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browse · full transcripts with timestamps · exported 2026-09-21</w:t>
      </w:r>
    </w:p>
    <w:p>
      <w:pPr>
        <w:pStyle w:val="Heading2"/>
      </w:pPr>
      <w:r>
        <w:t>Masjid Umar's policy and the Babri Masjid lesson</w:t>
      </w:r>
    </w:p>
    <w:p>
      <w:r>
        <w:rPr>
          <w:color w:val="666666"/>
          <w:sz w:val="18"/>
        </w:rPr>
        <w:t>Journey to Aqsa Mosque November 10, 2008 · 3m 25s · at 54:29 · https://youtu.be/40kOr2jznE0?t=3269</w:t>
      </w:r>
    </w:p>
    <w:p>
      <w:r>
        <w:rPr>
          <w:i/>
        </w:rPr>
        <w:t>“مسجد اقصیٰ کے تھوڑی دوری پر ایک چھوٹی سی مسجد ہے”</w:t>
      </w:r>
    </w:p>
    <w:p>
      <w:r>
        <w:rPr>
          <w:sz w:val="20"/>
        </w:rPr>
        <w:t>54:29  dekha nahin us ko, woh main batana chahta hoon aap ko ke Masjid Aqsa ke thori doori par wahan par ek choti si masjid hai, us ka naam hai Masjid Umar.</w:t>
      </w:r>
      <w:r>
        <w:br/>
      </w:r>
      <w:r>
        <w:rPr>
          <w:sz w:val="20"/>
        </w:rPr>
        <w:t>54:39  Masjid Umar Hazrat Umar jab Khalifa the to woh gaye the Jerusalem, unhi ke zamane mein Falasteen jo hai, woh fateh hua tha.</w:t>
      </w:r>
      <w:r>
        <w:br/>
      </w:r>
      <w:r>
        <w:rPr>
          <w:sz w:val="20"/>
        </w:rPr>
        <w:t>54:49  to Hazrat Umar jab gaye wahan par, yani as a Khalifa, to woh wahan par ek church hai, us ka naam hai Church of Resurrection.</w:t>
      </w:r>
      <w:r>
        <w:br/>
      </w:r>
      <w:r>
        <w:rPr>
          <w:sz w:val="20"/>
        </w:rPr>
        <w:t>55:00  us ka Arabic mein kehte hain Keniest Al-Qiyamah, Keniest Al-Qiyamah Arabic kitabon mein parhenge aap, aur woh use kehte hain us ko Church of Resurrection.</w:t>
      </w:r>
      <w:r>
        <w:br/>
      </w:r>
      <w:r>
        <w:rPr>
          <w:sz w:val="20"/>
        </w:rPr>
        <w:t>55:10  to wahan par the, woh wohin par agreement hua, wahan ka jo bara padri tha us se. to asr ki namaz ka waqt ho gaya, to unhon ne kaha ke mujhe asr ki namaz padhna hai.</w:t>
      </w:r>
      <w:r>
        <w:br/>
      </w:r>
      <w:r>
        <w:rPr>
          <w:sz w:val="20"/>
        </w:rPr>
        <w:t>55:22  to padri ne kaha ke aap yahin padh lijiye, hamare church ke andar.</w:t>
      </w:r>
      <w:r>
        <w:br/>
      </w:r>
      <w:r>
        <w:rPr>
          <w:sz w:val="20"/>
        </w:rPr>
        <w:t>55:28  to Hazrat Umar ne kaha ke nahin, main yahan nahin padhunga. us ko agle mein kehte hain stone throw, yani pathar phenka jaye, yeh door ja ke girega, wahan ja ke namaz padhunga.</w:t>
      </w:r>
      <w:r>
        <w:br/>
      </w:r>
      <w:r>
        <w:rPr>
          <w:sz w:val="20"/>
        </w:rPr>
        <w:t>55:40  main stone, stone throw ki doori par namaz padhunga ja kar ke. aur unhon ne aise hi kiya, Church of Resurrection se door ja kar ke namaz padhi unhon ne bahar.</w:t>
      </w:r>
      <w:r>
        <w:br/>
      </w:r>
      <w:r>
        <w:rPr>
          <w:sz w:val="20"/>
        </w:rPr>
        <w:t>55:53  to unhon ne hikmat kya batai thi</w:t>
      </w:r>
      <w:r>
        <w:br/>
      </w:r>
      <w:r>
        <w:rPr>
          <w:sz w:val="20"/>
        </w:rPr>
        <w:t>55:55  ke mere baad jo musalman yahan ayenge, woh kahenge ke haan, hona sallallahu alaihi Umar, yahan hamare Khalifa ne namaz padhi hai, hamein hum masjid banayenge.</w:t>
      </w:r>
      <w:r>
        <w:br/>
      </w:r>
      <w:r>
        <w:rPr>
          <w:sz w:val="20"/>
        </w:rPr>
        <w:t>56:09  haan, hona sallallahu alaihi Umar, yani Hazrat Umar ki policy yeh thi ke doosre ki ibadat gah se mila kar masjid na banai jaye, door banai jaye, door taake jhagda na khada ho.</w:t>
      </w:r>
      <w:r>
        <w:br/>
      </w:r>
      <w:r>
        <w:rPr>
          <w:sz w:val="20"/>
        </w:rPr>
        <w:t>56:22  unhon ne kaha ke mere baad jo musalman aayenge, woh kahenge haan, hona salla Allahu alaihi umar, khalifa ne namaz padhi hai, hum namaz, hum yahan masjid banayenge. to chunancha yahi hua, jahan Hazrat Umar ne namaz padhi thi, wahan aaj baad ko masjid banai gai.</w:t>
      </w:r>
      <w:r>
        <w:br/>
      </w:r>
      <w:r>
        <w:rPr>
          <w:sz w:val="20"/>
        </w:rPr>
        <w:t>56:36  abhi ja ke koi dekh sakta hai is ko, woh choti si masjid hai, lekin beharhal woh masjid hai, is ka naam masjid umar.</w:t>
      </w:r>
      <w:r>
        <w:br/>
      </w:r>
      <w:r>
        <w:rPr>
          <w:sz w:val="20"/>
        </w:rPr>
        <w:t>56:44  ab agar log yaani ba khabar hote hain in misalon se to babri masjid ka qissa kya hai? yahi qissa hai, aap padh lijiye kitabon mein.</w:t>
      </w:r>
      <w:r>
        <w:br/>
      </w:r>
      <w:r>
        <w:rPr>
          <w:sz w:val="20"/>
        </w:rPr>
        <w:t>56:55  wahan par ek jagah thi, hinduo ki muqaddas jagah, jis ko woh kehte the sita ka mandir. isi se mila kar masjid bana di gai.</w:t>
      </w:r>
      <w:r>
        <w:br/>
      </w:r>
      <w:r>
        <w:rPr>
          <w:sz w:val="20"/>
        </w:rPr>
        <w:t>57:07  agar door masjid banate hain, babri kabhi bhi babri tootti na,</w:t>
      </w:r>
      <w:r>
        <w:br/>
      </w:r>
      <w:r>
        <w:rPr>
          <w:sz w:val="20"/>
        </w:rPr>
        <w:t>57:12  is se mila kar yaani sita ka jo mandir tha, us se mila kar ke deewar se deewar masjid bana di gai,</w:t>
      </w:r>
      <w:r>
        <w:br/>
      </w:r>
      <w:r>
        <w:rPr>
          <w:sz w:val="20"/>
        </w:rPr>
        <w:t>57:22  bajaye door bana le ke. to agar log ja ke dekhte hain wahan par ke Hazrat Umar ki policy kya thi, isi ko yahan par dohrate to kabhi bhi babri masjid ka qissa pesh na aata.</w:t>
      </w:r>
      <w:r>
        <w:br/>
      </w:r>
      <w:r>
        <w:rPr>
          <w:sz w:val="20"/>
        </w:rPr>
        <w:t>57:35  mandir ke sath masjid, yahi gyan bawi mein hai, yahi baat jhagda khara hua hai,</w:t>
      </w:r>
      <w:r>
        <w:br/>
      </w:r>
      <w:r>
        <w:rPr>
          <w:sz w:val="20"/>
        </w:rPr>
        <w:t>57:41  yahi mathra mein bhi yahi hai. mandir, masjid ke sath mandir bana dala hai logon ne, aur jhagde khare hue hain jagah jagah. to masjid ko banana chahiye door ke maqam par.</w:t>
      </w:r>
    </w:p>
    <w:p>
      <w:pPr>
        <w:pStyle w:val="Heading2"/>
      </w:pPr>
      <w:r>
        <w:t>Computer as a sign of God managing the universe</w:t>
      </w:r>
    </w:p>
    <w:p>
      <w:r>
        <w:rPr>
          <w:color w:val="666666"/>
          <w:sz w:val="18"/>
        </w:rPr>
        <w:t>Computer A Sign of God January 27, 2008 Maulana Wahiduddin Khan · 4m 14s · at 3:29 · https://youtu.be/MdBcX_Q_rWg?t=209</w:t>
      </w:r>
    </w:p>
    <w:p>
      <w:r>
        <w:rPr>
          <w:i/>
        </w:rPr>
        <w:t>“Quran mein kaha gaya tha ke khuda ayyoob-us-samawati wal-ard hai”</w:t>
      </w:r>
    </w:p>
    <w:p>
      <w:r>
        <w:rPr>
          <w:sz w:val="20"/>
        </w:rPr>
        <w:t>3:29  Quran mein kaha gaya tha ke Khuda ayyub al-samawat wal-ard hai, Khuda zameen o aasman ko manage kar raha hai.</w:t>
      </w:r>
      <w:r>
        <w:br/>
      </w:r>
      <w:r>
        <w:rPr>
          <w:sz w:val="20"/>
        </w:rPr>
        <w:t>3:40  yeh jo universe hai jis mein countless stars hain, planets hain,</w:t>
      </w:r>
      <w:r>
        <w:br/>
      </w:r>
      <w:r>
        <w:rPr>
          <w:sz w:val="20"/>
        </w:rPr>
        <w:t>3:50  bodies hain, ek poori bahut hi unthinkable duniya hai, aur poori ki poori duniya jo harkat mein hai, move kar rahi hai, just like a universal factory.</w:t>
      </w:r>
      <w:r>
        <w:br/>
      </w:r>
      <w:r>
        <w:rPr>
          <w:sz w:val="20"/>
        </w:rPr>
        <w:t>4:07  to Quran mein kaha gaya tha ke Khuda ayyub al-samawat wal-ard hai, yaani Khuda is zameen o aasman ko manage kar raha hai.</w:t>
      </w:r>
      <w:r>
        <w:br/>
      </w:r>
      <w:r>
        <w:rPr>
          <w:sz w:val="20"/>
        </w:rPr>
        <w:t>4:18  pehle zamane ka insaan nahi samajh sakta tha ke Khuda kaise manage kar raha hai.</w:t>
      </w:r>
      <w:r>
        <w:br/>
      </w:r>
      <w:r>
        <w:rPr>
          <w:sz w:val="20"/>
        </w:rPr>
        <w:t>4:26  to Khuda ne hamari is duniya mein, jo hamari known world hai, us mein aisi cheezein rakhi hain jo hain demonstration,</w:t>
      </w:r>
      <w:r>
        <w:br/>
      </w:r>
      <w:r>
        <w:rPr>
          <w:sz w:val="20"/>
        </w:rPr>
        <w:t>4:40  yaani unseen realities ka seen world mein demonstration. To aisi bahut sari cheezein hain, inhi mein se ek hai computer.</w:t>
      </w:r>
      <w:r>
        <w:br/>
      </w:r>
      <w:r>
        <w:rPr>
          <w:sz w:val="20"/>
        </w:rPr>
        <w:t>4:56  dekhiye, computer ko mechanical mind kaha jata hai, mechanical mind,</w:t>
      </w:r>
      <w:r>
        <w:br/>
      </w:r>
      <w:r>
        <w:rPr>
          <w:sz w:val="20"/>
        </w:rPr>
        <w:t>5:08  aur insaan jo hai woh bhi ek mind hai.</w:t>
      </w:r>
      <w:r>
        <w:br/>
      </w:r>
      <w:r>
        <w:rPr>
          <w:sz w:val="20"/>
        </w:rPr>
        <w:t>5:14  ek scientist ne kaha hai ke insaan ka mind itna zyada bada hai, uski capacities itni zyada hain,</w:t>
      </w:r>
      <w:r>
        <w:br/>
      </w:r>
      <w:r>
        <w:rPr>
          <w:sz w:val="20"/>
        </w:rPr>
        <w:t>5:26  insaan ke mind ki capacity itni zyada hai ke usne ek ek misaal di ke agar ek computer, bahut bada computer banaya jaye, super computer,</w:t>
      </w:r>
      <w:r>
        <w:br/>
      </w:r>
      <w:r>
        <w:rPr>
          <w:sz w:val="20"/>
        </w:rPr>
        <w:t>5:45  duniya ka sab se bada computer, to usne kaha ke woh itna bada hoga ke seven stories ki ek building mein usne kaha ke agar ek aisa super computer banaya jaye, agar abhi tak bana nahi hai aisa computer,</w:t>
      </w:r>
      <w:r>
        <w:br/>
      </w:r>
      <w:r>
        <w:rPr>
          <w:sz w:val="20"/>
        </w:rPr>
        <w:t>6:07  aisa computer abhi tak bana nahi hai,</w:t>
      </w:r>
      <w:r>
        <w:br/>
      </w:r>
      <w:r>
        <w:rPr>
          <w:sz w:val="20"/>
        </w:rPr>
        <w:t>6:13  to human mind ko batane ke liye usne kaha ke agar ek aisa super computer banaya jaye jis ka infrastructure seven stories ki building mein phaila hua ho,</w:t>
      </w:r>
      <w:r>
        <w:br/>
      </w:r>
      <w:r>
        <w:rPr>
          <w:sz w:val="20"/>
        </w:rPr>
        <w:t>6:34  to woh insani mind ka sirf aik rough sketch hoga.</w:t>
      </w:r>
      <w:r>
        <w:br/>
      </w:r>
      <w:r>
        <w:rPr>
          <w:sz w:val="20"/>
        </w:rPr>
        <w:t>6:43  aisa super computer sirf insani mind ka aik rough sketch hoga. to mein yeh kahunga ke agar insani mind ko aap ka aik sketch banayein,</w:t>
      </w:r>
      <w:r>
        <w:br/>
      </w:r>
      <w:r>
        <w:rPr>
          <w:sz w:val="20"/>
        </w:rPr>
        <w:t>7:03  billion trillion time ziyada barhayein is ko, to bila tashbeeh mein kahunga ke woh divine mind ka aik rough sketch hoga.</w:t>
      </w:r>
      <w:r>
        <w:br/>
      </w:r>
      <w:r>
        <w:rPr>
          <w:sz w:val="20"/>
        </w:rPr>
        <w:t>7:19  to computer ne yeh bataya ke Khuda, jis ko ke Sir Sir James Ji ne kaha tha ke mathematical mind, Khuda ko is ne jo visualize kiya to kaha ke aik mathematical mind hai jo poore universe ko control kar raha hai.</w:t>
      </w:r>
    </w:p>
    <w:p>
      <w:pPr>
        <w:pStyle w:val="Heading2"/>
      </w:pPr>
      <w:r>
        <w:t>culture differs by country, identity should not be tied to it</w:t>
      </w:r>
    </w:p>
    <w:p>
      <w:r>
        <w:rPr>
          <w:color w:val="666666"/>
          <w:sz w:val="18"/>
        </w:rPr>
        <w:t>Islamic Identity, October 25, 2007 · 45s · at 25:13 · https://youtu.be/LGUa7NVauNU?t=1513</w:t>
      </w:r>
    </w:p>
    <w:p>
      <w:r>
        <w:rPr>
          <w:i/>
        </w:rPr>
        <w:t>“ترکی میں الگ مسلم culture ہے، ایران میں الگ، عرب میں الگ۔”</w:t>
      </w:r>
    </w:p>
    <w:p>
      <w:r>
        <w:rPr>
          <w:sz w:val="20"/>
        </w:rPr>
        <w:t>25:13  Turkish culture yani aap dekhiye, aap jayen different countries mein. Turki mein alag Muslim culture hai, Iran mein alag Muslim culture hai, Arab mein alag Muslim culture hai.</w:t>
      </w:r>
      <w:r>
        <w:br/>
      </w:r>
      <w:r>
        <w:rPr>
          <w:sz w:val="20"/>
        </w:rPr>
        <w:t>25:26  Har jagah aisa hi hai. Yahan tak ke India mein agar aap safar karen toh South India ke musalmanon ko dekhiye aur North India ke musalmanon ko dekhiye.</w:t>
      </w:r>
      <w:r>
        <w:br/>
      </w:r>
      <w:r>
        <w:rPr>
          <w:sz w:val="20"/>
        </w:rPr>
        <w:t>25:35  Dono ke culture alag alag hain, alag alag hain. Lekin musalman sab hain.</w:t>
      </w:r>
      <w:r>
        <w:br/>
      </w:r>
      <w:r>
        <w:rPr>
          <w:sz w:val="20"/>
        </w:rPr>
        <w:t>25:41  Sab Khuda ko mante hain, sab Quran ko mante hain, sab namaz parhte hain. Isi ka Islam mein kami nahi hai. Toh main yeh kahunga ke shanakht ya identity ko culture se jodna yeh bohat hi ghalat baat hai.</w:t>
      </w:r>
    </w:p>
    <w:p>
      <w:pPr>
        <w:pStyle w:val="Heading2"/>
      </w:pPr>
      <w:r>
        <w:t>poet Fani Badayuni's wealth couldn't buy him peace</w:t>
      </w:r>
    </w:p>
    <w:p>
      <w:r>
        <w:rPr>
          <w:color w:val="666666"/>
          <w:sz w:val="18"/>
        </w:rPr>
        <w:t>Stress and Spirituality January 1, 2012 · 2m 11s · at 35:31 · https://youtu.be/TPhXL9-g6ME?t=2131</w:t>
      </w:r>
    </w:p>
    <w:p>
      <w:r>
        <w:rPr>
          <w:i/>
        </w:rPr>
        <w:t>“He had a huge mansion but begged God to end him”</w:t>
      </w:r>
    </w:p>
    <w:p>
      <w:r>
        <w:rPr>
          <w:sz w:val="20"/>
        </w:rPr>
        <w:t>35:31  Fani Badayuni bare different qism ke shayar the. aur mein samajhta hoon ke mein un par aik mazmoon likha tha mein ne bohat pehle.</w:t>
      </w:r>
      <w:r>
        <w:br/>
      </w:r>
      <w:r>
        <w:rPr>
          <w:sz w:val="20"/>
        </w:rPr>
        <w:t>35:42  aik article chhaapa tha ghaliban Nigar mein. is ka unwaan tha "Fani Haqeeqat ki Talash mein Sargardan".</w:t>
      </w:r>
      <w:r>
        <w:br/>
      </w:r>
      <w:r>
        <w:rPr>
          <w:sz w:val="20"/>
        </w:rPr>
        <w:t>35:53  bahut pehle ki baat hai. shayad azadi se pehle ki baat hai.</w:t>
      </w:r>
      <w:r>
        <w:br/>
      </w:r>
      <w:r>
        <w:rPr>
          <w:sz w:val="20"/>
        </w:rPr>
        <w:t>35:59  fani haqeeqat ki talash mein sargardan. to fani ne bahut kuch chaha woh. woh mislan woh un ko baap ki taraf se bahut bara ghar mila tha.</w:t>
      </w:r>
      <w:r>
        <w:br/>
      </w:r>
      <w:r>
        <w:rPr>
          <w:sz w:val="20"/>
        </w:rPr>
        <w:t>36:11  kafi bara ghar. lekin is ghar mein unhein kuch tazkar nahi hoti thi. is ghar mein un ka haal yeh tha, ghar mein walk karte thay woh aur yeh sher parhte thay.</w:t>
      </w:r>
      <w:r>
        <w:br/>
      </w:r>
      <w:r>
        <w:rPr>
          <w:sz w:val="20"/>
        </w:rPr>
        <w:t>36:29  kafi bara ghar aur har qism ka is mein aasudgi ka saman. to is mein walk karte thay aur yeh sher parhte thay ke woh</w:t>
      </w:r>
      <w:r>
        <w:br/>
      </w:r>
      <w:r>
        <w:rPr>
          <w:sz w:val="20"/>
        </w:rPr>
        <w:t>36:45  apne deewane pa itmam kar ya rab.</w:t>
      </w:r>
      <w:r>
        <w:br/>
      </w:r>
      <w:r>
        <w:rPr>
          <w:sz w:val="20"/>
        </w:rPr>
        <w:t>36:52  apne deewane pa itmam kar ya rab. dar o deewar diye, ab unhein virani de. yani yeh dar o deewar ghar</w:t>
      </w:r>
      <w:r>
        <w:br/>
      </w:r>
      <w:r>
        <w:rPr>
          <w:sz w:val="20"/>
        </w:rPr>
        <w:t>37:03  kya hai? dar o deewari to hai magar mujhe is ko sukoon nahi milta. yeh sach acha hai ke main mar jaon. to un ko haqeeqat to nahi mili lekin mutalashi zaroor thay haqeeqat ke woh.</w:t>
      </w:r>
      <w:r>
        <w:br/>
      </w:r>
      <w:r>
        <w:rPr>
          <w:sz w:val="20"/>
        </w:rPr>
        <w:t>37:16  to is is bahut bare ghar mein jo haveli kehlata tha is mein woh is tarah rehte thay ke apne deewane pa itmam kar ya rab.</w:t>
      </w:r>
      <w:r>
        <w:br/>
      </w:r>
      <w:r>
        <w:rPr>
          <w:sz w:val="20"/>
        </w:rPr>
        <w:t>37:31  dar o deewar diye, ab unhein virani de. matlab ghar se to tazkar mili nahi, shayad marne mein tazkar mil jaye mujhe.</w:t>
      </w:r>
      <w:r>
        <w:br/>
      </w:r>
      <w:r>
        <w:rPr>
          <w:sz w:val="20"/>
        </w:rPr>
        <w:t>37:40  to dunya mein koi bhi cheez aap ko mil jay</w:t>
      </w:r>
    </w:p>
    <w:p>
      <w:pPr>
        <w:pStyle w:val="Heading2"/>
      </w:pPr>
      <w:r>
        <w:t>Sacrifice of Sa'd ibn Ubada for unity</w:t>
      </w:r>
    </w:p>
    <w:p>
      <w:r>
        <w:rPr>
          <w:color w:val="666666"/>
          <w:sz w:val="18"/>
        </w:rPr>
        <w:t>CPS Mission Re Born | April 11, 2006 | Maulana Wahiduddin Khan · 2m 32s · at 1:33:48 · https://youtu.be/jC8IPGPSOCA?t=5628</w:t>
      </w:r>
    </w:p>
    <w:p>
      <w:r>
        <w:rPr>
          <w:i/>
        </w:rPr>
        <w:t>“Aap jaante hain ke hadith mein aaya hai ke kai sahaba ko”</w:t>
      </w:r>
    </w:p>
    <w:p>
      <w:r>
        <w:rPr>
          <w:sz w:val="20"/>
        </w:rPr>
        <w:t>1:33:48  ke haan, zyada bada reward milega Khuda ke haan. Jaise maine is se pehle aap ko qissa bataya tha kai sahaba ka ke unhein sakht qism ke jhatke lage. Maslan Madinah mein ek top ke sardar the, Saad ibn Ubadah. Saare Madinah ke log samajhte the ke unhi ko khalifa banaya jayega Rasool Allah ke</w:t>
      </w:r>
      <w:r>
        <w:br/>
      </w:r>
      <w:r>
        <w:rPr>
          <w:sz w:val="20"/>
        </w:rPr>
        <w:t>1:34:18  death ke baad. Lekin khalifa bana diya gaya kis ko? Abu Bakr ko, jo Makka se aaye the. Zahir hai ke is ka bada jhatka laga. Un ka jo tribe tha, woh bahut ghussa hua. Lekin Saad ibn Ubadah ne kya kiya? Chupke se ek din raat ko Madinah chhod kar Sham chale gaye. Unhone socha ke main khud to chup reh sakta hoon</w:t>
      </w:r>
      <w:r>
        <w:br/>
      </w:r>
      <w:r>
        <w:rPr>
          <w:sz w:val="20"/>
        </w:rPr>
        <w:t>1:34:48  , lekin qabile ke log to mujhe le le kar ke toofan machate rahenge. Yani main yahan pe ek nishani ban jaunga, ek nishani opposition ki, aur mujh ko le kar ke log tarah tarah ke problem khade karenge. To khud apne ko Madinah se le aa kar ke Sham mein ja ke rehne lage, ek refugee ke roop mein. Chup chap, koi wahan statement nahi diya</w:t>
      </w:r>
      <w:r>
        <w:br/>
      </w:r>
      <w:r>
        <w:rPr>
          <w:sz w:val="20"/>
        </w:rPr>
        <w:t>1:35:19  , koi wahan pe speech nahi di, koi wahan book nahi likhi unhone, aur wohin par khatm ho gaye. Yeh bhi secondary darje ki cheez hai. Ab woh cheez nahi hai. Ab woh cheez yeh hai ke juda rahe aadmi. Yeh qism ka escapism hai. Is ko logon ne pasand nahi kiya hai history mein. Lekin number ek darja yeh hai ke aadmi saare grievances ke ba</w:t>
      </w:r>
      <w:r>
        <w:br/>
      </w:r>
      <w:r>
        <w:rPr>
          <w:sz w:val="20"/>
        </w:rPr>
        <w:t>1:35:49  wajood saath de. Aur doosra darja yeh hai ke minimum, ek hai maximum, ek hai minimum. Difference ke baad, jis waqt difference aa jayein to maximum to yeh hai ke aap aala darja to yeh hai ke aap sab kuch bhula kar difference ko alag rakh kar ke saath dein group ka.</w:t>
      </w:r>
    </w:p>
    <w:p>
      <w:pPr>
        <w:pStyle w:val="Heading2"/>
      </w:pPr>
      <w:r>
        <w:t>Only a purified soul's prayer reaches God</w:t>
      </w:r>
    </w:p>
    <w:p>
      <w:r>
        <w:rPr>
          <w:color w:val="666666"/>
          <w:sz w:val="18"/>
        </w:rPr>
        <w:t>Ramadan The Month of Spiritual Training September 20, 2008 · 2m 21s · at 52:05 · https://youtu.be/VI9axojg6Ro?t=3125</w:t>
      </w:r>
    </w:p>
    <w:p>
      <w:r>
        <w:rPr>
          <w:i/>
        </w:rPr>
        <w:t>“Roza aur dua bahut zyada judhe hue hain”</w:t>
      </w:r>
    </w:p>
    <w:p>
      <w:r>
        <w:rPr>
          <w:sz w:val="20"/>
        </w:rPr>
        <w:t>52:05  is par ghor karte hue yeh samajh mein aata hai ke roza aur dua bohat zyada ek doosre se jure hue hain, bohat zyada. kyun?</w:t>
      </w:r>
      <w:r>
        <w:br/>
      </w:r>
      <w:r>
        <w:rPr>
          <w:sz w:val="20"/>
        </w:rPr>
        <w:t>52:15  quran mein yeh hai ke quran mein hai ke إِلَيْهَ يَصَدُو الْكَلِمُ الطَّيِّبِ وَلَا مُرِسَّالِ يَرْفِعُهُ yani khuda ki taraf woh dua jati hai jo purified dil se nikle.</w:t>
      </w:r>
      <w:r>
        <w:br/>
      </w:r>
      <w:r>
        <w:rPr>
          <w:sz w:val="20"/>
        </w:rPr>
        <w:t>52:36  jo aadmi apne dil ko ka tazkiya kar rakha ho, us ne apne ko purify kar rakha ho, us ne to purified soul se jo nikalti hai dua, wahi Khuda tak jati hai.</w:t>
      </w:r>
      <w:r>
        <w:br/>
      </w:r>
      <w:r>
        <w:rPr>
          <w:sz w:val="20"/>
        </w:rPr>
        <w:t>52:49  ab aap sochiye, roza to yahi hai apne ko purify karna. Roza aur kya hai? Yeh to hai koi roza.</w:t>
      </w:r>
      <w:r>
        <w:br/>
      </w:r>
      <w:r>
        <w:rPr>
          <w:sz w:val="20"/>
        </w:rPr>
        <w:t>52:59  roza ka maqsad hai apne aap ko purify karna,</w:t>
      </w:r>
      <w:r>
        <w:br/>
      </w:r>
      <w:r>
        <w:rPr>
          <w:sz w:val="20"/>
        </w:rPr>
        <w:t>53:04  ae self purification. To is mani yeh hue ke purified soul jo hai, jo banai aap ne roza rakh kar ke, to aap ne apne aap ko is qabil banaya hai ke aap dua karein aur Khuda is dua ko sune.</w:t>
      </w:r>
      <w:r>
        <w:br/>
      </w:r>
      <w:r>
        <w:rPr>
          <w:sz w:val="20"/>
        </w:rPr>
        <w:t>53:18  yeh kitni bari baat hai ke agar aadmi yeh chahta hai ke us ki dua Khuda ka suni jaye, us ki dua Khuda tak pahunche,</w:t>
      </w:r>
      <w:r>
        <w:br/>
      </w:r>
      <w:r>
        <w:rPr>
          <w:sz w:val="20"/>
        </w:rPr>
        <w:t>53:30  to kya karna hai? Is ko</w:t>
      </w:r>
      <w:r>
        <w:br/>
      </w:r>
      <w:r>
        <w:rPr>
          <w:sz w:val="20"/>
        </w:rPr>
        <w:t>53:33  apne aap ko purify karna hai. Roza wale amal ke zariye, roza wala amal jo hai, woh saal bhar chalega.</w:t>
      </w:r>
      <w:r>
        <w:br/>
      </w:r>
      <w:r>
        <w:rPr>
          <w:sz w:val="20"/>
        </w:rPr>
        <w:t>53:43  yeh nahi ke waqti tor par hai. Woh yani apne andar sabr paida karna, apne andar shukr paida karna, apne andar taqwa paida karna, apne andar Quran ki spirit paida karna.</w:t>
      </w:r>
      <w:r>
        <w:br/>
      </w:r>
      <w:r>
        <w:rPr>
          <w:sz w:val="20"/>
        </w:rPr>
        <w:t>53:58  is tarah se aadmi apne ko purify karega aur jo purified soul hogi, usi ki zuban se woh dua niklegi, woh jandar dua,</w:t>
      </w:r>
      <w:r>
        <w:br/>
      </w:r>
      <w:r>
        <w:rPr>
          <w:sz w:val="20"/>
        </w:rPr>
        <w:t>54:12  woh asar wali dua, woh gehri dua jo seedhi Khuda tak pahunche. Abhi kitni bari baat batai gayi hai roze ke context mein.</w:t>
      </w:r>
    </w:p>
    <w:p>
      <w:pPr>
        <w:pStyle w:val="Heading2"/>
      </w:pPr>
      <w:r>
        <w:t>Art of thinking is greatest sunnah</w:t>
      </w:r>
    </w:p>
    <w:p>
      <w:r>
        <w:rPr>
          <w:color w:val="666666"/>
          <w:sz w:val="18"/>
        </w:rPr>
        <w:t>Fragments of a CPS Mind | April 24, 2011 · 30s · at 59:03 · https://youtu.be/cBf7U4Qggyw?t=3543</w:t>
      </w:r>
    </w:p>
    <w:p>
      <w:r>
        <w:rPr>
          <w:i/>
        </w:rPr>
        <w:t>“Apne andar develop kijiye, sabse badi sunnat yahi hai”</w:t>
      </w:r>
    </w:p>
    <w:p>
      <w:r>
        <w:rPr>
          <w:sz w:val="20"/>
        </w:rPr>
        <w:t>59:03  apne andar develop kijiye.</w:t>
      </w:r>
      <w:r>
        <w:br/>
      </w:r>
      <w:r>
        <w:rPr>
          <w:sz w:val="20"/>
        </w:rPr>
        <w:t>59:06  sab se bari sunnat rasool yahi hai.</w:t>
      </w:r>
      <w:r>
        <w:br/>
      </w:r>
      <w:r>
        <w:rPr>
          <w:sz w:val="20"/>
        </w:rPr>
        <w:t>59:10  sab se bari quran ki taleem yahi hai.</w:t>
      </w:r>
      <w:r>
        <w:br/>
      </w:r>
      <w:r>
        <w:rPr>
          <w:sz w:val="20"/>
        </w:rPr>
        <w:t>59:13  kyunke yeh jar hai.</w:t>
      </w:r>
      <w:r>
        <w:br/>
      </w:r>
      <w:r>
        <w:rPr>
          <w:sz w:val="20"/>
        </w:rPr>
        <w:t>59:16  yeh agaya to sab cheez agai.</w:t>
      </w:r>
      <w:r>
        <w:br/>
      </w:r>
      <w:r>
        <w:rPr>
          <w:sz w:val="20"/>
        </w:rPr>
        <w:t>59:20  agar aap ne sach much Art of thinking apne andar develop kar liya to goya ke aap ke</w:t>
      </w:r>
      <w:r>
        <w:br/>
      </w:r>
      <w:r>
        <w:rPr>
          <w:sz w:val="20"/>
        </w:rPr>
        <w:t>59:23  andar sari baatein agai.</w:t>
      </w:r>
      <w:r>
        <w:br/>
      </w:r>
      <w:r>
        <w:rPr>
          <w:sz w:val="20"/>
        </w:rPr>
        <w:t>59:26  har khoobi agai, har khair agia, har bhalai agai.</w:t>
      </w:r>
      <w:r>
        <w:br/>
      </w:r>
      <w:r>
        <w:rPr>
          <w:sz w:val="20"/>
        </w:rPr>
        <w:t>59:30  kyunke sab kuch</w:t>
      </w:r>
    </w:p>
    <w:p>
      <w:pPr>
        <w:pStyle w:val="Heading2"/>
      </w:pPr>
      <w:r>
        <w:t>Love analogy for why prayer forms vary</w:t>
      </w:r>
    </w:p>
    <w:p>
      <w:r>
        <w:rPr>
          <w:color w:val="666666"/>
          <w:sz w:val="18"/>
        </w:rPr>
        <w:t>The School of Fiqh in Islam (English) April 14, 2007 Maulana Wahiduddin Khan · 42s · at 28:15 · https://youtu.be/Kc-mTjI23HM?t=1695</w:t>
      </w:r>
    </w:p>
    <w:p>
      <w:r>
        <w:rPr>
          <w:i/>
        </w:rPr>
        <w:t>“Take love — if you love your friend”</w:t>
      </w:r>
    </w:p>
    <w:p>
      <w:r>
        <w:rPr>
          <w:sz w:val="20"/>
        </w:rPr>
        <w:t>28:15  for example, love, take love.</w:t>
      </w:r>
      <w:r>
        <w:br/>
      </w:r>
      <w:r>
        <w:rPr>
          <w:sz w:val="20"/>
        </w:rPr>
        <w:t>28:18  if you love your friend, then you meet your friend several time.</w:t>
      </w:r>
      <w:r>
        <w:br/>
      </w:r>
      <w:r>
        <w:rPr>
          <w:sz w:val="20"/>
        </w:rPr>
        <w:t>28:29  is it not possible to meet with your friend every time in the same manner, in term of form?</w:t>
      </w:r>
      <w:r>
        <w:br/>
      </w:r>
      <w:r>
        <w:rPr>
          <w:sz w:val="20"/>
        </w:rPr>
        <w:t>28:40  not possible, because you love your friend. love is inner spirit.</w:t>
      </w:r>
      <w:r>
        <w:br/>
      </w:r>
      <w:r>
        <w:rPr>
          <w:sz w:val="20"/>
        </w:rPr>
        <w:t>28:47  so, when this inner spirit takes the form of outer expression, there is bound to be different.</w:t>
      </w:r>
    </w:p>
    <w:p>
      <w:pPr>
        <w:pStyle w:val="Heading2"/>
      </w:pPr>
      <w:r>
        <w:t>Full lecture segment on hadith and meaning</w:t>
      </w:r>
    </w:p>
    <w:p>
      <w:r>
        <w:rPr>
          <w:color w:val="666666"/>
          <w:sz w:val="18"/>
        </w:rPr>
        <w:t>Avail Your Morning Time August 23, 2020 Maulana Wahiduddin Khan · 2m 42s · at 0:14 · https://youtu.be/mVs7Y0lavYk?t=14</w:t>
      </w:r>
    </w:p>
    <w:p>
      <w:r>
        <w:rPr>
          <w:i/>
        </w:rPr>
        <w:t>“Bismillah hir Rahman nir Rahim”</w:t>
      </w:r>
    </w:p>
    <w:p>
      <w:r>
        <w:rPr>
          <w:sz w:val="20"/>
        </w:rPr>
        <w:t>0:14  Bismillah Rehmanur Rahim.</w:t>
      </w:r>
      <w:r>
        <w:br/>
      </w:r>
      <w:r>
        <w:rPr>
          <w:sz w:val="20"/>
        </w:rPr>
        <w:t>0:18  Wasalli Allahu ala Nabi il Kareem. 23 August 2020.</w:t>
      </w:r>
      <w:r>
        <w:br/>
      </w:r>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r>
        <w:br/>
      </w:r>
      <w:r>
        <w:rPr>
          <w:sz w:val="20"/>
        </w:rPr>
        <w:t>2:29  Musnad Ahmad hadith number 9591.</w:t>
      </w:r>
      <w:r>
        <w:br/>
      </w:r>
      <w:r>
        <w:rPr>
          <w:sz w:val="20"/>
        </w:rPr>
        <w:t>2:35  Main is hadith ko bahut dinon se sochta tha.</w:t>
      </w:r>
      <w:r>
        <w:br/>
      </w:r>
      <w:r>
        <w:rPr>
          <w:sz w:val="20"/>
        </w:rPr>
        <w:t>2:45  Aaj subah mujhe achaanak mere zehen mein aaya ke yeh symbolic sense mein hai.</w:t>
      </w:r>
    </w:p>
    <w:p>
      <w:pPr>
        <w:pStyle w:val="Heading2"/>
      </w:pPr>
      <w:r>
        <w:t>Japan lost the war, then rebuilt by blaming itself</w:t>
      </w:r>
    </w:p>
    <w:p>
      <w:r>
        <w:rPr>
          <w:color w:val="666666"/>
          <w:sz w:val="18"/>
        </w:rPr>
        <w:t>The Real Problem before Mankind August 3, 2008 · 5m 40s · at 39:46 · https://youtu.be/ndFl4lXCq_c?t=2386</w:t>
      </w:r>
    </w:p>
    <w:p>
      <w:r>
        <w:rPr>
          <w:i/>
        </w:rPr>
        <w:t>“Japan lost the war and looked inward, not outward”</w:t>
      </w:r>
    </w:p>
    <w:p>
      <w:r>
        <w:rPr>
          <w:sz w:val="20"/>
        </w:rPr>
        <w:t>39:46  is zamane mein Allah taala ne bohat se namune qaim kiye hain is baat ke. ek namuna japan ka hai.</w:t>
      </w:r>
      <w:r>
        <w:br/>
      </w:r>
      <w:r>
        <w:rPr>
          <w:sz w:val="20"/>
        </w:rPr>
        <w:t>39:55  dekhiye, second world war mein japan jo hai, haar gaya. america ne atom bomb giraye, un ki industry ko tabah kar diya.</w:t>
      </w:r>
      <w:r>
        <w:br/>
      </w:r>
      <w:r>
        <w:rPr>
          <w:sz w:val="20"/>
        </w:rPr>
        <w:t>40:06  hiroshima aur nagasaki un ke yani industrial cities thay, un ko tabah kar diya. ab dekhiye ke japan wale jo thay, unhon ne socha ke aisa kyun hua, kyun hum haar gaye.</w:t>
      </w:r>
      <w:r>
        <w:br/>
      </w:r>
      <w:r>
        <w:rPr>
          <w:sz w:val="20"/>
        </w:rPr>
        <w:t>40:21  unhon ne yeh tay kiya ke hum american se education mein peechay hain, scientific education mein. khuda ne ek misaal qaim ki hai secular world mein.</w:t>
      </w:r>
      <w:r>
        <w:br/>
      </w:r>
      <w:r>
        <w:rPr>
          <w:sz w:val="20"/>
        </w:rPr>
        <w:t>40:33  secular world mein apne andar dhoondo kami ko, bahar mat talash karo. to america ke jo baray baray log thay, unhon ne yeh samjha ke asal masla yeh nahi ke america ne zulm kiya hamare upar.</w:t>
      </w:r>
      <w:r>
        <w:br/>
      </w:r>
      <w:r>
        <w:rPr>
          <w:sz w:val="20"/>
        </w:rPr>
        <w:t>40:51  yani unhon ne kaha, yeh boli nahi bolay woh ke america ne zulm kiya hai, america dushman hai hamara. yeh sab yeh boli nahi bolay woh log.</w:t>
      </w:r>
      <w:r>
        <w:br/>
      </w:r>
      <w:r>
        <w:rPr>
          <w:sz w:val="20"/>
        </w:rPr>
        <w:t>41:02  unhon ne dhoond kar nikala, dhoond kar nikala apni kami ko. woh kami kya thi? americans ke muqable mein hum scientific education mein peechay hain. aur jantay hain kya hua?</w:t>
      </w:r>
      <w:r>
        <w:br/>
      </w:r>
      <w:r>
        <w:rPr>
          <w:sz w:val="20"/>
        </w:rPr>
        <w:t>41:12  is par thirty years ki planning ki gayi, 30 saal ka education ka un ka plan banaya</w:t>
      </w:r>
      <w:r>
        <w:br/>
      </w:r>
      <w:r>
        <w:rPr>
          <w:sz w:val="20"/>
        </w:rPr>
        <w:t>41:19  gaya ke 30 saal tak humein kuch karna hi nahi hai. 30 saal tak humein sirf education lena hai, scientific education. aur jantay hain 30 saal ke baad kya hua?</w:t>
      </w:r>
      <w:r>
        <w:br/>
      </w:r>
      <w:r>
        <w:rPr>
          <w:sz w:val="20"/>
        </w:rPr>
        <w:t>41:32  ek miracle hua ke japan economic superpower ban gaya.</w:t>
      </w:r>
      <w:r>
        <w:br/>
      </w:r>
      <w:r>
        <w:rPr>
          <w:sz w:val="20"/>
        </w:rPr>
        <w:t>41:37  japan economic superpower ban gaya. aur abhi main ne parha paper mein aaya hai ke nasa jo hai, wahan ka jo scientific idara hai,</w:t>
      </w:r>
      <w:r>
        <w:br/>
      </w:r>
      <w:r>
        <w:rPr>
          <w:sz w:val="20"/>
        </w:rPr>
        <w:t>41:51  jo space ko control karta hai, to us ko us ka station space mein hai, america ka station,</w:t>
      </w:r>
      <w:r>
        <w:br/>
      </w:r>
      <w:r>
        <w:rPr>
          <w:sz w:val="20"/>
        </w:rPr>
        <w:t>42:04  us ko supply karna parta hai cheezain. to un ko ek cargo chahiye jo wahan in mind cargo ja kar woh pohanchaye.</w:t>
      </w:r>
      <w:r>
        <w:br/>
      </w:r>
      <w:r>
        <w:rPr>
          <w:sz w:val="20"/>
        </w:rPr>
        <w:t>42:19  woh in mind cargo supply kiya japan ne, aur nasa ko woh woh woh woh woh woh cargo japan de raha hai.</w:t>
      </w:r>
      <w:r>
        <w:br/>
      </w:r>
      <w:r>
        <w:rPr>
          <w:sz w:val="20"/>
        </w:rPr>
        <w:t>42:31  woh rocket jo zameen se urr kar ke jaye ga, wahan space station mein, wahan jo cheezen pohnchana hai, woh pohnchaye ga.</w:t>
      </w:r>
      <w:r>
        <w:br/>
      </w:r>
      <w:r>
        <w:rPr>
          <w:sz w:val="20"/>
        </w:rPr>
        <w:t>42:41  ab dekhiye, 1945 mein in ke sheher tabah kiye gaye thay. 1945 mein</w:t>
      </w:r>
      <w:r>
        <w:br/>
      </w:r>
      <w:r>
        <w:rPr>
          <w:sz w:val="20"/>
        </w:rPr>
        <w:t>42:50  aaj japan itna aage barh chuka hai isi field mein jis mein woh peechay tha ke nasa ko woh space aircraft supply supply kar raha hai.</w:t>
      </w:r>
      <w:r>
        <w:br/>
      </w:r>
      <w:r>
        <w:rPr>
          <w:sz w:val="20"/>
        </w:rPr>
        <w:t>43:04  yeh Allah taala ne shukr field mein dikhaya hai ke sabab hamesha andar hota hai.</w:t>
      </w:r>
      <w:r>
        <w:br/>
      </w:r>
      <w:r>
        <w:rPr>
          <w:sz w:val="20"/>
        </w:rPr>
        <w:t>43:15  jo reason hai, woh hamesha andar hota hai. bahir kabhi mat choro is ko,</w:t>
      </w:r>
      <w:r>
        <w:br/>
      </w:r>
      <w:r>
        <w:rPr>
          <w:sz w:val="20"/>
        </w:rPr>
        <w:t>43:22  bahir kabhi mat choro. yeh Allah taala ne secular field mein aik bohat bara hamein namoona dikhaya hai kyunke musalman so baras se yahi kar rahe hain ke bahir dhoondh rahe hain.</w:t>
      </w:r>
      <w:r>
        <w:br/>
      </w:r>
      <w:r>
        <w:rPr>
          <w:sz w:val="20"/>
        </w:rPr>
        <w:t>43:36  jab mein chota tha bachpan mein to is zamanay mein aik topic bohat chalta tha saaray magazine mein. musalman kya karein? jis jis paper ko parhiye, jis magazine ko parhiye, jis jalsay mein jaiye, musalman kya karein?</w:t>
      </w:r>
      <w:r>
        <w:br/>
      </w:r>
      <w:r>
        <w:rPr>
          <w:sz w:val="20"/>
        </w:rPr>
        <w:t>43:49  musalman kya karein?</w:t>
      </w:r>
      <w:r>
        <w:br/>
      </w:r>
      <w:r>
        <w:rPr>
          <w:sz w:val="20"/>
        </w:rPr>
        <w:t>43:54  har jagah kya kaha jata tha ke musalman jo hain, un ki ah, un ko discover karein, un ke conspiracies ko, conspiracy ko, un ko fight karein, un se yeh karein, woh karein.</w:t>
      </w:r>
      <w:r>
        <w:br/>
      </w:r>
      <w:r>
        <w:rPr>
          <w:sz w:val="20"/>
        </w:rPr>
        <w:t>44:07  yani apne se bahir dhoondhe hue thay. is ka reason Allah taala ne dikhaya hai japan ki shakal mein ke reason andar hota hai, reason bahir ko bhi hota hi nahi hai.</w:t>
      </w:r>
      <w:r>
        <w:br/>
      </w:r>
      <w:r>
        <w:rPr>
          <w:sz w:val="20"/>
        </w:rPr>
        <w:t>44:21  aap ghor kijiye ke 1945 mein jo japan scientific education mein America se bohat peechay tha, us waqt un ka nuclear science hi nahi thi.</w:t>
      </w:r>
      <w:r>
        <w:br/>
      </w:r>
      <w:r>
        <w:rPr>
          <w:sz w:val="20"/>
        </w:rPr>
        <w:t>44:32  1945 mein japan ke paas nuclear science nahi thi jabke America atom bomb bana chuka tha, nuclear bomb bana chuka tha.</w:t>
      </w:r>
      <w:r>
        <w:br/>
      </w:r>
      <w:r>
        <w:rPr>
          <w:sz w:val="20"/>
        </w:rPr>
        <w:t>44:43  itni muddat mein aap dekhiye kitna bara inqilab aaya</w:t>
      </w:r>
      <w:r>
        <w:br/>
      </w:r>
      <w:r>
        <w:rPr>
          <w:sz w:val="20"/>
        </w:rPr>
        <w:t>44:46  . kyun? apne andar dhoonda unhon ne kami ko, apni kami ko door karne ki koshish ki. unhon ne America ko blame dena yeh yeh kaam nahi kiya, unhon ne yeh kaam nahi kiya.</w:t>
      </w:r>
      <w:r>
        <w:br/>
      </w:r>
      <w:r>
        <w:rPr>
          <w:sz w:val="20"/>
        </w:rPr>
        <w:t>44:59  unhon ne to musalmanon ko jo hai, apna re assess karna parhe ga, revise karna parhe ga, yeh poori strategic badalna parhe ga, poori poori strategic badalna parhe ga,</w:t>
      </w:r>
      <w:r>
        <w:br/>
      </w:r>
      <w:r>
        <w:rPr>
          <w:sz w:val="20"/>
        </w:rPr>
        <w:t>45:17  apni kamiyon ko dhoondhna parhe ga, apni short kami ko janna parhe ga.</w:t>
      </w:r>
    </w:p>
    <w:p>
      <w:pPr>
        <w:pStyle w:val="Heading2"/>
      </w:pPr>
      <w:r>
        <w:t>Personal example and final call to action</w:t>
      </w:r>
    </w:p>
    <w:p>
      <w:r>
        <w:rPr>
          <w:color w:val="666666"/>
          <w:sz w:val="18"/>
        </w:rPr>
        <w:t>Bury Your Complaints This Ramazan April 26, 2020 Maulana Wahiduddin Khan · 3m 50s · at 7:37 · https://youtu.be/t2vt4rkgd_8?t=457</w:t>
      </w:r>
    </w:p>
    <w:p>
      <w:r>
        <w:rPr>
          <w:i/>
        </w:rPr>
        <w:t>“Maine khud apne se isko shuru kiya”</w:t>
      </w:r>
    </w:p>
    <w:p>
      <w:r>
        <w:rPr>
          <w:sz w:val="20"/>
        </w:rPr>
        <w:t>7:37  mein ne khud apne se is ko shuru kiya.</w:t>
      </w:r>
      <w:r>
        <w:br/>
      </w:r>
      <w:r>
        <w:rPr>
          <w:sz w:val="20"/>
        </w:rPr>
        <w:t>7:54  ek</w:t>
      </w:r>
      <w:r>
        <w:br/>
      </w:r>
      <w:r>
        <w:rPr>
          <w:sz w:val="20"/>
        </w:rPr>
        <w:t>8:00  ek hindu the dilli mein, ab un ka intiqal ho chuka hai.</w:t>
      </w:r>
      <w:r>
        <w:br/>
      </w:r>
      <w:r>
        <w:rPr>
          <w:sz w:val="20"/>
        </w:rPr>
        <w:t>8:08  to un ka ek ehsan tha mere saath. aaj mein ne is ko yaad kiya aur un ke liye dua ki ke ek shikayat khatam karne ki ek shakliya yeh hai.</w:t>
      </w:r>
      <w:r>
        <w:br/>
      </w:r>
      <w:r>
        <w:rPr>
          <w:sz w:val="20"/>
        </w:rPr>
        <w:t>8:29  to woh pakistan se india aa gaye the, phir yahan unhon ne business ki.</w:t>
      </w:r>
      <w:r>
        <w:br/>
      </w:r>
      <w:r>
        <w:rPr>
          <w:sz w:val="20"/>
        </w:rPr>
        <w:t>8:41  to ek baat mere dimagh wasee hui thi.</w:t>
      </w:r>
      <w:r>
        <w:br/>
      </w:r>
      <w:r>
        <w:rPr>
          <w:sz w:val="20"/>
        </w:rPr>
        <w:t>8:49  balkay woh un ka acha sulook tha. to aaj mein nay is achay sulook ko yaad kiya aur un kay liye duain keen, duain keen, duain keen.</w:t>
      </w:r>
      <w:r>
        <w:br/>
      </w:r>
      <w:r>
        <w:rPr>
          <w:sz w:val="20"/>
        </w:rPr>
        <w:t>9:04  to aap mein say mein aap say mein yeh darkhwast karoon ga kay koi shikayat hai to us ko bhalaiye.</w:t>
      </w:r>
      <w:r>
        <w:br/>
      </w:r>
      <w:r>
        <w:rPr>
          <w:sz w:val="20"/>
        </w:rPr>
        <w:t>9:14  kisi nay sulook kiya hai to us kay liye dua keejiyay.</w:t>
      </w:r>
      <w:r>
        <w:br/>
      </w:r>
      <w:r>
        <w:rPr>
          <w:sz w:val="20"/>
        </w:rPr>
        <w:t>9:21  agar aap kay dil dil mein koi shikayat hai to us ko bhalaiye, bhalaiye, bhalaiye. us ko buri keejiyay, dafan kar deejiay.</w:t>
      </w:r>
      <w:r>
        <w:br/>
      </w:r>
      <w:r>
        <w:rPr>
          <w:sz w:val="20"/>
        </w:rPr>
        <w:t>9:34  aur kisi nay aap ka sulook kiya hai to us ko to us ko yaad keejiyay,</w:t>
      </w:r>
      <w:r>
        <w:br/>
      </w:r>
      <w:r>
        <w:rPr>
          <w:sz w:val="20"/>
        </w:rPr>
        <w:t>9:40  khoob khoob yaad keejiyay aur phir us kay liye duain keejiyay.</w:t>
      </w:r>
      <w:r>
        <w:br/>
      </w:r>
      <w:r>
        <w:rPr>
          <w:sz w:val="20"/>
        </w:rPr>
        <w:t>9:49  to mein nay aik hindu kay liye, jo hamaray paros mein rehtay thay, yahan aanay kay baad duain keen kyunkay unhon nay waqai meray sath aik bohat acha sulook kiya tha.</w:t>
      </w:r>
      <w:r>
        <w:br/>
      </w:r>
      <w:r>
        <w:rPr>
          <w:sz w:val="20"/>
        </w:rPr>
        <w:t>10:02  to mein nay un kay liye duain keen.</w:t>
      </w:r>
      <w:r>
        <w:br/>
      </w:r>
      <w:r>
        <w:rPr>
          <w:sz w:val="20"/>
        </w:rPr>
        <w:t>10:08  to aaj mein aap logon ko is ramzan kay liye yahi</w:t>
      </w:r>
      <w:r>
        <w:br/>
      </w:r>
      <w:r>
        <w:rPr>
          <w:sz w:val="20"/>
        </w:rPr>
        <w:t>10:19  agenda deta hoon. yeh agenda ko aap mein say har shakhs pakray aur us par amal karay.</w:t>
      </w:r>
      <w:r>
        <w:br/>
      </w:r>
      <w:r>
        <w:rPr>
          <w:sz w:val="20"/>
        </w:rPr>
        <w:t>10:31  meri dua hai kay Allah taala aap kay iraday ko qabool farmaye. meri dua hai kay Allah taala aap ko is ka ajar ata farmaye.</w:t>
      </w:r>
      <w:r>
        <w:br/>
      </w:r>
      <w:r>
        <w:rPr>
          <w:sz w:val="20"/>
        </w:rPr>
        <w:t>10:55  is kay nateeja mein aap ko Allah</w:t>
      </w:r>
      <w:r>
        <w:br/>
      </w:r>
      <w:r>
        <w:rPr>
          <w:sz w:val="20"/>
        </w:rPr>
        <w:t>11:07  dunya mein aur akhirat mein kamyabi ata farmaye. assalam o alaikum wa rehmatullah.</w:t>
      </w:r>
    </w:p>
    <w:p>
      <w:pPr>
        <w:pStyle w:val="Heading2"/>
      </w:pPr>
      <w:r>
        <w:t>Anxiety stems from lack of contentment</w:t>
      </w:r>
    </w:p>
    <w:p>
      <w:r>
        <w:rPr>
          <w:color w:val="666666"/>
          <w:sz w:val="18"/>
        </w:rPr>
        <w:t>Positive Response August 11, 2018 · 2m 02s · at 30:39 · https://youtu.be/W9oH8kJHTWg?t=1839</w:t>
      </w:r>
    </w:p>
    <w:p>
      <w:r>
        <w:rPr>
          <w:i/>
        </w:rPr>
        <w:t>“Anxiety natural nahi hai”</w:t>
      </w:r>
    </w:p>
    <w:p>
      <w:r>
        <w:rPr>
          <w:sz w:val="20"/>
        </w:rPr>
        <w:t>30:39  insan negative sochta hai. anxiety translate karti hai into multiple problems. nahi, dekhiye, anxiety natural nahi hai.</w:t>
      </w:r>
      <w:r>
        <w:br/>
      </w:r>
      <w:r>
        <w:rPr>
          <w:sz w:val="20"/>
        </w:rPr>
        <w:t>30:51  main nahi manta ke anxiety natural hai. hota yeh hai ke hum more and more chahte hain.</w:t>
      </w:r>
      <w:r>
        <w:br/>
      </w:r>
      <w:r>
        <w:rPr>
          <w:sz w:val="20"/>
        </w:rPr>
        <w:t>31:03  har insan jo hai, more and more chahta hai, lekin milta hai kam. milta hai</w:t>
      </w:r>
      <w:r>
        <w:br/>
      </w:r>
      <w:r>
        <w:rPr>
          <w:sz w:val="20"/>
        </w:rPr>
        <w:t>31:12  yeh is ki wajah se anxiety aati hai. agar hum yeh manen ke zyada hamari chah ke mutabiq nahi milega, balkeh jo system hai,</w:t>
      </w:r>
      <w:r>
        <w:br/>
      </w:r>
      <w:r>
        <w:rPr>
          <w:sz w:val="20"/>
        </w:rPr>
        <w:t>31:28  is mein hum hamara jo share hai, wahi milega hum ko. to anxiety nahi honi chahiye.</w:t>
      </w:r>
      <w:r>
        <w:br/>
      </w:r>
      <w:r>
        <w:rPr>
          <w:sz w:val="20"/>
        </w:rPr>
        <w:t>31:37  isi liye dekhiye, contentment pe bohat zor diya gaya hai Islam mein. contentment bohat bohat zyada hai, yani jis ko kehte hain arabi mein qanaat.</w:t>
      </w:r>
      <w:r>
        <w:br/>
      </w:r>
      <w:r>
        <w:rPr>
          <w:sz w:val="20"/>
        </w:rPr>
        <w:t>31:53  qanaat!</w:t>
      </w:r>
      <w:r>
        <w:br/>
      </w:r>
      <w:r>
        <w:rPr>
          <w:sz w:val="20"/>
        </w:rPr>
        <w:t>31:54  acha, to main sochta hoon ke anxiety due to natural system nahi hai. nahi, anxiety is liye hai ke hum raazi nahi hote jo natural system ke tehat hamein mil raha hai.</w:t>
      </w:r>
      <w:r>
        <w:br/>
      </w:r>
      <w:r>
        <w:rPr>
          <w:sz w:val="20"/>
        </w:rPr>
        <w:t>32:12  yani hamara discontentment anxiety paida karta hai, na ke khud mind ka inner, yani inner</w:t>
      </w:r>
    </w:p>
    <w:p>
      <w:pPr>
        <w:pStyle w:val="Heading2"/>
      </w:pPr>
      <w:r>
        <w:t>Imam Abu Hanifa's limited reach vs today's global resources</w:t>
      </w:r>
    </w:p>
    <w:p>
      <w:r>
        <w:rPr>
          <w:color w:val="666666"/>
          <w:sz w:val="18"/>
        </w:rPr>
        <w:t>Team Spirit November 29, 2013 Maulana Wahiduddin Khan · 2m 59s · at 12:29 · https://youtu.be/KRZ_uy8sxk0?t=749</w:t>
      </w:r>
    </w:p>
    <w:p>
      <w:r>
        <w:rPr>
          <w:i/>
        </w:rPr>
        <w:t>“Imam Abu Hanifa kapre ki tijarat karte the”</w:t>
      </w:r>
    </w:p>
    <w:p>
      <w:r>
        <w:rPr>
          <w:sz w:val="20"/>
        </w:rPr>
        <w:t>12:29  . dekhiye, Imam Abu Hanifa ko aap log sab log jantay hain, bohat baray fiqah thay. un ki wafat hui hai 150 hijri mein, yani wo doosri sadi hijri ka aadmi hain.</w:t>
      </w:r>
      <w:r>
        <w:br/>
      </w:r>
      <w:r>
        <w:rPr>
          <w:sz w:val="20"/>
        </w:rPr>
        <w:t>12:46  aur aap jantay hain ke wo kapray ki tijarat kartay thay. un ki tijarat kya thi? kufa mein kuch logon ko kapra bech dena.</w:t>
      </w:r>
      <w:r>
        <w:br/>
      </w:r>
      <w:r>
        <w:rPr>
          <w:sz w:val="20"/>
        </w:rPr>
        <w:t>13:00  to</w:t>
      </w:r>
      <w:r>
        <w:br/>
      </w:r>
      <w:r>
        <w:rPr>
          <w:sz w:val="20"/>
        </w:rPr>
        <w:t>13:01  wo tajir thay, lekin un ki aakhri daur jo ho sakti thi, wo wo kufa tha, ek chota sa shehar. aaj kya hai? aaj zamana hai nations ka.</w:t>
      </w:r>
      <w:r>
        <w:br/>
      </w:r>
      <w:r>
        <w:rPr>
          <w:sz w:val="20"/>
        </w:rPr>
        <w:t>13:13  yani ek insan sari dunya mein apni tayari phaila deta hai.</w:t>
      </w:r>
      <w:r>
        <w:br/>
      </w:r>
      <w:r>
        <w:rPr>
          <w:sz w:val="20"/>
        </w:rPr>
        <w:t>13:20  europe ka ek aadmi business karta hai, industry lagata hai, aur sari dunya mein apna product phailata hai. europe mein, america mein.</w:t>
      </w:r>
      <w:r>
        <w:br/>
      </w:r>
      <w:r>
        <w:rPr>
          <w:sz w:val="20"/>
        </w:rPr>
        <w:t>13:30  yeh kaise ho gaya? kyun Imam Abu Hanifa aalami satah par apni tijarat ko phaila nahi sakay?</w:t>
      </w:r>
      <w:r>
        <w:br/>
      </w:r>
      <w:r>
        <w:rPr>
          <w:sz w:val="20"/>
        </w:rPr>
        <w:t>13:41  aur kyun aaj ka insan phaila deta hai? yeh hai zamane ka phenomena. aaj ke insan ke pas sazan hai, communication hai,</w:t>
      </w:r>
      <w:r>
        <w:br/>
      </w:r>
      <w:r>
        <w:rPr>
          <w:sz w:val="20"/>
        </w:rPr>
        <w:t>13:55  naye mawaqe' hain.</w:t>
      </w:r>
      <w:r>
        <w:br/>
      </w:r>
      <w:r>
        <w:rPr>
          <w:sz w:val="20"/>
        </w:rPr>
        <w:t>13:58  aaj ki dunya wo dunya hai jahan ke wo global bridge ban chuki hai. bohat aasani se aap yahan, wahan, yahan, wahan pohanch saktay hain. yani apnay product ko sari dunya mein pohanchany ke sazan wajood mein aa chukay hain.</w:t>
      </w:r>
      <w:r>
        <w:br/>
      </w:r>
      <w:r>
        <w:rPr>
          <w:sz w:val="20"/>
        </w:rPr>
        <w:t>14:12  to Imam Abu Hanifa bohat hi zabardast zehan aadmi thay, bohat hi intelligent thay, bohat salahiyat walay thay. lekin kitnay bhi aap salahiyat hon, aap ko wasail chahiye, wasail chahiye.</w:t>
      </w:r>
      <w:r>
        <w:br/>
      </w:r>
      <w:r>
        <w:rPr>
          <w:sz w:val="20"/>
        </w:rPr>
        <w:t>14:28  to sari salahiyaton ke bawajood, chounke wasail nahi the, is liye imam abu hanifa ki tayyari kufa tak mehdood rahi. aaj ka insan jo hai, aalmi satah par apne product ki business karta hai.</w:t>
      </w:r>
      <w:r>
        <w:br/>
      </w:r>
      <w:r>
        <w:rPr>
          <w:sz w:val="20"/>
        </w:rPr>
        <w:t>14:44  to wahi aap ka haal hai ke aap chahe kam hon, lekin wasail to zyada hain.</w:t>
      </w:r>
      <w:r>
        <w:br/>
      </w:r>
      <w:r>
        <w:rPr>
          <w:sz w:val="20"/>
        </w:rPr>
        <w:t>14:53  aap apni kami ko mat dekhiye, wasail ki ziyadati ko dekhiye.</w:t>
      </w:r>
      <w:r>
        <w:br/>
      </w:r>
      <w:r>
        <w:rPr>
          <w:sz w:val="20"/>
        </w:rPr>
        <w:t>15:04  aap apni kami ko mat dekhiye.</w:t>
      </w:r>
      <w:r>
        <w:br/>
      </w:r>
      <w:r>
        <w:rPr>
          <w:sz w:val="20"/>
        </w:rPr>
        <w:t>15:09  wasail ki, wasail ka matlab resource, resources ki ziyadati ko dekhiye.</w:t>
      </w:r>
      <w:r>
        <w:br/>
      </w:r>
      <w:r>
        <w:rPr>
          <w:sz w:val="20"/>
        </w:rPr>
        <w:t>15:16  aaj to chand insan kafi hain ke sare alam mein apni baat phaila dein. hatta ke ek insan bhi kafi hai, agar us ke andar aag lagi hui hai baat pohnchaney ki.</w:t>
      </w:r>
    </w:p>
    <w:p>
      <w:pPr>
        <w:pStyle w:val="Heading2"/>
      </w:pPr>
      <w:r>
        <w:t>Maintain distance from thorns</w:t>
      </w:r>
    </w:p>
    <w:p>
      <w:r>
        <w:rPr>
          <w:color w:val="666666"/>
          <w:sz w:val="18"/>
        </w:rPr>
        <w:t>Nature And Spirituality June 04, 2006 Maulana Wahiduddin Khan · 55s · at 45:54 · https://youtu.be/i-c2g6Ip_SY?t=2754</w:t>
      </w:r>
    </w:p>
    <w:p>
      <w:r>
        <w:rPr>
          <w:i/>
        </w:rPr>
        <w:t>“Once I was standing in front of a rose tree.”</w:t>
      </w:r>
    </w:p>
    <w:p>
      <w:r>
        <w:rPr>
          <w:sz w:val="20"/>
        </w:rPr>
        <w:t>45:54  aisay mein aik baar khara tha aik</w:t>
      </w:r>
      <w:r>
        <w:br/>
      </w:r>
      <w:r>
        <w:rPr>
          <w:sz w:val="20"/>
        </w:rPr>
        <w:t>45:57  aik gulab ke aik peR ke samnay to mein ne dekha ke is ki branch jo hai is</w:t>
      </w:r>
      <w:r>
        <w:br/>
      </w:r>
      <w:r>
        <w:rPr>
          <w:sz w:val="20"/>
        </w:rPr>
        <w:t>46:03  peh gulab ka phool bhi hai aur kanta bhi hai</w:t>
      </w:r>
      <w:r>
        <w:br/>
      </w:r>
      <w:r>
        <w:rPr>
          <w:sz w:val="20"/>
        </w:rPr>
        <w:t>46:08  lekin mein ne dekha ke phool aur kanta dono aik distance ko maintain kiye huay hain</w:t>
      </w:r>
      <w:r>
        <w:br/>
      </w:r>
      <w:r>
        <w:rPr>
          <w:sz w:val="20"/>
        </w:rPr>
        <w:t>46:15  yani kanta jo hai khud phool ke andar nahi nikla hua hai phool se kuch doori par kanta</w:t>
      </w:r>
      <w:r>
        <w:br/>
      </w:r>
      <w:r>
        <w:rPr>
          <w:sz w:val="20"/>
        </w:rPr>
        <w:t>46:21  hai aur jitnay bhi phool thay aur kantay thay sab aik distance ko maintain karte thay</w:t>
      </w:r>
      <w:r>
        <w:br/>
      </w:r>
      <w:r>
        <w:rPr>
          <w:sz w:val="20"/>
        </w:rPr>
        <w:t>46:27  is par sochte sochte mujhe samjhaya</w:t>
      </w:r>
      <w:r>
        <w:br/>
      </w:r>
      <w:r>
        <w:rPr>
          <w:sz w:val="20"/>
        </w:rPr>
        <w:t>46:30  ke zindagi ka raaz yeh bata raha hai phool</w:t>
      </w:r>
      <w:r>
        <w:br/>
      </w:r>
      <w:r>
        <w:rPr>
          <w:sz w:val="20"/>
        </w:rPr>
        <w:t>46:34  kya society mein kuch log ho saktay hain jo aap ke liye kantay hon to is ka simple</w:t>
      </w:r>
      <w:r>
        <w:br/>
      </w:r>
      <w:r>
        <w:rPr>
          <w:sz w:val="20"/>
        </w:rPr>
        <w:t>46:39  solution kya hai aap in se ek distance ko maintain kijiye simple solution</w:t>
      </w:r>
    </w:p>
    <w:p>
      <w:pPr>
        <w:pStyle w:val="Heading2"/>
      </w:pPr>
      <w:r>
        <w:t>Treaty of Hudaybiyyah and its benefits</w:t>
      </w:r>
    </w:p>
    <w:p>
      <w:r>
        <w:rPr>
          <w:color w:val="666666"/>
          <w:sz w:val="18"/>
        </w:rPr>
        <w:t>Life of The Prophet of Islam in Brief (English) March 19, 2007 Maulana Wahiduddin Khan · 3m 23s · at 21:20 · https://youtu.be/dGDEatt8oFg?t=1280</w:t>
      </w:r>
    </w:p>
    <w:p>
      <w:r>
        <w:rPr>
          <w:i/>
        </w:rPr>
        <w:t>“So the Prophet wanted to establish peace”</w:t>
      </w:r>
    </w:p>
    <w:p>
      <w:r>
        <w:rPr>
          <w:sz w:val="20"/>
        </w:rPr>
        <w:t>21:20  So Prophet wanted to establish peace, establish peace, so that to only to normalize the situation and to start dawah work again in normal situation.</w:t>
      </w:r>
      <w:r>
        <w:br/>
      </w:r>
      <w:r>
        <w:rPr>
          <w:sz w:val="20"/>
        </w:rPr>
        <w:t>21:39  So he tried to negotiate, and after long negotiation, he was able to manage an agreement between himself and Makkan people.</w:t>
      </w:r>
      <w:r>
        <w:br/>
      </w:r>
      <w:r>
        <w:rPr>
          <w:sz w:val="20"/>
        </w:rPr>
        <w:t>21:54  This agreement is called Hudaybiyyah.</w:t>
      </w:r>
      <w:r>
        <w:br/>
      </w:r>
      <w:r>
        <w:rPr>
          <w:sz w:val="20"/>
        </w:rPr>
        <w:t>21:57  Although Hudaybiyyah agreement was a unilateral. Hudaybiyyah agreement was a unilateral kind of agreement because all the conditions of Makkan people were met.</w:t>
      </w:r>
      <w:r>
        <w:br/>
      </w:r>
      <w:r>
        <w:rPr>
          <w:sz w:val="20"/>
        </w:rPr>
        <w:t>22:17  But so it was a unilateral kind of agreement.</w:t>
      </w:r>
      <w:r>
        <w:br/>
      </w:r>
      <w:r>
        <w:rPr>
          <w:sz w:val="20"/>
        </w:rPr>
        <w:t>22:24  But there was one provision in favor of Islam, in favor of Islamic mission. That was of this agreement was</w:t>
      </w:r>
      <w:r>
        <w:br/>
      </w:r>
      <w:r>
        <w:rPr>
          <w:sz w:val="20"/>
        </w:rPr>
        <w:t>22:40  a no war pact</w:t>
      </w:r>
      <w:r>
        <w:br/>
      </w:r>
      <w:r>
        <w:rPr>
          <w:sz w:val="20"/>
        </w:rPr>
        <w:t>22:43  . This agreement, this agreement was in fact a no war pact. Although there was some other conditions in favor of Makkan people.</w:t>
      </w:r>
      <w:r>
        <w:br/>
      </w:r>
      <w:r>
        <w:rPr>
          <w:sz w:val="20"/>
        </w:rPr>
        <w:t>22:56  But they just of the act, this just of the agreement was that it was a no war pact.</w:t>
      </w:r>
      <w:r>
        <w:br/>
      </w:r>
      <w:r>
        <w:rPr>
          <w:sz w:val="20"/>
        </w:rPr>
        <w:t>23:05  After this, after this agreement, it was settled that now there is no war between Makkan people and Madinah people.</w:t>
      </w:r>
      <w:r>
        <w:br/>
      </w:r>
      <w:r>
        <w:rPr>
          <w:sz w:val="20"/>
        </w:rPr>
        <w:t>23:15  No war at all. So when, so this, so Hudaybiyyah agreement established a peace between the two parties.</w:t>
      </w:r>
      <w:r>
        <w:br/>
      </w:r>
      <w:r>
        <w:rPr>
          <w:sz w:val="20"/>
        </w:rPr>
        <w:t>23:26  So when there was peace, there was the normal situation returned again. And you know, it required normal situation to carry on dawah work.</w:t>
      </w:r>
      <w:r>
        <w:br/>
      </w:r>
      <w:r>
        <w:rPr>
          <w:sz w:val="20"/>
        </w:rPr>
        <w:t>23:46  So after this agreement, that was peace agreement, there was again dawah activities.</w:t>
      </w:r>
      <w:r>
        <w:br/>
      </w:r>
      <w:r>
        <w:rPr>
          <w:sz w:val="20"/>
        </w:rPr>
        <w:t>23:56  And history tells us that after two years, just after two years, Muslims, the number of Muslims became 10,000</w:t>
      </w:r>
      <w:r>
        <w:br/>
      </w:r>
      <w:r>
        <w:rPr>
          <w:sz w:val="20"/>
        </w:rPr>
        <w:t>24:14  . At the agreement, at the time of Hudaybiyyah agreement, Muslims were less than 1,500, hardly 1,400.</w:t>
      </w:r>
      <w:r>
        <w:br/>
      </w:r>
      <w:r>
        <w:rPr>
          <w:sz w:val="20"/>
        </w:rPr>
        <w:t>24:34  But after two years, their numbers increased and they became 10,000</w:t>
      </w:r>
    </w:p>
    <w:p>
      <w:pPr>
        <w:pStyle w:val="Heading2"/>
      </w:pPr>
      <w:r>
        <w:t>confessing his own extreme sensitivity and how to manage it</w:t>
      </w:r>
    </w:p>
    <w:p>
      <w:r>
        <w:rPr>
          <w:color w:val="666666"/>
          <w:sz w:val="18"/>
        </w:rPr>
        <w:t>Belief and Wisdom August 10, 2008 · 2m 01s · at 1:24:02 · https://youtu.be/XZ-ITT8bvZg?t=5042</w:t>
      </w:r>
    </w:p>
    <w:p>
      <w:r>
        <w:rPr>
          <w:i/>
        </w:rPr>
        <w:t>“Main khud bahut sensitive hoon, bahut zyada sensitive hoon”</w:t>
      </w:r>
    </w:p>
    <w:p>
      <w:r>
        <w:rPr>
          <w:sz w:val="20"/>
        </w:rPr>
        <w:t>1:24:02  daikhen, sensitivity jo hai, yeh koi yani sensitivity sabhi log sensitive hotay hain.</w:t>
      </w:r>
      <w:r>
        <w:br/>
      </w:r>
      <w:r>
        <w:rPr>
          <w:sz w:val="20"/>
        </w:rPr>
        <w:t>1:24:11  mein khud bohat sensitive hoon, bohat ziyada sensitive hoon. mein aap ko bataoon ke mein jab naujawan umar mein jab tha, mein jantay hain mera kya haal tha.</w:t>
      </w:r>
      <w:r>
        <w:br/>
      </w:r>
      <w:r>
        <w:rPr>
          <w:sz w:val="20"/>
        </w:rPr>
        <w:t>1:24:22  mein joota pehanta tha to agar mere yahan paon mein jootay ke neechay aik aik farz kiye aik aik paper chipak gaya, aik paon mein doosray par nahi chipka, to mujhe mujhe lagta tha ke balance toot gaya hai mera.</w:t>
      </w:r>
      <w:r>
        <w:br/>
      </w:r>
      <w:r>
        <w:rPr>
          <w:sz w:val="20"/>
        </w:rPr>
        <w:t>1:24:37  jab tak us paper ko nikalta nahi tha, mein tab tak mujhe lagta hai ke sab mera balance toot gaya hai. itna sensitive mein hoon, kitnay log hain, is ko pata bhi nahi chalay ga in ke neechay paper chipak gaya</w:t>
      </w:r>
      <w:r>
        <w:br/>
      </w:r>
      <w:r>
        <w:rPr>
          <w:sz w:val="20"/>
        </w:rPr>
        <w:t>1:24:49  hai. mere jootay ke sole mein agar aik aik pati chipak gayi ya paper chipak gaya, mein gaon mein rehta tha to aksar aisa hota hai chipak jana.</w:t>
      </w:r>
      <w:r>
        <w:br/>
      </w:r>
      <w:r>
        <w:rPr>
          <w:sz w:val="20"/>
        </w:rPr>
        <w:t>1:24:59  chipak yeh gaon yahan shehar mein to aap ko aisa nahi hota hoga kyunke yahan sarkain hoti hain. to jab bhi yahan to ruk kar ke is ko nikalta tha, tab mein chalta tha aagay.</w:t>
      </w:r>
      <w:r>
        <w:br/>
      </w:r>
      <w:r>
        <w:rPr>
          <w:sz w:val="20"/>
        </w:rPr>
        <w:t>1:25:12  yahan tak ke mujhe yaad hai is zamanay mein aisi baatein karta tha mein ke kabhi aik thokar lagay thay, yahan thokar aik aik aik ungli mein</w:t>
      </w:r>
      <w:r>
        <w:br/>
      </w:r>
      <w:r>
        <w:rPr>
          <w:sz w:val="20"/>
        </w:rPr>
        <w:t>1:25:19  do doosray mein thokar lagata tha mein balance karnay ke liye. to yeh bohat sensitive tha. mein abhi bhi sensitive hoon, lekin aap ko sensitive apni sensitive ko manage karna seekhna paray ga.</w:t>
      </w:r>
      <w:r>
        <w:br/>
      </w:r>
      <w:r>
        <w:rPr>
          <w:sz w:val="20"/>
        </w:rPr>
        <w:t>1:25:34  you have to learn the art of yani management. sensitive sab log hotay hain, is ko excuse bana detay hain.</w:t>
      </w:r>
      <w:r>
        <w:br/>
      </w:r>
      <w:r>
        <w:rPr>
          <w:sz w:val="20"/>
        </w:rPr>
        <w:t>1:25:44  log khwamkhwah excuse har giz mat banaiye kisi cheez ko.</w:t>
      </w:r>
      <w:r>
        <w:br/>
      </w:r>
      <w:r>
        <w:rPr>
          <w:sz w:val="20"/>
        </w:rPr>
        <w:t>1:25:49  apni aqal ko supreme banaiye, is ko manage karna seekhiye. aur sab se bari cheez jo hai manage karnay ke mamlay mein yeh hai ke aap yeh janiye ke kya cheez yani woh hai,</w:t>
      </w:r>
    </w:p>
    <w:p>
      <w:pPr>
        <w:pStyle w:val="Heading2"/>
      </w:pPr>
      <w:r>
        <w:t>positive thinking is life's greatest asset</w:t>
      </w:r>
    </w:p>
    <w:p>
      <w:r>
        <w:rPr>
          <w:color w:val="666666"/>
          <w:sz w:val="18"/>
        </w:rPr>
        <w:t>Man and the Laws of Nature April 1, 2012 · 35s · at 33:42 · https://youtu.be/coIrwYQgb6Y?t=2022</w:t>
      </w:r>
    </w:p>
    <w:p>
      <w:r>
        <w:rPr>
          <w:i/>
        </w:rPr>
        <w:t>“The biggest thing in life is positive thinking”</w:t>
      </w:r>
    </w:p>
    <w:p>
      <w:r>
        <w:rPr>
          <w:sz w:val="20"/>
        </w:rPr>
        <w:t>33:42  aik baat share karna chahta hoon ke zindagi mein sab se bari cheez kya hai? positive thinking.</w:t>
      </w:r>
      <w:r>
        <w:br/>
      </w:r>
      <w:r>
        <w:rPr>
          <w:sz w:val="20"/>
        </w:rPr>
        <w:t>33:52  mein samajhta hoon ke sab se bara jo hamara asset hai, woh hai positive thinking, kyun ke positive thinking hi se sari achi cheezein generate hoti hain, aur negative thinking us ka ulta hai.</w:t>
      </w:r>
      <w:r>
        <w:br/>
      </w:r>
      <w:r>
        <w:rPr>
          <w:sz w:val="20"/>
        </w:rPr>
        <w:t>34:05  yani negative thinking jo hai, sari evils is se aati hain. yani negative thinking is the source of all kind of evils, and positive thinking is the source of all kind of good.</w:t>
      </w:r>
    </w:p>
    <w:p>
      <w:pPr>
        <w:pStyle w:val="Heading2"/>
      </w:pPr>
      <w:r>
        <w:t>Mecca and Medina were history, not a fixed method</w:t>
      </w:r>
    </w:p>
    <w:p>
      <w:r>
        <w:rPr>
          <w:color w:val="666666"/>
          <w:sz w:val="18"/>
        </w:rPr>
        <w:t>Journey of History December 23, 2012 · 1m 50s · at 1:00:17 · https://youtu.be/bvjWl3U3Dmw?t=3617</w:t>
      </w:r>
    </w:p>
    <w:p>
      <w:r>
        <w:rPr>
          <w:i/>
        </w:rPr>
        <w:t>“Makki aur Madani daur yeh history ke phenomena hain, dawat ka principle nahin”</w:t>
      </w:r>
    </w:p>
    <w:p>
      <w:r>
        <w:rPr>
          <w:sz w:val="20"/>
        </w:rPr>
        <w:t>1:00:17  dekhiye, makkah aur madinah, makkhi daur aur madani daur jo hai, yeh history ke phenomena hain. yeh dawat ka principle nahi hai.</w:t>
      </w:r>
      <w:r>
        <w:br/>
      </w:r>
      <w:r>
        <w:rPr>
          <w:sz w:val="20"/>
        </w:rPr>
        <w:t>1:00:26  aisa kya ho sakta? ek sahab, ek bohat baray aalim ki kitab hai "dawat deen" par, us mein dawat ko teen marhalay bataye hain.</w:t>
      </w:r>
      <w:r>
        <w:br/>
      </w:r>
      <w:r>
        <w:rPr>
          <w:sz w:val="20"/>
        </w:rPr>
        <w:t>1:00:37  unhon ne dawat, hijrat, jihad. yeh sahi nahi hai.</w:t>
      </w:r>
      <w:r>
        <w:br/>
      </w:r>
      <w:r>
        <w:rPr>
          <w:sz w:val="20"/>
        </w:rPr>
        <w:t>1:00:46  yeh rasool Allah ke zamanay mein jo waqea paish aya, woh ek history thi. aisi isi ko aap ko repeat nahi karna hai ke pehle dawat do, phir hijrat karo, phir larai karo.</w:t>
      </w:r>
      <w:r>
        <w:br/>
      </w:r>
      <w:r>
        <w:rPr>
          <w:sz w:val="20"/>
        </w:rPr>
        <w:t>1:00:57  yeh koi islam nahi hai. history jo hai, badalti hai halaat ke aitbar se. aaj aap makkah o madinah ki is tarah mat sochiye, aap quran o hadith ki is tarah mat sochiye.</w:t>
      </w:r>
      <w:r>
        <w:br/>
      </w:r>
      <w:r>
        <w:rPr>
          <w:sz w:val="20"/>
        </w:rPr>
        <w:t>1:01:10  bas jo hain aap ka aas paas, un ko dawat dijiye.</w:t>
      </w:r>
      <w:r>
        <w:br/>
      </w:r>
      <w:r>
        <w:rPr>
          <w:sz w:val="20"/>
        </w:rPr>
        <w:t>1:01:13  yeh intezar kyun kar rahe hain ke ek daur badle, doosra daur aaye? tareekh kabhi bhi is tarah repeat nahi hua karti jis tarah se log samajhte hain.</w:t>
      </w:r>
      <w:r>
        <w:br/>
      </w:r>
      <w:r>
        <w:rPr>
          <w:sz w:val="20"/>
        </w:rPr>
        <w:t>1:01:23  aisa kabhi nahi hone wala hai dobara ke aap dawat dein, phir hijrat karein, phir jihad kar ke larai karein. yeh tasawwur bilkul galat hai.</w:t>
      </w:r>
      <w:r>
        <w:br/>
      </w:r>
      <w:r>
        <w:rPr>
          <w:sz w:val="20"/>
        </w:rPr>
        <w:t>1:01:33  yeh history ko principle ka usool dena, history ko usool ka darja dena hai.</w:t>
      </w:r>
      <w:r>
        <w:br/>
      </w:r>
      <w:r>
        <w:rPr>
          <w:sz w:val="20"/>
        </w:rPr>
        <w:t>1:01:39  history dekhiye, yaad rakhiye, usool jo hai, woh history se akhaz nahi hota. woh jo text hai, quran o hadith, us se akhaz hota hai.</w:t>
      </w:r>
      <w:r>
        <w:br/>
      </w:r>
      <w:r>
        <w:rPr>
          <w:sz w:val="20"/>
        </w:rPr>
        <w:t>1:01:50  principle hamesha nikala jaye ga text se, history se nahi. yeh bohat bari bhool hai jis mein bohat se log mubtala hain. to us mein apne zehan ko aap durust kijiye aur dawat ke rastay jo khulay hain, un par apne aap ko laga dijiye.</w:t>
      </w:r>
    </w:p>
    <w:p>
      <w:pPr>
        <w:pStyle w:val="Heading2"/>
      </w:pPr>
      <w:r>
        <w:t>Islamic formula: follow one and respect all</w:t>
      </w:r>
    </w:p>
    <w:p>
      <w:r>
        <w:rPr>
          <w:color w:val="666666"/>
          <w:sz w:val="18"/>
        </w:rPr>
        <w:t>Position of Islam in a Pluralistic Society (English) March 12, 2007 Maulana Wahiduddin Khan · 32s · at 8:18 · https://youtu.be/zeBT1HGl2n8?t=498</w:t>
      </w:r>
    </w:p>
    <w:p>
      <w:r>
        <w:rPr>
          <w:i/>
        </w:rPr>
        <w:t>“For Muslims their religion, for Jews theirs — same formula in Madinah.”</w:t>
      </w:r>
    </w:p>
    <w:p>
      <w:r>
        <w:rPr>
          <w:sz w:val="20"/>
        </w:rPr>
        <w:t>8:18  For you, their religion. For Muslims, their religion. The same formula was applied also in Madinah, where Prophet was in power.</w:t>
      </w:r>
      <w:r>
        <w:br/>
      </w:r>
      <w:r>
        <w:rPr>
          <w:sz w:val="20"/>
        </w:rPr>
        <w:t>8:32  So I can say that Islamic formula is based on this principle that follow one and respect all.</w:t>
      </w:r>
      <w:r>
        <w:br/>
      </w:r>
      <w:r>
        <w:rPr>
          <w:sz w:val="20"/>
        </w:rPr>
        <w:t>8:40  Follow one and respect all. This is the Islamic formula about this situation.</w:t>
      </w:r>
    </w:p>
    <w:p>
      <w:pPr>
        <w:pStyle w:val="Heading2"/>
      </w:pPr>
      <w:r>
        <w:t>Prophet Muhammad never spoke against those who exiled him</w:t>
      </w:r>
    </w:p>
    <w:p>
      <w:r>
        <w:rPr>
          <w:color w:val="666666"/>
          <w:sz w:val="18"/>
        </w:rPr>
        <w:t>The Purpose of Existence September9, 2012 · 2m 28s · at 36:44 · https://youtu.be/GB_OC-LeGCE?t=2204</w:t>
      </w:r>
    </w:p>
    <w:p>
      <w:r>
        <w:rPr>
          <w:i/>
        </w:rPr>
        <w:t>“Makkah mein logon ne unki sakht mukhalifat ki”</w:t>
      </w:r>
    </w:p>
    <w:p>
      <w:r>
        <w:rPr>
          <w:sz w:val="20"/>
        </w:rPr>
        <w:t>36:44  ye kitni bari cheez hai. ab ye dekhiye, isi isi insani majmoo e mein muhammad ibn abdullah paida hue.</w:t>
      </w:r>
      <w:r>
        <w:br/>
      </w:r>
      <w:r>
        <w:rPr>
          <w:sz w:val="20"/>
        </w:rPr>
        <w:t>37:01  makkah mein logon ne unki sakht mukhalifat ki, bohat ziyada, bohat ziyada mukhalifat ki, yahan tak ke 13 saal ke baad aapko makkah chhod kar ke madina jana pada.</w:t>
      </w:r>
      <w:r>
        <w:br/>
      </w:r>
      <w:r>
        <w:rPr>
          <w:sz w:val="20"/>
        </w:rPr>
        <w:t>37:16  jab madina aap gaye hain to jo pehli taqreer wahan ki hai, aapne rasool Allah sal Allah aleh o wasallam ne, wo poori ki poori maujood hai seer ta bin shamim mein.</w:t>
      </w:r>
      <w:r>
        <w:br/>
      </w:r>
      <w:r>
        <w:rPr>
          <w:sz w:val="20"/>
        </w:rPr>
        <w:t>37:29  iska title hai: "awwal khatba khatba rasool Allah sal Allah aleh o wasallam fi al madinah." ismein aapne kya kaha tha? aaj kal ka aadmi jisko aisi surat e haal pesh aaye ke watan se nikal diya jaye, uski jaidad chheen li jaye,</w:t>
      </w:r>
      <w:r>
        <w:br/>
      </w:r>
      <w:r>
        <w:rPr>
          <w:sz w:val="20"/>
        </w:rPr>
        <w:t>37:48  usko takleefen pahunchai jayen, uske saahibiyon ko maar dala jaye, to jab wo bahar jata hai to kya karta hai? wo</w:t>
      </w:r>
      <w:r>
        <w:br/>
      </w:r>
      <w:r>
        <w:rPr>
          <w:sz w:val="20"/>
        </w:rPr>
        <w:t>37:57  wo complaint ka daftar khol deta hai, shikayat aur complaint. yehi ek kaam uska negative propaganda. dekho, ye to itne bure hain ke ye bohat zalim hain.</w:t>
      </w:r>
      <w:r>
        <w:br/>
      </w:r>
      <w:r>
        <w:rPr>
          <w:sz w:val="20"/>
        </w:rPr>
        <w:t>38:11  yani sirf ek hi kaam isko rehta hai. lekin aap dekhiye, wahan rasool Allah sal Allah aleh o wasallam ne ek kalma bhi nahi kaha hai. poore das saal mein wahan par das saal aap rahe,</w:t>
      </w:r>
      <w:r>
        <w:br/>
      </w:r>
      <w:r>
        <w:rPr>
          <w:sz w:val="20"/>
        </w:rPr>
        <w:t>38:23  kuch bhi makkah walon ke khilaf koi propaganda nahi, koi propaganda nahi, na pehle din, na aakhri din. to ye example set kiya aapne kaha agar koi tumhare saath dushmani kare,</w:t>
      </w:r>
      <w:r>
        <w:br/>
      </w:r>
      <w:r>
        <w:rPr>
          <w:sz w:val="20"/>
        </w:rPr>
        <w:t>38:42  conspiracy kare, tum ko tumhare watan se nikale, tab bhi tum negative na bano, tab bhi tum apni positive technique qaim rakho.</w:t>
      </w:r>
      <w:r>
        <w:br/>
      </w:r>
      <w:r>
        <w:rPr>
          <w:sz w:val="20"/>
        </w:rPr>
        <w:t>38:53  ye kitna bara example hai, bohat hi bara example hai, bohat bara example hai. to poori tareekh mein is tarah ke afraad, is tarah ke individuals, is tarah ke persons dikhaye jate hain.</w:t>
      </w:r>
    </w:p>
    <w:p>
      <w:pPr>
        <w:pStyle w:val="Heading2"/>
      </w:pPr>
      <w:r>
        <w:t>Definition of sincerity in asking questions</w:t>
      </w:r>
    </w:p>
    <w:p>
      <w:r>
        <w:rPr>
          <w:color w:val="666666"/>
          <w:sz w:val="18"/>
        </w:rPr>
        <w:t>Positive Guidance for Present Muslims 4 Aug, 2019 - Maulana Wahiduddin Khan · 38s · at 2:45 · https://youtu.be/IEDGQvt-5p0?t=165</w:t>
      </w:r>
    </w:p>
    <w:p>
      <w:r>
        <w:rPr>
          <w:i/>
        </w:rPr>
        <w:t>“Dekhiye, sansir ka matlab kya hai?”</w:t>
      </w:r>
    </w:p>
    <w:p>
      <w:r>
        <w:rPr>
          <w:sz w:val="20"/>
        </w:rPr>
        <w:t>2:45  dekhein, sincere ka matlab kya hai?</w:t>
      </w:r>
      <w:r>
        <w:br/>
      </w:r>
      <w:r>
        <w:rPr>
          <w:sz w:val="20"/>
        </w:rPr>
        <w:t>2:50  sincere ka matlab yeh hai</w:t>
      </w:r>
      <w:r>
        <w:br/>
      </w:r>
      <w:r>
        <w:rPr>
          <w:sz w:val="20"/>
        </w:rPr>
        <w:t>2:55  ke jab aap ko koi sawal karna ho to sawal karne se pehle aap sochein ke jo sawal mein karne ja raha hoon doosre se, kya mein is sawal ka matlab samajhta hoon?</w:t>
      </w:r>
      <w:r>
        <w:br/>
      </w:r>
      <w:r>
        <w:rPr>
          <w:sz w:val="20"/>
        </w:rPr>
        <w:t>3:14  pehley khud sawal ka jawab khud daryaft karein, phir doosre se sawal karein.</w:t>
      </w:r>
    </w:p>
    <w:p>
      <w:pPr>
        <w:pStyle w:val="Heading2"/>
      </w:pPr>
      <w:r>
        <w:t>Expressing love of God through acknowledgment</w:t>
      </w:r>
    </w:p>
    <w:p>
      <w:r>
        <w:rPr>
          <w:color w:val="666666"/>
          <w:sz w:val="18"/>
        </w:rPr>
        <w:t>Q&amp;A 10 Nov 2011 - Maulana Wahiduddin Khan · 1m 32s · at 41:31 · https://youtu.be/cmBNOsO1nVo?t=2491</w:t>
      </w:r>
    </w:p>
    <w:p>
      <w:r>
        <w:rPr>
          <w:i/>
        </w:rPr>
        <w:t>“Bhai, dil se iqraar asal hai.”</w:t>
      </w:r>
    </w:p>
    <w:p>
      <w:r>
        <w:rPr>
          <w:sz w:val="20"/>
        </w:rPr>
        <w:t>41:31  bhai, dil se etiraf asal hai, asal cheez hai. dil se etiraf, dil se acknowledge karna. jab dil se acknowledge karenge to aap aap ki zuban par alfaaz aa jayenge.</w:t>
      </w:r>
      <w:r>
        <w:br/>
      </w:r>
      <w:r>
        <w:rPr>
          <w:sz w:val="20"/>
        </w:rPr>
        <w:t>41:43  jaise quran majeed ke jo woh hai</w:t>
      </w:r>
      <w:r>
        <w:br/>
      </w:r>
      <w:r>
        <w:rPr>
          <w:sz w:val="20"/>
        </w:rPr>
        <w:t>41:48  ayat "alhamdolillah rabbil alameen", yeh kaifiyat ka lafzon mein dhal jana hai. yeh pehli ayat hai, aap jante hain "alhamdolillah rabbil alameen", "alhamdolillah rabbil alameen".</w:t>
      </w:r>
      <w:r>
        <w:br/>
      </w:r>
      <w:r>
        <w:rPr>
          <w:sz w:val="20"/>
        </w:rPr>
        <w:t>42:01  kuch kuch alfaaz ka majmooa nahi hai. yeh yeh kaifiyat dil mein amri, aap aap ke andar</w:t>
      </w:r>
      <w:r>
        <w:br/>
      </w:r>
      <w:r>
        <w:rPr>
          <w:sz w:val="20"/>
        </w:rPr>
        <w:t>42:09  aik kaifiyat amri. aap mein aap ne socha ke Allah teri rububiyat itni pehli hai saare alam mein, to kehta hai qabil e hamd hai. to yeh yeh jazba ubhra aap ke andar, woh lafzon mein dhal gaya.</w:t>
      </w:r>
      <w:r>
        <w:br/>
      </w:r>
      <w:r>
        <w:rPr>
          <w:sz w:val="20"/>
        </w:rPr>
        <w:t>42:23  mein samajhta hoon ke yahi hai izhaar e mohabbat.</w:t>
      </w:r>
      <w:r>
        <w:br/>
      </w:r>
      <w:r>
        <w:rPr>
          <w:sz w:val="20"/>
        </w:rPr>
        <w:t>42:27  izhaar e mohabbat jo hai, daryaft se shuru hota hai, acknowledgement acknowledge karta hai. phir insaan, phir is ke qalbi jazbaat lafzon mein dhal dhal kar niklte hain, nikalne lagte hain.</w:t>
      </w:r>
      <w:r>
        <w:br/>
      </w:r>
      <w:r>
        <w:rPr>
          <w:sz w:val="20"/>
        </w:rPr>
        <w:t>42:41  mein samajhta hoon ke yahi hai izhaar e mohabbat.</w:t>
      </w:r>
      <w:r>
        <w:br/>
      </w:r>
      <w:r>
        <w:rPr>
          <w:sz w:val="20"/>
        </w:rPr>
        <w:t>42:45  koi hum Allah taala ko koi dirham o dinar thori de sakte hain, dirham o dinar nahi de sakte Allah taala ko. hum sirf aitraaf de sakte hain.</w:t>
      </w:r>
    </w:p>
    <w:p>
      <w:pPr>
        <w:pStyle w:val="Heading2"/>
      </w:pPr>
      <w:r>
        <w:t>How Umar started congregational taraweeh prayer in Islam</w:t>
      </w:r>
    </w:p>
    <w:p>
      <w:r>
        <w:rPr>
          <w:color w:val="666666"/>
          <w:sz w:val="18"/>
        </w:rPr>
        <w:t>In Conversation with Maulana Wahiduddin Khan (Amaal-e-Ramadan) 25 Aug, 2007 · 47s · at 25:12 · https://youtu.be/DRE5UnumqIY?t=1512</w:t>
      </w:r>
    </w:p>
    <w:p>
      <w:r>
        <w:rPr>
          <w:i/>
        </w:rPr>
        <w:t>“Rasoolullah ke zamane mein taraweeh nahi hua karti thi”</w:t>
      </w:r>
    </w:p>
    <w:p>
      <w:r>
        <w:rPr>
          <w:sz w:val="20"/>
        </w:rPr>
        <w:t>25:12  do baatein hoti hain. to Hazrat Umar ke baare mein kaha jata hai ke woh aap jante hain ke Rasool Allah ke zamane mein taraveeh nahi hua karti thi. ji, Hazrat Umar ke zamane mein shuru hui.</w:t>
      </w:r>
      <w:r>
        <w:br/>
      </w:r>
      <w:r>
        <w:rPr>
          <w:sz w:val="20"/>
        </w:rPr>
        <w:t>25:23  hmm, to raat ko woh round le rahe the to dekha ke masjid mein log</w:t>
      </w:r>
      <w:r>
        <w:br/>
      </w:r>
      <w:r>
        <w:rPr>
          <w:sz w:val="20"/>
        </w:rPr>
        <w:t>25:28  isha ke baad phir jamaat ke saath namaz padh rahe hain. to ek nayi cheez thi woh. to unhon ne poocha ke bhai kya hai yeh? unhon ne bataya ke yeh taraveeh hai.</w:t>
      </w:r>
      <w:r>
        <w:br/>
      </w:r>
      <w:r>
        <w:rPr>
          <w:sz w:val="20"/>
        </w:rPr>
        <w:t>25:38  to aap ne farmaya ke na'am al-bid'atu. hmm, yani nayi cheez hai, phir bhi achhi hai woh.</w:t>
      </w:r>
      <w:r>
        <w:br/>
      </w:r>
      <w:r>
        <w:rPr>
          <w:sz w:val="20"/>
        </w:rPr>
        <w:t>25:46  to taraveeh ko main samajhta hoon ke ek pehlu yeh hai ke woh tahajjud ki taqdeem hai. ke tahajjud pehle padh lena hai. doosri baat yeh hai ke taraveeh ka nizam jo qaim hua ummat mein,</w:t>
      </w:r>
    </w:p>
    <w:p>
      <w:pPr>
        <w:pStyle w:val="Heading2"/>
      </w:pPr>
      <w:r>
        <w:t>Refuting 'Who created God?' with relativity</w:t>
      </w:r>
    </w:p>
    <w:p>
      <w:r>
        <w:rPr>
          <w:color w:val="666666"/>
          <w:sz w:val="18"/>
        </w:rPr>
        <w:t>God and Man July 20, 2008 · 1m 59s · at 22:03 · https://youtu.be/FopZW-keJkY?t=1323</w:t>
      </w:r>
    </w:p>
    <w:p>
      <w:r>
        <w:rPr>
          <w:i/>
        </w:rPr>
        <w:t>“If God created man, who created God?”</w:t>
      </w:r>
    </w:p>
    <w:p>
      <w:r>
        <w:rPr>
          <w:sz w:val="20"/>
        </w:rPr>
        <w:t>22:03  woh yeh hai ke "If God created man, who created God?" yeh bohat ziyada kaha jata hai.</w:t>
      </w:r>
      <w:r>
        <w:br/>
      </w:r>
      <w:r>
        <w:rPr>
          <w:sz w:val="20"/>
        </w:rPr>
        <w:t>22:14  sab se pehle yeh baat kahi gayi thi europe mein. yani yun bhi log sochte rahe honge, lekin jo literature mein jo aaya hai, literature mein to yeh</w:t>
      </w:r>
      <w:r>
        <w:br/>
      </w:r>
      <w:r>
        <w:rPr>
          <w:sz w:val="20"/>
        </w:rPr>
        <w:t>22:31  john stuart mill jo tha, ek british philosopher, uska baap tha james mill.</w:t>
      </w:r>
      <w:r>
        <w:br/>
      </w:r>
      <w:r>
        <w:rPr>
          <w:sz w:val="20"/>
        </w:rPr>
        <w:t>22:40  james mill, james mill jo tha, usne apne bete stuart mill se kaha ke yahi baat jis ko usne apni autobiography mein naqal kiya hai ke mere baap ne yeh kaha tha jab mein youth age mein tha us waqt ke "If God created man, who created God?" is tarah ek doubt daal diya apne bete ke dil mein.</w:t>
      </w:r>
      <w:r>
        <w:br/>
      </w:r>
      <w:r>
        <w:rPr>
          <w:sz w:val="20"/>
        </w:rPr>
        <w:t>23:05  wo isi par jiya, isi par mara. ab mein aap ko</w:t>
      </w:r>
      <w:r>
        <w:br/>
      </w:r>
      <w:r>
        <w:rPr>
          <w:sz w:val="20"/>
        </w:rPr>
        <w:t>23:15  dawat deta hoon is par sochen aap gehrai ke sath ke kitna afsurda tha yeh james mill ka yeh kehna. sab logon ko maan lena hai is par. dekhiye,</w:t>
      </w:r>
      <w:r>
        <w:br/>
      </w:r>
      <w:r>
        <w:rPr>
          <w:sz w:val="20"/>
        </w:rPr>
        <w:t>23:27  james mill ne jab baat kahi thi, us waqt science abhi agle stage par nahi pahunchi thi. yani baat ko jab science mein development hua aur einstein ki theory of relativity samne aayi,</w:t>
      </w:r>
      <w:r>
        <w:br/>
      </w:r>
      <w:r>
        <w:rPr>
          <w:sz w:val="20"/>
        </w:rPr>
        <w:t>23:45  wo sab cheezein afsurda samne ho gayeen. afsurda!</w:t>
      </w:r>
      <w:r>
        <w:br/>
      </w:r>
      <w:r>
        <w:rPr>
          <w:sz w:val="20"/>
        </w:rPr>
        <w:t>23:49  aap ko maloom hai ke einstein ne jo apni theory of relativity pesh ki thi, wo tha 1960, 1916 mein.</w:t>
      </w:r>
    </w:p>
    <w:p>
      <w:pPr>
        <w:pStyle w:val="Heading2"/>
      </w:pPr>
      <w:r>
        <w:t>Sheba queen's surrender example from Quran</w:t>
      </w:r>
    </w:p>
    <w:p>
      <w:r>
        <w:rPr>
          <w:color w:val="666666"/>
          <w:sz w:val="18"/>
        </w:rPr>
        <w:t>Respectful Settlement August 19, 2007 · 5m 12s · at 20:13 · https://youtu.be/y9rTlBkoP6I?t=1213</w:t>
      </w:r>
    </w:p>
    <w:p>
      <w:r>
        <w:rPr>
          <w:i/>
        </w:rPr>
        <w:t>“Main aap ko aur example deta hoon”</w:t>
      </w:r>
    </w:p>
    <w:p>
      <w:r>
        <w:rPr>
          <w:sz w:val="20"/>
        </w:rPr>
        <w:t>20:13  Main aap ko aur example deta hoon. Dekhiye. Had Masih se ek hazar saal pehle Yemen ke area mein ek bohat hi developed qaum rehti thi is ka naam tha Sheba.</w:t>
      </w:r>
      <w:r>
        <w:br/>
      </w:r>
      <w:r>
        <w:rPr>
          <w:sz w:val="20"/>
        </w:rPr>
        <w:t>20:30  S-H-E-B-A. Yemen ke area jo hai</w:t>
      </w:r>
      <w:r>
        <w:br/>
      </w:r>
      <w:r>
        <w:rPr>
          <w:sz w:val="20"/>
        </w:rPr>
        <w:t>20:38  is mein un ke un ka rule tha. Aur us zamane mein yeh log samandari tijarat karte the. Aur bohat paisa tha un ke paas.</w:t>
      </w:r>
      <w:r>
        <w:br/>
      </w:r>
      <w:r>
        <w:rPr>
          <w:sz w:val="20"/>
        </w:rPr>
        <w:t>20:49  Bohat rich nation thi woh. Sheba. S-H-E-B-A. Quran mein do suraton mein un ka zikr hai.</w:t>
      </w:r>
      <w:r>
        <w:br/>
      </w:r>
      <w:r>
        <w:rPr>
          <w:sz w:val="20"/>
        </w:rPr>
        <w:t>21:00  Surah Al-Naml mein, Surah Saba mein. Un ke naam par ek chapter hi Quran mein hai, Saba. To kya hua isi zamane mein Sulaiman jo Yahudiyon mein Nabi bhi the aur king bhi the woh.</w:t>
      </w:r>
      <w:r>
        <w:br/>
      </w:r>
      <w:r>
        <w:rPr>
          <w:sz w:val="20"/>
        </w:rPr>
        <w:t>21:18  Solomon jin ko kaha jata hai Bible mein, Solomon. To unhon ne is ko ultimatum diya ke tum surrender karo.</w:t>
      </w:r>
      <w:r>
        <w:br/>
      </w:r>
      <w:r>
        <w:rPr>
          <w:sz w:val="20"/>
        </w:rPr>
        <w:t>21:29  Surrender karo tum. Zahir hai ke aaj kal jo human rights ka jo concept hai is ke mutabiq un ka is ki maang jo thi bilkul yani theek nahi thi.</w:t>
      </w:r>
      <w:r>
        <w:br/>
      </w:r>
      <w:r>
        <w:rPr>
          <w:sz w:val="20"/>
        </w:rPr>
        <w:t>21:42  Hum surrender kyun karein?</w:t>
      </w:r>
      <w:r>
        <w:br/>
      </w:r>
      <w:r>
        <w:rPr>
          <w:sz w:val="20"/>
        </w:rPr>
        <w:t>21:48  To kya hua ke us waqt Bilqees is ka naam hota tha jo wahan queen ek rule karti thi, queen.</w:t>
      </w:r>
      <w:r>
        <w:br/>
      </w:r>
      <w:r>
        <w:rPr>
          <w:sz w:val="20"/>
        </w:rPr>
        <w:t>21:59  Is ka naam tha Bilqees. Bilqees ka lafz jo hai Bible mein aaya hai, Quran o Hadees mein to nahi aaya hai Bilqees ka lafz. To woh wahan par queen thi woh.</w:t>
      </w:r>
      <w:r>
        <w:br/>
      </w:r>
      <w:r>
        <w:rPr>
          <w:sz w:val="20"/>
        </w:rPr>
        <w:t>22:12  To us ne apne jo us ke jo advisors the top ke un ko bulaya. Ke dekho yeh Sulaiman ne yeh maang ki hai ke hum surrender karein un ke aage.</w:t>
      </w:r>
      <w:r>
        <w:br/>
      </w:r>
      <w:r>
        <w:rPr>
          <w:sz w:val="20"/>
        </w:rPr>
        <w:t>22:27  Warna woh fauj bhejenge. To wahan bhi dekhiye in logon ne bhi respectful formula chaha. Ke theek hai woh bohat powerful hain lekin koi respectful formula hona chahiye.</w:t>
      </w:r>
      <w:r>
        <w:br/>
      </w:r>
      <w:r>
        <w:rPr>
          <w:sz w:val="20"/>
        </w:rPr>
        <w:t>22:39  Aise kaise hum surrender kar dein? Hamara honor jo hai us ko mehfooz rehna chahiye. Us waqt Quran mein yeh ayat hai, bohat hi important hai yeh aap is ko parhiye.</w:t>
      </w:r>
      <w:r>
        <w:br/>
      </w:r>
      <w:r>
        <w:rPr>
          <w:sz w:val="20"/>
        </w:rPr>
        <w:t>22:54  Surah Al-Naml mein. Innal muluka idha dakhlu qaryatan afsaduha waja'alu azzata ahliha azillatan wa zalika yaf'aloon to</w:t>
      </w:r>
      <w:r>
        <w:br/>
      </w:r>
      <w:r>
        <w:rPr>
          <w:sz w:val="20"/>
        </w:rPr>
        <w:t>23:08  woh jo queen Sheba jo thi us ne kaha ke badshah log jab kahin dakhil hote hain to wahan fasad karte hain, bigaad karte hain.</w:t>
      </w:r>
      <w:r>
        <w:br/>
      </w:r>
      <w:r>
        <w:rPr>
          <w:sz w:val="20"/>
        </w:rPr>
        <w:t>23:28  Aur izzat walon ki be izzat karte hain.</w:t>
      </w:r>
      <w:r>
        <w:br/>
      </w:r>
      <w:r>
        <w:rPr>
          <w:sz w:val="20"/>
        </w:rPr>
        <w:t>23:35  Aur yeh bhi yahi karenge, wa zalika yaf'aloon yeh bhi yahi karenge.</w:t>
      </w:r>
      <w:r>
        <w:br/>
      </w:r>
      <w:r>
        <w:rPr>
          <w:sz w:val="20"/>
        </w:rPr>
        <w:t>23:43  Yaani aayenge to wahan yahan kuch log maare jayenge. Property tabah hogi.</w:t>
      </w:r>
      <w:r>
        <w:br/>
      </w:r>
      <w:r>
        <w:rPr>
          <w:sz w:val="20"/>
        </w:rPr>
        <w:t>23:52  Hamari tijarat jo hai woh sab tabah hogi.</w:t>
      </w:r>
      <w:r>
        <w:br/>
      </w:r>
      <w:r>
        <w:rPr>
          <w:sz w:val="20"/>
        </w:rPr>
        <w:t>23:58  aur kazaalik woh bhi yahi karenge. ab dekhiye yeh jo lafz hai, ab ghaur kijiye. ke quran mein yeh nahi aaya ke woh to paighambar the is liye woh aisa nahi karenge.</w:t>
      </w:r>
      <w:r>
        <w:br/>
      </w:r>
      <w:r>
        <w:rPr>
          <w:sz w:val="20"/>
        </w:rPr>
        <w:t>24:08  yeh nahi aaya.</w:t>
      </w:r>
      <w:r>
        <w:br/>
      </w:r>
      <w:r>
        <w:rPr>
          <w:sz w:val="20"/>
        </w:rPr>
        <w:t>24:12  yani hona yeh chahiye na ke woh woh queen jo hai woh keh rahi hai ke woh bhi aisa hi karenge, kazaalik yafaloon to quran mein hona chahiye tha ke us ne galat kaha, woh to paighambar the woh aisa na karte.</w:t>
      </w:r>
      <w:r>
        <w:br/>
      </w:r>
      <w:r>
        <w:rPr>
          <w:sz w:val="20"/>
        </w:rPr>
        <w:t>24:26  is ka matlab hai ke paighambar bhi yahi karta. King hamesha yahi karta hai.</w:t>
      </w:r>
      <w:r>
        <w:br/>
      </w:r>
      <w:r>
        <w:rPr>
          <w:sz w:val="20"/>
        </w:rPr>
        <w:t>24:36  King yahi karta hai hamesha. to unhon ne surrender kar diya. yahan pe aap dekhiye disrespectful formulay ko quran mein endorse kiya gaya hai.</w:t>
      </w:r>
      <w:r>
        <w:br/>
      </w:r>
      <w:r>
        <w:rPr>
          <w:sz w:val="20"/>
        </w:rPr>
        <w:t>24:48  quran mein yeh nahi kaha gaya hai ke is aurat ko respectful formulay ke liye ladna chahiye tha. surrender nahi karna chahiye tha. to quran endorse kar raha hai ke is tarah ki situation mein disrespectful formulay ko manna padta hai.</w:t>
      </w:r>
      <w:r>
        <w:br/>
      </w:r>
      <w:r>
        <w:rPr>
          <w:sz w:val="20"/>
        </w:rPr>
        <w:t>25:09  warna kya hai? tabaahi, maar kat, khoon bahana.</w:t>
      </w:r>
      <w:r>
        <w:br/>
      </w:r>
      <w:r>
        <w:rPr>
          <w:sz w:val="20"/>
        </w:rPr>
        <w:t>25:18  yeh hai Hazrat Masih se ek hazar saal pehle ka waqia.</w:t>
      </w:r>
    </w:p>
    <w:p>
      <w:pPr>
        <w:pStyle w:val="Heading2"/>
      </w:pPr>
      <w:r>
        <w:t>The real choice: a universe with God, or no universe</w:t>
      </w:r>
    </w:p>
    <w:p>
      <w:r>
        <w:rPr>
          <w:color w:val="666666"/>
          <w:sz w:val="18"/>
        </w:rPr>
        <w:t>God and Man February 19, 2012 · 2m 32s · at 5:29 · https://youtu.be/rL4g0LOU3wo?t=329</w:t>
      </w:r>
    </w:p>
    <w:p>
      <w:r>
        <w:rPr>
          <w:i/>
        </w:rPr>
        <w:t>“The question has no logic to it at all”</w:t>
      </w:r>
    </w:p>
    <w:p>
      <w:r>
        <w:rPr>
          <w:sz w:val="20"/>
        </w:rPr>
        <w:t>5:29  uski koi logic nahi hai. is liye ke masla yeh hai ke hum aik kainat ko paate hain apne charon taraf.</w:t>
      </w:r>
      <w:r>
        <w:br/>
      </w:r>
      <w:r>
        <w:rPr>
          <w:sz w:val="20"/>
        </w:rPr>
        <w:t>5:43  isko hum dekhte hain, isko hum daryaft karte hain, is se hum jeete hain. to yeh sawal hai ke aakhir yeh kainat, yeh kainat kaise?</w:t>
      </w:r>
      <w:r>
        <w:br/>
      </w:r>
      <w:r>
        <w:rPr>
          <w:sz w:val="20"/>
        </w:rPr>
        <w:t>5:55  to main yeh kahoon ga ke is mamle mein hamare jo option hain woh</w:t>
      </w:r>
      <w:r>
        <w:br/>
      </w:r>
      <w:r>
        <w:rPr>
          <w:sz w:val="20"/>
        </w:rPr>
        <w:t>6:07  kainat with God aur kainat without God ka nahi hai.</w:t>
      </w:r>
      <w:r>
        <w:br/>
      </w:r>
      <w:r>
        <w:rPr>
          <w:sz w:val="20"/>
        </w:rPr>
        <w:t>6:16  option jin do tanasub ke beech mein hai woh yeh nahi hai ke kainat with God, kainat without God.</w:t>
      </w:r>
      <w:r>
        <w:br/>
      </w:r>
      <w:r>
        <w:rPr>
          <w:sz w:val="20"/>
        </w:rPr>
        <w:t>6:26  nahi. jin do ke beech mein option hai woh woh yeh hai ke kainat with God aur no kainat bilkul nahi.</w:t>
      </w:r>
      <w:r>
        <w:br/>
      </w:r>
      <w:r>
        <w:rPr>
          <w:sz w:val="20"/>
        </w:rPr>
        <w:t>6:43  yaani agar aap yeh kahein ke Khuda nahi hai to yeh sawal phir baqi rehta hai ke phir yeh kainat kaise bani? kaise chal rahi hai?</w:t>
      </w:r>
      <w:r>
        <w:br/>
      </w:r>
      <w:r>
        <w:rPr>
          <w:sz w:val="20"/>
        </w:rPr>
        <w:t>6:53  kaun iska khaliq hai? kaun iska sustainer hai? to option yeh nahi hai ke kainat with God, kainat without God.</w:t>
      </w:r>
      <w:r>
        <w:br/>
      </w:r>
      <w:r>
        <w:rPr>
          <w:sz w:val="20"/>
        </w:rPr>
        <w:t>7:03  yeh option hi nahi hai.</w:t>
      </w:r>
      <w:r>
        <w:br/>
      </w:r>
      <w:r>
        <w:rPr>
          <w:sz w:val="20"/>
        </w:rPr>
        <w:t>7:08  jo haqeeqi option hai jin do ke beech mein woh yeh hai ke kainat with God aur no kainat bilkul nahi.</w:t>
      </w:r>
      <w:r>
        <w:br/>
      </w:r>
      <w:r>
        <w:rPr>
          <w:sz w:val="20"/>
        </w:rPr>
        <w:t>7:21  to haqeeqat yeh hai ke kainat maujood hai, woh bohat hi maani khez hai.</w:t>
      </w:r>
      <w:r>
        <w:br/>
      </w:r>
      <w:r>
        <w:rPr>
          <w:sz w:val="20"/>
        </w:rPr>
        <w:t>7:33  hum is ko apnay mushahiday mein, tajribay mein, har aitbar se is ke wajood ko hum</w:t>
      </w:r>
      <w:r>
        <w:br/>
      </w:r>
      <w:r>
        <w:rPr>
          <w:sz w:val="20"/>
        </w:rPr>
        <w:t>7:43  daryaft karte hain. to aakhir yeh kaise hai? aur bohat hi ziyada maani khaiz, bohat hi well designed, well planned.</w:t>
      </w:r>
      <w:r>
        <w:br/>
      </w:r>
      <w:r>
        <w:rPr>
          <w:sz w:val="20"/>
        </w:rPr>
        <w:t>7:58  to kaise aisa hai?</w:t>
      </w:r>
    </w:p>
    <w:p>
      <w:pPr>
        <w:pStyle w:val="Heading2"/>
      </w:pPr>
      <w:r>
        <w:t>Hadith's good news and responsibility</w:t>
      </w:r>
    </w:p>
    <w:p>
      <w:r>
        <w:rPr>
          <w:color w:val="666666"/>
          <w:sz w:val="18"/>
        </w:rPr>
        <w:t>Hadith-e-Qudsi April 24, 2014 Maulana Wahiduddin Khan · 37s · at 25:34 · https://youtu.be/DXaqyk0uct0?t=1534</w:t>
      </w:r>
    </w:p>
    <w:p>
      <w:r>
        <w:rPr>
          <w:i/>
        </w:rPr>
        <w:t>“This hadith is good news, but also a responsibility.”</w:t>
      </w:r>
    </w:p>
    <w:p>
      <w:r>
        <w:rPr>
          <w:sz w:val="20"/>
        </w:rPr>
        <w:t>25:34  to yeh hadees ek taraf khushkhabri hai, good tairing hai, saath saath is mein responsibility bhi batai gayi hai, zimmedari bhi batai gayi hai ke pehle aap bano,</w:t>
      </w:r>
      <w:r>
        <w:br/>
      </w:r>
      <w:r>
        <w:rPr>
          <w:sz w:val="20"/>
        </w:rPr>
        <w:t>25:50  sab se pehle tum apne aap ko abd ke maqam par pahunchao, us ke baad tumhare liye</w:t>
      </w:r>
      <w:r>
        <w:br/>
      </w:r>
      <w:r>
        <w:rPr>
          <w:sz w:val="20"/>
        </w:rPr>
        <w:t>25:58  yeh basharat tumhare par apply hogi.</w:t>
      </w:r>
    </w:p>
    <w:p>
      <w:pPr>
        <w:pStyle w:val="Heading2"/>
      </w:pPr>
      <w:r>
        <w:t>the word Islam itself means peace</w:t>
      </w:r>
    </w:p>
    <w:p>
      <w:r>
        <w:rPr>
          <w:color w:val="666666"/>
          <w:sz w:val="18"/>
        </w:rPr>
        <w:t>Importance of Adjustment June 27, 2009 · 27s · at 42:23 · https://youtu.be/Gp1zc2HPMRU?t=2543</w:t>
      </w:r>
    </w:p>
    <w:p>
      <w:r>
        <w:rPr>
          <w:i/>
        </w:rPr>
        <w:t>“The word Islam has the connotation of peace.”</w:t>
      </w:r>
    </w:p>
    <w:p>
      <w:r>
        <w:rPr>
          <w:sz w:val="20"/>
        </w:rPr>
        <w:t>42:23  . you know, the word islam is, even the word islam haz connotation of peace.</w:t>
      </w:r>
      <w:r>
        <w:br/>
      </w:r>
      <w:r>
        <w:rPr>
          <w:sz w:val="20"/>
        </w:rPr>
        <w:t>42:33  the root word of islam is sulm, that is s i l m sulm. sulm means peace. so islam means religion of peace.</w:t>
      </w:r>
      <w:r>
        <w:br/>
      </w:r>
      <w:r>
        <w:rPr>
          <w:sz w:val="20"/>
        </w:rPr>
        <w:t>42:47  why, why islam is religion of peace?</w:t>
      </w:r>
    </w:p>
    <w:p>
      <w:pPr>
        <w:pStyle w:val="Heading2"/>
      </w:pPr>
      <w:r>
        <w:t>True meaning of Bismillah, told through a beggar's story</w:t>
      </w:r>
    </w:p>
    <w:p>
      <w:r>
        <w:rPr>
          <w:color w:val="666666"/>
          <w:sz w:val="18"/>
        </w:rPr>
        <w:t>Dars e Quran December 5, 2006 Maulana Wahiduddin Khan · 4m 57s · at 19:34 · https://youtu.be/09Bs9GKXrL0?t=1174</w:t>
      </w:r>
    </w:p>
    <w:p>
      <w:r>
        <w:rPr>
          <w:i/>
        </w:rPr>
        <w:t>“جتنا زیادہ آدمی خدا کو جان چکا ہوگا، اتنی ہی کلمے کی اہمیت بڑھے گی”</w:t>
      </w:r>
    </w:p>
    <w:p>
      <w:r>
        <w:rPr>
          <w:sz w:val="20"/>
        </w:rPr>
        <w:t>19:34  jitna zyada wo use is haqeeqat se ba-khabar hoga ke main aajiz hoon, qudrat to sirf Khuda ke paas hai, main helpless hoon, sari taqat Khuda ke paas hai.</w:t>
      </w:r>
      <w:r>
        <w:br/>
      </w:r>
      <w:r>
        <w:rPr>
          <w:sz w:val="20"/>
        </w:rPr>
        <w:t>19:47  to is haqeeqat ka yeh ek haqeeqat hai. is haqeeqat ka jitna zyada shaoor hoga, utna hi zyada is kalma ki ahmiyat is ke zehen mein aegi.</w:t>
      </w:r>
      <w:r>
        <w:br/>
      </w:r>
      <w:r>
        <w:rPr>
          <w:sz w:val="20"/>
        </w:rPr>
        <w:t>20:04  yun samajh lijiye ke intellectual intellectual awakening sab se pehle chahiye.</w:t>
      </w:r>
      <w:r>
        <w:br/>
      </w:r>
      <w:r>
        <w:rPr>
          <w:sz w:val="20"/>
        </w:rPr>
        <w:t>20:13  yani Khuda ka Khuda ka shaoor ya God consciousness yeh sab se pehle chahiye.</w:t>
      </w:r>
      <w:r>
        <w:br/>
      </w:r>
      <w:r>
        <w:rPr>
          <w:sz w:val="20"/>
        </w:rPr>
        <w:t>20:24  tab sahi taur par aadmi Bismillah al-Rahman al-Rahim keh sakta hai.</w:t>
      </w:r>
      <w:r>
        <w:br/>
      </w:r>
      <w:r>
        <w:rPr>
          <w:sz w:val="20"/>
        </w:rPr>
        <w:t>20:29  agar agar yeh na ho, yani Khuda ka shaoor agar aadmi ke andar jaaga hua na ho to wo Bismillah al-Rahman al-Rahim uska sirf lip service hoga.</w:t>
      </w:r>
      <w:r>
        <w:br/>
      </w:r>
      <w:r>
        <w:rPr>
          <w:sz w:val="20"/>
        </w:rPr>
        <w:t>20:39  bas aise hi hoga jaise record mein bhar dein aap aur record chala dein to wo bolega, yahi lafz bolega.</w:t>
      </w:r>
      <w:r>
        <w:br/>
      </w:r>
      <w:r>
        <w:rPr>
          <w:sz w:val="20"/>
        </w:rPr>
        <w:t>20:50  to ek sache insaan ka, ek believer, ek true believer ka Bismillah al-Rahman al-Rahim kehna ek bahut bada waqia hota hai.</w:t>
      </w:r>
      <w:r>
        <w:br/>
      </w:r>
      <w:r>
        <w:rPr>
          <w:sz w:val="20"/>
        </w:rPr>
        <w:t>21:02  wo ek realized soul ka ka kalma hota hai.</w:t>
      </w:r>
      <w:r>
        <w:br/>
      </w:r>
      <w:r>
        <w:rPr>
          <w:sz w:val="20"/>
        </w:rPr>
        <w:t>21:09  ek soul jis ne zindagi ki sachai ko jaan liya hai, zindagi ki haqeeqat ko jaan liya hai to andar is ke aabalta hai wo ehsaas.</w:t>
      </w:r>
      <w:r>
        <w:br/>
      </w:r>
      <w:r>
        <w:rPr>
          <w:sz w:val="20"/>
        </w:rPr>
        <w:t>21:24  yani Khuda ka, Khuda ki marifat, Khuda ka realization is ke andar ek storm aata hai. storm</w:t>
      </w:r>
      <w:r>
        <w:br/>
      </w:r>
      <w:r>
        <w:rPr>
          <w:sz w:val="20"/>
        </w:rPr>
        <w:t>21:33  to isi storm ka ek manifestation hai ke is ki zuban par aa jata hai Bismillah al-Rahman al-Rahim. yani aye Khuda, main ek kaam karne ja raha hoon to kaam to main sirf shuru kar sakta hoon,</w:t>
      </w:r>
      <w:r>
        <w:br/>
      </w:r>
      <w:r>
        <w:rPr>
          <w:sz w:val="20"/>
        </w:rPr>
        <w:t>21:49  sirf soch sakta hoon, baqi tere ikhtiyar mein hai. kyunke Bismillah al-Rahman al-Rahim ek dua hai, ek dua</w:t>
      </w:r>
      <w:r>
        <w:br/>
      </w:r>
      <w:r>
        <w:rPr>
          <w:sz w:val="20"/>
        </w:rPr>
        <w:t>22:00  hai is baat ki ke Khuda ya, main ne ek kaam shuru kiya hai to</w:t>
      </w:r>
      <w:r>
        <w:br/>
      </w:r>
      <w:r>
        <w:rPr>
          <w:sz w:val="20"/>
        </w:rPr>
        <w:t>22:10  tu har tu meri madad farma taake yeh kaam mukammal ho jae. main is se pehle purane Delhi mein hota tha to wahan par ek cheez mujhe bahut mutasir karti thi.</w:t>
      </w:r>
      <w:r>
        <w:br/>
      </w:r>
      <w:r>
        <w:rPr>
          <w:sz w:val="20"/>
        </w:rPr>
        <w:t>22:26  wahan ki masjid mein main namaz parta tha, Qasim Jan street ki masjid mein. to sham ko maghrib ke waqt ek aadmi aata tha jo andha hota tha, boorha aur andha.</w:t>
      </w:r>
      <w:r>
        <w:br/>
      </w:r>
      <w:r>
        <w:rPr>
          <w:sz w:val="20"/>
        </w:rPr>
        <w:t>22:40  to choti bachi is ki us ko pakar kar lati thi, pakar kar le ati thi. wo to wo bilkul ghurbat ki aur ajz ki tasweer tha.</w:t>
      </w:r>
      <w:r>
        <w:br/>
      </w:r>
      <w:r>
        <w:rPr>
          <w:sz w:val="20"/>
        </w:rPr>
        <w:t>22:50  wo to maghrib ki namaz ke baad wo khara hota tha</w:t>
      </w:r>
      <w:r>
        <w:br/>
      </w:r>
      <w:r>
        <w:rPr>
          <w:sz w:val="20"/>
        </w:rPr>
        <w:t>22:54  to kehta tha ke har surat se, har pehlu se madad ka mohtaj hoon.</w:t>
      </w:r>
      <w:r>
        <w:br/>
      </w:r>
      <w:r>
        <w:rPr>
          <w:sz w:val="20"/>
        </w:rPr>
        <w:t>23:06  har surat se, har pehlu se madad ka mohtaj hoon. main samajhta hoon ke yahi yahi spirit honi chahiye Bismillah al-Rahman al-Rahim.</w:t>
      </w:r>
      <w:r>
        <w:br/>
      </w:r>
      <w:r>
        <w:rPr>
          <w:sz w:val="20"/>
        </w:rPr>
        <w:t>23:18  jab</w:t>
      </w:r>
      <w:r>
        <w:br/>
      </w:r>
      <w:r>
        <w:rPr>
          <w:sz w:val="20"/>
        </w:rPr>
        <w:t>23:19  koi aadmi yeh boley, yeh alfaaz Bismillah al-Rahman al-Rahim to sarapa wo dhal gaya ho is mein ke Khuda ya,</w:t>
      </w:r>
      <w:r>
        <w:br/>
      </w:r>
      <w:r>
        <w:rPr>
          <w:sz w:val="20"/>
        </w:rPr>
        <w:t>23:32  main har surat se, har pehlu se teri madad ka mohtaj hoon. Khuda ya, tu hi madad, tu meri madad farma kyunke teri madad hi se mera koi kaam banega.</w:t>
      </w:r>
      <w:r>
        <w:br/>
      </w:r>
      <w:r>
        <w:rPr>
          <w:sz w:val="20"/>
        </w:rPr>
        <w:t>23:45  agar</w:t>
      </w:r>
      <w:r>
        <w:br/>
      </w:r>
      <w:r>
        <w:rPr>
          <w:sz w:val="20"/>
        </w:rPr>
        <w:t>23:46  teri madad hasil na hui mujhe to mera koi kaam bhi banne wala nahin. main samajhta hoon ke yeh hai spirit bismillah rahman rahim ki.</w:t>
      </w:r>
      <w:r>
        <w:br/>
      </w:r>
      <w:r>
        <w:rPr>
          <w:sz w:val="20"/>
        </w:rPr>
        <w:t>23:57  ismail bismillah rahman rahim koi mantra nahin, koi lap service nahin. woh ek qalam-e-ajz, ajz ka kalma hai.</w:t>
      </w:r>
      <w:r>
        <w:br/>
      </w:r>
      <w:r>
        <w:rPr>
          <w:sz w:val="20"/>
        </w:rPr>
        <w:t>24:08  ek ajiz insan qadir, qadir-e-mutlaq se keh raha hota hai ke tu mere kaam ko bana de.</w:t>
      </w:r>
      <w:r>
        <w:br/>
      </w:r>
      <w:r>
        <w:rPr>
          <w:sz w:val="20"/>
        </w:rPr>
        <w:t>24:18  to yeh spirit jo jaagti hai aadmi ke andar, woh spirit jab zabaan par aa jaati hai to isi ka naam hai bismillah rahman rahim. to yeh hua is ke bare mein.</w:t>
      </w:r>
    </w:p>
    <w:p>
      <w:pPr>
        <w:pStyle w:val="Heading2"/>
      </w:pPr>
      <w:r>
        <w:t>How Gandhi's peaceful struggle won India's freedom</w:t>
      </w:r>
    </w:p>
    <w:p>
      <w:r>
        <w:rPr>
          <w:color w:val="666666"/>
          <w:sz w:val="18"/>
        </w:rPr>
        <w:t>Islam and Terrorism February 10, 2009 Maulana Wahiduddin Khan · 1m 29s · at 57:23 · https://youtu.be/vCEjp0w7Qjo?t=3443</w:t>
      </w:r>
    </w:p>
    <w:p>
      <w:r>
        <w:rPr>
          <w:i/>
        </w:rPr>
        <w:t>“Look at India — it was Gandhi's slogan of peace that won freedom.”</w:t>
      </w:r>
    </w:p>
    <w:p>
      <w:r>
        <w:rPr>
          <w:sz w:val="20"/>
        </w:rPr>
        <w:t>57:23  Molana, I'd like to add one thing. Molana often gives one more example of the same lines of peace and justice. Look at India as an example. The freedom struggle was going on.</w:t>
      </w:r>
      <w:r>
        <w:br/>
      </w:r>
      <w:r>
        <w:rPr>
          <w:sz w:val="20"/>
        </w:rPr>
        <w:t>57:36  I mean, it was going on for many hundreds of years. But it didn't actually materialize freedom. But it was only Gandhi's slogan of peace which brought India to freedom.</w:t>
      </w:r>
      <w:r>
        <w:br/>
      </w:r>
      <w:r>
        <w:rPr>
          <w:sz w:val="20"/>
        </w:rPr>
        <w:t>57:48  In fact, there is this famous quote where a British senior officer wired a telegraph message to the British secretariat.</w:t>
      </w:r>
      <w:r>
        <w:br/>
      </w:r>
      <w:r>
        <w:rPr>
          <w:sz w:val="20"/>
        </w:rPr>
        <w:t>58:00  And he wrote that, "Kindly wire instructions how to kill a tiger non-violently." So it was only after this long, sustained struggle for peace that India got freedom.</w:t>
      </w:r>
      <w:r>
        <w:br/>
      </w:r>
      <w:r>
        <w:rPr>
          <w:sz w:val="20"/>
        </w:rPr>
        <w:t>58:12  And today, we all know that India is not only China's fastest-growing economy.</w:t>
      </w:r>
      <w:r>
        <w:br/>
      </w:r>
      <w:r>
        <w:rPr>
          <w:sz w:val="20"/>
        </w:rPr>
        <w:t>58:16  So what Molana Sahib has always advocated for is that just look at peace as an opportunity. Don't ask for justice. You should do your duties and ask your rights from God.</w:t>
      </w:r>
      <w:r>
        <w:br/>
      </w:r>
      <w:r>
        <w:rPr>
          <w:sz w:val="20"/>
        </w:rPr>
        <w:t>58:28  Today, the problem in the whole world is that the whole society is becoming rights-conscious. I want this. I want that. We want our rights. But nobody talks about duties.</w:t>
      </w:r>
      <w:r>
        <w:br/>
      </w:r>
      <w:r>
        <w:rPr>
          <w:sz w:val="20"/>
        </w:rPr>
        <w:t>58:37  So as a duty, it is very important that one should look at those aspects. And then justice follow</w:t>
      </w:r>
      <w:r>
        <w:br/>
      </w:r>
      <w:r>
        <w:rPr>
          <w:sz w:val="20"/>
        </w:rPr>
        <w:t>58:45  s. So that is one of his examples that he always quotes. I thought it would be comfortable to put in here.</w:t>
      </w:r>
    </w:p>
    <w:p>
      <w:pPr>
        <w:pStyle w:val="Heading2"/>
      </w:pPr>
      <w:r>
        <w:t>From mechanical to intelligent universe</w:t>
      </w:r>
    </w:p>
    <w:p>
      <w:r>
        <w:rPr>
          <w:color w:val="666666"/>
          <w:sz w:val="18"/>
        </w:rPr>
        <w:t>Journey of History I 23 Dec, 2012 - Maulana Wahiduddin Khan · 2m 22s · at 24:53 · https://youtu.be/1NvRxiYKTnc?t=1493</w:t>
      </w:r>
    </w:p>
    <w:p>
      <w:r>
        <w:rPr>
          <w:i/>
        </w:rPr>
        <w:t>“Duniya ke baare mein jo ilmi mutala shuru hua.”</w:t>
      </w:r>
    </w:p>
    <w:p>
      <w:r>
        <w:rPr>
          <w:sz w:val="20"/>
        </w:rPr>
        <w:t>24:53  jo ilmi mutalea shuru hua, iska founder bataya jata hai Galileo aur Newton.</w:t>
      </w:r>
      <w:r>
        <w:br/>
      </w:r>
      <w:r>
        <w:rPr>
          <w:sz w:val="20"/>
        </w:rPr>
        <w:t>25:02  is zamane mein ilmi mutalea shuru hua. to shuru zamane mein, yani Newton ke zamane mein yeh samjha gaya</w:t>
      </w:r>
      <w:r>
        <w:br/>
      </w:r>
      <w:r>
        <w:rPr>
          <w:sz w:val="20"/>
        </w:rPr>
        <w:t>25:11  ke kainat jo hai, aik mechanical machine hai. jaise aik machine hai, isko aap chala dein, chalti rahe gi. iske pas aql nahi hai, iske pas thought nahi hai.</w:t>
      </w:r>
      <w:r>
        <w:br/>
      </w:r>
      <w:r>
        <w:rPr>
          <w:sz w:val="20"/>
        </w:rPr>
        <w:t>25:23  to kainat poori ki poori aik mechanical machine hai.</w:t>
      </w:r>
      <w:r>
        <w:br/>
      </w:r>
      <w:r>
        <w:rPr>
          <w:sz w:val="20"/>
        </w:rPr>
        <w:t>25:30  goya kainat ka jo base hai, matter hai.</w:t>
      </w:r>
      <w:r>
        <w:br/>
      </w:r>
      <w:r>
        <w:rPr>
          <w:sz w:val="20"/>
        </w:rPr>
        <w:t>25:37  lekin</w:t>
      </w:r>
      <w:r>
        <w:br/>
      </w:r>
      <w:r>
        <w:rPr>
          <w:sz w:val="20"/>
        </w:rPr>
        <w:t>25:41  yeh jo theory thi, woh damage ho rahi thi yahan tak ke Einstein ke zamane mein bilkul khatam ho gayi. kyunke aap jante hain ke Einstein ka jo discoveries thin, isne sabit kiya ke matter nahi balkeh energy jo hai,</w:t>
      </w:r>
      <w:r>
        <w:br/>
      </w:r>
      <w:r>
        <w:rPr>
          <w:sz w:val="20"/>
        </w:rPr>
        <w:t>26:00  kainat ki base hai. yani building block kainat ka pehle jo samjha gaya tha ke matter hai, to Einstein ne jo discovery ki, us se sabit hua ke building block universe ka matter nahi hai, energy hai.</w:t>
      </w:r>
      <w:r>
        <w:br/>
      </w:r>
      <w:r>
        <w:rPr>
          <w:sz w:val="20"/>
        </w:rPr>
        <w:t>26:16  to woh damage ho gaya, woh. phir abhi bhi safar jari raha.</w:t>
      </w:r>
      <w:r>
        <w:br/>
      </w:r>
      <w:r>
        <w:rPr>
          <w:sz w:val="20"/>
        </w:rPr>
        <w:t>26:24  age Fred Hoyle aur doosre jo scientist paida hue, unhone dikhaya ke energy nahi balkeh intelligent jo hai, intelligence building block hai.</w:t>
      </w:r>
      <w:r>
        <w:br/>
      </w:r>
      <w:r>
        <w:rPr>
          <w:sz w:val="20"/>
        </w:rPr>
        <w:t>26:36  yani universe ke peechay intelligence hai, zehanat. kaisi ajeeb baat hai.</w:t>
      </w:r>
      <w:r>
        <w:br/>
      </w:r>
      <w:r>
        <w:rPr>
          <w:sz w:val="20"/>
        </w:rPr>
        <w:t>26:45  yani matter se age barh kar, matter ke baad, matter se safar shuru kar ke pohncha energy tak.</w:t>
      </w:r>
      <w:r>
        <w:br/>
      </w:r>
      <w:r>
        <w:rPr>
          <w:sz w:val="20"/>
        </w:rPr>
        <w:t>26:54  energy se pohnch kar pohncha intelligence tak. to ab yeh mana ja raha hai scientific community mein</w:t>
      </w:r>
      <w:r>
        <w:br/>
      </w:r>
      <w:r>
        <w:rPr>
          <w:sz w:val="20"/>
        </w:rPr>
        <w:t>27:04  ke is dunya ke peechay intelligence hai. yeh intelligent universe hai, yeh mechanical universe nahi hai.</w:t>
      </w:r>
    </w:p>
    <w:p>
      <w:pPr>
        <w:pStyle w:val="Heading2"/>
      </w:pPr>
      <w:r>
        <w:t>God's de-linking and human free will</w:t>
      </w:r>
    </w:p>
    <w:p>
      <w:r>
        <w:rPr>
          <w:color w:val="666666"/>
          <w:sz w:val="18"/>
        </w:rPr>
        <w:t>Art of De-Linking May 6, 2007 Maulana Wahiduddin Khan · 1m 10s · at 12:08 · https://youtu.be/cvzrpk4qFus?t=728</w:t>
      </w:r>
    </w:p>
    <w:p>
      <w:r>
        <w:rPr>
          <w:i/>
        </w:rPr>
        <w:t>“God adopted de-linking policy”</w:t>
      </w:r>
    </w:p>
    <w:p>
      <w:r>
        <w:rPr>
          <w:sz w:val="20"/>
        </w:rPr>
        <w:t>12:08  aap mein se har aadmi jo hai, us ko freedom of choice hai, jo chahe kare, jo chahe na kare. to yahan kya hai? Khuda ne delinking policy apnayi hai.</w:t>
      </w:r>
      <w:r>
        <w:br/>
      </w:r>
      <w:r>
        <w:rPr>
          <w:sz w:val="20"/>
        </w:rPr>
        <w:t>12:19  insaan ke ikhtiyar ko apne ikhtiyar ko delink kar diya. tabhi to hum jo chahte hain, karte hain. Khuda ne delink nahi kiya hai solar system ke sath, to solar system apna koi rasta nahi bana sakta.</w:t>
      </w:r>
      <w:r>
        <w:br/>
      </w:r>
      <w:r>
        <w:rPr>
          <w:sz w:val="20"/>
        </w:rPr>
        <w:t>12:38  Khuda ne delink nahi kiya hai mountain aur ocean ke sath, rain ke sath. to koi alag rasta nahi b</w:t>
      </w:r>
      <w:r>
        <w:br/>
      </w:r>
      <w:r>
        <w:rPr>
          <w:sz w:val="20"/>
        </w:rPr>
        <w:t>12:48  na sakta. jo is ke liye determined hai, pre determined, usi par chalenge woh log. insaan jo hai, akela ek hai poori universe mein jis ko ke freedom mila hua hai.</w:t>
      </w:r>
      <w:r>
        <w:br/>
      </w:r>
      <w:r>
        <w:rPr>
          <w:sz w:val="20"/>
        </w:rPr>
        <w:t>13:07  to kab? kyun mila? Khuda ne yahan par delinking policy apnayi, apne ikhtiyar ko, insaan ke ikhtiyar ko delink kar diya.</w:t>
      </w:r>
    </w:p>
    <w:p>
      <w:pPr>
        <w:pStyle w:val="Heading2"/>
      </w:pPr>
      <w:r>
        <w:t>Vacuum in life leads to discovery of God</w:t>
      </w:r>
    </w:p>
    <w:p>
      <w:r>
        <w:rPr>
          <w:color w:val="666666"/>
          <w:sz w:val="18"/>
        </w:rPr>
        <w:t>The Discovery of God IIC Prog (CPS Members talk) November 2, 2019 · 2m 02s · at 4:36 · https://youtu.be/hsBwCnNHLvw?t=276</w:t>
      </w:r>
    </w:p>
    <w:p>
      <w:r>
        <w:rPr>
          <w:i/>
        </w:rPr>
        <w:t>“I understood this phenomena when interacting with an American lady”</w:t>
      </w:r>
    </w:p>
    <w:p>
      <w:r>
        <w:rPr>
          <w:sz w:val="20"/>
        </w:rPr>
        <w:t>4:36  So I understood this phenomena when I was once interacting with an American lady who was my neighbor for several years.</w:t>
      </w:r>
      <w:r>
        <w:br/>
      </w:r>
      <w:r>
        <w:rPr>
          <w:sz w:val="20"/>
        </w:rPr>
        <w:t>4:46  So she was a very devoutly religious person. She was a devout Christian. So once I was speaking to her about religion, and I asked her, "What is it that makes you believe in religion so devoutly?</w:t>
      </w:r>
      <w:r>
        <w:br/>
      </w:r>
      <w:r>
        <w:rPr>
          <w:sz w:val="20"/>
        </w:rPr>
        <w:t>4:59  What is it that makes you believe in God?"</w:t>
      </w:r>
      <w:r>
        <w:br/>
      </w:r>
      <w:r>
        <w:rPr>
          <w:sz w:val="20"/>
        </w:rPr>
        <w:t>5:02  So she revealed to me that she was a person who had a very good family, very loving children, a loving husband.</w:t>
      </w:r>
      <w:r>
        <w:br/>
      </w:r>
      <w:r>
        <w:rPr>
          <w:sz w:val="20"/>
        </w:rPr>
        <w:t>5:11  She had a very nice home, and she had a life that kept her very busy. But all this while, she felt that there was something within her that was lacking.</w:t>
      </w:r>
      <w:r>
        <w:br/>
      </w:r>
      <w:r>
        <w:rPr>
          <w:sz w:val="20"/>
        </w:rPr>
        <w:t>5:22  there was a void and a hollow within her. and this hollow and this void persisted uncomfortably until she turned to religion and she turned to god</w:t>
      </w:r>
      <w:r>
        <w:br/>
      </w:r>
      <w:r>
        <w:rPr>
          <w:sz w:val="20"/>
        </w:rPr>
        <w:t>5:31  and that is what made her believe in god. and this whole incident reminded me of some lines from burton russell's book on the conquest of happiness.</w:t>
      </w:r>
      <w:r>
        <w:br/>
      </w:r>
      <w:r>
        <w:rPr>
          <w:sz w:val="20"/>
        </w:rPr>
        <w:t>5:43  burton russell writes that people have a feeling of deprivation in the midst of abundance. and he says that animals are happy, and they become happy when they have enough to eat and they have a healthy and a secure l</w:t>
      </w:r>
      <w:r>
        <w:br/>
      </w:r>
      <w:r>
        <w:rPr>
          <w:sz w:val="20"/>
        </w:rPr>
        <w:t>5:58  ife. and similarly, human beings also should be happy in the modern world. but we see that they are not happy in a great majority of cases.</w:t>
      </w:r>
      <w:r>
        <w:br/>
      </w:r>
      <w:r>
        <w:rPr>
          <w:sz w:val="20"/>
        </w:rPr>
        <w:t>6:08  and i realized that this was also my own case. i reflected afterwards, and i realized that i was also suffering from a feeling of vacuum. and i realized that this vacuum cannot be fulfilled unless i believe in god.</w:t>
      </w:r>
      <w:r>
        <w:br/>
      </w:r>
      <w:r>
        <w:rPr>
          <w:sz w:val="20"/>
        </w:rPr>
        <w:t>6:20  so the proof for god does not exist somewhere out there. it exists in my own</w:t>
      </w:r>
      <w:r>
        <w:br/>
      </w:r>
      <w:r>
        <w:rPr>
          <w:sz w:val="20"/>
        </w:rPr>
        <w:t>6:25  being. if i reflect on the state of my own being, i realize that i will not have a sense of meaning in life, a sense of fulfillment, unless i believed in god.</w:t>
      </w:r>
    </w:p>
    <w:p>
      <w:pPr>
        <w:pStyle w:val="Heading2"/>
      </w:pPr>
      <w:r>
        <w:t>How to submit questions to Maulana</w:t>
      </w:r>
    </w:p>
    <w:p>
      <w:r>
        <w:rPr>
          <w:color w:val="666666"/>
          <w:sz w:val="18"/>
        </w:rPr>
        <w:t>The Method of Planning August 14, 2016 · 41s · at 41:47 · https://youtu.be/84WV8NS2VKQ?t=2507</w:t>
      </w:r>
    </w:p>
    <w:p>
      <w:r>
        <w:rPr>
          <w:i/>
        </w:rPr>
        <w:t>“All online viewers can send their questions on info@cpsglobal.org”</w:t>
      </w:r>
    </w:p>
    <w:p>
      <w:r>
        <w:rPr>
          <w:sz w:val="20"/>
        </w:rPr>
        <w:t>41:47  All the online viewers can send their questions on info@cpsglobal.org.</w:t>
      </w:r>
      <w:r>
        <w:br/>
      </w:r>
      <w:r>
        <w:rPr>
          <w:sz w:val="20"/>
        </w:rPr>
        <w:t>41:52  Facebook viewers can send their questions mentioning the location on the comment section.</w:t>
      </w:r>
      <w:r>
        <w:br/>
      </w:r>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p>
    <w:p>
      <w:pPr>
        <w:pStyle w:val="Heading2"/>
      </w:pPr>
      <w:r>
        <w:t>Returning from Hajj means responsibilities increase, not end</w:t>
      </w:r>
    </w:p>
    <w:p>
      <w:r>
        <w:rPr>
          <w:color w:val="666666"/>
          <w:sz w:val="18"/>
        </w:rPr>
        <w:t>Haqeeqat-E-Hajj Book by Maulana Wahiduddin Khan · 27s · at 2:24:32 · https://youtu.be/fNuk7YC0jSM?t=8672</w:t>
      </w:r>
    </w:p>
    <w:p>
      <w:r>
        <w:rPr>
          <w:i/>
        </w:rPr>
        <w:t>“حج سے لوٹنا مقام عہد سے مقام عمل کی طرف لوٹنا ہے”</w:t>
      </w:r>
    </w:p>
    <w:p>
      <w:r>
        <w:rPr>
          <w:sz w:val="20"/>
        </w:rPr>
        <w:t>2:24:32  Hajj se lotna maqam-e-ahad se nikal kar maqam-e-amal ki taraf lotna hai. Hajj ke baad aadmi ki zimmedariyan barh jati hain.</w:t>
      </w:r>
      <w:r>
        <w:br/>
      </w:r>
      <w:r>
        <w:rPr>
          <w:sz w:val="20"/>
        </w:rPr>
        <w:t>2:24:43  Hajj ke baad aadmi ki zimmedariyan khatam nahi hoti.</w:t>
      </w:r>
      <w:r>
        <w:br/>
      </w:r>
      <w:r>
        <w:rPr>
          <w:sz w:val="20"/>
        </w:rPr>
        <w:t>2:24:48  Hajj ka ahad-nama kya hai? yeh ek tareekh ko dohrane ka azm hai. Hajj tareekh-e-Ibrahimi ko dobara zahoor milane ka iqrar hai.</w:t>
      </w:r>
      <w:r>
        <w:br/>
      </w:r>
      <w:r>
        <w:rPr>
          <w:sz w:val="20"/>
        </w:rPr>
        <w:t>2:25:00  Hazrat Ibrahim ne jab dekha ke Iraq ke mutamaddin log tauheed aur akhirat ki baat ko mannay ke liye tayyar nahi hain to unhon ne apne amal ka ek naya naqsha banaya.</w:t>
      </w:r>
    </w:p>
    <w:p>
      <w:pPr>
        <w:pStyle w:val="Heading2"/>
      </w:pPr>
      <w:r>
        <w:t>God's mercy dominates His wrath</w:t>
      </w:r>
    </w:p>
    <w:p>
      <w:r>
        <w:rPr>
          <w:color w:val="666666"/>
          <w:sz w:val="18"/>
        </w:rPr>
        <w:t>AL RISALA APRIL 2017 | AUDIO · 2m 31s · at 16:09 · https://youtu.be/kNeBk2rJFXk?t=969</w:t>
      </w:r>
    </w:p>
    <w:p>
      <w:r>
        <w:rPr>
          <w:i/>
        </w:rPr>
        <w:t>“God has attributes of wrath and mercy.”</w:t>
      </w:r>
    </w:p>
    <w:p>
      <w:r>
        <w:rPr>
          <w:sz w:val="20"/>
        </w:rPr>
        <w:t xml:space="preserve">16:09  </w:t>
      </w:r>
      <w:r>
        <w:br/>
      </w:r>
      <w:r>
        <w:rPr>
          <w:sz w:val="20"/>
        </w:rPr>
        <w:t>16:14  Allah ki sifat ghazab bhi hai aur rehmat bhi.</w:t>
      </w:r>
      <w:r>
        <w:br/>
      </w:r>
      <w:r>
        <w:rPr>
          <w:sz w:val="20"/>
        </w:rPr>
        <w:t>16:19  agar koi shakhs yeh samjhe ke Allah ne insaan ko is liye paida kiya ke woh is ko</w:t>
      </w:r>
      <w:r>
        <w:br/>
      </w:r>
      <w:r>
        <w:rPr>
          <w:sz w:val="20"/>
        </w:rPr>
        <w:t>16:24  apne ghazab ka tajurba karaye, to yeh bilashubah Allah Rabb-ul-Aalameen ka aik kamtar andaaza yaani underestimation hoga.</w:t>
      </w:r>
      <w:r>
        <w:br/>
      </w:r>
      <w:r>
        <w:rPr>
          <w:sz w:val="20"/>
        </w:rPr>
        <w:t>16:29  zyada sahi baat yeh hai ke yeh kaha jaye ke Allah Rabb-ul-Aalameen ne insaan ko is liye</w:t>
      </w:r>
      <w:r>
        <w:br/>
      </w:r>
      <w:r>
        <w:rPr>
          <w:sz w:val="20"/>
        </w:rPr>
        <w:t>16:34  paida kiya ke Allah</w:t>
      </w:r>
      <w:r>
        <w:br/>
      </w:r>
      <w:r>
        <w:rPr>
          <w:sz w:val="20"/>
        </w:rPr>
        <w:t>16:39  Rabb-ul-Aalameen is ko apni rehmat ka tajurba karaye.</w:t>
      </w:r>
      <w:r>
        <w:br/>
      </w:r>
      <w:r>
        <w:rPr>
          <w:sz w:val="20"/>
        </w:rPr>
        <w:t>16:45  yehi tasawwur Allah Rabb-ul-Aalameen ki shaan ke mutabiq hai.</w:t>
      </w:r>
      <w:r>
        <w:br/>
      </w:r>
      <w:r>
        <w:rPr>
          <w:sz w:val="20"/>
        </w:rPr>
        <w:t>16:51  isi haqeeqat ko hadees mein in alfaaz mein bayan kiya gaya hai: "Inna rehmeti sabaqat ghazabi". sahih bukhari.</w:t>
      </w:r>
      <w:r>
        <w:br/>
      </w:r>
      <w:r>
        <w:rPr>
          <w:sz w:val="20"/>
        </w:rPr>
        <w:t>16:57  doosri riwayat ke alfaaz yeh hain: "Inna rehmeti ghalabat ghazabi".</w:t>
      </w:r>
      <w:r>
        <w:br/>
      </w:r>
      <w:r>
        <w:rPr>
          <w:sz w:val="20"/>
        </w:rPr>
        <w:t>17:03  yaani mere ghazab par meri rehmat ghalib hai.</w:t>
      </w:r>
      <w:r>
        <w:br/>
      </w:r>
      <w:r>
        <w:rPr>
          <w:sz w:val="20"/>
        </w:rPr>
        <w:t>17:09  baap ke andar apne bete ke liye aik aala sharifana jazba hota hai jis ko padarana shafqat ya</w:t>
      </w:r>
      <w:r>
        <w:br/>
      </w:r>
      <w:r>
        <w:rPr>
          <w:sz w:val="20"/>
        </w:rPr>
        <w:t>17:14  fatherliness kaha jata hai.</w:t>
      </w:r>
      <w:r>
        <w:br/>
      </w:r>
      <w:r>
        <w:rPr>
          <w:sz w:val="20"/>
        </w:rPr>
        <w:t>17:20  yeh jazba baap ko majboor karta hai ke woh apne bete ki ghalti ko sambhale, woh apne bete</w:t>
      </w:r>
      <w:r>
        <w:br/>
      </w:r>
      <w:r>
        <w:rPr>
          <w:sz w:val="20"/>
        </w:rPr>
        <w:t>17:25  ko us ki ghalti ka anjaam bhugatne na de.</w:t>
      </w:r>
      <w:r>
        <w:br/>
      </w:r>
      <w:r>
        <w:rPr>
          <w:sz w:val="20"/>
        </w:rPr>
        <w:t>17:30  yeh sifat bilashubah khalq ke andar beshumar guna zyada hai.</w:t>
      </w:r>
      <w:r>
        <w:br/>
      </w:r>
      <w:r>
        <w:rPr>
          <w:sz w:val="20"/>
        </w:rPr>
        <w:t>17:35  is sifat ki bina par</w:t>
      </w:r>
      <w:r>
        <w:br/>
      </w:r>
      <w:r>
        <w:rPr>
          <w:sz w:val="20"/>
        </w:rPr>
        <w:t>17:40  jis tarah khalq ke ghazab par us ki rehmat ghalib aa jati hai, usi tarah bande ka bhi</w:t>
      </w:r>
      <w:r>
        <w:br/>
      </w:r>
      <w:r>
        <w:rPr>
          <w:sz w:val="20"/>
        </w:rPr>
        <w:t>17:45  yeh haal hota hai ke jab woh apne meherban khalq ke baray mein sochta hai to us ki</w:t>
      </w:r>
      <w:r>
        <w:br/>
      </w:r>
      <w:r>
        <w:rPr>
          <w:sz w:val="20"/>
        </w:rPr>
        <w:t>17:50  raja yaani hope us ke khauf par ghalib aa jati hai.</w:t>
      </w:r>
      <w:r>
        <w:br/>
      </w:r>
      <w:r>
        <w:rPr>
          <w:sz w:val="20"/>
        </w:rPr>
        <w:t>17:55  woh yeh ummeed karta hai ke uska meherban khalq us ki ghaltiyon ko sambhale ga, woh us</w:t>
      </w:r>
      <w:r>
        <w:br/>
      </w:r>
      <w:r>
        <w:rPr>
          <w:sz w:val="20"/>
        </w:rPr>
        <w:t>18:00  ko us ki ghaltiyon ke anjaam se bacha le ga.</w:t>
      </w:r>
      <w:r>
        <w:br/>
      </w:r>
      <w:r>
        <w:rPr>
          <w:sz w:val="20"/>
        </w:rPr>
        <w:t>18:05  zindagi ka yeh tasawwur agar</w:t>
      </w:r>
      <w:r>
        <w:br/>
      </w:r>
      <w:r>
        <w:rPr>
          <w:sz w:val="20"/>
        </w:rPr>
        <w:t>18:10  aadmi ke andar yeh mizaj paida karta hai ke ek taraf woh hamesha akhirat ke mawakhze se darta rahe to doosri taraf yeh mizaj us ke andar yeh nafsiyat paida karta hai ke woh hamesha apne khaliq ke bare mein pur-umeed yani hopeful bana rahe isi haqeeqat ko quran mein in alfaaz mein bayan kiya gaya hai "yad'unana raghaban</w:t>
      </w:r>
    </w:p>
    <w:p>
      <w:pPr>
        <w:pStyle w:val="Heading2"/>
      </w:pPr>
      <w:r>
        <w:t>Definition of Dawa work</w:t>
      </w:r>
    </w:p>
    <w:p>
      <w:r>
        <w:rPr>
          <w:color w:val="666666"/>
          <w:sz w:val="18"/>
        </w:rPr>
        <w:t>An Introduction to the Quran July 24, 2007 · 29s · at 22:24 · https://youtu.be/e7mc7FO5LwI?t=1344</w:t>
      </w:r>
    </w:p>
    <w:p>
      <w:r>
        <w:rPr>
          <w:i/>
        </w:rPr>
        <w:t>“Now what is Dawa?”</w:t>
      </w:r>
    </w:p>
    <w:p>
      <w:r>
        <w:rPr>
          <w:sz w:val="20"/>
        </w:rPr>
        <w:t>22:24  ? Dawa means making people aware of the creation plan of God.</w:t>
      </w:r>
      <w:r>
        <w:br/>
      </w:r>
      <w:r>
        <w:rPr>
          <w:sz w:val="20"/>
        </w:rPr>
        <w:t>22:37  This is Inzar and Tafsir. Making people aware of the creation plan of God.</w:t>
      </w:r>
      <w:r>
        <w:br/>
      </w:r>
      <w:r>
        <w:rPr>
          <w:sz w:val="20"/>
        </w:rPr>
        <w:t>22:49  This is Dawa work.</w:t>
      </w:r>
    </w:p>
    <w:p>
      <w:pPr>
        <w:pStyle w:val="Heading2"/>
      </w:pPr>
      <w:r>
        <w:t>Cow demonstrates duty before rights</w:t>
      </w:r>
    </w:p>
    <w:p>
      <w:r>
        <w:rPr>
          <w:color w:val="666666"/>
          <w:sz w:val="18"/>
        </w:rPr>
        <w:t>The Art Of Thinking - Maulana Wahiduddin Khan · 2m 06s · at 27:14 · https://youtu.be/tjyEWeHgmpM?t=1634</w:t>
      </w:r>
    </w:p>
    <w:p>
      <w:r>
        <w:rPr>
          <w:i/>
        </w:rPr>
        <w:t>“To nature mein jo cheezein hain”</w:t>
      </w:r>
    </w:p>
    <w:p>
      <w:r>
        <w:rPr>
          <w:sz w:val="20"/>
        </w:rPr>
        <w:t>27:14  to nature mein jo cheezen hain, us mein se ek cheez hai jis ko hum kehte hain gaaye, cow. cow kya cheez hai? bachpan mein jab hum chhote thay, parhte thay gaon mein, to hum ne ek kitaab mein jo hum ko parhai jaati thi, us zamane mein is mein ek gaaye ke bare mein ek tha,</w:t>
      </w:r>
      <w:r>
        <w:br/>
      </w:r>
      <w:r>
        <w:rPr>
          <w:sz w:val="20"/>
        </w:rPr>
        <w:t>27:38  ek nazm. us ki ek line thi: "kal jo ghaas cheri thi ban mein, kal jo ghaas cheri thi ban mein, doodh bani woh gaaye ke than mein." is waqt to yeh ek urdu ki nazm ke taur par parha tha hum ne.</w:t>
      </w:r>
      <w:r>
        <w:br/>
      </w:r>
      <w:r>
        <w:rPr>
          <w:sz w:val="20"/>
        </w:rPr>
        <w:t>27:58  ab baat ko mein ne socha to maloom hua ke yeh khuda ka, yaani gaaye khuda ka ek bohat bara kaam kar rahi hai. woh is baat ka demonstration de rahi hai ke agar tum ko</w:t>
      </w:r>
      <w:r>
        <w:br/>
      </w:r>
      <w:r>
        <w:rPr>
          <w:sz w:val="20"/>
        </w:rPr>
        <w:t>28:14  doodh chahiye to ghaas ko convert karne ka art seekho.</w:t>
      </w:r>
      <w:r>
        <w:br/>
      </w:r>
      <w:r>
        <w:rPr>
          <w:sz w:val="20"/>
        </w:rPr>
        <w:t>28:21  yaani ek living industry hai, gaaye jo batati hai ke ke ghaas is ke andar ghaas dakhil ki jaati hai aur nikalta hai doodh.</w:t>
      </w:r>
      <w:r>
        <w:br/>
      </w:r>
      <w:r>
        <w:rPr>
          <w:sz w:val="20"/>
        </w:rPr>
        <w:t>28:33  to society mein agar aap chahte hain ke aap ko mulk mile to aap ko ghaas ko lene ka class seekhna hoga.</w:t>
      </w:r>
      <w:r>
        <w:br/>
      </w:r>
      <w:r>
        <w:rPr>
          <w:sz w:val="20"/>
        </w:rPr>
        <w:t>28:44  isi ko kaha jata hai ke yaani in giving that we receive, ya jitna dena hai utna paana.</w:t>
      </w:r>
      <w:r>
        <w:br/>
      </w:r>
      <w:r>
        <w:rPr>
          <w:sz w:val="20"/>
        </w:rPr>
        <w:t>28:55  is yaani pehle giver banna parta hai, tab aap taker ban sakte hain. ab is ko lijiye to yahan jitne bhi is qism ke chal rahe hain, woh koi resolution ke liye hungama kar raha hai,</w:t>
      </w:r>
      <w:r>
        <w:br/>
      </w:r>
      <w:r>
        <w:rPr>
          <w:sz w:val="20"/>
        </w:rPr>
        <w:t>29:08  koi protest kar raha hai ke mujhe yeh nahi mila, apne right ke liye protest kar raha hai. yeh sab creation plan ke khilaaf hai.</w:t>
      </w:r>
    </w:p>
    <w:p>
      <w:pPr>
        <w:pStyle w:val="Heading2"/>
      </w:pPr>
      <w:r>
        <w:t>The slogan 'one verse a day keeps Satan away'</w:t>
      </w:r>
    </w:p>
    <w:p>
      <w:r>
        <w:rPr>
          <w:color w:val="666666"/>
          <w:sz w:val="18"/>
        </w:rPr>
        <w:t>Month of Spirituality July 28, 2013 · 45s · at 23:43 · https://youtu.be/p4MM2gjJBxA?t=1423</w:t>
      </w:r>
    </w:p>
    <w:p>
      <w:r>
        <w:rPr>
          <w:i/>
        </w:rPr>
        <w:t>“One verse a day keeps Satan away”</w:t>
      </w:r>
    </w:p>
    <w:p>
      <w:r>
        <w:rPr>
          <w:sz w:val="20"/>
        </w:rPr>
        <w:t>23:43  aik sahib ne aik aik aik slogan diya tha aik bar mujhe pata chala mujhe ke "One verse a day keeps Satan away" .</w:t>
      </w:r>
      <w:r>
        <w:br/>
      </w:r>
      <w:r>
        <w:rPr>
          <w:sz w:val="20"/>
        </w:rPr>
        <w:t>23:54  yani quran ka aik verse rozana parho to shaitan bhag jayega.</w:t>
      </w:r>
      <w:r>
        <w:br/>
      </w:r>
      <w:r>
        <w:rPr>
          <w:sz w:val="20"/>
        </w:rPr>
        <w:t>24:00  yeh baat bohat achhe intention mein kahi gayi hai lekin yeh phir bhi mysterious baat hai. asal baat yeh nahi hai. asal baat yeh hai ke quran ka mutalia karoge, quran ke ma'ni ko gehrai mein utro ge to to is ke andar tumhare andar llahiyat paida hogi, rabbaniyat paida hogi.</w:t>
      </w:r>
      <w:r>
        <w:br/>
      </w:r>
      <w:r>
        <w:rPr>
          <w:sz w:val="20"/>
        </w:rPr>
        <w:t>24:22  tumhare andar aik nai percentage aye gi. woh shaitan ko bhaga degi.</w:t>
      </w:r>
    </w:p>
    <w:p>
      <w:pPr>
        <w:pStyle w:val="Heading2"/>
      </w:pPr>
      <w:r>
        <w:t>Muslims stuck in historical framework</w:t>
      </w:r>
    </w:p>
    <w:p>
      <w:r>
        <w:rPr>
          <w:color w:val="666666"/>
          <w:sz w:val="18"/>
        </w:rPr>
        <w:t>Religion in the Age of Science June 15, 2008 · 4m 50s · at 32:08 · https://youtu.be/utKHeKzoGhw?t=1928</w:t>
      </w:r>
    </w:p>
    <w:p>
      <w:r>
        <w:rPr>
          <w:i/>
        </w:rPr>
        <w:t>“Insaanon ko badai ka darja deta raha.”</w:t>
      </w:r>
    </w:p>
    <w:p>
      <w:r>
        <w:rPr>
          <w:sz w:val="20"/>
        </w:rPr>
        <w:t>32:08  insanon ko barhai ka darja deta raha.</w:t>
      </w:r>
      <w:r>
        <w:br/>
      </w:r>
      <w:r>
        <w:rPr>
          <w:sz w:val="20"/>
        </w:rPr>
        <w:t>32:13  yahan tak ke musalman bhi ab bhi barhai ke darje diye hue hain muhammad ko, khuda ko nahi. aap jab chahen dekh lijiye kisi musalmanon ki majlis mein, un ke jalsay mein.</w:t>
      </w:r>
      <w:r>
        <w:br/>
      </w:r>
      <w:r>
        <w:rPr>
          <w:sz w:val="20"/>
        </w:rPr>
        <w:t>32:25  un ke barhon ke charche rahen ge. khuda ka charcha nahi rahe ga. hamare hazrat aise the, hamare hazrat waise the. yani har majlis mein musalmanon ki, har jalsay mein, jahan bhi jaiye un ke jo insani bare hain is ke charche sunen ge aap un se.</w:t>
      </w:r>
      <w:r>
        <w:br/>
      </w:r>
      <w:r>
        <w:rPr>
          <w:sz w:val="20"/>
        </w:rPr>
        <w:t>32:42  khuda ka charcha nahi hoga. mein ne khud kai bar is ka tajurba kiya hai ke musalmanon ki majlis mein baith kar jab mein khuda ka charcha karta hoon to log thora sa disgust ho jate hain.</w:t>
      </w:r>
      <w:r>
        <w:br/>
      </w:r>
      <w:r>
        <w:rPr>
          <w:sz w:val="20"/>
        </w:rPr>
        <w:t>32:55  woh samajh nahi pate ke khuda ka charcha karna koi meaningful baat hai. aap ne bare ko charcha kiya ya un ka tha?</w:t>
      </w:r>
      <w:r>
        <w:br/>
      </w:r>
      <w:r>
        <w:rPr>
          <w:sz w:val="20"/>
        </w:rPr>
        <w:t>33:03  woh bohat khush ho jate hain woh. hamare hazrat aise the, hamare hazrat waise the. abhi kal mere pas telephone aya pakistan se. kal ki baat hai.</w:t>
      </w:r>
      <w:r>
        <w:br/>
      </w:r>
      <w:r>
        <w:rPr>
          <w:sz w:val="20"/>
        </w:rPr>
        <w:t>33:13  kya aap janab par tanqeed karte hain? janab par criticize karte hain? aap iqbal par criticize karte hain? kehte hain bare log the woh.</w:t>
      </w:r>
      <w:r>
        <w:br/>
      </w:r>
      <w:r>
        <w:rPr>
          <w:sz w:val="20"/>
        </w:rPr>
        <w:t>33:24  yani khuda par criticism roza na ho raha hai. tab un ko koi pareshani nahi hai. aisi kitaben chhap rahi hain jin ka title hota hai "God Is Dead".</w:t>
      </w:r>
      <w:r>
        <w:br/>
      </w:r>
      <w:r>
        <w:rPr>
          <w:sz w:val="20"/>
        </w:rPr>
        <w:t>33:35  koi pareshani un ko nahi hai. agar aap mr. janab par criticize kar den, iqbal par criticize kar den, abdullah modi par criticize kar den, syed qutb par criticize kar den to bhadakte hain woh.</w:t>
      </w:r>
      <w:r>
        <w:br/>
      </w:r>
      <w:r>
        <w:rPr>
          <w:sz w:val="20"/>
        </w:rPr>
        <w:t>33:52  ek india mein do sahaba ne paida hue un ko shaheedain kaha jata hai. syed ahmed shaheed aur syed ahmed brelvi.</w:t>
      </w:r>
      <w:r>
        <w:br/>
      </w:r>
      <w:r>
        <w:rPr>
          <w:sz w:val="20"/>
        </w:rPr>
        <w:t>34:02  un ko shaheedain kehte hain. do shaheed hone wale. agar yeh maharajah ranjit singh ke khilaf lad kar ke woh woh balakot mein woh woh khatam ho gaye the to un ko shaheedain kaha jata hai.</w:t>
      </w:r>
      <w:r>
        <w:br/>
      </w:r>
      <w:r>
        <w:rPr>
          <w:sz w:val="20"/>
        </w:rPr>
        <w:t>34:16  mominon par tanqeed, criticize kiya hai ke khwamkhwah ja ke lad gaye. yani un ka poora jo woh khud aur un ke jo sathi the sab ke sab balakot mein khatam ho gaye.</w:t>
      </w:r>
      <w:r>
        <w:br/>
      </w:r>
      <w:r>
        <w:rPr>
          <w:sz w:val="20"/>
        </w:rPr>
        <w:t>34:26  to mein ne kaha yeh koi kaam tha? kya islam sikhata hai ke bas apne ko apne aap ko khatam kar dalo? yeh kon sa islam hai? kuch bhi gain nahi kiya unhon ne.</w:t>
      </w:r>
      <w:r>
        <w:br/>
      </w:r>
      <w:r>
        <w:rPr>
          <w:sz w:val="20"/>
        </w:rPr>
        <w:t>34:38  kuch bhi gain nahi kiya unhon ne. aap jante hain raja maharajah ranjit singh jo tha us ki us ki us ka jo rule tha woh sirf punjab par tak nahi tha bohat bara tha us ka.</w:t>
      </w:r>
      <w:r>
        <w:br/>
      </w:r>
      <w:r>
        <w:rPr>
          <w:sz w:val="20"/>
        </w:rPr>
        <w:t>34:54  us zamane mein us ne napoleon ke jo military hua karti thi us ki retired generalon ko bulaya tha. un se apni fauj ko train kiya tha.</w:t>
      </w:r>
      <w:r>
        <w:br/>
      </w:r>
      <w:r>
        <w:rPr>
          <w:sz w:val="20"/>
        </w:rPr>
        <w:t>35:04  us ke pas top khana tha. us se ladne ke liye woh pahunch gaye. bilkul untrained logon ko le kar ke. sab khatam ho gaye. to mein ne is par likha.</w:t>
      </w:r>
      <w:r>
        <w:br/>
      </w:r>
      <w:r>
        <w:rPr>
          <w:sz w:val="20"/>
        </w:rPr>
        <w:t>35:14  ab bohat ghussa hai logon se. acha aap shaheedain par qalam uthate hain?</w:t>
      </w:r>
      <w:r>
        <w:br/>
      </w:r>
      <w:r>
        <w:rPr>
          <w:sz w:val="20"/>
        </w:rPr>
        <w:t>35:21  to isi dunya mein aaj har aadmi khuda ke khilaf bolay is article mein mislan yeh ke khuda jo hai stupid logon ka subject hai.</w:t>
      </w:r>
      <w:r>
        <w:br/>
      </w:r>
      <w:r>
        <w:rPr>
          <w:sz w:val="20"/>
        </w:rPr>
        <w:t>35:32  intelligent logon ka subject hai, atheism hai. is se bhi dekhiye aap. yeh koi bharkaye ga nahi. is par koi jalsa nahi hoga. koi bhadakne wala is par nahi hai.</w:t>
      </w:r>
      <w:r>
        <w:br/>
      </w:r>
      <w:r>
        <w:rPr>
          <w:sz w:val="20"/>
        </w:rPr>
        <w:t>35:43  kisi ajib baat hai yeh keh raha hai ke khuda ka subject to stupid logon ka subject hai. aur jo intelligent log hote hain un ka subject atheism hai.</w:t>
      </w:r>
      <w:r>
        <w:br/>
      </w:r>
      <w:r>
        <w:rPr>
          <w:sz w:val="20"/>
        </w:rPr>
        <w:t>35:53  kitni bari baat hai bataiye. koi ek musalman dunya mein nahi bhadakne wala hai is par. jabke doosre subjects par jo rasool Allah se related hote hain rozana bhadakte hain log.</w:t>
      </w:r>
      <w:r>
        <w:br/>
      </w:r>
      <w:r>
        <w:rPr>
          <w:sz w:val="20"/>
        </w:rPr>
        <w:t>36:04  aaj bhi maine suna ke haiderabad mein isi qism ka ek jalsa ho raha hai. to yeh sochne ki baat hai aisa kyun ho raha hai? iski wajah yeh thi ke abhi abhi yeh musalman pre-scientific age mein jee rahe hain.</w:t>
      </w:r>
      <w:r>
        <w:br/>
      </w:r>
      <w:r>
        <w:rPr>
          <w:sz w:val="20"/>
        </w:rPr>
        <w:t>36:19  abhi unhein pata nahi ke science ne khuda ki glory jo hai ek is tarah discover kar ke bata diya hai logon ko. tab bhi unhein pata nahi. unke paas historical framework hai.</w:t>
      </w:r>
      <w:r>
        <w:br/>
      </w:r>
      <w:r>
        <w:rPr>
          <w:sz w:val="20"/>
        </w:rPr>
        <w:t>36:29  scientific framework abhi bhi unke paas nahi hai. poori history mein insan ke paas scientific framework nahi tha. to woh khuda ko underestimate karte rahe.</w:t>
      </w:r>
      <w:r>
        <w:br/>
      </w:r>
      <w:r>
        <w:rPr>
          <w:sz w:val="20"/>
        </w:rPr>
        <w:t>36:44  aur aur musalmanon ke paas abhi bhi nahi hai scientific framework. sirf historical framework hai bas. jismein unko lagta hai ke hamare bade bade bade kaam kiye hain in logon ne.</w:t>
      </w:r>
      <w:r>
        <w:br/>
      </w:r>
      <w:r>
        <w:rPr>
          <w:sz w:val="20"/>
        </w:rPr>
        <w:t>36:54  to isi inhi ko le kar ke charcha karte hain.</w:t>
      </w:r>
    </w:p>
    <w:p>
      <w:pPr>
        <w:pStyle w:val="Heading2"/>
      </w:pPr>
      <w:r>
        <w:t>Crisis reveals true wisdom, not calm times</w:t>
      </w:r>
    </w:p>
    <w:p>
      <w:r>
        <w:rPr>
          <w:color w:val="666666"/>
          <w:sz w:val="18"/>
        </w:rPr>
        <w:t>Art of Crisis Management October 3, 2010 · 2m 30s · at 0:37 · https://youtu.be/sKdyThFThXo?t=37</w:t>
      </w:r>
    </w:p>
    <w:p>
      <w:r>
        <w:rPr>
          <w:i/>
        </w:rPr>
        <w:t>“Aaj ka topic hai Art of Crisis Management”</w:t>
      </w:r>
    </w:p>
    <w:p>
      <w:r>
        <w:rPr>
          <w:sz w:val="20"/>
        </w:rPr>
        <w:t>0:37  aaj ka topic hai</w:t>
      </w:r>
      <w:r>
        <w:br/>
      </w:r>
      <w:r>
        <w:rPr>
          <w:sz w:val="20"/>
        </w:rPr>
        <w:t>0:41  "art of crisis management", yani bahran se nipatna.</w:t>
      </w:r>
      <w:r>
        <w:br/>
      </w:r>
      <w:r>
        <w:rPr>
          <w:sz w:val="20"/>
        </w:rPr>
        <w:t>0:52  dekhiye, yeh crisis ya bahran ya sankat, yeh zindagi ka ek part hai.</w:t>
      </w:r>
      <w:r>
        <w:br/>
      </w:r>
      <w:r>
        <w:rPr>
          <w:sz w:val="20"/>
        </w:rPr>
        <w:t>1:04  yeh hamesha hi har aadmi ki zindagi mein aata hai, chahe family life ho, social life ho, national life ho, international taluqat hon, har jagah.</w:t>
      </w:r>
      <w:r>
        <w:br/>
      </w:r>
      <w:r>
        <w:rPr>
          <w:sz w:val="20"/>
        </w:rPr>
        <w:t>1:19  crisis barah lata hai. aadmi ke wisdom ka jo asli test hai, woh normal halaat mein nahi hota hai.</w:t>
      </w:r>
      <w:r>
        <w:br/>
      </w:r>
      <w:r>
        <w:rPr>
          <w:sz w:val="20"/>
        </w:rPr>
        <w:t>1:32  normal situation, bilkul is smooth tor par sab kuch ho raha hai, is mein aap ke wisdom ka test nahi hota.</w:t>
      </w:r>
      <w:r>
        <w:br/>
      </w:r>
      <w:r>
        <w:rPr>
          <w:sz w:val="20"/>
        </w:rPr>
        <w:t>1:43  test hota hai jab crisis aaoe.</w:t>
      </w:r>
      <w:r>
        <w:br/>
      </w:r>
      <w:r>
        <w:rPr>
          <w:sz w:val="20"/>
        </w:rPr>
        <w:t>1:48  aur yeh bohat hi anokhi baat hai ke poori history mein aksar log crisis ke waqt fail ho gaye, crisis ko successfully manage na kar sake.</w:t>
      </w:r>
      <w:r>
        <w:br/>
      </w:r>
      <w:r>
        <w:rPr>
          <w:sz w:val="20"/>
        </w:rPr>
        <w:t>2:05  dekhiye, crisis shuru hota hai kahan se? family life se. jab ek mard aur ek aurat marriage ke baad ekatha hote hain to bar bar crisis aata hai.</w:t>
      </w:r>
      <w:r>
        <w:br/>
      </w:r>
      <w:r>
        <w:rPr>
          <w:sz w:val="20"/>
        </w:rPr>
        <w:t>2:21  jo log marriage life ke crises ko manage kar lete hain to un ki marriage life bohat achhi guzarti hai. aur jo log manage nahin karte to unhi ka kya hota hai?</w:t>
      </w:r>
      <w:r>
        <w:br/>
      </w:r>
      <w:r>
        <w:rPr>
          <w:sz w:val="20"/>
        </w:rPr>
        <w:t>2:35  kabhi separation hota hai, kabhi court mein case jata hai, kabhi kya hota hai, kabhi kya hota hai.</w:t>
      </w:r>
      <w:r>
        <w:br/>
      </w:r>
      <w:r>
        <w:rPr>
          <w:sz w:val="20"/>
        </w:rPr>
        <w:t>2:45  to aap ke aql ka, aap ke wisdom ka, aap ki ability ka jo test hai, yaad rakhiye, wo normal halat mein nahin hota hai.</w:t>
      </w:r>
      <w:r>
        <w:br/>
      </w:r>
      <w:r>
        <w:rPr>
          <w:sz w:val="20"/>
        </w:rPr>
        <w:t>3:00  wo tab hota hai jab kraisiz ho, jab koi sankat pade, jab koi bahran aa jae.</w:t>
      </w:r>
    </w:p>
    <w:p>
      <w:pPr>
        <w:pStyle w:val="Heading2"/>
      </w:pPr>
      <w:r>
        <w:t>Modern freedom with violence as taboo</w:t>
      </w:r>
    </w:p>
    <w:p>
      <w:r>
        <w:rPr>
          <w:color w:val="666666"/>
          <w:sz w:val="18"/>
        </w:rPr>
        <w:t>The Policy of Sulh (Resolution) in Islam 13 June 2009 - Maulana Wahiduddin Khan · 2m 19s · at 36:49 · https://youtu.be/_1M1-7-0TD4?t=2209</w:t>
      </w:r>
    </w:p>
    <w:p>
      <w:r>
        <w:rPr>
          <w:i/>
        </w:rPr>
        <w:t>“Violence is the only taboo”</w:t>
      </w:r>
    </w:p>
    <w:p>
      <w:r>
        <w:rPr>
          <w:sz w:val="20"/>
        </w:rPr>
        <w:t>36:49  violence is only taboo.</w:t>
      </w:r>
      <w:r>
        <w:br/>
      </w:r>
      <w:r>
        <w:rPr>
          <w:sz w:val="20"/>
        </w:rPr>
        <w:t>36:54  in the paradise for adam, for wooden tree was a taboo. but now, in our age, violence is the only taboo.</w:t>
      </w:r>
      <w:r>
        <w:br/>
      </w:r>
      <w:r>
        <w:rPr>
          <w:sz w:val="20"/>
        </w:rPr>
        <w:t>37:13  i will give a relevant example, which illustrates this point</w:t>
      </w:r>
      <w:r>
        <w:br/>
      </w:r>
      <w:r>
        <w:rPr>
          <w:sz w:val="20"/>
        </w:rPr>
        <w:t>37:21  . you know, when the america became free</w:t>
      </w:r>
      <w:r>
        <w:br/>
      </w:r>
      <w:r>
        <w:rPr>
          <w:sz w:val="20"/>
        </w:rPr>
        <w:t>37:32  from european powers, so when american went out from his house, he was walking in some street by shaking his hand like this.</w:t>
      </w:r>
      <w:r>
        <w:br/>
      </w:r>
      <w:r>
        <w:rPr>
          <w:sz w:val="20"/>
        </w:rPr>
        <w:t>37:50  so what happened?</w:t>
      </w:r>
      <w:r>
        <w:br/>
      </w:r>
      <w:r>
        <w:rPr>
          <w:sz w:val="20"/>
        </w:rPr>
        <w:t>37:52  he hit the nose of a certain, of a passer by.</w:t>
      </w:r>
      <w:r>
        <w:br/>
      </w:r>
      <w:r>
        <w:rPr>
          <w:sz w:val="20"/>
        </w:rPr>
        <w:t>38:01  so that passer by said, "what is this nonsense? why you hit my nose?</w:t>
      </w:r>
      <w:r>
        <w:br/>
      </w:r>
      <w:r>
        <w:rPr>
          <w:sz w:val="20"/>
        </w:rPr>
        <w:t>38:06  "</w:t>
      </w:r>
      <w:r>
        <w:br/>
      </w:r>
      <w:r>
        <w:rPr>
          <w:sz w:val="20"/>
        </w:rPr>
        <w:t>38:09  that gentleman said, "today i am free, so i am free to do anything.</w:t>
      </w:r>
      <w:r>
        <w:br/>
      </w:r>
      <w:r>
        <w:rPr>
          <w:sz w:val="20"/>
        </w:rPr>
        <w:t>38:22  today america is free, so i am free to do anything." so that passer by said politely, "that</w:t>
      </w:r>
      <w:r>
        <w:br/>
      </w:r>
      <w:r>
        <w:rPr>
          <w:sz w:val="20"/>
        </w:rPr>
        <w:t>38:39  you are free is right</w:t>
      </w:r>
      <w:r>
        <w:br/>
      </w:r>
      <w:r>
        <w:rPr>
          <w:sz w:val="20"/>
        </w:rPr>
        <w:t>38:44  , but my brother, your freedom means where my nose begins. this is the best illustration of the, of the spirit of the present age.</w:t>
      </w:r>
      <w:r>
        <w:br/>
      </w:r>
      <w:r>
        <w:rPr>
          <w:sz w:val="20"/>
        </w:rPr>
        <w:t>39:02  your freedom means where my nose begins.</w:t>
      </w:r>
    </w:p>
    <w:p>
      <w:pPr>
        <w:pStyle w:val="Heading2"/>
      </w:pPr>
      <w:r>
        <w:t>War verses in Bible, Gita and Quran in context</w:t>
      </w:r>
    </w:p>
    <w:p>
      <w:r>
        <w:rPr>
          <w:color w:val="666666"/>
          <w:sz w:val="18"/>
        </w:rPr>
        <w:t>Role of Islam in History April 5, 2009 · 3m 37s · at 40:04 · https://youtu.be/_chXIaKrOH8?t=2404</w:t>
      </w:r>
    </w:p>
    <w:p>
      <w:r>
        <w:rPr>
          <w:i/>
        </w:rPr>
        <w:t>“Hazrat Isa ne farmaya 'I did not come to bring peace'”</w:t>
      </w:r>
    </w:p>
    <w:p>
      <w:r>
        <w:rPr>
          <w:sz w:val="20"/>
        </w:rPr>
        <w:t>40:04  ab aap yeh kahen ke is ke rasool Allah ki zuban mein ladai kyun hui? kyun ke kuch ladaiyan to hui hain, yeh ek haqeeqat hai. Quran mein kuch aayaten hain jo qital ke bare mein hain.</w:t>
      </w:r>
      <w:r>
        <w:br/>
      </w:r>
      <w:r>
        <w:rPr>
          <w:sz w:val="20"/>
        </w:rPr>
        <w:t>40:15  to main yeh kahunga, pehli baat yeh kahunga ke kuch reference agar aa jaye kitab mein, is se ek is yeh proof nahi hota ke woh woh ladai ki kitab hai.</w:t>
      </w:r>
      <w:r>
        <w:br/>
      </w:r>
      <w:r>
        <w:rPr>
          <w:sz w:val="20"/>
        </w:rPr>
        <w:t>40:31  is liye ke yeh to har jagah hai.</w:t>
      </w:r>
      <w:r>
        <w:br/>
      </w:r>
      <w:r>
        <w:rPr>
          <w:sz w:val="20"/>
        </w:rPr>
        <w:t>40:34  jaise aap dekhiye, Bible ko lijiye, aap Hazrat Masih ko sab log prophet of love mante hain, prophet of love.</w:t>
      </w:r>
      <w:r>
        <w:br/>
      </w:r>
      <w:r>
        <w:rPr>
          <w:sz w:val="20"/>
        </w:rPr>
        <w:t>40:43  lekin Hazrat Masih ne kaha hai, Matthew mein aap padh lijiye, jo book jo un ke gospel hain, us mein se ek gospel Matthew ka gospel hai, us mein ke Hazrat Masih ne farmaya ke "I did not come for peace,</w:t>
      </w:r>
      <w:r>
        <w:br/>
      </w:r>
      <w:r>
        <w:rPr>
          <w:sz w:val="20"/>
        </w:rPr>
        <w:t>41:04  I did not come to bring peace but a sword, I did not come to bring peace but a sword." main aman ke liye nahi aaya hoon, balkeh main talwar chalwane ke liye aaya hoon.</w:t>
      </w:r>
      <w:r>
        <w:br/>
      </w:r>
      <w:r>
        <w:rPr>
          <w:sz w:val="20"/>
        </w:rPr>
        <w:t>41:18  to kya aap is ko le kar yeh kahen ke prophet ke Hazrat Masih jo the, woh prophet of sword the? koi nahi manega is ko ke prophet of sword the Hazrat Masih, jab ke yeh maujood hai un ke us mein.</w:t>
      </w:r>
      <w:r>
        <w:br/>
      </w:r>
      <w:r>
        <w:rPr>
          <w:sz w:val="20"/>
        </w:rPr>
        <w:t>41:32  achha, yeh Gita hai. Gita mein agar padhiye aap ke Krishna ji kehte hain Arjun se "Ae Arjun, aage badh, you do it." to kya aap kahen Gita you ki kitab hai?</w:t>
      </w:r>
      <w:r>
        <w:br/>
      </w:r>
      <w:r>
        <w:rPr>
          <w:sz w:val="20"/>
        </w:rPr>
        <w:t>41:45  nahi, wisdom ki kitab hai. Gita, Gita is a book of wisdom.</w:t>
      </w:r>
      <w:r>
        <w:br/>
      </w:r>
      <w:r>
        <w:rPr>
          <w:sz w:val="20"/>
        </w:rPr>
        <w:t>41:51  Gita hi se Mahatma Gandhi ne nikala tha apna apni philosophy, non violent philosophy, aima ki philosophy,</w:t>
      </w:r>
      <w:r>
        <w:br/>
      </w:r>
      <w:r>
        <w:rPr>
          <w:sz w:val="20"/>
        </w:rPr>
        <w:t>42:03  adam tashaddud ki philosophy. Gita se nikala tha unhon ne. To Gita aap parhein to is mein wisdom ki baatein bahut sari milti hain, lekin is mein yeh bhi hai.</w:t>
      </w:r>
      <w:r>
        <w:br/>
      </w:r>
      <w:r>
        <w:rPr>
          <w:sz w:val="20"/>
        </w:rPr>
        <w:t>42:15  To yeh dekhiye, ab yeh dekhna padta hai ke woh kis context mein woh baat hai, us ka background kya hai.</w:t>
      </w:r>
      <w:r>
        <w:br/>
      </w:r>
      <w:r>
        <w:rPr>
          <w:sz w:val="20"/>
        </w:rPr>
        <w:t>42:26  To chahe Bible ho, chahe Gita ho, chahe Quran ho, jahan qital ki baat hai, woh doosre context mein hai, yani particular context mein, woh general context mein nahi hai.</w:t>
      </w:r>
      <w:r>
        <w:br/>
      </w:r>
      <w:r>
        <w:rPr>
          <w:sz w:val="20"/>
        </w:rPr>
        <w:t>42:39  Woh</w:t>
      </w:r>
      <w:r>
        <w:br/>
      </w:r>
      <w:r>
        <w:rPr>
          <w:sz w:val="20"/>
        </w:rPr>
        <w:t>42:42  kisi bhi nation ko, kisi bhi group ko aisi situation pe aati hai kabhi ke woh us ko defensive war karni padti hai. As a defense, woh general rule nahi hota hai.</w:t>
      </w:r>
      <w:r>
        <w:br/>
      </w:r>
      <w:r>
        <w:rPr>
          <w:sz w:val="20"/>
        </w:rPr>
        <w:t>42:56  Is liye main kaha karta hoon ke Islam mein jo hai "peace is the rule and war is an exception" kyunke hum dunya mein rehte hain, doosre doosre log hain.</w:t>
      </w:r>
      <w:r>
        <w:br/>
      </w:r>
      <w:r>
        <w:rPr>
          <w:sz w:val="20"/>
        </w:rPr>
        <w:t>43:07  Agar woh hum par attack karein to wahan par humein defense war karni padti hai.</w:t>
      </w:r>
      <w:r>
        <w:br/>
      </w:r>
      <w:r>
        <w:rPr>
          <w:sz w:val="20"/>
        </w:rPr>
        <w:t>43:15  Lekin yeh to ek ek ek ek ek exceptional cheez hoti hai, woh jo basic teaching hai, jo basic jo uska uska jo basic talimat hain, woh kya hai, us ko dekhna padta hai.</w:t>
      </w:r>
      <w:r>
        <w:br/>
      </w:r>
      <w:r>
        <w:rPr>
          <w:sz w:val="20"/>
        </w:rPr>
        <w:t>43:32  To main keh sakta hoon ke Quran ko parhein, aap Hadees ko parhein, Rasool Allah ke life ko parhein, bilkul objectively parhein.</w:t>
      </w:r>
    </w:p>
    <w:p>
      <w:pPr>
        <w:pStyle w:val="Heading2"/>
      </w:pPr>
      <w:r>
        <w:t>Loss awakens thinking</w:t>
      </w:r>
    </w:p>
    <w:p>
      <w:r>
        <w:rPr>
          <w:color w:val="666666"/>
          <w:sz w:val="18"/>
        </w:rPr>
        <w:t>Surah Al-'Asr I November 23, 2014 Maulana Wahiduddin Khan · 34s · at 18:10 · https://youtu.be/3dBMIUC0Dqw?t=1090</w:t>
      </w:r>
    </w:p>
    <w:p>
      <w:r>
        <w:rPr>
          <w:i/>
        </w:rPr>
        <w:t>“When a person loses, his thinking awakens.”</w:t>
      </w:r>
    </w:p>
    <w:p>
      <w:r>
        <w:rPr>
          <w:sz w:val="20"/>
        </w:rPr>
        <w:t>18:10  to aadmi jab khota hai tab uska soch jaagti hai. agar agar woh na khoye to soch hi nahin jaage gi.</w:t>
      </w:r>
      <w:r>
        <w:br/>
      </w:r>
      <w:r>
        <w:rPr>
          <w:sz w:val="20"/>
        </w:rPr>
        <w:t>18:22  to is tarah jab mein ne socha to mujhe laga ke yeh ayat bazahir to yeh hai ke is mein ghaate ki khabar di gayi hai.</w:t>
      </w:r>
      <w:r>
        <w:br/>
      </w:r>
      <w:r>
        <w:rPr>
          <w:sz w:val="20"/>
        </w:rPr>
        <w:t>18:29  lekin is mein sab se bari nafe ki khabar hai. ek ghaate ki baat, ghaate ke dar mein nafe ki khabar hai.</w:t>
      </w:r>
    </w:p>
    <w:p>
      <w:pPr>
        <w:pStyle w:val="Heading2"/>
      </w:pPr>
      <w:r>
        <w:t>fighting for truth is not a concept found in the Quran</w:t>
      </w:r>
    </w:p>
    <w:p>
      <w:r>
        <w:rPr>
          <w:color w:val="666666"/>
          <w:sz w:val="18"/>
        </w:rPr>
        <w:t>Peace and Violence June 06, 2009 · 2m 10s · at 57:24 · https://youtu.be/OUXCF-40RGY?t=3444</w:t>
      </w:r>
    </w:p>
    <w:p>
      <w:r>
        <w:rPr>
          <w:i/>
        </w:rPr>
        <w:t>“What does fighting for truth mean? I don't know any verse that says that.”</w:t>
      </w:r>
    </w:p>
    <w:p>
      <w:r>
        <w:rPr>
          <w:sz w:val="20"/>
        </w:rPr>
        <w:t>57:24  this question is from mr. ramesh from delhi: maulana, what does fighting for truth means? what does fighting for truth mean?</w:t>
      </w:r>
      <w:r>
        <w:br/>
      </w:r>
      <w:r>
        <w:rPr>
          <w:sz w:val="20"/>
        </w:rPr>
        <w:t>57:39  i don't know that there is any verse in the quran that say that fight for truth.</w:t>
      </w:r>
      <w:r>
        <w:br/>
      </w:r>
      <w:r>
        <w:rPr>
          <w:sz w:val="20"/>
        </w:rPr>
        <w:t>57:49  no, it is muslims innovation</w:t>
      </w:r>
      <w:r>
        <w:br/>
      </w:r>
      <w:r>
        <w:rPr>
          <w:sz w:val="20"/>
        </w:rPr>
        <w:t>57:54  . fighting, there is only one kind of fighting in islam, that is diffensive fighting. fighting for truth is nothing.</w:t>
      </w:r>
      <w:r>
        <w:br/>
      </w:r>
      <w:r>
        <w:rPr>
          <w:sz w:val="20"/>
        </w:rPr>
        <w:t>58:05  you can't convey the message of truth, but you can not fight for truth.</w:t>
      </w:r>
      <w:r>
        <w:br/>
      </w:r>
      <w:r>
        <w:rPr>
          <w:sz w:val="20"/>
        </w:rPr>
        <w:t>58:14  it is quite unislamic. it was invented by some muslims</w:t>
      </w:r>
      <w:r>
        <w:br/>
      </w:r>
      <w:r>
        <w:rPr>
          <w:sz w:val="20"/>
        </w:rPr>
        <w:t>58:20  . i don't know any verse in the quran that say that you have to fight for truth, not at all.</w:t>
      </w:r>
      <w:r>
        <w:br/>
      </w:r>
      <w:r>
        <w:rPr>
          <w:sz w:val="20"/>
        </w:rPr>
        <w:t>58:31  so, as far truth is concerned, we have to convey the message.</w:t>
      </w:r>
      <w:r>
        <w:br/>
      </w:r>
      <w:r>
        <w:rPr>
          <w:sz w:val="20"/>
        </w:rPr>
        <w:t>58:40  we have to persuade people to adopt the truth peacefully</w:t>
      </w:r>
      <w:r>
        <w:br/>
      </w:r>
      <w:r>
        <w:rPr>
          <w:sz w:val="20"/>
        </w:rPr>
        <w:t>58:47  . but as far the fighting or qital is concerned, that is allowed only when there is attack, there is aggression. and all, and again, this kind of fighting is allowed for states and not for ngos.</w:t>
      </w:r>
      <w:r>
        <w:br/>
      </w:r>
      <w:r>
        <w:rPr>
          <w:sz w:val="20"/>
        </w:rPr>
        <w:t>59:04  very important to know that no individual, no non-governmental organizations are allowed to go to fighting, not at all.</w:t>
      </w:r>
      <w:r>
        <w:br/>
      </w:r>
      <w:r>
        <w:rPr>
          <w:sz w:val="20"/>
        </w:rPr>
        <w:t>59:16  only state is allowed to go to fighting when there is aggression, when there is, there is attack from some neighboring countries.</w:t>
      </w:r>
      <w:r>
        <w:br/>
      </w:r>
      <w:r>
        <w:rPr>
          <w:sz w:val="20"/>
        </w:rPr>
        <w:t>59:28  so, it is to my knowledge, it is very clear in the quran and hadith.</w:t>
      </w:r>
    </w:p>
    <w:p>
      <w:pPr>
        <w:pStyle w:val="Heading2"/>
      </w:pPr>
      <w:r>
        <w:t>Prophet's Mecca years: idols, Tawhid, avoidance, migration to Medina</w:t>
      </w:r>
    </w:p>
    <w:p>
      <w:r>
        <w:rPr>
          <w:color w:val="666666"/>
          <w:sz w:val="18"/>
        </w:rPr>
        <w:t>Peaceful Activism vs Violent Activism May 23, 2009 · 5m 22s · at 24:41 · https://youtu.be/LlwiET1Kb5w?t=1481</w:t>
      </w:r>
    </w:p>
    <w:p>
      <w:r>
        <w:rPr>
          <w:i/>
        </w:rPr>
        <w:t>“When the Prophet started his mission in 610 AD, Mecca was polytheist.”</w:t>
      </w:r>
    </w:p>
    <w:p>
      <w:r>
        <w:rPr>
          <w:sz w:val="20"/>
        </w:rPr>
        <w:t>24:41  when the prophet started mission in 610 AD, time Mecca was under the mushrik peoples.</w:t>
      </w:r>
      <w:r>
        <w:br/>
      </w:r>
      <w:r>
        <w:rPr>
          <w:sz w:val="20"/>
        </w:rPr>
        <w:t>24:52  kaba was under their, under their</w:t>
      </w:r>
      <w:r>
        <w:br/>
      </w:r>
      <w:r>
        <w:rPr>
          <w:sz w:val="20"/>
        </w:rPr>
        <w:t>25:00  tawliyat, trusteeship</w:t>
      </w:r>
      <w:r>
        <w:br/>
      </w:r>
      <w:r>
        <w:rPr>
          <w:sz w:val="20"/>
        </w:rPr>
        <w:t>25:04  . so, they have placed 360 idols in kaba. you know, kaba was built by Ibrahim, Hazrat Ibrahim,</w:t>
      </w:r>
      <w:r>
        <w:br/>
      </w:r>
      <w:r>
        <w:rPr>
          <w:sz w:val="20"/>
        </w:rPr>
        <w:t>25:17  as a, as a, yani baitullah, house of God, house of tauheed, house of one God.</w:t>
      </w:r>
      <w:r>
        <w:br/>
      </w:r>
      <w:r>
        <w:rPr>
          <w:sz w:val="20"/>
        </w:rPr>
        <w:t>25:29  in later period, mushrik people placed 360 idols. that was trust passing, that was unlawful.</w:t>
      </w:r>
      <w:r>
        <w:br/>
      </w:r>
      <w:r>
        <w:rPr>
          <w:sz w:val="20"/>
        </w:rPr>
        <w:t>25:45  and prophet of Islam was prophet of tauheed. he all, he used to, he used to convey message in the</w:t>
      </w:r>
      <w:r>
        <w:br/>
      </w:r>
      <w:r>
        <w:rPr>
          <w:sz w:val="20"/>
        </w:rPr>
        <w:t>25:55  verse: "a, o nas, bolo la ilaha illallah, taflo."</w:t>
      </w:r>
      <w:r>
        <w:br/>
      </w:r>
      <w:r>
        <w:rPr>
          <w:sz w:val="20"/>
        </w:rPr>
        <w:t>26:02  o people, say that there no God but one God, and you will find success. this was mission, but he never touch those, those idols.</w:t>
      </w:r>
      <w:r>
        <w:br/>
      </w:r>
      <w:r>
        <w:rPr>
          <w:sz w:val="20"/>
        </w:rPr>
        <w:t>26:19  never touch those idols, he never try to destroy those idols.</w:t>
      </w:r>
      <w:r>
        <w:br/>
      </w:r>
      <w:r>
        <w:rPr>
          <w:sz w:val="20"/>
        </w:rPr>
        <w:t>26:24  even he never protested against these idols. he never protested, he never demanded, he never try to destroy those idols.</w:t>
      </w:r>
      <w:r>
        <w:br/>
      </w:r>
      <w:r>
        <w:rPr>
          <w:sz w:val="20"/>
        </w:rPr>
        <w:t>26:40  he simply avoid, he simply followed the principle of avoidance. avoidance, avoidance, avoidance.</w:t>
      </w:r>
      <w:r>
        <w:br/>
      </w:r>
      <w:r>
        <w:rPr>
          <w:sz w:val="20"/>
        </w:rPr>
        <w:t>26:49  so, his policy was avoid, avoid the unwanted situations, and do your work constructively.</w:t>
      </w:r>
      <w:r>
        <w:br/>
      </w:r>
      <w:r>
        <w:rPr>
          <w:sz w:val="20"/>
        </w:rPr>
        <w:t>27:02  this was formula.</w:t>
      </w:r>
      <w:r>
        <w:br/>
      </w:r>
      <w:r>
        <w:rPr>
          <w:sz w:val="20"/>
        </w:rPr>
        <w:t>27:10  up to 13 years, he lived in Mecca, and he never touch those idols, and he never try to register complaint against those idols.</w:t>
      </w:r>
      <w:r>
        <w:br/>
      </w:r>
      <w:r>
        <w:rPr>
          <w:sz w:val="20"/>
        </w:rPr>
        <w:t>27:24  why? because this was bound to create controversy. you are bound to create fighting and war.</w:t>
      </w:r>
      <w:r>
        <w:br/>
      </w:r>
      <w:r>
        <w:rPr>
          <w:sz w:val="20"/>
        </w:rPr>
        <w:t>27:38  those people very sensitive. then what happen? those people were mushrik people, idol worshippers.</w:t>
      </w:r>
      <w:r>
        <w:br/>
      </w:r>
      <w:r>
        <w:rPr>
          <w:sz w:val="20"/>
        </w:rPr>
        <w:t>27:50  They was, they were not ready to accept mission, although it was completely peaceful mission.</w:t>
      </w:r>
      <w:r>
        <w:br/>
      </w:r>
      <w:r>
        <w:rPr>
          <w:sz w:val="20"/>
        </w:rPr>
        <w:t>28:01  mission was peaceful mission in complete sense of the word.</w:t>
      </w:r>
      <w:r>
        <w:br/>
      </w:r>
      <w:r>
        <w:rPr>
          <w:sz w:val="20"/>
        </w:rPr>
        <w:t>28:13  even then, they became hostile, and finally, they wanted to kill him. finally, they wanted to kill the prophet of Islam.</w:t>
      </w:r>
      <w:r>
        <w:br/>
      </w:r>
      <w:r>
        <w:rPr>
          <w:sz w:val="20"/>
        </w:rPr>
        <w:t>28:27  but what happen?</w:t>
      </w:r>
      <w:r>
        <w:br/>
      </w:r>
      <w:r>
        <w:rPr>
          <w:sz w:val="20"/>
        </w:rPr>
        <w:t>28:29  prophet never try to to go to fighting,</w:t>
      </w:r>
      <w:r>
        <w:br/>
      </w:r>
      <w:r>
        <w:rPr>
          <w:sz w:val="20"/>
        </w:rPr>
        <w:t>28:38  but he silently, in the dark, in the darkness of light, he migrated from Makka to Madina. This was, was, this is called hijra.</w:t>
      </w:r>
      <w:r>
        <w:br/>
      </w:r>
      <w:r>
        <w:rPr>
          <w:sz w:val="20"/>
        </w:rPr>
        <w:t>28:52  hijra literally means migration, but it was simply migration.</w:t>
      </w:r>
      <w:r>
        <w:br/>
      </w:r>
      <w:r>
        <w:rPr>
          <w:sz w:val="20"/>
        </w:rPr>
        <w:t>28:58  it was, it was change in the work place. it was to change the work place.</w:t>
      </w:r>
      <w:r>
        <w:br/>
      </w:r>
      <w:r>
        <w:rPr>
          <w:sz w:val="20"/>
        </w:rPr>
        <w:t>29:12  makka was work place with with confrontation, with violence.</w:t>
      </w:r>
      <w:r>
        <w:br/>
      </w:r>
      <w:r>
        <w:rPr>
          <w:sz w:val="20"/>
        </w:rPr>
        <w:t>29:25  so, he left makka, and he, he, he entered madina. at that time, madina was, madina was different from makka.</w:t>
      </w:r>
      <w:r>
        <w:br/>
      </w:r>
      <w:r>
        <w:rPr>
          <w:sz w:val="20"/>
        </w:rPr>
        <w:t>29:40  so, he, he, he change work place from makka to madina.</w:t>
      </w:r>
      <w:r>
        <w:br/>
      </w:r>
      <w:r>
        <w:rPr>
          <w:sz w:val="20"/>
        </w:rPr>
        <w:t>29:50  this was the one application of the principle, principle of avoidance.</w:t>
      </w:r>
    </w:p>
    <w:p>
      <w:pPr>
        <w:pStyle w:val="Heading2"/>
      </w:pPr>
      <w:r>
        <w:t>God-fearing linked to good behavior</w:t>
      </w:r>
    </w:p>
    <w:p>
      <w:r>
        <w:rPr>
          <w:color w:val="666666"/>
          <w:sz w:val="18"/>
        </w:rPr>
        <w:t>Morality In Islam | 26th May 07 · 30s · at 38:44 · https://youtu.be/9EiP6aXv1sE?t=2324</w:t>
      </w:r>
    </w:p>
    <w:p>
      <w:r>
        <w:rPr>
          <w:i/>
        </w:rPr>
        <w:t>“So here you can see that God-fearing is linked”</w:t>
      </w:r>
    </w:p>
    <w:p>
      <w:r>
        <w:rPr>
          <w:sz w:val="20"/>
        </w:rPr>
        <w:t>38:44  So here you can see that God fearing is linked with with good behavior. So Islam provides a strong incentive, a strong motivation in favor of good conduct towards other people.</w:t>
      </w:r>
    </w:p>
    <w:p>
      <w:pPr>
        <w:pStyle w:val="Heading2"/>
      </w:pPr>
      <w:r>
        <w:t>Satan divides our loyalty; true faith fears only Allah</w:t>
      </w:r>
    </w:p>
    <w:p>
      <w:r>
        <w:rPr>
          <w:color w:val="666666"/>
          <w:sz w:val="18"/>
        </w:rPr>
        <w:t>The Quran 63 9 CPS Women Weekly Discussion 30 November 19, 2023 · 2m 36s · at 13:43 · https://youtu.be/VfjXw4JGRa4?t=823</w:t>
      </w:r>
    </w:p>
    <w:p>
      <w:r>
        <w:rPr>
          <w:i/>
        </w:rPr>
        <w:t>“Satan divides our loyalty; true faith means fearing only Allah”</w:t>
      </w:r>
    </w:p>
    <w:p>
      <w:r>
        <w:rPr>
          <w:sz w:val="20"/>
        </w:rPr>
        <w:t>13:43  hum apni jo jitna bhi hamara jo wafadari hai jo hamein poori ki poori Allah ki taraf honi chahiye, shaitan ne usko taqseem kar diya hai aur hamari wafadariyon mein partners create karta hai. woh priority batata hai ki ab yeh family ka yeh kaam hai, yeh zaroori hai.</w:t>
      </w:r>
      <w:r>
        <w:br/>
      </w:r>
      <w:r>
        <w:rPr>
          <w:sz w:val="20"/>
        </w:rPr>
        <w:t>14:02  Shraddhan is tarah ke waswase dalta hai aur wah chahta hai ki hum apni wafadari ko ya apni</w:t>
      </w:r>
      <w:r>
        <w:br/>
      </w:r>
      <w:r>
        <w:rPr>
          <w:sz w:val="20"/>
        </w:rPr>
        <w:t>14:39  attachment ko distribute kar dein, taqseem kar dein aur hum Allah taala se ek rasmi talluq hamara reh jaye.</w:t>
      </w:r>
      <w:r>
        <w:br/>
      </w:r>
      <w:r>
        <w:rPr>
          <w:sz w:val="20"/>
        </w:rPr>
        <w:t>15:16  Allah se mohabbat karne wale hote hain aur surah Al-Anfal ki atharah verse mein kaha gaya ki hidayat wale woh hain jo Khuda ke siwa kisi se na darein. to isse maloom hota hai ki tauheed yahi hai ki shadeed khauf aur shadeed mohabbat ka taluq Allah ke siwa kisi se na ho.</w:t>
      </w:r>
      <w:r>
        <w:br/>
      </w:r>
      <w:r>
        <w:rPr>
          <w:sz w:val="20"/>
        </w:rPr>
        <w:t>15:34  to yeh do talluq humein jo kayam karne hain na nimal se, na duniya se, na family se,</w:t>
      </w:r>
      <w:r>
        <w:br/>
      </w:r>
      <w:r>
        <w:rPr>
          <w:sz w:val="20"/>
        </w:rPr>
        <w:t>15:56  aur puri tarah apni zindagi ko Allah ke hawale yahan purva Allah ke supurdh karna jaise kehte hain.</w:t>
      </w:r>
      <w:r>
        <w:br/>
      </w:r>
      <w:r>
        <w:rPr>
          <w:sz w:val="20"/>
        </w:rPr>
        <w:t>16:19  Main Maulana sahib ki ek line yahan par bolna chahti hoon ki jo log Allah se darne wale</w:t>
      </w:r>
    </w:p>
    <w:p>
      <w:pPr>
        <w:pStyle w:val="Heading2"/>
      </w:pPr>
      <w:r>
        <w:t>Quran provides clear proof and reason-based teachings</w:t>
      </w:r>
    </w:p>
    <w:p>
      <w:r>
        <w:rPr>
          <w:color w:val="666666"/>
          <w:sz w:val="18"/>
        </w:rPr>
        <w:t>Ramadan a Month of Study of Quran August 23, 2009 · 1m 50s · at 15:46 · https://youtu.be/8z-v68n7WuA?t=946</w:t>
      </w:r>
    </w:p>
    <w:p>
      <w:r>
        <w:rPr>
          <w:i/>
        </w:rPr>
        <w:t>“Quran mein bayyinat hain”</w:t>
      </w:r>
    </w:p>
    <w:p>
      <w:r>
        <w:rPr>
          <w:sz w:val="20"/>
        </w:rPr>
        <w:t>15:46  to jab quran par aap sochenge ghor karenge to aap ko baaten is mein milengi. is mein farmaya ke bayyinat min alhuda wal furqan ke quran mein bayyinat hain.</w:t>
      </w:r>
      <w:r>
        <w:br/>
      </w:r>
      <w:r>
        <w:rPr>
          <w:sz w:val="20"/>
        </w:rPr>
        <w:t>16:01  bayyinat yani khule dalail. is se kya nikla ke quran jo hai woh reason based hai is ki teaching.</w:t>
      </w:r>
      <w:r>
        <w:br/>
      </w:r>
      <w:r>
        <w:rPr>
          <w:sz w:val="20"/>
        </w:rPr>
        <w:t>16:11  quran ki jo talimat hain quran ki jo teachings hain woh sab reason based hain. is mein koi mysterious mysterious chezen nahin hain is ke andar.</w:t>
      </w:r>
      <w:r>
        <w:br/>
      </w:r>
      <w:r>
        <w:rPr>
          <w:sz w:val="20"/>
        </w:rPr>
        <w:t>16:22  na koi expression is ke andar hai. Reason based hain sari baaten. aap aql ko istemal karen. apni soch ko istemal karen. to in baaton ko aap discover karenge.</w:t>
      </w:r>
      <w:r>
        <w:br/>
      </w:r>
      <w:r>
        <w:rPr>
          <w:sz w:val="20"/>
        </w:rPr>
        <w:t>16:34  aur jab aap discover karenge tabhi to is ki gehraiyon ko payenge aap. to yeh bohat hi zaroori baat hai janna ke quran ki talimat sab ki sab reason based hain.</w:t>
      </w:r>
      <w:r>
        <w:br/>
      </w:r>
      <w:r>
        <w:rPr>
          <w:sz w:val="20"/>
        </w:rPr>
        <w:t>16:49  to yani bayyinat min alhuda yani woh huda par bayyinat hain yani yeh keh sakte hain aap ke clear proof of guidance.</w:t>
      </w:r>
      <w:r>
        <w:br/>
      </w:r>
      <w:r>
        <w:rPr>
          <w:sz w:val="20"/>
        </w:rPr>
        <w:t>17:04  jo guidance quran majeed mein hai us ke sath proof bhi juda hua hai. is ki reason bhi judi hui hai. yani sab ke sab rational basis par hain sab ke sab.</w:t>
      </w:r>
      <w:r>
        <w:br/>
      </w:r>
      <w:r>
        <w:rPr>
          <w:sz w:val="20"/>
        </w:rPr>
        <w:t>17:15  aisa nahin hai ke bas yoon hi hain. to sab ke sab rational teachings hain quran majeed mein. lekin woh kab aap jaan payenge ke is ko jab aap is ko sochen.</w:t>
      </w:r>
      <w:r>
        <w:br/>
      </w:r>
      <w:r>
        <w:rPr>
          <w:sz w:val="20"/>
        </w:rPr>
        <w:t>17:31  agar aap sochenge nahin to jaan bhi nahin payenge.</w:t>
      </w:r>
    </w:p>
    <w:p>
      <w:pPr>
        <w:pStyle w:val="Heading2"/>
      </w:pPr>
      <w:r>
        <w:t>What the call to prayer (azan) truly means</w:t>
      </w:r>
    </w:p>
    <w:p>
      <w:r>
        <w:rPr>
          <w:color w:val="666666"/>
          <w:sz w:val="18"/>
        </w:rPr>
        <w:t>The Spirit of Namaz February 13, 2022 Dr. Saniyasnain Khan · 39s · at 18:52 · https://youtu.be/Mh4K7ZR4RbE?t=1132</w:t>
      </w:r>
    </w:p>
    <w:p>
      <w:r>
        <w:rPr>
          <w:i/>
        </w:rPr>
        <w:t>“The azan announces: come to success, come to prayer”</w:t>
      </w:r>
    </w:p>
    <w:p>
      <w:r>
        <w:rPr>
          <w:sz w:val="20"/>
        </w:rPr>
        <w:t>18:52  lekin yeh ek initial dawat bhi hai azan ki isse logon ko ek elaan kar diya gaya ki</w:t>
      </w:r>
      <w:r>
        <w:br/>
      </w:r>
      <w:r>
        <w:rPr>
          <w:sz w:val="20"/>
        </w:rPr>
        <w:t>18:58  haiya alsala, haiya alsala, kaamyaabi ki taraf aao, kaamya Allah Allah waqbar, Allah bada hai ye saari cheezein</w:t>
      </w:r>
      <w:r>
        <w:br/>
      </w:r>
      <w:r>
        <w:rPr>
          <w:sz w:val="20"/>
        </w:rPr>
        <w:t>19:05  ek elaan hai ki jo maane wo maane wo jo na maane wo na maane aur doosri baat</w:t>
      </w:r>
      <w:r>
        <w:br/>
      </w:r>
      <w:r>
        <w:rPr>
          <w:sz w:val="20"/>
        </w:rPr>
        <w:t>19:11  jo hai doosra pehlu jo hai jaise maine kaha ki ismein prophet mohammad ne khud sahaba se kaha</w:t>
      </w:r>
      <w:r>
        <w:br/>
      </w:r>
      <w:r>
        <w:rPr>
          <w:sz w:val="20"/>
        </w:rPr>
        <w:t>19:18  tha ki yeh dua kiya karoon yaani yeh dua darasal prophet ke liye dua hai ki unke darjaat</w:t>
      </w:r>
      <w:r>
        <w:br/>
      </w:r>
      <w:r>
        <w:rPr>
          <w:sz w:val="20"/>
        </w:rPr>
        <w:t>19:24  buland kar unko faiz kar makame mahmood par to yeh profit ke liye dua hai.</w:t>
      </w:r>
      <w:r>
        <w:br/>
      </w:r>
      <w:r>
        <w:rPr>
          <w:sz w:val="20"/>
        </w:rPr>
        <w:t>19:31  ab profit ke liye dua hum kyun karte hain? uski wajah yeh hai ki hamein jo guidance mili hai, jo sachchai mili hai woh profit mohammad sallam se mili hai, wali wali</w:t>
      </w:r>
    </w:p>
    <w:p>
      <w:pPr>
        <w:pStyle w:val="Heading2"/>
      </w:pPr>
      <w:r>
        <w:t>Ataturk accepted reality not abolished caliphate</w:t>
      </w:r>
    </w:p>
    <w:p>
      <w:r>
        <w:rPr>
          <w:color w:val="666666"/>
          <w:sz w:val="18"/>
        </w:rPr>
        <w:t>The Art of Application | January 07, 2017 | Maulana Wahiduddin Khan · 2m 30s · at 11:53 · https://youtu.be/wb1bDtubwMU?t=713</w:t>
      </w:r>
    </w:p>
    <w:p>
      <w:r>
        <w:rPr>
          <w:i/>
        </w:rPr>
        <w:t>“Saare musalman gha-e-khilafat ka masla banae hue hain”</w:t>
      </w:r>
    </w:p>
    <w:p>
      <w:r>
        <w:rPr>
          <w:sz w:val="20"/>
        </w:rPr>
        <w:t>11:53  is ki main ek misaal deta hoon aap ko. saare musalman, saare musalman, saare musalman bohat zyada woh ilgha-e-khilafat ka masla banaye hue hain. ilgha-e-khilafat ka matlab tha, yaani khilafat ko khatam karna. to kamal ataturk ke bohat khilaf hain sab log. islam ko dushman samajhte hain is ko. ke is ne usmani khilafat ko ilgha kar</w:t>
      </w:r>
      <w:r>
        <w:br/>
      </w:r>
      <w:r>
        <w:rPr>
          <w:sz w:val="20"/>
        </w:rPr>
        <w:t>12:23  diya. yeh kya hai? yeh isi bekhabri ka nateeja hai. mere nazdeek ataturk ne khilafat ka ilgha nahi kiya. is ne apne zamane ke halaat ko accept kiya. yaani apne zamane ki reality ko accept kiya. kyun? yeh khilafat-e-turki jo thi, jin mulkon mein thi, woh Asia</w:t>
      </w:r>
      <w:r>
        <w:br/>
      </w:r>
      <w:r>
        <w:rPr>
          <w:sz w:val="20"/>
        </w:rPr>
        <w:t>12:53  mein phailay hue thay, Africa mein phailay hue thay. to muslim nahi thay woh. kuch arab thay musalman, baqi muslim nahi thay. to woh doosron ke liye woh daur ghulami tha. jin ke jo mulk khilafat-e-turki ke tehat thay, jin ko talwar ke zor par qabza kiya gaya tha, to un ke liye to woh daur ghulami tha. daur khilafat nahi tha un ke liye. ab jab naya zamana aaya, national state ka</w:t>
      </w:r>
      <w:r>
        <w:br/>
      </w:r>
      <w:r>
        <w:rPr>
          <w:sz w:val="20"/>
        </w:rPr>
        <w:t>13:23  concept phaila, nation state, ke har nation ko haq hai ke woh apni pasand ki hukumat banaye. to nation state ke zamane mein khilafat ka woh concept jo tha pehle, woh irrelevant ho gaya, irrelevant. zamane se irrelevant ho gaya. har jagah yeh log chahte thay ke, including arab, arab log bhi chahte thay ke hamari hukumat hamare paas ho. doosron ke paas ki</w:t>
      </w:r>
      <w:r>
        <w:br/>
      </w:r>
      <w:r>
        <w:rPr>
          <w:sz w:val="20"/>
        </w:rPr>
        <w:t>13:53  yun? yaani istanbul se koi aadmi kyun hum par rule kare? aap jante hain ke is zamane mein arabon mein bohat baray paimane par ek tehreek chali thi, jis ko kehte hain qoumiyat-e-arabiya, arab nationalism. yahi to thi. arab nationalism ya qoumiyat-e-arabiya, yahi to thi. ke hukumat hamare haath mein honi chahiye. istanbul se koi rule kare, us ko haq nahi hum par hukumat karne ka. to nation state ki wajah se</w:t>
      </w:r>
    </w:p>
    <w:p>
      <w:pPr>
        <w:pStyle w:val="Heading2"/>
      </w:pPr>
      <w:r>
        <w:t>Hadith on best sinners and Sahaba's humility</w:t>
      </w:r>
    </w:p>
    <w:p>
      <w:r>
        <w:rPr>
          <w:color w:val="666666"/>
          <w:sz w:val="18"/>
        </w:rPr>
        <w:t>The Quran 11 90 CPS Women Weekly Discussion 32 December 10, 2023 · 2m 25s · at 5:28 · https://youtu.be/GB7dNbRkNI4?t=328</w:t>
      </w:r>
    </w:p>
    <w:p>
      <w:r>
        <w:rPr>
          <w:i/>
        </w:rPr>
        <w:t>“हदीस में बताया, हर इंसान ख़ताकार है”</w:t>
      </w:r>
    </w:p>
    <w:p>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r>
        <w:br/>
      </w:r>
      <w:r>
        <w:rPr>
          <w:sz w:val="20"/>
        </w:rPr>
        <w:t>6:21  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r>
        <w:br/>
      </w:r>
      <w:r>
        <w:rPr>
          <w:sz w:val="20"/>
        </w:rPr>
        <w:t>6:50  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r>
        <w:br/>
      </w:r>
      <w:r>
        <w:rPr>
          <w:sz w:val="20"/>
        </w:rPr>
        <w:t>7:17  to is tarah yeh kehna ki main galti par tha jabki woh galti par na bhi ho to</w:t>
      </w:r>
      <w:r>
        <w:br/>
      </w:r>
      <w:r>
        <w:rPr>
          <w:sz w:val="20"/>
        </w:rPr>
        <w:t>7:24  momin ko farishton ki sohbat milti hai aur khud ko khuda ke aage jhukna, jhukakar momin ko taskeen</w:t>
      </w:r>
      <w:r>
        <w:br/>
      </w:r>
      <w:r>
        <w:rPr>
          <w:sz w:val="20"/>
        </w:rPr>
        <w:t>7:31  milti hai, satisfied ho jata hai, rehta hai woh aur jo insan apni galti ka aitraaf nahi kar</w:t>
      </w:r>
      <w:r>
        <w:br/>
      </w:r>
      <w:r>
        <w:rPr>
          <w:sz w:val="20"/>
        </w:rPr>
        <w:t>7:38  pata woh farishton se door ho jata hai aur woh sirf apne sarkishi ko sarkish jo hota hai</w:t>
      </w:r>
      <w:r>
        <w:br/>
      </w:r>
      <w:r>
        <w:rPr>
          <w:sz w:val="20"/>
        </w:rPr>
        <w:t>7:45  ego ke jazbat ko taskeen kar leta hai, satisfied kar leta hai.</w:t>
      </w:r>
      <w:r>
        <w:br/>
      </w:r>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pStyle w:val="Heading2"/>
      </w:pPr>
      <w:r>
        <w:t>Women's Day and Islam's equal but different</w:t>
      </w:r>
    </w:p>
    <w:p>
      <w:r>
        <w:rPr>
          <w:color w:val="666666"/>
          <w:sz w:val="18"/>
        </w:rPr>
        <w:t>Creative Role of Women March 03, 2019 · 1m 49s · at 6:00 · https://youtu.be/d1-P347SqYQ?t=360</w:t>
      </w:r>
    </w:p>
    <w:p>
      <w:r>
        <w:rPr>
          <w:i/>
        </w:rPr>
        <w:t>“Today's issue, as you know, it's Women's Day”</w:t>
      </w:r>
    </w:p>
    <w:p>
      <w:r>
        <w:rPr>
          <w:sz w:val="20"/>
        </w:rPr>
        <w:t>6:00  aur ab Allah farz se regular aata hai. to aaj ka jo ishu hai, is mein aap jantay hain ke yeh</w:t>
      </w:r>
      <w:r>
        <w:br/>
      </w:r>
      <w:r>
        <w:rPr>
          <w:sz w:val="20"/>
        </w:rPr>
        <w:t>6:15  womens day hai yeh. to yeh sari dunya ka civil jo concept hai aurat ke baray mein, woh kya hai?</w:t>
      </w:r>
      <w:r>
        <w:br/>
      </w:r>
      <w:r>
        <w:rPr>
          <w:sz w:val="20"/>
        </w:rPr>
        <w:t>6:26  gender equality. gender equality. bas. aur is ke is criteria ko le kar ke,</w:t>
      </w:r>
      <w:r>
        <w:br/>
      </w:r>
      <w:r>
        <w:rPr>
          <w:sz w:val="20"/>
        </w:rPr>
        <w:t>6:40  is criteria ko le kar sari dunya mein ek soch bani hui hai ke Islam khawateen ko</w:t>
      </w:r>
      <w:r>
        <w:br/>
      </w:r>
      <w:r>
        <w:rPr>
          <w:sz w:val="20"/>
        </w:rPr>
        <w:t>6:49  kam darja deta hai. khawateen ka darja Islam mein kam hai.</w:t>
      </w:r>
      <w:r>
        <w:br/>
      </w:r>
      <w:r>
        <w:rPr>
          <w:sz w:val="20"/>
        </w:rPr>
        <w:t>6:59  is par main ne kai kitaben likhi hain. aur yeh bataya ke Islam ka role khawateen ke baray mein, Islam ka jo concept hai khawateen ke baray mein,</w:t>
      </w:r>
      <w:r>
        <w:br/>
      </w:r>
      <w:r>
        <w:rPr>
          <w:sz w:val="20"/>
        </w:rPr>
        <w:t>7:17  woh woh nahi hai jo aap samajhtay hain.</w:t>
      </w:r>
      <w:r>
        <w:br/>
      </w:r>
      <w:r>
        <w:rPr>
          <w:sz w:val="20"/>
        </w:rPr>
        <w:t>7:22  aaj ki dunya mein jo lafz chala hua hai, woh hai gender equality.</w:t>
      </w:r>
      <w:r>
        <w:br/>
      </w:r>
      <w:r>
        <w:rPr>
          <w:sz w:val="20"/>
        </w:rPr>
        <w:t>7:32  to main ne yeh bataya ke Islam ka concept gender equality nahi hai.</w:t>
      </w:r>
      <w:r>
        <w:br/>
      </w:r>
      <w:r>
        <w:rPr>
          <w:sz w:val="20"/>
        </w:rPr>
        <w:t>7:41  balkay yeh hai equal but different. equal but different.</w:t>
      </w:r>
    </w:p>
    <w:p>
      <w:pPr>
        <w:pStyle w:val="Heading2"/>
      </w:pPr>
      <w:r>
        <w:t>some fasters gain only hunger, not reward</w:t>
      </w:r>
    </w:p>
    <w:p>
      <w:r>
        <w:rPr>
          <w:color w:val="666666"/>
          <w:sz w:val="18"/>
        </w:rPr>
        <w:t>Soulful Ramadan Inspiring Duas and Hadiths</w:t>
        <w:br/>
        <w:t>March 10, 2024 · 1m 12s · at 26:05 · https://youtu.be/ZXO-tq7pyQA?t=1565</w:t>
      </w:r>
    </w:p>
    <w:p>
      <w:r>
        <w:rPr>
          <w:i/>
        </w:rPr>
        <w:t>“Many a fasting person gets nothing from it but hunger”</w:t>
      </w:r>
    </w:p>
    <w:p>
      <w:r>
        <w:rPr>
          <w:sz w:val="20"/>
        </w:rPr>
        <w:t>26:05  a ibaadat hai, uska ek form hai aur uski ek spirit hai. agar sirf form ko dohra liya jaye, to usmein koi bahut a gehra uska faida</w:t>
      </w:r>
      <w:r>
        <w:br/>
      </w:r>
      <w:r>
        <w:rPr>
          <w:sz w:val="20"/>
        </w:rPr>
        <w:t>26:15  nahi hai. balki hadees mein aata hai ki kam in sayim in les lahu min siyam i jama ki kitne hi rozedaar aise hain jin ko roze se sirf bhook ka tajurba hota hai. yaani unhon ne roza rakha, sirf unko bhi bhook aur pyaas pata chali aur kuch haasil nahi hua. aisi hadees mein aata hai ki wa kam in qayim in les lahu min qayam il sahar.</w:t>
      </w:r>
      <w:r>
        <w:br/>
      </w:r>
      <w:r>
        <w:rPr>
          <w:sz w:val="20"/>
        </w:rPr>
        <w:t>26:42  yani kitne raat ko namaz padhne wale hain ki jinko unki namaz se sirf raat ke jaagne ka tajarba hota hai. To yeh hai ki agar gehri spirit nahi hogi, to sirf woh ek ritual ko dohrana ho jayega</w:t>
      </w:r>
      <w:r>
        <w:br/>
      </w:r>
      <w:r>
        <w:rPr>
          <w:sz w:val="20"/>
        </w:rPr>
        <w:t>26:59  To yeh jo baat kai ahadees mein hai ki iska reward main hi dunga, yani yeh abelievers ko rozedar ko encourage karne ke liye, motivate karne ke liye. Aur its a kind of honor and dignity for him ki Allah taala ne is tarah ka lafz istemal kiya hai.</w:t>
      </w:r>
    </w:p>
    <w:p>
      <w:pPr>
        <w:pStyle w:val="Heading2"/>
      </w:pPr>
      <w:r>
        <w:t>life is a test, not a reward — pre-death period</w:t>
      </w:r>
    </w:p>
    <w:p>
      <w:r>
        <w:rPr>
          <w:color w:val="666666"/>
          <w:sz w:val="18"/>
        </w:rPr>
        <w:t>Death The Final Journey December 29, 2006 · 2m 00s · at 20:28 · https://youtu.be/RL6vMX7Lj1w?t=1228</w:t>
      </w:r>
    </w:p>
    <w:p>
      <w:r>
        <w:rPr>
          <w:i/>
        </w:rPr>
        <w:t>“Islam mein jo bataya gaya hai, uske mutabiq hamari zindagi humein abadi zindagi mili hai.”</w:t>
      </w:r>
    </w:p>
    <w:p>
      <w:r>
        <w:rPr>
          <w:sz w:val="20"/>
        </w:rPr>
        <w:t>20:28  dekhiye, Islam mein jo bataya gaya hai, is ke mutabiq hamari zindagi hamein abdi zindagi mili hai.</w:t>
      </w:r>
      <w:r>
        <w:br/>
      </w:r>
      <w:r>
        <w:rPr>
          <w:sz w:val="20"/>
        </w:rPr>
        <w:t>20:38  hamari zindagi abdi hai. lekin Khuda ne is ko bant diya hai do hisson mein.</w:t>
      </w:r>
      <w:r>
        <w:br/>
      </w:r>
      <w:r>
        <w:rPr>
          <w:sz w:val="20"/>
        </w:rPr>
        <w:t>20:48  aik hai pre-death period, aik hai post-death period.</w:t>
      </w:r>
      <w:r>
        <w:br/>
      </w:r>
      <w:r>
        <w:rPr>
          <w:sz w:val="20"/>
        </w:rPr>
        <w:t>20:56  hamari zindagi ka aik hissa hai jo pre death period mein hai. aik hissa wo hai jo post death period mein hai.</w:t>
      </w:r>
      <w:r>
        <w:br/>
      </w:r>
      <w:r>
        <w:rPr>
          <w:sz w:val="20"/>
        </w:rPr>
        <w:t>21:05  to Quran mein hai ke khalaqal mauta wal hayata li yabluakum ayyukum ayyuhum ahsanun amala. to pre death period kya hai? yeh hai testing ground.</w:t>
      </w:r>
      <w:r>
        <w:br/>
      </w:r>
      <w:r>
        <w:rPr>
          <w:sz w:val="20"/>
        </w:rPr>
        <w:t>21:18  yeh hai bilkul examination hall. pre death period mein hum test par hain.</w:t>
      </w:r>
      <w:r>
        <w:br/>
      </w:r>
      <w:r>
        <w:rPr>
          <w:sz w:val="20"/>
        </w:rPr>
        <w:t>21:27  jo kuch hamein milta hai yahan, aulad ho, rishtedar hon, dost hon, paisa ho, aur jo mawad infrastructure hai, yeh hamein ba taur inaam nahi milta.</w:t>
      </w:r>
      <w:r>
        <w:br/>
      </w:r>
      <w:r>
        <w:rPr>
          <w:sz w:val="20"/>
        </w:rPr>
        <w:t>21:41  inaam ke taur par nahi milta. yeh milta hai test paper ke taur par.</w:t>
      </w:r>
      <w:r>
        <w:br/>
      </w:r>
      <w:r>
        <w:rPr>
          <w:sz w:val="20"/>
        </w:rPr>
        <w:t>21:48  yani</w:t>
      </w:r>
      <w:r>
        <w:br/>
      </w:r>
      <w:r>
        <w:rPr>
          <w:sz w:val="20"/>
        </w:rPr>
        <w:t>21:52  is dunya mein</w:t>
      </w:r>
      <w:r>
        <w:br/>
      </w:r>
      <w:r>
        <w:rPr>
          <w:sz w:val="20"/>
        </w:rPr>
        <w:t>21:58  ghareeb, ghareebi bhi test hai, amiri bhi test hai. paise wala hona bhi test hai, be ghar hona bhi test hai.</w:t>
      </w:r>
      <w:r>
        <w:br/>
      </w:r>
      <w:r>
        <w:rPr>
          <w:sz w:val="20"/>
        </w:rPr>
        <w:t>22:08  ghar wala hona bhi test hai, be ghar hona bhi test hai. taqat hai tab bhi test hai, taqat nahi hai tab bhi test hai.</w:t>
      </w:r>
      <w:r>
        <w:br/>
      </w:r>
      <w:r>
        <w:rPr>
          <w:sz w:val="20"/>
        </w:rPr>
        <w:t>22:17  sab kuch test hai. har cheez jo dunya mein hamein mili hui hai, yahan tak ke hath, aankh, paon, yeh bhi test ke liye hai. sab kuch test paper hai.</w:t>
      </w:r>
    </w:p>
    <w:p>
      <w:pPr>
        <w:pStyle w:val="Heading2"/>
      </w:pPr>
      <w:r>
        <w:t>Refusing a lawful concession ignores Allah's mercy</w:t>
      </w:r>
    </w:p>
    <w:p>
      <w:r>
        <w:rPr>
          <w:color w:val="666666"/>
          <w:sz w:val="18"/>
        </w:rPr>
        <w:t>Spirit of Worship April 4, 2014 Maulana Wahiduddin Khan · 37s · at 3:45 · https://youtu.be/67oq6WyFJ5I?t=225</w:t>
      </w:r>
    </w:p>
    <w:p>
      <w:r>
        <w:rPr>
          <w:i/>
        </w:rPr>
        <w:t>“Us waqt agar aap rukhsat par amal na karein”</w:t>
      </w:r>
    </w:p>
    <w:p>
      <w:r>
        <w:rPr>
          <w:sz w:val="20"/>
        </w:rPr>
        <w:t>3:45  is waqt aap agar rukhsat par amal na karein to kya ke Allah ke ek reham o karam ko aap ne nazar andaaz kiya?</w:t>
      </w:r>
      <w:r>
        <w:br/>
      </w:r>
      <w:r>
        <w:rPr>
          <w:sz w:val="20"/>
        </w:rPr>
        <w:t>4:01  kaisi ajeeb baat hai!</w:t>
      </w:r>
      <w:r>
        <w:br/>
      </w:r>
      <w:r>
        <w:rPr>
          <w:sz w:val="20"/>
        </w:rPr>
        <w:t>4:07  yeh Allah ki rehmat hai, Allah ka karam hai ke is ne is baat ko jaana ke Allah ne apne maslehat ke tehat, apne takhleeqi mansoobe ke tehat,</w:t>
      </w:r>
    </w:p>
    <w:p>
      <w:pPr>
        <w:pStyle w:val="Heading2"/>
      </w:pPr>
      <w:r>
        <w:t>World is testing ground, no shortcuts to paradise</w:t>
      </w:r>
    </w:p>
    <w:p>
      <w:r>
        <w:rPr>
          <w:color w:val="666666"/>
          <w:sz w:val="18"/>
        </w:rPr>
        <w:t>The Road to Paradise December 30, 2012 Maulana Wahiduddin Khan · 4m 55s · at 53:00 · https://youtu.be/vUiaPsYF4Tk?t=3180</w:t>
      </w:r>
    </w:p>
    <w:p>
      <w:r>
        <w:rPr>
          <w:i/>
        </w:rPr>
        <w:t>“This world is a testing ground”</w:t>
      </w:r>
    </w:p>
    <w:p>
      <w:r>
        <w:rPr>
          <w:sz w:val="20"/>
        </w:rPr>
        <w:t>53:00  to sara maamla dekhein yeh hai ke yeh duniya testing ground hai. is duniya mein aadmi ko mauqa diya gaya hai ke apne aap ko proof kare, proof ke main jannat ke liye aik aik competent aadmi hoon, deserve</w:t>
      </w:r>
      <w:r>
        <w:br/>
      </w:r>
      <w:r>
        <w:rPr>
          <w:sz w:val="20"/>
        </w:rPr>
        <w:t>53:15  ing candidate hoon. yeh proof kare, jis tarah college mein university mein aap proof karte hain apne aap ko, tab aap ko achhe mark milte hain.</w:t>
      </w:r>
      <w:r>
        <w:br/>
      </w:r>
      <w:r>
        <w:rPr>
          <w:sz w:val="20"/>
        </w:rPr>
        <w:t>53:29  to road to paradise jo hai, woh na shafa'at ke raaste se jaane wali hai, na kisi paighambar ke masloob hone se milne wali hai, na koi birth right yeh hai.</w:t>
      </w:r>
      <w:r>
        <w:br/>
      </w:r>
      <w:r>
        <w:rPr>
          <w:sz w:val="20"/>
        </w:rPr>
        <w:t>53:41  yeh har aadmi ka apna zaat ke aitbaar se as an individual aap aap kya proof kar rahe hain apne aap ko? main kya hoon?</w:t>
      </w:r>
      <w:r>
        <w:br/>
      </w:r>
      <w:r>
        <w:rPr>
          <w:sz w:val="20"/>
        </w:rPr>
        <w:t>53:52  wohi wahan par count hoga, koi doosri cheez count hone wali nahi hai.</w:t>
      </w:r>
      <w:r>
        <w:br/>
      </w:r>
      <w:r>
        <w:rPr>
          <w:sz w:val="20"/>
        </w:rPr>
        <w:t>54:04  to philosopher ne jo keh diya ke duniya evil se bhari hui hai, is liye ke unhon ne samjha nahi ke Allah ke is creation plan kya hai. unhon ne dekha ke duniya mein to obstacle hain, duniya mein problem hai, duniya mein to museebatein hain, to kaha ke yeh evil hai.</w:t>
      </w:r>
      <w:r>
        <w:br/>
      </w:r>
      <w:r>
        <w:rPr>
          <w:sz w:val="20"/>
        </w:rPr>
        <w:t>54:20  evil nahi hai, woh woh challenge ki item hai, woh</w:t>
      </w:r>
      <w:r>
        <w:br/>
      </w:r>
      <w:r>
        <w:rPr>
          <w:sz w:val="20"/>
        </w:rPr>
        <w:t>54:28  woh challenge ki item hai.</w:t>
      </w:r>
      <w:r>
        <w:br/>
      </w:r>
      <w:r>
        <w:rPr>
          <w:sz w:val="20"/>
        </w:rPr>
        <w:t>54:32  dekhein, aik aik aik aik British historian hai, uska naam hai Arnold Toynbee. us ne poori tareekh ki history likhi hai.</w:t>
      </w:r>
      <w:r>
        <w:br/>
      </w:r>
      <w:r>
        <w:rPr>
          <w:sz w:val="20"/>
        </w:rPr>
        <w:t>54:45  is ka aik nazariya jo mujhe bohat hi sahi maloom hota hai, is ne likha hai ke yeh jo is dunya mein jo nizam hai, woh hai is ke alfaaz mein challenge response mechanism.</w:t>
      </w:r>
      <w:r>
        <w:br/>
      </w:r>
      <w:r>
        <w:rPr>
          <w:sz w:val="20"/>
        </w:rPr>
        <w:t>55:02  challenge response mechanism yaani aik challenge aaya, ab aap ne response diya to aap ke response se decide hoga ke result aap ke haq mein kaisa nikalna chahiye.</w:t>
      </w:r>
      <w:r>
        <w:br/>
      </w:r>
      <w:r>
        <w:rPr>
          <w:sz w:val="20"/>
        </w:rPr>
        <w:t>55:17  agar challenge ka aap ne samna kiya aur positive response diya to is se taraqqi hoti hai.</w:t>
      </w:r>
      <w:r>
        <w:br/>
      </w:r>
      <w:r>
        <w:rPr>
          <w:sz w:val="20"/>
        </w:rPr>
        <w:t>55:26  is mein aik bohat ajeeb baat mili jo mujhe quran ki aik ayat ki tasdeeq nazar aati hai.</w:t>
      </w:r>
      <w:r>
        <w:br/>
      </w:r>
      <w:r>
        <w:rPr>
          <w:sz w:val="20"/>
        </w:rPr>
        <w:t>55:31  is mein woh likha hai is ne ke jitni bhi civilizations hain, woh sab banai hain minorities ne, aqaliyat ne.</w:t>
      </w:r>
      <w:r>
        <w:br/>
      </w:r>
      <w:r>
        <w:rPr>
          <w:sz w:val="20"/>
        </w:rPr>
        <w:t>55:42  kyun? aqaliyat jo hain, unhi ko challenge hota hai. jo log majority mein hote hain, woh to is mein jeete hain is ehsas mein ke hum majority mein hain, hamara kya bigdega?</w:t>
      </w:r>
      <w:r>
        <w:br/>
      </w:r>
      <w:r>
        <w:rPr>
          <w:sz w:val="20"/>
        </w:rPr>
        <w:t>55:55  jo minorities mein hote hain, un ko challenge pesh aata hai.</w:t>
      </w:r>
      <w:r>
        <w:br/>
      </w:r>
      <w:r>
        <w:rPr>
          <w:sz w:val="20"/>
        </w:rPr>
        <w:t>55:59  to woh kehta hai ke is challenge se un ke andar creativity hoti hai. creativity yaani challenge leads to creativity.</w:t>
      </w:r>
      <w:r>
        <w:br/>
      </w:r>
      <w:r>
        <w:rPr>
          <w:sz w:val="20"/>
        </w:rPr>
        <w:t>56:11  to challenge ka matlab kya hai? apne nateeje ke aitbar se aadmi ko creative banana. creative. to yeh baat quran mein likhi hai, is ayat mein kahi gayi hai:</w:t>
      </w:r>
      <w:r>
        <w:br/>
      </w:r>
      <w:r>
        <w:rPr>
          <w:sz w:val="20"/>
        </w:rPr>
        <w:t>56:24  "kam min fiet qaleelatin ghalabat fiet katheera bi dhn Allah" ke itne hi hain minorities, kam tadad wale, jo ghalib aate hain bari tadad wale par Allah ke ehn se.</w:t>
      </w:r>
      <w:r>
        <w:br/>
      </w:r>
      <w:r>
        <w:rPr>
          <w:sz w:val="20"/>
        </w:rPr>
        <w:t>56:42  yeh bari cheez to hai yeh ke jo minority hai, jo kam tadad mein hai, us ko challenge pesh aaya, is challenge ko us ne positive andaaz se is ka response diya</w:t>
      </w:r>
      <w:r>
        <w:br/>
      </w:r>
      <w:r>
        <w:rPr>
          <w:sz w:val="20"/>
        </w:rPr>
        <w:t>56:55  to kya hua? us ki creativity barhi, woh un creative se creative ban jayegi. jo log challenge se pehle un creative the, challenge ke baad woh creative ban jayenge.</w:t>
      </w:r>
      <w:r>
        <w:br/>
      </w:r>
      <w:r>
        <w:rPr>
          <w:sz w:val="20"/>
        </w:rPr>
        <w:t>57:08  to challenge un creative aadmi ko creative aadmi banati hai, un creative community ko creative community banati hai. yeh hai nizam Allah taala ka.</w:t>
      </w:r>
      <w:r>
        <w:br/>
      </w:r>
      <w:r>
        <w:rPr>
          <w:sz w:val="20"/>
        </w:rPr>
        <w:t>57:21  isi nizam ke tehat Allah taala ne banai dunya ko</w:t>
      </w:r>
      <w:r>
        <w:br/>
      </w:r>
      <w:r>
        <w:rPr>
          <w:sz w:val="20"/>
        </w:rPr>
        <w:t>57:24  . Allah ka matlab hai ke aap paida hone ke baad un creative hote hain, un creative.</w:t>
      </w:r>
      <w:r>
        <w:br/>
      </w:r>
      <w:r>
        <w:rPr>
          <w:sz w:val="20"/>
        </w:rPr>
        <w:t>57:33  aap chahte hain ke Allah chahta hai ke aap challenge ko face karen positive andaaz mein taake aap creative banen. creative. Allah ko creative log matloob hain, creative log.</w:t>
      </w:r>
      <w:r>
        <w:br/>
      </w:r>
      <w:r>
        <w:rPr>
          <w:sz w:val="20"/>
        </w:rPr>
        <w:t>57:47  to jannat aise logon ki abadi hai, aise logon ki abadi hai.</w:t>
      </w:r>
    </w:p>
    <w:p>
      <w:pPr>
        <w:pStyle w:val="Heading2"/>
      </w:pPr>
      <w:r>
        <w:t>Maulana's rare personality: obsessed with logic, ideas, and truth</w:t>
      </w:r>
    </w:p>
    <w:p>
      <w:r>
        <w:rPr>
          <w:color w:val="666666"/>
          <w:sz w:val="18"/>
        </w:rPr>
        <w:t>Research On Maulana by Dr. Mattias Dahlkvist, Sweden Peace Conference April 29-30, 2023 · 2m 34s · at 15:32 · https://youtu.be/o_I4uV9ezKQ?t=932</w:t>
      </w:r>
    </w:p>
    <w:p>
      <w:r>
        <w:rPr>
          <w:i/>
        </w:rPr>
        <w:t>“There's a certain very small number of people oriented around ideas and logic.”</w:t>
      </w:r>
    </w:p>
    <w:p>
      <w:r>
        <w:rPr>
          <w:sz w:val="20"/>
        </w:rPr>
        <w:t>15:32  And there's some research, some psychology research about this that so there there's a certain very small number of people, about 2%, 2% of the population who are mainly oriented around IDs and logic and originality.</w:t>
      </w:r>
      <w:r>
        <w:br/>
      </w:r>
      <w:r>
        <w:rPr>
          <w:sz w:val="20"/>
        </w:rPr>
        <w:t>15:57  So, the way I understand his development as a thinker, for instance, in his youth, he engaged with</w:t>
      </w:r>
      <w:r>
        <w:br/>
      </w:r>
      <w:r>
        <w:rPr>
          <w:sz w:val="20"/>
        </w:rPr>
        <w:t>16:04  a secular materialist philosophy of Bertrand Russell, the British philosopher.</w:t>
      </w:r>
      <w:r>
        <w:br/>
      </w:r>
      <w:r>
        <w:rPr>
          <w:sz w:val="20"/>
        </w:rPr>
        <w:t>16:12  Now that's that's a mind who is oriented around originality.</w:t>
      </w:r>
      <w:r>
        <w:br/>
      </w:r>
      <w:r>
        <w:rPr>
          <w:sz w:val="20"/>
        </w:rPr>
        <w:t>16:20  That is, one wants to engage with original IDs and try to work it out.</w:t>
      </w:r>
      <w:r>
        <w:br/>
      </w:r>
      <w:r>
        <w:rPr>
          <w:sz w:val="20"/>
        </w:rPr>
        <w:t>16:28  And, Of course, logic, originality, knowledge, intelligence, those all goes to goes together in this kind of personality.</w:t>
      </w:r>
      <w:r>
        <w:br/>
      </w:r>
      <w:r>
        <w:rPr>
          <w:sz w:val="20"/>
        </w:rPr>
        <w:t>16:46  However, I think knowledge was more the basis for formulating the IDs and for formulating and engaging with original IDs. And why are some people engaged with or driven by IDs and logic?</w:t>
      </w:r>
      <w:r>
        <w:br/>
      </w:r>
      <w:r>
        <w:rPr>
          <w:sz w:val="20"/>
        </w:rPr>
        <w:t>17:11  Well, I think in the case of Maulana Wahidurin Khan, and why I think that those interviews went very well is that Maulana's purpose, and once again, please correct me if I'm wrong, was the pursuit of truth. That's that's I I I believe Maulano was obsessed with the pursuit of truth.</w:t>
      </w:r>
      <w:r>
        <w:br/>
      </w:r>
      <w:r>
        <w:rPr>
          <w:sz w:val="20"/>
        </w:rPr>
        <w:t>17:39  And I mean obsessed in the most neutral sense of the word. And why is someone obsessed with truth? Well, this is this is my personal reflection, and you don't have to agree with me. I think truth points upwards, points to the divine.</w:t>
      </w:r>
      <w:r>
        <w:br/>
      </w:r>
      <w:r>
        <w:rPr>
          <w:sz w:val="20"/>
        </w:rPr>
        <w:t>18:06  So knowledge, in the case of Malana, I think that was a tool for him in the pursuit of truth. Hence, understanding the divine, understanding what was the purpose of the creator, what what Malana called the creation plan of god.</w:t>
      </w:r>
    </w:p>
    <w:p>
      <w:pPr>
        <w:pStyle w:val="Heading2"/>
      </w:pPr>
      <w:r>
        <w:t>Design argument for God's existence</w:t>
      </w:r>
    </w:p>
    <w:p>
      <w:r>
        <w:rPr>
          <w:color w:val="666666"/>
          <w:sz w:val="18"/>
        </w:rPr>
        <w:t>How to Discover God I May 09, 2008 · 25s · at 13:05 · https://youtu.be/fv8fazBISsw?t=785</w:t>
      </w:r>
    </w:p>
    <w:p>
      <w:r>
        <w:rPr>
          <w:i/>
        </w:rPr>
        <w:t>“When there is design, there is designer.”</w:t>
      </w:r>
    </w:p>
    <w:p>
      <w:r>
        <w:rPr>
          <w:sz w:val="20"/>
        </w:rPr>
        <w:t>13:05  that is when we observe the universe, the nature, we find this designer. there is a design, very meaningful design, everywhere in the world. so, theologian use to argue by taking this design that when there is design, there is designer.</w:t>
      </w:r>
      <w:r>
        <w:br/>
      </w:r>
      <w:r>
        <w:rPr>
          <w:sz w:val="20"/>
        </w:rPr>
        <w:t>13:30  this is called a when there is design, there is designer. and where designer is proved, the existence of god is also proved. this was the theologians argument.</w:t>
      </w:r>
    </w:p>
    <w:p>
      <w:pPr>
        <w:pStyle w:val="Heading2"/>
      </w:pPr>
      <w:r>
        <w:t>Life on earth is a test</w:t>
      </w:r>
    </w:p>
    <w:p>
      <w:r>
        <w:rPr>
          <w:color w:val="666666"/>
          <w:sz w:val="18"/>
        </w:rPr>
        <w:t>Paradise (English) March 13, 2007 Maulana Wahiduddin Khan · 27s · at 4:22 · https://youtu.be/PkJjsWLeqT0?t=262</w:t>
      </w:r>
    </w:p>
    <w:p>
      <w:r>
        <w:rPr>
          <w:i/>
        </w:rPr>
        <w:t>“All these things which we find in this planet are not gift”</w:t>
      </w:r>
    </w:p>
    <w:p>
      <w:r>
        <w:rPr>
          <w:sz w:val="20"/>
        </w:rPr>
        <w:t>4:22  all these things which we find in this planet are not gift or reward.</w:t>
      </w:r>
      <w:r>
        <w:br/>
      </w:r>
      <w:r>
        <w:rPr>
          <w:sz w:val="20"/>
        </w:rPr>
        <w:t>4:32  every thing is a test paper. all those things that we enjoy on this planet are just test papers.</w:t>
      </w:r>
    </w:p>
    <w:p>
      <w:pPr>
        <w:pStyle w:val="Heading2"/>
      </w:pPr>
      <w:r>
        <w:t>Fridge full of food yet chewing wood analogy</w:t>
      </w:r>
    </w:p>
    <w:p>
      <w:r>
        <w:rPr>
          <w:color w:val="666666"/>
          <w:sz w:val="18"/>
        </w:rPr>
        <w:t>Living in the 21st Century February 17, 2013 · 46s · at 38:42 · https://youtu.be/EJT6-erPXgI?t=2322</w:t>
      </w:r>
    </w:p>
    <w:p>
      <w:r>
        <w:rPr>
          <w:i/>
        </w:rPr>
        <w:t>“Fridge mein behtareen khana bhara hai, aur woh lakdi chaba raha hai”</w:t>
      </w:r>
    </w:p>
    <w:p>
      <w:r>
        <w:rPr>
          <w:sz w:val="20"/>
        </w:rPr>
        <w:t>38:42  yeh to aise hi hai jaise ke kisi ko behtareen is ke fridge mein behtareen khane maujood hon, woh ja ke lakri chabaye woh.</w:t>
      </w:r>
      <w:r>
        <w:br/>
      </w:r>
      <w:r>
        <w:rPr>
          <w:sz w:val="20"/>
        </w:rPr>
        <w:t>38:53  yani aap ke ghar mein fridge mein saare achhe khane bhare hue hain, aur ja ke lakri chaba rahe hain, pathar chaba rahe hain. aise hi ho gaya yeh?</w:t>
      </w:r>
      <w:r>
        <w:br/>
      </w:r>
      <w:r>
        <w:rPr>
          <w:sz w:val="20"/>
        </w:rPr>
        <w:t>39:03  ke mawaqe to khol diya Allah taala ne aap ke liye ke aap hundred percent positive ban kar rahen. aur aap kya kar rahe hain?</w:t>
      </w:r>
      <w:r>
        <w:br/>
      </w:r>
      <w:r>
        <w:rPr>
          <w:sz w:val="20"/>
        </w:rPr>
        <w:t>39:12  aap nafraton mein jeete hain. aap tashaddud mein jeete hain. aap gun aur bomb mein jeete hain. yeh to yahi hua? ke fridge mein khane bhare hue hain aur aap lakri chaba rahe hain.</w:t>
      </w:r>
    </w:p>
    <w:p>
      <w:pPr>
        <w:pStyle w:val="Heading2"/>
      </w:pPr>
      <w:r>
        <w:t>Jihad literally means peaceful struggle</w:t>
      </w:r>
    </w:p>
    <w:p>
      <w:r>
        <w:rPr>
          <w:color w:val="666666"/>
          <w:sz w:val="18"/>
        </w:rPr>
        <w:t>Message of The Quran October 20, 2007 · 30s · at 18:31 · https://youtu.be/7GePL3JmwnE?t=1111</w:t>
      </w:r>
    </w:p>
    <w:p>
      <w:r>
        <w:rPr>
          <w:i/>
        </w:rPr>
        <w:t>“Everyone wants to know: what is jihad?”</w:t>
      </w:r>
    </w:p>
    <w:p>
      <w:r>
        <w:rPr>
          <w:sz w:val="20"/>
        </w:rPr>
        <w:t>18:31  har aadmi janna chahta hai ke jihad kya hai. to what is jihad? jihad literally means to strive, to struggle.</w:t>
      </w:r>
      <w:r>
        <w:br/>
      </w:r>
      <w:r>
        <w:rPr>
          <w:sz w:val="20"/>
        </w:rPr>
        <w:t>18:42  that is peaceful struggle.</w:t>
      </w:r>
      <w:r>
        <w:br/>
      </w:r>
      <w:r>
        <w:rPr>
          <w:sz w:val="20"/>
        </w:rPr>
        <w:t>18:48  jihad means peaceful struggle for a noble cause. jihad has nothing to do with war, with fighting, with violence.</w:t>
      </w:r>
      <w:r>
        <w:br/>
      </w:r>
      <w:r>
        <w:rPr>
          <w:sz w:val="20"/>
        </w:rPr>
        <w:t>18:58  it is peaceful struggle.</w:t>
      </w:r>
    </w:p>
    <w:p>
      <w:pPr>
        <w:pStyle w:val="Heading2"/>
      </w:pPr>
      <w:r>
        <w:t>Intuition proves mother and paradise</w:t>
      </w:r>
    </w:p>
    <w:p>
      <w:r>
        <w:rPr>
          <w:color w:val="666666"/>
          <w:sz w:val="18"/>
        </w:rPr>
        <w:t>Creation Plan of God April 30, 2016 Maulana Wahiduddin Khan · 1m 46s · at 15:01 · https://youtu.be/srz_i7rXuDc?t=901</w:t>
      </w:r>
    </w:p>
    <w:p>
      <w:r>
        <w:rPr>
          <w:i/>
        </w:rPr>
        <w:t>“Ab agar koi kahe ki main kaise maanu ki aisa hai?”</w:t>
      </w:r>
    </w:p>
    <w:p>
      <w:r>
        <w:rPr>
          <w:sz w:val="20"/>
        </w:rPr>
        <w:t>15:01  Ab agar koi kahe ki main kaise maanu ki aisa hai, to aapka aap apni maa se jab milte hain, to aapne apni maa ko, apni apne apne ko maa ke pet se nikalte hue nahi dekha. Kisi ne bhi apne aap ko maa ke pet se nikalte hue nahi dekha.</w:t>
      </w:r>
      <w:r>
        <w:br/>
      </w:r>
      <w:r>
        <w:rPr>
          <w:sz w:val="20"/>
        </w:rPr>
        <w:t>15:24  Lekin aapka intuition is maamle mein itna strong hai, itna strong hai ki ek second ke liye bhi aapki shubah nahi hota ki meri maa hai.</w:t>
      </w:r>
      <w:r>
        <w:br/>
      </w:r>
      <w:r>
        <w:rPr>
          <w:sz w:val="20"/>
        </w:rPr>
        <w:t>15:38  Koi duniya mein aisa nahi hai jo ye keh sake ki main jaanta hoon jab main pet maa ke pet mein tha, to maine dekha tha apne apne aap ko ya jab paida hua, to maine dekha tha uske pet se nikal raha hoon. Main kisi ne nahi.</w:t>
      </w:r>
      <w:r>
        <w:br/>
      </w:r>
      <w:r>
        <w:rPr>
          <w:sz w:val="20"/>
        </w:rPr>
        <w:t>15:52  Iska maane hai ki aapke andar reason ke siwa ek aur cheez hai, wo hai intuition.</w:t>
      </w:r>
      <w:r>
        <w:br/>
      </w:r>
      <w:r>
        <w:rPr>
          <w:sz w:val="20"/>
        </w:rPr>
        <w:t>16:01  Reason ke siwa ek aur capacity aapki hai, jisko kehte hain intuition. To sabse badi cheez jisko aap yakeen karte hain, wo apni aapki mother hai, aapki maa hai.</w:t>
      </w:r>
      <w:r>
        <w:br/>
      </w:r>
      <w:r>
        <w:rPr>
          <w:sz w:val="20"/>
        </w:rPr>
        <w:t>16:15  Wo aap by intuition jaante hain. Aap</w:t>
      </w:r>
      <w:r>
        <w:br/>
      </w:r>
      <w:r>
        <w:rPr>
          <w:sz w:val="20"/>
        </w:rPr>
        <w:t>16:18  Agar reason apply karein, to aap aap kabhi yakeen na karein ki ye meri maa hai. To aapka intuition jo hai, aapka intuition aapko yakeen se zyada badi cheez, yakeen ke darje mein batata hai ki yakeen ek other world hai, jahan main mujhe milegi wo cheez. Main main mera habitat milega. Ab to aapko develop karna hai.</w:t>
      </w:r>
    </w:p>
    <w:p>
      <w:pPr>
        <w:pStyle w:val="Heading2"/>
      </w:pPr>
      <w:r>
        <w:t>Manchester story and our real responsibility today</w:t>
      </w:r>
    </w:p>
    <w:p>
      <w:r>
        <w:rPr>
          <w:color w:val="666666"/>
          <w:sz w:val="18"/>
        </w:rPr>
        <w:t>Doomsday is Coming November 24, 2013 · 5m 10s · at 38:05 · https://youtu.be/rixrzrrK-cE?t=2285</w:t>
      </w:r>
    </w:p>
    <w:p>
      <w:r>
        <w:rPr>
          <w:i/>
        </w:rPr>
        <w:t>“Main ek martaba Manchester gaya, wahan naujawan pamphlet baant rahe the”</w:t>
      </w:r>
    </w:p>
    <w:p>
      <w:r>
        <w:rPr>
          <w:sz w:val="20"/>
        </w:rPr>
        <w:t>38:05  mein ek martaba gaya wahan, woh manchester mein, manchester jo britania ka bohat bara shehar hai, to wahan kuch naujawan the jo hamare mission se jure hue hain, woh wahan rehte hain,</w:t>
      </w:r>
      <w:r>
        <w:br/>
      </w:r>
      <w:r>
        <w:rPr>
          <w:sz w:val="20"/>
        </w:rPr>
        <w:t>38:29  dawti mission se jure hue hain.</w:t>
      </w:r>
      <w:r>
        <w:br/>
      </w:r>
      <w:r>
        <w:rPr>
          <w:sz w:val="20"/>
        </w:rPr>
        <w:t>38:32  to unhone bataya ke hum yahan par doosre kamon ke ilawa ek kaam yeh kar rahe hain ke jo jo jo yahan ke busy road hain, jahan jahan ke kafi log aate jate hain, to wahan hum khare ho jate hain, aur pamphlet</w:t>
      </w:r>
      <w:r>
        <w:br/>
      </w:r>
      <w:r>
        <w:rPr>
          <w:sz w:val="20"/>
        </w:rPr>
        <w:t>38:50  chhap dikhaya unhone, chhote chhote leaf let, is mein bataya hua tha ke what is the purpose of life,</w:t>
      </w:r>
      <w:r>
        <w:br/>
      </w:r>
      <w:r>
        <w:rPr>
          <w:sz w:val="20"/>
        </w:rPr>
        <w:t>38:57  aur yeh sab cheezein dawat ke jo baatein hain, toheed ki baatein jo hain, jannat aur jahannum ki baatein jo hain, is tarah ka pamphlet tayyar kar ke woh le rahe the, le kar khare hote hain wahan road ke kinare, aur jo guzarta hai, us ko dete hain.</w:t>
      </w:r>
      <w:r>
        <w:br/>
      </w:r>
      <w:r>
        <w:rPr>
          <w:sz w:val="20"/>
        </w:rPr>
        <w:t>39:18  to mein ne un se kaha ke dekhiye, yeh jo aap kar rahe hain, to aap to kar rahe hain naik jazbe se, lekin sawal yeh hai ke kya aap woh bhi kuch nateeja le rahe hain is ka ke nahi le rahe hain?</w:t>
      </w:r>
      <w:r>
        <w:br/>
      </w:r>
      <w:r>
        <w:rPr>
          <w:sz w:val="20"/>
        </w:rPr>
        <w:t>39:31  to wahan unhone kaha ke hum ne is ka koi survey nahi kiya, to mein un ko saath le kar gaya ek is road par, manchester ke is road par, jahan woh khare ho kar ek khaas din ko ke woh distribute karte the.</w:t>
      </w:r>
      <w:r>
        <w:br/>
      </w:r>
      <w:r>
        <w:rPr>
          <w:sz w:val="20"/>
        </w:rPr>
        <w:t>39:44  woh</w:t>
      </w:r>
      <w:r>
        <w:br/>
      </w:r>
      <w:r>
        <w:rPr>
          <w:sz w:val="20"/>
        </w:rPr>
        <w:t>39:47  to wahan par jaise hamare haan road par phenk dete hain ke ke ke woh kela khayenge, chhilka road pe phenk denge, to wahan yeh culture nahi hai.</w:t>
      </w:r>
      <w:r>
        <w:br/>
      </w:r>
      <w:r>
        <w:rPr>
          <w:sz w:val="20"/>
        </w:rPr>
        <w:t>39:58  wohan road par koi nahi phenkta, lekin wahan par jagah jagah khambay banay hotay hain, woh shayad bijli ke khambay honge ya telephone ke khambay honge, to is mein aik aik dabba laga rehta hai, letter bin ke ke tor par ke raddi is mein daal do.</w:t>
      </w:r>
      <w:r>
        <w:br/>
      </w:r>
      <w:r>
        <w:rPr>
          <w:sz w:val="20"/>
        </w:rPr>
        <w:t>40:23  to mein ne kaha aaj se chaliye hum check karte hain.</w:t>
      </w:r>
      <w:r>
        <w:br/>
      </w:r>
      <w:r>
        <w:rPr>
          <w:sz w:val="20"/>
        </w:rPr>
        <w:t>40:26  to mein un ke sath chal kar gaya, to mein ne dekha ke jo poll tha, poll ke sath jo letter bin tha, woh bhara hua tha. un logon ne itni kathan se dhaki ke road par nahi phenka, hath mein le kar agay barhay, agay barhay, aur ja ke usi letter bin mein daal diya us ko.</w:t>
      </w:r>
      <w:r>
        <w:br/>
      </w:r>
      <w:r>
        <w:rPr>
          <w:sz w:val="20"/>
        </w:rPr>
        <w:t>40:47  to letter bin un ke pamphlet se bhara hua tha. yeh halat tha aaj ke insaan ki.</w:t>
      </w:r>
      <w:r>
        <w:br/>
      </w:r>
      <w:r>
        <w:rPr>
          <w:sz w:val="20"/>
        </w:rPr>
        <w:t>40:55  insaan ko kuch sunna nahi hai, ab ba'farz sun le to karna nahi hai.</w:t>
      </w:r>
      <w:r>
        <w:br/>
      </w:r>
      <w:r>
        <w:rPr>
          <w:sz w:val="20"/>
        </w:rPr>
        <w:t>41:04  aaj ke insaan ka yeh hal hai ke us ko koi sachai ki baat sunna nahi hai, aur ba'farz sun le to us ko karna bhi nahi hai.</w:t>
      </w:r>
      <w:r>
        <w:br/>
      </w:r>
      <w:r>
        <w:rPr>
          <w:sz w:val="20"/>
        </w:rPr>
        <w:t>41:16  yeh halat aaj ki dunya ki hai.</w:t>
      </w:r>
      <w:r>
        <w:br/>
      </w:r>
      <w:r>
        <w:rPr>
          <w:sz w:val="20"/>
        </w:rPr>
        <w:t>41:20  to hamari is hamari zimmedari bohat barh jati hai ke hum dunya ko batayen ke dekho, qayamat qareeb aa chuki hai, apni islaah karo, apne aap ko Allah ki pakar se bachao,</w:t>
      </w:r>
      <w:r>
        <w:br/>
      </w:r>
      <w:r>
        <w:rPr>
          <w:sz w:val="20"/>
        </w:rPr>
        <w:t>41:35  apne ko is qabil banao ke tum jannat mein dakhil kiya sako. yaani hamari yeh zimmedari billion time barh gayi hai is surat-e-haal ki bina par.</w:t>
      </w:r>
      <w:r>
        <w:br/>
      </w:r>
      <w:r>
        <w:rPr>
          <w:sz w:val="20"/>
        </w:rPr>
        <w:t>41:52  yaani yeh is tarah ke jo jo mein ne dikhaya aap ko, is tarah ke jo waqiat ho rahe hain, jo space se photo le kar aap ko bheje ja rahe hain, yeh sirf hamari zimmedariyon ko yaad dila rahe hain ke insaan ko bata do, insaan ko bata do, insaan ko bata do ke konsa waqt aa raha hai is ke liye.</w:t>
      </w:r>
      <w:r>
        <w:br/>
      </w:r>
      <w:r>
        <w:rPr>
          <w:sz w:val="20"/>
        </w:rPr>
        <w:t>42:18  to hum sab ko pehle se ziyada active hona chahiye, hum sab ko pehle se ziyada sargaram hona chahiye, hum sab ko pehle se ziyada duaein karni chahiye, pehle se ziyada planning karni chahiye.</w:t>
      </w:r>
      <w:r>
        <w:br/>
      </w:r>
      <w:r>
        <w:rPr>
          <w:sz w:val="20"/>
        </w:rPr>
        <w:t>42:32  yaani har qism ki duaein, har qism ki planning, har qism ki koshish, sab kuch hum ko is mein devote kar dena chahiye insaan ko batane ke liye. dekhen, badalna hamare ikhtiyar mein nahi hai, lekin batana to ikhtiyar mein hai hamare.</w:t>
      </w:r>
      <w:r>
        <w:br/>
      </w:r>
      <w:r>
        <w:rPr>
          <w:sz w:val="20"/>
        </w:rPr>
        <w:t>42:48  hum insaan ko badal nahi sakte, paighambar paighambar hi badal nahi sakte thay, lekin hum hamara mission kya hai?</w:t>
      </w:r>
      <w:r>
        <w:br/>
      </w:r>
      <w:r>
        <w:rPr>
          <w:sz w:val="20"/>
        </w:rPr>
        <w:t>42:56  bata dena, bata dena, bata dena.</w:t>
      </w:r>
      <w:r>
        <w:br/>
      </w:r>
      <w:r>
        <w:rPr>
          <w:sz w:val="20"/>
        </w:rPr>
        <w:t>43:03  to meri dua hai ke Allah taala mujh ko aur aap ko tofeeq de ke hum apni zimmedari ko samjhen aur insaan ko hum ba'khabar kar saken.</w:t>
      </w:r>
    </w:p>
    <w:p>
      <w:pPr>
        <w:pStyle w:val="Heading2"/>
      </w:pPr>
      <w:r>
        <w:t>Sahaba's Sunnah and Palestine failure</w:t>
      </w:r>
    </w:p>
    <w:p>
      <w:r>
        <w:rPr>
          <w:color w:val="666666"/>
          <w:sz w:val="18"/>
        </w:rPr>
        <w:t>Time for Introspection 26 Feb 2012 Maulana Wahiduddin Khan · 2m 38s · at 16:58 · https://youtu.be/BcLQtml1o1E?t=1018</w:t>
      </w:r>
    </w:p>
    <w:p>
      <w:r>
        <w:rPr>
          <w:i/>
        </w:rPr>
        <w:t>“Sahaba sat and thought they missed a Sunnah.”</w:t>
      </w:r>
    </w:p>
    <w:p>
      <w:r>
        <w:rPr>
          <w:sz w:val="20"/>
        </w:rPr>
        <w:t>16:58  to sahaba ne baith kar socha, bohat anokhi baat yeh, bohat anokhi baat hai sochne ki. socha yeh ke hum se koi sunnat chhoot gayi hai.</w:t>
      </w:r>
      <w:r>
        <w:br/>
      </w:r>
      <w:r>
        <w:rPr>
          <w:sz w:val="20"/>
        </w:rPr>
        <w:t>17:11  kaisi hai? is soch ko lijiye aap, yeh way of thinking ko dekhiye aap.</w:t>
      </w:r>
      <w:r>
        <w:br/>
      </w:r>
      <w:r>
        <w:rPr>
          <w:sz w:val="20"/>
        </w:rPr>
        <w:t>17:17  is way of thinking par ghor kijiye ke koi sunnat chhoot gayi hai, sunnat e rasool, is liye aisa ho raha hai.</w:t>
      </w:r>
      <w:r>
        <w:br/>
      </w:r>
      <w:r>
        <w:rPr>
          <w:sz w:val="20"/>
        </w:rPr>
        <w:t>17:28  kaam kamyab nahi ho rahe hain. yani sunnat kamyab na hone ke liye unhon ne yeh yani un ke zehan mein yeh aya ke koi sunnat e rasool chhoot gayi hai, is liye hum kamyab nahi ho rahay.</w:t>
      </w:r>
      <w:r>
        <w:br/>
      </w:r>
      <w:r>
        <w:rPr>
          <w:sz w:val="20"/>
        </w:rPr>
        <w:t>17:45  to sahi tareeqa yahi hai musalman ke liye sochne ka. to ab yahan par jo hamare sath ho raha hai ke 200 saal ki nakam qurbaniyan, 200 saal ki nakam koshishen,</w:t>
      </w:r>
      <w:r>
        <w:br/>
      </w:r>
      <w:r>
        <w:rPr>
          <w:sz w:val="20"/>
        </w:rPr>
        <w:t>18:02  ab hum mila kuch bhi nahi. misaal ke tor par falasteen ka sab se bara jo muhaaz hai musalmanon ka, sari dunya ke.</w:t>
      </w:r>
      <w:r>
        <w:br/>
      </w:r>
      <w:r>
        <w:rPr>
          <w:sz w:val="20"/>
        </w:rPr>
        <w:t>18:12  ek martaba mein ne ek ek ek musalmanon ke ek ek magazine mein dekha, us waqt masjid aqsa ki tasveer bani hui thi, neechay likha hua tha: "sari musalmanon ke janen is par qurban hain." sari ki janen qurban kar ke miley kuch nahi, to faida kya hai?</w:t>
      </w:r>
      <w:r>
        <w:br/>
      </w:r>
      <w:r>
        <w:rPr>
          <w:sz w:val="20"/>
        </w:rPr>
        <w:t>18:37  rasool Allah sallallahu alaihi wasallam makkah mein janen qurban kar dete hain, bas lar mar ke khatam ho jatay hain.</w:t>
      </w:r>
      <w:r>
        <w:br/>
      </w:r>
      <w:r>
        <w:rPr>
          <w:sz w:val="20"/>
        </w:rPr>
        <w:t>18:42  to janen qurban karna to koi baat nahi hai. to bahar haal sari dunya ke musalman jo hain, falasteen ke maslay mein ek hain, ek hain, bilkul ek hain.</w:t>
      </w:r>
      <w:r>
        <w:br/>
      </w:r>
      <w:r>
        <w:rPr>
          <w:sz w:val="20"/>
        </w:rPr>
        <w:t>18:55  bas larho, yahudiyon ko nikalo.</w:t>
      </w:r>
      <w:r>
        <w:br/>
      </w:r>
      <w:r>
        <w:rPr>
          <w:sz w:val="20"/>
        </w:rPr>
        <w:t>19:00  jo unhon ne kaha tha, janab abdulnasser ne keh "sun army ko fi bahr, hum tum ko, hum tum samandar mein thakheel dein ge tum ko", wahi zehan sare musalmanon ka hai.</w:t>
      </w:r>
      <w:r>
        <w:br/>
      </w:r>
      <w:r>
        <w:rPr>
          <w:sz w:val="20"/>
        </w:rPr>
        <w:t>19:13  israel ko khatam karo, yahudiyon ko maro.</w:t>
      </w:r>
      <w:r>
        <w:br/>
      </w:r>
      <w:r>
        <w:rPr>
          <w:sz w:val="20"/>
        </w:rPr>
        <w:t>19:19  to 1948 mein yeh jang shuru hui aur aaj kya hai? 1948 mein to balfour verdict ke tehat falasteen ka aadha mila tha musalmanon ko, aadha woh line share tha.</w:t>
      </w:r>
    </w:p>
    <w:p>
      <w:pPr>
        <w:pStyle w:val="Heading2"/>
      </w:pPr>
      <w:r>
        <w:t>Even a worshipper destroyed without wisdom</w:t>
      </w:r>
    </w:p>
    <w:p>
      <w:r>
        <w:rPr>
          <w:color w:val="666666"/>
          <w:sz w:val="18"/>
        </w:rPr>
        <w:t>Importance of Wisdom | August 24, 2014 · 1m 30s · at 1:20:06 · https://youtu.be/ZVPLm7fV0t0?t=4806</w:t>
      </w:r>
    </w:p>
    <w:p>
      <w:r>
        <w:rPr>
          <w:i/>
        </w:rPr>
        <w:t>“Allah told angels to go and overturn a town”</w:t>
      </w:r>
    </w:p>
    <w:p>
      <w:r>
        <w:rPr>
          <w:sz w:val="20"/>
        </w:rPr>
        <w:t>1:20:06  ghar mein rehte hon aap akele, to wahan par zarorat nahi wisdom ki aap ko.</w:t>
      </w:r>
      <w:r>
        <w:br/>
      </w:r>
      <w:r>
        <w:rPr>
          <w:sz w:val="20"/>
        </w:rPr>
        <w:t>1:20:10  phir namaz roza kafi hai.</w:t>
      </w:r>
      <w:r>
        <w:br/>
      </w:r>
      <w:r>
        <w:rPr>
          <w:sz w:val="20"/>
        </w:rPr>
        <w:t>1:20:14  lekin aap ko bohat hi sakht ek hadith hai ke Allah taala ne farishton se kaha ke jao</w:t>
      </w:r>
      <w:r>
        <w:br/>
      </w:r>
      <w:r>
        <w:rPr>
          <w:sz w:val="20"/>
        </w:rPr>
        <w:t>1:20:18  falan basti ko ult do.</w:t>
      </w:r>
      <w:r>
        <w:br/>
      </w:r>
      <w:r>
        <w:rPr>
          <w:sz w:val="20"/>
        </w:rPr>
        <w:t>1:20:23  jitne log hain, us ko talpat kar do, use dab ke mar jayen.</w:t>
      </w:r>
      <w:r>
        <w:br/>
      </w:r>
      <w:r>
        <w:rPr>
          <w:sz w:val="20"/>
        </w:rPr>
        <w:t>1:20:27  to farishton ne kaha ke khuda ya!</w:t>
      </w:r>
      <w:r>
        <w:br/>
      </w:r>
      <w:r>
        <w:rPr>
          <w:sz w:val="20"/>
        </w:rPr>
        <w:t>1:20:31  wahan ek buzurg hain jo raat din ibadat karte hain.</w:t>
      </w:r>
      <w:r>
        <w:br/>
      </w:r>
      <w:r>
        <w:rPr>
          <w:sz w:val="20"/>
        </w:rPr>
        <w:t>1:20:36  aur woh unhon ne koi burai nahi ki hai, ibadat hi mein zindagi guzarte hain woh.</w:t>
      </w:r>
      <w:r>
        <w:br/>
      </w:r>
      <w:r>
        <w:rPr>
          <w:sz w:val="20"/>
        </w:rPr>
        <w:t>1:20:41  to Allah taala ne kaha in ke samait ult do.</w:t>
      </w:r>
      <w:r>
        <w:br/>
      </w:r>
      <w:r>
        <w:rPr>
          <w:sz w:val="20"/>
        </w:rPr>
        <w:t>1:20:46  yeh bohat hi ajeeb o ghareeb sochne ki baat hai yeh ke aisa buzurg jo raat din ibadat</w:t>
      </w:r>
      <w:r>
        <w:br/>
      </w:r>
      <w:r>
        <w:rPr>
          <w:sz w:val="20"/>
        </w:rPr>
        <w:t>1:20:51  hi kar raha hai, us ke samait basti ult di gai.</w:t>
      </w:r>
      <w:r>
        <w:br/>
      </w:r>
      <w:r>
        <w:rPr>
          <w:sz w:val="20"/>
        </w:rPr>
        <w:t>1:20:56  kyunke woh ikhlas tha lekin aqal nahi thi is ke paas.</w:t>
      </w:r>
      <w:r>
        <w:br/>
      </w:r>
      <w:r>
        <w:rPr>
          <w:sz w:val="20"/>
        </w:rPr>
        <w:t>1:21:01  to yeh bohat si</w:t>
      </w:r>
      <w:r>
        <w:br/>
      </w:r>
      <w:r>
        <w:rPr>
          <w:sz w:val="20"/>
        </w:rPr>
        <w:t>1:21:06  rais baat hai, is ko samjhiye ke aap agar yeh samjhein ke mere paas to ikhlas hai aur</w:t>
      </w:r>
      <w:r>
        <w:br/>
      </w:r>
      <w:r>
        <w:rPr>
          <w:sz w:val="20"/>
        </w:rPr>
        <w:t>1:21:10  mere paas to namaz roza hai, to hargiz hargiz yeh kafi nahi hai.</w:t>
      </w:r>
      <w:r>
        <w:br/>
      </w:r>
      <w:r>
        <w:rPr>
          <w:sz w:val="20"/>
        </w:rPr>
        <w:t>1:21:14  agar aap ijtamai zindagi mein hon, haan agar aap akele kisi kamre mein rehte hon to theek hai,</w:t>
      </w:r>
      <w:r>
        <w:br/>
      </w:r>
      <w:r>
        <w:rPr>
          <w:sz w:val="20"/>
        </w:rPr>
        <w:t>1:21:19  tab to woh kafi hai, phir to koi harj nahi hai.</w:t>
      </w:r>
      <w:r>
        <w:br/>
      </w:r>
      <w:r>
        <w:rPr>
          <w:sz w:val="20"/>
        </w:rPr>
        <w:t>1:21:23  jaise aap ijtamai zindagi mein aayenge, zaroor crashs paida hoga aur crashs mein aap fail ho jayen</w:t>
      </w:r>
      <w:r>
        <w:br/>
      </w:r>
      <w:r>
        <w:rPr>
          <w:sz w:val="20"/>
        </w:rPr>
        <w:t>1:21:27  ge, agar aap ke paas aqal nahi hai to.</w:t>
      </w:r>
      <w:r>
        <w:br/>
      </w:r>
      <w:r>
        <w:rPr>
          <w:sz w:val="20"/>
        </w:rPr>
        <w:t>1:21:31  agar aap ke paas aqal nahi hai to crashs mein aap fail ho jayen</w:t>
      </w:r>
    </w:p>
    <w:p>
      <w:pPr>
        <w:pStyle w:val="Heading2"/>
      </w:pPr>
      <w:r>
        <w:t>You cannot love Muslims while hating humanity</w:t>
      </w:r>
    </w:p>
    <w:p>
      <w:r>
        <w:rPr>
          <w:color w:val="666666"/>
          <w:sz w:val="18"/>
        </w:rPr>
        <w:t>Islamization of Muslims January 10, 2010 Maulana Wahiduddin Khan · 2m 10s · at 1:46:36 · https://youtu.be/bjCT5yer37Q?t=6396</w:t>
      </w:r>
    </w:p>
    <w:p>
      <w:r>
        <w:rPr>
          <w:i/>
        </w:rPr>
        <w:t>“This doesn't mean love Muslims, hate everyone else”</w:t>
      </w:r>
    </w:p>
    <w:p>
      <w:r>
        <w:rPr>
          <w:sz w:val="20"/>
        </w:rPr>
        <w:t>1:46:36  dekhein, is ka matlab yeh nahi ke musalman aapas mein bhai bhai samjhein aur doosre logon ko bhai bhai na samhein. immediate jo audience tha, us ko le kar woh aate hain.</w:t>
      </w:r>
      <w:r>
        <w:br/>
      </w:r>
      <w:r>
        <w:rPr>
          <w:sz w:val="20"/>
        </w:rPr>
        <w:t>1:46:46  musalmanon ko samajhna hai, is ka expansion hai ke sab ko bhi samajhna hai. aap ko</w:t>
      </w:r>
      <w:r>
        <w:br/>
      </w:r>
      <w:r>
        <w:rPr>
          <w:sz w:val="20"/>
        </w:rPr>
        <w:t>1:46:51  koi hadith mein aata hai ke Rasool Allah ne dua farmai ke Allah</w:t>
      </w:r>
      <w:r>
        <w:br/>
      </w:r>
      <w:r>
        <w:rPr>
          <w:sz w:val="20"/>
        </w:rPr>
        <w:t>1:47:01  to greater sense mein ibad hain aur aur immediate audience ke lehaz se Muslim hain. yeh mumkin nahi hai. dekhiye, yeh bilkul yaani psychologically it is impossible ke aap insaan ke liye nafrat karein aur Muslim se mohabbat karein.</w:t>
      </w:r>
      <w:r>
        <w:br/>
      </w:r>
      <w:r>
        <w:rPr>
          <w:sz w:val="20"/>
        </w:rPr>
        <w:t>1:47:19  aaj kal dekhiye kya hai? Muslim se mohabbat hi logon ko hai. baatein karte hain, khali insaan se mohabbat nahi hai to insaan to to Muslim se mohabbat nahi aap ke andar hai.</w:t>
      </w:r>
      <w:r>
        <w:br/>
      </w:r>
      <w:r>
        <w:rPr>
          <w:sz w:val="20"/>
        </w:rPr>
        <w:t>1:47:30  yeh bohat talkh haqeeqat yeh hai. Allah man</w:t>
      </w:r>
      <w:r>
        <w:br/>
      </w:r>
      <w:r>
        <w:rPr>
          <w:sz w:val="20"/>
        </w:rPr>
        <w:t>1:47:38  Allah ne aik seene mein do dil nahi banaye. yeh impossible hai ke dekhiye, is mein aap kala rang dalein, kala to poore ko na kala karein.</w:t>
      </w:r>
      <w:r>
        <w:br/>
      </w:r>
      <w:r>
        <w:rPr>
          <w:sz w:val="20"/>
        </w:rPr>
        <w:t>1:47:48  woh adha safed rahe, adha kala rahe, poora pani kala ho jayega. aise agar aap insaan ki nisbat se nafrat aap ke andar ho to sab ke aitbaar se nafrat paida ho jayegi.</w:t>
      </w:r>
      <w:r>
        <w:br/>
      </w:r>
      <w:r>
        <w:rPr>
          <w:sz w:val="20"/>
        </w:rPr>
        <w:t>1:48:04  ab dekhiye, muslim countries mein aapas mein kyun marte hain log? rozana khabrein aati hain ke musalman ne musalman ko mara, bomb mara, suicide bombing ki.</w:t>
      </w:r>
      <w:r>
        <w:br/>
      </w:r>
      <w:r>
        <w:rPr>
          <w:sz w:val="20"/>
        </w:rPr>
        <w:t>1:48:15  main naam nahi leta lekin har muslim mulk ki khabrein aati hain rozana ke musalman musalman kyun mar raha hai? agar aap insaan se mohabbat karenge, tabhi aap musalman se bhi mohabbat karenge.</w:t>
      </w:r>
      <w:r>
        <w:br/>
      </w:r>
      <w:r>
        <w:rPr>
          <w:sz w:val="20"/>
        </w:rPr>
        <w:t>1:48:25  insaan se nafrat karenge to aap ka musalman se bhi nafrat paida hogi aap ke andar. to yeh yeh yeh bant nahi sakte aap</w:t>
      </w:r>
      <w:r>
        <w:br/>
      </w:r>
      <w:r>
        <w:rPr>
          <w:sz w:val="20"/>
        </w:rPr>
        <w:t>1:48:34  mohabbat aur nafrat ko. aap bant nahi sakte aap ke apni community se mohabbat aur doosron se nafrat. yeh impossible hai. yeh ya to dono se nafrat ya dono se mohabbat.</w:t>
      </w:r>
    </w:p>
    <w:p>
      <w:pPr>
        <w:pStyle w:val="Heading2"/>
      </w:pPr>
      <w:r>
        <w:t>Hadith collections missing chapter on da'wah</w:t>
      </w:r>
    </w:p>
    <w:p>
      <w:r>
        <w:rPr>
          <w:color w:val="666666"/>
          <w:sz w:val="18"/>
        </w:rPr>
        <w:t>Dars-e-Quran Chapter 2, Verse 38-39 January 14, 2018 · 1m 00s · at 18:26 · https://youtu.be/mj5trn7tLLg?t=1106</w:t>
      </w:r>
    </w:p>
    <w:p>
      <w:r>
        <w:rPr>
          <w:i/>
        </w:rPr>
        <w:t>“Yahan tak ke aap dekhiye, hadeesain jama ki gayin Abbasi daur mein”</w:t>
      </w:r>
    </w:p>
    <w:p>
      <w:r>
        <w:rPr>
          <w:sz w:val="20"/>
        </w:rPr>
        <w:t>18:26  yahan tak ke aap dekhiye, hadithon ko jama kiya gaya abbasi daur mein, aap tamam hadithon ko chhaniye۔</w:t>
      </w:r>
      <w:r>
        <w:br/>
      </w:r>
      <w:r>
        <w:rPr>
          <w:sz w:val="20"/>
        </w:rPr>
        <w:t>18:39  to kaisi ajeeb baat hai ke hadith ki jo kitaben hain, un mein bohat se abwab hain, chapters hain, lekin kitab dawat o tabligh hai hi nahi۔</w:t>
      </w:r>
      <w:r>
        <w:br/>
      </w:r>
      <w:r>
        <w:rPr>
          <w:sz w:val="20"/>
        </w:rPr>
        <w:t>18:52  kitab al tahara hai, kitab al wuzu hai waghera, kitab al hajj hai۔ lekin kitab daawa o tabligh se hadith ki kitab mein maujood hi nahi hai۔</w:t>
      </w:r>
      <w:r>
        <w:br/>
      </w:r>
      <w:r>
        <w:rPr>
          <w:sz w:val="20"/>
        </w:rPr>
        <w:t>19:07  kaisi ajeeb baat hai!</w:t>
      </w:r>
      <w:r>
        <w:br/>
      </w:r>
      <w:r>
        <w:rPr>
          <w:sz w:val="20"/>
        </w:rPr>
        <w:t>19:09  to dawat ka chapter hi hadaf ho gaya۔ jo bare bare nikle hain musalmanon mein, jaise al ghazali, ibn taimiya, ibn al qayyim, yazeed din, abdul salam, aur phir shah waliullah sahib waghera,</w:t>
      </w:r>
    </w:p>
    <w:p>
      <w:pPr>
        <w:pStyle w:val="Heading2"/>
      </w:pPr>
      <w:r>
        <w:t>Extremism defined: making a non-belief a belief</w:t>
      </w:r>
    </w:p>
    <w:p>
      <w:r>
        <w:rPr>
          <w:color w:val="666666"/>
          <w:sz w:val="18"/>
        </w:rPr>
        <w:t>The Lesson of History September 21, 2014 · 32s · at 15:48 · https://youtu.be/aMVHLKMkhcQ?t=948</w:t>
      </w:r>
    </w:p>
    <w:p>
      <w:r>
        <w:rPr>
          <w:i/>
        </w:rPr>
        <w:t>“Ek cheez jo aqeeday ka masla nahi, use bana dena”</w:t>
      </w:r>
    </w:p>
    <w:p>
      <w:r>
        <w:rPr>
          <w:sz w:val="20"/>
        </w:rPr>
        <w:t>15:48  ghalu ke lafzi maane inteha pasandi, extreme</w:t>
      </w:r>
      <w:r>
        <w:br/>
      </w:r>
      <w:r>
        <w:rPr>
          <w:sz w:val="20"/>
        </w:rPr>
        <w:t>15:51  ism. yani ek cheez jo aqide ka masla nahi hai, usko badalna aqide ka masla hai. yahi to extremism hai. ek cheez jo haqiqatan aqide ka masla nahi hai,</w:t>
      </w:r>
      <w:r>
        <w:br/>
      </w:r>
      <w:r>
        <w:rPr>
          <w:sz w:val="20"/>
        </w:rPr>
        <w:t>16:05  usko aap bana dein aqide ka masla. yeh ghalu hai. maslan koi family ka masla hai, business ka masla hai, job ka masla hai, qaumi masla hai, to usko aap rethinking karenge.</w:t>
      </w:r>
    </w:p>
    <w:p>
      <w:pPr>
        <w:pStyle w:val="Heading2"/>
      </w:pPr>
      <w:r>
        <w:t>Self-discipline in modern culture acceptable to Islam</w:t>
      </w:r>
    </w:p>
    <w:p>
      <w:r>
        <w:rPr>
          <w:color w:val="666666"/>
          <w:sz w:val="18"/>
        </w:rPr>
        <w:t>Islam and the Modern Age June 3, 2007 - Maulana Wahiduddin Khan · 2m 22s · at 5:18 · https://youtu.be/yfJx3XZr3UA?t=318</w:t>
      </w:r>
    </w:p>
    <w:p>
      <w:r>
        <w:rPr>
          <w:i/>
        </w:rPr>
        <w:t>“Modern culture jo hai us mein fifty fifty ka mamla hai”</w:t>
      </w:r>
    </w:p>
    <w:p>
      <w:r>
        <w:rPr>
          <w:sz w:val="20"/>
        </w:rPr>
        <w:t>5:18  modern culture jo hai is mein fifty fifty ka mamla hai. kuch cheezain aisi hain jo islam ke accept nahi kare ga islam jis ko.</w:t>
      </w:r>
      <w:r>
        <w:br/>
      </w:r>
      <w:r>
        <w:rPr>
          <w:sz w:val="20"/>
        </w:rPr>
        <w:t>5:31  kuch cheezain hain is ko accept kare ga. jaise aaj kal jo culture hai is mein time ki bohat importance di jati hai.</w:t>
      </w:r>
      <w:r>
        <w:br/>
      </w:r>
      <w:r>
        <w:rPr>
          <w:sz w:val="20"/>
        </w:rPr>
        <w:t>5:40  discipline ko bohat ziyada importance di jati hai. jaise Europe America mein aap jaen to wahan par aadmi</w:t>
      </w:r>
      <w:r>
        <w:br/>
      </w:r>
      <w:r>
        <w:rPr>
          <w:sz w:val="20"/>
        </w:rPr>
        <w:t>5:49  gaari chalaye ga to horn nahin bajaye ga. in ka discipline yeh hai ke shor mat karo. main aik baar New York mein aik library mein gaya.</w:t>
      </w:r>
      <w:r>
        <w:br/>
      </w:r>
      <w:r>
        <w:rPr>
          <w:sz w:val="20"/>
        </w:rPr>
        <w:t>6:03  to main ne dekha ke aik larki aai hai jo bilkul modern larki thi woh. modern larki.</w:t>
      </w:r>
      <w:r>
        <w:br/>
      </w:r>
      <w:r>
        <w:rPr>
          <w:sz w:val="20"/>
        </w:rPr>
        <w:t>6:11  hum India mein dekhte hain ke larkiyan aati hain to kursi khenchti hain itne zor se ke wahan tak awaz ho. baithen ge to dhar se baithen ge ke sab log sun len aas paas ki.</w:t>
      </w:r>
      <w:r>
        <w:br/>
      </w:r>
      <w:r>
        <w:rPr>
          <w:sz w:val="20"/>
        </w:rPr>
        <w:t>6:23  wahan main ne dekha ke woh larki aai. zara bhi awaz nahin lagi mujhe ke kursi khenchi thi ya nahin khenchi thi us ne.</w:t>
      </w:r>
      <w:r>
        <w:br/>
      </w:r>
      <w:r>
        <w:rPr>
          <w:sz w:val="20"/>
        </w:rPr>
        <w:t>6:33  bohat ahistagi se woh baith gai. is ke baad us ne kisi magazine ko, aik kitaab ko liya. to is ka jo is ka woh jo pannah paltati thi, jo is ka waraq paltati thi, itne dheere se ke zara bhi koi is mein awaz na ho.</w:t>
      </w:r>
      <w:r>
        <w:br/>
      </w:r>
      <w:r>
        <w:rPr>
          <w:sz w:val="20"/>
        </w:rPr>
        <w:t>6:52  to shor paida karne ko woh bohat bara sin samajhte hain. isi liye baat karen ge aapas mein to whisper ke roop mein karen ge.</w:t>
      </w:r>
      <w:r>
        <w:br/>
      </w:r>
      <w:r>
        <w:rPr>
          <w:sz w:val="20"/>
        </w:rPr>
        <w:t>7:02  jaise hamare haan hota hai waisa nahin karte woh log baat cheet. yeh saare developed countries mein aisa hai. to yeh bohat acha, acha, bohat achi cheez hai yeh.</w:t>
      </w:r>
      <w:r>
        <w:br/>
      </w:r>
      <w:r>
        <w:rPr>
          <w:sz w:val="20"/>
        </w:rPr>
        <w:t>7:14  Islam mein bhi is ko apnana chahiye. agarche abhi tak yeh Muslim culture, jo modern Muslim culture hai, is ka part nahin banaya yeh. lekin yeh agar banayen hum to yeh bohat acha hoga yeh.</w:t>
      </w:r>
      <w:r>
        <w:br/>
      </w:r>
      <w:r>
        <w:rPr>
          <w:sz w:val="20"/>
        </w:rPr>
        <w:t>7:28  yani self discipline, self control, doosron ke liye problem na banna. yeh hai modern culture ka bohat hi important part hai.</w:t>
      </w:r>
    </w:p>
    <w:p>
      <w:pPr>
        <w:pStyle w:val="Heading2"/>
      </w:pPr>
      <w:r>
        <w:t>Death not in human DNA</w:t>
      </w:r>
    </w:p>
    <w:p>
      <w:r>
        <w:rPr>
          <w:color w:val="666666"/>
          <w:sz w:val="18"/>
        </w:rPr>
        <w:t>Islamisation of Muslims | May 09, 2010 | Maulana Wahiduddin Khan · 30s · at 51:28 · https://youtu.be/VDL5gYCuoZ8?t=3088</w:t>
      </w:r>
    </w:p>
    <w:p>
      <w:r>
        <w:rPr>
          <w:i/>
        </w:rPr>
        <w:t>“Maut ka dar nahi hai, kyunki DNA mein nahi hai.”</w:t>
      </w:r>
    </w:p>
    <w:p>
      <w:r>
        <w:rPr>
          <w:sz w:val="20"/>
        </w:rPr>
        <w:t>51:28  hai. complications tak DNA mein hota hai, sab kuch DNA mein hota hai. lekin ek cheez DNA mein nahi hoti hai, woh hai maut. kab marega insaan? yeh nahi hoti hai. to DNA mein chuki nahi hai, us aadmi ke shaoor mein nahi hai, woh aadmi ke mind mein nahi hai. yani aadmi maut ke bare mein bashaoor nahi hai, conscious nahi hai, kyunke DNA</w:t>
      </w:r>
    </w:p>
    <w:p>
      <w:pPr>
        <w:pStyle w:val="Heading2"/>
      </w:pPr>
      <w:r>
        <w:t>Jihad is peaceful da'wah not qital warfare</w:t>
      </w:r>
    </w:p>
    <w:p>
      <w:r>
        <w:rPr>
          <w:color w:val="666666"/>
          <w:sz w:val="18"/>
        </w:rPr>
        <w:t>The Importance of Wisdom | July 24, 2016 · 2m 32s · at 24:04 · https://youtu.be/9wXSSWclq6Q?t=1444</w:t>
      </w:r>
    </w:p>
    <w:p>
      <w:r>
        <w:rPr>
          <w:i/>
        </w:rPr>
        <w:t>“To aap bataaiye ke Quran ke zariye aap kaise jihad karenge?”</w:t>
      </w:r>
    </w:p>
    <w:p>
      <w:r>
        <w:rPr>
          <w:sz w:val="20"/>
        </w:rPr>
        <w:t>24:04  to aap bataiye ke quran ke zariye aap kaise jehad karenge? agar jehad ke ma'ne talwar ho, gun ho, agar jehad ka ma'ne talwar marna aur gun marna ho to quran ke zariye kaise jehad karenge aap? woh to gun nahi hai, woh to quran ek kitab hai. to wa jahidhum bihi jahadan kabira jehad karo quran ke zariye. iska ma'ne kya hoga? ke do</w:t>
      </w:r>
      <w:r>
        <w:br/>
      </w:r>
      <w:r>
        <w:rPr>
          <w:sz w:val="20"/>
        </w:rPr>
        <w:t>24:34  peaceful da'wah. is ayat ka matlab hai do peaceful da'wah, peaceful method ke zariye, aman ke zariye da'wah ka kaam karo. yeh matlab hai is ka. to jihad naam hai, yaad rakhiye, peaceful da'wah ka. hargiz, hargiz jihad nahi hai. yeh military ka naam jihad nahi hai. yeh logon ne baat ko rakh liya. aap quran ko padhiye, quran ko aap</w:t>
      </w:r>
      <w:r>
        <w:br/>
      </w:r>
      <w:r>
        <w:rPr>
          <w:sz w:val="20"/>
        </w:rPr>
        <w:t>25:04  sau baar parhiye, yeh janne ke liye ke quran mein jihad ka lafz qital ke ma'ne mein nahi aaya hai. jahan islam quran ka matlab qital hai to wahan qital ka lafz hai, jihad nahi hai. aap jante hain ke is zamane mein logon ne attack kar rakha tha islam par, to attack ki wajah se defensive war ladni pari. rasool Allah ke zamane mein aap ka jo</w:t>
      </w:r>
      <w:r>
        <w:br/>
      </w:r>
      <w:r>
        <w:rPr>
          <w:sz w:val="20"/>
        </w:rPr>
        <w:t>25:35  opposite group tha, us ne attack kar rakha tha, to us ki waja se Rasool Allah ko defensive war larni pari. To wahan par lafz hai qital, qatilul lazeena yuqatiloonakum. Jitni bhi ayatein hain jis mein defensive war ka hukum hai, woh sab qital ka lafz hai, qital. Kahin bhi jihad nahi hai, kahin bhi jihad nahi hai.</w:t>
      </w:r>
      <w:r>
        <w:br/>
      </w:r>
      <w:r>
        <w:rPr>
          <w:sz w:val="20"/>
        </w:rPr>
        <w:t>26:06  kyunke jahad ke zariye, jahad ke literal meaning kya hai? koshish, utmost struggle. yeh matlab hai jahad ka. jahad ke mani hain koshish, utmost struggle. kis ke liye? peaceful da'wah ke liye. to yaad rahe ke quran mein do lafz alag alag aaye hain, ek hai jahad, ek hai qital. qital hai ek waqti hukum ke taur par ke woh tribal age tha,</w:t>
      </w:r>
    </w:p>
    <w:p>
      <w:pPr>
        <w:pStyle w:val="Heading2"/>
      </w:pPr>
      <w:r>
        <w:t>Allah's love brings trials</w:t>
      </w:r>
    </w:p>
    <w:p>
      <w:r>
        <w:rPr>
          <w:color w:val="666666"/>
          <w:sz w:val="18"/>
        </w:rPr>
        <w:t>The Positive Aspect of Suffering February 22, 2020 Maulana Wahiduddin Khan · 19s · at 1:36 · https://youtu.be/jJ1fI7dsfDE?t=96</w:t>
      </w:r>
    </w:p>
    <w:p>
      <w:r>
        <w:rPr>
          <w:i/>
        </w:rPr>
        <w:t>“Dekhiye, is hadith mein jo baat kahi gayi hai”</w:t>
      </w:r>
    </w:p>
    <w:p>
      <w:r>
        <w:rPr>
          <w:sz w:val="20"/>
        </w:rPr>
        <w:t>1:36  dekhiye, is hadith mein jo baat kahi gayi hai, us ka just in alfaaz mein hai ke Allah jis se mohabbat karta hai,</w:t>
      </w:r>
      <w:r>
        <w:br/>
      </w:r>
      <w:r>
        <w:rPr>
          <w:sz w:val="20"/>
        </w:rPr>
        <w:t>1:51  us par museebat daal deti hai.</w:t>
      </w:r>
    </w:p>
    <w:p>
      <w:pPr>
        <w:pStyle w:val="Heading2"/>
      </w:pPr>
      <w:r>
        <w:t>A prophet is never recognized by his own contemporaries</w:t>
      </w:r>
    </w:p>
    <w:p>
      <w:r>
        <w:rPr>
          <w:color w:val="666666"/>
          <w:sz w:val="18"/>
        </w:rPr>
        <w:t>Eid al-Adha November 21, 2010 · 37s · at 26:19 · https://youtu.be/kU2kErJbPqk?t=1579</w:t>
      </w:r>
    </w:p>
    <w:p>
      <w:r>
        <w:rPr>
          <w:i/>
        </w:rPr>
        <w:t>“A prophet is never recognized among his contemporaries”</w:t>
      </w:r>
    </w:p>
    <w:p>
      <w:r>
        <w:rPr>
          <w:sz w:val="20"/>
        </w:rPr>
        <w:t>26:19  to yeh historical glory jo hai, us ke waste se rasool Allah ko pehchante hain woh, aur shehanshah e kainat kehte hain woh. sahaba ke zamane mein tareekh nahi bani thi, to tareekh banne se pehle peghambar ko pehchanna mushkil tareen kaam hai.</w:t>
      </w:r>
      <w:r>
        <w:br/>
      </w:r>
      <w:r>
        <w:rPr>
          <w:sz w:val="20"/>
        </w:rPr>
        <w:t>26:37  isi liye kisi ne kaha hai ke peghambar hamesha apne apne contemporary pehchana nahi jata. kisi ka qaul hai ke peghambar apne moasreen mein nahi pehchana jata.</w:t>
      </w:r>
      <w:r>
        <w:br/>
      </w:r>
      <w:r>
        <w:rPr>
          <w:sz w:val="20"/>
        </w:rPr>
        <w:t>26:46  yeh to kyun</w:t>
      </w:r>
      <w:r>
        <w:br/>
      </w:r>
      <w:r>
        <w:rPr>
          <w:sz w:val="20"/>
        </w:rPr>
        <w:t>26:47  ? kyunke tareekh nahi hoti hai. log tareekh ki azmaton ko jante hain, bashar ko kahan pehchan paate hain?</w:t>
      </w:r>
    </w:p>
    <w:p>
      <w:pPr>
        <w:pStyle w:val="Heading2"/>
      </w:pPr>
      <w:r>
        <w:t>Musa's desperate dua under the tree in Madyan</w:t>
      </w:r>
    </w:p>
    <w:p>
      <w:r>
        <w:rPr>
          <w:color w:val="666666"/>
          <w:sz w:val="18"/>
        </w:rPr>
        <w:t>Lessons from The Story of Prophet Moses Part 1, August 1, 2022 · 25s · at 42:13 · https://youtu.be/JsRmjNQQHLY?t=2533</w:t>
      </w:r>
    </w:p>
    <w:p>
      <w:r>
        <w:rPr>
          <w:i/>
        </w:rPr>
        <w:t>“रब्बी इन्नी लिमा अंजल इलैया बिन खैरिन फकीर”</w:t>
      </w:r>
    </w:p>
    <w:p>
      <w:r>
        <w:rPr>
          <w:sz w:val="20"/>
        </w:rPr>
        <w:t>42:13  , pani bakriyon ko pilakar ek ped ke neeche baith gaye aur let gaye. balki phir unke dil se bari gehri dua nikli ke "Rabbi inni lima anzala ilaiya min khairin faqir." ke "ae mera Rab, tu jo bhi achhi cheez mere liye bheje, main uska bohat hi mohtaj hoon. I am in dire need of whatever good you send down for me. to yeh bari gehri dua thi. Alh</w:t>
      </w:r>
      <w:r>
        <w:br/>
      </w:r>
      <w:r>
        <w:rPr>
          <w:sz w:val="20"/>
        </w:rPr>
        <w:t>42:39  amdullilah. yaani jaise aap ne kaha ke dakhil feeling ka ek kharij izhaar hai. ji, to dua yahi cheez hai ke dua koi lafzon ko dohrane ka naam nahi hai. aam taur se aap sunte hain, yeh dua yaad kar lo, 200 baar padho, 100 baar padho, Sunday ko, Monday ko padho. yeh sab koi cheez nahi hai. dua to dili kaifiyat ka naam hai. yaani jab aapke dil mein ek toofan mojan ho jaye</w:t>
      </w:r>
    </w:p>
    <w:p>
      <w:pPr>
        <w:pStyle w:val="Heading2"/>
      </w:pPr>
      <w:r>
        <w:t>Folk proverb on accepting half</w:t>
      </w:r>
    </w:p>
    <w:p>
      <w:r>
        <w:rPr>
          <w:color w:val="666666"/>
          <w:sz w:val="18"/>
        </w:rPr>
        <w:t>Accepting the Second Best February 7, 2010 Maulana Wahiduddin Khan · 32s · at 1:26 · https://youtu.be/OyqL5OCq1Fk?t=86</w:t>
      </w:r>
    </w:p>
    <w:p>
      <w:r>
        <w:rPr>
          <w:i/>
        </w:rPr>
        <w:t>“Hamare dehat mein ek misl hai, bahut sahi hai woh.”</w:t>
      </w:r>
    </w:p>
    <w:p>
      <w:r>
        <w:rPr>
          <w:sz w:val="20"/>
        </w:rPr>
        <w:t>1:26  first best par daude aur mila nahi. hamare dehat mein ek misl hai, bahut sahih hai woh, ke aadhi chhod ke saji dhave,</w:t>
      </w:r>
      <w:r>
        <w:br/>
      </w:r>
      <w:r>
        <w:rPr>
          <w:sz w:val="20"/>
        </w:rPr>
        <w:t>1:40  aadhi mile na saji pawe. yani aadmi ko aadhi mil rahi thi, aadha mil raha tha, lekin aadha qabul nahi kiya us ne.</w:t>
      </w:r>
      <w:r>
        <w:br/>
      </w:r>
      <w:r>
        <w:rPr>
          <w:sz w:val="20"/>
        </w:rPr>
        <w:t>1:50  dauda pura lene ke liye, pura mila nahi. to aadha bhi gaya, pura bhi gaya. yeh dehati misl poori poori history par saadiq aati hai.</w:t>
      </w:r>
    </w:p>
    <w:p>
      <w:pPr>
        <w:pStyle w:val="Heading2"/>
      </w:pPr>
      <w:r>
        <w:t>Migration to Madinah that Islamized all of Arabia</w:t>
      </w:r>
    </w:p>
    <w:p>
      <w:r>
        <w:rPr>
          <w:color w:val="666666"/>
          <w:sz w:val="18"/>
        </w:rPr>
        <w:t>Muslims in Diaspora 9 jan 2007 (English) · 2m 50s · at 25:25 · https://youtu.be/oAi49l7nuOI?t=1525</w:t>
      </w:r>
    </w:p>
    <w:p>
      <w:r>
        <w:rPr>
          <w:i/>
        </w:rPr>
        <w:t>“This diaspora was from Mecca to Madinah.”</w:t>
      </w:r>
    </w:p>
    <w:p>
      <w:r>
        <w:rPr>
          <w:sz w:val="20"/>
        </w:rPr>
        <w:t>25:25  This diaspora was from Mecca to Madinah.</w:t>
      </w:r>
      <w:r>
        <w:br/>
      </w:r>
      <w:r>
        <w:rPr>
          <w:sz w:val="20"/>
        </w:rPr>
        <w:t>25:29  When in Mecca, there were some difficulties, some atrocities, some injustice, so Muslims, including the Prophet, were</w:t>
      </w:r>
      <w:r>
        <w:br/>
      </w:r>
      <w:r>
        <w:rPr>
          <w:sz w:val="20"/>
        </w:rPr>
        <w:t>25:42  compelled to leave Mecca. So, they left Mecca and settled in Madinah. This was the fourth diaspora in Islamic history.</w:t>
      </w:r>
      <w:r>
        <w:br/>
      </w:r>
      <w:r>
        <w:rPr>
          <w:sz w:val="20"/>
        </w:rPr>
        <w:t>25:51  When these people settled in Madinah, it was but natural again that da'wah work began because they were men of mission.</w:t>
      </w:r>
      <w:r>
        <w:br/>
      </w:r>
      <w:r>
        <w:rPr>
          <w:sz w:val="20"/>
        </w:rPr>
        <w:t>26:06  They were believing in God. They were believing in the Quran. They were believing in Islam.</w:t>
      </w:r>
      <w:r>
        <w:br/>
      </w:r>
      <w:r>
        <w:rPr>
          <w:sz w:val="20"/>
        </w:rPr>
        <w:t>26:13  So, when they settled in Madinah, there was interaction. So, during this interaction, there was dialogue.</w:t>
      </w:r>
      <w:r>
        <w:br/>
      </w:r>
      <w:r>
        <w:rPr>
          <w:sz w:val="20"/>
        </w:rPr>
        <w:t>26:27  There were discussions. Through this dialogue and discussion, Islam began spreading in Madinah.</w:t>
      </w:r>
      <w:r>
        <w:br/>
      </w:r>
      <w:r>
        <w:rPr>
          <w:sz w:val="20"/>
        </w:rPr>
        <w:t>26:36  There is a tradition this tells us that at some time in Madinah, there was a trialogue trialogue in which three religions participated in that program:</w:t>
      </w:r>
      <w:r>
        <w:br/>
      </w:r>
      <w:r>
        <w:rPr>
          <w:sz w:val="20"/>
        </w:rPr>
        <w:t>26:54  one, Muslims; second, Jews; and third, Christians.</w:t>
      </w:r>
      <w:r>
        <w:br/>
      </w:r>
      <w:r>
        <w:rPr>
          <w:sz w:val="20"/>
        </w:rPr>
        <w:t>27:01  So, after</w:t>
      </w:r>
      <w:r>
        <w:br/>
      </w:r>
      <w:r>
        <w:rPr>
          <w:sz w:val="20"/>
        </w:rPr>
        <w:t>27:04  migration, there was the Christian dialogue. And sometimes, there was a trialogue and three the representatives of three religions gathered in the Masjid of Madinah.</w:t>
      </w:r>
      <w:r>
        <w:br/>
      </w:r>
      <w:r>
        <w:rPr>
          <w:sz w:val="20"/>
        </w:rPr>
        <w:t>27:23  And there was discussion. And I don't know the exact number of those people.</w:t>
      </w:r>
      <w:r>
        <w:br/>
      </w:r>
      <w:r>
        <w:rPr>
          <w:sz w:val="20"/>
        </w:rPr>
        <w:t>27:35  But it was a trialogue tri</w:t>
      </w:r>
      <w:r>
        <w:br/>
      </w:r>
      <w:r>
        <w:rPr>
          <w:sz w:val="20"/>
        </w:rPr>
        <w:t>27:38  alogue trialogue trialogue trialogue trialogue trialogue trialogue So, migration from Mecca to Madinah was the fourth positive diaspora in Islamic history.</w:t>
      </w:r>
      <w:r>
        <w:br/>
      </w:r>
      <w:r>
        <w:rPr>
          <w:sz w:val="20"/>
        </w:rPr>
        <w:t>27:46  And the result was great. The whole Madinah was Islamized. And Madinah became the center of Islam.</w:t>
      </w:r>
      <w:r>
        <w:br/>
      </w:r>
      <w:r>
        <w:rPr>
          <w:sz w:val="20"/>
        </w:rPr>
        <w:t>27:56  And it was this positive diaspora that resulted in Islamization of the whole Arabia.</w:t>
      </w:r>
      <w:r>
        <w:br/>
      </w:r>
      <w:r>
        <w:rPr>
          <w:sz w:val="20"/>
        </w:rPr>
        <w:t>28:04  It was the great diaspora in Islamic history as far as the result is concerned.</w:t>
      </w:r>
    </w:p>
    <w:p>
      <w:pPr>
        <w:pStyle w:val="Heading2"/>
      </w:pPr>
      <w:r>
        <w:t>Mother Teresa's charity and missing mission</w:t>
      </w:r>
    </w:p>
    <w:p>
      <w:r>
        <w:rPr>
          <w:color w:val="666666"/>
          <w:sz w:val="18"/>
        </w:rPr>
        <w:t>The Modern Age October 20, 2018 · 2m 46s · at 2:13 · https://youtu.be/jcHURa9UnVY?t=133</w:t>
      </w:r>
    </w:p>
    <w:p>
      <w:r>
        <w:rPr>
          <w:i/>
        </w:rPr>
        <w:t>“Mother Teresa died in agony”</w:t>
      </w:r>
    </w:p>
    <w:p>
      <w:r>
        <w:rPr>
          <w:sz w:val="20"/>
        </w:rPr>
        <w:t>2:13  apne title par flash kiya tha. unhon ne likha tha, halankay mother teresa ki woh fan theen, lekin bator waqia likha tha unhon ne ke mother teresa died in agony.</w:t>
      </w:r>
      <w:r>
        <w:br/>
      </w:r>
      <w:r>
        <w:rPr>
          <w:sz w:val="20"/>
        </w:rPr>
        <w:t>2:34  mother teresa died in agony. yeh un ke qareebi dost khatoon jo theen, unhon ne kaha tha ke mother teresa ko apne aakhri zamanay mein,</w:t>
      </w:r>
      <w:r>
        <w:br/>
      </w:r>
      <w:r>
        <w:rPr>
          <w:sz w:val="20"/>
        </w:rPr>
        <w:t>2:47  yani unhon ne kaam kiya, un ki umar hui thi 87 years, yani 87 years tak unhon ne kaam kiya is line mein, charity ki line mein.</w:t>
      </w:r>
      <w:r>
        <w:br/>
      </w:r>
      <w:r>
        <w:rPr>
          <w:sz w:val="20"/>
        </w:rPr>
        <w:t>3:02  lekin unhon ne likha tha ke aakhir mein woh bohat ziyada precission mein theen, precission mein. un ki lagta tha ke un ki soul jo hai, un ki soul khoyi hui hai,</w:t>
      </w:r>
      <w:r>
        <w:br/>
      </w:r>
      <w:r>
        <w:rPr>
          <w:sz w:val="20"/>
        </w:rPr>
        <w:t>3:17  un ko koi sukoon nahi tha. to yeh unhi ki wording thi ke "she died in agony". to isi zamanay mein</w:t>
      </w:r>
      <w:r>
        <w:br/>
      </w:r>
      <w:r>
        <w:rPr>
          <w:sz w:val="20"/>
        </w:rPr>
        <w:t>3:31  main ne un par aik mazmoon likha tha, Al-Risala mein, hamara mujhe magazine hai. us waqt main ne likha tha ke kya sabab hai, aisa kyun hua ke mother teresa ko peace mein marna chahiye tha,</w:t>
      </w:r>
      <w:r>
        <w:br/>
      </w:r>
      <w:r>
        <w:rPr>
          <w:sz w:val="20"/>
        </w:rPr>
        <w:t>3:51  khushi mein marna chahiye tha, un ko yeh ehsas mein marna chahiye tha ke main ne aik kaam kar diya ke apni umar main ne charity mein guzar di.</w:t>
      </w:r>
      <w:r>
        <w:br/>
      </w:r>
      <w:r>
        <w:rPr>
          <w:sz w:val="20"/>
        </w:rPr>
        <w:t>4:06  asal cheez yeh hai ke charity ka kaam jo hai, woh waqti tor par aap kuch kisi ko dekhen, mislan road par aap dekhen, koi aadmi takkar ho gayi hai, khoon beh raha hai us ko, to jaldi se us ko le ke jayen hospital aur us ko first aid pohanchayen.</w:t>
      </w:r>
      <w:r>
        <w:br/>
      </w:r>
      <w:r>
        <w:rPr>
          <w:sz w:val="20"/>
        </w:rPr>
        <w:t>4:29  to yeh jo kaam hai, yeh waqti kaam hai, yeh mission nahi hai. ab mother teresa ne jo kaam kiya tha, woh bilashuba waqti aitbar se aik kaam tha, lekin isi ko aap isi ko bana liya unhon ne mission.</w:t>
      </w:r>
      <w:r>
        <w:br/>
      </w:r>
      <w:r>
        <w:rPr>
          <w:sz w:val="20"/>
        </w:rPr>
        <w:t>4:47  to woh mission nahi hai, charity ka kaam mission nahi hai, woh waqti tor par madad hai kisi ki.</w:t>
      </w:r>
    </w:p>
    <w:p>
      <w:pPr>
        <w:pStyle w:val="Heading2"/>
      </w:pPr>
      <w:r>
        <w:t>Religion is a reminder, not an appendix</w:t>
      </w:r>
    </w:p>
    <w:p>
      <w:r>
        <w:rPr>
          <w:color w:val="666666"/>
          <w:sz w:val="18"/>
        </w:rPr>
        <w:t>Man and The Religion | July 31, 2008 | Maulana Wahiduddin Khan · 30s · at 42:18 · https://youtu.be/emHZjUnLsmI?t=2538</w:t>
      </w:r>
    </w:p>
    <w:p>
      <w:r>
        <w:rPr>
          <w:i/>
        </w:rPr>
        <w:t>“Mazhab kya hai? Mazhab isi ka reminder hai”</w:t>
      </w:r>
    </w:p>
    <w:p>
      <w:r>
        <w:rPr>
          <w:sz w:val="20"/>
        </w:rPr>
        <w:t>42:17  logon ke darmiyan khushi khushi rehna, yeh sab kuch hoga. to yeh hai sochne ki baat. yeh hai sochne ki baat. to mazhab kya hai? mazhab isi ka reminder hai. maz</w:t>
      </w:r>
      <w:r>
        <w:br/>
      </w:r>
      <w:r>
        <w:rPr>
          <w:sz w:val="20"/>
        </w:rPr>
        <w:t>42:37  hab koi ashirwadi zameema nahi hai. mazhab koi koi zindagi ka barkati appendix nahi hai. yeh</w:t>
      </w:r>
    </w:p>
    <w:p>
      <w:pPr>
        <w:pStyle w:val="Heading2"/>
      </w:pPr>
      <w:r>
        <w:t>Vague conference condemnations of terrorism achieve nothing</w:t>
      </w:r>
    </w:p>
    <w:p>
      <w:r>
        <w:rPr>
          <w:color w:val="666666"/>
          <w:sz w:val="18"/>
        </w:rPr>
        <w:t>On Extremism September 14, 2008 · 1m 36s · at 45:46 · https://youtu.be/qHQEos8tOLg?t=2746</w:t>
      </w:r>
    </w:p>
    <w:p>
      <w:r>
        <w:rPr>
          <w:i/>
        </w:rPr>
        <w:t>“That condemnation was itself a false condemnation”</w:t>
      </w:r>
    </w:p>
    <w:p>
      <w:r>
        <w:rPr>
          <w:sz w:val="20"/>
        </w:rPr>
        <w:t>45:46  Muslims ulema were recently heard condemning these terrorist activities by calling a conference. why was it not able to cast the requisite impact?</w:t>
      </w:r>
      <w:r>
        <w:br/>
      </w:r>
      <w:r>
        <w:rPr>
          <w:sz w:val="20"/>
        </w:rPr>
        <w:t>46:00  woh jo condemn kiya unhone, woh bhi woh bhi false condemnation tha. false kyun? yani specific tor par nahin unhone condemn kiya kisi ko.</w:t>
      </w:r>
      <w:r>
        <w:br/>
      </w:r>
      <w:r>
        <w:rPr>
          <w:sz w:val="20"/>
        </w:rPr>
        <w:t>46:10  yani Mr X aur Mr Z ko nahin condemn kiya unhone. bas ek hawai condemnation.</w:t>
      </w:r>
      <w:r>
        <w:br/>
      </w:r>
      <w:r>
        <w:rPr>
          <w:sz w:val="20"/>
        </w:rPr>
        <w:t>46:16  to hawai sab karte rehte hain na? jab tak aap specify na karein, specific tor par na batayein ke Mr. A, Mr. B, Mr. C jo hain, woh aisa kar rahe hain aur woh aap disown karein un ko to koi disown karta nahin.</w:t>
      </w:r>
      <w:r>
        <w:br/>
      </w:r>
      <w:r>
        <w:rPr>
          <w:sz w:val="20"/>
        </w:rPr>
        <w:t>46:34  hawa bhi taqreer karte hain bilkul. to hawa bhi taqreer sab hi karte hain.</w:t>
      </w:r>
      <w:r>
        <w:br/>
      </w:r>
      <w:r>
        <w:rPr>
          <w:sz w:val="20"/>
        </w:rPr>
        <w:t>46:40  to isi isi waqt maine kaha tha ke yeh jo conferences ho rahi hain, bilkul bekar conferences hain. is se koi hone wala nahin kuch kyunke specific way mein woh condemn karte nahin.</w:t>
      </w:r>
      <w:r>
        <w:br/>
      </w:r>
      <w:r>
        <w:rPr>
          <w:sz w:val="20"/>
        </w:rPr>
        <w:t>46:53  aur jab tak aap specific way mein condemn na karein, un ko disown na karein aise logon ko, tab tak is ka koi is ka koi bhi result hone wala nahin hai.</w:t>
      </w:r>
    </w:p>
    <w:p>
      <w:pPr>
        <w:pStyle w:val="Heading2"/>
      </w:pPr>
      <w:r>
        <w:t>Hudaibiyya treaty and peace over justice</w:t>
      </w:r>
    </w:p>
    <w:p>
      <w:r>
        <w:rPr>
          <w:color w:val="666666"/>
          <w:sz w:val="18"/>
        </w:rPr>
        <w:t>Peace and Non Violence - 11. 08. 2007 · 4m 37s · at 16:54 · https://youtu.be/e4iKH4GUT3E?t=1014</w:t>
      </w:r>
    </w:p>
    <w:p>
      <w:r>
        <w:rPr>
          <w:i/>
        </w:rPr>
        <w:t>“People think that first of all give us justice”</w:t>
      </w:r>
    </w:p>
    <w:p>
      <w:r>
        <w:rPr>
          <w:sz w:val="20"/>
        </w:rPr>
        <w:t>16:54  people think that first of all, give us justice, then we will accept your peace. It is impossible. It is unnatural. You see, the prophet of Islam the prophet of Islam in in in life of prophet of Islam, there was an agreement which called Hudaibiyya agreement. Well-known agreement. If you read the provision</w:t>
      </w:r>
      <w:r>
        <w:br/>
      </w:r>
      <w:r>
        <w:rPr>
          <w:sz w:val="20"/>
        </w:rPr>
        <w:t>17:25  of this agreement, you will find that this agreement was completely on the conditions of other party. The opposite party. Opposite party was not ready to accept any condition given by the prophet of Islam. But prophet of Islam accepted their conditions and he entered into the Hudaibiyya agreement. Why?</w:t>
      </w:r>
      <w:r>
        <w:br/>
      </w:r>
      <w:r>
        <w:rPr>
          <w:sz w:val="20"/>
        </w:rPr>
        <w:t>17:55  Because Hudaibiyya agreement, although it was finalized according to their conditions, but Hudaibiyya agreement gave peace to the prophet of Islam. Hudaibiyya agreement established peace among the both parties, among Muslims and non-Muslims. So this this after this agreement, there was revelation in the Quran that</w:t>
      </w:r>
      <w:r>
        <w:br/>
      </w:r>
      <w:r>
        <w:rPr>
          <w:sz w:val="20"/>
        </w:rPr>
        <w:t>18:29  we gave you clear victory. Now what was that victory? What was that victory? That victory was in term of opportunity, not in term of justice. Quran says that in Hudaibiyya agreement is a clear victory for you. But there was no victory in term of justice.</w:t>
      </w:r>
      <w:r>
        <w:br/>
      </w:r>
      <w:r>
        <w:rPr>
          <w:sz w:val="20"/>
        </w:rPr>
        <w:t>19:00  No. What achieved what was achieved by Muslims was only in term of opportunity. Opportunity of interaction, opportunity of dialogue, opportunity of dawah work, opportunity of of all kind of activities except war. So prophet accepted this agre</w:t>
      </w:r>
      <w:r>
        <w:br/>
      </w:r>
      <w:r>
        <w:rPr>
          <w:sz w:val="20"/>
        </w:rPr>
        <w:t>19:30  ement. And the result was miraculous. Within two years, the prophet was victorious. So it is very important to know that peace is a great boon for any society. You know our modern mind believe that that that</w:t>
      </w:r>
      <w:r>
        <w:br/>
      </w:r>
      <w:r>
        <w:rPr>
          <w:sz w:val="20"/>
        </w:rPr>
        <w:t>20:01  freedom is saman bonam. Freedom is saman bonam. But I don't think so. Freedom is not saman bonam. Because freedom is not absolute good. It was absolute good. You know unlimited freedom becomes anarchy. Unlimited freedom becomes anarchy. So</w:t>
      </w:r>
      <w:r>
        <w:br/>
      </w:r>
      <w:r>
        <w:rPr>
          <w:sz w:val="20"/>
        </w:rPr>
        <w:t>20:31  one scholar, one American scholar had published a book. He says in this book, we can't afford freedom. We can't afford freedom. That is, we can't afford unlimited freedom. So he says that only limited freedom is good. Unlimited freedom is not good. But there is no limitation in in peace.</w:t>
      </w:r>
      <w:r>
        <w:br/>
      </w:r>
      <w:r>
        <w:rPr>
          <w:sz w:val="20"/>
        </w:rPr>
        <w:t>21:01  Peace has no limitations. So peace is saman bonam and not freedom. It is by conviction that peace is the saman bonam and freedom is not saman bonam. So we have to know the importance of peace, the value of peace. Now I can I want to</w:t>
      </w:r>
    </w:p>
    <w:p>
      <w:pPr>
        <w:pStyle w:val="Heading2"/>
      </w:pPr>
      <w:r>
        <w:t>Kafir is not a permanent community</w:t>
      </w:r>
    </w:p>
    <w:p>
      <w:r>
        <w:rPr>
          <w:color w:val="666666"/>
          <w:sz w:val="18"/>
        </w:rPr>
        <w:t>Countering Violent Extremism April 01, 2016 · 2m 08s · at 34:07 · https://youtu.be/9ZWLcTqzs04?t=2047</w:t>
      </w:r>
    </w:p>
    <w:p>
      <w:r>
        <w:rPr>
          <w:i/>
        </w:rPr>
        <w:t>“Dekhiye, kafir kisi qaum ka naam nahi hai”</w:t>
      </w:r>
    </w:p>
    <w:p>
      <w:r>
        <w:rPr>
          <w:sz w:val="20"/>
        </w:rPr>
        <w:t>34:07  dekhiye, kafir kisi qaum ka, kisi community ka naam nahi hai. aaj kal samajhte hain ke ek qaum muslim ki hai, ek qaum kafir ki hai.</w:t>
      </w:r>
      <w:r>
        <w:br/>
      </w:r>
      <w:r>
        <w:rPr>
          <w:sz w:val="20"/>
        </w:rPr>
        <w:t>34:18  yeh bilkul galat hai. is ka islam se koi talluq nahi. yani de do kafir community. kafir ka matlab hai munkir.</w:t>
      </w:r>
      <w:r>
        <w:br/>
      </w:r>
      <w:r>
        <w:rPr>
          <w:sz w:val="20"/>
        </w:rPr>
        <w:t>34:30  aap ne kisi ke samne ek baat kahi, use inkar kiya. us waqt, us waqt jab ke aap ne baat kahi hai, kaha hai ke aap ka us ne inkar kar diya.</w:t>
      </w:r>
      <w:r>
        <w:br/>
      </w:r>
      <w:r>
        <w:rPr>
          <w:sz w:val="20"/>
        </w:rPr>
        <w:t>34:40  yeh nahi ke woh ek qaum koi hai kafir ki, is is ko dep kar dein. aap hmm, yeh mein pure yaqeen ke sath keh sakta hoon ke there is no kafir community in islam.</w:t>
      </w:r>
      <w:r>
        <w:br/>
      </w:r>
      <w:r>
        <w:rPr>
          <w:sz w:val="20"/>
        </w:rPr>
        <w:t>34:53  bilkul hi yeh galat hai jo jo aaj kal raaij ho gaya. hamein haq nahi hai kisi ko aap kahein ke yeh kafir hai. rasool allah, rasool allah ke zamane mein jin ko kafir kaha gaya tha, us waqti inkar ki baat kaha gaya tha.</w:t>
      </w:r>
      <w:r>
        <w:br/>
      </w:r>
      <w:r>
        <w:rPr>
          <w:sz w:val="20"/>
        </w:rPr>
        <w:t>35:08  hmm, ek ek program hai, is mein discuss ho raha hai, ek baat pesh ki ja rahi hai. ab kuch log us waqt kehte hain ke mein to nahi manta is ko.</w:t>
      </w:r>
      <w:r>
        <w:br/>
      </w:r>
      <w:r>
        <w:rPr>
          <w:sz w:val="20"/>
        </w:rPr>
        <w:t>35:18  us waqt ke liye kaha jaye ke unhone inkar kiya. yeh dekhiye, ek koi community hai jo mustaqil taur par hamesha ke liye ke kafir community.</w:t>
      </w:r>
      <w:r>
        <w:br/>
      </w:r>
      <w:r>
        <w:rPr>
          <w:sz w:val="20"/>
        </w:rPr>
        <w:t>35:27  yeh bilkul galat concept hai kafir ka. So kafir is not the name of a community. We cannot say this or that community is a kafir community or a community of non-believers.</w:t>
      </w:r>
      <w:r>
        <w:br/>
      </w:r>
      <w:r>
        <w:rPr>
          <w:sz w:val="20"/>
        </w:rPr>
        <w:t>35:40  And Maulana, do we have theright to declare someone as kafir? Can we declare someone as kafir</w:t>
      </w:r>
      <w:r>
        <w:br/>
      </w:r>
      <w:r>
        <w:rPr>
          <w:sz w:val="20"/>
        </w:rPr>
        <w:t>35:46  ? hargiz nahi. jab takfir bhi jo ki jati hai na, takfir islam mein thi hi nahi. us zamane mein hui, aaj maujooda zamane mein sahaba ne kabhi takfir nahi ki, tabeen ne kabhi takfir nahi ki, tabe tabeen ne kabhi takfir nahi ki.</w:t>
      </w:r>
      <w:r>
        <w:br/>
      </w:r>
      <w:r>
        <w:rPr>
          <w:sz w:val="20"/>
        </w:rPr>
        <w:t>36:03  yeh jo is zamani ko ulama ne shuru kar diya hai, yeh bilashuba bidat hai. is mein koi shaq nahi ke aaj kal jo takfir ki jati hai, yeh bidat hai, innovation hai.</w:t>
      </w:r>
    </w:p>
    <w:p>
      <w:pPr>
        <w:pStyle w:val="Heading2"/>
      </w:pPr>
      <w:r>
        <w:t>How to fear and love God at the same time</w:t>
      </w:r>
    </w:p>
    <w:p>
      <w:r>
        <w:rPr>
          <w:color w:val="666666"/>
          <w:sz w:val="18"/>
        </w:rPr>
        <w:t>Between Hell and Paradise January 27, 2013 · 55s · at 1:10:51 · https://youtu.be/0IItFxGXPQ4?t=4251</w:t>
      </w:r>
    </w:p>
    <w:p>
      <w:r>
        <w:rPr>
          <w:i/>
        </w:rPr>
        <w:t>“Fear jo hai wo koi negative baat nahi hai”</w:t>
      </w:r>
    </w:p>
    <w:p>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Defining hadith: qawli, fi'li, taqriri types</w:t>
      </w:r>
    </w:p>
    <w:p>
      <w:r>
        <w:rPr>
          <w:color w:val="666666"/>
          <w:sz w:val="18"/>
        </w:rPr>
        <w:t>Understanding The Importance of Hadith November 20, 2022 · 1m 50s · at 1:14 · https://youtu.be/xwY_Qsz4HSQ?t=74</w:t>
      </w:r>
    </w:p>
    <w:p>
      <w:r>
        <w:rPr>
          <w:i/>
        </w:rPr>
        <w:t>“Hadith na ho to hum Quran bhi nahi samajh sakte”</w:t>
      </w:r>
    </w:p>
    <w:p>
      <w:r>
        <w:rPr>
          <w:sz w:val="20"/>
        </w:rPr>
        <w:t>1:14  ji bohat hi important question hai. Hadith ki importance aur itni zyada hai ke Hadith na ho, Rasool Allah sallallahu alaihi wasallam ke amal na hon to hum Quran bhi achhe tareeqe se nahi samajh sakte.</w:t>
      </w:r>
      <w:r>
        <w:br/>
      </w:r>
      <w:r>
        <w:rPr>
          <w:sz w:val="20"/>
        </w:rPr>
        <w:t>1:33  to Hadith ke literal maani hain baat cheet ke, lekin har cheez ka ek literal meaning hota hai aur uska ek istilahi maani hota hai.</w:t>
      </w:r>
      <w:r>
        <w:br/>
      </w:r>
      <w:r>
        <w:rPr>
          <w:sz w:val="20"/>
        </w:rPr>
        <w:t>1:43  to istilahi maani mein hai ke Rasool Allah sallallahu alaihi wasallam ke aqwal o afaal, sayings and deeds.</w:t>
      </w:r>
      <w:r>
        <w:br/>
      </w:r>
      <w:r>
        <w:rPr>
          <w:sz w:val="20"/>
        </w:rPr>
        <w:t>1:53  to Hadith ki teen qismein bayan ki gayi hain: qawli, fe'li aur taqreeri.</w:t>
      </w:r>
      <w:r>
        <w:br/>
      </w:r>
      <w:r>
        <w:rPr>
          <w:sz w:val="20"/>
        </w:rPr>
        <w:t>2:01  qawli woh jo Rasool Allah sallallahu alaihi wasallam ne ka jo conversation tha aap ke paas, aap ke paas jo sahabi aaya karte the to aap un se jo baat cheet karte the, woh saara recorded hai.</w:t>
      </w:r>
      <w:r>
        <w:br/>
      </w:r>
      <w:r>
        <w:rPr>
          <w:sz w:val="20"/>
        </w:rPr>
        <w:t>2:14  to isi ko qawli bolte hain. fe'li jo aap ka amal hota tha. aur taqreeri kehte hain aap ne sanctions jaise aap ne kaha ya approval.</w:t>
      </w:r>
      <w:r>
        <w:br/>
      </w:r>
      <w:r>
        <w:rPr>
          <w:sz w:val="20"/>
        </w:rPr>
        <w:t>2:26  ji matlab aap ke saamne kisi ne koi amal kiya aur aap ne us ko mana nahi kiya, is ka matlab aap ne approve kiya. kyunke agar is mein koi Islami Islam ke khilaaf koi baat hoti to aap zaroor us ko mana karte.</w:t>
      </w:r>
      <w:r>
        <w:br/>
      </w:r>
      <w:r>
        <w:rPr>
          <w:sz w:val="20"/>
        </w:rPr>
        <w:t>2:43  to woh is liye maana jaata hai ke woh approved by the Prophet hai. to deen-e-Islam ke do maakhaz hain: Quran aur Sunnah.</w:t>
      </w:r>
      <w:r>
        <w:br/>
      </w:r>
      <w:r>
        <w:rPr>
          <w:sz w:val="20"/>
        </w:rPr>
        <w:t>2:55  Sunnah mein Hadith aur aap ke jo amal hain, matlab sayings and actions dono shamil hain.</w:t>
      </w:r>
    </w:p>
    <w:p>
      <w:pPr>
        <w:pStyle w:val="Heading2"/>
      </w:pPr>
      <w:r>
        <w:t>Only God's remembrance gives satisfaction</w:t>
      </w:r>
    </w:p>
    <w:p>
      <w:r>
        <w:rPr>
          <w:color w:val="666666"/>
          <w:sz w:val="18"/>
        </w:rPr>
        <w:t>God The Only Choice June 22, 2008 · 27s · at 29:29 · https://youtu.be/hwnUsUP3aAg?t=1769</w:t>
      </w:r>
    </w:p>
    <w:p>
      <w:r>
        <w:rPr>
          <w:i/>
        </w:rPr>
        <w:t>“Ala bi zikrillahi tatmainnal quloob”</w:t>
      </w:r>
    </w:p>
    <w:p>
      <w:r>
        <w:rPr>
          <w:sz w:val="20"/>
        </w:rPr>
        <w:t>29:29  kyun? ala bi zikrillah tatmain al quloob satisfaction to milega khuda se ala bi zikrillah tatmain al quloob</w:t>
      </w:r>
      <w:r>
        <w:br/>
      </w:r>
      <w:r>
        <w:rPr>
          <w:sz w:val="20"/>
        </w:rPr>
        <w:t>29:46  yeh dekhiye, mein jo baat arz kar raha hoon, yeh koi saada baat nahi hai. poori poori history isi par trace hoti ho rahi hai. poori poori history mein yeh hua hai.</w:t>
      </w:r>
    </w:p>
    <w:p>
      <w:pPr>
        <w:pStyle w:val="Heading2"/>
      </w:pPr>
      <w:r>
        <w:t>Iqra revelation shows Islam was destined to be preserved</w:t>
      </w:r>
    </w:p>
    <w:p>
      <w:r>
        <w:rPr>
          <w:color w:val="666666"/>
          <w:sz w:val="18"/>
        </w:rPr>
        <w:t>History of Islamic Learning May 14, 2006 Part 1 · 2m 58s · at 1:13 · https://youtu.be/wwWdRNJl7Ck?t=73</w:t>
      </w:r>
    </w:p>
    <w:p>
      <w:r>
        <w:rPr>
          <w:i/>
        </w:rPr>
        <w:t>“History of Islamic learning starts the day Islam began”</w:t>
      </w:r>
    </w:p>
    <w:p>
      <w:r>
        <w:rPr>
          <w:sz w:val="20"/>
        </w:rPr>
        <w:t>1:13  dekhiye, meri study ke mutabiq history of learning in islam shuru hoti hai isi din se jis din ke islam khud shuru hua,</w:t>
      </w:r>
      <w:r>
        <w:br/>
      </w:r>
      <w:r>
        <w:rPr>
          <w:sz w:val="20"/>
        </w:rPr>
        <w:t>1:33  yaani 600, 610 AD mein, jab ke quran ki pehli verse reveal hui hai prophet Muhammad par.</w:t>
      </w:r>
      <w:r>
        <w:br/>
      </w:r>
      <w:r>
        <w:rPr>
          <w:sz w:val="20"/>
        </w:rPr>
        <w:t>1:45  to isi mein yeh kaha gaya tha ke iqra bismi rabbika allazi khalaq khalaq al-insana min alaq iqra wa rabbuka al-akram allazi allama bil qalam</w:t>
      </w:r>
      <w:r>
        <w:br/>
      </w:r>
      <w:r>
        <w:rPr>
          <w:sz w:val="20"/>
        </w:rPr>
        <w:t>2:00  yaani islam ki soorat mein jo religion khuda ne bheja, us ki sifat yeh thi ke woh qalam ke zariye likha jaane wala religion tha.</w:t>
      </w:r>
      <w:r>
        <w:br/>
      </w:r>
      <w:r>
        <w:rPr>
          <w:sz w:val="20"/>
        </w:rPr>
        <w:t>2:20  yeh bohat anokhi baat hai.</w:t>
      </w:r>
      <w:r>
        <w:br/>
      </w:r>
      <w:r>
        <w:rPr>
          <w:sz w:val="20"/>
        </w:rPr>
        <w:t>2:24  qalam kya hai?</w:t>
      </w:r>
      <w:r>
        <w:br/>
      </w:r>
      <w:r>
        <w:rPr>
          <w:sz w:val="20"/>
        </w:rPr>
        <w:t>2:26  yeh</w:t>
      </w:r>
      <w:r>
        <w:br/>
      </w:r>
      <w:r>
        <w:rPr>
          <w:sz w:val="20"/>
        </w:rPr>
        <w:t>2:30  yaani pen is a symbol of preserved knowledge jab pen se aap ek book ko likhte hain to aap knowledge ko preserve kar lete hain.</w:t>
      </w:r>
      <w:r>
        <w:br/>
      </w:r>
      <w:r>
        <w:rPr>
          <w:sz w:val="20"/>
        </w:rPr>
        <w:t>2:48  is ka matlab yeh hua ke quran ki soorat mein khuda ne jo religion bheja, woh book form mein bheja aur pehli din se is ke liye yeh determined tha ke woh preserve rahe ga.</w:t>
      </w:r>
      <w:r>
        <w:br/>
      </w:r>
      <w:r>
        <w:rPr>
          <w:sz w:val="20"/>
        </w:rPr>
        <w:t>3:10  yeh bohat anokhi baat hai kyunke islam se pehle jitne bhi religion duniya mein paaye jaate thay, woh sab ke sab aise thay jo apni original soorat mein preserve nahi thay.</w:t>
      </w:r>
      <w:r>
        <w:br/>
      </w:r>
      <w:r>
        <w:rPr>
          <w:sz w:val="20"/>
        </w:rPr>
        <w:t>3:33  yeh bohat hi historical baat hai. yeh mera koi claim nahi hai, balke saare historian maante hain is ko ke islam se pehle jitne bhi religion thay,</w:t>
      </w:r>
      <w:r>
        <w:br/>
      </w:r>
      <w:r>
        <w:rPr>
          <w:sz w:val="20"/>
        </w:rPr>
        <w:t>3:48  woh apni original shape mein preserve haalat mein maujood nahi thay.</w:t>
      </w:r>
      <w:r>
        <w:br/>
      </w:r>
      <w:r>
        <w:rPr>
          <w:sz w:val="20"/>
        </w:rPr>
        <w:t>3:59  is ka matlab yeh nahi ke doosre mazhab khuda ki taraf se nahi aaye thay ya woh incomplete thay, aisa kuch bhi nahi. khuda ne jitne bhi mazhab duniya mein bheje,</w:t>
      </w:r>
      <w:r>
        <w:br/>
      </w:r>
      <w:r>
        <w:rPr>
          <w:sz w:val="20"/>
        </w:rPr>
        <w:t>4:12  jitne bhi prophet bheje, sab prophet khuda ki taraf se ek hi mazhab le kar aaye, koi bhi do ya teen ya chaar mazhab nahi.</w:t>
      </w:r>
    </w:p>
    <w:p>
      <w:pPr>
        <w:pStyle w:val="Heading2"/>
      </w:pPr>
      <w:r>
        <w:t>Flood and desert therapy in Islamic history</w:t>
      </w:r>
    </w:p>
    <w:p>
      <w:r>
        <w:rPr>
          <w:color w:val="666666"/>
          <w:sz w:val="18"/>
        </w:rPr>
        <w:t>Dars-e-Quran, Chapter 2, Verse 79 June 24, 2018 · 3m 52s · at 9:39 · https://youtu.be/7OeNcHSoPp0?t=579</w:t>
      </w:r>
    </w:p>
    <w:p>
      <w:r>
        <w:rPr>
          <w:i/>
        </w:rPr>
        <w:t>“Hazrat Nooh ka toofan”</w:t>
      </w:r>
    </w:p>
    <w:p>
      <w:r>
        <w:rPr>
          <w:sz w:val="20"/>
        </w:rPr>
        <w:t>9:39  Hazrat Nuh ka toofan. log samajhte hain ke koi toofan, koi ek hi baat jaante hain ke azaab, azaab, azaab.</w:t>
      </w:r>
      <w:r>
        <w:br/>
      </w:r>
      <w:r>
        <w:rPr>
          <w:sz w:val="20"/>
        </w:rPr>
        <w:t>9:50  bas isi itna hi jaante hain. nahin, Allah taala ke har kaam mein koi koi maslehat hoti hai. to toofan Nuh jo tha, woh sirf azaab nahin tha,</w:t>
      </w:r>
      <w:r>
        <w:br/>
      </w:r>
      <w:r>
        <w:rPr>
          <w:sz w:val="20"/>
        </w:rPr>
        <w:t>10:03  woh Allah taala ka yani jo jo qaumon ko revival ka karte hue tareeqa hai, us ko apply karna tha. chunaanche dekhiye, toofan Nuh mein kya hua?</w:t>
      </w:r>
      <w:r>
        <w:br/>
      </w:r>
      <w:r>
        <w:rPr>
          <w:sz w:val="20"/>
        </w:rPr>
        <w:t>10:18  us waqt jo tak jo aabadi thi, woh sab ki sab Iraq ke is ilaaqe mein rehti thi jo kehte hain Misr Patakhiyan, yani Dajla aur Furaat ke darmiyan.</w:t>
      </w:r>
      <w:r>
        <w:br/>
      </w:r>
      <w:r>
        <w:rPr>
          <w:sz w:val="20"/>
        </w:rPr>
        <w:t>10:32  Dajla aur Furaat dono daryayein hain. to Dajla aur Furaat ke darmiyan ka jo ilaaqa tha, us ko kehte thay Misr Patakhiyan.</w:t>
      </w:r>
      <w:r>
        <w:br/>
      </w:r>
      <w:r>
        <w:rPr>
          <w:sz w:val="20"/>
        </w:rPr>
        <w:t>10:42  us waqt ki insani aabadi is ilaaqe mein thi. to Allah taala ne flood ka process chalaya, yani bohat bara sailab aaya.</w:t>
      </w:r>
      <w:r>
        <w:br/>
      </w:r>
      <w:r>
        <w:rPr>
          <w:sz w:val="20"/>
        </w:rPr>
        <w:t>10:56  log kashtiyon par sawaar ho kar ke wahan se muntakil kar diye gaye. to ab dekhen, kahan gaye woh? woh gaye Turkey ki sarhad par, aur Ararat pahaad ke naani ke utar utaar diye gaye,</w:t>
      </w:r>
      <w:r>
        <w:br/>
      </w:r>
      <w:r>
        <w:rPr>
          <w:sz w:val="20"/>
        </w:rPr>
        <w:t>11:14  yani Europe ke kinare.</w:t>
      </w:r>
      <w:r>
        <w:br/>
      </w:r>
      <w:r>
        <w:rPr>
          <w:sz w:val="20"/>
        </w:rPr>
        <w:t>11:19  Europe ke kinare. to jo insaniyat confined ho gayi thi is ilaaqe mein, jis ko Misr Patakhiyan kehte thay,</w:t>
      </w:r>
      <w:r>
        <w:br/>
      </w:r>
      <w:r>
        <w:rPr>
          <w:sz w:val="20"/>
        </w:rPr>
        <w:t>11:32  us ko wahan se nikaal kar le gaye Europe ki sarhad par. aur baaz muhqqiqeen ne likha hai ke yahi woh log hain jo jis se Western Europe bana, aur jin se Western civilization aayi, aur jin se yani White Race develop hui.</w:t>
      </w:r>
      <w:r>
        <w:br/>
      </w:r>
      <w:r>
        <w:rPr>
          <w:sz w:val="20"/>
        </w:rPr>
        <w:t>11:55  to kiya yeh yeh agar yeh kehna hai ke azab, azab, azab to aap ne ek rukh ko dekha, doosre rukh ko nahi dekha. woh tha is ek bohat hi fertile qaum thi, woh jo daway mein thi,</w:t>
      </w:r>
      <w:r>
        <w:br/>
      </w:r>
      <w:r>
        <w:rPr>
          <w:sz w:val="20"/>
        </w:rPr>
        <w:t>12:13  ek bohat hi zinda qaum thi, woh lekin pad gayi thi ghalati mein. is ko is ko utha kar le gaye, wahan par daal diya</w:t>
      </w:r>
      <w:r>
        <w:br/>
      </w:r>
      <w:r>
        <w:rPr>
          <w:sz w:val="20"/>
        </w:rPr>
        <w:t>12:25  turki ke pahaar ararat par, jo ke sar europe ki sarhad par tha. to ek nayi qaum banana, is qaum se naya kaam lena, yeh wohi sahi amal tha jis tarah ke arab mein hua.</w:t>
      </w:r>
      <w:r>
        <w:br/>
      </w:r>
      <w:r>
        <w:rPr>
          <w:sz w:val="20"/>
        </w:rPr>
        <w:t>12:42  hazrat ibrahim ne apne bachon ko la kar ke iraq se la kar ke basa diya, yani makkah mein.</w:t>
      </w:r>
      <w:r>
        <w:br/>
      </w:r>
      <w:r>
        <w:rPr>
          <w:sz w:val="20"/>
        </w:rPr>
        <w:t>12:52  to woh tha desert therapy,</w:t>
      </w:r>
      <w:r>
        <w:br/>
      </w:r>
      <w:r>
        <w:rPr>
          <w:sz w:val="20"/>
        </w:rPr>
        <w:t>13:01  aur yeh jo tha, yeh tha flood therapy. hazrat ibrahim ke sath jo muamla hua ke hajra aur ismail iraq se nikle, aur aage base makkah ke pas desert mein, to that was desert therapy.</w:t>
      </w:r>
      <w:r>
        <w:br/>
      </w:r>
      <w:r>
        <w:rPr>
          <w:sz w:val="20"/>
        </w:rPr>
        <w:t>13:19  aur yeh jo nasl uthai gayi wahan se, aur la kar ararat par basai gayi, that was flood therapy. to yeh yeh yahi muamla hua yahood ke sath.</w:t>
      </w:r>
    </w:p>
    <w:p>
      <w:pPr>
        <w:pStyle w:val="Heading2"/>
      </w:pPr>
      <w:r>
        <w:t>true meaning of qurbani from Quran to Ibrahim's legacy</w:t>
      </w:r>
    </w:p>
    <w:p>
      <w:r>
        <w:rPr>
          <w:color w:val="666666"/>
          <w:sz w:val="18"/>
        </w:rPr>
        <w:t>Message of Eid Al-Adha June 17, 2024 · 3m 37s · at 0:39 · https://youtu.be/klcwQ-RPPBE?t=39</w:t>
      </w:r>
    </w:p>
    <w:p>
      <w:r>
        <w:rPr>
          <w:i/>
        </w:rPr>
        <w:t>“Kuran mein yeh baat batai gayi hai ke Allah ko tumhara gosht nahi pahunchta”</w:t>
      </w:r>
    </w:p>
    <w:p>
      <w:r>
        <w:rPr>
          <w:sz w:val="20"/>
        </w:rPr>
        <w:t>0:39  to lekin jab quran ko hum dekhte hain to quran mein yeh baat batai gayi hai ke Allah ko tumhara gosht aur khoon nahi pohanchta balkay Allah ko tumhare dil ka taqwa pohanchta hai. to taqwa yahi spirit hai ke hum kis jazbay ke sath hum qurbani kar rahe hain to woh jazba Allah taala qabool farmaate hain aur tabhi hamari qurbani jo hai khuda ke liye acceptable hogi.</w:t>
      </w:r>
      <w:r>
        <w:br/>
      </w:r>
      <w:r>
        <w:rPr>
          <w:sz w:val="20"/>
        </w:rPr>
        <w:t>1:06  to sacrifice ke is tarah hum dekhte hai ki do aspect hai. ek uska physical aspect hai aur ek symbolic aspect hai. to qurbani jo hai janwar ki qurbani jo hai wah asal mein janwar ki qurbani nahi hai balki asal mein wah, wah to symbolic sacrifice hai.</w:t>
      </w:r>
      <w:r>
        <w:br/>
      </w:r>
      <w:r>
        <w:rPr>
          <w:sz w:val="20"/>
        </w:rPr>
        <w:t>1:27  asal mein wah hamari qurbani hai jaise hazrat ismail aleh salam ki qurbani hazrat ibrahim aleh salam taiyar ho gaye the. wah physical qurbani ke liye bhi taiyar the lekin allah talah ne unko ek bahut bade ajeeb maqsad ke liye bacha liya aur ek unke bas ek dumbe ki qurbani allah ne karwai.</w:t>
      </w:r>
      <w:r>
        <w:br/>
      </w:r>
      <w:r>
        <w:rPr>
          <w:sz w:val="20"/>
        </w:rPr>
        <w:t>1:51  to asal qurbani jo thi wah unka sehra mein rehna, sehra mein jahan koi adam na adamzad na khana na pani kuch nahi, wahan unki maa jo hai hajra unko lekar wahan rahi wahan par wah pale pade us mahaul mein nature ke to wah thi asal qurbani. jabki us zamane mein bade bade shahar the to allah talah ne kyunki shahron mein bahut zyada buraiyan thi.</w:t>
      </w:r>
      <w:r>
        <w:br/>
      </w:r>
      <w:r>
        <w:rPr>
          <w:sz w:val="20"/>
        </w:rPr>
        <w:t>2:21  bahut zyada logon ke andar evil ho gayi thi. log tarah tarah ke buraiyon mein muttala the aur huda ka jo asal paakam tha usko bhool chuke the.</w:t>
      </w:r>
      <w:r>
        <w:br/>
      </w:r>
      <w:r>
        <w:rPr>
          <w:sz w:val="20"/>
        </w:rPr>
        <w:t>2:33  is wajah se allah tala ne shahara mein ek poori qaum ki fararish ki taaki wah taqreeban dhai hazaar saal ismein lag gaye taaki jab aakhri paigambar aaye to yahi log support karein poori tarah se poori qurbani dekar rasoolullah sallam khatimun nabin ki madad karein aur tahit ka in khilaab jo hai sari duniya mein pahuncha dein.</w:t>
      </w:r>
      <w:r>
        <w:br/>
      </w:r>
      <w:r>
        <w:rPr>
          <w:sz w:val="20"/>
        </w:rPr>
        <w:t>3:03  to yeh hai real qurbani. to yahi jo hum haji wahan jata hai, yeh yeh sare hadrat ibrahim ale salam ke jo sare marahil unhone tay kiye the, apne safar mein usko dohrata hai aur hum yahan jo log haj par nahi jate hain wah bhi kuch marahil tay karte hain jaise qurbani ke marahil is tarah se jate hain namaz padhne mang, sab yaad karte hain.</w:t>
      </w:r>
      <w:r>
        <w:br/>
      </w:r>
      <w:r>
        <w:rPr>
          <w:sz w:val="20"/>
        </w:rPr>
        <w:t>3:32  eid bakrid aur eid ulza ke bare mein ki kya kya hazrat ibrahim aur ajit ismail ne kya kya safar kiya aur is itne bade ajeeb maqsad ke liye kya kya qurbaniyan di? to yeh sab hum yaad karte hain aur isko renew karne ke liye hum pledge lete hain apne aap ko naya siray se dedicate karte hain. to yeh waqia to char hazaar saal pehle aaya.</w:t>
      </w:r>
      <w:r>
        <w:br/>
      </w:r>
      <w:r>
        <w:rPr>
          <w:sz w:val="20"/>
        </w:rPr>
        <w:t>3:58  pehle pesh aaya, to us waqt adrat ibrahim aur ismail ki qurbani se ek nasal bani aur unhone adrat mohammad sallam ka saath diya. us waqt ki jo aabad duniya thi, usmein khuda ka pragaam pahuncha diya.</w:t>
      </w:r>
      <w:r>
        <w:br/>
      </w:r>
      <w:r>
        <w:rPr>
          <w:sz w:val="20"/>
        </w:rPr>
        <w:t>4:16  lekin aap jante hain ki musalsal log naye naye generation aa rahi hai, naye naye log hazar saikdo lakhon ki tadad mein paida ho rahe hain aur ab duniya bhi bahut badi ho chuki hai. tab to sirf chand mokaamaad the jo aabad the. to ab ek naya zamana hai aur humko ek naye zamane mein kaam karna hai.</w:t>
      </w:r>
    </w:p>
    <w:p>
      <w:pPr>
        <w:pStyle w:val="Heading2"/>
      </w:pPr>
      <w:r>
        <w:t>A secular caller asks what fasting is really for</w:t>
      </w:r>
    </w:p>
    <w:p>
      <w:r>
        <w:rPr>
          <w:color w:val="666666"/>
          <w:sz w:val="18"/>
        </w:rPr>
        <w:t>Roza and The Quran August 15, 2010 · 47s · at 14:24 · https://youtu.be/Aaby-dLkPL4?t=864</w:t>
      </w:r>
    </w:p>
    <w:p>
      <w:r>
        <w:rPr>
          <w:i/>
        </w:rPr>
        <w:t>“ایک صاحب کا ٹیلیفون آیا: روزہ کا مقصد کیا ہے؟”</w:t>
      </w:r>
    </w:p>
    <w:p>
      <w:r>
        <w:rPr>
          <w:sz w:val="20"/>
        </w:rPr>
        <w:t>14:24  ek sahab ka telephone aaya mere paas abhi chand din ki baat hai. Kyun kaha ke roza jo hai is ka maqsad kya hai?</w:t>
      </w:r>
      <w:r>
        <w:br/>
      </w:r>
      <w:r>
        <w:rPr>
          <w:sz w:val="20"/>
        </w:rPr>
        <w:t>14:33  woh ek secular aadmi the to unhon ne kaha kya yeh roza jo hai birth hai kya cheez hai roza? To main ne yahi baat kahi.</w:t>
      </w:r>
      <w:r>
        <w:br/>
      </w:r>
      <w:r>
        <w:rPr>
          <w:sz w:val="20"/>
        </w:rPr>
        <w:t>14:41  main ne kaha rozay ka matlab hai sochna.</w:t>
      </w:r>
      <w:r>
        <w:br/>
      </w:r>
      <w:r>
        <w:rPr>
          <w:sz w:val="20"/>
        </w:rPr>
        <w:t>14:47  dekhein yeh jo concept hai muraqbe wala woh to base karta hai. Is mein is ka qaul hai ke stop thinking.</w:t>
      </w:r>
      <w:r>
        <w:br/>
      </w:r>
      <w:r>
        <w:rPr>
          <w:sz w:val="20"/>
        </w:rPr>
        <w:t>14:56  sochne ko band kar ke muraqba kiya jata hai. Soch ko band kar ke.</w:t>
      </w:r>
      <w:r>
        <w:br/>
      </w:r>
      <w:r>
        <w:rPr>
          <w:sz w:val="20"/>
        </w:rPr>
        <w:t>15:01  is ka yahi hai principle stop thinking. Soch ko band kar do. Yeh roza nahi hai. Soch ko band karo nahi hai.</w:t>
      </w:r>
    </w:p>
    <w:p>
      <w:pPr>
        <w:pStyle w:val="Heading2"/>
      </w:pPr>
      <w:r>
        <w:t>Palestine jihad fatwa also absurd</w:t>
      </w:r>
    </w:p>
    <w:p>
      <w:r>
        <w:rPr>
          <w:color w:val="666666"/>
          <w:sz w:val="18"/>
        </w:rPr>
        <w:t>What is Ijtihad February 25, 2007 Maulana Wahiduddin Khan · 1m 26s · at 16:33 · https://youtu.be/vPBQYpteeb0?t=993</w:t>
      </w:r>
    </w:p>
    <w:p>
      <w:r>
        <w:rPr>
          <w:i/>
        </w:rPr>
        <w:t>“Aai si Arab mein hua. Tamam Arab ne milkar fatwa de”</w:t>
      </w:r>
    </w:p>
    <w:p>
      <w:r>
        <w:rPr>
          <w:sz w:val="20"/>
        </w:rPr>
        <w:t>16:33  ke hum chal nahi sakte. ya to mar jayen ya munafiq banen. IC arab mein hua. tamam arab ne mil kar fatwa de diya.</w:t>
      </w:r>
      <w:r>
        <w:br/>
      </w:r>
      <w:r>
        <w:rPr>
          <w:sz w:val="20"/>
        </w:rPr>
        <w:t>16:45  falasteen ke bare mein.</w:t>
      </w:r>
      <w:r>
        <w:br/>
      </w:r>
      <w:r>
        <w:rPr>
          <w:sz w:val="20"/>
        </w:rPr>
        <w:t>16:49  ke jihad farz ho chuka hai musalmanon ke upar. ab jihad farz ho chuka hai to tum apne gharon mein aram se kyun reh rahe ho? yani ke ek fatwa de diya ke jihad farz ho chuka hai.</w:t>
      </w:r>
      <w:r>
        <w:br/>
      </w:r>
      <w:r>
        <w:rPr>
          <w:sz w:val="20"/>
        </w:rPr>
        <w:t>17:01  aur phir bhi that se reh rahe hain har arab. jis ghar jis mein jaiye arbon ke. arbon ke jis ghar mein jaiye khoob hansi khushi se reh rahe hain woh.</w:t>
      </w:r>
      <w:r>
        <w:br/>
      </w:r>
      <w:r>
        <w:rPr>
          <w:sz w:val="20"/>
        </w:rPr>
        <w:t>17:12  yeh to haram hai. agar jihad farz ho chuka ho falasteen mein to arbon ke liye ek din bhi khushi se rehna jaiz nahi hai.</w:t>
      </w:r>
      <w:r>
        <w:br/>
      </w:r>
      <w:r>
        <w:rPr>
          <w:sz w:val="20"/>
        </w:rPr>
        <w:t>17:24  phir ya to woh lad kar ke mar jayen. ya ek dam yani wahan se chhod ke chale jayen.</w:t>
      </w:r>
      <w:r>
        <w:br/>
      </w:r>
      <w:r>
        <w:rPr>
          <w:sz w:val="20"/>
        </w:rPr>
        <w:t>17:35  arab world hi ko chhod ke chale jayen.</w:t>
      </w:r>
      <w:r>
        <w:br/>
      </w:r>
      <w:r>
        <w:rPr>
          <w:sz w:val="20"/>
        </w:rPr>
        <w:t>17:40  yeh bhi ijma galat, yeh bhi ijma galat. kyunke yeh bhi ek usool hai ke jo fatwa aap ke liye zindagi hi ko naam kyon na bana de, woh fatwa nahi hai.</w:t>
      </w:r>
      <w:r>
        <w:br/>
      </w:r>
      <w:r>
        <w:rPr>
          <w:sz w:val="20"/>
        </w:rPr>
        <w:t>17:54  woh galat fatwa hai.</w:t>
      </w:r>
    </w:p>
    <w:p>
      <w:pPr>
        <w:pStyle w:val="Heading2"/>
      </w:pPr>
      <w:r>
        <w:t>Naming the handwritten journal Payam sparked his writing career</w:t>
      </w:r>
    </w:p>
    <w:p>
      <w:r>
        <w:rPr>
          <w:color w:val="666666"/>
          <w:sz w:val="18"/>
        </w:rPr>
        <w:t>Glimpses from My Life January 4, 2009 · 1m 47s · at 14:44 · https://youtu.be/qLpcIX-hlC0?t=884</w:t>
      </w:r>
    </w:p>
    <w:p>
      <w:r>
        <w:rPr>
          <w:i/>
        </w:rPr>
        <w:t>“Madrase mein qalmi parcha nikalte the log, haath se likh kar”</w:t>
      </w:r>
    </w:p>
    <w:p>
      <w:r>
        <w:rPr>
          <w:sz w:val="20"/>
        </w:rPr>
        <w:t>14:44  woh chapa nahi, woh to sirf aik training ke liye tha. us ke baad aisa hua ke wohin par, yani madrasay mein is zamanay mein aisa tha ke log qalami parche nikala karte thay.</w:t>
      </w:r>
      <w:r>
        <w:br/>
      </w:r>
      <w:r>
        <w:rPr>
          <w:sz w:val="20"/>
        </w:rPr>
        <w:t>14:59  yani hath se likh kar ke. us ko kehte thay qalami parcha. yani, yani wall wall journal.</w:t>
      </w:r>
      <w:r>
        <w:br/>
      </w:r>
      <w:r>
        <w:rPr>
          <w:sz w:val="20"/>
        </w:rPr>
        <w:t>15:08  to is zamanay mein unhon ne, hamare, hamare, yani hamare sathiyon ne aik faisla kiya ke islah par aik qalami parcha nikala gaya hai.</w:t>
      </w:r>
      <w:r>
        <w:br/>
      </w:r>
      <w:r>
        <w:rPr>
          <w:sz w:val="20"/>
        </w:rPr>
        <w:t>15:17  yani hath se likh kar ke. chupta nahi tha woh. to us mein yeh sawal tha ke is ka naam kya ho? to tarah tarah ke naam logon ne bataye, maslan islah is ka naam ho.</w:t>
      </w:r>
      <w:r>
        <w:br/>
      </w:r>
      <w:r>
        <w:rPr>
          <w:sz w:val="20"/>
        </w:rPr>
        <w:t>15:28  ya taameer is ka naam ho. to mein ne tajweez kiya payam. payam means message. to</w:t>
      </w:r>
      <w:r>
        <w:br/>
      </w:r>
      <w:r>
        <w:rPr>
          <w:sz w:val="20"/>
        </w:rPr>
        <w:t>15:38  mein ne, mujhe ko is ka yeh editor banaya gaya tha. to mein ne apne jo mera jo editorial tha, us mein, us mein mein ne zikr kiya is baat ka ke naam ke muamle mein bohat si rai aai'en.</w:t>
      </w:r>
      <w:r>
        <w:br/>
      </w:r>
      <w:r>
        <w:rPr>
          <w:sz w:val="20"/>
        </w:rPr>
        <w:t>15:52  is mein se aik rai thi payam ki. to isi par sab log agree kar gaye. to jumla mein ne likha tha wahan par ke sab logon ne payam ki tajweez par labbaik kaha.</w:t>
      </w:r>
      <w:r>
        <w:br/>
      </w:r>
      <w:r>
        <w:rPr>
          <w:sz w:val="20"/>
        </w:rPr>
        <w:t>16:04  isi sab logon ne isi payam par labbaik kaha.</w:t>
      </w:r>
      <w:r>
        <w:br/>
      </w:r>
      <w:r>
        <w:rPr>
          <w:sz w:val="20"/>
        </w:rPr>
        <w:t>16:07  yeh aik jumla tha is mein. to Maulana Ameer Hussain Islahi ne mujhe bulaya parh kar ke ke tumhare andar likhne ki quality hai.</w:t>
      </w:r>
      <w:r>
        <w:br/>
      </w:r>
      <w:r>
        <w:rPr>
          <w:sz w:val="20"/>
        </w:rPr>
        <w:t>16:17  likhne ka tumhare andar taste hai, likhne ka shauq hai. ke sab ne isi payam ko labbaik kaha, is mein aik aik adabi chashni thi. to pehla shakhs jis ne mujhe encourage kiya, woh Maulana Ameen Hasan Islahi thay.</w:t>
      </w:r>
    </w:p>
    <w:p>
      <w:pPr>
        <w:pStyle w:val="Heading2"/>
      </w:pPr>
      <w:r>
        <w:t>Age of communication fulfills prophecy, but Muslims are busy fighting</w:t>
      </w:r>
    </w:p>
    <w:p>
      <w:r>
        <w:rPr>
          <w:color w:val="666666"/>
          <w:sz w:val="18"/>
        </w:rPr>
        <w:t>Religion and Democracy December 25, 2011 · 5m 06s · at 45:23 · https://youtu.be/8Mf_yvDA8ik?t=2723</w:t>
      </w:r>
    </w:p>
    <w:p>
      <w:r>
        <w:rPr>
          <w:i/>
        </w:rPr>
        <w:t>“Zameen par jitne ghar hain, har ghar mein Islam ka kalma daakhil ho jayega”</w:t>
      </w:r>
    </w:p>
    <w:p>
      <w:r>
        <w:rPr>
          <w:sz w:val="20"/>
        </w:rPr>
        <w:t>45:23  "la yubqa ala zahr laiz bait madar wa la wabar al-athar la kalimat al-islam"</w:t>
      </w:r>
      <w:r>
        <w:br/>
      </w:r>
      <w:r>
        <w:rPr>
          <w:sz w:val="20"/>
        </w:rPr>
        <w:t>45:34  yani zameen par jitne ghar hain, chote bade, har ghar mein islam ka kalma dakhil ho jayega, Allah dakhil kar dega.</w:t>
      </w:r>
      <w:r>
        <w:br/>
      </w:r>
      <w:r>
        <w:rPr>
          <w:sz w:val="20"/>
        </w:rPr>
        <w:t>45:44  is ka matlab kya hai? yani ek daur aisa ayega. is hadith ka matlab kya hai? ek daur aisa ayega jab ke yeh mumkin ho jayega ke ghar ghar islam ka kalma dakhil kiya ja sake.</w:t>
      </w:r>
      <w:r>
        <w:br/>
      </w:r>
      <w:r>
        <w:rPr>
          <w:sz w:val="20"/>
        </w:rPr>
        <w:t>45:59  yeh is hadith mein darasal ek ek prediction tha, ek peshangoi thi, kyunke saatvi sadi isvi mein jab islam aya, us waqt to insan ko pata hi nahi tha ke geography jo kitni badi duniya hai, yeh kitne mulk the, us waqt bilkul unknown the, jaise australia unknown tha, america unknown tha.</w:t>
      </w:r>
      <w:r>
        <w:br/>
      </w:r>
      <w:r>
        <w:rPr>
          <w:sz w:val="20"/>
        </w:rPr>
        <w:t>46:19  phir samandari safar kar ke doosre mulkon mein pahunchna yeh bhi namumkin tha. hawa jahaz nahi the, communication nahi tha,</w:t>
      </w:r>
      <w:r>
        <w:br/>
      </w:r>
      <w:r>
        <w:rPr>
          <w:sz w:val="20"/>
        </w:rPr>
        <w:t>46:27  to yeh mumkin hi nahi tha ke sari duniya ke tamam gharon mein islam ka kalma dakhil ho jaye. impossible tha. to is hadith mein bataya gaya ke yeh daur hamesha nahi rahega, jo ab hai,</w:t>
      </w:r>
      <w:r>
        <w:br/>
      </w:r>
      <w:r>
        <w:rPr>
          <w:sz w:val="20"/>
        </w:rPr>
        <w:t>46:40  badlega halaat. yani seventh century mein jo zamana hai ke ke woh badlega,</w:t>
      </w:r>
      <w:r>
        <w:br/>
      </w:r>
      <w:r>
        <w:rPr>
          <w:sz w:val="20"/>
        </w:rPr>
        <w:t>46:48  badalte badalte ek naya zamana ayega, age of communication, aur us waqt yeh mumkin ho jayega ke ghar ghar islam ki baat pahunchai ja sake.</w:t>
      </w:r>
      <w:r>
        <w:br/>
      </w:r>
      <w:r>
        <w:rPr>
          <w:sz w:val="20"/>
        </w:rPr>
        <w:t>46:59  to yahi to woh zamana hai, yahi to woh zamana hai, lekin hum is ko available nahi kar pa rahe hain, kyunke hum ladne mein mashgool hain.</w:t>
      </w:r>
      <w:r>
        <w:br/>
      </w:r>
      <w:r>
        <w:rPr>
          <w:sz w:val="20"/>
        </w:rPr>
        <w:t>47:11  sari duniya ke musalmanon par jo sawar hai, woh jihad ke naam par ladai, jihad ke naam par ladai, aur is ka natija kya hai?</w:t>
      </w:r>
      <w:r>
        <w:br/>
      </w:r>
      <w:r>
        <w:rPr>
          <w:sz w:val="20"/>
        </w:rPr>
        <w:t>47:19  ke dawat ke awqaa jo hain, woh in available pade hue hain. kaisi ajeeb baat hai yeh ke yeh hadith mein jo peshangoi thi, jo prediction tha, woh jab waqea bana to hum ladne banne mein mashgool ho gaye.</w:t>
      </w:r>
      <w:r>
        <w:br/>
      </w:r>
      <w:r>
        <w:rPr>
          <w:sz w:val="20"/>
        </w:rPr>
        <w:t>47:39  is hadith mein jo baat kahi gayi, woh haqiqatan ek peshangoi thi ke ek zamana ayega jab ke aisa aise halaat paida honge, yani age of communication ka zamana,</w:t>
      </w:r>
      <w:r>
        <w:br/>
      </w:r>
      <w:r>
        <w:rPr>
          <w:sz w:val="20"/>
        </w:rPr>
        <w:t>47:52  aur is ki wajah se yeh mumkin ho jayega ke har insan tak, har chhote bade ghar mein, har jagah Allah ki baat logon ko pahunchai ja sake.</w:t>
      </w:r>
      <w:r>
        <w:br/>
      </w:r>
      <w:r>
        <w:rPr>
          <w:sz w:val="20"/>
        </w:rPr>
        <w:t>48:04  to jab woh zamana aya, Allah taala ne woh zamana khola to logon ne ek to shaitan ne kya kiya?</w:t>
      </w:r>
      <w:r>
        <w:br/>
      </w:r>
      <w:r>
        <w:rPr>
          <w:sz w:val="20"/>
        </w:rPr>
        <w:t>48:15  political interpretation of islam mein phansa kar ke logon ko is se door kar diya. main bataun ke yeh ek yani shaitan ne bahut zabardast, bahut khoobsurat alfaaz mein shaitan ka ek kaam hai: tazeen, beautification.</w:t>
      </w:r>
      <w:r>
        <w:br/>
      </w:r>
      <w:r>
        <w:rPr>
          <w:sz w:val="20"/>
        </w:rPr>
        <w:t>48:30  quran mein yeh bataya gaya hai: "zayyan al-shaytan a'mal</w:t>
      </w:r>
      <w:r>
        <w:br/>
      </w:r>
      <w:r>
        <w:rPr>
          <w:sz w:val="20"/>
        </w:rPr>
        <w:t>48:34  " yani shaitan ka tareeqa yeh hai ke ek galat kaam ko beautify karta hai, galat kaam ko beautify karta hai.</w:t>
      </w:r>
      <w:r>
        <w:br/>
      </w:r>
      <w:r>
        <w:rPr>
          <w:sz w:val="20"/>
        </w:rPr>
        <w:t>48:43  to shaitan ne beautify kiya, yani ladai bhadai ko beautify kar ke jihad bata diya. ladai bhadai ko beautify kar ke kaha ke yeh mukammal nizam qaim karna hai.</w:t>
      </w:r>
      <w:r>
        <w:br/>
      </w:r>
      <w:r>
        <w:rPr>
          <w:sz w:val="20"/>
        </w:rPr>
        <w:t>48:54  ladai bhadai ko beautify kar ke keh diya ke islami hukumat hai. yeh "that is sheer beautification of of certain"</w:t>
      </w:r>
      <w:r>
        <w:br/>
      </w:r>
      <w:r>
        <w:rPr>
          <w:sz w:val="20"/>
        </w:rPr>
        <w:t>49:04  to yeh zaroori hai. sab se sab se pehle zaroori hai ke hum is se is fareb se bahar aayen taake hum khud islam par amal kar saken aur doosron ke bare mein jo zimmedariyan hain, us ko poori kar saken.</w:t>
      </w:r>
      <w:r>
        <w:br/>
      </w:r>
      <w:r>
        <w:rPr>
          <w:sz w:val="20"/>
        </w:rPr>
        <w:t>49:23  dekhen, is nazariye ne logon ko is se bhi mahroom kar diya ke woh khud zaati satah pe islam pe qaim hon.</w:t>
      </w:r>
      <w:r>
        <w:br/>
      </w:r>
      <w:r>
        <w:rPr>
          <w:sz w:val="20"/>
        </w:rPr>
        <w:t>49:31  yani bahut ajeeb baat hai ke yeh political interpretation of history jo aya us zamane mein, is ne logon ko is se bhi mahroom kar diya ke woh apni zaat ki satah par woh islam ko ikhtiyar kar saken.</w:t>
      </w:r>
      <w:r>
        <w:br/>
      </w:r>
      <w:r>
        <w:rPr>
          <w:sz w:val="20"/>
        </w:rPr>
        <w:t>49:43  woh kaise? yeh nazariya aap ko kya karta hai? we and they mein banta hai, rivalry create karta hai.</w:t>
      </w:r>
      <w:r>
        <w:br/>
      </w:r>
      <w:r>
        <w:rPr>
          <w:sz w:val="20"/>
        </w:rPr>
        <w:t>49:53  koi aap ka muqabil mein hota hai, us se aap lad kar ke us se hukumat chheen na hai. to is ka natija kya</w:t>
      </w:r>
      <w:r>
        <w:br/>
      </w:r>
      <w:r>
        <w:rPr>
          <w:sz w:val="20"/>
        </w:rPr>
        <w:t>49:59  hai? nafrat, hate yani aur negative thinking. aur dekhen, negative thinking ka agar aaiye aap ke andar to positive thinking khatam ho gai.</w:t>
      </w:r>
      <w:r>
        <w:br/>
      </w:r>
      <w:r>
        <w:rPr>
          <w:sz w:val="20"/>
        </w:rPr>
        <w:t>50:13  ab baghair positive thinking ke aap Allah ki marifat hasil nahi kar sakte. positive thinking base hai Allah ki marifat ke liye.</w:t>
      </w:r>
      <w:r>
        <w:br/>
      </w:r>
      <w:r>
        <w:rPr>
          <w:sz w:val="20"/>
        </w:rPr>
        <w:t>50:22  positive thinking base hai Allah se taluq ke liye, sachi baat karne ke liye.</w:t>
      </w:r>
    </w:p>
    <w:p>
      <w:pPr>
        <w:pStyle w:val="Heading2"/>
      </w:pPr>
      <w:r>
        <w:t>Billions of blessings versus one missing thing</w:t>
      </w:r>
    </w:p>
    <w:p>
      <w:r>
        <w:rPr>
          <w:color w:val="666666"/>
          <w:sz w:val="18"/>
        </w:rPr>
        <w:t>Between Hell and Paradise January 27, 2013 Maulana Wahiduddin Khan · 32s · at 20:23 · https://youtu.be/kYx7-0xQpXA?t=1223</w:t>
      </w:r>
    </w:p>
    <w:p>
      <w:r>
        <w:rPr>
          <w:i/>
        </w:rPr>
        <w:t>“Har lamha aapke paas million billion items hain shukar karne ke”</w:t>
      </w:r>
    </w:p>
    <w:p>
      <w:r>
        <w:rPr>
          <w:sz w:val="20"/>
        </w:rPr>
        <w:t>20:23  sab. poori poori ummat muslima isi mein padi hui hai. dekhiye, is duniya mein har lamha aap ke paas million billion item hain shukr karne ki.</w:t>
      </w:r>
      <w:r>
        <w:br/>
      </w:r>
      <w:r>
        <w:rPr>
          <w:sz w:val="20"/>
        </w:rPr>
        <w:t>20:38  million billion train item shukr karne ke hain. bas shukr kijiye. ek do cheez jo nahi mili hui hain, bas usi par focus kar dete hain aap.</w:t>
      </w:r>
      <w:r>
        <w:br/>
      </w:r>
      <w:r>
        <w:rPr>
          <w:sz w:val="20"/>
        </w:rPr>
        <w:t>20:47  kyun ke satan yahi sikhata hai. satan ko sab ko tabaah karna hai.</w:t>
      </w:r>
    </w:p>
    <w:p>
      <w:pPr>
        <w:pStyle w:val="Heading2"/>
      </w:pPr>
      <w:r>
        <w:t>Introduction to Izhar-e-Deen and its ayah</w:t>
      </w:r>
    </w:p>
    <w:p>
      <w:r>
        <w:rPr>
          <w:color w:val="666666"/>
          <w:sz w:val="18"/>
        </w:rPr>
        <w:t>Izhar-e-Deen 1 Sept, 2013 - Maulana Wahiduddin Khan · 45s · at 0:41 · https://youtu.be/4ji_Fw2hQ4I?t=41</w:t>
      </w:r>
    </w:p>
    <w:p>
      <w:r>
        <w:rPr>
          <w:i/>
        </w:rPr>
        <w:t>“Aaj ka topic hai izhar-e-deen.”</w:t>
      </w:r>
    </w:p>
    <w:p>
      <w:r>
        <w:rPr>
          <w:sz w:val="20"/>
        </w:rPr>
        <w:t>0:41  aaj ka topic hai izhar-e-deen. quran mein ek ayat hai jo teen baar aayi hai, teen suraton mein.</w:t>
      </w:r>
      <w:r>
        <w:br/>
      </w:r>
      <w:r>
        <w:rPr>
          <w:sz w:val="20"/>
        </w:rPr>
        <w:t>0:59  to isi ko le kar aaj kuch baatein arz karna hain. woh ayat yeh hai: "huwalladhi arsala rasulahu bil huda wa din al-haqq, li yuzhirahu 'ala ad-dini kullihi,</w:t>
      </w:r>
      <w:r>
        <w:br/>
      </w:r>
      <w:r>
        <w:rPr>
          <w:sz w:val="20"/>
        </w:rPr>
        <w:t>1:18  wa kafa billahi shaheeda."</w:t>
      </w:r>
    </w:p>
    <w:p>
      <w:pPr>
        <w:pStyle w:val="Heading2"/>
      </w:pPr>
      <w:r>
        <w:t>desire never ends, only has natural limits</w:t>
      </w:r>
    </w:p>
    <w:p>
      <w:r>
        <w:rPr>
          <w:color w:val="666666"/>
          <w:sz w:val="18"/>
        </w:rPr>
        <w:t>Concept of Paradise 26 Sept 2021 - Prof. Farida Khanam · 49s · at 17:44 · https://youtu.be/a9bQN23LYPE?t=1064</w:t>
      </w:r>
    </w:p>
    <w:p>
      <w:r>
        <w:rPr>
          <w:i/>
        </w:rPr>
        <w:t>“Boriyat hamare andar desire khatam hone ka naam nahi”</w:t>
      </w:r>
    </w:p>
    <w:p>
      <w:r>
        <w:rPr>
          <w:sz w:val="20"/>
        </w:rPr>
        <w:t>17:44  asal mein boriyat jo hoti hai woh is ka phenomena nahi hai ke hamare andar desire khatam ho gayi. desire to kabhi khatam hi nahi hoti hai lekin hamare andar limitations hain.</w:t>
      </w:r>
      <w:r>
        <w:br/>
      </w:r>
      <w:r>
        <w:rPr>
          <w:sz w:val="20"/>
        </w:rPr>
        <w:t>17:57  misal ke taur par jab hum khana khate hain to thori der mein hum satiation point par aa jate hain to hum khana aur khana chahte hain lekin hamara pet bhar jata hai aur hum aur kha nahi paate.</w:t>
      </w:r>
      <w:r>
        <w:br/>
      </w:r>
      <w:r>
        <w:rPr>
          <w:sz w:val="20"/>
        </w:rPr>
        <w:t>18:10  isi tareeqe se aap samajh sakte hain doosri bhi tamam desires ke bare mein. to jannat mein yeh sari desires jo hain complete fulfillment hoga aur wahan par pore tareeqe se Allah taala ne aisa intezam kiya hai ke wahan har cheez ideal form mein hogi.</w:t>
      </w:r>
    </w:p>
    <w:p>
      <w:pPr>
        <w:pStyle w:val="Heading2"/>
      </w:pPr>
      <w:r>
        <w:t>claim that human rights activists enable rising crime</w:t>
      </w:r>
    </w:p>
    <w:p>
      <w:r>
        <w:rPr>
          <w:color w:val="666666"/>
          <w:sz w:val="18"/>
        </w:rPr>
        <w:t>Realization of God September 15, 2013 · 39s · at 1:16:54 · https://youtu.be/CNEEeM5uyi8?t=4614</w:t>
      </w:r>
    </w:p>
    <w:p>
      <w:r>
        <w:rPr>
          <w:i/>
        </w:rPr>
        <w:t>“Jaraim ke sabse zimmedar Human Rights Activists hain”</w:t>
      </w:r>
    </w:p>
    <w:p>
      <w:r>
        <w:rPr>
          <w:sz w:val="20"/>
        </w:rPr>
        <w:t>1:16:54  mein yeh bataun ke juraim ke sab se zimmedar human rights activist hain.</w:t>
      </w:r>
      <w:r>
        <w:br/>
      </w:r>
      <w:r>
        <w:rPr>
          <w:sz w:val="20"/>
        </w:rPr>
        <w:t>1:16:59  yeh juraim aaj kal barh gaye hain, taza kyunke sab se bari zimmedari human rights activist ki hai, kyunke yeh log mujrimin ko bacha lete hain. jitni bhi un ki activities hain, mujrimin ko bachane ke liye to un ko saza nahi hoti.</w:t>
      </w:r>
      <w:r>
        <w:br/>
      </w:r>
      <w:r>
        <w:rPr>
          <w:sz w:val="20"/>
        </w:rPr>
        <w:t>1:17:14  sab se bare zimmedar hain human rights activist ke mujrimin ko saza nahi hone dete. deterrent punishment ki nabat nahi ati.</w:t>
      </w:r>
      <w:r>
        <w:br/>
      </w:r>
      <w:r>
        <w:rPr>
          <w:sz w:val="20"/>
        </w:rPr>
        <w:t>1:17:23  to yeh sara jo dunya mein jis ko kehte hain bigar, woh sab insanon ki wajah se hai. allah ki takhleeq mein aisi koi cheez nahi hai.</w:t>
      </w:r>
    </w:p>
    <w:p>
      <w:pPr>
        <w:pStyle w:val="Heading2"/>
      </w:pPr>
      <w:r>
        <w:t>everything he experienced turned into God in his mind</w:t>
      </w:r>
    </w:p>
    <w:p>
      <w:r>
        <w:rPr>
          <w:color w:val="666666"/>
          <w:sz w:val="18"/>
        </w:rPr>
        <w:t>Road to God July 25, 2010 Maulana Wahiduddin Khan · 1m 22s · at 10:50 · https://youtu.be/1kLAQHcFaFk?t=650</w:t>
      </w:r>
    </w:p>
    <w:p>
      <w:r>
        <w:rPr>
          <w:i/>
        </w:rPr>
        <w:t>“Everything I saw turned into God in my mind”</w:t>
      </w:r>
    </w:p>
    <w:p>
      <w:r>
        <w:rPr>
          <w:sz w:val="20"/>
        </w:rPr>
        <w:t>10:50  har cheez, har cheez, har cheez.</w:t>
      </w:r>
      <w:r>
        <w:br/>
      </w:r>
      <w:r>
        <w:rPr>
          <w:sz w:val="20"/>
        </w:rPr>
        <w:t>10:53  main ne bohat pehle jab angrezi shuru ki thi to aik parhi thi aik aik shakhs ka tha us mein do line.</w:t>
      </w:r>
      <w:r>
        <w:br/>
      </w:r>
      <w:r>
        <w:rPr>
          <w:sz w:val="20"/>
        </w:rPr>
        <w:t>11:06  to us mein tha ke "the most strange thing discovered by me".</w:t>
      </w:r>
      <w:r>
        <w:br/>
      </w:r>
      <w:r>
        <w:rPr>
          <w:sz w:val="20"/>
        </w:rPr>
        <w:t>11:18  whatever misty eats turns into misty.</w:t>
      </w:r>
      <w:r>
        <w:br/>
      </w:r>
      <w:r>
        <w:rPr>
          <w:sz w:val="20"/>
        </w:rPr>
        <w:t>11:22  wo kehta hai ke sab se ajeeb cheez jo main ne daryaft ki zindagi mein wo kiya? ke misty jo kuch khati hai wo misty ban jata hai. misty se murad koi bhi aik lady.</w:t>
      </w:r>
      <w:r>
        <w:br/>
      </w:r>
      <w:r>
        <w:rPr>
          <w:sz w:val="20"/>
        </w:rPr>
        <w:t>11:34  matlab hum khate hain ghalla, phal, sabzi, mukhtalif cheezen. body pe janay ke baad kiya hota hai? meri personality ka hissa ban jata hai wo.</w:t>
      </w:r>
      <w:r>
        <w:br/>
      </w:r>
      <w:r>
        <w:rPr>
          <w:sz w:val="20"/>
        </w:rPr>
        <w:t>11:47  bahir wo bahir wo food items hain. ke mere andar dakhil hua to jo mechanism hai, digest system hai, wo us ko badal kar ke meri personality ka juz bana deta hai.</w:t>
      </w:r>
      <w:r>
        <w:br/>
      </w:r>
      <w:r>
        <w:rPr>
          <w:sz w:val="20"/>
        </w:rPr>
        <w:t>12:01  whatever misty eats turns into misty. aise hi mera hua. jo kuch bhi main ne dekha wo mere mind mein dhal gaya Allah ke roop mein.</w:t>
      </w:r>
    </w:p>
    <w:p>
      <w:pPr>
        <w:pStyle w:val="Heading2"/>
      </w:pPr>
      <w:r>
        <w:t>What a truly sincere prayer actually is</w:t>
      </w:r>
    </w:p>
    <w:p>
      <w:r>
        <w:rPr>
          <w:color w:val="666666"/>
          <w:sz w:val="18"/>
        </w:rPr>
        <w:t>The Expression of Faith (Izhar e Deen) September 1, 2013 · 2m 22s · at 46:13 · https://youtu.be/muBDJ8a_8-0?t=2773</w:t>
      </w:r>
    </w:p>
    <w:p>
      <w:r>
        <w:rPr>
          <w:i/>
        </w:rPr>
        <w:t>“Dua ke koi alfaz nahi hote, dil ki gehraiyon se nikalti hai”</w:t>
      </w:r>
    </w:p>
    <w:p>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p>
    <w:p>
      <w:pPr>
        <w:pStyle w:val="Heading2"/>
      </w:pPr>
      <w:r>
        <w:t>Fasting teaches deep thinking and controlling negativity</w:t>
      </w:r>
    </w:p>
    <w:p>
      <w:r>
        <w:rPr>
          <w:color w:val="666666"/>
          <w:sz w:val="18"/>
        </w:rPr>
        <w:t>Adopt A Life of Fasting May 1, 2020 Maulana Wahiduddin Khan · 2m 45s · at 4:46 · https://youtu.be/oH6_1ogi0o4?t=286</w:t>
      </w:r>
    </w:p>
    <w:p>
      <w:r>
        <w:rPr>
          <w:i/>
        </w:rPr>
        <w:t>“Iske maani hain ke roza aadmi ko taleem deta hai”</w:t>
      </w:r>
    </w:p>
    <w:p>
      <w:r>
        <w:rPr>
          <w:sz w:val="20"/>
        </w:rPr>
        <w:t>4:46  is ke ma'ni hain ke roza aadmi ko</w:t>
      </w:r>
      <w:r>
        <w:br/>
      </w:r>
      <w:r>
        <w:rPr>
          <w:sz w:val="20"/>
        </w:rPr>
        <w:t>4:55  taleem deta hai ke</w:t>
      </w:r>
      <w:r>
        <w:br/>
      </w:r>
      <w:r>
        <w:rPr>
          <w:sz w:val="20"/>
        </w:rPr>
        <w:t>5:04  zyada gehrai ke sath baaton ko soche, zyada gehrai ke sath woh apni zindagi ka naqsha banaye.</w:t>
      </w:r>
      <w:r>
        <w:br/>
      </w:r>
      <w:r>
        <w:rPr>
          <w:sz w:val="20"/>
        </w:rPr>
        <w:t>5:18  to aadmi ko</w:t>
      </w:r>
      <w:r>
        <w:br/>
      </w:r>
      <w:r>
        <w:rPr>
          <w:sz w:val="20"/>
        </w:rPr>
        <w:t>5:22  roza rakhne ke sath yeh bhi sochna hai ke yeh kis baat ki alamat hai roza?</w:t>
      </w:r>
      <w:r>
        <w:br/>
      </w:r>
      <w:r>
        <w:rPr>
          <w:sz w:val="20"/>
        </w:rPr>
        <w:t>5:34  yeh jo main roza rakh raha hoon, yeh kis baat ki alamat hai?</w:t>
      </w:r>
      <w:r>
        <w:br/>
      </w:r>
      <w:r>
        <w:rPr>
          <w:sz w:val="20"/>
        </w:rPr>
        <w:t>5:46  yeh is baat ki alamat hai ke</w:t>
      </w:r>
      <w:r>
        <w:br/>
      </w:r>
      <w:r>
        <w:rPr>
          <w:sz w:val="20"/>
        </w:rPr>
        <w:t>5:59  ikhlaqi</w:t>
      </w:r>
      <w:r>
        <w:br/>
      </w:r>
      <w:r>
        <w:rPr>
          <w:sz w:val="20"/>
        </w:rPr>
        <w:t>6:04  aitbar se</w:t>
      </w:r>
      <w:r>
        <w:br/>
      </w:r>
      <w:r>
        <w:rPr>
          <w:sz w:val="20"/>
        </w:rPr>
        <w:t>6:12  jin cheezon ko chhodna hai,</w:t>
      </w:r>
      <w:r>
        <w:br/>
      </w:r>
      <w:r>
        <w:rPr>
          <w:sz w:val="20"/>
        </w:rPr>
        <w:t>6:16  un jo cheezon ko aadmi chhodhe, yeh chhodne ki fehrist islam mein sirf khane peene ki had tak nahi hai.</w:t>
      </w:r>
      <w:r>
        <w:br/>
      </w:r>
      <w:r>
        <w:rPr>
          <w:sz w:val="20"/>
        </w:rPr>
        <w:t>6:30  chhodne ki fehrist yahan tak hai</w:t>
      </w:r>
      <w:r>
        <w:br/>
      </w:r>
      <w:r>
        <w:rPr>
          <w:sz w:val="20"/>
        </w:rPr>
        <w:t>6:39  ke</w:t>
      </w:r>
      <w:r>
        <w:br/>
      </w:r>
      <w:r>
        <w:rPr>
          <w:sz w:val="20"/>
        </w:rPr>
        <w:t>6:43  negative soch</w:t>
      </w:r>
      <w:r>
        <w:br/>
      </w:r>
      <w:r>
        <w:rPr>
          <w:sz w:val="20"/>
        </w:rPr>
        <w:t>6:52  bhi chhodna hai,</w:t>
      </w:r>
      <w:r>
        <w:br/>
      </w:r>
      <w:r>
        <w:rPr>
          <w:sz w:val="20"/>
        </w:rPr>
        <w:t>6:58  negative planning bhi sochna hai, chhodna hai.</w:t>
      </w:r>
      <w:r>
        <w:br/>
      </w:r>
      <w:r>
        <w:rPr>
          <w:sz w:val="20"/>
        </w:rPr>
        <w:t>7:10  ke is ka matlab yeh hai ke jab tak aadmi sochne wali zindagi na guzare, tab tak is ka roza mukammal nahi hoga.</w:t>
      </w:r>
    </w:p>
    <w:p>
      <w:pPr>
        <w:pStyle w:val="Heading2"/>
      </w:pPr>
      <w:r>
        <w:t>From reason to intuitive certainty of God</w:t>
      </w:r>
    </w:p>
    <w:p>
      <w:r>
        <w:rPr>
          <w:color w:val="666666"/>
          <w:sz w:val="18"/>
        </w:rPr>
        <w:t>Q&amp;A 10 Nov 2011 - Maulana Wahiduddin Khan · 1m 58s · at 5:52 · https://youtu.be/cmBNOsO1nVo?t=352</w:t>
      </w:r>
    </w:p>
    <w:p>
      <w:r>
        <w:rPr>
          <w:i/>
        </w:rPr>
        <w:t>“Ek hai reason, ek hai intuition.”</w:t>
      </w:r>
    </w:p>
    <w:p>
      <w:r>
        <w:rPr>
          <w:sz w:val="20"/>
        </w:rPr>
        <w:t>5:52  ek hai reason, ek hai intuition, yaani aqal aur wisdom. to aqal se hum sochte hain, sochte hain, to hum probability tak pounchate hain. yaani is, yeh, yeh hamare samajh mein aata hai ke Khuda zaroor hona chahiye. baghair Khuda ke kaise?</w:t>
      </w:r>
      <w:r>
        <w:br/>
      </w:r>
      <w:r>
        <w:rPr>
          <w:sz w:val="20"/>
        </w:rPr>
        <w:t>6:14  sir, aap hain</w:t>
      </w:r>
      <w:r>
        <w:br/>
      </w:r>
      <w:r>
        <w:rPr>
          <w:sz w:val="20"/>
        </w:rPr>
        <w:t>6:16  to aqal humko reason, humko probability tak pounchaati hai. yaani probability there is a god. uske baad hamare andar khud bahut zabardast intuition ki salahiyat. wisdom kaha jata hai. uske darwaze khul jate hain.</w:t>
      </w:r>
      <w:r>
        <w:br/>
      </w:r>
      <w:r>
        <w:rPr>
          <w:sz w:val="20"/>
        </w:rPr>
        <w:t>6:32  agar aapne apni aqal ko istemal karke probability tak apne ko pouncha diya ho, to lazma hota hai ke intuition ka darwaza khul jata hai. aur phir wahan se yaqeen shuru hota hai. wahan se yaqeen shuru hota hai. yaani intuition ki satah par, wisdom ki satah par yaqeeni yaqeen hai.</w:t>
      </w:r>
      <w:r>
        <w:br/>
      </w:r>
      <w:r>
        <w:rPr>
          <w:sz w:val="20"/>
        </w:rPr>
        <w:t>6:55  to Allah taala ki rehmat hai ke usne hamare wisdom mein apna shaoor rakh diya hai. agar shaoor na maujood hota hamare wisdom mein, to bahut mushkil hota.</w:t>
      </w:r>
      <w:r>
        <w:br/>
      </w:r>
      <w:r>
        <w:rPr>
          <w:sz w:val="20"/>
        </w:rPr>
        <w:t>7:09  to sirf yeh hai ke wisdom ke darwaze tak apne ko pounchana. uske baad to yaqeeni yaqeen hai. mohabbat hi mohabbat hai. to khulasa yeh hai ke ghaur-o-fikr se aapki aqal activate hoti hai. ghaur-o-fikr se aap</w:t>
      </w:r>
      <w:r>
        <w:br/>
      </w:r>
      <w:r>
        <w:rPr>
          <w:sz w:val="20"/>
        </w:rPr>
        <w:t>7:26  is probability tak pounchate hain ke zaroor yahan to ek Khuda hona chahiye. Khuda ke baghair yeh kainat explain nahi hoti. jab yahan tak aap pouncha lete hain apne aap ko, to phir intuition ka darwaza khul jata hai.</w:t>
      </w:r>
      <w:r>
        <w:br/>
      </w:r>
      <w:r>
        <w:rPr>
          <w:sz w:val="20"/>
        </w:rPr>
        <w:t>7:44  aur jab intuition ka darwaza khul jaye, to phir wahan par yaqeeni yaqeen hota hai.</w:t>
      </w:r>
    </w:p>
    <w:p>
      <w:pPr>
        <w:pStyle w:val="Heading2"/>
      </w:pPr>
      <w:r>
        <w:t>True meaning of Zamzam: trust in God's help, not sanctity</w:t>
      </w:r>
    </w:p>
    <w:p>
      <w:r>
        <w:rPr>
          <w:color w:val="666666"/>
          <w:sz w:val="18"/>
        </w:rPr>
        <w:t>Divine Help September 22, 2015 · 5m 04s · at 1:02:26 · https://youtu.be/sozrNCif0Gg?t=3746</w:t>
      </w:r>
    </w:p>
    <w:p>
      <w:r>
        <w:rPr>
          <w:i/>
        </w:rPr>
        <w:t>“Aaj musalman Zamzam ke pani ko muqaddas maante hain, kya yeh sahi hai”</w:t>
      </w:r>
    </w:p>
    <w:p>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r>
        <w:br/>
      </w:r>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p>
    <w:p>
      <w:pPr>
        <w:pStyle w:val="Heading2"/>
      </w:pPr>
      <w:r>
        <w:t>Quranic verse on kindness to non-heirs and humility</w:t>
      </w:r>
    </w:p>
    <w:p>
      <w:r>
        <w:rPr>
          <w:color w:val="666666"/>
          <w:sz w:val="18"/>
        </w:rPr>
        <w:t>Muslims in 21st Century (In Conversation with Maulana) 11 04 10 · 4m 08s · at 16:52 · https://youtu.be/MkMop0icjSc?t=1012</w:t>
      </w:r>
    </w:p>
    <w:p>
      <w:r>
        <w:rPr>
          <w:i/>
        </w:rPr>
        <w:t>“Yeh badi ajeeb aayat hai”</w:t>
      </w:r>
    </w:p>
    <w:p>
      <w:r>
        <w:rPr>
          <w:sz w:val="20"/>
        </w:rPr>
        <w:t>16:52  and speak kindly to them.</w:t>
      </w:r>
      <w:r>
        <w:br/>
      </w:r>
      <w:r>
        <w:rPr>
          <w:sz w:val="20"/>
        </w:rPr>
        <w:t>16:56  maulana, kindly explain this verse.</w:t>
      </w:r>
      <w:r>
        <w:br/>
      </w:r>
      <w:r>
        <w:rPr>
          <w:sz w:val="20"/>
        </w:rPr>
        <w:t>17:00  haan, dekhen, yeh bari ajeeb ayat hai quran majeed mein.</w:t>
      </w:r>
      <w:r>
        <w:br/>
      </w:r>
      <w:r>
        <w:rPr>
          <w:sz w:val="20"/>
        </w:rPr>
        <w:t>17:04  is ayat mein yeh kaha gaya hai ke ek shakhs mar gaya, uska tarka hai, us tarke</w:t>
      </w:r>
      <w:r>
        <w:br/>
      </w:r>
      <w:r>
        <w:rPr>
          <w:sz w:val="20"/>
        </w:rPr>
        <w:t>17:08  ko maantna hai.</w:t>
      </w:r>
      <w:r>
        <w:br/>
      </w:r>
      <w:r>
        <w:rPr>
          <w:sz w:val="20"/>
        </w:rPr>
        <w:t>17:13  ab zimmedar log ikhatta hue ke bhai, tarka jo hai, jiska uska haq hai, us</w:t>
      </w:r>
      <w:r>
        <w:br/>
      </w:r>
      <w:r>
        <w:rPr>
          <w:sz w:val="20"/>
        </w:rPr>
        <w:t>17:17  ko de diya jaye.</w:t>
      </w:r>
      <w:r>
        <w:br/>
      </w:r>
      <w:r>
        <w:rPr>
          <w:sz w:val="20"/>
        </w:rPr>
        <w:t>17:21  to aap jantay hain ke tarka jo hai, miras</w:t>
      </w:r>
      <w:r>
        <w:br/>
      </w:r>
      <w:r>
        <w:rPr>
          <w:sz w:val="20"/>
        </w:rPr>
        <w:t>17:25  sab ka haq nahi hota, unhi rishtedaron ka haq hota hai.</w:t>
      </w:r>
      <w:r>
        <w:br/>
      </w:r>
      <w:r>
        <w:rPr>
          <w:sz w:val="20"/>
        </w:rPr>
        <w:t>17:31  to ab koi kuch aur log wahan kharay ho jayein, jo door ke rishtedar hain, un ko</w:t>
      </w:r>
      <w:r>
        <w:br/>
      </w:r>
      <w:r>
        <w:rPr>
          <w:sz w:val="20"/>
        </w:rPr>
        <w:t>17:37  ke sharai account ke mutabiq miras mein haq nahi milta, woh wahan aage aa gaye, woh to farmaya ke</w:t>
      </w:r>
      <w:r>
        <w:br/>
      </w:r>
      <w:r>
        <w:rPr>
          <w:sz w:val="20"/>
        </w:rPr>
        <w:t>17:43  unhein bhi kuch de do.</w:t>
      </w:r>
      <w:r>
        <w:br/>
      </w:r>
      <w:r>
        <w:rPr>
          <w:sz w:val="20"/>
        </w:rPr>
        <w:t>17:49  is se mein ne ek ajeeb o ghareeb cheez paai hai ke</w:t>
      </w:r>
      <w:r>
        <w:br/>
      </w:r>
      <w:r>
        <w:rPr>
          <w:sz w:val="20"/>
        </w:rPr>
        <w:t>17:55  ke ghair ghair mustahiq sawali ke liye, ghair mustahiq sawali ke liye bhi ka ek darja Allah taala</w:t>
      </w:r>
      <w:r>
        <w:br/>
      </w:r>
      <w:r>
        <w:rPr>
          <w:sz w:val="20"/>
        </w:rPr>
        <w:t>18:00  ka rakha hai.</w:t>
      </w:r>
      <w:r>
        <w:br/>
      </w:r>
      <w:r>
        <w:rPr>
          <w:sz w:val="20"/>
        </w:rPr>
        <w:t>18:06  yani woh insaan jo aagaya hai, woh ghair mustahiq hai, woh deserve nahi karta legally ke us ko</w:t>
      </w:r>
      <w:r>
        <w:br/>
      </w:r>
      <w:r>
        <w:rPr>
          <w:sz w:val="20"/>
        </w:rPr>
        <w:t>18:11  kuch diya jaye.</w:t>
      </w:r>
      <w:r>
        <w:br/>
      </w:r>
      <w:r>
        <w:rPr>
          <w:sz w:val="20"/>
        </w:rPr>
        <w:t>18:16  lekin jab woh aagaya hai, woh to use bhi kuch de do.</w:t>
      </w:r>
      <w:r>
        <w:br/>
      </w:r>
      <w:r>
        <w:rPr>
          <w:sz w:val="20"/>
        </w:rPr>
        <w:t>18:22  is se hamein ek point of reference milta hai</w:t>
      </w:r>
      <w:r>
        <w:br/>
      </w:r>
      <w:r>
        <w:rPr>
          <w:sz w:val="20"/>
        </w:rPr>
        <w:t>18:27  Allah taala se dua karne ke liye ke khudaaya, aakhirat mein jab taqseem maujood hogi, yani logon ko</w:t>
      </w:r>
      <w:r>
        <w:br/>
      </w:r>
      <w:r>
        <w:rPr>
          <w:sz w:val="20"/>
        </w:rPr>
        <w:t>18:33  inaamaat baante jayenge, to aamileen ke liye honge, yani jo amal karne wale log hain, un</w:t>
      </w:r>
      <w:r>
        <w:br/>
      </w:r>
      <w:r>
        <w:rPr>
          <w:sz w:val="20"/>
        </w:rPr>
        <w:t>18:39  ke liye taqseem inaamaat hoga.</w:t>
      </w:r>
      <w:r>
        <w:br/>
      </w:r>
      <w:r>
        <w:rPr>
          <w:sz w:val="20"/>
        </w:rPr>
        <w:t>18:45  to mere jaisa insaan bhi wahan ek khada ho jayega aur yeh le kar ke ke Allah</w:t>
      </w:r>
      <w:r>
        <w:br/>
      </w:r>
      <w:r>
        <w:rPr>
          <w:sz w:val="20"/>
        </w:rPr>
        <w:t>18:51  taala ne jab duniya mein yeh yeh qaum rakha tha</w:t>
      </w:r>
      <w:r>
        <w:br/>
      </w:r>
      <w:r>
        <w:rPr>
          <w:sz w:val="20"/>
        </w:rPr>
        <w:t>18:57  ke ghair mustahiq bhi aa jaye to use bhi kuch de do.</w:t>
      </w:r>
      <w:r>
        <w:br/>
      </w:r>
      <w:r>
        <w:rPr>
          <w:sz w:val="20"/>
        </w:rPr>
        <w:t>19:02  to yeh ek point of reference hai ke khudaaya, jab inaamaat ki taqseem ho amal karne walon ke</w:t>
      </w:r>
      <w:r>
        <w:br/>
      </w:r>
      <w:r>
        <w:rPr>
          <w:sz w:val="20"/>
        </w:rPr>
        <w:t>19:08  liye, to mere jaise ek ghair mustahiq insaan bhi wahan khada ho jayega, to mujhe bhi kuch</w:t>
      </w:r>
      <w:r>
        <w:br/>
      </w:r>
      <w:r>
        <w:rPr>
          <w:sz w:val="20"/>
        </w:rPr>
        <w:t>19:13  hissa de de is mein se.</w:t>
      </w:r>
      <w:r>
        <w:br/>
      </w:r>
      <w:r>
        <w:rPr>
          <w:sz w:val="20"/>
        </w:rPr>
        <w:t>19:18  yeh hai point of reference dua karne ke liye.</w:t>
      </w:r>
      <w:r>
        <w:br/>
      </w:r>
      <w:r>
        <w:rPr>
          <w:sz w:val="20"/>
        </w:rPr>
        <w:t>19:23  yeh bohat bari baat hai, yeh yani is se yeh baat nikalti hai ke</w:t>
      </w:r>
      <w:r>
        <w:br/>
      </w:r>
      <w:r>
        <w:rPr>
          <w:sz w:val="20"/>
        </w:rPr>
        <w:t>19:28  ke na sirf woh log haqdar hain jinhone amal kiya, jinhone bare bare kaam kiye Allah ke raste mein, jinhone qurbani di, woh log bhi Allah ki inayat ke haqdar hain jo taqseem huzoor ke waqt wahan khade ho jayen aur yeh yeh ehsaas le kar ke ke khudaaya, ghair mustahiq sawali ke liye bhi to ne darja rakha tha duniya mein, to yahan bhi ek ghair</w:t>
      </w:r>
      <w:r>
        <w:br/>
      </w:r>
      <w:r>
        <w:rPr>
          <w:sz w:val="20"/>
        </w:rPr>
        <w:t>19:58  mustahiq sawali ke liye kuch mera bhi hissa laga de is mein.</w:t>
      </w:r>
      <w:r>
        <w:br/>
      </w:r>
      <w:r>
        <w:rPr>
          <w:sz w:val="20"/>
        </w:rPr>
        <w:t>20:04  yeh hai point of reference.</w:t>
      </w:r>
      <w:r>
        <w:br/>
      </w:r>
      <w:r>
        <w:rPr>
          <w:sz w:val="20"/>
        </w:rPr>
        <w:t>20:09  mein samajhta hoon ke yeh bohat bari cheez hai, is par aap logon ko sochna chahiye, kyunke dekhiye,</w:t>
      </w:r>
      <w:r>
        <w:br/>
      </w:r>
      <w:r>
        <w:rPr>
          <w:sz w:val="20"/>
        </w:rPr>
        <w:t>20:14  barhe barhe top ke log jo hain, woh ehsaas majeed the ke maine kuch nahi kiya.</w:t>
      </w:r>
      <w:r>
        <w:br/>
      </w:r>
      <w:r>
        <w:rPr>
          <w:sz w:val="20"/>
        </w:rPr>
        <w:t>20:20  apne ko yeh samajh lena ke mein to bara kaam kar dala hai, mein to bara mustahiq hoon,</w:t>
      </w:r>
      <w:r>
        <w:br/>
      </w:r>
      <w:r>
        <w:rPr>
          <w:sz w:val="20"/>
        </w:rPr>
        <w:t>20:25  yeh gumrahi ki baat hai.</w:t>
      </w:r>
      <w:r>
        <w:br/>
      </w:r>
      <w:r>
        <w:rPr>
          <w:sz w:val="20"/>
        </w:rPr>
        <w:t>20:31  yeh gumrahi ki baat hai ke koi samajh le ke mein to bohat mustahiq aadmi hoon, maine</w:t>
      </w:r>
      <w:r>
        <w:br/>
      </w:r>
      <w:r>
        <w:rPr>
          <w:sz w:val="20"/>
        </w:rPr>
        <w:t>20:36  bade bade karnamay anjam de diye hain, bohat kuch kar ke aadmi samajhta hai ke maine to</w:t>
      </w:r>
      <w:r>
        <w:br/>
      </w:r>
      <w:r>
        <w:rPr>
          <w:sz w:val="20"/>
        </w:rPr>
        <w:t>20:41  kuch bhi nahi kiya.</w:t>
      </w:r>
      <w:r>
        <w:br/>
      </w:r>
      <w:r>
        <w:rPr>
          <w:sz w:val="20"/>
        </w:rPr>
        <w:t>20:46  to ghair mustahiq hone ka ehsas hamesha aap ka peecha karta rehta hai.</w:t>
      </w:r>
      <w:r>
        <w:br/>
      </w:r>
      <w:r>
        <w:rPr>
          <w:sz w:val="20"/>
        </w:rPr>
        <w:t>20:51  to yeh ayat aap ko solas deti hai, solas ke is ko ek point of point of reference</w:t>
      </w:r>
      <w:r>
        <w:br/>
      </w:r>
      <w:r>
        <w:rPr>
          <w:sz w:val="20"/>
        </w:rPr>
        <w:t>20:56  bana kar ke aap dua kar sakte hain.</w:t>
      </w:r>
    </w:p>
    <w:p>
      <w:pPr>
        <w:pStyle w:val="Heading2"/>
      </w:pPr>
      <w:r>
        <w:t>Negative propaganda becomes positive fame</w:t>
      </w:r>
    </w:p>
    <w:p>
      <w:r>
        <w:rPr>
          <w:color w:val="666666"/>
          <w:sz w:val="18"/>
        </w:rPr>
        <w:t>Media Activism September 11, 2006 · 48s · at 28:36 · https://youtu.be/xCHUoDvxfho?t=1716</w:t>
      </w:r>
    </w:p>
    <w:p>
      <w:r>
        <w:rPr>
          <w:i/>
        </w:rPr>
        <w:t>“Warfana alayka zikrak (We raised high your fame)”</w:t>
      </w:r>
    </w:p>
    <w:p>
      <w:r>
        <w:rPr>
          <w:sz w:val="20"/>
        </w:rPr>
        <w:t>28:36  "warafa'na 'alaka zikrak". yaani aap ke khilaf jo negative propaganda ho raha tha, us ko quran mein positive bana diya ke hum ne aap ka charcha har taraf phaila diya.</w:t>
      </w:r>
      <w:r>
        <w:br/>
      </w:r>
      <w:r>
        <w:rPr>
          <w:sz w:val="20"/>
        </w:rPr>
        <w:t>28:50  "warafa'na 'alaka zikrak". aap jante hain, charcha yaani positive,</w:t>
      </w:r>
      <w:r>
        <w:br/>
      </w:r>
      <w:r>
        <w:rPr>
          <w:sz w:val="20"/>
        </w:rPr>
        <w:t>28:58  ek positive word hai. to ab log to aap ko badnaam kar rahe the, character association kar rahe the, har taraf aap ki image bigad rahe the.</w:t>
      </w:r>
      <w:r>
        <w:br/>
      </w:r>
      <w:r>
        <w:rPr>
          <w:sz w:val="20"/>
        </w:rPr>
        <w:t>29:11  isi cheez ko jo dekhne mein ek negative propaganda tha, quran ne kya kaha? ke tum us ko chhod do ke woh negative hai ya kya hai.</w:t>
      </w:r>
    </w:p>
    <w:p>
      <w:pPr>
        <w:pStyle w:val="Heading2"/>
      </w:pPr>
      <w:r>
        <w:t>Islam rejects violence</w:t>
      </w:r>
    </w:p>
    <w:p>
      <w:r>
        <w:rPr>
          <w:color w:val="666666"/>
          <w:sz w:val="18"/>
        </w:rPr>
        <w:t>Peace and Interfaith Harmony | July 16, 2017 | Maulana Wahiduddin Khan · 32s · at 11:54 · https://youtu.be/XLH-VYfueK4?t=714</w:t>
      </w:r>
    </w:p>
    <w:p>
      <w:r>
        <w:rPr>
          <w:i/>
        </w:rPr>
        <w:t>“Islam has nothing to do with violence.”</w:t>
      </w:r>
    </w:p>
    <w:p>
      <w:r>
        <w:rPr>
          <w:sz w:val="20"/>
        </w:rPr>
        <w:t>11:54  .</w:t>
      </w:r>
      <w:r>
        <w:br/>
      </w:r>
      <w:r>
        <w:rPr>
          <w:sz w:val="20"/>
        </w:rPr>
        <w:t>11:59  Islam has nothing to do with violence.</w:t>
      </w:r>
      <w:r>
        <w:br/>
      </w:r>
      <w:r>
        <w:rPr>
          <w:sz w:val="20"/>
        </w:rPr>
        <w:t>12:04  Violence is not a way of Islam.</w:t>
      </w:r>
      <w:r>
        <w:br/>
      </w:r>
      <w:r>
        <w:rPr>
          <w:sz w:val="20"/>
        </w:rPr>
        <w:t>12:08  Violence is not the way of Islamic culture.</w:t>
      </w:r>
      <w:r>
        <w:br/>
      </w:r>
      <w:r>
        <w:rPr>
          <w:sz w:val="20"/>
        </w:rPr>
        <w:t>12:13  So, Islamic culture is based on peace.</w:t>
      </w:r>
      <w:r>
        <w:br/>
      </w:r>
      <w:r>
        <w:rPr>
          <w:sz w:val="20"/>
        </w:rPr>
        <w:t>12:18  In this sense, I can say that India is best for us.</w:t>
      </w:r>
      <w:r>
        <w:br/>
      </w:r>
      <w:r>
        <w:rPr>
          <w:sz w:val="20"/>
        </w:rPr>
        <w:t>12:22  We have to discover this</w:t>
      </w:r>
    </w:p>
    <w:p>
      <w:pPr>
        <w:pStyle w:val="Heading2"/>
      </w:pPr>
      <w:r>
        <w:t>Only humans discover God's blessings through fasting</w:t>
      </w:r>
    </w:p>
    <w:p>
      <w:r>
        <w:rPr>
          <w:color w:val="666666"/>
          <w:sz w:val="18"/>
        </w:rPr>
        <w:t>The Spirit of Ramadan 5 Sept, 2010 - Maulana Wahiduddin Khan · 4m 30s · at 3:04 · https://youtu.be/2w5Tm9gWvPA?t=184</w:t>
      </w:r>
    </w:p>
    <w:p>
      <w:r>
        <w:rPr>
          <w:i/>
        </w:rPr>
        <w:t>“Roza farz kiya gaya kis ke liye?”</w:t>
      </w:r>
    </w:p>
    <w:p>
      <w:r>
        <w:rPr>
          <w:sz w:val="20"/>
        </w:rPr>
        <w:t>3:04  farz kiya gaya kis ke liye؟ insaan ke liye. sher aur haathi ko roza nahi rakhna hai. pahaad aur samundaron ko roza nahi rakhna hai.</w:t>
      </w:r>
      <w:r>
        <w:br/>
      </w:r>
      <w:r>
        <w:rPr>
          <w:sz w:val="20"/>
        </w:rPr>
        <w:t>3:16  star aur planets ke liye roza nahi hai. yeh hai comparison.</w:t>
      </w:r>
      <w:r>
        <w:br/>
      </w:r>
      <w:r>
        <w:rPr>
          <w:sz w:val="20"/>
        </w:rPr>
        <w:t>3:23  is tarah jab aap sochenge to bohat ajeeb ghareeb qism ki ek ek aap ko haqeeqat maloom hogi. keh sirf insaan ko Allah ne chuna keh woh roza rakhe.</w:t>
      </w:r>
      <w:r>
        <w:br/>
      </w:r>
      <w:r>
        <w:rPr>
          <w:sz w:val="20"/>
        </w:rPr>
        <w:t>3:37  aur itni bari universe hai, itni bari kainat hai, kisi ke liye roza rakhna nahi muqarrar kiya gaya. to is ka matlab hai keh koi bohat hi bari baat is ke andar hai.</w:t>
      </w:r>
      <w:r>
        <w:br/>
      </w:r>
      <w:r>
        <w:rPr>
          <w:sz w:val="20"/>
        </w:rPr>
        <w:t>3:49  bohat hi bari baat hai. woh kya hai؟</w:t>
      </w:r>
      <w:r>
        <w:br/>
      </w:r>
      <w:r>
        <w:rPr>
          <w:sz w:val="20"/>
        </w:rPr>
        <w:t>3:55  yaani roze mein kya karte hain aap؟ hadees mein aata hai keh roze ka sawab insaan ko, bohat rozedaar ko bohat zyada diya jaata hai.</w:t>
      </w:r>
      <w:r>
        <w:br/>
      </w:r>
      <w:r>
        <w:rPr>
          <w:sz w:val="20"/>
        </w:rPr>
        <w:t>4:10  unlimited diya jaata hai.</w:t>
      </w:r>
      <w:r>
        <w:br/>
      </w:r>
      <w:r>
        <w:rPr>
          <w:sz w:val="20"/>
        </w:rPr>
        <w:t>4:13  to hadees mein aata hai keh "یدع طعامہ وشرابہ ولذتہ وشہوتہ لاجلی"۔</w:t>
      </w:r>
      <w:r>
        <w:br/>
      </w:r>
      <w:r>
        <w:rPr>
          <w:sz w:val="20"/>
        </w:rPr>
        <w:t>4:24  yaani rozedaar mere liye, yaani Allah ke liye chhodta hai khane ko, peene ko, lazzaton ko.</w:t>
      </w:r>
      <w:r>
        <w:br/>
      </w:r>
      <w:r>
        <w:rPr>
          <w:sz w:val="20"/>
        </w:rPr>
        <w:t>4:34  sirf Allah ke liye.</w:t>
      </w:r>
      <w:r>
        <w:br/>
      </w:r>
      <w:r>
        <w:rPr>
          <w:sz w:val="20"/>
        </w:rPr>
        <w:t>4:37  to yeh yeh sharaf sirf insaan ko haasil hai keh woh chhodde kisi cheez ko. aur jo makhlooqat hain woh jaanti hi nahi keh chhodna bhi koi cheez hai. chhodne se kya hota hai؟</w:t>
      </w:r>
      <w:r>
        <w:br/>
      </w:r>
      <w:r>
        <w:rPr>
          <w:sz w:val="20"/>
        </w:rPr>
        <w:t>4:50  is ki ahmiyat aap samajh paate hain. jab aap paani se apne ko mehroom kiya, jaan boojh kar. bhooke aur pyaase rahe aap.</w:t>
      </w:r>
      <w:r>
        <w:br/>
      </w:r>
      <w:r>
        <w:rPr>
          <w:sz w:val="20"/>
        </w:rPr>
        <w:t>4:59  phir shaam ko iftar ke waqt aap ne paani piya, khana khaya. to aap ne discover kiya</w:t>
      </w:r>
      <w:r>
        <w:br/>
      </w:r>
      <w:r>
        <w:rPr>
          <w:sz w:val="20"/>
        </w:rPr>
        <w:t>5:06  keh yeh jo khana aur paani hai Allah ki kitni bari nemat hai. to discovery ke baad jo aadmi ke andar ehsaas jaagta hai woh ajeeb o ghareeb cheez hai.</w:t>
      </w:r>
      <w:r>
        <w:br/>
      </w:r>
      <w:r>
        <w:rPr>
          <w:sz w:val="20"/>
        </w:rPr>
        <w:t>5:17  jaise mashhoor hai keh ek aadmi ko, younan ke ek philosopher ko discovery hui</w:t>
      </w:r>
      <w:r>
        <w:br/>
      </w:r>
      <w:r>
        <w:rPr>
          <w:sz w:val="20"/>
        </w:rPr>
        <w:t>5:24  keh us ke baare mein. ek paani mein kashti kyun nahi doobti؟ us ke baare mein.</w:t>
      </w:r>
      <w:r>
        <w:br/>
      </w:r>
      <w:r>
        <w:rPr>
          <w:sz w:val="20"/>
        </w:rPr>
        <w:t>5:34  to woh eureka eureka kehta hua bhaga. maine jaan liya, maine jaan liya, maine daryaft kar liya.</w:t>
      </w:r>
      <w:r>
        <w:br/>
      </w:r>
      <w:r>
        <w:rPr>
          <w:sz w:val="20"/>
        </w:rPr>
        <w:t>5:41  itna us ko deewangi taari hui keh sab ko jaldi se ja kar bataye. to jab aap yeh yeh kisi sher ko, kisi haathi ko yeh discovery nahi hoti keh khana kaisi ajeeb o ghareeb cheez hai.</w:t>
      </w:r>
      <w:r>
        <w:br/>
      </w:r>
      <w:r>
        <w:rPr>
          <w:sz w:val="20"/>
        </w:rPr>
        <w:t>5:55  woh to bas khate rehte hain, khate rehte hain.</w:t>
      </w:r>
      <w:r>
        <w:br/>
      </w:r>
      <w:r>
        <w:rPr>
          <w:sz w:val="20"/>
        </w:rPr>
        <w:t>5:59  kisi bhi cheez ko, suraj, chand, star, planets, pahaad, samundar. kisi ko yeh discovery nahi hoti keh Khuda ne kitni bari nemat, kitni blessing di hai is ko.</w:t>
      </w:r>
      <w:r>
        <w:br/>
      </w:r>
      <w:r>
        <w:rPr>
          <w:sz w:val="20"/>
        </w:rPr>
        <w:t>6:12  to discovery kar ke blessing ko jaanna.</w:t>
      </w:r>
      <w:r>
        <w:br/>
      </w:r>
      <w:r>
        <w:rPr>
          <w:sz w:val="20"/>
        </w:rPr>
        <w:t>6:16  aur phir jo bohat hi bara shukr aata hai aadmi ke andar. storm aata hai, storm. jaise keh Rasool Allah Sal Allahu Alaihi Wasallam ke baare mein aata hai keh roza rakha aap ne, shaam ko aap ne iftar kiya.</w:t>
      </w:r>
      <w:r>
        <w:br/>
      </w:r>
      <w:r>
        <w:rPr>
          <w:sz w:val="20"/>
        </w:rPr>
        <w:t>6:31  to aap ki zabaan se nikla</w:t>
      </w:r>
      <w:r>
        <w:br/>
      </w:r>
      <w:r>
        <w:rPr>
          <w:sz w:val="20"/>
        </w:rPr>
        <w:t>6:33  "zahabt zama wa tal al-urooq wa thabat al-ard insha Allah ta'ala".</w:t>
      </w:r>
      <w:r>
        <w:br/>
      </w:r>
      <w:r>
        <w:rPr>
          <w:sz w:val="20"/>
        </w:rPr>
        <w:t>6:41  pyaas chali gayi aur ragen tar ho gayeen. Aur Allah ke haan is ka sabr, Allah ke haan is ka is ka jaza muqaddar ho gaya.</w:t>
      </w:r>
      <w:r>
        <w:br/>
      </w:r>
      <w:r>
        <w:rPr>
          <w:sz w:val="20"/>
        </w:rPr>
        <w:t>6:54  yeh kya matlab is ka hai? Yani bhook ke baad pani khane ki ahmiyat ko daryaft kiya aap ne. Pyaas ke baad pani ki ahmiyat ko daryaft kiya aap ne.</w:t>
      </w:r>
      <w:r>
        <w:br/>
      </w:r>
      <w:r>
        <w:rPr>
          <w:sz w:val="20"/>
        </w:rPr>
        <w:t>7:06  to ajeeb ghareeb qism ki duaen niklen. Allah ke acknowledge kiya aap ne, Allah ka itraaf kiya aap ne. Ke khudaaya tu kitna bara raheem o kareem hai.</w:t>
      </w:r>
      <w:r>
        <w:br/>
      </w:r>
      <w:r>
        <w:rPr>
          <w:sz w:val="20"/>
        </w:rPr>
        <w:t>7:17  ke mujhe pyaas di to pani bhi duniya mein paida kar diya. Mujhe bhook diya to khana bhi duniya mein paida kar diya. Yeh hai goya Allah ke ko acknowledge karna daryaft ke baad.</w:t>
      </w:r>
    </w:p>
    <w:p>
      <w:pPr>
        <w:pStyle w:val="Heading2"/>
      </w:pPr>
      <w:r>
        <w:t>Muslims persecuted for politics not religion</w:t>
      </w:r>
    </w:p>
    <w:p>
      <w:r>
        <w:rPr>
          <w:color w:val="666666"/>
          <w:sz w:val="18"/>
        </w:rPr>
        <w:t>Ignore the Problems Avail the Opportunities | June 30, 2006 | Maulana Wahiduddin Khan · 2m 01s · at 8:23 · https://youtu.be/ie8Xc5BlTwY?t=503</w:t>
      </w:r>
    </w:p>
    <w:p>
      <w:r>
        <w:rPr>
          <w:i/>
        </w:rPr>
        <w:t>“Yeh ek fallacy hai, ek bohot badi fallacy hai”</w:t>
      </w:r>
    </w:p>
    <w:p>
      <w:r>
        <w:rPr>
          <w:sz w:val="20"/>
        </w:rPr>
        <w:t>8:23  m dawah ka kaam kar sakte hain? phir woh batate hain ke dekhiye, aap dekh lijiye, har jagah mara ja raha hai Musalmanon ko. Musalmanon par har jagah zulm ho raha hai. dekh lijiye aap. yeh ek fallacy hai. yeh ek bohat bari fallacy hai. dekhiye, qadeem zamane mein logon ko is par sat</w:t>
      </w:r>
      <w:r>
        <w:br/>
      </w:r>
      <w:r>
        <w:rPr>
          <w:sz w:val="20"/>
        </w:rPr>
        <w:t>8:53  raya jata tha ke woh kahein ke Khuda ek hai. aaj jo Musalmanon ke sath ho raha hai, woh is par nahi ho raha hai. woh is par ho raha hai ke woh line ka jhagda chhede hue hain, political jhagda chhede hue hain. woh ruler ko institute karne ki campaign chala rahe hain. is par un ko sat ho raha hai jo kuch ho raha hai. woh bomb marte hain. yaani</w:t>
      </w:r>
      <w:r>
        <w:br/>
      </w:r>
      <w:r>
        <w:rPr>
          <w:sz w:val="20"/>
        </w:rPr>
        <w:t>9:23  aaj jo ho raha hai, woh is liye nahi ho raha ke woh tauheed ke manne wale hain. woh is liye ho raha hai ke woh aaj ki jo state hai, aaj ki jo government hai, us ke opposition ban kar khade ho gaye hain. to political reason par yeh hai aaj jo ho raha hai, woh religious reason par nahi hai. yeh bohat bara confusion hai, bohat bari fallacy hai. agar aap political taur</w:t>
      </w:r>
      <w:r>
        <w:br/>
      </w:r>
      <w:r>
        <w:rPr>
          <w:sz w:val="20"/>
        </w:rPr>
        <w:t>9:53  par peaceful ho jayein, to koi aap ko pakadne wala nahi hai. dekhiye, hum yahan par mashallah kaam kar rahe hain, tauheed ka kaam kar rahe hain, God ka kaam kar rahe hain, paradise ki baat kehte hain, to koi pakadne wala nahi aata, kuch bhi nahi. to log jo hain, yeh bohat bare confusion mein hain ke logon ne ladai chhed di.</w:t>
      </w:r>
    </w:p>
    <w:p>
      <w:pPr>
        <w:pStyle w:val="Heading2"/>
      </w:pPr>
      <w:r>
        <w:t>why consultation matters, the Battle of the Trench</w:t>
      </w:r>
    </w:p>
    <w:p>
      <w:r>
        <w:rPr>
          <w:color w:val="666666"/>
          <w:sz w:val="18"/>
        </w:rPr>
        <w:t>Prophetic Wisdom November 13, 2022 · 2m 12s · at 53:31 · https://youtu.be/EUFD21PtjwM?t=3211</w:t>
      </w:r>
    </w:p>
    <w:p>
      <w:r>
        <w:rPr>
          <w:i/>
        </w:rPr>
        <w:t>“The Quran devotes a whole chapter to consultation”</w:t>
      </w:r>
    </w:p>
    <w:p>
      <w:r>
        <w:rPr>
          <w:sz w:val="20"/>
        </w:rPr>
        <w:t>53:31  ji. aah apa isi par phir aah aakhri sawal bhi poochna chahoon ga ke planning ka aik hissa yeh bhi hai, shura aah quran mein bohat emphasize kiya hai, which literally means consultation.</w:t>
      </w:r>
      <w:r>
        <w:br/>
      </w:r>
      <w:r>
        <w:rPr>
          <w:sz w:val="20"/>
        </w:rPr>
        <w:t>53:43  to is ke baray mein bhi aap batayein ke is ke peechay kya hikmat hai? quran mein poora chapter hai aah</w:t>
      </w:r>
      <w:r>
        <w:br/>
      </w:r>
      <w:r>
        <w:rPr>
          <w:sz w:val="20"/>
        </w:rPr>
        <w:t>53:51  shura par. asal mein jo bhi mamlaat hotay hain to is mein kai baar aisa hota hai ke akela insan jo hai woh faislay tak nahi puhanch pata.</w:t>
      </w:r>
      <w:r>
        <w:br/>
      </w:r>
      <w:r>
        <w:rPr>
          <w:sz w:val="20"/>
        </w:rPr>
        <w:t>54:03  to har jagah yeh hota hai ke meeting hoti hai, log faislay kartay hain. aah doosray log jo members hotay hain, woh apni apni rai detay hain.</w:t>
      </w:r>
      <w:r>
        <w:br/>
      </w:r>
      <w:r>
        <w:rPr>
          <w:sz w:val="20"/>
        </w:rPr>
        <w:t>54:12  to rasool Allah sal Allah alayh wasallam to chounkay peghambar thay, to kai baar aap ko aah angel ke zariye hidayat mil jati thi, lekin aap bhi peghambar honay ke bawajood aap bhi bohat ziyada mashwara kartay thay.</w:t>
      </w:r>
      <w:r>
        <w:br/>
      </w:r>
      <w:r>
        <w:rPr>
          <w:sz w:val="20"/>
        </w:rPr>
        <w:t>54:25  to mashwaray ka maulana ne likha hai ke collective thinking ka doosra naam jo hai woh consultation hai. aur aap quran mein is mein kaha gaya hai ke mamlaat mein in se mashwara</w:t>
      </w:r>
      <w:r>
        <w:br/>
      </w:r>
      <w:r>
        <w:rPr>
          <w:sz w:val="20"/>
        </w:rPr>
        <w:t>54:39  lo. kyunke dekhiye, har aadmi ka aah soch alag hoti hai, uska background alag hota hai, uska experiences alag hotay hain.</w:t>
      </w:r>
      <w:r>
        <w:br/>
      </w:r>
      <w:r>
        <w:rPr>
          <w:sz w:val="20"/>
        </w:rPr>
        <w:t>54:48  to jab woh mashwara de ga to bohat sari rai samnay aye gi, is mein jo rai best hogi, us ko aap aah ikhtiyar kar lein.</w:t>
      </w:r>
      <w:r>
        <w:br/>
      </w:r>
      <w:r>
        <w:rPr>
          <w:sz w:val="20"/>
        </w:rPr>
        <w:t>54:59  to is wajah say rasool Allah sal Allah alayh wasallam bohat ziyada mashwara kartay thay. aur aik baar aisa hua jo ghazwa e khandaq hui thi</w:t>
      </w:r>
      <w:r>
        <w:br/>
      </w:r>
      <w:r>
        <w:rPr>
          <w:sz w:val="20"/>
        </w:rPr>
        <w:t>55:09  na. ji. to bohat bari tadad jo hai quraish ki army woh aa gayi thi. ab jang honay mein sirf tabahi hoti hai.</w:t>
      </w:r>
      <w:r>
        <w:br/>
      </w:r>
      <w:r>
        <w:rPr>
          <w:sz w:val="20"/>
        </w:rPr>
        <w:t>55:18  to aap ne mashwara kiya to is mein aik salman farsi thay, woh iran ke rehne walay thay. to unhon ne kaha ke iran mein agar badshah log jab jang nahi chahtay hain to khandaq khod diya karte hain.</w:t>
      </w:r>
      <w:r>
        <w:br/>
      </w:r>
      <w:r>
        <w:rPr>
          <w:sz w:val="20"/>
        </w:rPr>
        <w:t>55:31  to yeh rai jo hai rasool Allah sal Allah alayh wasallam ko bohat pasand aayi. aur aap ne apne tamam ashaab ke sath mil kar woh khandaq khodi thi, jis ki wajah say woh jang jo hai woh tal gayi.</w:t>
      </w:r>
    </w:p>
    <w:p>
      <w:pPr>
        <w:pStyle w:val="Heading2"/>
      </w:pPr>
      <w:r>
        <w:t>Quran as a book of wisdom</w:t>
      </w:r>
    </w:p>
    <w:p>
      <w:r>
        <w:rPr>
          <w:color w:val="666666"/>
          <w:sz w:val="18"/>
        </w:rPr>
        <w:t>Quranic Wisdom · 46s · at 4:12 · https://youtu.be/2R9zFXIr1aw?t=252</w:t>
      </w:r>
    </w:p>
    <w:p>
      <w:r>
        <w:rPr>
          <w:i/>
        </w:rPr>
        <w:t>“It is not a book of laws, it's a book of wisdom.”</w:t>
      </w:r>
    </w:p>
    <w:p>
      <w:r>
        <w:rPr>
          <w:sz w:val="20"/>
        </w:rPr>
        <w:t>4:12  It is not a book of laws, a book of commandments, a book of regulations. It's a book of wisdom.</w:t>
      </w:r>
      <w:r>
        <w:br/>
      </w:r>
      <w:r>
        <w:rPr>
          <w:sz w:val="20"/>
        </w:rPr>
        <w:t>4:17  . It's a book, book that develops your mind, develops your character, and helps you live successfully in</w:t>
      </w:r>
      <w:r>
        <w:br/>
      </w:r>
      <w:r>
        <w:rPr>
          <w:sz w:val="20"/>
        </w:rPr>
        <w:t>4:22  life. And one of the articles which I was reading, which is also about social living, was about</w:t>
      </w:r>
      <w:r>
        <w:br/>
      </w:r>
      <w:r>
        <w:rPr>
          <w:sz w:val="20"/>
        </w:rPr>
        <w:t>4:30  provocation. So, uh, there is a verse in the Quran— rather, uh, the background to this verse is</w:t>
      </w:r>
      <w:r>
        <w:br/>
      </w:r>
      <w:r>
        <w:rPr>
          <w:sz w:val="20"/>
        </w:rPr>
        <w:t>4:36  that, uh, many companions of the Prophet once, uh, used certain objectionable words for the gods of those</w:t>
      </w:r>
      <w:r>
        <w:br/>
      </w:r>
      <w:r>
        <w:rPr>
          <w:sz w:val="20"/>
        </w:rPr>
        <w:t>4:45  people who had not yet become the followers of the Prophet and were his opponents.</w:t>
      </w:r>
      <w:r>
        <w:br/>
      </w:r>
      <w:r>
        <w:rPr>
          <w:sz w:val="20"/>
        </w:rPr>
        <w:t>4:50  So, um, in reaction to this, in response to this, those people also uttered certain objectionable words about</w:t>
      </w:r>
      <w:r>
        <w:br/>
      </w:r>
      <w:r>
        <w:rPr>
          <w:sz w:val="20"/>
        </w:rPr>
        <w:t>4:56  God.</w:t>
      </w:r>
    </w:p>
    <w:p>
      <w:pPr>
        <w:pStyle w:val="Heading2"/>
      </w:pPr>
      <w:r>
        <w:t>From missionary spirit to caliphate and complete Islam</w:t>
      </w:r>
    </w:p>
    <w:p>
      <w:r>
        <w:rPr>
          <w:color w:val="666666"/>
          <w:sz w:val="18"/>
        </w:rPr>
        <w:t>Quran A Book of Universal Guidance 31 May, 2009 Maulana Wahiduddin Khan · 4m 29s · at 5:45 · https://youtu.be/hFzdEtG7v1E?t=345</w:t>
      </w:r>
    </w:p>
    <w:p>
      <w:r>
        <w:rPr>
          <w:i/>
        </w:rPr>
        <w:t>“Dekhiye, aap shuru se chaliye. Rasul Allah ne sahab, as'haab jo thay aap ke”</w:t>
      </w:r>
    </w:p>
    <w:p>
      <w:r>
        <w:rPr>
          <w:sz w:val="20"/>
        </w:rPr>
        <w:t>5:45  dekhiye, aap shuru se chaliye. rasool Allah ne sahib, ashaab jo the aap ke, un ko khitab kiya tha hajj ul wida mein.</w:t>
      </w:r>
      <w:r>
        <w:br/>
      </w:r>
      <w:r>
        <w:rPr>
          <w:sz w:val="20"/>
        </w:rPr>
        <w:t>5:58  yaani apne aakhri zamanay mein. to aap ne kaha tha kya? fal yuballigh al shahid al ghaib.</w:t>
      </w:r>
      <w:r>
        <w:br/>
      </w:r>
      <w:r>
        <w:rPr>
          <w:sz w:val="20"/>
        </w:rPr>
        <w:t>6:10  yaani jo aaj yahan maujood hain, woh un ko pahuncha dein jo maujood nahi hain. yeh aik mission diya, mission aap ko diya aap rasool Allah ne.</w:t>
      </w:r>
      <w:r>
        <w:br/>
      </w:r>
      <w:r>
        <w:rPr>
          <w:sz w:val="20"/>
        </w:rPr>
        <w:t>6:24  to kya hua? kitabon mein aata hai ke jis ka ghoda jidhar tha, usi taraf woh rawana ho gaya. jo sawari jidhar khari thi, udhar hi chal pada.</w:t>
      </w:r>
      <w:r>
        <w:br/>
      </w:r>
      <w:r>
        <w:rPr>
          <w:sz w:val="20"/>
        </w:rPr>
        <w:t>6:35  to sari dunya mein unhon ne phaila diya Khuda ke paigham ko. Asia aur Africa mein phailaya, Europe tak pahuncha diya.</w:t>
      </w:r>
      <w:r>
        <w:br/>
      </w:r>
      <w:r>
        <w:rPr>
          <w:sz w:val="20"/>
        </w:rPr>
        <w:t>6:48  yeh thi missionary spirit. yeh thi missionary spirit. to rasool Allah ke zamanay mein, sahaba ke zamanay mein, tabeen ke zamanay mein, logon ke andar daawa spirit thi, daawa.</w:t>
      </w:r>
      <w:r>
        <w:br/>
      </w:r>
      <w:r>
        <w:rPr>
          <w:sz w:val="20"/>
        </w:rPr>
        <w:t>7:03  is ke baad kya hua? hukoomat qaim ho gayi. hukoomat qaim ho gayi to khilafat ka tasawwur ubhra.</w:t>
      </w:r>
      <w:r>
        <w:br/>
      </w:r>
      <w:r>
        <w:rPr>
          <w:sz w:val="20"/>
        </w:rPr>
        <w:t>7:12  nan khaleefatullah fi al-ard. hum zameen par Khuda ke khaleefa hain. hamein Khuda ke qanoon ko zameen par nafiz karna hai.</w:t>
      </w:r>
      <w:r>
        <w:br/>
      </w:r>
      <w:r>
        <w:rPr>
          <w:sz w:val="20"/>
        </w:rPr>
        <w:t>7:22  yeheen se shuru hua ye pride ka concept. khilafat aayi to pride aaya. halankeh ye baseless tha.</w:t>
      </w:r>
      <w:r>
        <w:br/>
      </w:r>
      <w:r>
        <w:rPr>
          <w:sz w:val="20"/>
        </w:rPr>
        <w:t>7:31  yani Imam Ibn Taymiyyah bohat baray scholar hain Islam mein. un ka fatwa hai keh ye kehna keh insan zameen par Khuda ka khaleefa hai, ye haram hai, haram.</w:t>
      </w:r>
      <w:r>
        <w:br/>
      </w:r>
      <w:r>
        <w:rPr>
          <w:sz w:val="20"/>
        </w:rPr>
        <w:t>7:43  lekin chal pada ye, aaj tak chal raha hai. keh hum zameen par Khuda ke khaleefa hain. achha, chounkeh successor, dekhiye khaleefa ka jo word hai, uska sahih translation hai successor,</w:t>
      </w:r>
      <w:r>
        <w:br/>
      </w:r>
      <w:r>
        <w:rPr>
          <w:sz w:val="20"/>
        </w:rPr>
        <w:t>7:57  jansheen. to ye bari ajeeb si baat hai keh hum Khuda ke jansheen hon. jansheen to hota hai jo governor hai. to kya ek naya banaya gaya, vicegerent.</w:t>
      </w:r>
      <w:r>
        <w:br/>
      </w:r>
      <w:r>
        <w:rPr>
          <w:sz w:val="20"/>
        </w:rPr>
        <w:t>8:09  hum Khuda ke vicegerent hain. halankeh khaleefa ke mani vicegerent ka hain nahin. ye to bid'at hai ye. ya lisani bid'at.</w:t>
      </w:r>
      <w:r>
        <w:br/>
      </w:r>
      <w:r>
        <w:rPr>
          <w:sz w:val="20"/>
        </w:rPr>
        <w:t>8:21  ya istilahi bid'at. khaleefa ke mani yaad rakhein successor ke hain. vicegerent ke hargiz nahin hain.</w:t>
      </w:r>
      <w:r>
        <w:br/>
      </w:r>
      <w:r>
        <w:rPr>
          <w:sz w:val="20"/>
        </w:rPr>
        <w:t>8:30  to pehle aaya khilafat ka concept. phir aaya mukammal Islam. achha, mukammal Islam ka nazariya jo bana, us zamane mein khaas taur par, printing press ke zamane mein.</w:t>
      </w:r>
      <w:r>
        <w:br/>
      </w:r>
      <w:r>
        <w:rPr>
          <w:sz w:val="20"/>
        </w:rPr>
        <w:t>8:45  Arab mein bhi aur non-Arab mein bhi. to dekhiye jab aap Islam ko aap ye kahein keh mukammal qanoon hai woh, to aap kya karte hain?</w:t>
      </w:r>
      <w:r>
        <w:br/>
      </w:r>
      <w:r>
        <w:rPr>
          <w:sz w:val="20"/>
        </w:rPr>
        <w:t>8:57  Islam becomes a subject of enforcement. ye bohat hi khatarnak nazariya hai, mukammal Islam, jo kahin Quran o Hadees mein hai hi nahin.</w:t>
      </w:r>
      <w:r>
        <w:br/>
      </w:r>
      <w:r>
        <w:rPr>
          <w:sz w:val="20"/>
        </w:rPr>
        <w:t>9:12  pehlay Sahaba ke zamane mein Islam jo tha, woh follow karne ke liye tha keh follow karo Islam ko, pairvi karo Islam ki.</w:t>
      </w:r>
      <w:r>
        <w:br/>
      </w:r>
      <w:r>
        <w:rPr>
          <w:sz w:val="20"/>
        </w:rPr>
        <w:t>9:21  Islam par chalo. ab jo banaya unhon ne mukammal Islam, to kya hua? kora maar maar kar Islam ka qanoon implement karo, us ko enforce karo.</w:t>
      </w:r>
      <w:r>
        <w:br/>
      </w:r>
      <w:r>
        <w:rPr>
          <w:sz w:val="20"/>
        </w:rPr>
        <w:t>9:34  ab kya hua? jab ye pehle shuru hua mukammal Islam ka tasawwur, peaceful tareeqe se unhon ne phailana shuru kiya.</w:t>
      </w:r>
      <w:r>
        <w:br/>
      </w:r>
      <w:r>
        <w:rPr>
          <w:sz w:val="20"/>
        </w:rPr>
        <w:t>9:45  nahin phaila to election mein hissa liya. is se bhi nahin, woh power mein aaye to kya hua?</w:t>
      </w:r>
      <w:r>
        <w:br/>
      </w:r>
      <w:r>
        <w:rPr>
          <w:sz w:val="20"/>
        </w:rPr>
        <w:t>9:54  violence shuru ho gaya. violence pe ye kamyab nahin hue to suicide bombing shuru kar di.</w:t>
      </w:r>
      <w:r>
        <w:br/>
      </w:r>
      <w:r>
        <w:rPr>
          <w:sz w:val="20"/>
        </w:rPr>
        <w:t>10:02  yehi aaj aaj dunya ka haal hai. kyunkeh unhon ne Islam ko ek pride ke taur par le liya, national pride. universal mission ke taur par nahin liya.</w:t>
      </w:r>
    </w:p>
    <w:p>
      <w:pPr>
        <w:pStyle w:val="Heading2"/>
      </w:pPr>
      <w:r>
        <w:t>Islamic government is not a real concept</w:t>
      </w:r>
    </w:p>
    <w:p>
      <w:r>
        <w:rPr>
          <w:color w:val="666666"/>
          <w:sz w:val="18"/>
        </w:rPr>
        <w:t>The Expression of Faith (Izhar e Deen) September 1, 2013 · 29s · at 2:40 · https://youtu.be/muBDJ8a_8-0?t=160</w:t>
      </w:r>
    </w:p>
    <w:p>
      <w:r>
        <w:rPr>
          <w:i/>
        </w:rPr>
        <w:t>“Main yeh kahoonga ke Islami hukoomat koi cheez nahi”</w:t>
      </w:r>
    </w:p>
    <w:p>
      <w:r>
        <w:rPr>
          <w:sz w:val="20"/>
        </w:rPr>
        <w:t>2:40  main yeh kahunga ke islami hukoomat koi cheez nahin. Islamic government is nothing. is ka saboot yeh hai ke sare quran mein aur sari hadith mein islami hukoomat ka lafz kahin nahin maujood hai.</w:t>
      </w:r>
      <w:r>
        <w:br/>
      </w:r>
      <w:r>
        <w:rPr>
          <w:sz w:val="20"/>
        </w:rPr>
        <w:t>2:57  kahin aap nahin bata sakte koi ayat ya hadith jis mein al hukumatul islamia ka lafz istemal hua ho. yeh lafz hi quran mein alien hai.</w:t>
      </w:r>
    </w:p>
    <w:p>
      <w:pPr>
        <w:pStyle w:val="Heading2"/>
      </w:pPr>
      <w:r>
        <w:t>Fear of paradise denial, and the mind's positive engineering</w:t>
      </w:r>
    </w:p>
    <w:p>
      <w:r>
        <w:rPr>
          <w:color w:val="666666"/>
          <w:sz w:val="18"/>
        </w:rPr>
        <w:t>Lessons from Bombay Nov 30, 2008 · 4m 52s · at 37:42 · https://youtu.be/LiDznEqzaRI?t=2262</w:t>
      </w:r>
    </w:p>
    <w:p>
      <w:r>
        <w:rPr>
          <w:i/>
        </w:rPr>
        <w:t>“Mere paas ek sahab ka telephone aaya jo Singapore mein rehte hain.”</w:t>
      </w:r>
    </w:p>
    <w:p>
      <w:r>
        <w:rPr>
          <w:sz w:val="20"/>
        </w:rPr>
        <w:t>37:42  mere paas ek sahib telephone aaye jo rehte hain singapore mein. unhon ne dream aaya, un ko exactly yahi dream aaya ke dunya khatam ho gayi hai,</w:t>
      </w:r>
      <w:r>
        <w:br/>
      </w:r>
      <w:r>
        <w:rPr>
          <w:sz w:val="20"/>
        </w:rPr>
        <w:t>37:57  agla daur aa gaya hai, log ja rahe hain, phir koi jahannum ki taraf, koi jannat ki taraf chali ja rahi hai.</w:t>
      </w:r>
      <w:r>
        <w:br/>
      </w:r>
      <w:r>
        <w:rPr>
          <w:sz w:val="20"/>
        </w:rPr>
        <w:t>38:08  to jab wahan pohnche yeh to dekha unhon ne ke jab woh gate par pohnche jannat ke to wahan jo angel khare hue the, unhon ne un ko lota diya ke chup jao, tum ko entry nahin mile gi.</w:t>
      </w:r>
      <w:r>
        <w:br/>
      </w:r>
      <w:r>
        <w:rPr>
          <w:sz w:val="20"/>
        </w:rPr>
        <w:t>38:20  to tarap uthe woh ke unhon ne mujhe telephone kiya ke mujhe kya karna chahiye? to yeh saare log jo bhram mein jee rahe hain, unhein sochna chahiye ke agar wahan entry na mile to kya hoga?</w:t>
      </w:r>
      <w:r>
        <w:br/>
      </w:r>
      <w:r>
        <w:rPr>
          <w:sz w:val="20"/>
        </w:rPr>
        <w:t>38:34  is ke baad kahan jayenge?</w:t>
      </w:r>
      <w:r>
        <w:br/>
      </w:r>
      <w:r>
        <w:rPr>
          <w:sz w:val="20"/>
        </w:rPr>
        <w:t>38:42  to dekhiye, ek baat mein arz karunga aap ko, is ko sochiye aap ke ek hai yani ek hai</w:t>
      </w:r>
      <w:r>
        <w:br/>
      </w:r>
      <w:r>
        <w:rPr>
          <w:sz w:val="20"/>
        </w:rPr>
        <w:t>38:55  negative engineering of mind, negative engineering of mind,</w:t>
      </w:r>
      <w:r>
        <w:br/>
      </w:r>
      <w:r>
        <w:rPr>
          <w:sz w:val="20"/>
        </w:rPr>
        <w:t>39:00  ek hai positive engineering of mind,</w:t>
      </w:r>
      <w:r>
        <w:br/>
      </w:r>
      <w:r>
        <w:rPr>
          <w:sz w:val="20"/>
        </w:rPr>
        <w:t>39:07  negative engineering of mind, aur doosri hai positive engineering of mind. aaj kal jo muashra hai, woh sab ki negative engineering kar raha hai,</w:t>
      </w:r>
      <w:r>
        <w:br/>
      </w:r>
      <w:r>
        <w:rPr>
          <w:sz w:val="20"/>
        </w:rPr>
        <w:t>39:20  sab ke mind ki negative engineering kar raha hai. matlab nafratein bhar raha hai, pride bhar raha hai.</w:t>
      </w:r>
      <w:r>
        <w:br/>
      </w:r>
      <w:r>
        <w:rPr>
          <w:sz w:val="20"/>
        </w:rPr>
        <w:t>39:32  abhi kal mein ne parha ek bohat bare leader ka ke death ho gayi, aur un ka india ke ek mashhoor shehar mein un ka ghar tha.</w:t>
      </w:r>
      <w:r>
        <w:br/>
      </w:r>
      <w:r>
        <w:rPr>
          <w:sz w:val="20"/>
        </w:rPr>
        <w:t>39:44  to is mein mein ne parha ke un ke ghar ka naam tha Aish Mahal. 77 years mein un ko maut ho gayi, un ko cancer ho gaya tha, abhi kal ki baat hai.</w:t>
      </w:r>
      <w:r>
        <w:br/>
      </w:r>
      <w:r>
        <w:rPr>
          <w:sz w:val="20"/>
        </w:rPr>
        <w:t>39:56  to mein ne akhbar mein parha ke woh jo ghar tha un ka wahan par, uska naam tha Aish Mahal,</w:t>
      </w:r>
      <w:r>
        <w:br/>
      </w:r>
      <w:r>
        <w:rPr>
          <w:sz w:val="20"/>
        </w:rPr>
        <w:t>40:03  lekin mar gaye aur khatam ho gaye. ab to koi Aish Mahal nahin hai. to yeh hai, yeh hai negative engineering ke apne ko samajhte hain ke hum to hum to special race hain, hamara to mamla special mamla hai,</w:t>
      </w:r>
      <w:r>
        <w:br/>
      </w:r>
      <w:r>
        <w:rPr>
          <w:sz w:val="20"/>
        </w:rPr>
        <w:t>40:23  aur jab woh speciality nahin milti un ko dunya mein to phir negative ban jate hain. kyunke dekhiye, mera tajurba yeh hai ke har aadmi over expectation mein jeeta hai.</w:t>
      </w:r>
      <w:r>
        <w:br/>
      </w:r>
      <w:r>
        <w:rPr>
          <w:sz w:val="20"/>
        </w:rPr>
        <w:t>40:33  har aadmi, har aadmi, har aadmi over expectations mein jeeta hai. to</w:t>
      </w:r>
      <w:r>
        <w:br/>
      </w:r>
      <w:r>
        <w:rPr>
          <w:sz w:val="20"/>
        </w:rPr>
        <w:t>40:38  woh poori nahin hoti to kisi ko uska responsible banata hai. phir hukumat se nafrat, society se nafrat, khandanon mein nafratein ke jo mujhe chahiye woh nahin mil raha hai, aur yeh shakhs nahin de raha hai hum is ko.</w:t>
      </w:r>
      <w:r>
        <w:br/>
      </w:r>
      <w:r>
        <w:rPr>
          <w:sz w:val="20"/>
        </w:rPr>
        <w:t>40:54  isi se election mein aap jante hain ek anti incumbency factor wajood mein aata hai ke jo hum chahte the woh nahin diya, tab to un ko haraenge tum ko.</w:t>
      </w:r>
      <w:r>
        <w:br/>
      </w:r>
      <w:r>
        <w:rPr>
          <w:sz w:val="20"/>
        </w:rPr>
        <w:t>41:09  to dekhiye, is waqt sari dunya mein yahi soorat haal hai ke log negative engineering of mind ho rahi hai.</w:t>
      </w:r>
      <w:r>
        <w:br/>
      </w:r>
      <w:r>
        <w:rPr>
          <w:sz w:val="20"/>
        </w:rPr>
        <w:t>41:19  unki hamara mission kya hai? hamara mission hai positive engineering of mind, logon ke andar positive soch lana.</w:t>
      </w:r>
      <w:r>
        <w:br/>
      </w:r>
      <w:r>
        <w:rPr>
          <w:sz w:val="20"/>
        </w:rPr>
        <w:t>41:30  lekin yeh bohat hi mushkil kaam hai kyunke is ki de conditioning karni parti hai,</w:t>
      </w:r>
      <w:r>
        <w:br/>
      </w:r>
      <w:r>
        <w:rPr>
          <w:sz w:val="20"/>
        </w:rPr>
        <w:t>41:36  pyaaz ke layers ke tareeqe se apne mind ko karna parta hai, apne aap ko birth merciless introspection karna parta hai.</w:t>
      </w:r>
      <w:r>
        <w:br/>
      </w:r>
      <w:r>
        <w:rPr>
          <w:sz w:val="20"/>
        </w:rPr>
        <w:t>41:46  merciless introspection</w:t>
      </w:r>
      <w:r>
        <w:br/>
      </w:r>
      <w:r>
        <w:rPr>
          <w:sz w:val="20"/>
        </w:rPr>
        <w:t>41:51  to yeh hamara mission jo ek lafz mein agar mein kahoon to yahi hai ke ek aisi dunya jahan sab ki negative engineering ho rahi hai mind ki, aur wahan hamein logon ki mind ki positive engineering karni hai.</w:t>
      </w:r>
      <w:r>
        <w:br/>
      </w:r>
      <w:r>
        <w:rPr>
          <w:sz w:val="20"/>
        </w:rPr>
        <w:t>42:10  bilashuba yeh bohat hi mushkil kaam hai, lekin jannat koi susti cheez hai? aap kya samajhte hain? jannat ka ticket koi sasta ticket hai?</w:t>
      </w:r>
      <w:r>
        <w:br/>
      </w:r>
      <w:r>
        <w:rPr>
          <w:sz w:val="20"/>
        </w:rPr>
        <w:t>42:21  isi mushkil kaam ke karne se aap ko jannat milne wali hai,</w:t>
      </w:r>
      <w:r>
        <w:br/>
      </w:r>
      <w:r>
        <w:rPr>
          <w:sz w:val="20"/>
        </w:rPr>
        <w:t>42:28  isi mushkil kaam ke karne se. ab dekhiye ke jo bombay ke jo detail aayi hain media mein, aap sab jante hain is ko</w:t>
      </w:r>
    </w:p>
    <w:p>
      <w:pPr>
        <w:pStyle w:val="Heading2"/>
      </w:pPr>
      <w:r>
        <w:t>World as a custom-made blessing from God</w:t>
      </w:r>
    </w:p>
    <w:p>
      <w:r>
        <w:rPr>
          <w:color w:val="666666"/>
          <w:sz w:val="18"/>
        </w:rPr>
        <w:t>Problem and Shukr March 15, 2015 · 2m 05s · at 5:55 · https://youtu.be/SPBsXjH1hzM?t=355</w:t>
      </w:r>
    </w:p>
    <w:p>
      <w:r>
        <w:rPr>
          <w:i/>
        </w:rPr>
        <w:t>“Allah ka shukr karne ka matlab kya hai? Yeh duniya di hai”</w:t>
      </w:r>
    </w:p>
    <w:p>
      <w:r>
        <w:rPr>
          <w:sz w:val="20"/>
        </w:rPr>
        <w:t>5:55  to dekhiye, Allah ka shukr karne ka matlab kya hai? Allah ka shukr karna hai aap ko yeh dunya di hai Allah taala ne.</w:t>
      </w:r>
      <w:r>
        <w:br/>
      </w:r>
      <w:r>
        <w:rPr>
          <w:sz w:val="20"/>
        </w:rPr>
        <w:t>6:07  yeh jo zameen hai, yeh zameen mein bahut sare halaat hain, wo halaat agar na rahein to aap zameen par reh nahi sakte. is ke andar bahut hi, bahut hi yani right proportion mein yahan par wo hai kashish, yani gravity.</w:t>
      </w:r>
      <w:r>
        <w:br/>
      </w:r>
      <w:r>
        <w:rPr>
          <w:sz w:val="20"/>
        </w:rPr>
        <w:t>6:33  jo gravitational pull zameen ke andar hai, wo bahut hi right proportion mein hai. is tarah se suraj ki roshni bahut hi right proportion mein aap ki taraf aati hai.</w:t>
      </w:r>
      <w:r>
        <w:br/>
      </w:r>
      <w:r>
        <w:rPr>
          <w:sz w:val="20"/>
        </w:rPr>
        <w:t>6:46  barish hoti hai, wo bhi bahut hi right proportion mein hoti hai. agar zara sa proportion bigad jaye to aap sara mamla kharab ho jayega aap ka.</w:t>
      </w:r>
      <w:r>
        <w:br/>
      </w:r>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r>
        <w:br/>
      </w:r>
      <w:r>
        <w:rPr>
          <w:sz w:val="20"/>
        </w:rPr>
        <w:t>7:31  is ko phal chahiye to drakht se phal latak rahe hain. billion billion cheezen hain jo insan ke liye Allah ne paida ki hain.</w:t>
      </w:r>
      <w:r>
        <w:br/>
      </w:r>
      <w:r>
        <w:rPr>
          <w:sz w:val="20"/>
        </w:rPr>
        <w:t>7:44  to yeh cheezen aap ko batati hain ke Allah ka shukar kar ke is dunya mein raho. yeh world tumhare liye blessing ki dunya hai.</w:t>
      </w:r>
      <w:r>
        <w:br/>
      </w:r>
      <w:r>
        <w:rPr>
          <w:sz w:val="20"/>
        </w:rPr>
        <w:t>7:54  yeh dunya jo hai tumhare liye blessing ki dunya hai. to shukar ke ehsas mein jiyo.</w:t>
      </w:r>
    </w:p>
    <w:p>
      <w:pPr>
        <w:pStyle w:val="Heading2"/>
      </w:pPr>
      <w:r>
        <w:t>Make afterlife your goal</w:t>
      </w:r>
    </w:p>
    <w:p>
      <w:r>
        <w:rPr>
          <w:color w:val="666666"/>
          <w:sz w:val="18"/>
        </w:rPr>
        <w:t>Q&amp;A 04 Mar 2012 Maulana Wahiduddin Khan · 31s · at 15:36 · https://youtu.be/txRmutuvWQI?t=936</w:t>
      </w:r>
    </w:p>
    <w:p>
      <w:r>
        <w:rPr>
          <w:i/>
        </w:rPr>
        <w:t>“Aakhirat ko goal banayein”</w:t>
      </w:r>
    </w:p>
    <w:p>
      <w:r>
        <w:rPr>
          <w:sz w:val="20"/>
        </w:rPr>
        <w:t>15:36  jo sare sare positive awsaf hain, woh is waqt aate hain jab akhirat ko le ke koi goal aap ne banaya ho. yeh dunya ka goal banayenge to yahi sab hoga. selfishness aayega aur cheap tareeqe istemal karenge, jhoot bolenge, kamina pan dikhayenge.</w:t>
      </w:r>
      <w:r>
        <w:br/>
      </w:r>
      <w:r>
        <w:rPr>
          <w:sz w:val="20"/>
        </w:rPr>
        <w:t>15:54  to jo dunya ka jo goal banayega, us ke yeh sab baatein us ke andar paida hongi. to aik hi hal hai ke aadmi akhirat ko goal banaye, yani jo jo eternity hai, us ko goal banaye.</w:t>
      </w:r>
    </w:p>
    <w:p>
      <w:pPr>
        <w:pStyle w:val="Heading2"/>
      </w:pPr>
      <w:r>
        <w:t>Saying I was wrong converts negativity</w:t>
      </w:r>
    </w:p>
    <w:p>
      <w:r>
        <w:rPr>
          <w:color w:val="666666"/>
          <w:sz w:val="18"/>
        </w:rPr>
        <w:t>An Introduction to Islam | September 29, 2005 | Maulana Wahiduddin Khan · 2m 33s · at 1:12:13 · https://youtu.be/xTv9KDJvQPs?t=4333</w:t>
      </w:r>
    </w:p>
    <w:p>
      <w:r>
        <w:rPr>
          <w:i/>
        </w:rPr>
        <w:t>“Ek baar aisa hua ke Prophet Madina shehar se bahar ek tent mein thay”</w:t>
      </w:r>
    </w:p>
    <w:p>
      <w:r>
        <w:rPr>
          <w:sz w:val="20"/>
        </w:rPr>
        <w:t>1:12:13  ek qissa batata hoon. ek baar aisa hua ke prophet madina shehar se bahar ek tent mein thay, tent ke andar baithe hue thay. to log andar ja rahay thay. zahir hai ke aisi haalat mein har aadmi chahe ga ke jaldi se main chala jaon, kyunke tent jo hai us mein space to limited ho gayi. space to log jaldi kar rahay thay andar janay ki. to aisa hua ke do aadmiyon se dhakka</w:t>
      </w:r>
      <w:r>
        <w:br/>
      </w:r>
      <w:r>
        <w:rPr>
          <w:sz w:val="20"/>
        </w:rPr>
        <w:t>1:12:43  lagg gaya. ek aadmi ne doosray aadmi ko dhakka de diya jaldi ghusnay ki koshish mein. to woh aadmi jis ko dhakka laga tha, us ne kaha "Ya ashraf al-rijal, aey logon mein sab se ziyada buray aadmi, aey logon mein sab se ziyada buray aadmi".</w:t>
      </w:r>
      <w:r>
        <w:br/>
      </w:r>
      <w:r>
        <w:rPr>
          <w:sz w:val="20"/>
        </w:rPr>
        <w:t>1:13:16  us ne aur kaha ke "lan daf'at ke agar tum ne phir mujhe dhakka diya to main tum ko maroon ga". tumhare dhakkay ke jawab mein maar se doon ga. ab dekhiye kya hua. doosra aadmi jis se us ko dhakka lag gaya tha, woh us ko explain karta hai. is situation ko explain karta hai ke kaise</w:t>
      </w:r>
      <w:r>
        <w:br/>
      </w:r>
      <w:r>
        <w:rPr>
          <w:sz w:val="20"/>
        </w:rPr>
        <w:t>1:13:46  us ne andar janay ki jaldi ki aur dhakka lag gaya us ko. woh kaha, us ne kaha ke "dekhiye, aap log jo hain local log hain, yahin rehtay hain. prophet ke sath uthnay baithnay ka aap ko rozana mauqa milta hai. main aaya hoon Yemen se, door se, madina ke door se, aur mujhe lotna hai. aur wahan kai log hain, unhone mujhe bheja hai ke ja kar ke</w:t>
      </w:r>
      <w:r>
        <w:br/>
      </w:r>
      <w:r>
        <w:rPr>
          <w:sz w:val="20"/>
        </w:rPr>
        <w:t>1:14:16  prophet ki baat sun kar aaon aur hamein batao". to un logon ka main goya represent kar raha hoon aur mujhe lotna hai to main chaha ke jaldi sunoon. agar main andar janay se reh gaya, bahar mujhe baithna para to sun nahin paoon ga theek tarah se. ab dekhiye, jab us ne explain kiya to wohi aadmi us ne kaha ke "main tum ko maroon ga, tum ko peetoon ga". kya kehta hai? "wallahi lana ashraf</w:t>
      </w:r>
    </w:p>
    <w:p>
      <w:pPr>
        <w:pStyle w:val="Heading2"/>
      </w:pPr>
      <w:r>
        <w:t>life is a test, rewards belong to the afterlife</w:t>
      </w:r>
    </w:p>
    <w:p>
      <w:r>
        <w:rPr>
          <w:color w:val="666666"/>
          <w:sz w:val="18"/>
        </w:rPr>
        <w:t>Message of Eid Al-Adha July 10, 2022 · 1m 11s · at 2:25 · https://youtu.be/3UrMEgt8GYA?t=145</w:t>
      </w:r>
    </w:p>
    <w:p>
      <w:r>
        <w:rPr>
          <w:i/>
        </w:rPr>
        <w:t>“Hum is duniya mein test ke liye aaye hain”</w:t>
      </w:r>
    </w:p>
    <w:p>
      <w:r>
        <w:rPr>
          <w:sz w:val="20"/>
        </w:rPr>
        <w:t>2:25  To hum asal mein jo sab se badi jo, um, baat yaad rakhne ki hai woh yeh ke is duniya mein hum aaye hain to test ke liye aaye hain, hum, hum halat test mein hain.</w:t>
      </w:r>
      <w:r>
        <w:br/>
      </w:r>
      <w:r>
        <w:rPr>
          <w:sz w:val="20"/>
        </w:rPr>
        <w:t>2:39  To yahan har cheez test ke liye hai, yahan jo tehwar hain woh bhi test ke liye hain ke hum tehwar ko sirf in ki jo hai zahir ke taur par manate hain ya in ki spirit ke saath is ko manate hain.</w:t>
      </w:r>
      <w:r>
        <w:br/>
      </w:r>
      <w:r>
        <w:rPr>
          <w:sz w:val="20"/>
        </w:rPr>
        <w:t>2:55  To is duniya mein hamari Maulana sahib ne kaha tha ke is duniya mein momin ki sirf zimmedariyan hain, jo kuch milna hai, um, jo hamare rights hain woh aakhirat mein milenge.</w:t>
      </w:r>
      <w:r>
        <w:br/>
      </w:r>
      <w:r>
        <w:rPr>
          <w:sz w:val="20"/>
        </w:rPr>
        <w:t>3:08  To lekin hum log isi duniya mein jo hai celebration mode mein ho jate hain, bahut jald bhool jate hain ke is duniya mein humein sirf apni zimmedariyon ko ada karna hai,</w:t>
      </w:r>
      <w:r>
        <w:br/>
      </w:r>
      <w:r>
        <w:rPr>
          <w:sz w:val="20"/>
        </w:rPr>
        <w:t>3:21  Aur jo kuch hai woh aakhirat mein is ke badle mein milega hum ko. Tamam jo wahan par jo reward milega to woh hota hai, woh is ko celebrate karna hai, wahan par celebration hoga.</w:t>
      </w:r>
    </w:p>
    <w:p>
      <w:pPr>
        <w:pStyle w:val="Heading2"/>
      </w:pPr>
      <w:r>
        <w:t>God's creation plan: discover truth, worship, propagate</w:t>
      </w:r>
    </w:p>
    <w:p>
      <w:r>
        <w:rPr>
          <w:color w:val="666666"/>
          <w:sz w:val="18"/>
        </w:rPr>
        <w:t>Discovery of Modern Age February 10, 2013 · 29s · at 46:43 · https://youtu.be/qYGA53ii7E4?t=2803</w:t>
      </w:r>
    </w:p>
    <w:p>
      <w:r>
        <w:rPr>
          <w:i/>
        </w:rPr>
        <w:t>“Allah Ta'ala ko kya matloob hai is dunya mein?”</w:t>
      </w:r>
    </w:p>
    <w:p>
      <w:r>
        <w:rPr>
          <w:sz w:val="20"/>
        </w:rPr>
        <w:t>46:43  to dekhiye, Allah taala ko kya matloob hai? yaani what is the creation plan of God? woh yeh hai ke insaan is dunya mein sachai ko discover kare,</w:t>
      </w:r>
      <w:r>
        <w:br/>
      </w:r>
      <w:r>
        <w:rPr>
          <w:sz w:val="20"/>
        </w:rPr>
        <w:t>47:00  sachai par khara ho,</w:t>
      </w:r>
      <w:r>
        <w:br/>
      </w:r>
      <w:r>
        <w:rPr>
          <w:sz w:val="20"/>
        </w:rPr>
        <w:t>47:03  aik Allah ko maane, aik Allah ki ibadat kare, aur phir isi ka daawa aur tablegh ke zariye to doosron tak pahunchaye.</w:t>
      </w:r>
    </w:p>
    <w:p>
      <w:pPr>
        <w:pStyle w:val="Heading2"/>
      </w:pPr>
      <w:r>
        <w:t>Debate is pride da'wah is care</w:t>
      </w:r>
    </w:p>
    <w:p>
      <w:r>
        <w:rPr>
          <w:color w:val="666666"/>
          <w:sz w:val="18"/>
        </w:rPr>
        <w:t>God and Man (In Conversation with Maulana) · 4m 09s · at 20:16 · https://youtu.be/Ph_e8wSolqU?t=1216</w:t>
      </w:r>
    </w:p>
    <w:p>
      <w:r>
        <w:rPr>
          <w:i/>
        </w:rPr>
        <w:t>“The reference to Prophet is completely wrong”</w:t>
      </w:r>
    </w:p>
    <w:p>
      <w:r>
        <w:rPr>
          <w:sz w:val="20"/>
        </w:rPr>
        <w:t>20:16  dekhen, is mein Rasool Allah ka jo reference hai, bilkul galat hai. Rasool Allah ne koi munazra nahi kiya. bilkul aisi baat nahi kahani chahiye aadmi ko without any reference.</w:t>
      </w:r>
      <w:r>
        <w:br/>
      </w:r>
      <w:r>
        <w:rPr>
          <w:sz w:val="20"/>
        </w:rPr>
        <w:t>20:28  baqi munazra jo hai, is ko kehte hain debate. debate to there is no room for debate in Islam.</w:t>
      </w:r>
      <w:r>
        <w:br/>
      </w:r>
      <w:r>
        <w:rPr>
          <w:sz w:val="20"/>
        </w:rPr>
        <w:t>20:39  debate jo hai, Islam mein nahi hai. Islam mein dawah hai. there is a great difference between dawah and debate.</w:t>
      </w:r>
      <w:r>
        <w:br/>
      </w:r>
      <w:r>
        <w:rPr>
          <w:sz w:val="20"/>
        </w:rPr>
        <w:t>20:48  debate to ek ek woh hai, Musalmanon ko khush karne ke liye debate hota hai. Musalman khush hote hain. debate means to establish your pride.</w:t>
      </w:r>
      <w:r>
        <w:br/>
      </w:r>
      <w:r>
        <w:rPr>
          <w:sz w:val="20"/>
        </w:rPr>
        <w:t>21:00  is liye khoob taliyan bajti hain wahan par.</w:t>
      </w:r>
      <w:r>
        <w:br/>
      </w:r>
      <w:r>
        <w:rPr>
          <w:sz w:val="20"/>
        </w:rPr>
        <w:t>21:05  ek sahab jo jate the bahut zyada is mein, to mere paas aaye to main ne kaha ke aap yeh bataiye ke wahan taliyan bajti hain? unhone kaha ke haan, aap bajate hain?</w:t>
      </w:r>
      <w:r>
        <w:br/>
      </w:r>
      <w:r>
        <w:rPr>
          <w:sz w:val="20"/>
        </w:rPr>
        <w:t>21:14  unhone kaha haan. to main ne kaha Rasool Allah ke haan taliyan bajti thin? kaha nahi. to Rasool Allah ke hawale kyun dete ho? yani karna ek galat kaam aur Rasool Allah ke hawale se karna.</w:t>
      </w:r>
      <w:r>
        <w:br/>
      </w:r>
      <w:r>
        <w:rPr>
          <w:sz w:val="20"/>
        </w:rPr>
        <w:t>21:24  is ko apna pride establish karna, that is not dawah. that is not dawah.</w:t>
      </w:r>
      <w:r>
        <w:br/>
      </w:r>
      <w:r>
        <w:rPr>
          <w:sz w:val="20"/>
        </w:rPr>
        <w:t>21:32  yeh to ek business kar sakte hain, kuch bhi kar lijiye aap is ko. dawah to doosre ke gham mein ghulne ka naam hai. dawah doosron ko jahannum se nikalne ka, ke liye tadapne ka naam hai.</w:t>
      </w:r>
      <w:r>
        <w:br/>
      </w:r>
      <w:r>
        <w:rPr>
          <w:sz w:val="20"/>
        </w:rPr>
        <w:t>21:44  dawah Khuda ke khauf se paida hota hai. is mein taliyan bajane ka koi matlab hi nahi hai. aap Khuda se daren to aap taliyan bajayenge? aap introspection aayega aap ke andar to taliyan bajayenge?</w:t>
      </w:r>
      <w:r>
        <w:br/>
      </w:r>
      <w:r>
        <w:rPr>
          <w:sz w:val="20"/>
        </w:rPr>
        <w:t>21:56  aap</w:t>
      </w:r>
      <w:r>
        <w:br/>
      </w:r>
      <w:r>
        <w:rPr>
          <w:sz w:val="20"/>
        </w:rPr>
        <w:t>21:59  jo sachi Islami taqreer hoti hai, usi logon ke andar introspection aata hai. Khuda ka khauf paida hota hai, jahannum ka dar paida hota hai.</w:t>
      </w:r>
      <w:r>
        <w:br/>
      </w:r>
      <w:r>
        <w:rPr>
          <w:sz w:val="20"/>
        </w:rPr>
        <w:t>22:10  yeh sab baaten accountability ka ehsas aata hai. to wahan taliyan ko bajayenge log? yeh debate mein hota hai aisa kuch. to main baharhal jo main ne parha hai Islam ko, to main yeh kahunga ke Islam mein debate nahi hai.</w:t>
      </w:r>
      <w:r>
        <w:br/>
      </w:r>
      <w:r>
        <w:rPr>
          <w:sz w:val="20"/>
        </w:rPr>
        <w:t>22:24  agarche hamare ulama karte the munazra angrezon ke zamane mein, woh aryon se karte the aur aur qadiyaniyon se karte the.</w:t>
      </w:r>
      <w:r>
        <w:br/>
      </w:r>
      <w:r>
        <w:rPr>
          <w:sz w:val="20"/>
        </w:rPr>
        <w:t>22:35  lekin main is ko bilkul galat samajhta hoon. ulama karte the, is ki wajah se woh sahi nahi ho jayega. main ek lateefa bataoon ke debate kya cheez hai?</w:t>
      </w:r>
      <w:r>
        <w:br/>
      </w:r>
      <w:r>
        <w:rPr>
          <w:sz w:val="20"/>
        </w:rPr>
        <w:t>22:46  ek ek alam ne likha ke</w:t>
      </w:r>
      <w:r>
        <w:br/>
      </w:r>
      <w:r>
        <w:rPr>
          <w:sz w:val="20"/>
        </w:rPr>
        <w:t>22:53  bahut se dilchasp qisse hain. to is mein se ek qissa yeh hai ke arya mein aur aur ek molana sahab mein munazre mein munazra hua.</w:t>
      </w:r>
      <w:r>
        <w:br/>
      </w:r>
      <w:r>
        <w:rPr>
          <w:sz w:val="20"/>
        </w:rPr>
        <w:t>23:04  to arya ne kaha, woh arabi janta tha ke bataiye ke yeh bukhari hai ke nahi? unhon ne kaha ke haan, bukhari hai. mante hain? ke haan, mante hain. dekhiye, is mein likha hua hai: "man qala la ilaha illallah dakhala al jannah".</w:t>
      </w:r>
      <w:r>
        <w:br/>
      </w:r>
      <w:r>
        <w:rPr>
          <w:sz w:val="20"/>
        </w:rPr>
        <w:t>23:16  jo la ilaha kahega, woh jannat mein jayega. to molana sahab ne kaha ke haan, sahi hai. to phir woh arya ne audience ko mukhatib kar ke kaha: "suno bhai, main kehta hoon la ilaha illallah".</w:t>
      </w:r>
      <w:r>
        <w:br/>
      </w:r>
      <w:r>
        <w:rPr>
          <w:sz w:val="20"/>
        </w:rPr>
        <w:t>23:30  ab in ke in ke paas koi jawab nahi raha. to debate mein yahi sab chalta hai. jo zyada hoshiyar hota hai, woh jeet jata hai. yeh debate hoshiyari ka khel hai.</w:t>
      </w:r>
      <w:r>
        <w:br/>
      </w:r>
      <w:r>
        <w:rPr>
          <w:sz w:val="20"/>
        </w:rPr>
        <w:t>23:41  main ne dekha aise tamashe. debate hoshiyari ka khel hai. yeh to ek pehlwani hai. jis ke paas zyada kartab hoga, woh jeet jayega. yeh debate jo hai, debate yeh pehlwani hai,</w:t>
      </w:r>
      <w:r>
        <w:br/>
      </w:r>
      <w:r>
        <w:rPr>
          <w:sz w:val="20"/>
        </w:rPr>
        <w:t>23:54  intellectual pehlwani. jis ko zyada kartab aayega, woh jeet jayega. jaise ke main ne misaal di aap ko ke arya samaj ka jo aadmi tha, woh zyada kartab aata tha.</w:t>
      </w:r>
      <w:r>
        <w:br/>
      </w:r>
      <w:r>
        <w:rPr>
          <w:sz w:val="20"/>
        </w:rPr>
        <w:t>24:03  us ko doosre molana sahab ko hara diya. yeh yeh yeh kartab bazi harana jeetana, yeh islam mein nahi hai. islam to naam hai dawat ka.</w:t>
      </w:r>
      <w:r>
        <w:br/>
      </w:r>
      <w:r>
        <w:rPr>
          <w:sz w:val="20"/>
        </w:rPr>
        <w:t>24:15  dawat naam hai logon ki khair khwahi ka, logon ke liye tadapne ka. the work bilkul alag cheez hai aur debate bilkul alag cheez hai.</w:t>
      </w:r>
    </w:p>
    <w:p>
      <w:pPr>
        <w:pStyle w:val="Heading2"/>
      </w:pPr>
      <w:r>
        <w:t>Universal law of ease with hardship</w:t>
      </w:r>
    </w:p>
    <w:p>
      <w:r>
        <w:rPr>
          <w:color w:val="666666"/>
          <w:sz w:val="18"/>
        </w:rPr>
        <w:t>The Life of The Prophet | July 31, 2007 · 1m 00s · at 8:24 · https://youtu.be/IY9aEQThos0?t=504</w:t>
      </w:r>
    </w:p>
    <w:p>
      <w:r>
        <w:rPr>
          <w:i/>
        </w:rPr>
        <w:t>“God sent this verse, Innamal Usra Yusra”</w:t>
      </w:r>
    </w:p>
    <w:p>
      <w:r>
        <w:rPr>
          <w:sz w:val="20"/>
        </w:rPr>
        <w:t>8:24  .</w:t>
      </w:r>
      <w:r>
        <w:br/>
      </w:r>
      <w:r>
        <w:rPr>
          <w:sz w:val="20"/>
        </w:rPr>
        <w:t>8:32  So how to do?</w:t>
      </w:r>
      <w:r>
        <w:br/>
      </w:r>
      <w:r>
        <w:rPr>
          <w:sz w:val="20"/>
        </w:rPr>
        <w:t>8:39  The Prophet of Islam was given a very unique formula from God.</w:t>
      </w:r>
      <w:r>
        <w:br/>
      </w:r>
      <w:r>
        <w:rPr>
          <w:sz w:val="20"/>
        </w:rPr>
        <w:t>8:47  God sent this verse in the Quran, this guiding verse, "Innamal Usra Yusra, Innamal Usra Yusra." It means that</w:t>
      </w:r>
      <w:r>
        <w:br/>
      </w:r>
      <w:r>
        <w:rPr>
          <w:sz w:val="20"/>
        </w:rPr>
        <w:t>8:54  this ayat, this Quranic verse refers to a law of nature, universal law of nature. This Quranic verse refers to a universal law of nature. And what is that universal law of nature? It is that this world was created in such a way that with ever</w:t>
      </w:r>
    </w:p>
    <w:p>
      <w:pPr>
        <w:pStyle w:val="Heading2"/>
      </w:pPr>
      <w:r>
        <w:t>Life's strange arc, death strikes at the peak</w:t>
      </w:r>
    </w:p>
    <w:p>
      <w:r>
        <w:rPr>
          <w:color w:val="666666"/>
          <w:sz w:val="18"/>
        </w:rPr>
        <w:t>On Death June 08, 2014 · 31s · at 2:01 · https://youtu.be/p0lSKQ0edmw?t=121</w:t>
      </w:r>
    </w:p>
    <w:p>
      <w:r>
        <w:rPr>
          <w:i/>
        </w:rPr>
        <w:t>“Maut kaisi ajeeb o ghareeb cheez hai”</w:t>
      </w:r>
    </w:p>
    <w:p>
      <w:r>
        <w:rPr>
          <w:sz w:val="20"/>
        </w:rPr>
        <w:t>2:01  maut kaisi ajeeb o ghareeb cheez hai.</w:t>
      </w:r>
      <w:r>
        <w:br/>
      </w:r>
      <w:r>
        <w:rPr>
          <w:sz w:val="20"/>
        </w:rPr>
        <w:t>2:07  insan paida hota hai, bachpan, jawani ki umar guzarte hue woh bara hota hai.</w:t>
      </w:r>
      <w:r>
        <w:br/>
      </w:r>
      <w:r>
        <w:rPr>
          <w:sz w:val="20"/>
        </w:rPr>
        <w:t>2:16  phir woh apna ek career banata hai, job mein, business mein. aur jab woh taraqqi ke aakhri manzil par hota hai, ain us waqt us ki maut aa jati hai.</w:t>
      </w:r>
    </w:p>
    <w:p>
      <w:pPr>
        <w:pStyle w:val="Heading2"/>
      </w:pPr>
      <w:r>
        <w:t>God is not limited to ritual form only</w:t>
      </w:r>
    </w:p>
    <w:p>
      <w:r>
        <w:rPr>
          <w:color w:val="666666"/>
          <w:sz w:val="18"/>
        </w:rPr>
        <w:t>On Salah (Prayer) (Part 3) 22 Jan 2006 - Maulana Wahiduddin Khan · 1m 24s · at 1:54 · https://youtu.be/1Q_hU89Hqok?t=114</w:t>
      </w:r>
    </w:p>
    <w:p>
      <w:r>
        <w:rPr>
          <w:i/>
        </w:rPr>
        <w:t>“To aap sochiye ke jis khuda ne itne bade universe ko banaya”</w:t>
      </w:r>
    </w:p>
    <w:p>
      <w:r>
        <w:rPr>
          <w:sz w:val="20"/>
        </w:rPr>
        <w:t>1:54  to aap sochiye ke jis khuda ne itne bare universe ko banaya, woh kuch form ko itni bari ahmiyat de dega?</w:t>
      </w:r>
      <w:r>
        <w:br/>
      </w:r>
      <w:r>
        <w:rPr>
          <w:sz w:val="20"/>
        </w:rPr>
        <w:t>2:04  yeh khuda ko underestimate karna hai. kuch form jo hum dohrate hain namaz mein, kuch rituals.</w:t>
      </w:r>
      <w:r>
        <w:br/>
      </w:r>
      <w:r>
        <w:rPr>
          <w:sz w:val="20"/>
        </w:rPr>
        <w:t>2:14  to khuda ko underestimate karenge aap agar samjhen ke yahi sab se bari cheez thi jo khuda ko, apne peghambar ke zariye bhejna tha insan ke paas?</w:t>
      </w:r>
      <w:r>
        <w:br/>
      </w:r>
      <w:r>
        <w:rPr>
          <w:sz w:val="20"/>
        </w:rPr>
        <w:t>2:25  aise hi namaz se to bari cheez ek darakht hai. aise hi namaz se to bari cheez ek darakht hai. darakht se aap ko kya lakri milti hai?</w:t>
      </w:r>
      <w:r>
        <w:br/>
      </w:r>
      <w:r>
        <w:rPr>
          <w:sz w:val="20"/>
        </w:rPr>
        <w:t>2:36  shade milta hai, hari hari patiyan milti hain, phool milta hai,</w:t>
      </w:r>
      <w:r>
        <w:br/>
      </w:r>
      <w:r>
        <w:rPr>
          <w:sz w:val="20"/>
        </w:rPr>
        <w:t>2:41  phal milta hai. ek beautiful scene deta hai darakht aap ko. aap ke ghar ke paas darakht ho to us ki beauty mein barhata hai woh.</w:t>
      </w:r>
      <w:r>
        <w:br/>
      </w:r>
      <w:r>
        <w:rPr>
          <w:sz w:val="20"/>
        </w:rPr>
        <w:t>2:52  to aisi spirit less namaz se kahin acha hai ek peR.</w:t>
      </w:r>
      <w:r>
        <w:br/>
      </w:r>
      <w:r>
        <w:rPr>
          <w:sz w:val="20"/>
        </w:rPr>
        <w:t>3:00  to aap soch sakte hain ke khuda ne, yaani isi par hi hell aur paradise ka mamla rakh diya ke jo namaz, yeh form wali namaz parh le woh paradise mein jaye, jo na parhe woh hell mein jaye.</w:t>
      </w:r>
      <w:r>
        <w:br/>
      </w:r>
      <w:r>
        <w:rPr>
          <w:sz w:val="20"/>
        </w:rPr>
        <w:t>3:13  to kaisa ajeeb khuda hoga woh.</w:t>
      </w:r>
    </w:p>
    <w:p>
      <w:pPr>
        <w:pStyle w:val="Heading2"/>
      </w:pPr>
      <w:r>
        <w:t>Brilliant man wasted on cheap entertainment</w:t>
      </w:r>
    </w:p>
    <w:p>
      <w:r>
        <w:rPr>
          <w:color w:val="666666"/>
          <w:sz w:val="18"/>
        </w:rPr>
        <w:t>Distraction is the Source of Destruction August 5, 2007 · 3m 02s · at 40:44 · https://youtu.be/E5Xo0_emjIs?t=2444</w:t>
      </w:r>
    </w:p>
    <w:p>
      <w:r>
        <w:rPr>
          <w:i/>
        </w:rPr>
        <w:t>“A brilliant cousin wasted his life on trivialities”</w:t>
      </w:r>
    </w:p>
    <w:p>
      <w:r>
        <w:rPr>
          <w:sz w:val="20"/>
        </w:rPr>
        <w:t>40:44  Jaise meri family mein mere mere woh the, mere mere chacha zad bhai the, un ka naam tha Iqbal Ahmed Sohail.</w:t>
      </w:r>
      <w:r>
        <w:br/>
      </w:r>
      <w:r>
        <w:rPr>
          <w:sz w:val="20"/>
        </w:rPr>
        <w:t>40:54  Un ka qissa batata hoon mein aap ko. Woh bhi tawajjuh ka mozu ban gaye. Yani infradi satah par mein aap ko ek qissa batata hoon. Infradi satah par.</w:t>
      </w:r>
      <w:r>
        <w:br/>
      </w:r>
      <w:r>
        <w:rPr>
          <w:sz w:val="20"/>
        </w:rPr>
        <w:t>41:08  Unhon ne Aligarh mein MA LLB kiya tha. Woh Aligarh University mein jo pehla batch tha MA ka, us mein se ek woh the.</w:t>
      </w:r>
      <w:r>
        <w:br/>
      </w:r>
      <w:r>
        <w:rPr>
          <w:sz w:val="20"/>
        </w:rPr>
        <w:t>41:21  Doctor Zakir Hussain ke saathi the woh Aligarh mein. Itna zaheen aadmi tha woh, itna zaheen aadmi tha keh ek bar jab un ka jo woh gaya, un ki jo jo imtehan mein jo copy hoti hai us pe likhte hain, kya kehte hain us ko.</w:t>
      </w:r>
      <w:r>
        <w:br/>
      </w:r>
      <w:r>
        <w:rPr>
          <w:sz w:val="20"/>
        </w:rPr>
        <w:t>41:39  To jo imtehan lene wala tha us ne likh kar lota diya keh "The examinee is better than the examiner". Us ne kuch us pe number hi nahi diya us ne.</w:t>
      </w:r>
      <w:r>
        <w:br/>
      </w:r>
      <w:r>
        <w:rPr>
          <w:sz w:val="20"/>
        </w:rPr>
        <w:t>41:51  Us waqt ki baat hai. "The examinee is better than the examiner".</w:t>
      </w:r>
      <w:r>
        <w:br/>
      </w:r>
      <w:r>
        <w:rPr>
          <w:sz w:val="20"/>
        </w:rPr>
        <w:t>41:59  Phir wahan par jab Aligarh mein yeh the to Khwaja Qamruddin ek the jo Bartania mein rehte the aur dawat ka kaam karte the woh, wahan aaye.</w:t>
      </w:r>
      <w:r>
        <w:br/>
      </w:r>
      <w:r>
        <w:rPr>
          <w:sz w:val="20"/>
        </w:rPr>
        <w:t>42:10  To wahan ka jo stage ki hall hai us mein ek taqarib hua. To Khwaja Qamruddin boht zabardast auditor the woh, boht achhe speaker the woh.</w:t>
      </w:r>
      <w:r>
        <w:br/>
      </w:r>
      <w:r>
        <w:rPr>
          <w:sz w:val="20"/>
        </w:rPr>
        <w:t>42:19  Taqreer ki unhon ne. Aur taqreer ka kya tha? Ek anokha sa mozu tha keh Arabi umm al-alsina hai. Arabi umm al-alsina hai.</w:t>
      </w:r>
      <w:r>
        <w:br/>
      </w:r>
      <w:r>
        <w:rPr>
          <w:sz w:val="20"/>
        </w:rPr>
        <w:t>42:30  Yani Arabi zuban jo hai sari zubanon ki maan zuban hai. Mein is ko nahi manta lekin behal yeh tha wahan par mozu.</w:t>
      </w:r>
      <w:r>
        <w:br/>
      </w:r>
      <w:r>
        <w:rPr>
          <w:sz w:val="20"/>
        </w:rPr>
        <w:t>42:40  keh arbi umm al-alsina hai. arbi is the is the mother of all languages. is pe bolay woh.</w:t>
      </w:r>
      <w:r>
        <w:br/>
      </w:r>
      <w:r>
        <w:rPr>
          <w:sz w:val="20"/>
        </w:rPr>
        <w:t>42:51  jab woh jab woh bol chukay to larkon ne iqbal sohail sahib jo us waqt talib-e-ilm thay wahan par. to aik mazaaq ke tor par un ko khara kar diya stage par, khench ke le gaye.</w:t>
      </w:r>
      <w:r>
        <w:br/>
      </w:r>
      <w:r>
        <w:rPr>
          <w:sz w:val="20"/>
        </w:rPr>
        <w:t>43:02  woh chahtay samajhtay thay ke kuch ulti seedhi bolain ge yeh aur wahan taliyan baj jayen gi aur bewaqoof ban jayen ge yeh. to mahaz mazaaq ke tor par un ko stage par khara kar diya.</w:t>
      </w:r>
      <w:r>
        <w:br/>
      </w:r>
      <w:r>
        <w:rPr>
          <w:sz w:val="20"/>
        </w:rPr>
        <w:t>43:11  iqbal sohail sahib ko. woh shibli nomani ke shagird thay aur bohat bohat parha tha unhon ne. yani urdu, arbi, english, kai zabanein bohat achhi jantay thay woh.</w:t>
      </w:r>
      <w:r>
        <w:br/>
      </w:r>
      <w:r>
        <w:rPr>
          <w:sz w:val="20"/>
        </w:rPr>
        <w:t>43:24  to khair wahan kharay hue woh. ab isi mozu par phir se bolna shuru kiya unhon ne. aur naye naye nuqat aur naye naye pehlu, naye naye misalein.</w:t>
      </w:r>
      <w:r>
        <w:br/>
      </w:r>
      <w:r>
        <w:rPr>
          <w:sz w:val="20"/>
        </w:rPr>
        <w:t>43:34  ab bilkul aik aik jo wahan par samien tha, samien bilkul aik yani pin drop khamoshi ke sath suna un logon ne. jab un ki taqreer khatam hui to khawaja qamruddin uthay.</w:t>
      </w:r>
    </w:p>
    <w:p>
      <w:pPr>
        <w:pStyle w:val="Heading2"/>
      </w:pPr>
      <w:r>
        <w:t>Fasting shock intended to trigger the mind</w:t>
      </w:r>
    </w:p>
    <w:p>
      <w:r>
        <w:rPr>
          <w:color w:val="666666"/>
          <w:sz w:val="18"/>
        </w:rPr>
        <w:t>Roza (Fasting) Shock May 26, 2019 · 26s · at 17:09 · https://youtu.be/GXYhGriFRpM?t=1029</w:t>
      </w:r>
    </w:p>
    <w:p>
      <w:r>
        <w:rPr>
          <w:i/>
        </w:rPr>
        <w:t>“Dhoom ka iftar, isi ka naam unhon ne roza rakha hai”</w:t>
      </w:r>
    </w:p>
    <w:p>
      <w:r>
        <w:rPr>
          <w:sz w:val="20"/>
        </w:rPr>
        <w:t>17:09  dhoom ka iftar. isi ka naam unhon ne roza rakha hai. roza fasting shock hai taake aap ke mind ko trigger kare.</w:t>
      </w:r>
      <w:r>
        <w:br/>
      </w:r>
      <w:r>
        <w:rPr>
          <w:sz w:val="20"/>
        </w:rPr>
        <w:t>17:22  yaad rakhein, jis ne jis ka mind trigger nahi hua roza rakh kar, to hadith mein aata hai ke woh</w:t>
      </w:r>
    </w:p>
    <w:p>
      <w:pPr>
        <w:pStyle w:val="Heading2"/>
      </w:pPr>
      <w:r>
        <w:t>Distraction conditions people to stop noticing it</w:t>
      </w:r>
    </w:p>
    <w:p>
      <w:r>
        <w:rPr>
          <w:color w:val="666666"/>
          <w:sz w:val="18"/>
        </w:rPr>
        <w:t>Message of The Quran March 29, 2015 · 32s · at 58:38 · https://youtu.be/61ANCBxSPHs?t=3518</w:t>
      </w:r>
    </w:p>
    <w:p>
      <w:r>
        <w:rPr>
          <w:i/>
        </w:rPr>
        <w:t>“Distraction میں ہوتا یہ ہے کہ آدمی Condition ہو جاتا ہے”</w:t>
      </w:r>
    </w:p>
    <w:p>
      <w:r>
        <w:rPr>
          <w:sz w:val="20"/>
        </w:rPr>
        <w:t>58:38  kyun ke Distraction mein hota yeh hai ke aadmi Condition ho jata hai. Conditioning ki wajah se us ko Distraction nazar nahi aata.</w:t>
      </w:r>
      <w:r>
        <w:br/>
      </w:r>
      <w:r>
        <w:rPr>
          <w:sz w:val="20"/>
        </w:rPr>
        <w:t>58:48  toh sochna parta hai. aap ko apni Condition ko todna hoga. aur Condition ko tod kar ke apni Distraction ko Discover karna hoga.</w:t>
      </w:r>
      <w:r>
        <w:br/>
      </w:r>
      <w:r>
        <w:rPr>
          <w:sz w:val="20"/>
        </w:rPr>
        <w:t>58:58  phir apne aap ko Focus par lana hoga. aur koi doosra tareeqa is ke liye hai nahi.</w:t>
      </w:r>
    </w:p>
    <w:p>
      <w:pPr>
        <w:pStyle w:val="Heading2"/>
      </w:pPr>
      <w:r>
        <w:t>full explanation of the shatm rasul problem and its roots</w:t>
      </w:r>
    </w:p>
    <w:p>
      <w:r>
        <w:rPr>
          <w:color w:val="666666"/>
          <w:sz w:val="18"/>
        </w:rPr>
        <w:t>Blasphemy in Islam November 24, 2024 · 5m 09s · at 2:57 · https://youtu.be/IjG5T6KZDxs?t=177</w:t>
      </w:r>
    </w:p>
    <w:p>
      <w:r>
        <w:rPr>
          <w:i/>
        </w:rPr>
        <w:t>“شتم رسول کا مسئلہ کیا ہے؟”</w:t>
      </w:r>
    </w:p>
    <w:p>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p>
    <w:p>
      <w:pPr>
        <w:pStyle w:val="Heading2"/>
      </w:pPr>
      <w:r>
        <w:t>Cannot change course of result</w:t>
      </w:r>
    </w:p>
    <w:p>
      <w:r>
        <w:rPr>
          <w:color w:val="666666"/>
          <w:sz w:val="18"/>
        </w:rPr>
        <w:t>Nature of Modern Problem 12 July 2009 - Maulana Wahiduddin Khan · 25s · at 16:36 · https://youtu.be/JULJoDRvUNU?t=996</w:t>
      </w:r>
    </w:p>
    <w:p>
      <w:r>
        <w:rPr>
          <w:i/>
        </w:rPr>
        <w:t>“You cannot change the course of result.”</w:t>
      </w:r>
    </w:p>
    <w:p>
      <w:r>
        <w:rPr>
          <w:sz w:val="20"/>
        </w:rPr>
        <w:t>16:36  ke kya hota hai, is ka ek phool kha lete hain, is se kya farq padega. lekin un ka ouster ho gaya. you can not change the course of result, it is beyond your capacity,</w:t>
      </w:r>
      <w:r>
        <w:br/>
      </w:r>
      <w:r>
        <w:rPr>
          <w:sz w:val="20"/>
        </w:rPr>
        <w:t>16:55  it is beyond your capacity.</w:t>
      </w:r>
    </w:p>
    <w:p>
      <w:pPr>
        <w:pStyle w:val="Heading2"/>
      </w:pPr>
      <w:r>
        <w:t>Our single mission is Quran distribution</w:t>
      </w:r>
    </w:p>
    <w:p>
      <w:r>
        <w:rPr>
          <w:color w:val="666666"/>
          <w:sz w:val="18"/>
        </w:rPr>
        <w:t>How to take Quran to the world by Sohaib Ilyas and Faraz Khan · 29s · at 1:35 · https://youtu.be/PSbEir8Zbew?t=95</w:t>
      </w:r>
    </w:p>
    <w:p>
      <w:r>
        <w:rPr>
          <w:i/>
        </w:rPr>
        <w:t>“All of us here have one major mission”</w:t>
      </w:r>
    </w:p>
    <w:p>
      <w:r>
        <w:rPr>
          <w:sz w:val="20"/>
        </w:rPr>
        <w:t>1:35  hum sab yahan jitne log yahan ikatthe hue hain, in sab ka ek hi major mission hai, one single point agenda hai, aur woh hai quran distribution.</w:t>
      </w:r>
      <w:r>
        <w:br/>
      </w:r>
      <w:r>
        <w:rPr>
          <w:sz w:val="20"/>
        </w:rPr>
        <w:t>1:45  hum chahtay hain ke hum quran aur quran ka message dunya ke har ek shakhs ke paas le ke jayen, aur hamare presentation ka bhi yahi aim hai ke hum aap ko yeh samjhayein ke kaise hum is mission ko achieve kar sakte hain, kaise hum is target ko achieve kar sakte hain.</w:t>
      </w:r>
    </w:p>
    <w:p>
      <w:pPr>
        <w:pStyle w:val="Heading2"/>
      </w:pPr>
      <w:r>
        <w:t>Noah preached truth patiently for 950 years</w:t>
      </w:r>
    </w:p>
    <w:p>
      <w:r>
        <w:rPr>
          <w:color w:val="666666"/>
          <w:sz w:val="18"/>
        </w:rPr>
        <w:t>The Prophetic Guidance February 18, 2007 · 1m 39s · at 53:32 · https://youtu.be/5K7MiAVqNNA?t=3212</w:t>
      </w:r>
    </w:p>
    <w:p>
      <w:r>
        <w:rPr>
          <w:i/>
        </w:rPr>
        <w:t>“Hazrat Nooh saadhe nau sau saal tak sachai phailate rahe”</w:t>
      </w:r>
    </w:p>
    <w:p>
      <w:r>
        <w:rPr>
          <w:sz w:val="20"/>
        </w:rPr>
        <w:t>53:32  phir aap dekhiye hazrat nuh ka zamana aata hai.</w:t>
      </w:r>
      <w:r>
        <w:br/>
      </w:r>
      <w:r>
        <w:rPr>
          <w:sz w:val="20"/>
        </w:rPr>
        <w:t>53:37  hazrat nuh jo nabi the. saade nau sau saal tak woh dunya mein rahe. aur logon ko sachai ki baat batate rahe.</w:t>
      </w:r>
      <w:r>
        <w:br/>
      </w:r>
      <w:r>
        <w:rPr>
          <w:sz w:val="20"/>
        </w:rPr>
        <w:t>53:48  saade nau sau saal tak. is mein ata himmat milti hai. ata hausla milti hai. ke sainkaron saal tak bhi agar mujhe zindagi mile to mujhe sachai ki baat phailate rehna hai phailate rehna hai phailate rehna hai.</w:t>
      </w:r>
      <w:r>
        <w:br/>
      </w:r>
      <w:r>
        <w:rPr>
          <w:sz w:val="20"/>
        </w:rPr>
        <w:t>54:04  kabhi kabhi bhi mayoosi mein nahi padna hai. kabhi niraash mein nahi padna hai.</w:t>
      </w:r>
      <w:r>
        <w:br/>
      </w:r>
      <w:r>
        <w:rPr>
          <w:sz w:val="20"/>
        </w:rPr>
        <w:t>54:11  bataiye niraash koi sawal nahi. mayoosi koi sawal nahi. sachai ki baat ko phailate raho phailate raho phailate raho. chahe sainkaron saal beet jayein.</w:t>
      </w:r>
      <w:r>
        <w:br/>
      </w:r>
      <w:r>
        <w:rPr>
          <w:sz w:val="20"/>
        </w:rPr>
        <w:t>54:22  kya is se bari koi baat ho sakti hai bataiye. hadon kya milta hai humein. is Allah ke bande ne saade nau sau saal tak aap zara ghor kijiye.</w:t>
      </w:r>
      <w:r>
        <w:br/>
      </w:r>
      <w:r>
        <w:rPr>
          <w:sz w:val="20"/>
        </w:rPr>
        <w:t>54:34  sachai ka paigham phailata raha woh dua karta raha. sum alamt lahum wa asrart lahum israra woh banda Khuda kehta hai ke maine in ko awami taur par kaha private mein kaha.</w:t>
      </w:r>
      <w:r>
        <w:br/>
      </w:r>
      <w:r>
        <w:rPr>
          <w:sz w:val="20"/>
        </w:rPr>
        <w:t>54:48  har jagah kaha har jagah bataya samjhaya un ko. is mein hum ko ek kitni bari roshni milti hai. ke sachai ka paigham aisi cheez nahi ke aap chhod dein do char din ke andar aur niraash mein pad jayein.</w:t>
      </w:r>
      <w:r>
        <w:br/>
      </w:r>
      <w:r>
        <w:rPr>
          <w:sz w:val="20"/>
        </w:rPr>
        <w:t>55:01  phailate rahiye phailate rahiye phailate rahiye. chahe saade nau sau saal beet jayein. kitna bara paigham hai jo hazrat nuh ke haan milta hai hum ko.</w:t>
      </w:r>
    </w:p>
    <w:p>
      <w:pPr>
        <w:pStyle w:val="Heading2"/>
      </w:pPr>
      <w:r>
        <w:t>Fiqh is not a sacred discipline</w:t>
      </w:r>
    </w:p>
    <w:p>
      <w:r>
        <w:rPr>
          <w:color w:val="666666"/>
          <w:sz w:val="18"/>
        </w:rPr>
        <w:t>An Introduction to Islamic Fiqh July 27, 2007 Maulana Wahiduddin Khan · 44s · at 8:51 · https://youtu.be/6aEZ4hFo1KY?t=531</w:t>
      </w:r>
    </w:p>
    <w:p>
      <w:r>
        <w:rPr>
          <w:i/>
        </w:rPr>
        <w:t>“Fiqh is not a sacred discipline”</w:t>
      </w:r>
    </w:p>
    <w:p>
      <w:r>
        <w:rPr>
          <w:sz w:val="20"/>
        </w:rPr>
        <w:t>8:51  faqh is very important, but faqh is not a sacred.</w:t>
      </w:r>
      <w:r>
        <w:br/>
      </w:r>
      <w:r>
        <w:rPr>
          <w:sz w:val="20"/>
        </w:rPr>
        <w:t>9:00  Qur'an is sacred, Hadith is sacred, but faqh is not a sacred discipline. So you have to understand this difference</w:t>
      </w:r>
      <w:r>
        <w:br/>
      </w:r>
      <w:r>
        <w:rPr>
          <w:sz w:val="20"/>
        </w:rPr>
        <w:t>9:13  . Although Qur'an and Hadith and faqh, all these three are important disciplines in Islam, but there is a difference.</w:t>
      </w:r>
      <w:r>
        <w:br/>
      </w:r>
      <w:r>
        <w:rPr>
          <w:sz w:val="20"/>
        </w:rPr>
        <w:t>9:26  Qur'an is a sacred discipline, Hadith is a sacred discipline, but faqh is not.</w:t>
      </w:r>
    </w:p>
    <w:p>
      <w:pPr>
        <w:pStyle w:val="Heading2"/>
      </w:pPr>
      <w:r>
        <w:t>Peace activism over political activism</w:t>
      </w:r>
    </w:p>
    <w:p>
      <w:r>
        <w:rPr>
          <w:color w:val="666666"/>
          <w:sz w:val="18"/>
        </w:rPr>
        <w:t>Political Activism or Futile Activism June 17, 2012 · 30s · at 13:43 · https://youtu.be/C_f7-QqBEn8?t=823</w:t>
      </w:r>
    </w:p>
    <w:p>
      <w:r>
        <w:rPr>
          <w:i/>
        </w:rPr>
        <w:t>“Al-sulh khair. Peace is better.”</w:t>
      </w:r>
    </w:p>
    <w:p>
      <w:r>
        <w:rPr>
          <w:sz w:val="20"/>
        </w:rPr>
        <w:t>13:43  Quran mein hai ke "al-sulhu khayrun". sulah behtar hai. yaani sulah activism. compromise activism chalana hai tum ko.</w:t>
      </w:r>
      <w:r>
        <w:br/>
      </w:r>
      <w:r>
        <w:rPr>
          <w:sz w:val="20"/>
        </w:rPr>
        <w:t>13:54  conciliatory activism. to yeh thi Sulah Hudaybiyah. dekhiye, is ke baad jo ayat utri Quran mein, woh bohat hi ziyada ghaur talab baat hai ke is mein hai ke: "li-yuhd-daka sirata mustaqima".</w:t>
      </w:r>
    </w:p>
    <w:p>
      <w:pPr>
        <w:pStyle w:val="Heading2"/>
      </w:pPr>
      <w:r>
        <w:t>Believer's seed is kalima</w:t>
      </w:r>
    </w:p>
    <w:p>
      <w:r>
        <w:rPr>
          <w:color w:val="666666"/>
          <w:sz w:val="18"/>
        </w:rPr>
        <w:t>Momin is like a tree | April 11, 2007 · 2m 05s · at 4:45 · https://youtu.be/buv324nJoBk?t=285</w:t>
      </w:r>
    </w:p>
    <w:p>
      <w:r>
        <w:rPr>
          <w:i/>
        </w:rPr>
        <w:t>“God has demonstrated a momin in the form of a tree”</w:t>
      </w:r>
    </w:p>
    <w:p>
      <w:r>
        <w:rPr>
          <w:sz w:val="20"/>
        </w:rPr>
        <w:t>4:45  you. I can say that God has demonstrated a momin or ایمان in the form of a tree. Momin or believer, or true believer, begins from a small seed, that is kalma.</w:t>
      </w:r>
      <w:r>
        <w:br/>
      </w:r>
      <w:r>
        <w:rPr>
          <w:sz w:val="20"/>
        </w:rPr>
        <w:t>5:20  Kalma, kalma is the starting point of momin. Now, kalma is not simply a recitation, kalma is not simply a kind of lip service. Kalma means realization, kalma means معرفہ, realization, kalma means discovery. When one discovers the truth, with capital T</w:t>
      </w:r>
      <w:r>
        <w:br/>
      </w:r>
      <w:r>
        <w:rPr>
          <w:sz w:val="20"/>
        </w:rPr>
        <w:t>5:50  he discovers God as supreme truth. When he discovers Muhammad as a supreme guide for mankind. When one discovers Quran as a word of God, and then he say, then he sees la</w:t>
      </w:r>
      <w:r>
        <w:br/>
      </w:r>
      <w:r>
        <w:rPr>
          <w:sz w:val="20"/>
        </w:rPr>
        <w:t>6:20  ilah ila Allah Muhammad Rasul Allah. This kalma. So معرفہ or realization or ایمان is like a seed, like a seed. So the personality of a momin begins from this seed, then it grows, grows, grows, like a tree, until it reaches</w:t>
      </w:r>
    </w:p>
    <w:p>
      <w:pPr>
        <w:pStyle w:val="Heading2"/>
      </w:pPr>
      <w:r>
        <w:t>Everything is possible: water cuts through stone</w:t>
      </w:r>
    </w:p>
    <w:p>
      <w:r>
        <w:rPr>
          <w:color w:val="666666"/>
          <w:sz w:val="18"/>
        </w:rPr>
        <w:t>Nature and Spirituality with Q&amp;A June 04, 2006 Maulana Wahiduddin Khan · 48s · at 23:40 · https://youtu.be/1lyvIoYlc70?t=1420</w:t>
      </w:r>
    </w:p>
    <w:p>
      <w:r>
        <w:rPr>
          <w:i/>
        </w:rPr>
        <w:t>“Everything is possible in this world.”</w:t>
      </w:r>
    </w:p>
    <w:p>
      <w:r>
        <w:rPr>
          <w:sz w:val="20"/>
        </w:rPr>
        <w:t>23:40  pathar mein katao hua. ab mein sochne laga ke is mein kya lesson hai? to mein ne socha ke har cheez is dunya mein possible hai.</w:t>
      </w:r>
      <w:r>
        <w:br/>
      </w:r>
      <w:r>
        <w:rPr>
          <w:sz w:val="20"/>
        </w:rPr>
        <w:t>23:53  everything is possible in this world.</w:t>
      </w:r>
      <w:r>
        <w:br/>
      </w:r>
      <w:r>
        <w:rPr>
          <w:sz w:val="20"/>
        </w:rPr>
        <w:t>23:57  yaani yeh bhi possible hai ke pani pathar ko kaatay. kitni anokhi baat hai ke pani pathar ko kaatay. lekin mere samnay kata hua yaani eroded pathar mojood tha.</w:t>
      </w:r>
      <w:r>
        <w:br/>
      </w:r>
      <w:r>
        <w:rPr>
          <w:sz w:val="20"/>
        </w:rPr>
        <w:t>24:13  to Khuda ne is dunya mein is tarah ki misaalain rakh kar humain yeh bataya hai ke everything is possible in this world.</w:t>
      </w:r>
    </w:p>
    <w:p>
      <w:pPr>
        <w:pStyle w:val="Heading2"/>
      </w:pPr>
      <w:r>
        <w:t>Inner spirit and outer form combination</w:t>
      </w:r>
    </w:p>
    <w:p>
      <w:r>
        <w:rPr>
          <w:color w:val="666666"/>
          <w:sz w:val="18"/>
        </w:rPr>
        <w:t>Islamic Prayer (Part 2) (English) | February 27, 2007 | Maulana Wahiduddin Khan · 30s · at 15:41 · https://youtu.be/xoh_XiWwRlI?t=941</w:t>
      </w:r>
    </w:p>
    <w:p>
      <w:r>
        <w:rPr>
          <w:i/>
        </w:rPr>
        <w:t>“In its inner content, it is realization of God.”</w:t>
      </w:r>
    </w:p>
    <w:p>
      <w:r>
        <w:rPr>
          <w:sz w:val="20"/>
        </w:rPr>
        <w:t>15:41  of inner spirit and outer form. In its, in its inner content, in its inner content, it is realization of God. In its outer form, it is a natural w</w:t>
      </w:r>
    </w:p>
    <w:p>
      <w:pPr>
        <w:pStyle w:val="Heading2"/>
      </w:pPr>
      <w:r>
        <w:t>The forgiveness dua and the prepared-mind analogy</w:t>
      </w:r>
    </w:p>
    <w:p>
      <w:r>
        <w:rPr>
          <w:color w:val="666666"/>
          <w:sz w:val="18"/>
        </w:rPr>
        <w:t>The End of Human History August 12, 2012 · 5m 48s · at 38:08 · https://youtu.be/QWdHb9pVkAY?t=2288</w:t>
      </w:r>
    </w:p>
    <w:p>
      <w:r>
        <w:rPr>
          <w:i/>
        </w:rPr>
        <w:t>“Ek dua jo poori zindagi ka nichod hai”</w:t>
      </w:r>
    </w:p>
    <w:p>
      <w:r>
        <w:rPr>
          <w:sz w:val="20"/>
        </w:rPr>
        <w:t>38:08  to hazrat ayesha ne rasool Allah se poocha ke agar mein lailatul qadr ko paoon to mein kya karoon?</w:t>
      </w:r>
      <w:r>
        <w:br/>
      </w:r>
      <w:r>
        <w:rPr>
          <w:sz w:val="20"/>
        </w:rPr>
        <w:t>38:16  kya kahoon? to aap ne un ko ek dua batai,</w:t>
      </w:r>
      <w:r>
        <w:br/>
      </w:r>
      <w:r>
        <w:rPr>
          <w:sz w:val="20"/>
        </w:rPr>
        <w:t>38:23  wo dua yeh thi: "Allahumma anta afuwwun tuhibbul afwa faf'awni". aye Allah!</w:t>
      </w:r>
      <w:r>
        <w:br/>
      </w:r>
      <w:r>
        <w:rPr>
          <w:sz w:val="20"/>
        </w:rPr>
        <w:t>38:33  to maaf karne wala hai, to maafi ko pasand karta hai, to mujhe maaf kar de. bas yahi ek dua batai aap ne.</w:t>
      </w:r>
      <w:r>
        <w:br/>
      </w:r>
      <w:r>
        <w:rPr>
          <w:sz w:val="20"/>
        </w:rPr>
        <w:t>38:43  is par mein ghor sochta raha, aaj sochta raha, is ka matlab kya hai? dekhiye, maafi mangne ka matlab kya hai?</w:t>
      </w:r>
      <w:r>
        <w:br/>
      </w:r>
      <w:r>
        <w:rPr>
          <w:sz w:val="20"/>
        </w:rPr>
        <w:t>38:51  apne ko akhirat tak minus kar dena aur Khuda ko akhirat tak plus bana dena.</w:t>
      </w:r>
      <w:r>
        <w:br/>
      </w:r>
      <w:r>
        <w:rPr>
          <w:sz w:val="20"/>
        </w:rPr>
        <w:t>39:01  jab tak aap nafsiyati aitbar se is is nabat ko na pahunchen ke aap ne apne aap ko aap ne minus bana diya ho, Allah taala ko plus bana rakha ho, tab tak yeh dua niklegi nahin.</w:t>
      </w:r>
      <w:r>
        <w:br/>
      </w:r>
      <w:r>
        <w:rPr>
          <w:sz w:val="20"/>
        </w:rPr>
        <w:t>39:17  yani Khuda hi hai jo maafi dene wala hai aur mere liye maafi ke siwa koi nijat nahin.</w:t>
      </w:r>
      <w:r>
        <w:br/>
      </w:r>
      <w:r>
        <w:rPr>
          <w:sz w:val="20"/>
        </w:rPr>
        <w:t>39:26  to yeh yeh yeh dua, yeh yeh alfaaz nahin hain.</w:t>
      </w:r>
      <w:r>
        <w:br/>
      </w:r>
      <w:r>
        <w:rPr>
          <w:sz w:val="20"/>
        </w:rPr>
        <w:t>39:31  phir mein yeh kahunga ke wo jo scientist ne kaha tha, kisi kisi scientist se kaha gaya ke aap ko jo daryaften hoti hain, wo aap logon ka karnama nahin hai, wo to ittifaqi taur par cheezein maloom ho jati hain.</w:t>
      </w:r>
      <w:r>
        <w:br/>
      </w:r>
      <w:r>
        <w:rPr>
          <w:sz w:val="20"/>
        </w:rPr>
        <w:t>39:49  us ne kaha tha ke aise ittifaqat, aisa ittifaq sirf scientist ke paas pesh aata hai. is ka matlab kya hai?</w:t>
      </w:r>
      <w:r>
        <w:br/>
      </w:r>
      <w:r>
        <w:rPr>
          <w:sz w:val="20"/>
        </w:rPr>
        <w:t>39:57  barson barson ki tayyari ke baad wo mind banta hai jo kisi jhalak mein, kisi waqeye mein ek scientific point ko daryaft kar le.</w:t>
      </w:r>
      <w:r>
        <w:br/>
      </w:r>
      <w:r>
        <w:rPr>
          <w:sz w:val="20"/>
        </w:rPr>
        <w:t>40:11  yahi muamla is dua ka hai. yaad rakhiye, dua jo hai na to ek din mein nikal sakti hai, na sirf ramzan ki tayyari se nikal sakti hai.</w:t>
      </w:r>
      <w:r>
        <w:br/>
      </w:r>
      <w:r>
        <w:rPr>
          <w:sz w:val="20"/>
        </w:rPr>
        <w:t>40:22  poori umar jab aap is tarah guzarenge, tab yeh dua niklegi.</w:t>
      </w:r>
      <w:r>
        <w:br/>
      </w:r>
      <w:r>
        <w:rPr>
          <w:sz w:val="20"/>
        </w:rPr>
        <w:t>40:28  yaad rakhiye, log yeh samajhte hain ke ramzan ke mahine ki ek tareekh hai, bas is tareekh mein agar hum pahunch jayen to lailatul qadr hamein mil gayi.</w:t>
      </w:r>
      <w:r>
        <w:br/>
      </w:r>
      <w:r>
        <w:rPr>
          <w:sz w:val="20"/>
        </w:rPr>
        <w:t>40:38  yeh bahut zyada yani khush fehmi ki baat hai.</w:t>
      </w:r>
      <w:r>
        <w:br/>
      </w:r>
      <w:r>
        <w:rPr>
          <w:sz w:val="20"/>
        </w:rPr>
        <w:t>40:48  aap ko apne aap ko tayyar karna hai.</w:t>
      </w:r>
      <w:r>
        <w:br/>
      </w:r>
      <w:r>
        <w:rPr>
          <w:sz w:val="20"/>
        </w:rPr>
        <w:t>40:53  you have to prepared mind yani wo tayyari jo barson tak phaili hui hoti hai, tab yeh nabat aati hai ke aap apne aap ko akhirat tak minus kar chuke hote hain aur akhirat tak Allah taala ko plus bana chuke hote hain.</w:t>
      </w:r>
      <w:r>
        <w:br/>
      </w:r>
      <w:r>
        <w:rPr>
          <w:sz w:val="20"/>
        </w:rPr>
        <w:t>41:14  wo wo wo jo dil hai, us se nikalti hain aisi duaen: "Allahumma anta afuwwun tuhibbul afwa faf'awni"</w:t>
      </w:r>
      <w:r>
        <w:br/>
      </w:r>
      <w:r>
        <w:rPr>
          <w:sz w:val="20"/>
        </w:rPr>
        <w:t>41:23  ye aisa nahi ke kisi na kisi tareeqay se ek tareekh hai, is tareekh ko mein pohnch jaon aur munh se bol doon. aisa har giz nahi hai.</w:t>
      </w:r>
      <w:r>
        <w:br/>
      </w:r>
      <w:r>
        <w:rPr>
          <w:sz w:val="20"/>
        </w:rPr>
        <w:t>41:35  is ke liye ek prepared mind chahiye, is ke liye ek bohat ziyada tayyar shakhsiyat chahiye jo barson mein banti hai.</w:t>
      </w:r>
      <w:r>
        <w:br/>
      </w:r>
      <w:r>
        <w:rPr>
          <w:sz w:val="20"/>
        </w:rPr>
        <w:t>41:45  ek din to kya, ek mahina to kya, woh barson darkar hain is ke liye.</w:t>
      </w:r>
      <w:r>
        <w:br/>
      </w:r>
      <w:r>
        <w:rPr>
          <w:sz w:val="20"/>
        </w:rPr>
        <w:t>41:52  gahak mein yun kahoon ga ke is dua ke muwafiq zindagi guzarni parti hai pehle se, barson pehle se. Jaise scientist is daryaft ke muwafiq zindagi guzarta hai, barson pehle se.</w:t>
      </w:r>
      <w:r>
        <w:br/>
      </w:r>
      <w:r>
        <w:rPr>
          <w:sz w:val="20"/>
        </w:rPr>
        <w:t>42:08  woh</w:t>
      </w:r>
      <w:r>
        <w:br/>
      </w:r>
      <w:r>
        <w:rPr>
          <w:sz w:val="20"/>
        </w:rPr>
        <w:t>42:11  university mein parhta hai, kitabon ka mutalia karta hai, observation karta hai, laboratory mein mehnatain karta hai, barson guzarta hai, barson.</w:t>
      </w:r>
      <w:r>
        <w:br/>
      </w:r>
      <w:r>
        <w:rPr>
          <w:sz w:val="20"/>
        </w:rPr>
        <w:t>42:20  kab ek waqt aata hai ke koi cheez flash karti hai, is mein is ko ek science ka ek pehlu mil jata hai.</w:t>
      </w:r>
      <w:r>
        <w:br/>
      </w:r>
      <w:r>
        <w:rPr>
          <w:sz w:val="20"/>
        </w:rPr>
        <w:t>42:30  to yeh jo dua hai, bilashuba bohat hi bari dua hai: "Allahumma anta afuwwun tuhibbul afwa faf'awni" ke khuda ya!</w:t>
      </w:r>
      <w:r>
        <w:br/>
      </w:r>
      <w:r>
        <w:rPr>
          <w:sz w:val="20"/>
        </w:rPr>
        <w:t>42:40  to maaf karne wala hai, to maafi ko pasand karta hai, to khuda mujhe maaf kar de.</w:t>
      </w:r>
      <w:r>
        <w:br/>
      </w:r>
      <w:r>
        <w:rPr>
          <w:sz w:val="20"/>
        </w:rPr>
        <w:t>42:48  yeh chand alfaaz nahi hain, yeh ek poori zindagi, poori zindagi ka nichor hai. Yeh</w:t>
      </w:r>
      <w:r>
        <w:br/>
      </w:r>
      <w:r>
        <w:rPr>
          <w:sz w:val="20"/>
        </w:rPr>
        <w:t>42:59  poori zindagi ka nichor hai. To is ke liye jo jaise log logon ka tareeqa kya hai, ek raat ko jaagte hain yaani ek raat ko jaagte hain, samajhte hain ke Lailatul Qadr mil gayi.</w:t>
      </w:r>
      <w:r>
        <w:br/>
      </w:r>
      <w:r>
        <w:rPr>
          <w:sz w:val="20"/>
        </w:rPr>
        <w:t>43:15  yaqeen kijiye ke har giz har giz raat ko jaagne se Lailatul Qadr nahi mile gi. Jo log aaj sochte hain, woh awani khush fehmi mein jeete hain.</w:t>
      </w:r>
      <w:r>
        <w:br/>
      </w:r>
      <w:r>
        <w:rPr>
          <w:sz w:val="20"/>
        </w:rPr>
        <w:t>43:25  awani mein ke aap raat bhar jaagein to Lailatul Qadr mil jaye. Yeh to bohat ridiculous baat hai, ridiculous.</w:t>
      </w:r>
      <w:r>
        <w:br/>
      </w:r>
      <w:r>
        <w:rPr>
          <w:sz w:val="20"/>
        </w:rPr>
        <w:t>43:38  poori zindagi guzarni parti hai is tareeqay se, poori zindagi aap ko guzarni parti hai, tab ja kar ke woh prepared personality banti hai, woh prepared mind banta hai jis se yeh alfaaz ubalte hain, yeh samandari alfaaz.</w:t>
      </w:r>
    </w:p>
    <w:p>
      <w:pPr>
        <w:pStyle w:val="Heading2"/>
      </w:pPr>
      <w:r>
        <w:t>never fight an unjust ruler, counsel him privately instead</w:t>
      </w:r>
    </w:p>
    <w:p>
      <w:r>
        <w:rPr>
          <w:color w:val="666666"/>
          <w:sz w:val="18"/>
        </w:rPr>
        <w:t>Prophetic Wisdom November 13, 2022 · 5m 00s · at 44:15 · https://youtu.be/EUFD21PtjwM?t=2655</w:t>
      </w:r>
    </w:p>
    <w:p>
      <w:r>
        <w:rPr>
          <w:i/>
        </w:rPr>
        <w:t>“Hadith after hadith forbids rebelling against a ruler”</w:t>
      </w:r>
    </w:p>
    <w:p>
      <w:r>
        <w:rPr>
          <w:sz w:val="20"/>
        </w:rPr>
        <w:t>44:15  aah is is kay baray mein aap batain. hum aisa hota hai kay log jo hain farq ko nahi samjhtay. to kai baar aik baar aik sawal bhi aya tha kay aah hukumraan kay liye to kaha gaya hai kay jihad karna chahiye ho</w:t>
      </w:r>
      <w:r>
        <w:br/>
      </w:r>
      <w:r>
        <w:rPr>
          <w:sz w:val="20"/>
        </w:rPr>
        <w:t>44:31  . to jo hadees hai aur bohat sari aisi hadeesain hain kay hukumraan kay khilaf jihad jo hai bilkul man'a hai kay chahay hukumraan kitna hi kharab ho, kitna hi ziyada woh zulm kar raha ho, kitna hi ziyada yahan tak kahay kay peeth par koray barsa raha ho, tab bhi us kay khilaf khurooj jaiz nahi.</w:t>
      </w:r>
      <w:r>
        <w:br/>
      </w:r>
      <w:r>
        <w:rPr>
          <w:sz w:val="20"/>
        </w:rPr>
        <w:t>44:52  aur aik taraf hai kay afzal jihad jo hai woh zalim hukumraan kay samnay haq baat kehna hai. ab masla yeh hai kay log jihad kay mani ko nahi samjhay</w:t>
      </w:r>
      <w:r>
        <w:br/>
      </w:r>
      <w:r>
        <w:rPr>
          <w:sz w:val="20"/>
        </w:rPr>
        <w:t>45:02  tay. jihad kay mani hain struggle, mehnat karna. aur woh log us ko jang kay equivalent samjhtay hain. to ab aap sochiye kay aik zalim hukumraan ko ja kar naseehat karna to yeh to kisi jihad say kam nahi hai.</w:t>
      </w:r>
      <w:r>
        <w:br/>
      </w:r>
      <w:r>
        <w:rPr>
          <w:sz w:val="20"/>
        </w:rPr>
        <w:t>45:18  jihad is mani mein crusade kay mani mein hota hai kay khoob khoob mehnat karna. to misal kay tor par firoun say jab baat ki hazrat moosa alayh salam nay to woh bohat bara jihad tha woh.</w:t>
      </w:r>
      <w:r>
        <w:br/>
      </w:r>
      <w:r>
        <w:rPr>
          <w:sz w:val="20"/>
        </w:rPr>
        <w:t>45:31  to bohat hi hamdardaana andaaz mein baat ki. khud ALLAH taala nay kaha kay bohat naramī say baat karna. to jo hadees hai kay afzal jihad zalim hukumraan kay samnay haq baat kehna hai.</w:t>
      </w:r>
      <w:r>
        <w:br/>
      </w:r>
      <w:r>
        <w:rPr>
          <w:sz w:val="20"/>
        </w:rPr>
        <w:t>45:43  to us ko lay kay samjhtay hain log kay zalim hukumraan kay khilaf khurooj karna hai, us say jang karni hai, us ko unseat karna hai. ab doosri hadeesoon ko aap dakiye aur doosri hadeesain jo hain bilkul saaf clear yeh baat batati</w:t>
      </w:r>
      <w:r>
        <w:br/>
      </w:r>
      <w:r>
        <w:rPr>
          <w:sz w:val="20"/>
        </w:rPr>
        <w:t>45:58  hain kay zalim hukumraan ki itaat karni hai, un say har giz takrao nahi karna hai. aur bohat ziyada sahih muslim mein to poora chapter hai kay kitab al fitan naam say, us mein yeh bohat sari hadeesain hain kay kitnay bhi hukumraan mein bigaar aa jaye kyunkay har cheez jo hai islam mein result oriented hai.</w:t>
      </w:r>
      <w:r>
        <w:br/>
      </w:r>
      <w:r>
        <w:rPr>
          <w:sz w:val="20"/>
        </w:rPr>
        <w:t>46:20  ab hum hukumraan kay khilaf jihad karain gay, jang karain gay to aur ziyada burai aye gi</w:t>
      </w:r>
      <w:r>
        <w:br/>
      </w:r>
      <w:r>
        <w:rPr>
          <w:sz w:val="20"/>
        </w:rPr>
        <w:t>46:25  y. hukumraan jo hai aasani say koi apna takht o taaj chhod kar chala to jaye ga nahi. us kay pas ziyada saaz o saman hota hai, woh ziyada aah ziyada jo hai destruction karay ga.</w:t>
      </w:r>
      <w:r>
        <w:br/>
      </w:r>
      <w:r>
        <w:rPr>
          <w:sz w:val="20"/>
        </w:rPr>
        <w:t>46:38  hamaray pas to itna saman bhi nahi hota. to yeh log jo hain yeh baaton ko nahi samjhtay, bas aik dam jang kay liye uth kharay hotay hain. aur us say nataija kuch bhi nahi milta.</w:t>
      </w:r>
      <w:r>
        <w:br/>
      </w:r>
      <w:r>
        <w:rPr>
          <w:sz w:val="20"/>
        </w:rPr>
        <w:t>46:51  to yeh sari cheezain jo hain humain parhni chahiye kay hadeesoon hadees mein kya aya hai? hakim ki baatein suno, us ki itaat karo to us ka matlab kya hai?</w:t>
      </w:r>
      <w:r>
        <w:br/>
      </w:r>
      <w:r>
        <w:rPr>
          <w:sz w:val="20"/>
        </w:rPr>
        <w:t>47:02  to us ka matlab wahi hai kay humain har haal mein peace ko qaim rakhna hai. to yahan tak kaha gaya hai kay agar tum ko bas namaz roza karnay day raha hai aur namaz roza agar na bhi karnay day raha hai to tum us kay khilaf jihad nahi karo, balkay woh jagah chhod kar doosri jagah chalay jao.</w:t>
      </w:r>
      <w:r>
        <w:br/>
      </w:r>
      <w:r>
        <w:rPr>
          <w:sz w:val="20"/>
        </w:rPr>
        <w:t>47:21  to is tarah say har halat mein us kay sath aah jihad nahi karna hai. jihad biman qital nahi karna hai.</w:t>
      </w:r>
      <w:r>
        <w:br/>
      </w:r>
      <w:r>
        <w:rPr>
          <w:sz w:val="20"/>
        </w:rPr>
        <w:t>47:31  to yeh farq nahi mantay samjhtay log kay aik hota hai qoli naseehat aur aik hota hai amli takrao. to jo kaha gaya hai woh qoli naseehat kaha gaya hai.</w:t>
      </w:r>
      <w:r>
        <w:br/>
      </w:r>
      <w:r>
        <w:rPr>
          <w:sz w:val="20"/>
        </w:rPr>
        <w:t>47:43  aur qoli naseehat jo hai woh sirf hukumraan thori.</w:t>
      </w:r>
      <w:r>
        <w:br/>
      </w:r>
      <w:r>
        <w:rPr>
          <w:sz w:val="20"/>
        </w:rPr>
        <w:t>47:46  kisi kay andar bhi aap koi galat kaam kartay dain to aap us ko bohat hi hamdardi say, bohat hi shafqat say aur well wishing kay andaaz mein aap us ko batain kay yeh kaam woh galat kar raha hai aur us kay haq mein dua karain.</w:t>
      </w:r>
      <w:r>
        <w:br/>
      </w:r>
      <w:r>
        <w:rPr>
          <w:sz w:val="20"/>
        </w:rPr>
        <w:t>48:00  aur baqayda kaha gaya hai kay tanhai mein us say mulaqat karain hukumraan say kyunkay agar sab kay samnay aap us ko bol dain gay to us ko to ego bhark jaye ga aur woh baat baat hum sunay ga hi nahi aah positively balkay aur ghussa ho jaye</w:t>
      </w:r>
      <w:r>
        <w:br/>
      </w:r>
      <w:r>
        <w:rPr>
          <w:sz w:val="20"/>
        </w:rPr>
        <w:t>48:19  ga. to us ka koi nataija nahi niklay ga. to isi tareeqay say humain aah yeh bohat ziyada is baat ka dhiyan rakhna hai.</w:t>
      </w:r>
      <w:r>
        <w:br/>
      </w:r>
      <w:r>
        <w:rPr>
          <w:sz w:val="20"/>
        </w:rPr>
        <w:t>48:29  khali hukumraani balkay kisi kay sath bhi inhi usoolon ko follow karna hai.</w:t>
      </w:r>
      <w:r>
        <w:br/>
      </w:r>
      <w:r>
        <w:rPr>
          <w:sz w:val="20"/>
        </w:rPr>
        <w:t>48:35  abdullah ibn abbas ne farmaya ke agar tum ko kisi hukmran se yeh baat karni hai is tarah ki to tum ko chahiye ke tanhai mein karo, koi tumhare aur us ke darmiyan na ho.</w:t>
      </w:r>
      <w:r>
        <w:br/>
      </w:r>
      <w:r>
        <w:rPr>
          <w:sz w:val="20"/>
        </w:rPr>
        <w:t>48:51  to hamein chahiye ke tum jo hadithain hain un ko un ke siyaq o sabak mein, un ke context mein dekhein. Out of context nahi dekhein.</w:t>
      </w:r>
      <w:r>
        <w:br/>
      </w:r>
      <w:r>
        <w:rPr>
          <w:sz w:val="20"/>
        </w:rPr>
        <w:t>49:00  kyunke ek hadith len ge, us ko generalize karein ge to us ka mani kuch ka kuch nikal aye ga jabke doosri hadithain is ke khilaf hain. To bohat ziyada gehri nazar chahiye, tabhi hadithon ko hum samajh sakte hain.</w:t>
      </w:r>
    </w:p>
    <w:p>
      <w:pPr>
        <w:pStyle w:val="Heading2"/>
      </w:pPr>
      <w:r>
        <w:t>Women not created for hell</w:t>
      </w:r>
    </w:p>
    <w:p>
      <w:r>
        <w:rPr>
          <w:color w:val="666666"/>
          <w:sz w:val="18"/>
        </w:rPr>
        <w:t>In conversation with Prof. Farida Khanam · 30s · at 7:10 · https://youtu.be/65KKekibzU0?t=430</w:t>
      </w:r>
    </w:p>
    <w:p>
      <w:r>
        <w:rPr>
          <w:i/>
        </w:rPr>
        <w:t>“To ye sochna ghalat hai”</w:t>
      </w:r>
    </w:p>
    <w:p>
      <w:r>
        <w:rPr>
          <w:sz w:val="20"/>
        </w:rPr>
        <w:t>7:10  raha hai, to auraton ke andar jo kamiyan hain, woh bataya ja raha hai. to yeh sochna galat hai ke auraton ko Allah Ta'ala ne jahannum ke liye paida kiya, yeh to ho nahi sakta hai. yeh to bilkul hi un understandable baat yeh hai nahi. to negativity kyun hoti hai? kyunke hum log yaad nahi rakhte ke hamare sath kya kya bhalai kis ne kis ne ki hai, ghar walon ne, ghar ke bahar walon ne. to hum us ko yaad rakhen ke hamare sath kya kya bhalai logon ne ki</w:t>
      </w:r>
    </w:p>
    <w:p>
      <w:pPr>
        <w:pStyle w:val="Heading2"/>
      </w:pPr>
      <w:r>
        <w:t>Just stand up, and help will come</w:t>
      </w:r>
    </w:p>
    <w:p>
      <w:r>
        <w:rPr>
          <w:color w:val="666666"/>
          <w:sz w:val="18"/>
        </w:rPr>
        <w:t>Conveying The Message of God November 27, 2022 · 24s · at 58:58 · https://youtu.be/1MUWodugLKU?t=3538</w:t>
      </w:r>
    </w:p>
    <w:p>
      <w:r>
        <w:rPr>
          <w:i/>
        </w:rPr>
        <w:t>“Maulana said just stand up, and angels will rush to help you”</w:t>
      </w:r>
    </w:p>
    <w:p>
      <w:r>
        <w:rPr>
          <w:sz w:val="20"/>
        </w:rPr>
        <w:t>58:58  itni opportunities hain. kaise hum nahi khade ho sakte? hum yeh afford nahi kar sakte. bahut zaroori hai ki hum apni zimmedari ko samjhein aur khade ho. Maulana kehte the ki aap bas khade ho jayein aur angels tootkar aap par toot padenge aapki madad ke liye. bas humein bas khada hona hai. to yeh bahut zaroori hai.</w:t>
      </w:r>
      <w:r>
        <w:br/>
      </w:r>
      <w:r>
        <w:rPr>
          <w:sz w:val="20"/>
        </w:rPr>
        <w:t>59:22  Sajid bhai aakhri sawal lena chahunga lekin usse pehle do teen comments Abdul Basit Umri sahib ne Gulbarga se likha hai. mujhe Sajid sahib ki yeh baat se ki Al Risala se unki wapsatki ki shuruat unke walid sahib Al Risala mangwate the. tabhi se wo Al Risala ko jante the. is baat se mujhe yeh samajh mein aaya ki Sajid sahib jaisa saathi Risala ko second generation se mila.</w:t>
      </w:r>
    </w:p>
    <w:p>
      <w:pPr>
        <w:pStyle w:val="Heading2"/>
      </w:pPr>
      <w:r>
        <w:t>Hajar's sacrifice and birth of monotheistic nation</w:t>
      </w:r>
    </w:p>
    <w:p>
      <w:r>
        <w:rPr>
          <w:color w:val="666666"/>
          <w:sz w:val="18"/>
        </w:rPr>
        <w:t>The Universal Message of Hajj May 25, 2025 · 4m 36s · at 14:00 · https://youtu.be/dr_sfN8NMzQ?t=840</w:t>
      </w:r>
    </w:p>
    <w:p>
      <w:r>
        <w:rPr>
          <w:i/>
        </w:rPr>
        <w:t>“Hazrat Hajar jo hain, one of the greatest women”</w:t>
      </w:r>
    </w:p>
    <w:p>
      <w:r>
        <w:rPr>
          <w:sz w:val="20"/>
        </w:rPr>
        <w:t>14:00  Hazrat Hajra jo hain, one of the greatest women hain. ji, ismein Hazrat Maryam ka naam aata hai, Hazrat Asiya ka aata hai aur Hazrat Khadija ka aata hai.</w:t>
      </w:r>
      <w:r>
        <w:br/>
      </w:r>
      <w:r>
        <w:rPr>
          <w:sz w:val="20"/>
        </w:rPr>
        <w:t>14:13  to Hazrat Hajra ka role ke hisab se mere khayal mein bohat bohat azeem khatoon hain woh. kyunke Hazrat Hajra ki qurbani agar na hoti to aaj tauheed ki history hi wajood mein na aati.</w:t>
      </w:r>
      <w:r>
        <w:br/>
      </w:r>
      <w:r>
        <w:rPr>
          <w:sz w:val="20"/>
        </w:rPr>
        <w:t>14:30  unhonne jo qurbani di ke is haalat mein jab ke kuch bhi nahin tha sahara mein, sirf Khuda ke bharose woh wohan reh gayin ke jab Allah ka hukam hai to Allah hamein zaya nahin karega.</w:t>
      </w:r>
      <w:r>
        <w:br/>
      </w:r>
      <w:r>
        <w:rPr>
          <w:sz w:val="20"/>
        </w:rPr>
        <w:t>14:45  to is tareeqe se ek nayi nasal wajood mein aayi Hazrat Hajra ki qurbani se.</w:t>
      </w:r>
      <w:r>
        <w:br/>
      </w:r>
      <w:r>
        <w:rPr>
          <w:sz w:val="20"/>
        </w:rPr>
        <w:t>14:52  to yeh nayi nasal sirf tauheed based inqilab nahin tha balkeh iske saath saath bohat saare relative iske aspect hote hain.</w:t>
      </w:r>
      <w:r>
        <w:br/>
      </w:r>
      <w:r>
        <w:rPr>
          <w:sz w:val="20"/>
        </w:rPr>
        <w:t>15:03  aman ka daur aaya, masawaat ka daur aaya, ek walteeka aur auraton ki aazadi ka daur aaya.</w:t>
      </w:r>
      <w:r>
        <w:br/>
      </w:r>
      <w:r>
        <w:rPr>
          <w:sz w:val="20"/>
        </w:rPr>
        <w:t>15:13  sabse badi cheez woh yeh hai ke daleel ki, ke ke zor par haq ko pehchanna.</w:t>
      </w:r>
      <w:r>
        <w:br/>
      </w:r>
      <w:r>
        <w:rPr>
          <w:sz w:val="20"/>
        </w:rPr>
        <w:t>15:20  to yeh saari cheezein is se pehle jo hum dekhte hain, Hazrat Ibrahim ke se pehle religious persecution tha. Koi bhi koi naya kaam nahin kar sakta tha, usko maar dalte the, kuch bhi karne nahin dete the.</w:t>
      </w:r>
      <w:r>
        <w:br/>
      </w:r>
      <w:r>
        <w:rPr>
          <w:sz w:val="20"/>
        </w:rPr>
        <w:t>15:34  bas jo chal raha hai baap dada ke zamane se, bas wohi chalta tha. Kuch karne nahin dete the, kehte the hum hamare baap dada ne to aisa kiya hai.</w:t>
      </w:r>
      <w:r>
        <w:br/>
      </w:r>
      <w:r>
        <w:rPr>
          <w:sz w:val="20"/>
        </w:rPr>
        <w:t>15:43  to isi liye woh sachai ko samajh nahin paate the.</w:t>
      </w:r>
      <w:r>
        <w:br/>
      </w:r>
      <w:r>
        <w:rPr>
          <w:sz w:val="20"/>
        </w:rPr>
        <w:t>15:48  to Hazrat Hajra wahan rahin aur itni badi Allah ki madad aayi ke is sahara mein Allah Taala ne pani ka darya baha diya. To is tareeqe se wahan par Khuda ka pehla ghar bana, jis ko hum keh sakte hain ke Khuda ki mission ka ek center bana.</w:t>
      </w:r>
      <w:r>
        <w:br/>
      </w:r>
      <w:r>
        <w:rPr>
          <w:sz w:val="20"/>
        </w:rPr>
        <w:t>16:08  to yeh bohat zabardast Hazrat Hajra ka kaam tha. Aur is mein hamare liye har har mauqe par ek lesson hai ke Khuda ki madad, jis ko kehte hain, chappar phaar kar aati hai ke kis tareeqe se madad aati hai. Jab aadmi ek dum at the end aur jab helpless hota hai,</w:t>
      </w:r>
      <w:r>
        <w:br/>
      </w:r>
      <w:r>
        <w:rPr>
          <w:sz w:val="20"/>
        </w:rPr>
        <w:t>16:28  jab bachcha ek dum rone laga, pani ke liye bilakne laga, tab us waqt Allah Taala ne farishte ko bhej diya. To</w:t>
      </w:r>
      <w:r>
        <w:br/>
      </w:r>
      <w:r>
        <w:rPr>
          <w:sz w:val="20"/>
        </w:rPr>
        <w:t>16:37  isi tareeqe se hum ko har mauqe par learning apni karni hai ke hum Khuda ki raah mein apne aap ko qurban karein, apni time, apna paisa sab lagayein, aur jab zaroorat hogi to Allah Taala isi tarah hamari bhi madad karega.</w:t>
      </w:r>
      <w:r>
        <w:br/>
      </w:r>
      <w:r>
        <w:rPr>
          <w:sz w:val="20"/>
        </w:rPr>
        <w:t>16:55  to farishte ne jaise Hazrat Hajra se kaha ke tum zaya hone ka andesha na karo, yeh Allah ka ghar hai,</w:t>
      </w:r>
      <w:r>
        <w:br/>
      </w:r>
      <w:r>
        <w:rPr>
          <w:sz w:val="20"/>
        </w:rPr>
        <w:t>17:03  yeh bachcha aur iske baap dono is ghar ko banayenge. To is tareeqe se Hazrat Ibrahim ne jo jo duayein ki, woh sab qabool huin.</w:t>
      </w:r>
      <w:r>
        <w:br/>
      </w:r>
      <w:r>
        <w:rPr>
          <w:sz w:val="20"/>
        </w:rPr>
        <w:t>17:14  Hazrat Ibrahim ne duaa ki thi ke is qaum se, is ummat se, is nasal se ek farmanbardar ummat uthe.</w:t>
      </w:r>
      <w:r>
        <w:br/>
      </w:r>
      <w:r>
        <w:rPr>
          <w:sz w:val="20"/>
        </w:rPr>
        <w:t>17:23  to woh hua, aise log to duniya ne kabhi dekhe nahin the.</w:t>
      </w:r>
      <w:r>
        <w:br/>
      </w:r>
      <w:r>
        <w:rPr>
          <w:sz w:val="20"/>
        </w:rPr>
        <w:t>17:28  isi liye usko Philip K. Hitti ne Nursery of Heroes kaha hai. To Hajra ki qurbani ne tauheed ki dawat ko fikri marhale se inqilab ke marhale tak pahunchaya.</w:t>
      </w:r>
      <w:r>
        <w:br/>
      </w:r>
      <w:r>
        <w:rPr>
          <w:sz w:val="20"/>
        </w:rPr>
        <w:t>17:42  matlab jab bhi paighambar aate to sirf ideology ke level par kaam hota. Ji, matlab log nahin milte the ke isko practical revolution ke level par baat aage badhe.</w:t>
      </w:r>
      <w:r>
        <w:br/>
      </w:r>
      <w:r>
        <w:rPr>
          <w:sz w:val="20"/>
        </w:rPr>
        <w:t>17:57  to kyunke ek bohat aala darje ki ek team darkar thi, aur team kisi paighambar ke paas thi nahin. Bade bade paighambar the, koi paighambar kisi se kam nahin tha, lekin ek team chahiye.</w:t>
      </w:r>
      <w:r>
        <w:br/>
      </w:r>
      <w:r>
        <w:rPr>
          <w:sz w:val="20"/>
        </w:rPr>
        <w:t>18:11  to sahara mein mahol mein jo team tayyar hui, woh wohi Ismaeelites kehte hain, Bani Ismaeel kehte hain inhi ko.</w:t>
      </w:r>
      <w:r>
        <w:br/>
      </w:r>
      <w:r>
        <w:rPr>
          <w:sz w:val="20"/>
        </w:rPr>
        <w:t>18:20  to is tareeqe se hum dekhte hain ke Hazrat Hajra ka role mere khayal mein auraton mein sabse bada role hai.</w:t>
      </w:r>
      <w:r>
        <w:br/>
      </w:r>
      <w:r>
        <w:rPr>
          <w:sz w:val="20"/>
        </w:rPr>
        <w:t>18:27  ji, isi liye yeh na yeh saying woh hai, inke upar poori tarah apply karti hai. The greatest women at the beginning of all great things.</w:t>
      </w:r>
    </w:p>
    <w:p>
      <w:pPr>
        <w:pStyle w:val="Heading2"/>
      </w:pPr>
      <w:r>
        <w:t>Salman Rushdie's book and the missed Quran-distribution opportunity</w:t>
      </w:r>
    </w:p>
    <w:p>
      <w:r>
        <w:rPr>
          <w:color w:val="666666"/>
          <w:sz w:val="18"/>
        </w:rPr>
        <w:t>Creative Solution or Ijtihadi Hal September 16, 2012 · 4m 22s · at 35:24 · https://youtu.be/yBKbiu0d_1A?t=2124</w:t>
      </w:r>
    </w:p>
    <w:p>
      <w:r>
        <w:rPr>
          <w:i/>
        </w:rPr>
        <w:t>“A banned novel sold three copies; the Quran sold seventy”</w:t>
      </w:r>
    </w:p>
    <w:p>
      <w:r>
        <w:rPr>
          <w:sz w:val="20"/>
        </w:rPr>
        <w:t>35:24  dekhiye, jab chhapi thi Salman Rushdie ki kitaab "Satanic Verses" to us ke us ke baad main America gaya tha.</w:t>
      </w:r>
      <w:r>
        <w:br/>
      </w:r>
      <w:r>
        <w:rPr>
          <w:sz w:val="20"/>
        </w:rPr>
        <w:t>35:39  wahan aik sahab se mulaqat hui, unhon ne kaha tha ke America ke aik mashhoor shehar hai, Chicago. woh Chicago ko gaye the, wahan par</w:t>
      </w:r>
      <w:r>
        <w:br/>
      </w:r>
      <w:r>
        <w:rPr>
          <w:sz w:val="20"/>
        </w:rPr>
        <w:t>35:48  to unhon ne bataya ke main Chicago ke shehar mein aik baray book seller ke haan gaya, kitaab ki dukaan par.</w:t>
      </w:r>
      <w:r>
        <w:br/>
      </w:r>
      <w:r>
        <w:rPr>
          <w:sz w:val="20"/>
        </w:rPr>
        <w:t>36:01  to us se poocha ke tumhare haan aaj, is is aik din</w:t>
      </w:r>
      <w:r>
        <w:br/>
      </w:r>
      <w:r>
        <w:rPr>
          <w:sz w:val="20"/>
        </w:rPr>
        <w:t>36:09  main</w:t>
      </w:r>
      <w:r>
        <w:br/>
      </w:r>
      <w:r>
        <w:rPr>
          <w:sz w:val="20"/>
        </w:rPr>
        <w:t>36:12  "Satanic Verses" wali jo kitaab, woh kitni bikki hai? kitna sale hua hai?</w:t>
      </w:r>
      <w:r>
        <w:br/>
      </w:r>
      <w:r>
        <w:rPr>
          <w:sz w:val="20"/>
        </w:rPr>
        <w:t>36:18  yaani Salman Rushdie ki kitaab "Satanic Verses" ka sale aaj kitna hua hai? us ne kaha ke sirf teen copy, teen nuskhay is ke aaj sale bikay hain,</w:t>
      </w:r>
      <w:r>
        <w:br/>
      </w:r>
      <w:r>
        <w:rPr>
          <w:sz w:val="20"/>
        </w:rPr>
        <w:t>36:32  sale hua hai un ka. to phir unhon ne poocha ke aaj ki tareekh mein Quran ke nuskhay kitne ziyada sale hue hain? us ne kaha ke 70, 70.</w:t>
      </w:r>
      <w:r>
        <w:br/>
      </w:r>
      <w:r>
        <w:rPr>
          <w:sz w:val="20"/>
        </w:rPr>
        <w:t>36:47  ab dekhiye ke aisa kyun hua? dekhiye, har aisa waqea kya karta hai? in terms of result hamare liye aik aik bohat bara opportunity laata hai.</w:t>
      </w:r>
      <w:r>
        <w:br/>
      </w:r>
      <w:r>
        <w:rPr>
          <w:sz w:val="20"/>
        </w:rPr>
        <w:t>37:04  woh kya? logon ke andar tajassus aata hai, curiosity aati hai. woh jaanna chahte hain ke bhai yeh kya cheez hai, kya maamla hai?</w:t>
      </w:r>
      <w:r>
        <w:br/>
      </w:r>
      <w:r>
        <w:rPr>
          <w:sz w:val="20"/>
        </w:rPr>
        <w:t>37:14  to woh jo curiosity paida hoti hai, woh hum ko dawat ka mauqa deti hai. chunancha jab "Satanic Verses" chhapi to logon ke andar yeh tajassus aaya, yeh curiosity aayi ke bhai kya maamla hai?</w:t>
      </w:r>
      <w:r>
        <w:br/>
      </w:r>
      <w:r>
        <w:rPr>
          <w:sz w:val="20"/>
        </w:rPr>
        <w:t>37:27  yeh kaisi kitaab hai? yeh to gaye dhoondne ke liye idhar udhar. to is aik dukaan par "Satanic Verses" wale ko khareedne wale agar teen aaye the to Quran ko khareedne wale 70 aaye.</w:t>
      </w:r>
      <w:r>
        <w:br/>
      </w:r>
      <w:r>
        <w:rPr>
          <w:sz w:val="20"/>
        </w:rPr>
        <w:t>37:48  is se andaaza hota hai ke ke tajassus ka ki miqdaar problem se ziyada hoti hai.</w:t>
      </w:r>
      <w:r>
        <w:br/>
      </w:r>
      <w:r>
        <w:rPr>
          <w:sz w:val="20"/>
        </w:rPr>
        <w:t>37:57  kaisi ajeeb baat hai! jitna aap problem create karenge, us se bohat ziyada opportunity paida hogi. to main ne kaha ke dekhiye, musalman.</w:t>
      </w:r>
      <w:r>
        <w:br/>
      </w:r>
      <w:r>
        <w:rPr>
          <w:sz w:val="20"/>
        </w:rPr>
        <w:t>38:11  ab musalmanon ne bohat hangama kiya,</w:t>
      </w:r>
      <w:r>
        <w:br/>
      </w:r>
      <w:r>
        <w:rPr>
          <w:sz w:val="20"/>
        </w:rPr>
        <w:t>38:13  kitne log is mein hi mare thay, kitna nuqsan hua tha.</w:t>
      </w:r>
      <w:r>
        <w:br/>
      </w:r>
      <w:r>
        <w:rPr>
          <w:sz w:val="20"/>
        </w:rPr>
        <w:t>38:19  aur aaj tak salman rushdi ka kuch nuqsan nahi hua. woh is ki kitab khud biki, is ke tarjame bhi, is ka koi nuqsan nahi hua. is ko aur zyada shohrat hasil ho gayi.</w:t>
      </w:r>
      <w:r>
        <w:br/>
      </w:r>
      <w:r>
        <w:rPr>
          <w:sz w:val="20"/>
        </w:rPr>
        <w:t>38:30  to maine kaha ke musalman salman rushdi ki kitab chhapne ke baad sirf ek kaam karte hain, agar khamoshi se, bilkul baghair kisi shor ke, ke woh quran ke english translation bohat acha chhapwa kar ke tamam dukano par ja kar rakh detey.</w:t>
      </w:r>
      <w:r>
        <w:br/>
      </w:r>
      <w:r>
        <w:rPr>
          <w:sz w:val="20"/>
        </w:rPr>
        <w:t>38:53  woh dukandar is ko kehte hain ke bhai is ko rakho, jitna biki, is ka hisab kar dena,</w:t>
      </w:r>
      <w:r>
        <w:br/>
      </w:r>
      <w:r>
        <w:rPr>
          <w:sz w:val="20"/>
        </w:rPr>
        <w:t>39:00  baqi hum wapas le len ge, tumhara is mein koi nuqsan nahi hai.</w:t>
      </w:r>
      <w:r>
        <w:br/>
      </w:r>
      <w:r>
        <w:rPr>
          <w:sz w:val="20"/>
        </w:rPr>
        <w:t>39:07  to beshumar log gaye hon ge dukanon par aur wahan par unhon ne quran nahi paya hoga, kahin kahin kahin paya hoga. to woh khareeda hoga ja kar ke unhon ne.</w:t>
      </w:r>
      <w:r>
        <w:br/>
      </w:r>
      <w:r>
        <w:rPr>
          <w:sz w:val="20"/>
        </w:rPr>
        <w:t>39:18  to agar yeh har dukan par quran rakh dete, yeh log to beshumar nuskhay quran ke logon tak pohnch jaate.</w:t>
      </w:r>
      <w:r>
        <w:br/>
      </w:r>
      <w:r>
        <w:rPr>
          <w:sz w:val="20"/>
        </w:rPr>
        <w:t>39:29  aur salman rushdi ki kitab bil-wasta andaaz mein, indirect way mein, quran ki isha'at ka zariya ban jati.</w:t>
      </w:r>
      <w:r>
        <w:br/>
      </w:r>
      <w:r>
        <w:rPr>
          <w:sz w:val="20"/>
        </w:rPr>
        <w:t>39:40  yeh hai creative solution.</w:t>
      </w:r>
    </w:p>
    <w:p>
      <w:pPr>
        <w:pStyle w:val="Heading2"/>
      </w:pPr>
      <w:r>
        <w:t>Feeling of being reserved for greatness</w:t>
      </w:r>
    </w:p>
    <w:p>
      <w:r>
        <w:rPr>
          <w:color w:val="666666"/>
          <w:sz w:val="18"/>
        </w:rPr>
        <w:t>Role of Dayee in the Modern Age Sept 22, 2012 - Maulana Wahiduddin Khan · 32s · at 11:33 · https://youtu.be/kRdsp_EkGX4?t=693</w:t>
      </w:r>
    </w:p>
    <w:p>
      <w:r>
        <w:rPr>
          <w:i/>
        </w:rPr>
        <w:t>“Surely I'm reserved for something great.”</w:t>
      </w:r>
    </w:p>
    <w:p>
      <w:r>
        <w:rPr>
          <w:sz w:val="20"/>
        </w:rPr>
        <w:t>11:33  reward jo tha woh misfire ho gaya.</w:t>
      </w:r>
      <w:r>
        <w:br/>
      </w:r>
      <w:r>
        <w:rPr>
          <w:sz w:val="20"/>
        </w:rPr>
        <w:t>11:37  to kya hua? is ke baad woh chalaya. chala kar is ne kaha ke "Surely I'm reserved for something great."</w:t>
      </w:r>
      <w:r>
        <w:br/>
      </w:r>
      <w:r>
        <w:rPr>
          <w:sz w:val="20"/>
        </w:rPr>
        <w:t>11:55  "Surely I'm reserved for something great." mujhe kisi barhe kaam ke liye bachaya gaya hai.</w:t>
      </w:r>
      <w:r>
        <w:br/>
      </w:r>
      <w:r>
        <w:rPr>
          <w:sz w:val="20"/>
        </w:rPr>
        <w:t>12:06  to agar aap ka ehsaas jaaga hua ho to is waqeye mein aap ko khud apni tasveer dikhai degi. khud apni tasveer.</w:t>
      </w:r>
    </w:p>
    <w:p>
      <w:pPr>
        <w:pStyle w:val="Heading2"/>
      </w:pPr>
      <w:r>
        <w:t>Pointless theology: are God's essence and attributes one</w:t>
      </w:r>
    </w:p>
    <w:p>
      <w:r>
        <w:rPr>
          <w:color w:val="666666"/>
          <w:sz w:val="18"/>
        </w:rPr>
        <w:t>Role of Reasons in Theology August 24, 2008 · 26s · at 17:24 · https://youtu.be/ZJFumhKX25Y?t=1044</w:t>
      </w:r>
    </w:p>
    <w:p>
      <w:r>
        <w:rPr>
          <w:i/>
        </w:rPr>
        <w:t>“Khuda ki zaat aur khuda ki sifaat aik hai ke do hain?”</w:t>
      </w:r>
    </w:p>
    <w:p>
      <w:r>
        <w:rPr>
          <w:sz w:val="20"/>
        </w:rPr>
        <w:t>17:24  ab bahasain is par ho rahi hain. aisay hi hai ke khuda ki zaat aur khuda ki sifatain aik hai ke do hain. yani zaat matlab God as a person aur sifatain matlab us ki quality, us ke attributes.</w:t>
      </w:r>
      <w:r>
        <w:br/>
      </w:r>
      <w:r>
        <w:rPr>
          <w:sz w:val="20"/>
        </w:rPr>
        <w:t>17:41  to khuda ke attributes alag hain, us ki personality alag hai ke dono aik hain.</w:t>
      </w:r>
      <w:r>
        <w:br/>
      </w:r>
      <w:r>
        <w:rPr>
          <w:sz w:val="20"/>
        </w:rPr>
        <w:t>17:45  ab bilkul meaningless baat hai, yeh sab hai.</w:t>
      </w:r>
    </w:p>
    <w:p>
      <w:pPr>
        <w:pStyle w:val="Heading2"/>
      </w:pPr>
      <w:r>
        <w:t>What Milad-un-Nabi actually is and whether it's permissible</w:t>
      </w:r>
    </w:p>
    <w:p>
      <w:r>
        <w:rPr>
          <w:color w:val="666666"/>
          <w:sz w:val="18"/>
        </w:rPr>
        <w:t>The Importance of Team Work February 5, 2012 · 2m 32s · at 1:24:24 · https://youtu.be/qBbwznqIqVw?t=5064</w:t>
      </w:r>
    </w:p>
    <w:p>
      <w:r>
        <w:rPr>
          <w:i/>
        </w:rPr>
        <w:t>“Mowlana, what is Milad-un-Nabi?”</w:t>
      </w:r>
    </w:p>
    <w:p>
      <w:r>
        <w:rPr>
          <w:sz w:val="20"/>
        </w:rPr>
        <w:t>1:24:24  Question aaya hai Mr. Rakesh Kumar ka, Delhi se. Unho ne poocha hai: "Maulana sahib, what is Milad un Nabi?" Kindly let me know.</w:t>
      </w:r>
      <w:r>
        <w:br/>
      </w:r>
      <w:r>
        <w:rPr>
          <w:sz w:val="20"/>
        </w:rPr>
        <w:t>1:24:36  Dekhein, Milad un Nabi ka lafzi matlab hai Rasool Allah ka janam din.</w:t>
      </w:r>
      <w:r>
        <w:br/>
      </w:r>
      <w:r>
        <w:rPr>
          <w:sz w:val="20"/>
        </w:rPr>
        <w:t>1:24:45  To yeh</w:t>
      </w:r>
      <w:r>
        <w:br/>
      </w:r>
      <w:r>
        <w:rPr>
          <w:sz w:val="20"/>
        </w:rPr>
        <w:t>1:24:49  Rasool Allah ke zamane mein ya Sahaba ke zamane mein, Tabeen ke zamane mein bilkul is ka wajood hi nahi tha. Saray se yeh lafz bhi nahi tha. Aur aaj bhi Arab dunya mein yeh nahi hai.</w:t>
      </w:r>
      <w:r>
        <w:br/>
      </w:r>
      <w:r>
        <w:rPr>
          <w:sz w:val="20"/>
        </w:rPr>
        <w:t>1:25:01  Aap Arab mulkon mein aap jayen to wahan kuch bhi, wahan yeh sab nahi milega aap ko. Milad un Nabi jaisi sargarmiyan aur jashn Milad un Nabi, yeh sab wahan nahi payenge aap.</w:t>
      </w:r>
      <w:r>
        <w:br/>
      </w:r>
      <w:r>
        <w:rPr>
          <w:sz w:val="20"/>
        </w:rPr>
        <w:t>1:25:13  Yeh basically aik phenomenon hai Indian subcontinent ka. Yaani India, Pakistan, Bangladesh, bas.</w:t>
      </w:r>
      <w:r>
        <w:br/>
      </w:r>
      <w:r>
        <w:rPr>
          <w:sz w:val="20"/>
        </w:rPr>
        <w:t>1:25:23  Aur kahin aap nahi payenge. To main yeh kahunga ke yeh India mein Hindu logon pe jo riwaj the, us ko unho ne Islamize kar liya.</w:t>
      </w:r>
      <w:r>
        <w:br/>
      </w:r>
      <w:r>
        <w:rPr>
          <w:sz w:val="20"/>
        </w:rPr>
        <w:t>1:25:39  Us waqt Islamize kar liya.</w:t>
      </w:r>
      <w:r>
        <w:br/>
      </w:r>
      <w:r>
        <w:rPr>
          <w:sz w:val="20"/>
        </w:rPr>
        <w:t>1:25:42  Yaani Ram ka, yaani Ram ka aik janam farz kiya unho ne Ram Navami. To Ram Navami ka woh, yaani khud sakhta edition hai, woh woh is ka Islam se koi ta'alluq nahi hai.</w:t>
      </w:r>
      <w:r>
        <w:br/>
      </w:r>
      <w:r>
        <w:rPr>
          <w:sz w:val="20"/>
        </w:rPr>
        <w:t>1:26:01  Islam se koi ta'alluq nahi hai.</w:t>
      </w:r>
      <w:r>
        <w:br/>
      </w:r>
      <w:r>
        <w:rPr>
          <w:sz w:val="20"/>
        </w:rPr>
        <w:t>1:26:04  Ab main yeh kahunga ke agar Rasool Allah ki Milad ke din, Rasool Allah ke yaani baatein kahi jayen, aap ka namoona bayan kiya jaye, usay naseehat di jaye to main kahunga theek hai.</w:t>
      </w:r>
      <w:r>
        <w:br/>
      </w:r>
      <w:r>
        <w:rPr>
          <w:sz w:val="20"/>
        </w:rPr>
        <w:t>1:26:15  Woh aik us ko main kahunga ke bid'at hasana hai, woh bid'at hasana. Lekin ab jo hota hai, woh jashn fakhr to woh to bid'at hasana hasana bhi nahi hai.</w:t>
      </w:r>
      <w:r>
        <w:br/>
      </w:r>
      <w:r>
        <w:rPr>
          <w:sz w:val="20"/>
        </w:rPr>
        <w:t>1:26:26  Yeh to kuch bhi nahi hai. Woh to kuch bhi nahi hai.</w:t>
      </w:r>
      <w:r>
        <w:br/>
      </w:r>
      <w:r>
        <w:rPr>
          <w:sz w:val="20"/>
        </w:rPr>
        <w:t>1:26:31  Bator jashn ke, bator fakhr ke, bator pride ke agar aap charcha karen Rasool Allah ka to woh to nothing. Haan, agar aap charcha karen Rasool Allah ki baaton ko janne ke liye, aap ke namoone ko samajh kar, un ko pehri karne ke liye to main kahunga chaliye theek hai, yeh bid'at hasana hai.</w:t>
      </w:r>
      <w:r>
        <w:br/>
      </w:r>
      <w:r>
        <w:rPr>
          <w:sz w:val="20"/>
        </w:rPr>
        <w:t>1:26:51  Is lihaz se hum tolerate kar sakte hain is ko.</w:t>
      </w:r>
    </w:p>
    <w:p>
      <w:pPr>
        <w:pStyle w:val="Heading2"/>
      </w:pPr>
      <w:r>
        <w:t>Muslims' wisdom lies in gratitude</w:t>
      </w:r>
    </w:p>
    <w:p>
      <w:r>
        <w:rPr>
          <w:color w:val="666666"/>
          <w:sz w:val="18"/>
        </w:rPr>
        <w:t>Prayer for the Country April 05, 2020 Maulana Wahiduddin Khan · 1m 28s · at 26:39 · https://youtu.be/9Fh70tItjlQ?t=1599</w:t>
      </w:r>
    </w:p>
    <w:p>
      <w:r>
        <w:rPr>
          <w:i/>
        </w:rPr>
        <w:t>“Actually, when Muslims lost their rule, they fell into complaints.”</w:t>
      </w:r>
    </w:p>
    <w:p>
      <w:r>
        <w:rPr>
          <w:sz w:val="20"/>
        </w:rPr>
        <w:t>26:39  asal mein dekhiye, jis zamane mein muslim ki</w:t>
      </w:r>
      <w:r>
        <w:br/>
      </w:r>
      <w:r>
        <w:rPr>
          <w:sz w:val="20"/>
        </w:rPr>
        <w:t>26:45  hikmaten tooti to woh shikayat mein par gaye. unhon ne farz kar liya ke filane kisi taqat ne un ki hikmat ko toda hai.</w:t>
      </w:r>
      <w:r>
        <w:br/>
      </w:r>
      <w:r>
        <w:rPr>
          <w:sz w:val="20"/>
        </w:rPr>
        <w:t>26:59  bas is se ladna yeh un ka</w:t>
      </w:r>
      <w:r>
        <w:br/>
      </w:r>
      <w:r>
        <w:rPr>
          <w:sz w:val="20"/>
        </w:rPr>
        <w:t>27:02  aik tareeqa ban gaya. halankeh koi kaam hi nahi tha. koi koi kaam nahi tha.</w:t>
      </w:r>
      <w:r>
        <w:br/>
      </w:r>
      <w:r>
        <w:rPr>
          <w:sz w:val="20"/>
        </w:rPr>
        <w:t>27:11  kaam wahi tha ke Allah ki nematوں ko yaad karna. Allah ke shukr ko ikhraj karna.</w:t>
      </w:r>
      <w:r>
        <w:br/>
      </w:r>
      <w:r>
        <w:rPr>
          <w:sz w:val="20"/>
        </w:rPr>
        <w:t>27:22  woh koi kaam hi nahi tha jis mein musalman par gaye. yaani kuch logon ko farz kar ke ke unhon ne hamari hukumaten todi hain, mujhe raaye shukr ki.</w:t>
      </w:r>
      <w:r>
        <w:br/>
      </w:r>
      <w:r>
        <w:rPr>
          <w:sz w:val="20"/>
        </w:rPr>
        <w:t>27:36  yeh koi kaam nahi tha.</w:t>
      </w:r>
      <w:r>
        <w:br/>
      </w:r>
      <w:r>
        <w:rPr>
          <w:sz w:val="20"/>
        </w:rPr>
        <w:t>27:41  dekhiye, hukumat jo jo jumma banti hai, woh bhi imtehan hai. aaj ka imtehan aik groh ka hai, kal doosre groh ka hoga.</w:t>
      </w:r>
      <w:r>
        <w:br/>
      </w:r>
      <w:r>
        <w:rPr>
          <w:sz w:val="20"/>
        </w:rPr>
        <w:t>27:52  bar bar har groh ko mauqa diya jata hai ke woh apni</w:t>
      </w:r>
      <w:r>
        <w:br/>
      </w:r>
      <w:r>
        <w:rPr>
          <w:sz w:val="20"/>
        </w:rPr>
        <w:t>28:00  salahiyaton ko istemal kare dunya ke behtar banne ke liye.</w:t>
      </w:r>
    </w:p>
    <w:p>
      <w:pPr>
        <w:pStyle w:val="Heading2"/>
      </w:pPr>
      <w:r>
        <w:t>A team leader's duty: self-accountability and goodwill</w:t>
      </w:r>
    </w:p>
    <w:p>
      <w:r>
        <w:rPr>
          <w:color w:val="666666"/>
          <w:sz w:val="18"/>
        </w:rPr>
        <w:t>The Importance of Team Work February 5, 2012 · 2m 37s · at 1:17:21 · https://youtu.be/qBbwznqIqVw?t=4641</w:t>
      </w:r>
    </w:p>
    <w:p>
      <w:r>
        <w:rPr>
          <w:i/>
        </w:rPr>
        <w:t>“Team work ke leader ki zimmedari kya hai?”</w:t>
      </w:r>
    </w:p>
    <w:p>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p>
    <w:p>
      <w:pPr>
        <w:pStyle w:val="Heading2"/>
      </w:pPr>
      <w:r>
        <w:t>Story of King Nowshirwan: freedom never existed before modern era</w:t>
      </w:r>
    </w:p>
    <w:p>
      <w:r>
        <w:rPr>
          <w:color w:val="666666"/>
          <w:sz w:val="18"/>
        </w:rPr>
        <w:t>Second Coming of Christian Model March 11, 2007 · 4m 19s · at 53:47 · https://youtu.be/hydvgblVSY4?t=3227</w:t>
      </w:r>
    </w:p>
    <w:p>
      <w:r>
        <w:rPr>
          <w:i/>
        </w:rPr>
        <w:t>“Modern civilization gave the world something for the very first time: real freedom.”</w:t>
      </w:r>
    </w:p>
    <w:p>
      <w:r>
        <w:rPr>
          <w:sz w:val="20"/>
        </w:rPr>
        <w:t>53:47  ek bilkul ek baseless baat hai. modern civilization jo hai, is ne jo cheezein paida ki hain nayi, is par ghor kijiye aap.</w:t>
      </w:r>
      <w:r>
        <w:br/>
      </w:r>
      <w:r>
        <w:rPr>
          <w:sz w:val="20"/>
        </w:rPr>
        <w:t>53:57  maslan is ki wajah se duniya mein pehli baar aisa hua hai ke dilchasp freedom aaya hai duniya mein.</w:t>
      </w:r>
      <w:r>
        <w:br/>
      </w:r>
      <w:r>
        <w:rPr>
          <w:sz w:val="20"/>
        </w:rPr>
        <w:t>54:07  is se pehle kabhi bhi dilchasp freedom duniya mein nahin tha. yeh kis ka hai? yani kaun laya hai?</w:t>
      </w:r>
      <w:r>
        <w:br/>
      </w:r>
      <w:r>
        <w:rPr>
          <w:sz w:val="20"/>
        </w:rPr>
        <w:t>54:15  yeh modern civilization laya hai. pehle zamane mein freedom ka jo koi concept nahin tha. main aap ko ek waqia bataoon, Iranian empire jab thi,</w:t>
      </w:r>
      <w:r>
        <w:br/>
      </w:r>
      <w:r>
        <w:rPr>
          <w:sz w:val="20"/>
        </w:rPr>
        <w:t>54:30  jis ko Sasanian empire kaha jata hai, to uska ek emperor tha Nausherwan.</w:t>
      </w:r>
      <w:r>
        <w:br/>
      </w:r>
      <w:r>
        <w:rPr>
          <w:sz w:val="20"/>
        </w:rPr>
        <w:t>54:38  Nausherwan ko aam taur par bahut just ruler mana jata hai. yani jo Sasanian empire mein jo king hue, is mein yeh bahut achha king mana jata hai.</w:t>
      </w:r>
      <w:r>
        <w:br/>
      </w:r>
      <w:r>
        <w:rPr>
          <w:sz w:val="20"/>
        </w:rPr>
        <w:t>54:49  tab bhi jo system tha, is ki wajah se kya hua? ek din Nausherwan ne kaha apne darbar mein, jo bahut saare log, parhe likhe log jama the,</w:t>
      </w:r>
      <w:r>
        <w:br/>
      </w:r>
      <w:r>
        <w:rPr>
          <w:sz w:val="20"/>
        </w:rPr>
        <w:t>55:02  is ne kaha ke aap mein se kisi ko hamare rule par, jo hamara system hai, political system, is par kuch kehna ho to keh sakta hai. woh koi kisi ko koi dissent ho, unhon ne is ko invite kiya ke mere political system par, yeh meri king, meri kingship par, kuch tum ko kehna ho to kaho.</w:t>
      </w:r>
      <w:r>
        <w:br/>
      </w:r>
      <w:r>
        <w:rPr>
          <w:sz w:val="20"/>
        </w:rPr>
        <w:t>55:23  to pehle log chup the. ek pause hua wahan par, phir ek aadmi khada hua aur is ne keh diya ke sahib, aap ne jo tax lagaye hain, woh tax jo hai, logon ke bojh se zyada hai.</w:t>
      </w:r>
      <w:r>
        <w:br/>
      </w:r>
      <w:r>
        <w:rPr>
          <w:sz w:val="20"/>
        </w:rPr>
        <w:t>55:36  ek saada, simple si baat kahi jo aap har waqt aap ghalat jab chaliye to koi pakadne wala nahin aap ka. agar aap kahin Government of India ne jo budget pesh kiya hai, woh galat hai to kaun pakdega aap ko?</w:t>
      </w:r>
      <w:r>
        <w:br/>
      </w:r>
      <w:r>
        <w:rPr>
          <w:sz w:val="20"/>
        </w:rPr>
        <w:t>55:48  abhi jo budget aaya hai parliament mein, is ke against mein boliye, aap lafzon mein bachiye, koi pakadne wala nahin hai. to ek aadmi ne keh diya ke aap ne jo tax lagaye hain, woh public ke bardasht se zyada hai.</w:t>
      </w:r>
      <w:r>
        <w:br/>
      </w:r>
      <w:r>
        <w:rPr>
          <w:sz w:val="20"/>
        </w:rPr>
        <w:t>56:04  to jante hain kya hua? is zamane mein hua karta tha qalamdan, aisa bada sa hota tha lakdi ka.</w:t>
      </w:r>
      <w:r>
        <w:br/>
      </w:r>
      <w:r>
        <w:rPr>
          <w:sz w:val="20"/>
        </w:rPr>
        <w:t>56:15  aap logon ne shayad nahin dekha hoga,</w:t>
      </w:r>
      <w:r>
        <w:br/>
      </w:r>
      <w:r>
        <w:rPr>
          <w:sz w:val="20"/>
        </w:rPr>
        <w:t>56:18  ek ek box hota tha, box lakdi ka banta tha, usi par pen hote the aur ink hoti thi. to pehle hua karta tha, main ne dekha hai qalamdan.</w:t>
      </w:r>
      <w:r>
        <w:br/>
      </w:r>
      <w:r>
        <w:rPr>
          <w:sz w:val="20"/>
        </w:rPr>
        <w:t>56:29  to Nausherwan ne order diya, yeh sahib jo hain, in ka dimagh bahut zyada, yani apne ko bahut qabil samajhte hain, bahut samajhte hain ke in ka</w:t>
      </w:r>
      <w:r>
        <w:br/>
      </w:r>
      <w:r>
        <w:rPr>
          <w:sz w:val="20"/>
        </w:rPr>
        <w:t>56:44  bahut learned aadmi hai, to in ko qalamdan se maro in ke sar par. to sahib, lakdi ka jo qalamdan tha, us se in ke sar par mara itna hua hai ke mar gaye, wahin wahin mar gaye, wahin khatam ho gaye, wahin</w:t>
      </w:r>
      <w:r>
        <w:br/>
      </w:r>
      <w:r>
        <w:rPr>
          <w:sz w:val="20"/>
        </w:rPr>
        <w:t>56:58  itna sar phat gaya in ka.</w:t>
      </w:r>
      <w:r>
        <w:br/>
      </w:r>
      <w:r>
        <w:rPr>
          <w:sz w:val="20"/>
        </w:rPr>
        <w:t>57:02  kai aadmi qalamdaan wahan kai hua karte the, kai aadmi qalamdaan leke uthe aur lage unke sar par maarne, wahin koi khatma ho gaya. to freedom ko ye nahin pehle zamane mein, kuch bhi freedom nahin thi pehle zamane mein.</w:t>
      </w:r>
      <w:r>
        <w:br/>
      </w:r>
      <w:r>
        <w:rPr>
          <w:sz w:val="20"/>
        </w:rPr>
        <w:t>57:16  wa ma na'budu illa billahil aliyil azeem, sirf ye kaha in logon ne ke hum ek khuda ko mante hain</w:t>
      </w:r>
      <w:r>
        <w:br/>
      </w:r>
      <w:r>
        <w:rPr>
          <w:sz w:val="20"/>
        </w:rPr>
        <w:t>57:24  aur unko daal diya aag mein, are chherwa diya gaya, talwar se maar diya gaya. ye quran mein surah buruj mein aap padh sakte hain, aap ye pehli history par ye quran mein reference hai ke pehle kya hua karta tha.</w:t>
      </w:r>
      <w:r>
        <w:br/>
      </w:r>
      <w:r>
        <w:rPr>
          <w:sz w:val="20"/>
        </w:rPr>
        <w:t>57:40  aaj aap dekhein ke yaani poori poori freedom aapko mili hui hai, wida out any restriction.</w:t>
      </w:r>
      <w:r>
        <w:br/>
      </w:r>
      <w:r>
        <w:rPr>
          <w:sz w:val="20"/>
        </w:rPr>
        <w:t>57:50  ye bahut bada ye gift hai modern civilization ka, bahut hi bada gift hai. poori poori history mein kabhi ye cheez nahin mili thi, freedom ke aap jo chahe sochiye, jo chahe boliye, jo chahe likhiye.</w:t>
      </w:r>
    </w:p>
    <w:p>
      <w:pPr>
        <w:pStyle w:val="Heading2"/>
      </w:pPr>
      <w:r>
        <w:t>Even the Kaaba itself was once relocated</w:t>
      </w:r>
    </w:p>
    <w:p>
      <w:r>
        <w:rPr>
          <w:color w:val="666666"/>
          <w:sz w:val="18"/>
        </w:rPr>
        <w:t>The Lesson of History September 21, 2014 · 1m 20s · at 31:07 · https://youtu.be/aMVHLKMkhcQ?t=1867</w:t>
      </w:r>
    </w:p>
    <w:p>
      <w:r>
        <w:rPr>
          <w:i/>
        </w:rPr>
        <w:t>“Khud Kaaba bhi relocate kiya gaya hai”</w:t>
      </w:r>
    </w:p>
    <w:p>
      <w:r>
        <w:rPr>
          <w:sz w:val="20"/>
        </w:rPr>
        <w:t>31:07  relocate kar lo. khud Kaba bhi relocate kiya gaya hai. bohat aap ko anokha maloom hogi yeh baat. Kaba bhi relocate kiya gaya.</w:t>
      </w:r>
      <w:r>
        <w:br/>
      </w:r>
      <w:r>
        <w:rPr>
          <w:sz w:val="20"/>
        </w:rPr>
        <w:t>31:20  yani Kaba banaya tha Hazrat Ibrahim (AS) ne aur Ismail (AS) ne mil kar ke. aap jante hain.</w:t>
      </w:r>
      <w:r>
        <w:br/>
      </w:r>
      <w:r>
        <w:rPr>
          <w:sz w:val="20"/>
        </w:rPr>
        <w:t>31:30  lekin jo banaya tha Kaba unhone, woh woh ouj shakal ka tha. woh woh lamba tha.</w:t>
      </w:r>
      <w:r>
        <w:br/>
      </w:r>
      <w:r>
        <w:rPr>
          <w:sz w:val="20"/>
        </w:rPr>
        <w:t>31:40  aap bas jin logon ne Hajj kiya hoga ya Umrah kiya hoga, woh jante honge ke is waqt jo Kaba hai, woh chowkor hai. murabba hai, square hai.</w:t>
      </w:r>
      <w:r>
        <w:br/>
      </w:r>
      <w:r>
        <w:rPr>
          <w:sz w:val="20"/>
        </w:rPr>
        <w:t>31:49  Hazrat Ibrahim ne square nahi banaya tha. woh aisa lamba banaya tha. to wahan jis zamane mein mushrikeen ka ghalba tha, to ek zamane mein aise kuch asbab hue ke unhone relocate kiya Kaba ko.</w:t>
      </w:r>
      <w:r>
        <w:br/>
      </w:r>
      <w:r>
        <w:rPr>
          <w:sz w:val="20"/>
        </w:rPr>
        <w:t>32:02  yani is ko aadha banaya, aadha chhod diya. isi par qaim hai. to Kaba bhi to relocate kiya gaya hai.</w:t>
      </w:r>
      <w:r>
        <w:br/>
      </w:r>
      <w:r>
        <w:rPr>
          <w:sz w:val="20"/>
        </w:rPr>
        <w:t>32:15  to sab se bada masla yeh hai ke musalman ghalu se bahar ayein. ghalu se bahar ayein. ke jis cheez ka talluq aqide se nahi hai, us ko aqide ka masla na banayein.</w:t>
      </w:r>
    </w:p>
    <w:p>
      <w:pPr>
        <w:pStyle w:val="Heading2"/>
      </w:pPr>
      <w:r>
        <w:t>The Times mislabels Islam as a religion of violence</w:t>
      </w:r>
    </w:p>
    <w:p>
      <w:r>
        <w:rPr>
          <w:color w:val="666666"/>
          <w:sz w:val="18"/>
        </w:rPr>
        <w:t>Islam A Religion of Peace (English) January 8, 2007 Maulana Wahiduddin Khan · 2m 29s · at 18:44 · https://youtu.be/1Yv-qCZhTJE?t=1124</w:t>
      </w:r>
    </w:p>
    <w:p>
      <w:r>
        <w:rPr>
          <w:i/>
        </w:rPr>
        <w:t>“The well-known London daily, The Times, published an article about Islam.”</w:t>
      </w:r>
    </w:p>
    <w:p>
      <w:r>
        <w:rPr>
          <w:sz w:val="20"/>
        </w:rPr>
        <w:t>18:44  i know that now a days, there are why respect concept the islam is religion of violence.</w:t>
      </w:r>
      <w:r>
        <w:br/>
      </w:r>
      <w:r>
        <w:rPr>
          <w:sz w:val="20"/>
        </w:rPr>
        <w:t>18:58  the well known london daily, the times published in article about islam</w:t>
      </w:r>
      <w:r>
        <w:br/>
      </w:r>
      <w:r>
        <w:rPr>
          <w:sz w:val="20"/>
        </w:rPr>
        <w:t>19:09  . the title was: "a religion that sanctions violence." i think this, this, this caption was due to,</w:t>
      </w:r>
      <w:r>
        <w:br/>
      </w:r>
      <w:r>
        <w:rPr>
          <w:sz w:val="20"/>
        </w:rPr>
        <w:t>19:25  due to, due to a confusion. it is fact that some muslims are engaged in violence.</w:t>
      </w:r>
      <w:r>
        <w:br/>
      </w:r>
      <w:r>
        <w:rPr>
          <w:sz w:val="20"/>
        </w:rPr>
        <w:t>19:37  it is a fact that some muslims are engaged in violence. so, this paper</w:t>
      </w:r>
      <w:r>
        <w:br/>
      </w:r>
      <w:r>
        <w:rPr>
          <w:sz w:val="20"/>
        </w:rPr>
        <w:t>19:48  confuse</w:t>
      </w:r>
      <w:r>
        <w:br/>
      </w:r>
      <w:r>
        <w:rPr>
          <w:sz w:val="20"/>
        </w:rPr>
        <w:t>19:52  between islam and muslims. the paper attributed violence to islam while it was some muslim group that was engaged in violence.</w:t>
      </w:r>
      <w:r>
        <w:br/>
      </w:r>
      <w:r>
        <w:rPr>
          <w:sz w:val="20"/>
        </w:rPr>
        <w:t>20:06  to, although it is fact that some muslims are engaged in violence, but islam is completely based on the concept of peace.</w:t>
      </w:r>
      <w:r>
        <w:br/>
      </w:r>
      <w:r>
        <w:rPr>
          <w:sz w:val="20"/>
        </w:rPr>
        <w:t>20:20  i can say that islam can not afford violence</w:t>
      </w:r>
      <w:r>
        <w:br/>
      </w:r>
      <w:r>
        <w:rPr>
          <w:sz w:val="20"/>
        </w:rPr>
        <w:t>20:27  . islam is against violence to such extent that it is true to say that islam can not afford violence.</w:t>
      </w:r>
      <w:r>
        <w:br/>
      </w:r>
      <w:r>
        <w:rPr>
          <w:sz w:val="20"/>
        </w:rPr>
        <w:t>20:42  wai?</w:t>
      </w:r>
      <w:r>
        <w:br/>
      </w:r>
      <w:r>
        <w:rPr>
          <w:sz w:val="20"/>
        </w:rPr>
        <w:t>20:45  The basic target of Islam is to change human mind, to change human thinking, to change people's thinking.</w:t>
      </w:r>
      <w:r>
        <w:br/>
      </w:r>
      <w:r>
        <w:rPr>
          <w:sz w:val="20"/>
        </w:rPr>
        <w:t>21:01  The basic target is to change thinking, to change mind.</w:t>
      </w:r>
      <w:r>
        <w:br/>
      </w:r>
      <w:r>
        <w:rPr>
          <w:sz w:val="20"/>
        </w:rPr>
        <w:t>21:10  this goal can not be achieved by violence.</w:t>
      </w:r>
    </w:p>
    <w:p>
      <w:pPr>
        <w:pStyle w:val="Heading2"/>
      </w:pPr>
      <w:r>
        <w:t>Gratitude in a negative world</w:t>
      </w:r>
    </w:p>
    <w:p>
      <w:r>
        <w:rPr>
          <w:color w:val="666666"/>
          <w:sz w:val="18"/>
        </w:rPr>
        <w:t>From the Spiritual Tree | Sep 29, 2006 | Maulana Wahiduddin Khan · 1m 30s · at 0:53 · https://youtu.be/hOjGmwFykR4?t=53</w:t>
      </w:r>
    </w:p>
    <w:p>
      <w:r>
        <w:rPr>
          <w:i/>
        </w:rPr>
        <w:t>“Quran's first sentence is its summary”</w:t>
      </w:r>
    </w:p>
    <w:p>
      <w:r>
        <w:rPr>
          <w:sz w:val="20"/>
        </w:rPr>
        <w:t>0:53  quran ka pehla sentence wahi quran ka khulasa hai.</w:t>
      </w:r>
      <w:r>
        <w:br/>
      </w:r>
      <w:r>
        <w:rPr>
          <w:sz w:val="20"/>
        </w:rPr>
        <w:t>0:58  yaani: Alhamdulillah Rabb-ul-Aalameen.</w:t>
      </w:r>
      <w:r>
        <w:br/>
      </w:r>
      <w:r>
        <w:rPr>
          <w:sz w:val="20"/>
        </w:rPr>
        <w:t>1:03  shukr hai us khuda ka jo saare aalam ka lord hai.</w:t>
      </w:r>
      <w:r>
        <w:br/>
      </w:r>
      <w:r>
        <w:rPr>
          <w:sz w:val="20"/>
        </w:rPr>
        <w:t>1:08  yaani shukr, thanks giving.</w:t>
      </w:r>
      <w:r>
        <w:br/>
      </w:r>
      <w:r>
        <w:rPr>
          <w:sz w:val="20"/>
        </w:rPr>
        <w:t>1:13  aap shukr ki spirit ke saath jiyein, thanks giving ki spirit ke saath jiyein.</w:t>
      </w:r>
      <w:r>
        <w:br/>
      </w:r>
      <w:r>
        <w:rPr>
          <w:sz w:val="20"/>
        </w:rPr>
        <w:t>1:18  yeh hai khulasa deen ka, yeh hai khulasa</w:t>
      </w:r>
      <w:r>
        <w:br/>
      </w:r>
      <w:r>
        <w:rPr>
          <w:sz w:val="20"/>
        </w:rPr>
        <w:t>1:23  ہ اسلام کا، یہ ہے خلاصہ قرآن کا۔ تو شکر کی اسپرٹ کو لے کر کیسے جیئیں گے آپ؟ ایک ایسی دنیا میں جہاں ہر وقت، یعنی، نیگیٹیو تھاٹ موجود ہوں، منفی کانٹے۔ دیکھیے، اس دنیا میں کسی prophet کے لیے بھی یہ possible نہیں تھا کہ وہ negative experience سے اپنے کو</w:t>
      </w:r>
      <w:r>
        <w:br/>
      </w:r>
      <w:r>
        <w:rPr>
          <w:sz w:val="20"/>
        </w:rPr>
        <w:t>1:53  bacha sake.</w:t>
      </w:r>
      <w:r>
        <w:br/>
      </w:r>
      <w:r>
        <w:rPr>
          <w:sz w:val="20"/>
        </w:rPr>
        <w:t>2:01  Negativity is a part of life, it is a part of society.</w:t>
      </w:r>
      <w:r>
        <w:br/>
      </w:r>
      <w:r>
        <w:rPr>
          <w:sz w:val="20"/>
        </w:rPr>
        <w:t>2:08  آپ کہیں بھی رہیں، دنیا کے کسی حصے میں رہیں، آپ کو negative experience تو ہونا ہی ہونا ہے۔</w:t>
      </w:r>
      <w:r>
        <w:br/>
      </w:r>
      <w:r>
        <w:rPr>
          <w:sz w:val="20"/>
        </w:rPr>
        <w:t>2:16  toh shukr ka sentiment kaise baqi rahega</w:t>
      </w:r>
    </w:p>
    <w:p>
      <w:pPr>
        <w:pStyle w:val="Heading2"/>
      </w:pPr>
      <w:r>
        <w:t>Mother Teresa's public sainthood versus her private despair</w:t>
      </w:r>
    </w:p>
    <w:p>
      <w:r>
        <w:rPr>
          <w:color w:val="666666"/>
          <w:sz w:val="18"/>
        </w:rPr>
        <w:t>Why People Live in Despair September 2, 2007 Maulana Wahiduddin Khan · 5m 15s · at 1:12 · https://youtu.be/1Wxz28OJh9c?t=72</w:t>
      </w:r>
    </w:p>
    <w:p>
      <w:r>
        <w:rPr>
          <w:i/>
        </w:rPr>
        <w:t>“وہ ہے مدر ٹریسا کی news۔”</w:t>
      </w:r>
    </w:p>
    <w:p>
      <w:r>
        <w:rPr>
          <w:sz w:val="20"/>
        </w:rPr>
        <w:t>1:12  Wo hai Mother Teresa ki news.</w:t>
      </w:r>
      <w:r>
        <w:br/>
      </w:r>
      <w:r>
        <w:rPr>
          <w:sz w:val="20"/>
        </w:rPr>
        <w:t>1:17  Aap sab log jaante hain ki Mother Teresa, jo Macedonia mein paida huin 1910 mein, achhi education unki hui.</w:t>
      </w:r>
      <w:r>
        <w:br/>
      </w:r>
      <w:r>
        <w:rPr>
          <w:sz w:val="20"/>
        </w:rPr>
        <w:t>1:33  Phir wo India aain ek teacher ke taur par, phir unhon ne ek bohat bada kaam shuru kiya, yani poor people ko service dene ka.</w:t>
      </w:r>
      <w:r>
        <w:br/>
      </w:r>
      <w:r>
        <w:rPr>
          <w:sz w:val="20"/>
        </w:rPr>
        <w:t>1:51  To phir unko Nobel Prize bhi mila. Aur mein samajhta hoon ki taqreeban 70 years tak wo bohat se logon</w:t>
      </w:r>
      <w:r>
        <w:br/>
      </w:r>
      <w:r>
        <w:rPr>
          <w:sz w:val="20"/>
        </w:rPr>
        <w:t>2:05  ke liye hero bani rahin, bohat se logon ke liye wo model bani hui thin insaniyat ka.</w:t>
      </w:r>
      <w:r>
        <w:br/>
      </w:r>
      <w:r>
        <w:rPr>
          <w:sz w:val="20"/>
        </w:rPr>
        <w:t>2:13  Lekin aap news mein ye baat aa chuki hai, aap jaante honge ki marne ke baad, unke marne ke baad ek kitab chhapi hai, jismein unki jo kahani hai wo ek side story hai.</w:t>
      </w:r>
      <w:r>
        <w:br/>
      </w:r>
      <w:r>
        <w:rPr>
          <w:sz w:val="20"/>
        </w:rPr>
        <w:t>2:33  Yani bohat hi ajeeb baat hai ki wo lady, jo baat karti thi Khuda ki aur spirituality ki, unko na Khuda mila na spirituality mili.</w:t>
      </w:r>
      <w:r>
        <w:br/>
      </w:r>
      <w:r>
        <w:rPr>
          <w:sz w:val="20"/>
        </w:rPr>
        <w:t>2:50  Aur despair mein mar gain wo 1997 mein. Unki death hui hai 1997 mein.</w:t>
      </w:r>
      <w:r>
        <w:br/>
      </w:r>
      <w:r>
        <w:rPr>
          <w:sz w:val="20"/>
        </w:rPr>
        <w:t>3:02  Unki zindagi mein ye book likhi gayi thi, ek Indian author ne likhi hai ye book, bohat zyada ye phaili hai, bohat si languages mein iska translation hua hai.</w:t>
      </w:r>
      <w:r>
        <w:br/>
      </w:r>
      <w:r>
        <w:rPr>
          <w:sz w:val="20"/>
        </w:rPr>
        <w:t>3:15  To chhupne se pehle unhon ne ye book unko batayi thi, Mother Teresa ko. To unhon ne ek message diya tha, jisko unhon ne chhapa hai forward ke taur par is book mein.</w:t>
      </w:r>
      <w:r>
        <w:br/>
      </w:r>
      <w:r>
        <w:rPr>
          <w:sz w:val="20"/>
        </w:rPr>
        <w:t>3:33  Is mein unhon ne kaha tha, Mother Teresa ne, ki jo kuch karo Khuda ke liye karo.</w:t>
      </w:r>
      <w:r>
        <w:br/>
      </w:r>
      <w:r>
        <w:rPr>
          <w:sz w:val="20"/>
        </w:rPr>
        <w:t>3:45  Tum jo kuch karo Khuda ke liye karo, jo kuch likho, jo kuch karo. Is mein unka ye sentence tha ki "Do it for the glory of God." "Do it for the glory of God."</w:t>
      </w:r>
      <w:r>
        <w:br/>
      </w:r>
      <w:r>
        <w:rPr>
          <w:sz w:val="20"/>
        </w:rPr>
        <w:t>4:02  Is book ke author ko unhon ne jo letter likha tha,</w:t>
      </w:r>
      <w:r>
        <w:br/>
      </w:r>
      <w:r>
        <w:rPr>
          <w:sz w:val="20"/>
        </w:rPr>
        <w:t>4:10  Is mein wo kehti hain ki "Do it for the glory of God."</w:t>
      </w:r>
      <w:r>
        <w:br/>
      </w:r>
      <w:r>
        <w:rPr>
          <w:sz w:val="20"/>
        </w:rPr>
        <w:t>4:18  To har stage par, har mauqe par wo God ki baat karti rahin, spirituality ki baat karti rahin. Lekin ye sab lip service thi. Kaisi anokhi baat hai.</w:t>
      </w:r>
      <w:r>
        <w:br/>
      </w:r>
      <w:r>
        <w:rPr>
          <w:sz w:val="20"/>
        </w:rPr>
        <w:t>4:31  Ye jo book chhapi hai, is mein ye disclose kiya gaya hai ki unhon ne bohat se letters likhe the</w:t>
      </w:r>
      <w:r>
        <w:br/>
      </w:r>
      <w:r>
        <w:rPr>
          <w:sz w:val="20"/>
        </w:rPr>
        <w:t>4:43  Apne kisi friend ko. Us se kaha tha ki in letters ko destroy kar do. Lekin use destroy nahi kiya.</w:t>
      </w:r>
      <w:r>
        <w:br/>
      </w:r>
      <w:r>
        <w:rPr>
          <w:sz w:val="20"/>
        </w:rPr>
        <w:t>4:55  Aur iska ilm Vatican ko bhi tha.</w:t>
      </w:r>
      <w:r>
        <w:br/>
      </w:r>
      <w:r>
        <w:rPr>
          <w:sz w:val="20"/>
        </w:rPr>
        <w:t>4:59  Vatican ko pata tha ki aise letters hain, is mein unki picture bilkul ulti hai. To Vatican ke permission se wo letter chhape gaye.</w:t>
      </w:r>
      <w:r>
        <w:br/>
      </w:r>
      <w:r>
        <w:rPr>
          <w:sz w:val="20"/>
        </w:rPr>
        <w:t>5:12  Is mein wo, yani is ko aap parhain, iski story chhapi hai, book to maine nahi dekhi asal, lekin bohat hi detail iska introduction aaya hai is mein,</w:t>
      </w:r>
      <w:r>
        <w:br/>
      </w:r>
      <w:r>
        <w:rPr>
          <w:sz w:val="20"/>
        </w:rPr>
        <w:t>5:25  ye jo hai time. ye hai time ka issue september three.</w:t>
      </w:r>
      <w:r>
        <w:br/>
      </w:r>
      <w:r>
        <w:rPr>
          <w:sz w:val="20"/>
        </w:rPr>
        <w:t>5:35  yani september do hazar saat ka, yani teen september do hazar saat. september three.</w:t>
      </w:r>
      <w:r>
        <w:br/>
      </w:r>
      <w:r>
        <w:rPr>
          <w:sz w:val="20"/>
        </w:rPr>
        <w:t>5:46  to us mein bahut detail us ka introduction aaya hai is kitaab ka.</w:t>
      </w:r>
      <w:r>
        <w:br/>
      </w:r>
      <w:r>
        <w:rPr>
          <w:sz w:val="20"/>
        </w:rPr>
        <w:t>5:53  is mein dekhein us ka jo caption hai woh kya hai. har agony.</w:t>
      </w:r>
      <w:r>
        <w:br/>
      </w:r>
      <w:r>
        <w:rPr>
          <w:sz w:val="20"/>
        </w:rPr>
        <w:t>6:01  Mother Teresa ki agony. Agony aap jaante hain, agony kehte hain extreme mental pain. Agony kehte hain extreme mental pain.</w:t>
      </w:r>
      <w:r>
        <w:br/>
      </w:r>
      <w:r>
        <w:rPr>
          <w:sz w:val="20"/>
        </w:rPr>
        <w:t>6:14  to Mother Teresa extreme mental pain mein jeeti thin. kyun? unhon ne khuda ko poor logon mein talash karna chaha, magar khuda unhen wahan nahi mila.</w:t>
      </w:r>
    </w:p>
    <w:p>
      <w:pPr>
        <w:pStyle w:val="Heading2"/>
      </w:pPr>
      <w:r>
        <w:t>How the Kaaba unified all of Arabia's tribes</w:t>
      </w:r>
    </w:p>
    <w:p>
      <w:r>
        <w:rPr>
          <w:color w:val="666666"/>
          <w:sz w:val="18"/>
        </w:rPr>
        <w:t>Spiritual Light of The Believers (Itmam-E-Noor ) May 12, 2013 · 3m 24s · at 16:01 · https://youtu.be/SmjmddWA1Jo?t=961</w:t>
      </w:r>
    </w:p>
    <w:p>
      <w:r>
        <w:rPr>
          <w:i/>
        </w:rPr>
        <w:t>“Saare tribes ke but Kaaba mein la kar rakh diye gaye”</w:t>
      </w:r>
    </w:p>
    <w:p>
      <w:r>
        <w:rPr>
          <w:sz w:val="20"/>
        </w:rPr>
        <w:t>16:01  ke Allah taala ne makkah mein kaaba banoaya. aur aik bilkul aik anokha waqea wahan hua ke us waqt sare arab mein shirk phail chuka tha.</w:t>
      </w:r>
      <w:r>
        <w:br/>
      </w:r>
      <w:r>
        <w:rPr>
          <w:sz w:val="20"/>
        </w:rPr>
        <w:t>16:14  qabail thay wahan par, different tribes thay, poore mulk mein phailay hue thay.</w:t>
      </w:r>
      <w:r>
        <w:br/>
      </w:r>
      <w:r>
        <w:rPr>
          <w:sz w:val="20"/>
        </w:rPr>
        <w:t>16:19  to aisa hua ke sare tribes ke but kaaba mein rakh rakh diye gaye. aisa hota nahin. aap jante hain ke jo mandir hote hain, jo temple hote hain, temple mein aik hi but hota hai.</w:t>
      </w:r>
      <w:r>
        <w:br/>
      </w:r>
      <w:r>
        <w:rPr>
          <w:sz w:val="20"/>
        </w:rPr>
        <w:t>16:32  isi but ko poojte hain log. yeh to hanoman ka temple ya falan temple. to aam taur par dunya mein jo temple aap jante hain, kisi aik but ke temple hua karte thay.</w:t>
      </w:r>
      <w:r>
        <w:br/>
      </w:r>
      <w:r>
        <w:rPr>
          <w:sz w:val="20"/>
        </w:rPr>
        <w:t>16:45  lekin yeh anokhi baat hai ke makkah mein jo kaaba tha, us mein sare tribes ne apne but la ke rakh diye.</w:t>
      </w:r>
      <w:r>
        <w:br/>
      </w:r>
      <w:r>
        <w:rPr>
          <w:sz w:val="20"/>
        </w:rPr>
        <w:t>16:55  is ka nateeja kya nikla? ke kaaba ya makkah aik center ban gaya sare arab ka. sare arab se jo tribes thay, woh saal bhar ate thay wahan par</w:t>
      </w:r>
      <w:r>
        <w:br/>
      </w:r>
      <w:r>
        <w:rPr>
          <w:sz w:val="20"/>
        </w:rPr>
        <w:t>17:08  . saal bhar wahan par apne bonton ko poojne ke liye, un ka darshan karne ke liye, un ko nazrane dene ke liye.</w:t>
      </w:r>
      <w:r>
        <w:br/>
      </w:r>
      <w:r>
        <w:rPr>
          <w:sz w:val="20"/>
        </w:rPr>
        <w:t>17:17  is tarah se wahan par aik kal arab ijtima hota tha, goya ke bar bar. al arab assembly saal mein bar bar poore hota rehta tha.</w:t>
      </w:r>
      <w:r>
        <w:br/>
      </w:r>
      <w:r>
        <w:rPr>
          <w:sz w:val="20"/>
        </w:rPr>
        <w:t>17:31  to rasool Allah ko sare arab mein safar nahi karna pada.</w:t>
      </w:r>
      <w:r>
        <w:br/>
      </w:r>
      <w:r>
        <w:rPr>
          <w:sz w:val="20"/>
        </w:rPr>
        <w:t>17:35  aap ghor kijiye ke sarkain nahi thin, communication nahi tha, sawariyan nahi thin. to kaise aap sare arab mein phailate ja ja ja kar ke? is ke liye to so baras bhi kafi thay.</w:t>
      </w:r>
      <w:r>
        <w:br/>
      </w:r>
      <w:r>
        <w:rPr>
          <w:sz w:val="20"/>
        </w:rPr>
        <w:t>17:45  to Allah taala ne aise asbab paida kiye ke sara arab ikatha ho jaye makkah mein. wahin par aap ne tablegh ki, dawat di logon ko, quran sunaya.</w:t>
      </w:r>
      <w:r>
        <w:br/>
      </w:r>
      <w:r>
        <w:rPr>
          <w:sz w:val="20"/>
        </w:rPr>
        <w:t>17:57  yani makkah hi mein poora arab mil jata milta raha aap ko. aik anokha intazam tha.</w:t>
      </w:r>
      <w:r>
        <w:br/>
      </w:r>
      <w:r>
        <w:rPr>
          <w:sz w:val="20"/>
        </w:rPr>
        <w:t>18:04  yeh Allah ki taraf se manage kiya gaya tha. phir dekhiye, jis saal rasool Allah paida hue hain, usi saal, yani same year mein, yaman ka aik hakim tha, abraha.</w:t>
      </w:r>
      <w:r>
        <w:br/>
      </w:r>
      <w:r>
        <w:rPr>
          <w:sz w:val="20"/>
        </w:rPr>
        <w:t>18:19  us ne chaha ke woh hathon ki fauj le kar aya. us ne chaha ke woh kaaba ko utha de taake jo aik aik central city ban gaya hai arab mein, woh khatam ho jaye, us ki markaziyat khatam ho jaye.</w:t>
      </w:r>
      <w:r>
        <w:br/>
      </w:r>
      <w:r>
        <w:rPr>
          <w:sz w:val="20"/>
        </w:rPr>
        <w:t>18:34  lekin Allah taala ne us ki fauj ko barbaad kar diya, jis ka zikr hai surah al fil.</w:t>
      </w:r>
      <w:r>
        <w:br/>
      </w:r>
      <w:r>
        <w:rPr>
          <w:sz w:val="20"/>
        </w:rPr>
        <w:t>18:44  makkah se bahar us ka, us ka, us ka, us ki fauj tabah ho gayi aur woh makkah mein dakhil nahi ho saka ke kaaba ko uthaye.</w:t>
      </w:r>
      <w:r>
        <w:br/>
      </w:r>
      <w:r>
        <w:rPr>
          <w:sz w:val="20"/>
        </w:rPr>
        <w:t>18:54  kyun? agar woh aata aur kaaba ko utha deta to sara project ho jata, sara project ho jata.</w:t>
      </w:r>
      <w:r>
        <w:br/>
      </w:r>
      <w:r>
        <w:rPr>
          <w:sz w:val="20"/>
        </w:rPr>
        <w:t>19:03  kyun ke kaaba ki wajah se yeh mumkin ho gaya tha ke yani al arab assembly wahan ho bar bar, al arab gathering wahan par ho bar bar, aur sare arab ke logon tak aap apna pohncha saken.</w:t>
      </w:r>
      <w:r>
        <w:br/>
      </w:r>
      <w:r>
        <w:rPr>
          <w:sz w:val="20"/>
        </w:rPr>
        <w:t>19:17  is tarah hota hota raha. kaisi ajeeb, kaisi ajeeb anokhi planning thi. acha, is ke baad kya hua?</w:t>
      </w:r>
    </w:p>
    <w:p>
      <w:pPr>
        <w:pStyle w:val="Heading2"/>
      </w:pPr>
      <w:r>
        <w:t>Opening prayer and theme</w:t>
      </w:r>
    </w:p>
    <w:p>
      <w:r>
        <w:rPr>
          <w:color w:val="666666"/>
          <w:sz w:val="18"/>
        </w:rPr>
        <w:t>Science and Spirituality | April 25, 2007 | Maulana Wahiduddin Kha · 30s · at 0:11 · https://youtu.be/cStp24Ri3ps?t=11</w:t>
      </w:r>
    </w:p>
    <w:p>
      <w:r>
        <w:rPr>
          <w:i/>
        </w:rPr>
        <w:t>“Rabbi ishrah li sadri”</w:t>
      </w:r>
    </w:p>
    <w:p>
      <w:r>
        <w:rPr>
          <w:sz w:val="20"/>
        </w:rPr>
        <w:t>0:11  rabbi shrah li sadri, wa yassir li amri, wah lul uqdatan min lisani, yafqahu qawli.</w:t>
      </w:r>
      <w:r>
        <w:br/>
      </w:r>
      <w:r>
        <w:rPr>
          <w:sz w:val="20"/>
        </w:rPr>
        <w:t>0:21  The theme for this day is Science and Spirituality.</w:t>
      </w:r>
      <w:r>
        <w:br/>
      </w:r>
      <w:r>
        <w:rPr>
          <w:sz w:val="20"/>
        </w:rPr>
        <w:t>0:31  Generally, people fe</w:t>
      </w:r>
    </w:p>
    <w:p>
      <w:pPr>
        <w:pStyle w:val="Heading2"/>
      </w:pPr>
      <w:r>
        <w:t>Unlimited potential within you</w:t>
      </w:r>
    </w:p>
    <w:p>
      <w:r>
        <w:rPr>
          <w:color w:val="666666"/>
          <w:sz w:val="18"/>
        </w:rPr>
        <w:t>Art of Thinking (In Conversation with Maulana) 05 8 07 · 30s · at 31:18 · https://youtu.be/cP0z8o_50Zc?t=1878</w:t>
      </w:r>
    </w:p>
    <w:p>
      <w:r>
        <w:rPr>
          <w:i/>
        </w:rPr>
        <w:t>“The biggest secret is knowing you have unlimited potential.”</w:t>
      </w:r>
    </w:p>
    <w:p>
      <w:r>
        <w:rPr>
          <w:sz w:val="20"/>
        </w:rPr>
        <w:t>31:18  ab dekhiye, kitna bada process mind mein jaari rehta hai.</w:t>
      </w:r>
      <w:r>
        <w:br/>
      </w:r>
      <w:r>
        <w:rPr>
          <w:sz w:val="20"/>
        </w:rPr>
        <w:t>31:22  to main yeh kahunga ki ek award mein ki sabse bada raaz jo hai, wo jaanna ki mere</w:t>
      </w:r>
      <w:r>
        <w:br/>
      </w:r>
      <w:r>
        <w:rPr>
          <w:sz w:val="20"/>
        </w:rPr>
        <w:t>31:26  andar khuda ne unlimited potential diya hai.</w:t>
      </w:r>
      <w:r>
        <w:br/>
      </w:r>
      <w:r>
        <w:rPr>
          <w:sz w:val="20"/>
        </w:rPr>
        <w:t>31:29  aur yeh janna ke is is is mind ko unfold karne ka jo process hai, usko non stop</w:t>
      </w:r>
      <w:r>
        <w:br/>
      </w:r>
      <w:r>
        <w:rPr>
          <w:sz w:val="20"/>
        </w:rPr>
        <w:t>31:33  chalte rehne ka sabse bada formula hai.</w:t>
      </w:r>
      <w:r>
        <w:br/>
      </w:r>
      <w:r>
        <w:rPr>
          <w:sz w:val="20"/>
        </w:rPr>
        <w:t>31:37  Yeh kehna, "I was wrong, I was wrong." Lekin aajkal kya hai, sab nayi culture mein jeete hain,</w:t>
      </w:r>
      <w:r>
        <w:br/>
      </w:r>
      <w:r>
        <w:rPr>
          <w:sz w:val="20"/>
        </w:rPr>
        <w:t>31:41  sab nai culture mein.</w:t>
      </w:r>
      <w:r>
        <w:br/>
      </w:r>
      <w:r>
        <w:rPr>
          <w:sz w:val="20"/>
        </w:rPr>
        <w:t>31:44  to sab dwarf bane hue hain. yeh</w:t>
      </w:r>
    </w:p>
    <w:p>
      <w:pPr>
        <w:pStyle w:val="Heading2"/>
      </w:pPr>
      <w:r>
        <w:t>Pharaoh's magicians, Moses's staff, and instant faith</w:t>
      </w:r>
    </w:p>
    <w:p>
      <w:r>
        <w:rPr>
          <w:color w:val="666666"/>
          <w:sz w:val="18"/>
        </w:rPr>
        <w:t>How To Realise God August 29, 2008 · 5m 47s · at 38:19 · https://youtu.be/cbjyJhhS1vI?t=2299</w:t>
      </w:r>
    </w:p>
    <w:p>
      <w:r>
        <w:rPr>
          <w:i/>
        </w:rPr>
        <w:t>“Egypt mein king tha Firaun, uske zamane mein Hazrat Moosa aaye”</w:t>
      </w:r>
    </w:p>
    <w:p>
      <w:r>
        <w:rPr>
          <w:sz w:val="20"/>
        </w:rPr>
        <w:t>38:19  egypt mein king tha firo, jis ko firon kaha jata hai. to us ke zamane mein hazrat moosa aaye, mozez, aur us ko dawat di.</w:t>
      </w:r>
      <w:r>
        <w:br/>
      </w:r>
      <w:r>
        <w:rPr>
          <w:sz w:val="20"/>
        </w:rPr>
        <w:t>38:33  unhon ne toheed ki.</w:t>
      </w:r>
      <w:r>
        <w:br/>
      </w:r>
      <w:r>
        <w:rPr>
          <w:sz w:val="20"/>
        </w:rPr>
        <w:t>38:38  to hazrat moosa ne apna jo un ke paas woh tha, un ka asaa, staff, us ko zameen par dala aur saanp ban gaya.</w:t>
      </w:r>
      <w:r>
        <w:br/>
      </w:r>
      <w:r>
        <w:rPr>
          <w:sz w:val="20"/>
        </w:rPr>
        <w:t>38:47  woh</w:t>
      </w:r>
      <w:r>
        <w:br/>
      </w:r>
      <w:r>
        <w:rPr>
          <w:sz w:val="20"/>
        </w:rPr>
        <w:t>38:49  to is zamane mein egypt mein ja magic ka bara zaroorat tha. bare bare magician hua karte the egypt mein. to firon ne kaha ke main tum ko magician ke zariye tum ko defeat doonga.</w:t>
      </w:r>
      <w:r>
        <w:br/>
      </w:r>
      <w:r>
        <w:rPr>
          <w:sz w:val="20"/>
        </w:rPr>
        <w:t>39:07  to ek din tay hua aur poore egypt ke bare bare magician bulaye gaye wahan par.</w:t>
      </w:r>
      <w:r>
        <w:br/>
      </w:r>
      <w:r>
        <w:rPr>
          <w:sz w:val="20"/>
        </w:rPr>
        <w:t>39:16  aur wahan par moosa ko bulaya</w:t>
      </w:r>
      <w:r>
        <w:br/>
      </w:r>
      <w:r>
        <w:rPr>
          <w:sz w:val="20"/>
        </w:rPr>
        <w:t>39:18  gaya. ek bohat bara maidan tha, us maidan mein log bhare hue the tamasha dekhne ke liye. to kiya hua?</w:t>
      </w:r>
      <w:r>
        <w:br/>
      </w:r>
      <w:r>
        <w:rPr>
          <w:sz w:val="20"/>
        </w:rPr>
        <w:t>39:29  jo magician aaye the, bare bare, un ke haath mein koi koi rassi thi, koi lakri thi, maidan mein dala unhon ne. to woh us saanp ki tarah woh sab chalne lage.</w:t>
      </w:r>
      <w:r>
        <w:br/>
      </w:r>
      <w:r>
        <w:rPr>
          <w:sz w:val="20"/>
        </w:rPr>
        <w:t>39:40  woh saanp, woh woh woh lakri aur aur rassi jo laga ke saanp chal raha hai is mein maidan mein.</w:t>
      </w:r>
      <w:r>
        <w:br/>
      </w:r>
      <w:r>
        <w:rPr>
          <w:sz w:val="20"/>
        </w:rPr>
        <w:t>39:51  to is ke baad moosa ne kaha ke theek hai, ab main dalta hoon. to moosa ne apna jo un ka jo staff tha, jo un ka jo asaa tha, woh dala.</w:t>
      </w:r>
      <w:r>
        <w:br/>
      </w:r>
      <w:r>
        <w:rPr>
          <w:sz w:val="20"/>
        </w:rPr>
        <w:t>40:02  to faizah ya talakhf yafqoon, woh to khuda ka moajza tha, khuda ka miracle tha.</w:t>
      </w:r>
      <w:r>
        <w:br/>
      </w:r>
      <w:r>
        <w:rPr>
          <w:sz w:val="20"/>
        </w:rPr>
        <w:t>40:09  to quran mein ek faizah hai: "talakhf yafqoon". un ke dale hue cheezon ko woh saanp nigal gaya, nigal gaya, khatam ho gaya.</w:t>
      </w:r>
      <w:r>
        <w:br/>
      </w:r>
      <w:r>
        <w:rPr>
          <w:sz w:val="20"/>
        </w:rPr>
        <w:t>40:19  woh</w:t>
      </w:r>
      <w:r>
        <w:br/>
      </w:r>
      <w:r>
        <w:rPr>
          <w:sz w:val="20"/>
        </w:rPr>
        <w:t>40:24  nighal gaya ka matlab koi log samajhte hain ke woh kha gaya, yeh matlab nahi hai. woh saaf saaf, woh jo dikhai de rahe the, woh sab saanp, woh sab lakri aur aur rassi ban gaye.</w:t>
      </w:r>
      <w:r>
        <w:br/>
      </w:r>
      <w:r>
        <w:rPr>
          <w:sz w:val="20"/>
        </w:rPr>
        <w:t>40:35  woh</w:t>
      </w:r>
      <w:r>
        <w:br/>
      </w:r>
      <w:r>
        <w:rPr>
          <w:sz w:val="20"/>
        </w:rPr>
        <w:t>40:36  jab woh chala, moosa ka saanp, to un ka jadoo khatam kar diya us ne. to saanp to lakri lakri reh gayi aur aur aur aur aur rassi rassi reh gayi.</w:t>
      </w:r>
      <w:r>
        <w:br/>
      </w:r>
      <w:r>
        <w:rPr>
          <w:sz w:val="20"/>
        </w:rPr>
        <w:t>40:50  yeh jab dekha jadoogaron ne, magician jo the wahan ke, to woh woh woh jante the ke jadoo ki ek limit hai.</w:t>
      </w:r>
      <w:r>
        <w:br/>
      </w:r>
      <w:r>
        <w:rPr>
          <w:sz w:val="20"/>
        </w:rPr>
        <w:t>40:59  to woh samjhe ke jo moosa ne jo jo dikhai hai, "that beyond that limit", yeh jadoo nahi hai, yeh is se oopar ki cheez hai.</w:t>
      </w:r>
      <w:r>
        <w:br/>
      </w:r>
      <w:r>
        <w:rPr>
          <w:sz w:val="20"/>
        </w:rPr>
        <w:t>41:10  chunki woh apne apne jo art tha, un ka art mein woh expert thay, woh to un ko yeh samajhne mein ek second mein hi nahi laga ke yeh jo Musa dikha rahe hain, yeh to jadu hai nahi, jadu se bohat upar ki cheez hai.</w:t>
      </w:r>
      <w:r>
        <w:br/>
      </w:r>
      <w:r>
        <w:rPr>
          <w:sz w:val="20"/>
        </w:rPr>
        <w:t>41:26  isi waqt woh un ka amna, apne babu sahib, haroon,</w:t>
      </w:r>
      <w:r>
        <w:br/>
      </w:r>
      <w:r>
        <w:rPr>
          <w:sz w:val="20"/>
        </w:rPr>
        <w:t>41:34  isi waqt unhon ne keh diya ke hum Musa ke rab par iman laye.</w:t>
      </w:r>
      <w:r>
        <w:br/>
      </w:r>
      <w:r>
        <w:rPr>
          <w:sz w:val="20"/>
        </w:rPr>
        <w:t>41:40  isi waqt wahin par bol diya unhon ne ke hum Musa ke rab par iman laye. to Firon jo tha, Firo, bohat ghusa hua.</w:t>
      </w:r>
      <w:r>
        <w:br/>
      </w:r>
      <w:r>
        <w:rPr>
          <w:sz w:val="20"/>
        </w:rPr>
        <w:t>41:48  woh</w:t>
      </w:r>
      <w:r>
        <w:br/>
      </w:r>
      <w:r>
        <w:rPr>
          <w:sz w:val="20"/>
        </w:rPr>
        <w:t>41:51  us ne kaha ke tum bulaya tha hum ne tum ko, ab is ka tod karne ke liye, to tum isi ka sath dene lage. tum tum sab ko main marwa dalunga.</w:t>
      </w:r>
      <w:r>
        <w:br/>
      </w:r>
      <w:r>
        <w:rPr>
          <w:sz w:val="20"/>
        </w:rPr>
        <w:t>42:06  to dekhiye, woh jadugar jo thay, jab aaye thay to unhon ne kaha tha ke "ain Allah lajurn", yani badshah ki khushamad kar rahe thay, kya hum ko kuch inam o ikram milega?</w:t>
      </w:r>
      <w:r>
        <w:br/>
      </w:r>
      <w:r>
        <w:rPr>
          <w:sz w:val="20"/>
        </w:rPr>
        <w:t>42:21  shuru mein "ain lana lajurn", in kunna ahl al ghalibeen, agar hum jeet jayein to kya hum ko kuch inam milega?</w:t>
      </w:r>
      <w:r>
        <w:br/>
      </w:r>
      <w:r>
        <w:rPr>
          <w:sz w:val="20"/>
        </w:rPr>
        <w:t>42:32  to badshah ne kaha haan,</w:t>
      </w:r>
      <w:r>
        <w:br/>
      </w:r>
      <w:r>
        <w:rPr>
          <w:sz w:val="20"/>
        </w:rPr>
        <w:t>42:38  yeh tha beginning mein. lekin jab yeh sab dekha aur un ko sachai khul gayi, Khuda ko unhon ne discover kar liya aur is ka ailan kar diya.</w:t>
      </w:r>
      <w:r>
        <w:br/>
      </w:r>
      <w:r>
        <w:rPr>
          <w:sz w:val="20"/>
        </w:rPr>
        <w:t>42:49  tab kya hua?</w:t>
      </w:r>
      <w:r>
        <w:br/>
      </w:r>
      <w:r>
        <w:rPr>
          <w:sz w:val="20"/>
        </w:rPr>
        <w:t>42:51  jab king ne kaha ke main tum sab ko marwa dalunga,</w:t>
      </w:r>
      <w:r>
        <w:br/>
      </w:r>
      <w:r>
        <w:rPr>
          <w:sz w:val="20"/>
        </w:rPr>
        <w:t>42:57  yeh zinda nahi chhodunga, to unhon ne kaha ke "faqad faqad mantaqat", inka taqdi hasil hai duniya.</w:t>
      </w:r>
      <w:r>
        <w:br/>
      </w:r>
      <w:r>
        <w:rPr>
          <w:sz w:val="20"/>
        </w:rPr>
        <w:t>43:08  jo karna hai, karo tum, isi duniya ke liye tum kar sakte ho na? zindagi to life after tak jati hai.</w:t>
      </w:r>
      <w:r>
        <w:br/>
      </w:r>
      <w:r>
        <w:rPr>
          <w:sz w:val="20"/>
        </w:rPr>
        <w:t>43:20  faqad mantaqat, inka taqdi</w:t>
      </w:r>
      <w:r>
        <w:br/>
      </w:r>
      <w:r>
        <w:rPr>
          <w:sz w:val="20"/>
        </w:rPr>
        <w:t>43:22  hasil hai duniya. jo karna hai, to kar lo, isi duniya mein tum kar sakte ho.</w:t>
      </w:r>
      <w:r>
        <w:br/>
      </w:r>
      <w:r>
        <w:rPr>
          <w:sz w:val="20"/>
        </w:rPr>
        <w:t>43:30  chand minute ki, chand ghante ki duniya hai. to jab discovery hoti hai to yeh aadmi ka haal hota hai, kyunke sari lakeerein jo hain, choti ho jati hain.</w:t>
      </w:r>
      <w:r>
        <w:br/>
      </w:r>
      <w:r>
        <w:rPr>
          <w:sz w:val="20"/>
        </w:rPr>
        <w:t>43:41  ek bari lakeer jab ek bari lakeer jo mil gayi hai, aap jante hain ke choti line ke aage bari line kheench di jaye to apne aap choti line choti line ban jati hai.</w:t>
      </w:r>
      <w:r>
        <w:br/>
      </w:r>
      <w:r>
        <w:rPr>
          <w:sz w:val="20"/>
        </w:rPr>
        <w:t>43:55  to jab Khuda ko discover kar liya unhon ne to har line choti ho gayi, king bhi chhota ho gaya.</w:t>
      </w:r>
    </w:p>
    <w:p>
      <w:pPr>
        <w:pStyle w:val="Heading2"/>
      </w:pPr>
      <w:r>
        <w:t>Satan's challenge to God over mankind</w:t>
      </w:r>
    </w:p>
    <w:p>
      <w:r>
        <w:rPr>
          <w:color w:val="666666"/>
          <w:sz w:val="18"/>
        </w:rPr>
        <w:t>Freedom of Expression in Islam April 1, 2007 Maulana Wahiduddin Khan · 30s · at 1:22:06 · https://youtu.be/k-gj-Uu0sqA?t=4926</w:t>
      </w:r>
    </w:p>
    <w:p>
      <w:r>
        <w:rPr>
          <w:i/>
        </w:rPr>
        <w:t>“Satan challenged God: only a few will stay Yours”</w:t>
      </w:r>
    </w:p>
    <w:p>
      <w:r>
        <w:rPr>
          <w:sz w:val="20"/>
        </w:rPr>
        <w:t>1:22:06  la zurriyata illa qalila thode log bachenge sirf toh aaj jo aadmi satan ko challenge karta hai us se zyada mehboob khuda ke liye koi nahi</w:t>
      </w:r>
      <w:r>
        <w:br/>
      </w:r>
      <w:r>
        <w:rPr>
          <w:sz w:val="20"/>
        </w:rPr>
        <w:t>1:22:22  kyunke satan ne khuda ko challenge kiya hai ke tere yeh jo adam jo hain yeh jo generation jo hai itna behkaunga main itna behkaunga ke thode se log bachenge teri taraf sab meri taraf aa jayenge</w:t>
      </w:r>
    </w:p>
    <w:p>
      <w:pPr>
        <w:pStyle w:val="Heading2"/>
      </w:pPr>
      <w:r>
        <w:t>no human, king or rich, ever finds true fulfillment here</w:t>
      </w:r>
    </w:p>
    <w:p>
      <w:r>
        <w:rPr>
          <w:color w:val="666666"/>
          <w:sz w:val="18"/>
        </w:rPr>
        <w:t>Realization of God September 15, 2013 · 44s · at 35:52 · https://youtu.be/CNEEeM5uyi8?t=2152</w:t>
      </w:r>
    </w:p>
    <w:p>
      <w:r>
        <w:rPr>
          <w:i/>
        </w:rPr>
        <w:t>“Insaan ko kabhi bhi is duniya mein Fulfillment nahi milta”</w:t>
      </w:r>
    </w:p>
    <w:p>
      <w:r>
        <w:rPr>
          <w:sz w:val="20"/>
        </w:rPr>
        <w:t>35:52  yeh kya cheez hai? Is par ghor karte hue ek bahut ajeeb baat meri samajh mein aayi ke poori tareekh mein, aur khud mera bhi yahi tajurba hai ke insan ko is dunya mein kabhi bhi fulfillment nahi milta.</w:t>
      </w:r>
      <w:r>
        <w:br/>
      </w:r>
      <w:r>
        <w:rPr>
          <w:sz w:val="20"/>
        </w:rPr>
        <w:t>36:11  mein bhi ek insan hoon.</w:t>
      </w:r>
      <w:r>
        <w:br/>
      </w:r>
      <w:r>
        <w:rPr>
          <w:sz w:val="20"/>
        </w:rPr>
        <w:t>36:13  insan ke roop mein jo tajurba kiya mein ne lambi umar mein, woh yeh hai ke insan ko kabhi bhi is dunya mein fulfillment nahi milta. Satisfaction nahi milta.</w:t>
      </w:r>
      <w:r>
        <w:br/>
      </w:r>
      <w:r>
        <w:rPr>
          <w:sz w:val="20"/>
        </w:rPr>
        <w:t>36:25  na kisi badshah ko mila, na kisi paise wale ko mila, na kisi power wale, kisi ko dunya mein kabhi mila nahi. To is ka wajah kya hai?</w:t>
      </w:r>
    </w:p>
    <w:p>
      <w:pPr>
        <w:pStyle w:val="Heading2"/>
      </w:pPr>
      <w:r>
        <w:t>Even Arabic isn't enough to understand the Quran</w:t>
      </w:r>
    </w:p>
    <w:p>
      <w:r>
        <w:rPr>
          <w:color w:val="666666"/>
          <w:sz w:val="18"/>
        </w:rPr>
        <w:t>The Second Empulsion of Man July 18, 2009 · 38s · at 1:03:46 · https://youtu.be/cr8jHHM-lnw?t=3826</w:t>
      </w:r>
    </w:p>
    <w:p>
      <w:r>
        <w:rPr>
          <w:i/>
        </w:rPr>
        <w:t>“Even Arabic language is not enough to understand the Quran.”</w:t>
      </w:r>
    </w:p>
    <w:p>
      <w:r>
        <w:rPr>
          <w:sz w:val="20"/>
        </w:rPr>
        <w:t>1:03:46  without true spirit of true seeking spirit, there will be, then you be misguided from Quran.</w:t>
      </w:r>
      <w:r>
        <w:br/>
      </w:r>
      <w:r>
        <w:rPr>
          <w:sz w:val="20"/>
        </w:rPr>
        <w:t>1:03:57  so those who claim this, they are not right. even Arabic language is not enough to to understand the Quran.</w:t>
      </w:r>
      <w:r>
        <w:br/>
      </w:r>
      <w:r>
        <w:rPr>
          <w:sz w:val="20"/>
        </w:rPr>
        <w:t>1:04:07  what is necessary is true seeking spirit, and then dua. most important thing is true seeking spirit.</w:t>
      </w:r>
      <w:r>
        <w:br/>
      </w:r>
      <w:r>
        <w:rPr>
          <w:sz w:val="20"/>
        </w:rPr>
        <w:t>1:04:21  Only a seeker can find the Quran.</w:t>
      </w:r>
    </w:p>
    <w:p>
      <w:pPr>
        <w:pStyle w:val="Heading2"/>
      </w:pPr>
      <w:r>
        <w:t>Intellectual development through sabr</w:t>
      </w:r>
    </w:p>
    <w:p>
      <w:r>
        <w:rPr>
          <w:color w:val="666666"/>
          <w:sz w:val="18"/>
        </w:rPr>
        <w:t>Adjustment the Only Option | September 19, 2010 | Maulana Wahiduddin Khan · 5m 05s · at 48:46 · https://youtu.be/9plhRQ_z1fw?t=2926</w:t>
      </w:r>
    </w:p>
    <w:p>
      <w:r>
        <w:rPr>
          <w:i/>
        </w:rPr>
        <w:t>“To tazkiya kya hai? Woh intellectual development hai.”</w:t>
      </w:r>
    </w:p>
    <w:p>
      <w:r>
        <w:rPr>
          <w:sz w:val="20"/>
        </w:rPr>
        <w:t>48:46  to tazkiya kya hai? woh intellectual development hai. intellectual development kya hai? to attain high level of thinking. yeh hai intellectual development. to attain high level of thinking, buland fikri, oopar uth kar sochna, har cheez ko nazardaar kar ke sochna. yani har cheez ko aap jab sabr ke khane mein dalenge, tab aap soch paayenge.</w:t>
      </w:r>
      <w:r>
        <w:br/>
      </w:r>
      <w:r>
        <w:rPr>
          <w:sz w:val="20"/>
        </w:rPr>
        <w:t>49:18  agar sabr khaye na dalenge to phanse rahenge. aaj kal ke naujawanon ka haal jante hain kya hai? kisi naujawan ko apne doston se shikayat nahin hoti, aur rishtedaron se shikayat hoti hai, ghar walon se shikayat hoti hai. kyun? dost to khali hua karte hain. dost aap par na to criticize karta, na aap ko koi takleef pahunchata.</w:t>
      </w:r>
      <w:r>
        <w:br/>
      </w:r>
      <w:r>
        <w:rPr>
          <w:sz w:val="20"/>
        </w:rPr>
        <w:t>49:48  dost se aap ko koi aisa experience nahin hota jis par sabr karna pade aap ko. to khoob khush hain aap doston se. aise dost to matlab hota hai ke qabil-e-laanat hain. aise dost qabil-e-laanat hain. friendship ko main laanat samajhta hoon. laanat! kyun? friendship ka matlab kya hai? sochne ka lower level par le jana, lower level of thinking par le jana. jab baith kar</w:t>
      </w:r>
      <w:r>
        <w:br/>
      </w:r>
      <w:r>
        <w:rPr>
          <w:sz w:val="20"/>
        </w:rPr>
        <w:t>50:18  hua karen ge aap to wear is high high level of thinking? jab aap doston ko baith kar hua karen ge to wear is that higher level of thinking? newton ka koi dost nahi tha, ek bhi dost nahi tha newton ka. to kitni bari bari kaam kaam kiya us ne. to behal</w:t>
      </w:r>
      <w:r>
        <w:br/>
      </w:r>
      <w:r>
        <w:rPr>
          <w:sz w:val="20"/>
        </w:rPr>
        <w:t>50:48  mein kahoon ga ke aadmi ko chahiye ke wo sochi samjhi zindagi guzare. aur hamare jo daai hain, jin ka koi mission hai, un ko to aur bhi zyada sochi samjhi zindagi guzarna hai. hum weeker weekend afford to lose a single second. hum afford nahi kar sakte kyunke ek second ka aakhri mein hamein karoron saal bhugtna pare ga</w:t>
      </w:r>
      <w:r>
        <w:br/>
      </w:r>
      <w:r>
        <w:rPr>
          <w:sz w:val="20"/>
        </w:rPr>
        <w:t>51:19  a. to hum hum is ko afford nahi kar sakte ke apne second ko hum lose karen. hum aisa nahi kar sakte. to yeh bohat hi zyada sochne ki baat hai. ek bar maine ek article parha tha j</w:t>
      </w:r>
      <w:r>
        <w:br/>
      </w:r>
      <w:r>
        <w:rPr>
          <w:sz w:val="20"/>
        </w:rPr>
        <w:t>51:49  apan ke bare mein. japan ke bare mein wo article bataya gaya tha ke japan ki language jo hai, us mein confrontation ke liye sirf ek hi lafz hai, yani confrontation, bas koi aur lafz nahi. aur adjustment ke liye more than dozen alfaaz hain. yani adjustment ka jo concept hai, us ke liye japanese mein ek se ek ek darjan zyada alfaaz hain.</w:t>
      </w:r>
      <w:r>
        <w:br/>
      </w:r>
      <w:r>
        <w:rPr>
          <w:sz w:val="20"/>
        </w:rPr>
        <w:t>52:20  aur takrao ke liye ek hi ek hi sirf ek hi lafz hai. ab aap ghor kijiye, compare kijiye, compare kijiye. yani japan ka aur in logon ka jo ladai lad rahe hain, kaun taraqqi kis ne taraqqi ki hai? kashmiriyon ne taraqqi ki hai, filastiniyon ne taraqqi ki hai, afghaniyon ne taraqqi ki hai, iraqiyon ne taraqqi ki hai. koi taraqqi nahi kyunke lad rahe hain, lad rahe hain, lad</w:t>
      </w:r>
      <w:r>
        <w:br/>
      </w:r>
      <w:r>
        <w:rPr>
          <w:sz w:val="20"/>
        </w:rPr>
        <w:t>52:50  rahe hain. adjustment ka un ki lughat mein koi lafzi nahi hai. to japan ki zuban mein confrontation ka lafz nahi, aur in logon ki zuban language mein adjustment ka lafz nahi hai. wo mazak urate hain sabr ka, sab ka mazak urana. aise hi suraj ka mazak urana. jo sabr ka mazak uraye, wo</w:t>
      </w:r>
      <w:r>
        <w:br/>
      </w:r>
      <w:r>
        <w:rPr>
          <w:sz w:val="20"/>
        </w:rPr>
        <w:t>53:20  intehai bewakoof aadmi hai. wo jante hi nahi ke sabr ki value kya cheez hai. sabr hi se sari taraqqiyan juri hui hain. social life mein dekhiye, social life mein chahe married life ho, family life ho, international life ho, hamesha differences hon ge. it is impossible ke differences na hon. to aap kya karen ge?</w:t>
      </w:r>
    </w:p>
    <w:p>
      <w:pPr>
        <w:pStyle w:val="Heading2"/>
      </w:pPr>
      <w:r>
        <w:t>Political greatness era replaced dawah</w:t>
      </w:r>
    </w:p>
    <w:p>
      <w:r>
        <w:rPr>
          <w:color w:val="666666"/>
          <w:sz w:val="18"/>
        </w:rPr>
        <w:t>Islami Dawat (Al-Risala Aug-19) · 1m 28s · at 8:38 · https://youtu.be/MONd5JFRwf8?t=518</w:t>
      </w:r>
    </w:p>
    <w:p>
      <w:r>
        <w:rPr>
          <w:i/>
        </w:rPr>
        <w:t>“After Rashidun caliphate, Islam entered political greatness era”</w:t>
      </w:r>
    </w:p>
    <w:p>
      <w:r>
        <w:rPr>
          <w:sz w:val="20"/>
        </w:rPr>
        <w:t>8:38  khilafat-e-rashida ke baad islam siyasi azmat ke daur mein dakhil ho gaya. ab islam ne empire ki surat ikhtiyar kar li: amvi empire, abbasi empire, fatmi empire, andalusi empire, mughal empire, aur usmani empire waghera.</w:t>
      </w:r>
      <w:r>
        <w:br/>
      </w:r>
      <w:r>
        <w:rPr>
          <w:sz w:val="20"/>
        </w:rPr>
        <w:t>9:01  yeh daur tarikhi aitbar se azmat ka daur tha, lekin dawat-e-ilallah ke aitbar se woh inhiraf ya diversion ka daur ban gaya.</w:t>
      </w:r>
      <w:r>
        <w:br/>
      </w:r>
      <w:r>
        <w:rPr>
          <w:sz w:val="20"/>
        </w:rPr>
        <w:t>9:12  ab musalmanon mein daawati zehan ke bajaye siyasi zehan aam ho gaya. isi siyasi zehan ke tehat yeh kaha jane laga ke musalman zameen mein khuda ke khalifa, vicegerent of god hain.</w:t>
      </w:r>
      <w:r>
        <w:br/>
      </w:r>
      <w:r>
        <w:rPr>
          <w:sz w:val="20"/>
        </w:rPr>
        <w:t>9:27  hamara kaam yeh hai ke hum sari dunya mein islam ki hukumat qaim karein. isi soch ke zer-e-asar yeh nazariya paida hua ke muslim mumalik dar-ul-islam hain aur ghair muslim mumalik dar-ul-harb ya dar-ul-kufar ki hesiyat rakhte hain.</w:t>
      </w:r>
      <w:r>
        <w:br/>
      </w:r>
      <w:r>
        <w:rPr>
          <w:sz w:val="20"/>
        </w:rPr>
        <w:t>9:46  is nazariye ka yeh manfi nateeja nikla ke musalman doosri qaumon ko madu ke bajaye harif aur raqib ke roop mein dekhne lage.</w:t>
      </w:r>
      <w:r>
        <w:br/>
      </w:r>
      <w:r>
        <w:rPr>
          <w:sz w:val="20"/>
        </w:rPr>
        <w:t>9:56  musalmanumum-ul-aam dawat-e-ilallah ke tareeqe se hat kar siyasi iqtadar ke munharif rastay par chalne lage.</w:t>
      </w:r>
    </w:p>
    <w:p>
      <w:pPr>
        <w:pStyle w:val="Heading2"/>
      </w:pPr>
      <w:r>
        <w:t>war's destruction shapes the Prophet's lifelong commitment to peace</w:t>
      </w:r>
    </w:p>
    <w:p>
      <w:r>
        <w:rPr>
          <w:color w:val="666666"/>
          <w:sz w:val="18"/>
        </w:rPr>
        <w:t>The Early Life of Prophet Muhammad November 28, 2021 Dr. Saniyasnain Khan · 4m 23s · at 22:19 · https://youtu.be/xjZAqfhmg1Y?t=1339</w:t>
      </w:r>
    </w:p>
    <w:p>
      <w:r>
        <w:rPr>
          <w:i/>
        </w:rPr>
        <w:t>“پرافٹ محمد تقریباً 15، 16 سال کے ہوئے تو جنگ شروع ہوگئی”</w:t>
      </w:r>
    </w:p>
    <w:p>
      <w:r>
        <w:rPr>
          <w:sz w:val="20"/>
        </w:rPr>
        <w:t>22:19  phir jab prophet Muhammad taqreeban 15, 16 saal ke hue to wahan Makkah mein ek jang shuru ho gayi, Makkah aur Taif mein, jis ko harb al fujar kaha jata tha.</w:t>
      </w:r>
      <w:r>
        <w:br/>
      </w:r>
      <w:r>
        <w:rPr>
          <w:sz w:val="20"/>
        </w:rPr>
        <w:t>22:34  aur yeh jang kaafi saalon chali, paanch chhe saal ghaleban, aur is se bohat tabahi hui, bohat distraction hua.</w:t>
      </w:r>
      <w:r>
        <w:br/>
      </w:r>
      <w:r>
        <w:rPr>
          <w:sz w:val="20"/>
        </w:rPr>
        <w:t>22:43  to is ki wajah se jo Makkah ka culture tha, wahan trade ka culture tha, hamesha se wahan trade hota tha, log aate the, khareed o farokht hoti thi, woh culture mein culture baqi nahin raha.</w:t>
      </w:r>
      <w:r>
        <w:br/>
      </w:r>
      <w:r>
        <w:rPr>
          <w:sz w:val="20"/>
        </w:rPr>
        <w:t>22:59  log phir dishonest ho gaye, logon ko satane lage jo bahar se aate the. to isi douran ek shakhs Yaman se, aur us ne kuch apna saman becha kisi Makkah ke aadmi ko.</w:t>
      </w:r>
      <w:r>
        <w:br/>
      </w:r>
      <w:r>
        <w:rPr>
          <w:sz w:val="20"/>
        </w:rPr>
        <w:t>23:16  to us ne jo makkah wale aadmi ne, us ne theek tareeqe se us ko paise diye nahi, cheating ki ek tareeqe se. to woh bohat pareshan hua.</w:t>
      </w:r>
      <w:r>
        <w:br/>
      </w:r>
      <w:r>
        <w:rPr>
          <w:sz w:val="20"/>
        </w:rPr>
        <w:t>23:26  is ka phir is zamane ka tareeqa yeh tha ke koi bhi baat agar kisi ko kehni hoti thi to woh poem likhte the, aur us poem ko latka dete the ke.</w:t>
      </w:r>
      <w:r>
        <w:br/>
      </w:r>
      <w:r>
        <w:rPr>
          <w:sz w:val="20"/>
        </w:rPr>
        <w:t>23:37  to us ne yaman wale aadmi ne bhi, jo jis ko sataya gaya tha wahan, us ne apni baat ko ek poem mein likha, aur ke mein kaise yaman se aaya yahan samaan farokht karne, aur yahan ke logon ne mujhe mere sath cheating ki.</w:t>
      </w:r>
      <w:r>
        <w:br/>
      </w:r>
      <w:r>
        <w:rPr>
          <w:sz w:val="20"/>
        </w:rPr>
        <w:t>23:54  to woh poem latka di unhon ne wahan likh ke, aur logon ne parha. jab makkah ke logon ne parha to un ko zara ehsas hua ke yeh bohat galat ho raha hai, bahar ke logon ke sath aisa rawaiyya, hamara jo culture hai yahan ka, woh mutasir ho raha hai.</w:t>
      </w:r>
      <w:r>
        <w:br/>
      </w:r>
      <w:r>
        <w:rPr>
          <w:sz w:val="20"/>
        </w:rPr>
        <w:t>24:12  to is mein se kai logon log jama hue ek ghar mein, aur unhon ne yeh pledge li ke hum jo log oppressed honge yahan, un ki madad karenge.</w:t>
      </w:r>
      <w:r>
        <w:br/>
      </w:r>
      <w:r>
        <w:rPr>
          <w:sz w:val="20"/>
        </w:rPr>
        <w:t>24:25  is ko tareekh mein hilf al-fuzool, hilf al-fuzool kaha jata hai. yeh hilf al-fuzool ek purana institution tha jo ke us waqt us waqt khatam ho chuka tha, isi ko revive kiya.</w:t>
      </w:r>
      <w:r>
        <w:br/>
      </w:r>
      <w:r>
        <w:rPr>
          <w:sz w:val="20"/>
        </w:rPr>
        <w:t>24:44  to us waqt jab log jama hue the ghar mein yeh baat kehne ke liye, yeh pledge ko lene ke liye, to Rasool Allah Salallahu Alaihi Wasallam bhi is mein shamil the, halanke un ki umar kam thi us waqt, shayad bees saal thi.</w:t>
      </w:r>
      <w:r>
        <w:br/>
      </w:r>
      <w:r>
        <w:rPr>
          <w:sz w:val="20"/>
        </w:rPr>
        <w:t>24:59  aur baad ke zamane mein jab prophet ban gaye Rasool Allah Salallahu Alaihi Wasallam to unhon ne kaha tha ke aaj bhi agar koi mujhe is kaam ke liye bulaye hilf al-fuzool ke to mein zaroor jaunga logon ki madad karne.</w:t>
      </w:r>
      <w:r>
        <w:br/>
      </w:r>
      <w:r>
        <w:rPr>
          <w:sz w:val="20"/>
        </w:rPr>
        <w:t>25:18  to is mein ek ek ek aspect yeh hum samajh sakte hain ke Rasool Allah Salallahu Alaihi Wasallam ne tabahi dekhi,</w:t>
      </w:r>
      <w:r>
        <w:br/>
      </w:r>
      <w:r>
        <w:rPr>
          <w:sz w:val="20"/>
        </w:rPr>
        <w:t>25:30  jang ki wajah se jo jang hui harb al-fijar, aur phir yeh hilf al-fuzool ka waqia.</w:t>
      </w:r>
      <w:r>
        <w:br/>
      </w:r>
      <w:r>
        <w:rPr>
          <w:sz w:val="20"/>
        </w:rPr>
        <w:t>25:39  to yeh bhi ek tareeqe se Rasool Allah ke liye bohat hi un ke jo ek training ka lagta hai ke Allah taala ki taraf se ek training ka intezam tha ke jang ki jo tabahi, violence ki jo tabahi hai, us us ko dekha, aur phir peace ke liye kaam kiya, logon ki help ki.</w:t>
      </w:r>
      <w:r>
        <w:br/>
      </w:r>
      <w:r>
        <w:rPr>
          <w:sz w:val="20"/>
        </w:rPr>
        <w:t>26:01  to un ka ek mizaj bana ke jang jo hai aur violence jo hai, is se hamein bachna hai, aur hamein peace ka andaz ikhtiyar karna hai.</w:t>
      </w:r>
      <w:r>
        <w:br/>
      </w:r>
      <w:r>
        <w:rPr>
          <w:sz w:val="20"/>
        </w:rPr>
        <w:t>26:12  aur baad ke zamane mein Hazrat Aisha Razi Allahu Anha ne kaha tha ke Rasool Allah ko koi bhi agar do raste ikhtiyar karne padte the, choose karne padte the to asan rasta yani non-violent raste ko ikhtiyar karte the.</w:t>
      </w:r>
      <w:r>
        <w:br/>
      </w:r>
      <w:r>
        <w:rPr>
          <w:sz w:val="20"/>
        </w:rPr>
        <w:t>26:30  to yeh jo do waqie hue makkah ke early period mein, is se Rasool Allah ki zindagi mein ek tabdeeli aayi, aur unhon ne peace ko apna mission banaya.</w:t>
      </w:r>
    </w:p>
    <w:p>
      <w:pPr>
        <w:pStyle w:val="Heading2"/>
      </w:pPr>
      <w:r>
        <w:t>True contentment reasons out the whole universe</w:t>
      </w:r>
    </w:p>
    <w:p>
      <w:r>
        <w:rPr>
          <w:color w:val="666666"/>
          <w:sz w:val="18"/>
        </w:rPr>
        <w:t>Complex Free Soul, November 22, 2015 · 40s · at 54:27 · https://youtu.be/Oqwpog-LS7c?t=3267</w:t>
      </w:r>
    </w:p>
    <w:p>
      <w:r>
        <w:rPr>
          <w:i/>
        </w:rPr>
        <w:t>“Nafs mutmainna poori universe ko reason out karta hai”</w:t>
      </w:r>
    </w:p>
    <w:p>
      <w:r>
        <w:rPr>
          <w:sz w:val="20"/>
        </w:rPr>
        <w:t>54:27  to nafs mutma'in jo hota hai, woh poori universe ko reason out karta hai. ek chote se waqe'e ko nahi.</w:t>
      </w:r>
      <w:r>
        <w:br/>
      </w:r>
      <w:r>
        <w:rPr>
          <w:sz w:val="20"/>
        </w:rPr>
        <w:t>54:37  yeh to har aadmi jaanta hai ke insaan ke liye zaroori hai ke woh mutma'in hone ke liye ke woh kisi cheez ko reason out kar le.</w:t>
      </w:r>
      <w:r>
        <w:br/>
      </w:r>
      <w:r>
        <w:rPr>
          <w:sz w:val="20"/>
        </w:rPr>
        <w:t>54:47  nahi, mutma'in nahi hoga woh. to nafs mutma'in woh shakhs hai jo poori universe ko reason out kar le.</w:t>
      </w:r>
      <w:r>
        <w:br/>
      </w:r>
      <w:r>
        <w:rPr>
          <w:sz w:val="20"/>
        </w:rPr>
        <w:t>54:55  to kitna bara darje ka yeh itminan hai! bohat bara darje ka itminan hai.</w:t>
      </w:r>
    </w:p>
    <w:p>
      <w:pPr>
        <w:pStyle w:val="Heading2"/>
      </w:pPr>
      <w:r>
        <w:t>Contrast between human and natural worlds</w:t>
      </w:r>
    </w:p>
    <w:p>
      <w:r>
        <w:rPr>
          <w:color w:val="666666"/>
          <w:sz w:val="18"/>
        </w:rPr>
        <w:t>Al Risala June, 2018 · 3m 11s · at 32:19 · https://youtu.be/yuwH7JTa7OM?t=1939</w:t>
      </w:r>
    </w:p>
    <w:p>
      <w:r>
        <w:rPr>
          <w:i/>
        </w:rPr>
        <w:t>“Do duniya. Quran mein do duniyaon ka zikr hai.”</w:t>
      </w:r>
    </w:p>
    <w:p>
      <w:r>
        <w:rPr>
          <w:sz w:val="20"/>
        </w:rPr>
        <w:t>32:19  ke maujooda zamanay ke musalman Allah rab ul alameen ke mansoobay ko samajhnay mein nakaam rahay. do dunya.</w:t>
      </w:r>
      <w:r>
        <w:br/>
      </w:r>
      <w:r>
        <w:rPr>
          <w:sz w:val="20"/>
        </w:rPr>
        <w:t>32:30  quran mein do dunyawon ka zikr hai: aik insani dunya aur doosri madi dunya.</w:t>
      </w:r>
      <w:r>
        <w:br/>
      </w:r>
      <w:r>
        <w:rPr>
          <w:sz w:val="20"/>
        </w:rPr>
        <w:t>32:40  quran ke bayan ke mutabiq</w:t>
      </w:r>
      <w:r>
        <w:br/>
      </w:r>
      <w:r>
        <w:rPr>
          <w:sz w:val="20"/>
        </w:rPr>
        <w:t>32:50  insani dunya amalan dar al-fasad bani hui hai.</w:t>
      </w:r>
      <w:r>
        <w:br/>
      </w:r>
      <w:r>
        <w:rPr>
          <w:sz w:val="20"/>
        </w:rPr>
        <w:t>33:00  is silsilay mein quran ki aik ayat yeh hai: "yani khushki aur tari mein fasaad phail gaya logon</w:t>
      </w:r>
      <w:r>
        <w:br/>
      </w:r>
      <w:r>
        <w:rPr>
          <w:sz w:val="20"/>
        </w:rPr>
        <w:t>33:10  ke apne hathon ki kamai se ta ke Allah mazah chakhaye un ko</w:t>
      </w:r>
      <w:r>
        <w:br/>
      </w:r>
      <w:r>
        <w:rPr>
          <w:sz w:val="20"/>
        </w:rPr>
        <w:t>33:20  un ke baaz aemaal ka, shayad ke woh baz ayen." insani dunya se murad zameen par qaim shuda</w:t>
      </w:r>
      <w:r>
        <w:br/>
      </w:r>
      <w:r>
        <w:rPr>
          <w:sz w:val="20"/>
        </w:rPr>
        <w:t>33:26  woh dunya hai jahan insan ko kamil azadi hasil hai.</w:t>
      </w:r>
      <w:r>
        <w:br/>
      </w:r>
      <w:r>
        <w:rPr>
          <w:sz w:val="20"/>
        </w:rPr>
        <w:t>33:32  quran aur tareekh dono ka bayan hai ke yeh dunya amalan dar al-fasad ya world of corruption bani hui hai.</w:t>
      </w:r>
      <w:r>
        <w:br/>
      </w:r>
      <w:r>
        <w:rPr>
          <w:sz w:val="20"/>
        </w:rPr>
        <w:t>33:38  doosri dunya woh hai jis ko samajhnay ke liye hum fitrat ki dunya keh saktay hain.</w:t>
      </w:r>
      <w:r>
        <w:br/>
      </w:r>
      <w:r>
        <w:rPr>
          <w:sz w:val="20"/>
        </w:rPr>
        <w:t>33:44  fitrat ki dunya se murad woh</w:t>
      </w:r>
      <w:r>
        <w:br/>
      </w:r>
      <w:r>
        <w:rPr>
          <w:sz w:val="20"/>
        </w:rPr>
        <w:t>33:50  madi dunya hai jo qawaneen fitrat ya laws of nature ke tehat chal rahi hai.</w:t>
      </w:r>
      <w:r>
        <w:br/>
      </w:r>
      <w:r>
        <w:rPr>
          <w:sz w:val="20"/>
        </w:rPr>
        <w:t>33:58  is dunya ke baray mein quran ka bayan hai ke yeh mukammal tor par aik ideal world hai.</w:t>
      </w:r>
      <w:r>
        <w:br/>
      </w:r>
      <w:r>
        <w:rPr>
          <w:sz w:val="20"/>
        </w:rPr>
        <w:t>34:06  misal ke taur par suraj ke tuloo ka jo waqt hai woh hamesha yaksaan rehta hai.</w:t>
      </w:r>
      <w:r>
        <w:br/>
      </w:r>
      <w:r>
        <w:rPr>
          <w:sz w:val="20"/>
        </w:rPr>
        <w:t>34:14  isi tarah suraj ke ghuroob ka jo waqt hai woh bhi hamesha yaksan rehta hai waghera.</w:t>
      </w:r>
      <w:r>
        <w:br/>
      </w:r>
      <w:r>
        <w:rPr>
          <w:sz w:val="20"/>
        </w:rPr>
        <w:t>34:22  is ke bare mein quran ki ek ayat yeh hai: "</w:t>
      </w:r>
      <w:r>
        <w:br/>
      </w:r>
      <w:r>
        <w:rPr>
          <w:sz w:val="20"/>
        </w:rPr>
        <w:t>34:30  yani na suraj ke bas mein hai ke woh chand ko pakad le aur na raat din se</w:t>
      </w:r>
      <w:r>
        <w:br/>
      </w:r>
      <w:r>
        <w:rPr>
          <w:sz w:val="20"/>
        </w:rPr>
        <w:t>34:38  pehlay aa sakti hai aur sab ek ek daryaye mein tair rahe hain." isi tarah quran ki ek</w:t>
      </w:r>
      <w:r>
        <w:br/>
      </w:r>
      <w:r>
        <w:rPr>
          <w:sz w:val="20"/>
        </w:rPr>
        <w:t>34:45  ayat yeh hai: "alladhi khalaqa sab'a samawati tibaqan ma tara fi khalqi al-rahman min tafawutin farji'i al-basara min</w:t>
      </w:r>
      <w:r>
        <w:br/>
      </w:r>
      <w:r>
        <w:rPr>
          <w:sz w:val="20"/>
        </w:rPr>
        <w:t>34:53  futoori thumma raja'i al-basara karrataini</w:t>
      </w:r>
      <w:r>
        <w:br/>
      </w:r>
      <w:r>
        <w:rPr>
          <w:sz w:val="20"/>
        </w:rPr>
        <w:t>35:01  yanqalibi ilayka al-basaru khassaw wa huwa haseer." yani jis ne banaye saat aasman upar tale, tum rehman ke banane</w:t>
      </w:r>
      <w:r>
        <w:br/>
      </w:r>
      <w:r>
        <w:rPr>
          <w:sz w:val="20"/>
        </w:rPr>
        <w:t>35:07  mein koi khalal nahi dekhoge.</w:t>
      </w:r>
      <w:r>
        <w:br/>
      </w:r>
      <w:r>
        <w:rPr>
          <w:sz w:val="20"/>
        </w:rPr>
        <w:t>35:13  phir nigah daal kar dekh lo, kahin tum ko koi khalal nazar aata hai? phir bar bar nigah</w:t>
      </w:r>
      <w:r>
        <w:br/>
      </w:r>
      <w:r>
        <w:rPr>
          <w:sz w:val="20"/>
        </w:rPr>
        <w:t>35:19  daal kar dekho, nigah nakam thak kar tumhari taraf wapas aa jayegi.</w:t>
      </w:r>
      <w:r>
        <w:br/>
      </w:r>
      <w:r>
        <w:rPr>
          <w:sz w:val="20"/>
        </w:rPr>
        <w:t>35:25  goya yeh kainaati duniya khali az futoor duniya ya fla</w:t>
      </w:r>
    </w:p>
    <w:p>
      <w:pPr>
        <w:pStyle w:val="Heading2"/>
      </w:pPr>
      <w:r>
        <w:t>Intensity, personality development, and sincerity</w:t>
      </w:r>
    </w:p>
    <w:p>
      <w:r>
        <w:rPr>
          <w:color w:val="666666"/>
          <w:sz w:val="18"/>
        </w:rPr>
        <w:t>Paradise as a Goal April 26, 2015 · 5m 05s · at 45:55 · https://youtu.be/hnHqhmSJZXA?t=2755</w:t>
      </w:r>
    </w:p>
    <w:p>
      <w:r>
        <w:rPr>
          <w:i/>
        </w:rPr>
        <w:t>“Intensity does not jolt them out of their forgetfulness”</w:t>
      </w:r>
    </w:p>
    <w:p>
      <w:r>
        <w:rPr>
          <w:sz w:val="20"/>
        </w:rPr>
        <w:t>45:55  8 intensity does not jolt them out of their forgetfulness. Then how can we succeed in making them realize the importance of personality development, which alone can lead them to paradise?</w:t>
      </w:r>
      <w:r>
        <w:br/>
      </w:r>
      <w:r>
        <w:rPr>
          <w:sz w:val="20"/>
        </w:rPr>
        <w:t>46:11  dies dekhiye hamein mass level par</w:t>
      </w:r>
      <w:r>
        <w:br/>
      </w:r>
      <w:r>
        <w:rPr>
          <w:sz w:val="20"/>
        </w:rPr>
        <w:t>46:16  kal parson ek saath mulaqat hui is tarah ki baat hui to main ne kaha ke dekhein</w:t>
      </w:r>
      <w:r>
        <w:br/>
      </w:r>
      <w:r>
        <w:rPr>
          <w:sz w:val="20"/>
        </w:rPr>
        <w:t>46:22  dawat ka kaam hota hai mass level par</w:t>
      </w:r>
      <w:r>
        <w:br/>
      </w:r>
      <w:r>
        <w:rPr>
          <w:sz w:val="20"/>
        </w:rPr>
        <w:t>46:27  dawat ka kaam mass level par hota hai lekin result jo hai result woh individual level milta hai</w:t>
      </w:r>
      <w:r>
        <w:br/>
      </w:r>
      <w:r>
        <w:rPr>
          <w:sz w:val="20"/>
        </w:rPr>
        <w:t>46:36  Baat to aap se sab se kahiye lekin sirf koi kuch individual bhi le gaye jo aap ki</w:t>
      </w:r>
      <w:r>
        <w:br/>
      </w:r>
      <w:r>
        <w:rPr>
          <w:sz w:val="20"/>
        </w:rPr>
        <w:t>46:41  baat se asar lein aur apne andar koi change laein yeh hamesha hua hai yeh farq hamesha janna</w:t>
      </w:r>
      <w:r>
        <w:br/>
      </w:r>
      <w:r>
        <w:rPr>
          <w:sz w:val="20"/>
        </w:rPr>
        <w:t>46:48  chahiye ke dawat ya tabligh ka kaam hota hai mass level par lekin result hamesha nikalta hai individual</w:t>
      </w:r>
      <w:r>
        <w:br/>
      </w:r>
      <w:r>
        <w:rPr>
          <w:sz w:val="20"/>
        </w:rPr>
        <w:t>46:56  level par yeh agar soch ho to aadmi</w:t>
      </w:r>
      <w:r>
        <w:br/>
      </w:r>
      <w:r>
        <w:rPr>
          <w:sz w:val="20"/>
        </w:rPr>
        <w:t>47:02  yani is qism ka tasawwur is ke zehan mein nahi aayega Maulana yeh agla question kya hai</w:t>
      </w:r>
      <w:r>
        <w:br/>
      </w:r>
      <w:r>
        <w:rPr>
          <w:sz w:val="20"/>
        </w:rPr>
        <w:t>47:10  ڈاکٹر سنجے نے Delhi سے reason and intuition</w:t>
      </w:r>
      <w:r>
        <w:br/>
      </w:r>
      <w:r>
        <w:rPr>
          <w:sz w:val="20"/>
        </w:rPr>
        <w:t>47:16  How to decide what is right reason</w:t>
      </w:r>
      <w:r>
        <w:br/>
      </w:r>
      <w:r>
        <w:rPr>
          <w:sz w:val="20"/>
        </w:rPr>
        <w:t>47:19  Because right may be different for different people</w:t>
      </w:r>
      <w:r>
        <w:br/>
      </w:r>
      <w:r>
        <w:rPr>
          <w:sz w:val="20"/>
        </w:rPr>
        <w:t>47:25  dekhiye ek hai sanjidgi sincerity</w:t>
      </w:r>
      <w:r>
        <w:br/>
      </w:r>
      <w:r>
        <w:rPr>
          <w:sz w:val="20"/>
        </w:rPr>
        <w:t>47:31  aur ek hai yani</w:t>
      </w:r>
      <w:r>
        <w:br/>
      </w:r>
      <w:r>
        <w:rPr>
          <w:sz w:val="20"/>
        </w:rPr>
        <w:t>47:36  bahs karna to jo bahs kare us ke hisab se tautology aayegi tautology us ko kehte hain</w:t>
      </w:r>
      <w:r>
        <w:br/>
      </w:r>
      <w:r>
        <w:rPr>
          <w:sz w:val="20"/>
        </w:rPr>
        <w:t>47:43  bahs karega bahs karega bahs karega koi na koi technical baat mil jayegi us</w:t>
      </w:r>
      <w:r>
        <w:br/>
      </w:r>
      <w:r>
        <w:rPr>
          <w:sz w:val="20"/>
        </w:rPr>
        <w:t>47:48  se woh doosri baat ko refute kar de</w:t>
      </w:r>
      <w:r>
        <w:br/>
      </w:r>
      <w:r>
        <w:rPr>
          <w:sz w:val="20"/>
        </w:rPr>
        <w:t>47:51  to dekhein is maamle mein koi compulsive reason nahi hai</w:t>
      </w:r>
      <w:r>
        <w:br/>
      </w:r>
      <w:r>
        <w:rPr>
          <w:sz w:val="20"/>
        </w:rPr>
        <w:t>47:59  aadmi ko khud janna padta hai ke kaun si baat mujhe</w:t>
      </w:r>
      <w:r>
        <w:br/>
      </w:r>
      <w:r>
        <w:rPr>
          <w:sz w:val="20"/>
        </w:rPr>
        <w:t>48:04  reason ke mutabiq hai kaun si reason ke mutabiq nahi yeh khud apne apna yani intellectual development se</w:t>
      </w:r>
      <w:r>
        <w:br/>
      </w:r>
      <w:r>
        <w:rPr>
          <w:sz w:val="20"/>
        </w:rPr>
        <w:t>48:11  aadmi pahunchta hai is baat ko</w:t>
      </w:r>
      <w:r>
        <w:br/>
      </w:r>
      <w:r>
        <w:rPr>
          <w:sz w:val="20"/>
        </w:rPr>
        <w:t>48:14  yeh koi do do chaar ki tarah nahi hai ke hum bahar se us ko impose kar dein</w:t>
      </w:r>
      <w:r>
        <w:br/>
      </w:r>
      <w:r>
        <w:rPr>
          <w:sz w:val="20"/>
        </w:rPr>
        <w:t>48:19  aadmi maane to maane maane to milega us ko nahi to nahi milega</w:t>
      </w:r>
      <w:r>
        <w:br/>
      </w:r>
      <w:r>
        <w:rPr>
          <w:sz w:val="20"/>
        </w:rPr>
        <w:t>48:24  yeh kaha jata hai ke maano to dev nahi to pathar</w:t>
      </w:r>
      <w:r>
        <w:br/>
      </w:r>
      <w:r>
        <w:rPr>
          <w:sz w:val="20"/>
        </w:rPr>
        <w:t>48:28  to sach yeh self discovery ki baat hai</w:t>
      </w:r>
      <w:r>
        <w:br/>
      </w:r>
      <w:r>
        <w:rPr>
          <w:sz w:val="20"/>
        </w:rPr>
        <w:t>48:33  aur self discovery hoti hai hamesha sincerity jis ke andar bohat zyada ho tab hoti hai</w:t>
      </w:r>
      <w:r>
        <w:br/>
      </w:r>
      <w:r>
        <w:rPr>
          <w:sz w:val="20"/>
        </w:rPr>
        <w:t>48:40  to behal yeh baat jo hai upar se bahar se hum impose nahi kar sakte</w:t>
      </w:r>
      <w:r>
        <w:br/>
      </w:r>
      <w:r>
        <w:rPr>
          <w:sz w:val="20"/>
        </w:rPr>
        <w:t>48:47  do do chaar ki tarah jo aadmi sincere hoga woh zaroor pahunch jayega wahan tak dekhein sincerity</w:t>
      </w:r>
      <w:r>
        <w:br/>
      </w:r>
      <w:r>
        <w:rPr>
          <w:sz w:val="20"/>
        </w:rPr>
        <w:t>48:54  hamesha right way mein guide guide karti hai aur sensitivity na ho to aadmi bhatakta hai idhar udhar</w:t>
      </w:r>
      <w:r>
        <w:br/>
      </w:r>
      <w:r>
        <w:rPr>
          <w:sz w:val="20"/>
        </w:rPr>
        <w:t>49:05  Maulana sahib yeh agla question kya hai Maulana Iqbal Umri ne Chennai se</w:t>
      </w:r>
      <w:r>
        <w:br/>
      </w:r>
      <w:r>
        <w:rPr>
          <w:sz w:val="20"/>
        </w:rPr>
        <w:t>49:11  مولانا کائناتی یونیورسل پرابلم کو intervention of God ہے ڈسکور کرنے کے بجائے if there is God then</w:t>
      </w:r>
      <w:r>
        <w:br/>
      </w:r>
      <w:r>
        <w:rPr>
          <w:sz w:val="20"/>
        </w:rPr>
        <w:t>49:21  why man management like this insaan kyun samajhta hai</w:t>
      </w:r>
      <w:r>
        <w:br/>
      </w:r>
      <w:r>
        <w:rPr>
          <w:sz w:val="20"/>
        </w:rPr>
        <w:t>49:28  mus management nahi yeh to mein ne kaha hai ke warning hoti hai</w:t>
      </w:r>
      <w:r>
        <w:br/>
      </w:r>
      <w:r>
        <w:rPr>
          <w:sz w:val="20"/>
        </w:rPr>
        <w:t>49:32  mus management ho to sari kainaat mein numerestars planet hai woh sab takra jayen apas mein</w:t>
      </w:r>
      <w:r>
        <w:br/>
      </w:r>
      <w:r>
        <w:rPr>
          <w:sz w:val="20"/>
        </w:rPr>
        <w:t>49:40  yeh to bohat tiny waqia hai yani billion trillion ke mein bhi aik se kam hai</w:t>
      </w:r>
      <w:r>
        <w:br/>
      </w:r>
      <w:r>
        <w:rPr>
          <w:sz w:val="20"/>
        </w:rPr>
        <w:t>49:47  yani poori universe ke lehaz dekha jaye to be shumar waqiat hain wahan yeh sab baatein nahi hain</w:t>
      </w:r>
      <w:r>
        <w:br/>
      </w:r>
      <w:r>
        <w:rPr>
          <w:sz w:val="20"/>
        </w:rPr>
        <w:t>49:55  bohat choti si zameen par aisa hota hai</w:t>
      </w:r>
      <w:r>
        <w:br/>
      </w:r>
      <w:r>
        <w:rPr>
          <w:sz w:val="20"/>
        </w:rPr>
        <w:t>49:59  to jo zyada yani more than one percent jo hai kainaat wahan to bilkul precise way mein har</w:t>
      </w:r>
      <w:r>
        <w:br/>
      </w:r>
      <w:r>
        <w:rPr>
          <w:sz w:val="20"/>
        </w:rPr>
        <w:t>50:06  cheez ho rahi hai more than 99 percent jo hissa hai universe ka wahan to har cheez bilkul</w:t>
      </w:r>
      <w:r>
        <w:br/>
      </w:r>
      <w:r>
        <w:rPr>
          <w:sz w:val="20"/>
        </w:rPr>
        <w:t>50:12  theek ho rahi hai yani more than 99 percent mein aur less than one percent ka jo hissa</w:t>
      </w:r>
      <w:r>
        <w:br/>
      </w:r>
      <w:r>
        <w:rPr>
          <w:sz w:val="20"/>
        </w:rPr>
        <w:t>50:18  hai wahan par aise kuch waqiat hote hain kabhi koi</w:t>
      </w:r>
      <w:r>
        <w:br/>
      </w:r>
      <w:r>
        <w:rPr>
          <w:sz w:val="20"/>
        </w:rPr>
        <w:t>50:22  to yeh khuda par is se blame nahi aata yeh sochna parta hai ke jo khuda itne bare</w:t>
      </w:r>
      <w:r>
        <w:br/>
      </w:r>
      <w:r>
        <w:rPr>
          <w:sz w:val="20"/>
        </w:rPr>
        <w:t>50:29  peymane par bohat hi</w:t>
      </w:r>
      <w:r>
        <w:br/>
      </w:r>
      <w:r>
        <w:rPr>
          <w:sz w:val="20"/>
        </w:rPr>
        <w:t>50:33  precise mein har cheez ko manage kar raha hai woh aik chote se maqam par aisa kyun</w:t>
      </w:r>
      <w:r>
        <w:br/>
      </w:r>
      <w:r>
        <w:rPr>
          <w:sz w:val="20"/>
        </w:rPr>
        <w:t>50:38  us ne pasand kiya to is ka jawab yeh hai ke woh warning ke liye lesson ke liye</w:t>
      </w:r>
      <w:r>
        <w:br/>
      </w:r>
      <w:r>
        <w:rPr>
          <w:sz w:val="20"/>
        </w:rPr>
        <w:t>50:45  taake insaan jo so raha hai woh jaag woh jaag uthe</w:t>
      </w:r>
      <w:r>
        <w:br/>
      </w:r>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p>
    <w:p>
      <w:pPr>
        <w:pStyle w:val="Heading2"/>
      </w:pPr>
      <w:r>
        <w:t>Reflecting on sudden death and its statistics</w:t>
      </w:r>
    </w:p>
    <w:p>
      <w:r>
        <w:rPr>
          <w:color w:val="666666"/>
          <w:sz w:val="18"/>
        </w:rPr>
        <w:t>On Death June 08, 2014 · 3m 02s · at 2:01 · https://youtu.be/p0lSKQ0edmw?t=121</w:t>
      </w:r>
    </w:p>
    <w:p>
      <w:r>
        <w:rPr>
          <w:i/>
        </w:rPr>
        <w:t>“Maut kaisi ajeeb o ghareeb cheez hai”</w:t>
      </w:r>
    </w:p>
    <w:p>
      <w:r>
        <w:rPr>
          <w:sz w:val="20"/>
        </w:rPr>
        <w:t>2:01  maut kaisi ajeeb o ghareeb cheez hai.</w:t>
      </w:r>
      <w:r>
        <w:br/>
      </w:r>
      <w:r>
        <w:rPr>
          <w:sz w:val="20"/>
        </w:rPr>
        <w:t>2:07  insan paida hota hai, bachpan, jawani ki umar guzarte hue woh bara hota hai.</w:t>
      </w:r>
      <w:r>
        <w:br/>
      </w:r>
      <w:r>
        <w:rPr>
          <w:sz w:val="20"/>
        </w:rPr>
        <w:t>2:16  phir woh apna ek career banata hai, job mein, business mein. aur jab woh taraqqi ke aakhri manzil par hota hai, ain us waqt us ki maut aa jati hai.</w:t>
      </w:r>
      <w:r>
        <w:br/>
      </w:r>
      <w:r>
        <w:rPr>
          <w:sz w:val="20"/>
        </w:rPr>
        <w:t>2:32  Gopinath Munde abhi 64, un ki age jo thi sirf 64 saal thi. aur aap jante hain ke aaj kal jo average age hai insan ki, woh 70 saal hai.</w:t>
      </w:r>
      <w:r>
        <w:br/>
      </w:r>
      <w:r>
        <w:rPr>
          <w:sz w:val="20"/>
        </w:rPr>
        <w:t>2:59  dunya bhar mein saat billion se ziyada insan hain.</w:t>
      </w:r>
      <w:r>
        <w:br/>
      </w:r>
      <w:r>
        <w:rPr>
          <w:sz w:val="20"/>
        </w:rPr>
        <w:t>3:07  jo</w:t>
      </w:r>
      <w:r>
        <w:br/>
      </w:r>
      <w:r>
        <w:rPr>
          <w:sz w:val="20"/>
        </w:rPr>
        <w:t>3:20  yani ek lakh se ziyada, har din</w:t>
      </w:r>
      <w:r>
        <w:br/>
      </w:r>
      <w:r>
        <w:rPr>
          <w:sz w:val="20"/>
        </w:rPr>
        <w:t>3:24  . ab aap ghor kijiye ke kal ke liye jo angels jo list bana rahe hain ke kal ek lakh se ziyada jo insanon ki age ban rahi hai,</w:t>
      </w:r>
      <w:r>
        <w:br/>
      </w:r>
      <w:r>
        <w:rPr>
          <w:sz w:val="20"/>
        </w:rPr>
        <w:t>3:42  kya maloom kis ka kis ka naam ho. mera naam ho, aap ka naam ho, kis ka naam ho, kaun janta hai.</w:t>
      </w:r>
      <w:r>
        <w:br/>
      </w:r>
      <w:r>
        <w:rPr>
          <w:sz w:val="20"/>
        </w:rPr>
        <w:t>3:53  kyun ke Gopinath Munde</w:t>
      </w:r>
      <w:r>
        <w:br/>
      </w:r>
      <w:r>
        <w:rPr>
          <w:sz w:val="20"/>
        </w:rPr>
        <w:t>3:59  jab road par chal rahe the to unhein kuch bhi nahi pata tha ke agle moment un ki maut anay wali hai.</w:t>
      </w:r>
      <w:r>
        <w:br/>
      </w:r>
      <w:r>
        <w:rPr>
          <w:sz w:val="20"/>
        </w:rPr>
        <w:t>4:10  to maut dekhiye, achaanak ati hai.</w:t>
      </w:r>
      <w:r>
        <w:br/>
      </w:r>
      <w:r>
        <w:rPr>
          <w:sz w:val="20"/>
        </w:rPr>
        <w:t>4:14  maut ka sab se zyada jo</w:t>
      </w:r>
      <w:r>
        <w:br/>
      </w:r>
      <w:r>
        <w:rPr>
          <w:sz w:val="20"/>
        </w:rPr>
        <w:t>4:22  alarming pehlu hai, woh yeh hai ke maut achaanak aati hai. is ki koi date fix nahin.</w:t>
      </w:r>
      <w:r>
        <w:br/>
      </w:r>
      <w:r>
        <w:rPr>
          <w:sz w:val="20"/>
        </w:rPr>
        <w:t>4:32  aap jante hain ke insaan ke andar jo DNA hai, DNA mein million billion information hoti hain.</w:t>
      </w:r>
      <w:r>
        <w:br/>
      </w:r>
      <w:r>
        <w:rPr>
          <w:sz w:val="20"/>
        </w:rPr>
        <w:t>4:43  lekin sirf ek information miss kar rahi hai, ek ek information maujood nahin hai is mein. ab woh kya, kisi insaan ki maut kab aayegi?</w:t>
      </w:r>
      <w:r>
        <w:br/>
      </w:r>
      <w:r>
        <w:rPr>
          <w:sz w:val="20"/>
        </w:rPr>
        <w:t>4:57  yahi ek cheez missing hai.</w:t>
      </w:r>
    </w:p>
    <w:p>
      <w:pPr>
        <w:pStyle w:val="Heading2"/>
      </w:pPr>
      <w:r>
        <w:t>Japan's avoidance led to economic superpower</w:t>
      </w:r>
    </w:p>
    <w:p>
      <w:r>
        <w:rPr>
          <w:color w:val="666666"/>
          <w:sz w:val="18"/>
        </w:rPr>
        <w:t>The Importance of Positive Attitude | November 01, 2007 · 2m 02s · at 24:32 · https://youtu.be/r4zLbCBxPyc?t=1472</w:t>
      </w:r>
    </w:p>
    <w:p>
      <w:r>
        <w:rPr>
          <w:i/>
        </w:rPr>
        <w:t>“Japan ki nai history shuru hoti hai Second World War ke baad”</w:t>
      </w:r>
    </w:p>
    <w:p>
      <w:r>
        <w:rPr>
          <w:sz w:val="20"/>
        </w:rPr>
        <w:t>24:32  japan ki.</w:t>
      </w:r>
      <w:r>
        <w:br/>
      </w:r>
      <w:r>
        <w:rPr>
          <w:sz w:val="20"/>
        </w:rPr>
        <w:t>24:36  japan mein World War, second World War ke baad america ne wahan ka ek bohat bara jazeera, kyunke</w:t>
      </w:r>
      <w:r>
        <w:br/>
      </w:r>
      <w:r>
        <w:rPr>
          <w:sz w:val="20"/>
        </w:rPr>
        <w:t>24:39  aap jante hain japan jo hai bohat se jazeera hain wahan.</w:t>
      </w:r>
      <w:r>
        <w:br/>
      </w:r>
      <w:r>
        <w:rPr>
          <w:sz w:val="20"/>
        </w:rPr>
        <w:t>24:42  bohat se jazeera hain, jazeeraon hi ka mulk hai woh.</w:t>
      </w:r>
      <w:r>
        <w:br/>
      </w:r>
      <w:r>
        <w:rPr>
          <w:sz w:val="20"/>
        </w:rPr>
        <w:t>24:46  ek jazeera is ka naam hai Okinawa.</w:t>
      </w:r>
      <w:r>
        <w:br/>
      </w:r>
      <w:r>
        <w:rPr>
          <w:sz w:val="20"/>
        </w:rPr>
        <w:t>24:49  is par qabza kar liya is ne.</w:t>
      </w:r>
      <w:r>
        <w:br/>
      </w:r>
      <w:r>
        <w:rPr>
          <w:sz w:val="20"/>
        </w:rPr>
        <w:t>24:53  aur apna adda bana liya wahan.</w:t>
      </w:r>
      <w:r>
        <w:br/>
      </w:r>
      <w:r>
        <w:rPr>
          <w:sz w:val="20"/>
        </w:rPr>
        <w:t>24:56  yani japan ka ek jazeera, ek Island.</w:t>
      </w:r>
      <w:r>
        <w:br/>
      </w:r>
      <w:r>
        <w:rPr>
          <w:sz w:val="20"/>
        </w:rPr>
        <w:t>24:59  ek bohat bara Island</w:t>
      </w:r>
      <w:r>
        <w:br/>
      </w:r>
      <w:r>
        <w:rPr>
          <w:sz w:val="20"/>
        </w:rPr>
        <w:t>25:03  jis ka naam hai Okinawa, is ko america ne qabza kar liya.</w:t>
      </w:r>
      <w:r>
        <w:br/>
      </w:r>
      <w:r>
        <w:rPr>
          <w:sz w:val="20"/>
        </w:rPr>
        <w:t>25:07  abhi tak qabza hai is ka.</w:t>
      </w:r>
      <w:r>
        <w:br/>
      </w:r>
      <w:r>
        <w:rPr>
          <w:sz w:val="20"/>
        </w:rPr>
        <w:t>25:10  lekin japan ne is okinawa ko phir se chhenne ke liye koi ladai nahi ki.</w:t>
      </w:r>
      <w:r>
        <w:br/>
      </w:r>
      <w:r>
        <w:rPr>
          <w:sz w:val="20"/>
        </w:rPr>
        <w:t>25:14  japan jo hai Atom Bomb ko bhula diya is ne.</w:t>
      </w:r>
      <w:r>
        <w:br/>
      </w:r>
      <w:r>
        <w:rPr>
          <w:sz w:val="20"/>
        </w:rPr>
        <w:t>25:18  america Atom Bomb chala raha tha in ke upar.</w:t>
      </w:r>
      <w:r>
        <w:br/>
      </w:r>
      <w:r>
        <w:rPr>
          <w:sz w:val="20"/>
        </w:rPr>
        <w:t>25:22  is ko bhula diya.</w:t>
      </w:r>
      <w:r>
        <w:br/>
      </w:r>
      <w:r>
        <w:rPr>
          <w:sz w:val="20"/>
        </w:rPr>
        <w:t>25:26  okinawa ko bhi bhula diya is ne.</w:t>
      </w:r>
      <w:r>
        <w:br/>
      </w:r>
      <w:r>
        <w:rPr>
          <w:sz w:val="20"/>
        </w:rPr>
        <w:t>25:30  aur is ke baad unhon ne kiya kiya? unhon ne kiya ke apne mulk ko</w:t>
      </w:r>
      <w:r>
        <w:br/>
      </w:r>
      <w:r>
        <w:rPr>
          <w:sz w:val="20"/>
        </w:rPr>
        <w:t>25:33  Educate karo. Apne mulk mein Industry chalao. Apne mulk ki technology ko barhao. Sensi, Scientific Development ko barhao. Is par lag gaye woh. Yeh tha, yeh tha wahi. Yaani Ignore karne wali Policy. Avoid karne wali Policy. Yaani Policy of Avoidance chalai unhon ne. Jabke doosre mulk ne Policy of Avoidance nahi chalai. Japan ne Policy of</w:t>
      </w:r>
      <w:r>
        <w:br/>
      </w:r>
      <w:r>
        <w:rPr>
          <w:sz w:val="20"/>
        </w:rPr>
        <w:t>26:03  Avoidance chalai.</w:t>
      </w:r>
      <w:r>
        <w:br/>
      </w:r>
      <w:r>
        <w:rPr>
          <w:sz w:val="20"/>
        </w:rPr>
        <w:t>26:10  aur aaj aap jante hain ke japan jo hai Economic Superpower bana hua hai.</w:t>
      </w:r>
      <w:r>
        <w:br/>
      </w:r>
      <w:r>
        <w:rPr>
          <w:sz w:val="20"/>
        </w:rPr>
        <w:t>26:16  Economic Superpower bana hua hai.</w:t>
      </w:r>
      <w:r>
        <w:br/>
      </w:r>
      <w:r>
        <w:rPr>
          <w:sz w:val="20"/>
        </w:rPr>
        <w:t>26:22  Policy of Avoidance chalane ke nateejay mein.</w:t>
      </w:r>
      <w:r>
        <w:br/>
      </w:r>
      <w:r>
        <w:rPr>
          <w:sz w:val="20"/>
        </w:rPr>
        <w:t>26:28  to main yeh keh raha hoon ke Positive Attitude jo hai woh aik Universal Principle hai.</w:t>
      </w:r>
    </w:p>
    <w:p>
      <w:pPr>
        <w:pStyle w:val="Heading2"/>
      </w:pPr>
      <w:r>
        <w:t>Ibrahim's tests and construction of Kaaba</w:t>
      </w:r>
    </w:p>
    <w:p>
      <w:r>
        <w:rPr>
          <w:color w:val="666666"/>
          <w:sz w:val="18"/>
        </w:rPr>
        <w:t>The Role of Hazrat Hajra October 10, 2020 Prof. Farida Khanam · 5m 52s · at 11:22 · https://youtu.be/KzWhW_1h9tc?t=682</w:t>
      </w:r>
    </w:p>
    <w:p>
      <w:r>
        <w:rPr>
          <w:i/>
        </w:rPr>
        <w:t>“To ek baar jab aaye to woh dekha”</w:t>
      </w:r>
    </w:p>
    <w:p>
      <w:r>
        <w:rPr>
          <w:sz w:val="20"/>
        </w:rPr>
        <w:t>11:22  To ek baar jab aaye to</w:t>
      </w:r>
      <w:r>
        <w:br/>
      </w:r>
      <w:r>
        <w:rPr>
          <w:sz w:val="20"/>
        </w:rPr>
        <w:t>11:24  woh dekha to us Hazrat Hazrat Hajra ka inteqal ho chuka tha. To aaye to woh jo Hazrat Ibrahim, Hazrat Ismail ki jo biwi theen, woh wahan theen, aur Hazrat Ismail gaye hue the wahan par</w:t>
      </w:r>
      <w:r>
        <w:br/>
      </w:r>
      <w:r>
        <w:rPr>
          <w:sz w:val="20"/>
        </w:rPr>
        <w:t>11:41  shikar ke liye. To un ki Hazrat Ibrahim ki mulaqat Hazrat Ismail se nahi hui, to un ki biwi se unhone haal chaal poocha ke kaisa guzar basar kaise ho rahi hai.</w:t>
      </w:r>
      <w:r>
        <w:br/>
      </w:r>
      <w:r>
        <w:rPr>
          <w:sz w:val="20"/>
        </w:rPr>
        <w:t>11:52  To biwi ne bahut shikayat ki aur kaha ke bahut halaat kharab hain, bahut tangi hai, bahut takleef hai.</w:t>
      </w:r>
      <w:r>
        <w:br/>
      </w:r>
      <w:r>
        <w:rPr>
          <w:sz w:val="20"/>
        </w:rPr>
        <w:t>12:00  To Hazrat Ibrahim ne kaha ke jab woh Ismail aayenge to un se bata dena, to pehle mera salam kehna, bata dena ke yeh chaukhat badal dein.</w:t>
      </w:r>
      <w:r>
        <w:br/>
      </w:r>
      <w:r>
        <w:rPr>
          <w:sz w:val="20"/>
        </w:rPr>
        <w:t>12:14  To jab Hazrat Ismail aaye to un ko sab baat bataya. Unhone unhone kaha ke ek budha aadmi aaya tha aur woh aise aise keh ke gaya hai.</w:t>
      </w:r>
      <w:r>
        <w:br/>
      </w:r>
      <w:r>
        <w:rPr>
          <w:sz w:val="20"/>
        </w:rPr>
        <w:t>12:23  To unhone kaha aur kuch kaha hai? Unhone kaha haan, woh keh ke gaya hai ke chaukhat badal dena. To woh to us ko samjhi nahi. To Hazrat Ismail</w:t>
      </w:r>
      <w:r>
        <w:br/>
      </w:r>
      <w:r>
        <w:rPr>
          <w:sz w:val="20"/>
        </w:rPr>
        <w:t>12:31  samajh gaye ke chaukhat badalne se matlab hai ke aurat badal di jaye, kyunke yeh aurat bahut zyada negative hai, poora mansooba hi fail ho jayega.</w:t>
      </w:r>
      <w:r>
        <w:br/>
      </w:r>
      <w:r>
        <w:rPr>
          <w:sz w:val="20"/>
        </w:rPr>
        <w:t>12:40  Kyunke Allah taala ko ek aisi team banani thi jo ke intehai be inteha positive ho, jiske andar woh tamam</w:t>
      </w:r>
      <w:r>
        <w:br/>
      </w:r>
      <w:r>
        <w:rPr>
          <w:sz w:val="20"/>
        </w:rPr>
        <w:t>12:50  khususiyat hon jo Almarwah ke naam se jani jati hain. To woh ek positive jo character hota hai, usi se woh khususiyat paida hoti hain.</w:t>
      </w:r>
      <w:r>
        <w:br/>
      </w:r>
      <w:r>
        <w:rPr>
          <w:sz w:val="20"/>
        </w:rPr>
        <w:t>13:01  To unhone samajh liya aur phir unhone us aurat se koi talak de kar doosri shadi ki.</w:t>
      </w:r>
      <w:r>
        <w:br/>
      </w:r>
      <w:r>
        <w:rPr>
          <w:sz w:val="20"/>
        </w:rPr>
        <w:t>13:08  Phir kuch dino ke baad Hazrat Ibrahim aaye aur poocha ke kaisi guzar basar ho rahi hai? To woh aurat ne khoob woh bahut khushi ka izhar kiya aur kaha ke sab bahut acha hai, bahut kushadgi hai, koi takleef nahi hai,</w:t>
      </w:r>
      <w:r>
        <w:br/>
      </w:r>
      <w:r>
        <w:rPr>
          <w:sz w:val="20"/>
        </w:rPr>
        <w:t>13:26  Khuda ka shukar hai. Yeh sab baatein us ne kaheen. To Hazrat Ibrahim us se keh ke gaye ke jab woh aayenge Ismail to un se keh mera salam kehna aur kehna ke yeh chaukhat ko baqi rakhein.</w:t>
      </w:r>
      <w:r>
        <w:br/>
      </w:r>
      <w:r>
        <w:rPr>
          <w:sz w:val="20"/>
        </w:rPr>
        <w:t>13:41  to is se hazrat ismail samajh gaye ke is ka matlab hai ke hazrat ibrahim ne is ko</w:t>
      </w:r>
      <w:r>
        <w:br/>
      </w:r>
      <w:r>
        <w:rPr>
          <w:sz w:val="20"/>
        </w:rPr>
        <w:t>13:49  yeh jo nikah hua hai, is aurat ko unhon ne kaha hai ke yeh sahi aurat hai, jo ke jis ke zariye se aik team tayyar hogi.</w:t>
      </w:r>
      <w:r>
        <w:br/>
      </w:r>
      <w:r>
        <w:rPr>
          <w:sz w:val="20"/>
        </w:rPr>
        <w:t>13:59  to isi tarike se hazrat ibrahim ate rehte the. Acha, is waqt bhi hazrat ibrahim jo dua karte the,</w:t>
      </w:r>
      <w:r>
        <w:br/>
      </w:r>
      <w:r>
        <w:rPr>
          <w:sz w:val="20"/>
        </w:rPr>
        <w:t>14:07  to is se pehle bhi unhon ne un ki dua aik aai hai sahi bukhari mein ke jab woh hazrat hajra ko chhod kar ja rahe the, to jab kafi door chale gaye, to unhon ne phir wahan us ilaqe ko chhodne se pehle aik yeh dua kiya tha</w:t>
      </w:r>
      <w:r>
        <w:br/>
      </w:r>
      <w:r>
        <w:rPr>
          <w:sz w:val="20"/>
        </w:rPr>
        <w:t>14:24  ke aye hamare rab</w:t>
      </w:r>
      <w:r>
        <w:br/>
      </w:r>
      <w:r>
        <w:rPr>
          <w:sz w:val="20"/>
        </w:rPr>
        <w:t>14:26  ! main ne apni aulad ko aik be aab o giya wadi mein tere mohtaram ghar ke pas basaya hai. Aye hamar</w:t>
      </w:r>
      <w:r>
        <w:br/>
      </w:r>
      <w:r>
        <w:rPr>
          <w:sz w:val="20"/>
        </w:rPr>
        <w:t>14:35  e rab! Taa ke woh namaz qaim karen. Pas tu logon ke dil un ki taraf mail kar de aur un ko phalon ki rozi ata farma taa ke woh shukr karen.</w:t>
      </w:r>
      <w:r>
        <w:br/>
      </w:r>
      <w:r>
        <w:rPr>
          <w:sz w:val="20"/>
        </w:rPr>
        <w:t>14:46  yeh dua hazrat ibrahim, yeh dua quran ke chapter ibrahim mein aai hai aur verse number hai 35 to 37.</w:t>
      </w:r>
      <w:r>
        <w:br/>
      </w:r>
      <w:r>
        <w:rPr>
          <w:sz w:val="20"/>
        </w:rPr>
        <w:t>14:57  is ke baad phir hazrat ibrahim ne jo doosri khatoon theen, un se poocha ke tumhara khana kya hai? To unhon ne kaha gosht.</w:t>
      </w:r>
      <w:r>
        <w:br/>
      </w:r>
      <w:r>
        <w:rPr>
          <w:sz w:val="20"/>
        </w:rPr>
        <w:t>15:07  Phir unhon ne kaha tum kya peete ho? Unhon ne kaha pani. To phir dobara hazrat ibrahim ne dua kiya ke aye allah!</w:t>
      </w:r>
      <w:r>
        <w:br/>
      </w:r>
      <w:r>
        <w:rPr>
          <w:sz w:val="20"/>
        </w:rPr>
        <w:t>15:15  to un ke gosht aur pani mein barkat de. To is ke baad</w:t>
      </w:r>
      <w:r>
        <w:br/>
      </w:r>
      <w:r>
        <w:rPr>
          <w:sz w:val="20"/>
        </w:rPr>
        <w:t>15:23  yeh aisi zindagi chalti rahi aur hazrat ismail jo hain, woh apna kaam karte rahe yahan tak ke phir dobara hazrat ibrahim aaye.</w:t>
      </w:r>
      <w:r>
        <w:br/>
      </w:r>
      <w:r>
        <w:rPr>
          <w:sz w:val="20"/>
        </w:rPr>
        <w:t>15:37  ab ki jab hazrat ibrahim aaye to un ko hazrat ismail mil gaye. Woh zam zam se qareeb aik darakht ke neeche apne teer durust kar rahe the.</w:t>
      </w:r>
      <w:r>
        <w:br/>
      </w:r>
      <w:r>
        <w:rPr>
          <w:sz w:val="20"/>
        </w:rPr>
        <w:t>15:47  isi teer se woh shikar karte the. To hazrat ibrahim ne kaha ke aye ism</w:t>
      </w:r>
      <w:r>
        <w:br/>
      </w:r>
      <w:r>
        <w:rPr>
          <w:sz w:val="20"/>
        </w:rPr>
        <w:t>15:52  ail! Allah ne mujhe aik hukum diya hai, kya tum mere is hukum ko, kya tum is hukum ko manoge aur mera sath doge?</w:t>
      </w:r>
      <w:r>
        <w:br/>
      </w:r>
      <w:r>
        <w:rPr>
          <w:sz w:val="20"/>
        </w:rPr>
        <w:t>16:01  to hazrat ismail ne kaha ke aap ke rab ne jo hukum diya, use kar daliye. Phir hazrat ismail aur hazrat ibrahim dono ne mil kar kaba ki taameer ki.</w:t>
      </w:r>
      <w:r>
        <w:br/>
      </w:r>
      <w:r>
        <w:rPr>
          <w:sz w:val="20"/>
        </w:rPr>
        <w:t>16:13  hazrat ismail pathar late aur hazrat ibrahim us ko taameer karte. To is tarike se taameer ke dauran hazrat ibrahim aur hazrat ismail dono bar bar allah se yeh dua karte rahe, aye hamare rab!</w:t>
      </w:r>
      <w:r>
        <w:br/>
      </w:r>
      <w:r>
        <w:rPr>
          <w:sz w:val="20"/>
        </w:rPr>
        <w:t>16:29  to hamari taraf se yeh qabool farma, beshak tu bohat zyada janne wala aur bohat zyada sunne wala hai. To woh is is ghar ke chakar lagate rehte aur yeh dua karte rehte.</w:t>
      </w:r>
      <w:r>
        <w:br/>
      </w:r>
      <w:r>
        <w:rPr>
          <w:sz w:val="20"/>
        </w:rPr>
        <w:t>16:44  to is tarike se wahan par kaba ki taameer hui aur woh jo hajar e aswad hai, to jab wahan tak jahan hajar e aswad nasb hai, wahan tak jab taameer pahunchi to hazrat ibrahim ne</w:t>
      </w:r>
    </w:p>
    <w:p>
      <w:pPr>
        <w:pStyle w:val="Heading2"/>
      </w:pPr>
      <w:r>
        <w:t>Shopping spree vs God-consciousness</w:t>
      </w:r>
    </w:p>
    <w:p>
      <w:r>
        <w:rPr>
          <w:color w:val="666666"/>
          <w:sz w:val="18"/>
        </w:rPr>
        <w:t>Why this Ethical Crisis (Moral Crisis) I December 16, 2007 - Maulana Wahiduddin Khan · 2m 59s · at 2:04 · https://youtu.be/00lGcZ0tyyg?t=124</w:t>
      </w:r>
    </w:p>
    <w:p>
      <w:r>
        <w:rPr>
          <w:i/>
        </w:rPr>
        <w:t>“Kal ek telephone aaya, usne kaha...wahi log shopping kar rahe hain”</w:t>
      </w:r>
    </w:p>
    <w:p>
      <w:r>
        <w:rPr>
          <w:sz w:val="20"/>
        </w:rPr>
        <w:t>2:04  telephone tha hamare saathi jo hain, Mr Rajat Malhotra.</w:t>
      </w:r>
      <w:r>
        <w:br/>
      </w:r>
      <w:r>
        <w:rPr>
          <w:sz w:val="20"/>
        </w:rPr>
        <w:t>2:09  wo aaj kal bahar gaye hue hain, un ki company ki taraf se bahut se log international tour par gaye hue hain.</w:t>
      </w:r>
      <w:r>
        <w:br/>
      </w:r>
      <w:r>
        <w:rPr>
          <w:sz w:val="20"/>
        </w:rPr>
        <w:t>2:19  to kal wo Thailand mein the, to wahan se unhon ne telephone kiya.</w:t>
      </w:r>
      <w:r>
        <w:br/>
      </w:r>
      <w:r>
        <w:rPr>
          <w:sz w:val="20"/>
        </w:rPr>
        <w:t>2:27  to is par mein sochne laga. unhon ne kaha ke mein apne sath</w:t>
      </w:r>
      <w:r>
        <w:br/>
      </w:r>
      <w:r>
        <w:rPr>
          <w:sz w:val="20"/>
        </w:rPr>
        <w:t>2:34  aise pamphlet laya tha jo CPS ki taraf se chhappe gaye hain: "Khuda par, aakhirat par, hell aur paradise par".</w:t>
      </w:r>
      <w:r>
        <w:br/>
      </w:r>
      <w:r>
        <w:rPr>
          <w:sz w:val="20"/>
        </w:rPr>
        <w:t>2:47  to mein apne sathiyon se baat karta tha Khuda par, to koi is mein zara bhi interest nahin leta tha.</w:t>
      </w:r>
      <w:r>
        <w:br/>
      </w:r>
      <w:r>
        <w:rPr>
          <w:sz w:val="20"/>
        </w:rPr>
        <w:t>2:56  kisi ko kuch bhi interest nahin hai ke wo Khuda par baat kare, creator par baat kare, creation plan of God par baat kare. lekin yahan Thailand mein mein ne dekha ke log yahan par aaye to sab ke sab toot pade</w:t>
      </w:r>
      <w:r>
        <w:br/>
      </w:r>
      <w:r>
        <w:rPr>
          <w:sz w:val="20"/>
        </w:rPr>
        <w:t>3:13  shopping ke liye. jisko dekhe shopping ke toot pada hai, aur khoob kharidariyan kar rahe hain. unhon ne kaha ke mujhe samajh nahin aata ke yeh log is itne saman le kaise jayenge, itna khareed rahe hain.</w:t>
      </w:r>
      <w:r>
        <w:br/>
      </w:r>
      <w:r>
        <w:rPr>
          <w:sz w:val="20"/>
        </w:rPr>
        <w:t>3:29  to unhon ne kahin se poocha ke aap log itna zyada shopping kar rahe hain, is ke aakhir yeh need ke liye to hai nahin?</w:t>
      </w:r>
      <w:r>
        <w:br/>
      </w:r>
      <w:r>
        <w:rPr>
          <w:sz w:val="20"/>
        </w:rPr>
        <w:t>3:39  ghar par sab saman aap ke liye maujood hai, yeh shopping kyun? to unhon ne kaha ke shopping hum is liye kar rahe hain</w:t>
      </w:r>
      <w:r>
        <w:br/>
      </w:r>
      <w:r>
        <w:rPr>
          <w:sz w:val="20"/>
        </w:rPr>
        <w:t>3:48  ke jab hum ghar par jayenge to log poochhenge ke bhai kya laye? to falan country mein gaye, falan country mein gaye, to hamare liye kya laye?</w:t>
      </w:r>
      <w:r>
        <w:br/>
      </w:r>
      <w:r>
        <w:rPr>
          <w:sz w:val="20"/>
        </w:rPr>
        <w:t>3:59  to hum is liye shopping kar rahe hain. chunancha wo log jo shopping kar rahe the,</w:t>
      </w:r>
      <w:r>
        <w:br/>
      </w:r>
      <w:r>
        <w:rPr>
          <w:sz w:val="20"/>
        </w:rPr>
        <w:t>4:06  telephone kar ke khushi khushi bata rahe the apne relatives ko, apne bete beti ko ke tumhare liye hum yeh la rahe hain, tumhare liye woh la rahe hain.</w:t>
      </w:r>
      <w:r>
        <w:br/>
      </w:r>
      <w:r>
        <w:rPr>
          <w:sz w:val="20"/>
        </w:rPr>
        <w:t>4:18  bahut khush ho kar bata rahe the. to is par mein ne socha shuru kiya ke wohi log jo</w:t>
      </w:r>
      <w:r>
        <w:br/>
      </w:r>
      <w:r>
        <w:rPr>
          <w:sz w:val="20"/>
        </w:rPr>
        <w:t>4:25  shopping ke, yani shopping karne mein itna dilchaspi le rahe hain, wohi log Khuda ke subject par kyun baat nahin karte?</w:t>
      </w:r>
      <w:r>
        <w:br/>
      </w:r>
      <w:r>
        <w:rPr>
          <w:sz w:val="20"/>
        </w:rPr>
        <w:t>4:38  kyun? is liye ke mein ne apne psyche ko socha ke mera hal kya hai?</w:t>
      </w:r>
      <w:r>
        <w:br/>
      </w:r>
      <w:r>
        <w:rPr>
          <w:sz w:val="20"/>
        </w:rPr>
        <w:t>4:44  mein chahe shopping center mein hoon ya kisi garden mein hoon, har cheez mujhe Khuda ka creation dikhai deti hai. har cheez.</w:t>
      </w:r>
      <w:r>
        <w:br/>
      </w:r>
      <w:r>
        <w:rPr>
          <w:sz w:val="20"/>
        </w:rPr>
        <w:t>4:55  koi bhi cheez. kyunke wo sab cheez ya to direct taur par Khuda ne create kiya hai,</w:t>
      </w:r>
    </w:p>
    <w:p>
      <w:pPr>
        <w:pStyle w:val="Heading2"/>
      </w:pPr>
      <w:r>
        <w:t>Tension makes a man superman</w:t>
      </w:r>
    </w:p>
    <w:p>
      <w:r>
        <w:rPr>
          <w:color w:val="666666"/>
          <w:sz w:val="18"/>
        </w:rPr>
        <w:t>How to Remove Tension February 11, 2007 Maulana Wahiduddin Khan · 21s · at 28:52 · https://youtu.be/_PB2YOm8cV8?t=1732</w:t>
      </w:r>
    </w:p>
    <w:p>
      <w:r>
        <w:rPr>
          <w:i/>
        </w:rPr>
        <w:t>“Tension makes a man superman”</w:t>
      </w:r>
    </w:p>
    <w:p>
      <w:r>
        <w:rPr>
          <w:sz w:val="20"/>
        </w:rPr>
        <w:t>28:52  tension makes a man superman yaad rakhiye.</w:t>
      </w:r>
      <w:r>
        <w:br/>
      </w:r>
      <w:r>
        <w:rPr>
          <w:sz w:val="20"/>
        </w:rPr>
        <w:t>28:56  tension makes a man superman. tension se bara koi brickle nahi zameen par. kyunke tension aap ka to brain start bhi lata hai. aap ke mind ko activate karta hai.</w:t>
      </w:r>
      <w:r>
        <w:br/>
      </w:r>
      <w:r>
        <w:rPr>
          <w:sz w:val="20"/>
        </w:rPr>
        <w:t>29:08  aap ke mind ki awakening ko barhata hai.</w:t>
      </w:r>
    </w:p>
    <w:p>
      <w:pPr>
        <w:pStyle w:val="Heading2"/>
      </w:pPr>
      <w:r>
        <w:t>Sabr is silent planning</w:t>
      </w:r>
    </w:p>
    <w:p>
      <w:r>
        <w:rPr>
          <w:color w:val="666666"/>
          <w:sz w:val="18"/>
        </w:rPr>
        <w:t>Patience and Creative Thinking April 20, 2020 Maulana Wahiduddin Khan · 34s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p>
    <w:p>
      <w:pPr>
        <w:pStyle w:val="Heading2"/>
      </w:pPr>
      <w:r>
        <w:t>False hopes business of dargahs and graves</w:t>
      </w:r>
    </w:p>
    <w:p>
      <w:r>
        <w:rPr>
          <w:color w:val="666666"/>
          <w:sz w:val="18"/>
        </w:rPr>
        <w:t>Understanding Islam (In Conversation with Maulana) June 20, 2010 Maulana Wahidudidn Khan · 1m 34s · at 8:26 · https://youtu.be/7UylaPL-iO8?t=506</w:t>
      </w:r>
    </w:p>
    <w:p>
      <w:r>
        <w:rPr>
          <w:i/>
        </w:rPr>
        <w:t>“Main is ko kehta hoon false hopes business”</w:t>
      </w:r>
    </w:p>
    <w:p>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p>
    <w:p>
      <w:pPr>
        <w:pStyle w:val="Heading2"/>
      </w:pPr>
      <w:r>
        <w:t>Modern age is pro-Islam</w:t>
      </w:r>
    </w:p>
    <w:p>
      <w:r>
        <w:rPr>
          <w:color w:val="666666"/>
          <w:sz w:val="18"/>
        </w:rPr>
        <w:t>Islam in A New Age 18 March 2012 Maulana Wahiduddin Khan · 26s · at 1:00 · https://youtu.be/HDisvam9R30?t=60</w:t>
      </w:r>
    </w:p>
    <w:p>
      <w:r>
        <w:rPr>
          <w:i/>
        </w:rPr>
        <w:t>“یہ اینٹی اسلام زمانہ نہیں ہے”</w:t>
      </w:r>
    </w:p>
    <w:p>
      <w:r>
        <w:rPr>
          <w:sz w:val="20"/>
        </w:rPr>
        <w:t>1:00  yeh anti islam zamana nahi hai. 100% yeh pro islam zamana hai.</w:t>
      </w:r>
      <w:r>
        <w:br/>
      </w:r>
      <w:r>
        <w:rPr>
          <w:sz w:val="20"/>
        </w:rPr>
        <w:t>1:10  to agar aap is ko is hesiyat se discover karein to aap ke liye, yaani Khuda ki blessing ke samandar khul jayenge.</w:t>
      </w:r>
      <w:r>
        <w:br/>
      </w:r>
      <w:r>
        <w:rPr>
          <w:sz w:val="20"/>
        </w:rPr>
        <w:t>1:27  is liye bohat zaroori hai ke is pehlu se</w:t>
      </w:r>
    </w:p>
    <w:p>
      <w:pPr>
        <w:pStyle w:val="Heading2"/>
      </w:pPr>
      <w:r>
        <w:t>Every child is born on pure nature (fitrah)</w:t>
      </w:r>
    </w:p>
    <w:p>
      <w:r>
        <w:rPr>
          <w:color w:val="666666"/>
          <w:sz w:val="18"/>
        </w:rPr>
        <w:t>The Problem of Conditioning April 22, 2012 · 28s · at 1:20 · https://youtu.be/j-kJQzOz46g?t=80</w:t>
      </w:r>
    </w:p>
    <w:p>
      <w:r>
        <w:rPr>
          <w:i/>
        </w:rPr>
        <w:t>“Kullu mawloodin yuladu ala al-fitrah”</w:t>
      </w:r>
    </w:p>
    <w:p>
      <w:r>
        <w:rPr>
          <w:sz w:val="20"/>
        </w:rPr>
        <w:t>1:20  dekhiye, hadith mein hai ke "kal mawloodun yuladdu alal fitrah, fa abawaahu yuhawwidanihi wa yunasirraanihi wa yumajisanihi" .</w:t>
      </w:r>
      <w:r>
        <w:br/>
      </w:r>
      <w:r>
        <w:rPr>
          <w:sz w:val="20"/>
        </w:rPr>
        <w:t>1:34  har paida honay wala sahih fitrat per paida hota hai. lekin is ke maa baap is ko yahoodi, nasrani, aur majosi bana daitay hain.</w:t>
      </w:r>
    </w:p>
    <w:p>
      <w:pPr>
        <w:pStyle w:val="Heading2"/>
      </w:pPr>
      <w:r>
        <w:t>why today's jihad violence contradicts Islamic law</w:t>
      </w:r>
    </w:p>
    <w:p>
      <w:r>
        <w:rPr>
          <w:color w:val="666666"/>
          <w:sz w:val="18"/>
        </w:rPr>
        <w:t>On Positive Thinking (Sai Center) June 13, 2007 · 3m 45s · at 18:45 · https://youtu.be/nSLf0wQ-PWw?t=1125</w:t>
      </w:r>
    </w:p>
    <w:p>
      <w:r>
        <w:rPr>
          <w:i/>
        </w:rPr>
        <w:t>“People ask: if Islam preaches love, why all this fighting?”</w:t>
      </w:r>
    </w:p>
    <w:p>
      <w:r>
        <w:rPr>
          <w:sz w:val="20"/>
        </w:rPr>
        <w:t>18:45  yahan main ek baat yeh kehna chahunga ke aaj kal jo aap dekhte hain, jihad ki baatein hain, ladai ki baatein hain, to logon ke mind mein aata hai ke bhai islam agar positive thinking lata hai,</w:t>
      </w:r>
      <w:r>
        <w:br/>
      </w:r>
      <w:r>
        <w:rPr>
          <w:sz w:val="20"/>
        </w:rPr>
        <w:t>18:58  pyar o mohabbat sikhata hai to yeh ladai kis liye? yeh ladai musalmanon ki ladai hai, yeh islam ki ladai nahin hai.</w:t>
      </w:r>
      <w:r>
        <w:br/>
      </w:r>
      <w:r>
        <w:rPr>
          <w:sz w:val="20"/>
        </w:rPr>
        <w:t>19:08  you have to differentiate between Islam and Muslims</w:t>
      </w:r>
      <w:r>
        <w:br/>
      </w:r>
      <w:r>
        <w:rPr>
          <w:sz w:val="20"/>
        </w:rPr>
        <w:t>19:13  you have to judge Muslims in the light of Islamic teachings and not vice versa ab dekhen, hamara India ka ek constitution hai, constitution of India.</w:t>
      </w:r>
      <w:r>
        <w:br/>
      </w:r>
      <w:r>
        <w:rPr>
          <w:sz w:val="20"/>
        </w:rPr>
        <w:t>19:22  kya jo hamari ek society hai, us se jab samjhenge India ka constitution kya hai? hamara jo administration hai, hamare jo officers hain, un ko dekh kar aap rai banayenge ke kaisa hai constitution hamara?</w:t>
      </w:r>
      <w:r>
        <w:br/>
      </w:r>
      <w:r>
        <w:rPr>
          <w:sz w:val="20"/>
        </w:rPr>
        <w:t>19:37  hamara administration nahin hai represent karne wala</w:t>
      </w:r>
      <w:r>
        <w:br/>
      </w:r>
      <w:r>
        <w:rPr>
          <w:sz w:val="20"/>
        </w:rPr>
        <w:t>19:42  a, khud constitution ko dekhna parega aap ko. to agar aap ko yeh janna hai ke quran ke mein kya likha hua hai, islam ki teaching kya hai, to aap ko quran ka scripture jo hai, woh dekhna parega.</w:t>
      </w:r>
      <w:r>
        <w:br/>
      </w:r>
      <w:r>
        <w:rPr>
          <w:sz w:val="20"/>
        </w:rPr>
        <w:t>19:56  musalman jo hain, muslim community jo hai, muslim community ko aap ko aaj ek community dekhna parega. many, yani yeh ek principle hai jo har jagah, har jagah yeh chalega.</w:t>
      </w:r>
      <w:r>
        <w:br/>
      </w:r>
      <w:r>
        <w:rPr>
          <w:sz w:val="20"/>
        </w:rPr>
        <w:t>20:08  kisi bhi mazhab mein jo jo un ki, jo un ki scripture hote hain, woh scriptures ko dekh kar ke samjha jata hai ke mazhab ki teaching kya hai.</w:t>
      </w:r>
      <w:r>
        <w:br/>
      </w:r>
      <w:r>
        <w:rPr>
          <w:sz w:val="20"/>
        </w:rPr>
        <w:t>20:18  kyun ke jahan tak society hai, society mein bohat se corruption ho sakte hain, bohat se deviation ho sakte hain. to mein ek principle buniyadi kahunga aap se yeh hai ke you have to differentiate between Islam and Muslims islam ko alag kar ke dekhiye aur Muslims ko alag kar ke dekhiye,</w:t>
      </w:r>
      <w:r>
        <w:br/>
      </w:r>
      <w:r>
        <w:rPr>
          <w:sz w:val="20"/>
        </w:rPr>
        <w:t>20:37  tabhi aap ko samajh mein ayega. ab jo yeh jihad ho raha hai aaj kal, yeh sare ke sare jihad jo hain, woh islam ke lehaz se unlawful hain. unlawful kyun?</w:t>
      </w:r>
      <w:r>
        <w:br/>
      </w:r>
      <w:r>
        <w:rPr>
          <w:sz w:val="20"/>
        </w:rPr>
        <w:t>20:48  dekhiye, islam ka principle hai ke raheel lil imamat to declare a war is a prerogative of Islam of state.</w:t>
      </w:r>
      <w:r>
        <w:br/>
      </w:r>
      <w:r>
        <w:rPr>
          <w:sz w:val="20"/>
        </w:rPr>
        <w:t>21:02  to declare a war is a prerogative of state</w:t>
      </w:r>
      <w:r>
        <w:br/>
      </w:r>
      <w:r>
        <w:rPr>
          <w:sz w:val="20"/>
        </w:rPr>
        <w:t>21:07  . ab dekhen, yeh jo jihad ho rahe hain idhar udhar, kisi bhi state ne kya declare kiya hai? kisi ek bhi jagah aisa nahi hai. kisi state ne declare nahi kiya hai.</w:t>
      </w:r>
      <w:r>
        <w:br/>
      </w:r>
      <w:r>
        <w:rPr>
          <w:sz w:val="20"/>
        </w:rPr>
        <w:t>21:19  aur sath sath mein yeh bhi arz kar doon ke baz jagahon par aisa hai ke kuch government involve hai, secretly. to islam mein yeh bhi hai ke fambz ilaih mola sawa yani secret war islam mein nahi hai.</w:t>
      </w:r>
      <w:r>
        <w:br/>
      </w:r>
      <w:r>
        <w:rPr>
          <w:sz w:val="20"/>
        </w:rPr>
        <w:t>21:36  is liye proxy war bhi islam mein nahi hai. kyun ke proxy war kya hai? secret war hai. quran mein saaf saaf likha hua hai ke fambz ilaih mola sawa yani secret war islam mein nahi hai.</w:t>
      </w:r>
      <w:r>
        <w:br/>
      </w:r>
      <w:r>
        <w:rPr>
          <w:sz w:val="20"/>
        </w:rPr>
        <w:t>21:49  agar aap ko ladna hai kisi se, state ko, to state ko yeh kehna parega ke we and you are from this date at war yeh kehna parega.</w:t>
      </w:r>
      <w:r>
        <w:br/>
      </w:r>
      <w:r>
        <w:rPr>
          <w:sz w:val="20"/>
        </w:rPr>
        <w:t>22:03  nahi to aap lad nahi sakte.</w:t>
      </w:r>
      <w:r>
        <w:br/>
      </w:r>
      <w:r>
        <w:rPr>
          <w:sz w:val="20"/>
        </w:rPr>
        <w:t>22:05  kyun ke islam mein dekhiye, na to aggressive war hai, na secret war hai, na proxy war hai, na guerrilla war hai. yeh sare war jo hain, islam mein unlawful hain.</w:t>
      </w:r>
      <w:r>
        <w:br/>
      </w:r>
      <w:r>
        <w:rPr>
          <w:sz w:val="20"/>
        </w:rPr>
        <w:t>22:17  sirf ek hi war islam mein lawful hai, woh hai defensive war. defensive war bhi kaun karega? state karegi. aur mein ek principle bataoon aap ko.</w:t>
      </w:r>
    </w:p>
    <w:p>
      <w:pPr>
        <w:pStyle w:val="Heading2"/>
      </w:pPr>
      <w:r>
        <w:t>Equal in status, different in role for women</w:t>
      </w:r>
    </w:p>
    <w:p>
      <w:r>
        <w:rPr>
          <w:color w:val="666666"/>
          <w:sz w:val="18"/>
        </w:rPr>
        <w:t>Message of The Quran October 20, 2007 · 1m 31s · at 58:55 · https://youtu.be/7GePL3JmwnE?t=3535</w:t>
      </w:r>
    </w:p>
    <w:p>
      <w:r>
        <w:rPr>
          <w:i/>
        </w:rPr>
        <w:t>“What position does the Quran give to women?”</w:t>
      </w:r>
    </w:p>
    <w:p>
      <w:r>
        <w:rPr>
          <w:sz w:val="20"/>
        </w:rPr>
        <w:t>58:55  das question is from dogma siddiqui. what position does quran accord to women?</w:t>
      </w:r>
      <w:r>
        <w:br/>
      </w:r>
      <w:r>
        <w:rPr>
          <w:sz w:val="20"/>
        </w:rPr>
        <w:t>59:08  dekhiye,</w:t>
      </w:r>
      <w:r>
        <w:br/>
      </w:r>
      <w:r>
        <w:rPr>
          <w:sz w:val="20"/>
        </w:rPr>
        <w:t>59:12  islam mein wohi equality hai jo aaj dunya mein maani jaati hai.</w:t>
      </w:r>
      <w:r>
        <w:br/>
      </w:r>
      <w:r>
        <w:rPr>
          <w:sz w:val="20"/>
        </w:rPr>
        <w:t>59:19  baaz kam min baaz ka matlab yeh hai ke dono barabar hon.</w:t>
      </w:r>
      <w:r>
        <w:br/>
      </w:r>
      <w:r>
        <w:rPr>
          <w:sz w:val="20"/>
        </w:rPr>
        <w:t>59:24  hadees mein aata hai ke "al nisaa wa shaqaaeq al rijaal" yaani is ka matlab hai ke women, men and women are two equal half the single unit.</w:t>
      </w:r>
      <w:r>
        <w:br/>
      </w:r>
      <w:r>
        <w:rPr>
          <w:sz w:val="20"/>
        </w:rPr>
        <w:t>59:39  poori barabri, lekin ek difference hai modern concept mein aur islamic concept mein. woh kya hai? ke equal in respect but different in role.</w:t>
      </w:r>
      <w:r>
        <w:br/>
      </w:r>
      <w:r>
        <w:rPr>
          <w:sz w:val="20"/>
        </w:rPr>
        <w:t>59:52  yeh hai equal in respect but different in role.</w:t>
      </w:r>
      <w:r>
        <w:br/>
      </w:r>
      <w:r>
        <w:rPr>
          <w:sz w:val="20"/>
        </w:rPr>
        <w:t>59:57  matlab jahan tak respect ki baat hai aur right ki baat hai, to dono bilkul ek equal hain. lekin is ka matlab nahi ke work place bhi sab ka ek hi rahe ga.</w:t>
      </w:r>
      <w:r>
        <w:br/>
      </w:r>
      <w:r>
        <w:rPr>
          <w:sz w:val="20"/>
        </w:rPr>
        <w:t>1:00:10  un ka work place apne lehaz se hoga, un ka work place apne lehaz se hoga. to ek hi sentence mein mein kahoon ga ke Islam ka formula: "equal in status and different in role" yeh hai formula Islam ka.</w:t>
      </w:r>
    </w:p>
    <w:p>
      <w:pPr>
        <w:pStyle w:val="Heading2"/>
      </w:pPr>
      <w:r>
        <w:t>Deep attachment with God defined</w:t>
      </w:r>
    </w:p>
    <w:p>
      <w:r>
        <w:rPr>
          <w:color w:val="666666"/>
          <w:sz w:val="18"/>
        </w:rPr>
        <w:t>Love of God October 04, 2009 · 2m 35s · at 10:34 · https://youtu.be/zhGrZ1gfkjg?t=634</w:t>
      </w:r>
    </w:p>
    <w:p>
      <w:r>
        <w:rPr>
          <w:i/>
        </w:rPr>
        <w:t>“Deekhein mohabbat-e-ilahi jo hai woh hai”</w:t>
      </w:r>
    </w:p>
    <w:p>
      <w:r>
        <w:rPr>
          <w:sz w:val="20"/>
        </w:rPr>
        <w:t>10:34  dekhein mohabbat ilahi jo hai woh hai</w:t>
      </w:r>
      <w:r>
        <w:br/>
      </w:r>
      <w:r>
        <w:rPr>
          <w:sz w:val="20"/>
        </w:rPr>
        <w:t>10:41  deep attachment with God. Khuda se bohat gehra taluq. jis ko hum arabi mein kehte hain taluq billah.</w:t>
      </w:r>
      <w:r>
        <w:br/>
      </w:r>
      <w:r>
        <w:rPr>
          <w:sz w:val="20"/>
        </w:rPr>
        <w:t>10:54  deep attachment with God. keh Khuda hi aap ko yaad aata rahe. aap Khuda ke chirche mein aap ko lazzat mile.</w:t>
      </w:r>
      <w:r>
        <w:br/>
      </w:r>
      <w:r>
        <w:rPr>
          <w:sz w:val="20"/>
        </w:rPr>
        <w:t>11:04  Khuda ki baat karte hue aap ki rooh bilkul is mein tamawwuj aa jaye.</w:t>
      </w:r>
      <w:r>
        <w:br/>
      </w:r>
      <w:r>
        <w:rPr>
          <w:sz w:val="20"/>
        </w:rPr>
        <w:t>11:16  har waqt aap ko khuda hi chhaya rahe aap ke dimagh par. jaise mein ek misaal doon.</w:t>
      </w:r>
      <w:r>
        <w:br/>
      </w:r>
      <w:r>
        <w:rPr>
          <w:sz w:val="20"/>
        </w:rPr>
        <w:t>11:27  bachpan mein jab mein johan pur mein tha ek baar to mere dost dost ke kuch saathi thay. mera koi dost nahi hai.</w:t>
      </w:r>
      <w:r>
        <w:br/>
      </w:r>
      <w:r>
        <w:rPr>
          <w:sz w:val="20"/>
        </w:rPr>
        <w:t>11:39  to mujhe le gaye ek picture house mein. wahan ek picture lagi hui thi uska naam tha jawab. is mein jo hero tha woh ek student hota tha.</w:t>
      </w:r>
      <w:r>
        <w:br/>
      </w:r>
      <w:r>
        <w:rPr>
          <w:sz w:val="20"/>
        </w:rPr>
        <w:t>11:52  to is mein dikhaya gaya tha ek scene ke woh examination hall mein hai. uska mind soch raha hai apne apne girlfriend ke bare mein jisko aap kahenge heroine ke bare mein.</w:t>
      </w:r>
      <w:r>
        <w:br/>
      </w:r>
      <w:r>
        <w:rPr>
          <w:sz w:val="20"/>
        </w:rPr>
        <w:t>12:08  samne table hai. paper hain. lekin uska mind chal raha hai wahan. to isi mein isi zehni pareshani mein woh pani mangta hai.</w:t>
      </w:r>
      <w:r>
        <w:br/>
      </w:r>
      <w:r>
        <w:rPr>
          <w:sz w:val="20"/>
        </w:rPr>
        <w:t>12:21  to jo aadmi wahan kaam kar rahe hote hain woh usko aisa pani la kar dete hain glass. yaani transparent glass mein pani.</w:t>
      </w:r>
      <w:r>
        <w:br/>
      </w:r>
      <w:r>
        <w:rPr>
          <w:sz w:val="20"/>
        </w:rPr>
        <w:t>12:32  to la kar mez par rakhte hain. jab woh dekhta hai us mein to us glass ke andar uski heroine jo hai rangeen color mein bilkul aa jati hai utar aati hai.</w:t>
      </w:r>
      <w:r>
        <w:br/>
      </w:r>
      <w:r>
        <w:rPr>
          <w:sz w:val="20"/>
        </w:rPr>
        <w:t>12:45  is mein usko pani mein uski girlfriend dikhai dene lagti hai. ya heroine dikhai dene lagti hai. rangeen saari pehni hui hai.</w:t>
      </w:r>
      <w:r>
        <w:br/>
      </w:r>
      <w:r>
        <w:rPr>
          <w:sz w:val="20"/>
        </w:rPr>
        <w:t>12:57  is se aap samajh lete hain ke yaad ilaahi kya hai? mohabbat ilaahi kya hai? jisko mein ne kaha ke deep attachment with god kya hai?</w:t>
      </w:r>
    </w:p>
    <w:p>
      <w:pPr>
        <w:pStyle w:val="Heading2"/>
      </w:pPr>
      <w:r>
        <w:t>Western thinkers Newton, Darwin, Marx, Freud died frustrated</w:t>
      </w:r>
    </w:p>
    <w:p>
      <w:r>
        <w:rPr>
          <w:color w:val="666666"/>
          <w:sz w:val="18"/>
        </w:rPr>
        <w:t>Pillars of Western Thought October 6, 2013 · 39s · at 42:55 · https://youtu.be/o4WfPvju5_M?t=2575</w:t>
      </w:r>
    </w:p>
    <w:p>
      <w:r>
        <w:rPr>
          <w:i/>
        </w:rPr>
        <w:t>“Newton died in frustration. So did Darwin, Marx, and Freud”</w:t>
      </w:r>
    </w:p>
    <w:p>
      <w:r>
        <w:rPr>
          <w:sz w:val="20"/>
        </w:rPr>
        <w:t>42:55  mere apne tajrube ke mutabiq jitne bhi musallahin hain, chahe koi bhi ho, woh in sab ka khatma frustration par hota hai.</w:t>
      </w:r>
      <w:r>
        <w:br/>
      </w:r>
      <w:r>
        <w:rPr>
          <w:sz w:val="20"/>
        </w:rPr>
        <w:t>43:08  newton frustration mein mara, darwin frustration mein mara, karl marx frustration mein mara, freud frustration mein mara. Kyun?</w:t>
      </w:r>
      <w:r>
        <w:br/>
      </w:r>
      <w:r>
        <w:rPr>
          <w:sz w:val="20"/>
        </w:rPr>
        <w:t>43:18  shuru shuru mein to unhon ne samjha tha ke yeh main ne ek ek saheeh ideology daryaft kar</w:t>
      </w:r>
      <w:r>
        <w:br/>
      </w:r>
      <w:r>
        <w:rPr>
          <w:sz w:val="20"/>
        </w:rPr>
        <w:t>43:23  li hai, lekin baat ko dheere dheere un ko khola gaya to saheeh nahi tha. Yeh to false ideology thi. To sab baraste hain frustration mein.</w:t>
      </w:r>
    </w:p>
    <w:p>
      <w:pPr>
        <w:pStyle w:val="Heading2"/>
      </w:pPr>
      <w:r>
        <w:t>Calamities are self-caused: the Ramadan weight-gain challenge story</w:t>
      </w:r>
    </w:p>
    <w:p>
      <w:r>
        <w:rPr>
          <w:color w:val="666666"/>
          <w:sz w:val="18"/>
        </w:rPr>
        <w:t>Ramadan and Roza August 5, 2012 · 4m 12s · at 14:49 · https://youtu.be/G1oFWcZ1gBg?t=889</w:t>
      </w:r>
    </w:p>
    <w:p>
      <w:r>
        <w:rPr>
          <w:i/>
        </w:rPr>
        <w:t>“Jo museebat tum par padti hai, apne kiye ka nateeja hai”</w:t>
      </w:r>
    </w:p>
    <w:p>
      <w:r>
        <w:rPr>
          <w:sz w:val="20"/>
        </w:rPr>
        <w:t>14:49  aise hi pure pure quran phir aap padhenge is ayat tak pahunchenge ma asabakum musibah fabima qasamat aydikum yani jo musibah tumhare par padti hai to tumhare apne hi kiye ka nateeja hoti hai.</w:t>
      </w:r>
      <w:r>
        <w:br/>
      </w:r>
      <w:r>
        <w:rPr>
          <w:sz w:val="20"/>
        </w:rPr>
        <w:t>15:10  yeh aap ne padha to aap is ko bar bar padhenge agar aap ki hassasiyat barhi hui ho to</w:t>
      </w:r>
      <w:r>
        <w:br/>
      </w:r>
      <w:r>
        <w:rPr>
          <w:sz w:val="20"/>
        </w:rPr>
        <w:t>15:17  ke yeh kaisi baat ajib quran majeed mein hai ke jo musibah hi tum par padti hai wo sirf tumhare apne kiye ka nateeja hoti hai.</w:t>
      </w:r>
      <w:r>
        <w:br/>
      </w:r>
      <w:r>
        <w:rPr>
          <w:sz w:val="20"/>
        </w:rPr>
        <w:t>15:30  ab sochenge aap ke dekhiye mein to dusron ki shikayaton mein jee raha hoon.</w:t>
      </w:r>
      <w:r>
        <w:br/>
      </w:r>
      <w:r>
        <w:rPr>
          <w:sz w:val="20"/>
        </w:rPr>
        <w:t>15:37  falasteen ko le kar yahudon ki shikayat kashmir ko le kar hinduo ki shikayat iraq ko le kar america ke khilaf shikayat khatte ki shikayat hi shikayat babri masjid ko le kar kalma ek taqreer sun raha tha kisi sahab ki hai babri masjid ko le kar shikayat karta hoon bohat barpa ki hui thi bees saal guzar chuke hain babri masjid ko isi ramzan ke mahine mein taqreer kar rahe hain wo</w:t>
      </w:r>
      <w:r>
        <w:br/>
      </w:r>
      <w:r>
        <w:rPr>
          <w:sz w:val="20"/>
        </w:rPr>
        <w:t>16:06  to ab is is ayat se wo aadmi compare karega apna is ayat se compare karega ke quran mein to yeh hai ke dusra koi zimmedari hi nahi hai tumhari kisi musibah ka tum khud zimmedar ho lekin cheez kya hai sare log overeating karte hain ramzan mein overeating ki wajah se un ke andar hassasiyat hi paida nahi hoti</w:t>
      </w:r>
      <w:r>
        <w:br/>
      </w:r>
      <w:r>
        <w:rPr>
          <w:sz w:val="20"/>
        </w:rPr>
        <w:t>16:36  un ko wo tajruba hi nahi guzarta jis ke liye roza farz kiya gaya hai ek bar to ab mein america mein tha ittefaq se ramzan shuru hone wala tha to ramzan par mein bola mein to mein ne yahi baat kahi ke ramzan mein overeating nahi karna chahiye overeating se kya hota hai ke wo maqsad hi faut ho jata hai</w:t>
      </w:r>
      <w:r>
        <w:br/>
      </w:r>
      <w:r>
        <w:rPr>
          <w:sz w:val="20"/>
        </w:rPr>
        <w:t>17:01  to bohat se musalman baithe hue the wahan par jo rehte hain america mein unhone kaha ke yahan aisa koi nahi hai yahan aisa koi nahi karta ek dam saaf inkar kar diya unhone ab mein wahan par yani ajib halat ho gayi meri to ek senior aadmi khada hua jo wahan reh raha tha bohat pehle se america mein un sab ke muqable mein wo senior tha wo wo khada hua us ne kaha ke dekho mein tum sab se zyada senior hoon</w:t>
      </w:r>
      <w:r>
        <w:br/>
      </w:r>
      <w:r>
        <w:rPr>
          <w:sz w:val="20"/>
        </w:rPr>
        <w:t>17:31  tum sab se se pehle mein america mein reh raha hoon tum sab ka haal janta hoon mein tum sab log overeating karte ho to us ne ek challenge diya ke mein aap sab logon ko ek challenge deta hoon ke ramzan ki pehli tareekh ko aap apna wazan le lijiye apna wazan apna weight aur phir ramzan ke aakhir mein eid ke din dobara lijiye</w:t>
      </w:r>
      <w:r>
        <w:br/>
      </w:r>
      <w:r>
        <w:rPr>
          <w:sz w:val="20"/>
        </w:rPr>
        <w:t>18:01  sab ka wazan barh chuka hoga</w:t>
      </w:r>
      <w:r>
        <w:br/>
      </w:r>
      <w:r>
        <w:rPr>
          <w:sz w:val="20"/>
        </w:rPr>
        <w:t>18:05  yeh ajeeb baat us ne kahi ke ramzan ki pehli tareekh ko aap apna wazan lijiye apna weight</w:t>
      </w:r>
      <w:r>
        <w:br/>
      </w:r>
      <w:r>
        <w:rPr>
          <w:sz w:val="20"/>
        </w:rPr>
        <w:t>18:12  aur phir aap eid ke din apna wazan lijiye aap mein se har ek shakhs ka wazan barh</w:t>
      </w:r>
      <w:r>
        <w:br/>
      </w:r>
      <w:r>
        <w:rPr>
          <w:sz w:val="20"/>
        </w:rPr>
        <w:t>18:16  chuka hoga phir koi nahi bola ek bhi shakhs nahi bola sab chup ho gaye</w:t>
      </w:r>
      <w:r>
        <w:br/>
      </w:r>
      <w:r>
        <w:rPr>
          <w:sz w:val="20"/>
        </w:rPr>
        <w:t>18:22  kyunke ramzan ke mani hain khane ki dhoom</w:t>
      </w:r>
      <w:r>
        <w:br/>
      </w:r>
      <w:r>
        <w:rPr>
          <w:sz w:val="20"/>
        </w:rPr>
        <w:t>18:26  ramzan ke mani hain khane peene ki dhoom</w:t>
      </w:r>
      <w:r>
        <w:br/>
      </w:r>
      <w:r>
        <w:rPr>
          <w:sz w:val="20"/>
        </w:rPr>
        <w:t>18:32  to ramzan ki jo spirit hai jo is ka maqsad hai us ko kal karna hai overeating karna hai kyunke aap ko tajruba hi nahi guzarta jis tajrube ke liye roza rakha gaya jo wo tajruba guzarta hai tab aap quran ko gehrai ke sath samajh paate hain phir aap introspection karte hain phir zyada ghor o fikr jagta hai aap ke andar</w:t>
      </w:r>
    </w:p>
    <w:p>
      <w:pPr>
        <w:pStyle w:val="Heading2"/>
      </w:pPr>
      <w:r>
        <w:t>Success belongs to those with khushu, modesty</w:t>
      </w:r>
    </w:p>
    <w:p>
      <w:r>
        <w:rPr>
          <w:color w:val="666666"/>
          <w:sz w:val="18"/>
        </w:rPr>
        <w:t>Concept of Modesty in Islam (English) June 20, 2007 · 47s · at 50:49 · https://youtu.be/mHQWcOA-2qo?t=3049</w:t>
      </w:r>
    </w:p>
    <w:p>
      <w:r>
        <w:rPr>
          <w:i/>
        </w:rPr>
        <w:t>“Success is for those who have the quality of khushu.”</w:t>
      </w:r>
    </w:p>
    <w:p>
      <w:r>
        <w:rPr>
          <w:sz w:val="20"/>
        </w:rPr>
        <w:t>50:49  falah means success. So success is for those who have the quality of khushu.</w:t>
      </w:r>
      <w:r>
        <w:br/>
      </w:r>
      <w:r>
        <w:rPr>
          <w:sz w:val="20"/>
        </w:rPr>
        <w:t>50:57  khushu means modesty.</w:t>
      </w:r>
      <w:r>
        <w:br/>
      </w:r>
      <w:r>
        <w:rPr>
          <w:sz w:val="20"/>
        </w:rPr>
        <w:t>51:02  khushu means modesty. Submission modesty.</w:t>
      </w:r>
      <w:r>
        <w:br/>
      </w:r>
      <w:r>
        <w:rPr>
          <w:sz w:val="20"/>
        </w:rPr>
        <w:t>51:10  falah means success. Al-Muminun alladheena fi siratihim khashi'un, it means that</w:t>
      </w:r>
      <w:r>
        <w:br/>
      </w:r>
      <w:r>
        <w:rPr>
          <w:sz w:val="20"/>
        </w:rPr>
        <w:t>51:21  success is for those who are modest.</w:t>
      </w:r>
      <w:r>
        <w:br/>
      </w:r>
      <w:r>
        <w:rPr>
          <w:sz w:val="20"/>
        </w:rPr>
        <w:t>51:29  success is for those who are modest.</w:t>
      </w:r>
    </w:p>
    <w:p>
      <w:pPr>
        <w:pStyle w:val="Heading2"/>
      </w:pPr>
      <w:r>
        <w:t>Hypocrite defined as double standard</w:t>
      </w:r>
    </w:p>
    <w:p>
      <w:r>
        <w:rPr>
          <w:color w:val="666666"/>
          <w:sz w:val="18"/>
        </w:rPr>
        <w:t>Double Standards of Present-Day Muslims August 6, 2017 · 32s · at 12:35 · https://youtu.be/k1NcZQpHTyg?t=755</w:t>
      </w:r>
    </w:p>
    <w:p>
      <w:r>
        <w:rPr>
          <w:i/>
        </w:rPr>
        <w:t>“Munaafiq ke maani hain double standard”</w:t>
      </w:r>
    </w:p>
    <w:p>
      <w:r>
        <w:rPr>
          <w:sz w:val="20"/>
        </w:rPr>
        <w:t>12:35  munafiq ke mani hain double standard. Munafiq aisa nahi ke madine mein kuch log thay, woh munafiq thay. Jo double standard hai, wohi munafiq hai.</w:t>
      </w:r>
      <w:r>
        <w:br/>
      </w:r>
      <w:r>
        <w:rPr>
          <w:sz w:val="20"/>
        </w:rPr>
        <w:t>12:44  surah nisa, ayat number 145: innal munafiqeena fid-dar-killasfal min naari, walan tajida lahum naseera.</w:t>
      </w:r>
      <w:r>
        <w:br/>
      </w:r>
      <w:r>
        <w:rPr>
          <w:sz w:val="20"/>
        </w:rPr>
        <w:t>12:56  beshak munafiqeen aap ke sab se nichlay hissay mein honge aur tum un ke liye koi madadgar nahi paoge. Itni sakht ayat hai quran majeed mein.</w:t>
      </w:r>
    </w:p>
    <w:p>
      <w:pPr>
        <w:pStyle w:val="Heading2"/>
      </w:pPr>
      <w:r>
        <w:t>Thanking only while receiving is animal-level gratitude</w:t>
      </w:r>
    </w:p>
    <w:p>
      <w:r>
        <w:rPr>
          <w:color w:val="666666"/>
          <w:sz w:val="18"/>
        </w:rPr>
        <w:t>The Glory Of God 5 February 2006 - Maulana Wahiduddin Khan · 1m 00s · at 1:14:27 · https://youtu.be/Yah55gLyV8I?t=4467</w:t>
      </w:r>
    </w:p>
    <w:p>
      <w:r>
        <w:rPr>
          <w:i/>
        </w:rPr>
        <w:t>“Dete waqt shukr karna toh bhed bakri bhi karte hain”</w:t>
      </w:r>
    </w:p>
    <w:p>
      <w:r>
        <w:rPr>
          <w:sz w:val="20"/>
        </w:rPr>
        <w:t>1:14:27  dekhiye ek baat ek mere misunderstand log ko hai ke jab aap kisi ko kuch de rahe hain kisi ko farz kijiye ga aap pachas hazar rupay de rahe hain to khoob shukr karega woh jhuka rahega.</w:t>
      </w:r>
      <w:r>
        <w:br/>
      </w:r>
      <w:r>
        <w:rPr>
          <w:sz w:val="20"/>
        </w:rPr>
        <w:t>1:14:42  khoob karega. yeh jhoota shukr hai yaad rakhiye. yeh jhoota shukr hai ke dete hue woh shukr kar raha hai. shukr yeh hai ke baat ko woh shakir rahe aap ka.</w:t>
      </w:r>
      <w:r>
        <w:br/>
      </w:r>
      <w:r>
        <w:rPr>
          <w:sz w:val="20"/>
        </w:rPr>
        <w:t>1:14:54  baat ko acknowledge karta rahe aap ko. dete waqt shukr karna to bheer bakri bhi karte hain.</w:t>
      </w:r>
      <w:r>
        <w:br/>
      </w:r>
      <w:r>
        <w:rPr>
          <w:sz w:val="20"/>
        </w:rPr>
        <w:t>1:15:03  dete waqt yani jab agar aap bakri ko ya gaaye ko hari hari ghaas dein to khoob khaye ga woh bare hi bol bol kar ke.</w:t>
      </w:r>
      <w:r>
        <w:br/>
      </w:r>
      <w:r>
        <w:rPr>
          <w:sz w:val="20"/>
        </w:rPr>
        <w:t>1:15:12  aawaz nikal kar ke. to woh aawaz jo nikalta hai woh woh shukr kar raha hai aap ka. to dete hue shukr karna yeh animal level ka shukr hai.</w:t>
      </w:r>
      <w:r>
        <w:br/>
      </w:r>
      <w:r>
        <w:rPr>
          <w:sz w:val="20"/>
        </w:rPr>
        <w:t>1:15:25  animal level ka acknowledgement hai.</w:t>
      </w:r>
    </w:p>
    <w:p>
      <w:pPr>
        <w:pStyle w:val="Heading2"/>
      </w:pPr>
      <w:r>
        <w:t>Dawah requires patience and normalcy</w:t>
      </w:r>
    </w:p>
    <w:p>
      <w:r>
        <w:rPr>
          <w:color w:val="666666"/>
          <w:sz w:val="18"/>
        </w:rPr>
        <w:t>Aspects of Quran &amp; Hadith in Islam (English) | March 20, 2007 | Maulana Wahiduddin Khan · 6m 06s · at 28:14 · https://youtu.be/CJd5YVgHP9k?t=1694</w:t>
      </w:r>
    </w:p>
    <w:p>
      <w:r>
        <w:rPr>
          <w:i/>
        </w:rPr>
        <w:t>“Ahl-e-iman se, woh hai dawat.”</w:t>
      </w:r>
    </w:p>
    <w:p>
      <w:r>
        <w:rPr>
          <w:sz w:val="20"/>
        </w:rPr>
        <w:t>28:14  ahl-e-iman se, wo hai dawat. dawat yani doosron ko jo sachai aap ne pai hai, wo sachai doosron ko batana. is dunya ko banane mein, insan ko banane mein, Khuda ka jo creation plan hai, us creation plan se logon ko ba-khabar karna. quran ko aap padhenge to aisa lagega aap ko ke quran ka jo subject hai, wo hai</w:t>
      </w:r>
      <w:r>
        <w:br/>
      </w:r>
      <w:r>
        <w:rPr>
          <w:sz w:val="20"/>
        </w:rPr>
        <w:t>28:44  creation plan of god ko batana, taake insan jaane ke yahan par kaise rehna hai, yeh jaane ke marne ke baad kya us ke samne aayega, yeh jaane ke eternal kamyabi kis cheez ka naam hai, yeh jaane ke us ko kaise apne aap ko health se bachana hai. yeh hai creation plan of god. to in sab baaton ko aap khud discover karte hain,</w:t>
      </w:r>
      <w:r>
        <w:br/>
      </w:r>
      <w:r>
        <w:rPr>
          <w:sz w:val="20"/>
        </w:rPr>
        <w:t>29:14  phir doosron ko batate hain. to yeh hai dawat, dawat ilallah. quran poori ki poori kitab dawat hai. poora poora quran jo hai, wo kitab dawat hai. yani dawat ki zaban mein hai, dawat ke usloob mein hai, dawat wali baatein us ke andar hain. insan ko Khuda mukhatib kar ke kehta hai ke dekho, maine is liye paida kiya hai tum ko. dekho, yeh hai tumhari kamyabi ka rasta</w:t>
      </w:r>
      <w:r>
        <w:br/>
      </w:r>
      <w:r>
        <w:rPr>
          <w:sz w:val="20"/>
        </w:rPr>
        <w:t>29:44  ۔ دیکھو، یہ ہے جو راستہ تمہارے لیے۔ یہ ہے موت، یہ ہے زندگی، یہ ہے جنت، یہ ہے جہنم۔ یہ سب قرآن میں بتایا گیا ہے۔ تو قرآن جو ہے، کیا ہے؟ وہ کتاب دعوت ہے۔ دیکھیے، دعوت کا معاملہ کوئی announcement کا معاملہ نہیں ہے۔ announcement کا معاملہ نہیں ہے کہ آپ کھڑے ہو کر تقریر کر ڈالیں، دع</w:t>
      </w:r>
      <w:r>
        <w:br/>
      </w:r>
      <w:r>
        <w:rPr>
          <w:sz w:val="20"/>
        </w:rPr>
        <w:t>30:14  وت ہو گئی۔ نہیں، دعوت سرتاپا صبر کا معاملہ ہے۔ دعوت کے ساتھ صبر جڑا ہوا ہے۔ دعوت کے بغیر صبر نہیں، اور صبر کے بغیر دعوت نہیں۔ دیکھیے، رسول اللہ صلی اللہ علیہ وسلم کو جب نبوت ملی، مکہ میں 610 عیسوی میں آپ کو پیغمبر بنایا گیا تھا۔ اس وقت آپ مکہ میں تھے۔ تو شروع میں</w:t>
      </w:r>
      <w:r>
        <w:br/>
      </w:r>
      <w:r>
        <w:rPr>
          <w:sz w:val="20"/>
        </w:rPr>
        <w:t>30:46  یہ آیت اتری، یہ یہ سورہ اتری، سورہ المدثر۔ يا أيها المدثر قم فانظر ربك فکبر وسيابك فطهر ورجز فأجر ولا تمن تستكسر وربك فاصبر wahan par dekhiye, aap Allah taala ne farmaya ke يا أيها المدثر قم فانظر قم فانظر utho aur logon ko bata do,</w:t>
      </w:r>
      <w:r>
        <w:br/>
      </w:r>
      <w:r>
        <w:rPr>
          <w:sz w:val="20"/>
        </w:rPr>
        <w:t>31:19  logon ke samne jao, bata do logon ko ke what is the creation plan of god, ja ke bata do. aur phir farmaya ke وربك فاصبر aur apne rab ke liye sabr karo, yani keep patience for the sake of god. is ko sochiye ke dawat ke sath sath yeh kehne ka kya matlab hai? Khuda ne hukum diya ke dawat</w:t>
      </w:r>
      <w:r>
        <w:br/>
      </w:r>
      <w:r>
        <w:rPr>
          <w:sz w:val="20"/>
        </w:rPr>
        <w:t>31:49  kaam karo, tum ko daai banaya hai. Khuda ne dain ilallah bizni wa sirajum munira to dawat ke sath sabr kyun joda? dekhiye, is liye joda ke aap apne ko distraction se bachayen. aap daai aur madu ke darmiyan normalcy ko maintain rakhen. dekhen, jo dunya mein aap hain, is dunya mein kya hai?</w:t>
      </w:r>
      <w:r>
        <w:br/>
      </w:r>
      <w:r>
        <w:rPr>
          <w:sz w:val="20"/>
        </w:rPr>
        <w:t>32:19  har waqt kuch na kuch negative experiences hote rehte hain. har waqt koi provoke kar deta hai, har waqt koi aisi baat ho jati hai jis se dil mein yani bura ghussa aa jaye, dil mein intiqam aa jaye. yeh sab hota hi rehta hai subah sham. aur phir jab dawat ka kaam aap karenge to aur bhi yeh cheezein paida hongi. ab agar aap</w:t>
      </w:r>
      <w:r>
        <w:br/>
      </w:r>
      <w:r>
        <w:rPr>
          <w:sz w:val="20"/>
        </w:rPr>
        <w:t>32:49  aisa karen ke har negative tajarbe mein aap bhark uthen, ab aap khud bhi react karne lagen. matlab daai jo hai, agar aisa ho ke woh doosron ki taraf se jab negative response mile to woh khud bhi waise hi react karne lage to kya hoga? daai aur madu ke darmiyan</w:t>
      </w:r>
      <w:r>
        <w:br/>
      </w:r>
      <w:r>
        <w:rPr>
          <w:sz w:val="20"/>
        </w:rPr>
        <w:t>33:20  normalcy khatm ho jayegi, muaddal halaat na rahen ge. to kya hai? to to normalize the situation, sabr ki zaroorat hai, patience ki zaroorat hai. patience jo hai, woh kya hai? situation ko normalize karne ke liye, yani Khuda ka, ya</w:t>
      </w:r>
      <w:r>
        <w:br/>
      </w:r>
      <w:r>
        <w:rPr>
          <w:sz w:val="20"/>
        </w:rPr>
        <w:t>33:50  ni Khuda ka hukum jo hai ke sabr ke liye, is liye hai ke hamesha situation normal bani rahe. daai aur madu ke darmiyan situation jo hai, woh normal bani rahe. to sabr hai situation ko normal halat mein baqi rakhne ke liye, yani muaddal halat mein baqi rakhne ke liye. warna daawa work kaise hoga? daawa work kaise hoga?</w:t>
      </w:r>
    </w:p>
    <w:p>
      <w:pPr>
        <w:pStyle w:val="Heading2"/>
      </w:pPr>
      <w:r>
        <w:t>Present shock for re-planning</w:t>
      </w:r>
    </w:p>
    <w:p>
      <w:r>
        <w:rPr>
          <w:color w:val="666666"/>
          <w:sz w:val="18"/>
        </w:rPr>
        <w:t>Dars-e-Quran, Ch. 2 Verse 50-52 |  March 11, 2018 · 1m 31s · at 2:11 · https://youtu.be/ShSyMy4LPfc?t=131</w:t>
      </w:r>
    </w:p>
    <w:p>
      <w:r>
        <w:rPr>
          <w:i/>
        </w:rPr>
        <w:t>“Quran baat karta hai present shock ki”</w:t>
      </w:r>
    </w:p>
    <w:p>
      <w:r>
        <w:rPr>
          <w:sz w:val="20"/>
        </w:rPr>
        <w:t>2:11  khuda ka faisla zahir hua.</w:t>
      </w:r>
      <w:r>
        <w:br/>
      </w:r>
      <w:r>
        <w:rPr>
          <w:sz w:val="20"/>
        </w:rPr>
        <w:t>2:22  yeh darasal aise waqeaat darasal historical shock ki hesiyat rakhte hain. Historical shock.</w:t>
      </w:r>
      <w:r>
        <w:br/>
      </w:r>
      <w:r>
        <w:rPr>
          <w:sz w:val="20"/>
        </w:rPr>
        <w:t>2:32  Historical shock kya hai? Historical shock qaumon ko re-planning ka</w:t>
      </w:r>
      <w:r>
        <w:br/>
      </w:r>
      <w:r>
        <w:rPr>
          <w:sz w:val="20"/>
        </w:rPr>
        <w:t>2:43  message deta hai.</w:t>
      </w:r>
      <w:r>
        <w:br/>
      </w:r>
      <w:r>
        <w:rPr>
          <w:sz w:val="20"/>
        </w:rPr>
        <w:t>2:49  aap jante hain ke ek american writer ne, Alvin Toffler, ne ek kitaab likhi thi jo 1970</w:t>
      </w:r>
      <w:r>
        <w:br/>
      </w:r>
      <w:r>
        <w:rPr>
          <w:sz w:val="20"/>
        </w:rPr>
        <w:t>2:55  mein chhapi thi. Future shock.</w:t>
      </w:r>
      <w:r>
        <w:br/>
      </w:r>
      <w:r>
        <w:rPr>
          <w:sz w:val="20"/>
        </w:rPr>
        <w:t>3:01  to future shock to kabhi waqea nahi bana.</w:t>
      </w:r>
      <w:r>
        <w:br/>
      </w:r>
      <w:r>
        <w:rPr>
          <w:sz w:val="20"/>
        </w:rPr>
        <w:t>3:07  jo unhon ne predict kiya tha woh waqea nahi bana.</w:t>
      </w:r>
      <w:r>
        <w:br/>
      </w:r>
      <w:r>
        <w:rPr>
          <w:sz w:val="20"/>
        </w:rPr>
        <w:t>3:13  lekin quran baat karta hai present shock ki.</w:t>
      </w:r>
      <w:r>
        <w:br/>
      </w:r>
      <w:r>
        <w:rPr>
          <w:sz w:val="20"/>
        </w:rPr>
        <w:t>3:17  jitne shock quran mein zikr hain woh sab present shock hain.</w:t>
      </w:r>
      <w:r>
        <w:br/>
      </w:r>
      <w:r>
        <w:rPr>
          <w:sz w:val="20"/>
        </w:rPr>
        <w:t>3:22  to present shock kis liye hota hai? Woh hota hai re-planning ke liye.</w:t>
      </w:r>
      <w:r>
        <w:br/>
      </w:r>
      <w:r>
        <w:rPr>
          <w:sz w:val="20"/>
        </w:rPr>
        <w:t>3:26  yeh jo aayat padhi gayi is ko phir se padhiye. Afawna.</w:t>
      </w:r>
      <w:r>
        <w:br/>
      </w:r>
      <w:r>
        <w:rPr>
          <w:sz w:val="20"/>
        </w:rPr>
        <w:t>3:30  thumma afawna ankum min ba'di zalika la'allakum tashkurun.</w:t>
      </w:r>
      <w:r>
        <w:br/>
      </w:r>
      <w:r>
        <w:rPr>
          <w:sz w:val="20"/>
        </w:rPr>
        <w:t>3:34  haan, tarjuma padhiye.</w:t>
      </w:r>
      <w:r>
        <w:br/>
      </w:r>
      <w:r>
        <w:rPr>
          <w:sz w:val="20"/>
        </w:rPr>
        <w:t>3:39  phir hum ne is ke</w:t>
      </w:r>
    </w:p>
    <w:p>
      <w:pPr>
        <w:pStyle w:val="Heading2"/>
      </w:pPr>
      <w:r>
        <w:t>Building rapport makes people rush to take Islamic books</w:t>
      </w:r>
    </w:p>
    <w:p>
      <w:r>
        <w:rPr>
          <w:color w:val="666666"/>
          <w:sz w:val="18"/>
        </w:rPr>
        <w:t>The Importance of Modesty March 1, 2009 · 1m 22s · at 25:02 · https://youtu.be/c599K8yDwzk?t=1502</w:t>
      </w:r>
    </w:p>
    <w:p>
      <w:r>
        <w:rPr>
          <w:i/>
        </w:rPr>
        <w:t>“This approach built such rapport, people rushed to grab our books.”</w:t>
      </w:r>
    </w:p>
    <w:p>
      <w:r>
        <w:rPr>
          <w:sz w:val="20"/>
        </w:rPr>
        <w:t>25:02  to yeh sab ko le kar maine kaha ke dekhiye India potentially India jo hai us ko samjhiye woh potentially jo hai yani spiritual superpower hai.</w:t>
      </w:r>
      <w:r>
        <w:br/>
      </w:r>
      <w:r>
        <w:rPr>
          <w:sz w:val="20"/>
        </w:rPr>
        <w:t>25:15  to is ko hamein ekchual banana hai.</w:t>
      </w:r>
      <w:r>
        <w:br/>
      </w:r>
      <w:r>
        <w:rPr>
          <w:sz w:val="20"/>
        </w:rPr>
        <w:t>25:18  ab is tarah ki baaton se ek bahut zabardast repo qaim ho gaya. phir maine islam ki baaton kahen. ek ghante ki taqreer mein. to wahan jo jo preside kar rahe the unhon ne ailaan kiya ke ke un ka kitabein aayi hain wahan se dilli se yahan rakhi hui hain aap log is ko le sakte hain.</w:t>
      </w:r>
      <w:r>
        <w:br/>
      </w:r>
      <w:r>
        <w:rPr>
          <w:sz w:val="20"/>
        </w:rPr>
        <w:t>25:38  to jalsa jaise hi khatm hua log isi par toot pade log.</w:t>
      </w:r>
      <w:r>
        <w:br/>
      </w:r>
      <w:r>
        <w:rPr>
          <w:sz w:val="20"/>
        </w:rPr>
        <w:t>25:43  there was breaking of of of yani of this appreciating nature. agar hum isi baaton kehte jaisa ke log aam taur par taqreerein kiya karte hain.</w:t>
      </w:r>
      <w:r>
        <w:br/>
      </w:r>
      <w:r>
        <w:rPr>
          <w:sz w:val="20"/>
        </w:rPr>
        <w:t>25:59  ke gujrat aag mein jal raha hai ya hum musalmanon ke sath discrimination hota hai. to ek bhi kitab koi na leta koi.</w:t>
      </w:r>
      <w:r>
        <w:br/>
      </w:r>
      <w:r>
        <w:rPr>
          <w:sz w:val="20"/>
        </w:rPr>
        <w:t>26:11  kyun ke aap jante hain gujrat ke bare mein yeh tasawwur hai musalmanon mein. aur wahan to kuch bhi aisa nahi. to ek spot par kahin thoda sa waqea hota hai use kuch generalize kar ke batate hain ke gujrat jal raha hai.</w:t>
      </w:r>
    </w:p>
    <w:p>
      <w:pPr>
        <w:pStyle w:val="Heading2"/>
      </w:pPr>
      <w:r>
        <w:t>Marx and Muslim thinkers both failed to fix society</w:t>
      </w:r>
    </w:p>
    <w:p>
      <w:r>
        <w:rPr>
          <w:color w:val="666666"/>
          <w:sz w:val="18"/>
        </w:rPr>
        <w:t>The Purpose of Existence I 9th Sept. 2012 - Maulana Wahiduddin Khan · 2m 00s · at 4:19 · https://youtu.be/cevO-zpWlG8?t=259</w:t>
      </w:r>
    </w:p>
    <w:p>
      <w:r>
        <w:rPr>
          <w:i/>
        </w:rPr>
        <w:t>“Marx secularized this idea, but it still failed”</w:t>
      </w:r>
    </w:p>
    <w:p>
      <w:r>
        <w:rPr>
          <w:sz w:val="20"/>
        </w:rPr>
        <w:t>4:19  main samajhta hoon ke is ke baad ek bada naam paida hua, karl marx ka, jis ki death hui thi 1883 mein.</w:t>
      </w:r>
      <w:r>
        <w:br/>
      </w:r>
      <w:r>
        <w:rPr>
          <w:sz w:val="20"/>
        </w:rPr>
        <w:t>4:29  woh german thinker tha. to us ne is concept ko, yani is concept ko aristotle ne to</w:t>
      </w:r>
      <w:r>
        <w:br/>
      </w:r>
      <w:r>
        <w:rPr>
          <w:sz w:val="20"/>
        </w:rPr>
        <w:t>4:40  philosophize kiya tha. yeh jo concept hai ke baghair system ke aadmi apne potential ko actual nahin bana sakta.</w:t>
      </w:r>
      <w:r>
        <w:br/>
      </w:r>
      <w:r>
        <w:rPr>
          <w:sz w:val="20"/>
        </w:rPr>
        <w:t>4:56  to us ko aristotle ne</w:t>
      </w:r>
      <w:r>
        <w:br/>
      </w:r>
      <w:r>
        <w:rPr>
          <w:sz w:val="20"/>
        </w:rPr>
        <w:t>5:00  philosophize kiya tha, yani philosophical term mein define kiya tha. is ke baad karl marx ne is ko secularize kiya,</w:t>
      </w:r>
      <w:r>
        <w:br/>
      </w:r>
      <w:r>
        <w:rPr>
          <w:sz w:val="20"/>
        </w:rPr>
        <w:t>5:14  yani secular term mein define kiya.</w:t>
      </w:r>
      <w:r>
        <w:br/>
      </w:r>
      <w:r>
        <w:rPr>
          <w:sz w:val="20"/>
        </w:rPr>
        <w:t>5:18  lekin aap jante hain ke phir bhi woh actualize na ho saka.</w:t>
      </w:r>
      <w:r>
        <w:br/>
      </w:r>
      <w:r>
        <w:rPr>
          <w:sz w:val="20"/>
        </w:rPr>
        <w:t>5:29  is ke baad history aati hai muslim world tak. 20th century mein muslim world mein do mind paida hue.</w:t>
      </w:r>
      <w:r>
        <w:br/>
      </w:r>
      <w:r>
        <w:rPr>
          <w:sz w:val="20"/>
        </w:rPr>
        <w:t>5:40  arab world mein syed attar, aur indian subcontinent mein syed abul ala maududi.</w:t>
      </w:r>
      <w:r>
        <w:br/>
      </w:r>
      <w:r>
        <w:rPr>
          <w:sz w:val="20"/>
        </w:rPr>
        <w:t>5:49  in logon ne is concept ko islamize kiya, aur yeh kaha ke islam is just system ko bana sakta hai jis mein individual apne potential ko actual bana sake.</w:t>
      </w:r>
      <w:r>
        <w:br/>
      </w:r>
      <w:r>
        <w:rPr>
          <w:sz w:val="20"/>
        </w:rPr>
        <w:t>6:07  lekin dono ke dono fail ho gaye, aur kuch bhi duniya ko na de sake, siwaye ladai jhagda fasad, aur kuch nahin de saka.</w:t>
      </w:r>
    </w:p>
    <w:p>
      <w:pPr>
        <w:pStyle w:val="Heading2"/>
      </w:pPr>
      <w:r>
        <w:t>Love of God through contemplation</w:t>
      </w:r>
    </w:p>
    <w:p>
      <w:r>
        <w:rPr>
          <w:color w:val="666666"/>
          <w:sz w:val="18"/>
        </w:rPr>
        <w:t>Love of God | Maulana Wahiduddin Khan |  4 October 2009 · 2m 03s · at 2:03 · https://youtu.be/dRR8aqMAVww?t=123</w:t>
      </w:r>
    </w:p>
    <w:p>
      <w:r>
        <w:rPr>
          <w:i/>
        </w:rPr>
        <w:t>“Love is the result of thinking about the Benefactor.”</w:t>
      </w:r>
    </w:p>
    <w:p>
      <w:r>
        <w:rPr>
          <w:sz w:val="20"/>
        </w:rPr>
        <w:t>2:03  dekhen, khuda aur muhabbat dono alag alag subject nahi hain. jab aap sochte hain, jab aap contemplation ke state mein jaate hain, to aap ko ek discovery hoti hai: paida karne wale ki, khaliq ki, jo rab ul alameen hai. yani isne aap ko</w:t>
      </w:r>
      <w:r>
        <w:br/>
      </w:r>
      <w:r>
        <w:rPr>
          <w:sz w:val="20"/>
        </w:rPr>
        <w:t>2:35  wujood diya, aap ko family di, aap ko mahaul diya, aap ko yeh zameen di, jaisi zameen saare universe mein kahin bhi is tarah ki zameen maujood nahi hai. aap ko life support system diya. in sab cheezon ko le kar jab aap sochte hain to lagta hai ke khuda to hamara sab se bara ehsaan mohsin hai,</w:t>
      </w:r>
      <w:r>
        <w:br/>
      </w:r>
      <w:r>
        <w:rPr>
          <w:sz w:val="20"/>
        </w:rPr>
        <w:t>3:05  benefactor hai. to sach poochhein to inaam ko le kar jo soch banti hai momin ke liye, usi ka nateeja hota hai muhabbat. alag koi cheez nahi hai muhabbat. to jitna zyada aap sochenge ke khuda ne aap ko sab kuch khuda hi ne diya hai, koi aisi cheez nahi hai jo aap ke paas ho, woh kahin aur se mili ho aap ko</w:t>
      </w:r>
      <w:r>
        <w:br/>
      </w:r>
      <w:r>
        <w:rPr>
          <w:sz w:val="20"/>
        </w:rPr>
        <w:t>3:36  , to khuda aap ka sab se bara concern ban jata hai. aur khuda se aap ko khuda se aap ko hub e shadeed ho jata hai. muhabbat kya hai? muhabbat ka matlab hai strong affection, bohat zyada, bohat zyada</w:t>
      </w:r>
    </w:p>
    <w:p>
      <w:pPr>
        <w:pStyle w:val="Heading2"/>
      </w:pPr>
      <w:r>
        <w:t>community work isn't a substitute for the dawah mission</w:t>
      </w:r>
    </w:p>
    <w:p>
      <w:r>
        <w:rPr>
          <w:color w:val="666666"/>
          <w:sz w:val="18"/>
        </w:rPr>
        <w:t>The Early Life of Prophet Muhammad November 28, 2021 Dr. Saniyasnain Khan · 2m 03s · at 48:37 · https://youtu.be/xjZAqfhmg1Y?t=2917</w:t>
      </w:r>
    </w:p>
    <w:p>
      <w:r>
        <w:rPr>
          <w:i/>
        </w:rPr>
        <w:t>“بڑے بڑے مسلم انسٹیٹیوشنز کمیونٹی ورک کو ہی اسلامی کام سمجھتے ہیں”</w:t>
      </w:r>
    </w:p>
    <w:p>
      <w:r>
        <w:rPr>
          <w:sz w:val="20"/>
        </w:rPr>
        <w:t>48:37  to is ke bare mein kuch aur agar aap bata sakein. haan, yeh baat sahi hai. aaj kahin bhi aap chale jaiye, khas taur se west mein agar aap jayen, America ko agar aap misaal len to bare bare idare hain wahan,</w:t>
      </w:r>
      <w:r>
        <w:br/>
      </w:r>
      <w:r>
        <w:rPr>
          <w:sz w:val="20"/>
        </w:rPr>
        <w:t>48:56  bare bare Muslim institutions hain jo ke bohat hi bada community work ka kaam karte hain aur isi ko samajhte hain ke yeh Islami kaam hai.</w:t>
      </w:r>
      <w:r>
        <w:br/>
      </w:r>
      <w:r>
        <w:rPr>
          <w:sz w:val="20"/>
        </w:rPr>
        <w:t>49:10  yeh bohat bari ghalat fehmi hai. jaise maine bataya tha ke ek momin ka pehla mission hai dawah, aur dawah ka matlab hai inzar o tabshir, yani insanon ko akhirat ke bare mein ba khabar karna.</w:t>
      </w:r>
      <w:r>
        <w:br/>
      </w:r>
      <w:r>
        <w:rPr>
          <w:sz w:val="20"/>
        </w:rPr>
        <w:t>49:33  lekin chunke dawah ka kaam ah aisa hota hai ke is mein koi recognition nahi hota, duniyavi recognition.</w:t>
      </w:r>
      <w:r>
        <w:br/>
      </w:r>
      <w:r>
        <w:rPr>
          <w:sz w:val="20"/>
        </w:rPr>
        <w:t>49:43  aap agar kahein ke main dawah ka kaam karta hoon to koi mutasir nahi hoga, balkeh agar aap kahein</w:t>
      </w:r>
      <w:r>
        <w:br/>
      </w:r>
      <w:r>
        <w:rPr>
          <w:sz w:val="20"/>
        </w:rPr>
        <w:t>49:49  ke main ah muslim empowerment ka kaam kar raha hoon ya main orphanage chala raha hoon ya main</w:t>
      </w:r>
      <w:r>
        <w:br/>
      </w:r>
      <w:r>
        <w:rPr>
          <w:sz w:val="20"/>
        </w:rPr>
        <w:t>49:58  ah ah ghareeb bachon ka kaam kar raha hoon, yeh sab kaam bhi bohat ahem hain aur rewardable</w:t>
      </w:r>
      <w:r>
        <w:br/>
      </w:r>
      <w:r>
        <w:rPr>
          <w:sz w:val="20"/>
        </w:rPr>
        <w:t>50:03  hain, lekin yeh prime mission nahi ho sakta ek momin ka, ek ek is shakhs ka jo Quran</w:t>
      </w:r>
      <w:r>
        <w:br/>
      </w:r>
      <w:r>
        <w:rPr>
          <w:sz w:val="20"/>
        </w:rPr>
        <w:t>50:12  peh aur Allah pe yaqeen rakhta ho.</w:t>
      </w:r>
      <w:r>
        <w:br/>
      </w:r>
      <w:r>
        <w:rPr>
          <w:sz w:val="20"/>
        </w:rPr>
        <w:t>50:15  to is liye chunke yeh ah dawah ka kaam ek bohat hi mamooli kaam nazar aata hai logon ko, aur doosri baat yeh bhi hai ke dawah ka mizaj nahi bana.</w:t>
      </w:r>
      <w:r>
        <w:br/>
      </w:r>
      <w:r>
        <w:rPr>
          <w:sz w:val="20"/>
        </w:rPr>
        <w:t>50:26  log sare kamon ko, jo bhi kaam hai, jo bhi ah social work hai aur community work hai aur charitable kaam jo karte hain, sab ko log dawah mein jod jod dete hain ke yeh bhi dawah hai, woh bhi dawah hai, halanke aisa nahi hai.</w:t>
      </w:r>
    </w:p>
    <w:p>
      <w:pPr>
        <w:pStyle w:val="Heading2"/>
      </w:pPr>
      <w:r>
        <w:t>the real starting point of spiritual insight, marifah</w:t>
      </w:r>
    </w:p>
    <w:p>
      <w:r>
        <w:rPr>
          <w:color w:val="666666"/>
          <w:sz w:val="18"/>
        </w:rPr>
        <w:t>The Early Life of Prophet Muhammad November 28, 2021 Dr. Saniyasnain Khan · 24s · at 35:36 · https://youtu.be/xjZAqfhmg1Y?t=2136</w:t>
      </w:r>
    </w:p>
    <w:p>
      <w:r>
        <w:rPr>
          <w:i/>
        </w:rPr>
        <w:t>“معرفت کا سٹارٹنگ پوائنٹ کیا ہونا چاہیے؟”</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p>
    <w:p>
      <w:pPr>
        <w:pStyle w:val="Heading2"/>
      </w:pPr>
      <w:r>
        <w:t>Why peace is Islam's supreme good</w:t>
      </w:r>
    </w:p>
    <w:p>
      <w:r>
        <w:rPr>
          <w:color w:val="666666"/>
          <w:sz w:val="18"/>
        </w:rPr>
        <w:t>Islam A Religion of Peace November 25, 2024 · 1m 11s · at 5:48 · https://youtu.be/9WlSbAPxmwc?t=348</w:t>
      </w:r>
    </w:p>
    <w:p>
      <w:r>
        <w:rPr>
          <w:i/>
        </w:rPr>
        <w:t>“Amn Islam ka summum bonum hai, khair-e-aala”</w:t>
      </w:r>
    </w:p>
    <w:p>
      <w:r>
        <w:rPr>
          <w:sz w:val="20"/>
        </w:rPr>
        <w:t>5:48  Dusra sawal tha, Islam mein aman kya ki ahmiyat kya hai?</w:t>
      </w:r>
      <w:r>
        <w:br/>
      </w:r>
      <w:r>
        <w:rPr>
          <w:sz w:val="20"/>
        </w:rPr>
        <w:t>5:56  Aman Islam ka summum bonum hai, khair-e-aala. Isi liye Khuda ne apna naam As-Salam rakha hai.</w:t>
      </w:r>
      <w:r>
        <w:br/>
      </w:r>
      <w:r>
        <w:rPr>
          <w:sz w:val="20"/>
        </w:rPr>
        <w:t>6:06  Is ki taraf se jo hidayaten aayi hain, us ko sabr-o-salam kaha gaya hai, aur insanon ke liye jo achievement ka goal diya gaya hai, woh Dar-us-Salam hai, House of Peace.</w:t>
      </w:r>
      <w:r>
        <w:br/>
      </w:r>
      <w:r>
        <w:rPr>
          <w:sz w:val="20"/>
        </w:rPr>
        <w:t>6:18  Aur yahan jo struggle karna hai, woh peaceful struggle karna hai.</w:t>
      </w:r>
      <w:r>
        <w:br/>
      </w:r>
      <w:r>
        <w:rPr>
          <w:sz w:val="20"/>
        </w:rPr>
        <w:t>6:24  Salam salama, aapsi salam bhi, aur akhirat mein bhi jo culture hoga, un ke darmiyan mein woh peaceful culture hoga, peace ka culture hoga.</w:t>
      </w:r>
      <w:r>
        <w:br/>
      </w:r>
      <w:r>
        <w:rPr>
          <w:sz w:val="20"/>
        </w:rPr>
        <w:t>6:37  Itni ahmiyat hai Islam mein aman ki ke aman aur Islam dono ek doosre ke synonyms hain.</w:t>
      </w:r>
      <w:r>
        <w:br/>
      </w:r>
      <w:r>
        <w:rPr>
          <w:sz w:val="20"/>
        </w:rPr>
        <w:t>6:47  Goya ke Islam ka DNA mein aman hai, salam Islam ka peace, Islam ka DNA hai, aur is ka activism peaceful activism hai.</w:t>
      </w:r>
    </w:p>
    <w:p>
      <w:pPr>
        <w:pStyle w:val="Heading2"/>
      </w:pPr>
      <w:r>
        <w:t>Hadith on fasting mentioned in Sahihain</w:t>
      </w:r>
    </w:p>
    <w:p>
      <w:r>
        <w:rPr>
          <w:color w:val="666666"/>
          <w:sz w:val="18"/>
        </w:rPr>
        <w:t>Unlimited Rewards for Devotion to Divine Mission June 8, 2019 - Maulana Wahiduddin Khan · 1m 31s · at 0:14 · https://youtu.be/yA3G5LXomtw?t=14</w:t>
      </w:r>
    </w:p>
    <w:p>
      <w:r>
        <w:rPr>
          <w:i/>
        </w:rPr>
        <w:t>“Bismillah ar-Rahman ar-Rahim wa salla Allah ala Nabi al-Karim”</w:t>
      </w:r>
    </w:p>
    <w:p>
      <w:r>
        <w:rPr>
          <w:sz w:val="20"/>
        </w:rPr>
        <w:t>0:14  bismillah rahman rahim, wa sali allah ala nabiy al-karim. 8 joon 2019.</w:t>
      </w:r>
      <w:r>
        <w:br/>
      </w:r>
      <w:r>
        <w:rPr>
          <w:sz w:val="20"/>
        </w:rPr>
        <w:t>0:27  aaj ek hadith ko le kar kuch baat inshallah kahi jayegi. sab se pehle aap is hadith ko suniye.</w:t>
      </w:r>
      <w:r>
        <w:br/>
      </w:r>
      <w:r>
        <w:rPr>
          <w:sz w:val="20"/>
        </w:rPr>
        <w:t>0:38  an abi huraira radi allah anhu qala: qala rasul allah salallahu alayhi wasallam: «kull amal ibn adam yudaaf, al-hasanat ashru amthalihi ila sab mi at dauf».</w:t>
      </w:r>
      <w:r>
        <w:br/>
      </w:r>
      <w:r>
        <w:rPr>
          <w:sz w:val="20"/>
        </w:rPr>
        <w:t>0:49  qala allah azza wajal: «illa as-sawm fa innahu li, wa ana ajzi bih». yadau shahwatahu wa ta'amahu min ajli. sahih muslim hadith number 1151.</w:t>
      </w:r>
      <w:r>
        <w:br/>
      </w:r>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r>
        <w:br/>
      </w:r>
      <w:r>
        <w:rPr>
          <w:sz w:val="20"/>
        </w:rPr>
        <w:t>1:25  hiye, yeh jo hadith hai, do sab se zyada</w:t>
      </w:r>
      <w:r>
        <w:br/>
      </w:r>
      <w:r>
        <w:rPr>
          <w:sz w:val="20"/>
        </w:rPr>
        <w:t>1:33  important hadith ki kitaben hain jin ko sahihain kaha jata hai. sahihain to is mein dono mein yeh hadith aai hai</w:t>
      </w:r>
    </w:p>
    <w:p>
      <w:pPr>
        <w:pStyle w:val="Heading2"/>
      </w:pPr>
      <w:r>
        <w:t>Fox and stork parable about choosing your battleground</w:t>
      </w:r>
    </w:p>
    <w:p>
      <w:r>
        <w:rPr>
          <w:color w:val="666666"/>
          <w:sz w:val="18"/>
        </w:rPr>
        <w:t>Ijtihad in Islam December 28, 2008 · 1m 50s · at 55:54 · https://youtu.be/tQL9OXuyYFk?t=3354</w:t>
      </w:r>
    </w:p>
    <w:p>
      <w:r>
        <w:rPr>
          <w:i/>
        </w:rPr>
        <w:t>“Ek lomdi aur saras mein dosti hui thi”</w:t>
      </w:r>
    </w:p>
    <w:p>
      <w:r>
        <w:rPr>
          <w:sz w:val="20"/>
        </w:rPr>
        <w:t>55:54  to is ko main ek ek mein ek qissa mein ne parha ek baar. woh qissa bahut achha is ko illustrate karta hai ke ek lomri mein ek saaras mein dosti hui.</w:t>
      </w:r>
      <w:r>
        <w:br/>
      </w:r>
      <w:r>
        <w:rPr>
          <w:sz w:val="20"/>
        </w:rPr>
        <w:t>56:07  to lomri ne kaha ke chalo bhai, kheer pakate hain. to kheer pakai gayi aur aur is mein rakh di gayi, yani khule bartan mein, aisi plate mein, badi plate mein.</w:t>
      </w:r>
      <w:r>
        <w:br/>
      </w:r>
      <w:r>
        <w:rPr>
          <w:sz w:val="20"/>
        </w:rPr>
        <w:t>56:20  to lomri ne khoob khaya aur saaras ki lambi chonch hoti hai, us ko kuch mila hi nahi. woh chonch idhar udhar karta raha. jab is tarah khuli plate mein reh gayi to saaras nahi kha payega.</w:t>
      </w:r>
      <w:r>
        <w:br/>
      </w:r>
      <w:r>
        <w:rPr>
          <w:sz w:val="20"/>
        </w:rPr>
        <w:t>56:30  lomri khoob khayegi. to saaras ne kaha ke yeh to bada bewakoof banaya hai is ne.</w:t>
      </w:r>
      <w:r>
        <w:br/>
      </w:r>
      <w:r>
        <w:rPr>
          <w:sz w:val="20"/>
        </w:rPr>
        <w:t>56:35  to saars ne kaha acha bhai, phir kheer pakate hain. to is ne kiya kiya? kheer pakai ke ek baar is ko rakh diya surahi mein, jaise ke is tarah ki surahi jo hoti hai, pata nahi aap log surahi samajhte hain ke nahi samajhte hain.</w:t>
      </w:r>
      <w:r>
        <w:br/>
      </w:r>
      <w:r>
        <w:rPr>
          <w:sz w:val="20"/>
        </w:rPr>
        <w:t>56:50  yani lamba is ka hota hai. to is ke baad is ne chonch daal diya is ke andar aur laga khane aur lomri ne lomri se kaha ke tum bhi khao.</w:t>
      </w:r>
      <w:r>
        <w:br/>
      </w:r>
      <w:r>
        <w:rPr>
          <w:sz w:val="20"/>
        </w:rPr>
        <w:t>57:00  to lomri ke surahi surahi mein kaise khaye? wo to agar kheer jo hai plate mein ho to lomri ke hisse mein aayegi aur kheer agar surahi mein ho to saars ke hisse mein aayegi.</w:t>
      </w:r>
      <w:r>
        <w:br/>
      </w:r>
      <w:r>
        <w:rPr>
          <w:sz w:val="20"/>
        </w:rPr>
        <w:t>57:14  ye tha wahan muamla. agar muqabla ladai ke maidan mein ho to wo jeetne ki position mein thay aur muqabla ideology ke maidan mein aa jaye to rasool Allah ke saathi jeetne ki position mein ho jatay thay.</w:t>
      </w:r>
      <w:r>
        <w:br/>
      </w:r>
      <w:r>
        <w:rPr>
          <w:sz w:val="20"/>
        </w:rPr>
        <w:t>57:27  ye tha muamla. ye kaise soch paaye aap? kyunke aap ke andar bohat ziyada ijtihadi taqat thi, bohat ziyada creativity thi, bohat ziyada yani khulay zehn se soch paate thay aap.</w:t>
      </w:r>
      <w:r>
        <w:br/>
      </w:r>
      <w:r>
        <w:rPr>
          <w:sz w:val="20"/>
        </w:rPr>
        <w:t>57:40  bohat ziyada objective mind tha aap ka.</w:t>
      </w:r>
    </w:p>
    <w:p>
      <w:pPr>
        <w:pStyle w:val="Heading2"/>
      </w:pPr>
      <w:r>
        <w:t>Difference as blessing and partition failure</w:t>
      </w:r>
    </w:p>
    <w:p>
      <w:r>
        <w:rPr>
          <w:color w:val="666666"/>
          <w:sz w:val="18"/>
        </w:rPr>
        <w:t>Difference Management June 6, 2007 Maulana Wahiduddin Khan · 5m 17s · at 38:25 · https://youtu.be/Qcrm0lX88dA?t=2305</w:t>
      </w:r>
    </w:p>
    <w:p>
      <w:r>
        <w:rPr>
          <w:i/>
        </w:rPr>
        <w:t>“God created man and settled him on this earth.”</w:t>
      </w:r>
    </w:p>
    <w:p>
      <w:r>
        <w:rPr>
          <w:sz w:val="20"/>
        </w:rPr>
        <w:t>38:25  God created man and settled him on this earth.</w:t>
      </w:r>
      <w:r>
        <w:br/>
      </w:r>
      <w:r>
        <w:rPr>
          <w:sz w:val="20"/>
        </w:rPr>
        <w:t>38:32  But everyone is mister different. Every woman is misdifferent. Why? This is also a part of creation, a part of the Krishna Plan.</w:t>
      </w:r>
      <w:r>
        <w:br/>
      </w:r>
      <w:r>
        <w:rPr>
          <w:sz w:val="20"/>
        </w:rPr>
        <w:t>38:44  Why are there so many differences? It is not an evil. Some people take it as an evil and try to eliminate it.</w:t>
      </w:r>
      <w:r>
        <w:br/>
      </w:r>
      <w:r>
        <w:rPr>
          <w:sz w:val="20"/>
        </w:rPr>
        <w:t>38:56  They are</w:t>
      </w:r>
      <w:r>
        <w:br/>
      </w:r>
      <w:r>
        <w:rPr>
          <w:sz w:val="20"/>
        </w:rPr>
        <w:t>39:01  doing wrong. Because difference is not an evil. Difference is</w:t>
      </w:r>
      <w:r>
        <w:br/>
      </w:r>
      <w:r>
        <w:rPr>
          <w:sz w:val="20"/>
        </w:rPr>
        <w:t>39:11  a blessing. Because it is difference that creates challenge. It is difference that creates competition.</w:t>
      </w:r>
      <w:r>
        <w:br/>
      </w:r>
      <w:r>
        <w:rPr>
          <w:sz w:val="20"/>
        </w:rPr>
        <w:t>39:23  It is difference that creates discussions. It is difference that creates dialogue. So without these activities, there is no development.</w:t>
      </w:r>
      <w:r>
        <w:br/>
      </w:r>
      <w:r>
        <w:rPr>
          <w:sz w:val="20"/>
        </w:rPr>
        <w:t>39:38  So difference leads to</w:t>
      </w:r>
      <w:r>
        <w:br/>
      </w:r>
      <w:r>
        <w:rPr>
          <w:sz w:val="20"/>
        </w:rPr>
        <w:t>39:45  so much positive activities. Without these positive activities, there is no development. There</w:t>
      </w:r>
      <w:r>
        <w:br/>
      </w:r>
      <w:r>
        <w:rPr>
          <w:sz w:val="20"/>
        </w:rPr>
        <w:t>39:53  is no progress. So we have to accept difference as a positive aspect of our life.</w:t>
      </w:r>
      <w:r>
        <w:br/>
      </w:r>
      <w:r>
        <w:rPr>
          <w:sz w:val="20"/>
        </w:rPr>
        <w:t>40:07  So it is a fact that people are—the majority of people are failing, and they are</w:t>
      </w:r>
      <w:r>
        <w:br/>
      </w:r>
      <w:r>
        <w:rPr>
          <w:sz w:val="20"/>
        </w:rPr>
        <w:t>40:24  not able to manage their differences. And due to this, everywhere you see that people are living in hate, in anger, and also there is killing,</w:t>
      </w:r>
      <w:r>
        <w:br/>
      </w:r>
      <w:r>
        <w:rPr>
          <w:sz w:val="20"/>
        </w:rPr>
        <w:t>40:39  there are wars. All those wars are failures in management of differences.</w:t>
      </w:r>
      <w:r>
        <w:br/>
      </w:r>
      <w:r>
        <w:rPr>
          <w:sz w:val="20"/>
        </w:rPr>
        <w:t>40:51  You know,</w:t>
      </w:r>
      <w:r>
        <w:br/>
      </w:r>
      <w:r>
        <w:rPr>
          <w:sz w:val="20"/>
        </w:rPr>
        <w:t>40:57  I am an old man. I have seen that India when this part of the land was called the Indian subcontinent</w:t>
      </w:r>
      <w:r>
        <w:br/>
      </w:r>
      <w:r>
        <w:rPr>
          <w:sz w:val="20"/>
        </w:rPr>
        <w:t>41:11  . That was a very beautiful world. People were living in peace, in love. But some leaders,</w:t>
      </w:r>
      <w:r>
        <w:br/>
      </w:r>
      <w:r>
        <w:rPr>
          <w:sz w:val="20"/>
        </w:rPr>
        <w:t>41:26  some leaders</w:t>
      </w:r>
      <w:r>
        <w:br/>
      </w:r>
      <w:r>
        <w:rPr>
          <w:sz w:val="20"/>
        </w:rPr>
        <w:t>41:30  highlighted those differences. As usual, there are some differences between different communities.</w:t>
      </w:r>
      <w:r>
        <w:br/>
      </w:r>
      <w:r>
        <w:rPr>
          <w:sz w:val="20"/>
        </w:rPr>
        <w:t>41:39  But these differences were not obstacles towards progress.</w:t>
      </w:r>
      <w:r>
        <w:br/>
      </w:r>
      <w:r>
        <w:rPr>
          <w:sz w:val="20"/>
        </w:rPr>
        <w:t>41:52  But some leaders took it as an obstacle, as a negative part of our life.</w:t>
      </w:r>
      <w:r>
        <w:br/>
      </w:r>
      <w:r>
        <w:rPr>
          <w:sz w:val="20"/>
        </w:rPr>
        <w:t>42:02  So they highlighted these differences.</w:t>
      </w:r>
      <w:r>
        <w:br/>
      </w:r>
      <w:r>
        <w:rPr>
          <w:sz w:val="20"/>
        </w:rPr>
        <w:t>42:07  They must try to manage these differences between different communities. But they highlighted it</w:t>
      </w:r>
      <w:r>
        <w:br/>
      </w:r>
      <w:r>
        <w:rPr>
          <w:sz w:val="20"/>
        </w:rPr>
        <w:t>42:16  . They went to the extent that it is not possible to live with these differences. So we want partition.</w:t>
      </w:r>
      <w:r>
        <w:br/>
      </w:r>
      <w:r>
        <w:rPr>
          <w:sz w:val="20"/>
        </w:rPr>
        <w:t>42:27  This was not a solution. This was not a positive solution. Why? There was partition.</w:t>
      </w:r>
      <w:r>
        <w:br/>
      </w:r>
      <w:r>
        <w:rPr>
          <w:sz w:val="20"/>
        </w:rPr>
        <w:t>42:36  But after partition, there is no peace</w:t>
      </w:r>
      <w:r>
        <w:br/>
      </w:r>
      <w:r>
        <w:rPr>
          <w:sz w:val="20"/>
        </w:rPr>
        <w:t>42:43  . Partition failed to give us any positive result.</w:t>
      </w:r>
      <w:r>
        <w:br/>
      </w:r>
      <w:r>
        <w:rPr>
          <w:sz w:val="20"/>
        </w:rPr>
        <w:t>42:51  So partition was also a failure in management.</w:t>
      </w:r>
      <w:r>
        <w:br/>
      </w:r>
      <w:r>
        <w:rPr>
          <w:sz w:val="20"/>
        </w:rPr>
        <w:t>43:01  It is a fact that there were some differences among different communities. But it was also possible</w:t>
      </w:r>
      <w:r>
        <w:br/>
      </w:r>
      <w:r>
        <w:rPr>
          <w:sz w:val="20"/>
        </w:rPr>
        <w:t>43:12  —it was also possible to manage these differences. So instead of trying to manage the differences, they tried to divide the country, divide the communities, divide the nation.</w:t>
      </w:r>
      <w:r>
        <w:br/>
      </w:r>
      <w:r>
        <w:rPr>
          <w:sz w:val="20"/>
        </w:rPr>
        <w:t>43:30  This was a disaster. We are paying a heavy price for this partition</w:t>
      </w:r>
    </w:p>
    <w:p>
      <w:pPr>
        <w:pStyle w:val="Heading2"/>
      </w:pPr>
      <w:r>
        <w:t>you cannot invite people you secretly hate</w:t>
      </w:r>
    </w:p>
    <w:p>
      <w:r>
        <w:rPr>
          <w:color w:val="666666"/>
          <w:sz w:val="18"/>
        </w:rPr>
        <w:t>Spirituality vs Materialism July 10, 2011 Maulana Wahiduddin Khan · 4m 17s · at 47:07 · https://youtu.be/oLx-EARR2fI?t=2827</w:t>
      </w:r>
    </w:p>
    <w:p>
      <w:r>
        <w:rPr>
          <w:i/>
        </w:rPr>
        <w:t>“Why isn't outreach work happening anywhere else?”</w:t>
      </w:r>
    </w:p>
    <w:p>
      <w:r>
        <w:rPr>
          <w:sz w:val="20"/>
        </w:rPr>
        <w:t>47:07  to yeh baatein bohat zyada isi liye daawa work nahin ho raha hai. dekhiye, daawa work kahin nahin ho raha hai. hamari jo team hai, chhoti si, yeh to kar rahi hai.</w:t>
      </w:r>
      <w:r>
        <w:br/>
      </w:r>
      <w:r>
        <w:rPr>
          <w:sz w:val="20"/>
        </w:rPr>
        <w:t>47:17  yani main jab wahan gaya Philadelphia mein to main wahan thehra tha Khwaja Kaleemuddin sahib ke haan. to wahan ek ajeeb ghareeb manzar maine dekha.</w:t>
      </w:r>
      <w:r>
        <w:br/>
      </w:r>
      <w:r>
        <w:rPr>
          <w:sz w:val="20"/>
        </w:rPr>
        <w:t>47:29  ek din subah ko wo baitha hua tha, un ka ghar bohat bara hai, bohat bara lawn hai is mein. to main baitha bahar, itne mein ek bohat bari truck aai. yani hamari jo India mein truck hoti hai, us ki double, us ki double aage khari hui un ke ghar ke samne.</w:t>
      </w:r>
      <w:r>
        <w:br/>
      </w:r>
      <w:r>
        <w:rPr>
          <w:sz w:val="20"/>
        </w:rPr>
        <w:t>47:46  ab is ke baad maloom hua ke is mein yeh hamare jo Quran chhupa hai, Quran English translation, wo bohat bari tadad mein mangwaaya unhon ne.</w:t>
      </w:r>
      <w:r>
        <w:br/>
      </w:r>
      <w:r>
        <w:rPr>
          <w:sz w:val="20"/>
        </w:rPr>
        <w:t>47:56  ab is ke baad unloading hone lagi is ki.</w:t>
      </w:r>
      <w:r>
        <w:br/>
      </w:r>
      <w:r>
        <w:rPr>
          <w:sz w:val="20"/>
        </w:rPr>
        <w:t>47:59  to wo itna bara kaam tha ke subah shaam tak hota raha wo. is ko unload kiya gaya, is ko rakha gaya, is ko yeh kiya gaya, wo kiya gaya. to wahan par ek ajeeb ghareeb manzar tha.</w:t>
      </w:r>
      <w:r>
        <w:br/>
      </w:r>
      <w:r>
        <w:rPr>
          <w:sz w:val="20"/>
        </w:rPr>
        <w:t>48:11  to maine kaha ke Kaleemuddin sahib se ke aap ne to masha Allah yahan daawat ki industry khol di hai. daawa industry, ek aisi activities thin wahan par loading unloading ki aur us ko rakhne ki aur yeh karne ki, wo karne ki.</w:t>
      </w:r>
      <w:r>
        <w:br/>
      </w:r>
      <w:r>
        <w:rPr>
          <w:sz w:val="20"/>
        </w:rPr>
        <w:t>48:26  bilkul jaise ke koi industrial house yeh hai.</w:t>
      </w:r>
      <w:r>
        <w:br/>
      </w:r>
      <w:r>
        <w:rPr>
          <w:sz w:val="20"/>
        </w:rPr>
        <w:t>48:30  to maine kaha ke aap ne to daawa industry khol di hai.</w:t>
      </w:r>
      <w:r>
        <w:br/>
      </w:r>
      <w:r>
        <w:rPr>
          <w:sz w:val="20"/>
        </w:rPr>
        <w:t>48:35  to hamare sath yeh jo team hai, yeh to kar rahi hai daawat ka kaam. baqi kahin daawat ka kaam nahin ho raha. kyun?</w:t>
      </w:r>
      <w:r>
        <w:br/>
      </w:r>
      <w:r>
        <w:rPr>
          <w:sz w:val="20"/>
        </w:rPr>
        <w:t>48:45  logon ko mad'u se, log mad'u se negative hain.</w:t>
      </w:r>
      <w:r>
        <w:br/>
      </w:r>
      <w:r>
        <w:rPr>
          <w:sz w:val="20"/>
        </w:rPr>
        <w:t>48:50  hamara kehna yeh hai ke har ek aap ko mad'u hai.</w:t>
      </w:r>
      <w:r>
        <w:br/>
      </w:r>
      <w:r>
        <w:rPr>
          <w:sz w:val="20"/>
        </w:rPr>
        <w:t>48:53  Yahoodi aap ko mad'u hai. Hindu aap ko mad'u hai. American aap ko mad'u hai. Britishs aap ko mad'u hai. aur mad'u se nafrat karna jaiz hi nahin hai.</w:t>
      </w:r>
      <w:r>
        <w:br/>
      </w:r>
      <w:r>
        <w:rPr>
          <w:sz w:val="20"/>
        </w:rPr>
        <w:t>49:04  kyun? agar aap mad'u se nafrat karenge to aap daawat nahin de sakte.</w:t>
      </w:r>
      <w:r>
        <w:br/>
      </w:r>
      <w:r>
        <w:rPr>
          <w:sz w:val="20"/>
        </w:rPr>
        <w:t>49:11  yahan par theek wahi hai jo business ka muamla hai. ke ek ek ek taajir agar apne customer se nafrat kare to to tijarat nahin kar sakta wo.</w:t>
      </w:r>
      <w:r>
        <w:br/>
      </w:r>
      <w:r>
        <w:rPr>
          <w:sz w:val="20"/>
        </w:rPr>
        <w:t>49:27  ek taajir jo hai, ek businessman jo hai, apne customer se nafrat karne lage to wo kabhi bhi business nahin chala sakta wo. isi liye kaha jata hai ke customer is always right</w:t>
      </w:r>
      <w:r>
        <w:br/>
      </w:r>
      <w:r>
        <w:rPr>
          <w:sz w:val="20"/>
        </w:rPr>
        <w:t>49:39  business culture mein yeh mana jata hai ke customer is always right yani customer friendly behavior aap ka hoga tab aap business chalegi aap ki. isi tarah se yaad rakhiye, mad'u friendly behavior aap ka hoga tab aap daawat ka kaam kar payenge.</w:t>
      </w:r>
      <w:r>
        <w:br/>
      </w:r>
      <w:r>
        <w:rPr>
          <w:sz w:val="20"/>
        </w:rPr>
        <w:t>49:57  mad'u friendly behavior nahin hai to daawat bhi nahin hai. to sari duniya ke musalman ek na ek baat ko le kar ke doosron se negative bane hue hain.</w:t>
      </w:r>
      <w:r>
        <w:br/>
      </w:r>
      <w:r>
        <w:rPr>
          <w:sz w:val="20"/>
        </w:rPr>
        <w:t>50:09  Hindu se nafrat, Israel se nafrat, Yahoodi se nafrat, Isai se nafrat. ab maslan Isaiyon se nafrat kyun karte hain musalman?</w:t>
      </w:r>
      <w:r>
        <w:br/>
      </w:r>
      <w:r>
        <w:rPr>
          <w:sz w:val="20"/>
        </w:rPr>
        <w:t>50:20  ke Israel ke muamle mein Christian jo hain, un ki hum himayat kyun nahin karte? main kehta hoon, kyun himayat karenge tumhari bhai wo? tum apna kaam jo chahe karo, wo kyun tumhari himayat karenge?</w:t>
      </w:r>
      <w:r>
        <w:br/>
      </w:r>
      <w:r>
        <w:rPr>
          <w:sz w:val="20"/>
        </w:rPr>
        <w:t>50:34  to musalmanon ka haal yeh hai ke Christian se negative, Yahoodi se negative,</w:t>
      </w:r>
      <w:r>
        <w:br/>
      </w:r>
      <w:r>
        <w:rPr>
          <w:sz w:val="20"/>
        </w:rPr>
        <w:t>50:38  hindu se negative, american se negative, britishz se negative, sab se negative. is ki price kiya deni parti hai?</w:t>
      </w:r>
      <w:r>
        <w:br/>
      </w:r>
      <w:r>
        <w:rPr>
          <w:sz w:val="20"/>
        </w:rPr>
        <w:t>50:48  jo sab se bari responsibility un ki thi, jo un ki jo zimmedari, isi ko ada karne ke liye un ke andar spirit nahi paida hoti. yani daawa work.</w:t>
      </w:r>
      <w:r>
        <w:br/>
      </w:r>
      <w:r>
        <w:rPr>
          <w:sz w:val="20"/>
        </w:rPr>
        <w:t>51:00  yaad rakhiye, daawa work hi woh cheez hai jis se ummat e muslema ka ummat e muslema hona yani muthaqiq hota hai.</w:t>
      </w:r>
      <w:r>
        <w:br/>
      </w:r>
      <w:r>
        <w:rPr>
          <w:sz w:val="20"/>
        </w:rPr>
        <w:t>51:12  quran majeed mein aik ayat hai ya ayyuhal rasool balagh ma unzila ilaik min rabbik wa lam taf al fa ma balaght risalatah wallahu ya'su minan naas</w:t>
      </w:r>
    </w:p>
    <w:p>
      <w:pPr>
        <w:pStyle w:val="Heading2"/>
      </w:pPr>
      <w:r>
        <w:t>reframing British rule in India as modernization, not slavery</w:t>
      </w:r>
    </w:p>
    <w:p>
      <w:r>
        <w:rPr>
          <w:color w:val="666666"/>
          <w:sz w:val="18"/>
        </w:rPr>
        <w:t>Wisdom September 20, 2015 · 2m 34s · at 28:36 · https://youtu.be/Xgk_3YvTkSQ?t=1716</w:t>
      </w:r>
    </w:p>
    <w:p>
      <w:r>
        <w:rPr>
          <w:i/>
        </w:rPr>
        <w:t>“برٹش رول آیا تھا انڈیا میں، سب نے سمجھا غلام بنانے کے لیے آئے”</w:t>
      </w:r>
    </w:p>
    <w:p>
      <w:r>
        <w:rPr>
          <w:sz w:val="20"/>
        </w:rPr>
        <w:t>28:36  aisay jo British government, British rule aaya tha India mein, mein us ko bohat parha. sare logon ne us ko se samjha ke yeh, yaani us ko negative angle se dekha ke hum ko ghulam banane ke liye aaye thay.</w:t>
      </w:r>
      <w:r>
        <w:br/>
      </w:r>
      <w:r>
        <w:rPr>
          <w:sz w:val="20"/>
        </w:rPr>
        <w:t>28:53  saare logon ne yeh samjha ke britishz hum ko ghulam banane ke liye aaye hain. lekin jab main is ko parha to main ne paya ke woh to aaye the india ko, india ko modernize karne ke liye,</w:t>
      </w:r>
      <w:r>
        <w:br/>
      </w:r>
      <w:r>
        <w:rPr>
          <w:sz w:val="20"/>
        </w:rPr>
        <w:t>29:08  yaani modern tohfa dene ke liye. modern tohfa, modern tohfa kya tha?</w:t>
      </w:r>
      <w:r>
        <w:br/>
      </w:r>
      <w:r>
        <w:rPr>
          <w:sz w:val="20"/>
        </w:rPr>
        <w:t>29:16  ke hum chalaate the apni kashtiyon ko chapu se. unhon ne technique nikali thi ke kashtiyon ko</w:t>
      </w:r>
      <w:r>
        <w:br/>
      </w:r>
      <w:r>
        <w:rPr>
          <w:sz w:val="20"/>
        </w:rPr>
        <w:t>29:29  is se steam steam power se chalane ke liye. to chapu kashti ko steam ship bana diya unhon ne. woh woh technique aa ke bataya india mein.</w:t>
      </w:r>
      <w:r>
        <w:br/>
      </w:r>
      <w:r>
        <w:rPr>
          <w:sz w:val="20"/>
        </w:rPr>
        <w:t>29:38  unhon ne</w:t>
      </w:r>
      <w:r>
        <w:br/>
      </w:r>
      <w:r>
        <w:rPr>
          <w:sz w:val="20"/>
        </w:rPr>
        <w:t>29:41  woh india mein telegraph laye, india mein telephone laye, india mein woh bijli laye, india mein woh railway laye, india mein woh car laye.</w:t>
      </w:r>
      <w:r>
        <w:br/>
      </w:r>
      <w:r>
        <w:rPr>
          <w:sz w:val="20"/>
        </w:rPr>
        <w:t>29:52  yeh sab modern item the, woh aaye the india ko modernize karne ke liye. lekin hum ne dekha kis angle se ke india aaye hain hum ko ghulam banane ke liye.</w:t>
      </w:r>
      <w:r>
        <w:br/>
      </w:r>
      <w:r>
        <w:rPr>
          <w:sz w:val="20"/>
        </w:rPr>
        <w:t>30:05  mere nazdeek dekhen, aap jab kisi ko kuch faida pahunchayenge to aap ko bhi kuch faida pahunch jayega. yeh bilateral mamla hai.</w:t>
      </w:r>
      <w:r>
        <w:br/>
      </w:r>
      <w:r>
        <w:rPr>
          <w:sz w:val="20"/>
        </w:rPr>
        <w:t>30:15  to unhon ne jab india ko faida pahunchaya to un ko bhi kuch faida pahunch gaya.</w:t>
      </w:r>
      <w:r>
        <w:br/>
      </w:r>
      <w:r>
        <w:rPr>
          <w:sz w:val="20"/>
        </w:rPr>
        <w:t>30:20  lekin main ne apne mutale mein paya ke woh jo nazariya tha us zamane mein, woh white collar ka nazariya,</w:t>
      </w:r>
      <w:r>
        <w:br/>
      </w:r>
      <w:r>
        <w:rPr>
          <w:sz w:val="20"/>
        </w:rPr>
        <w:t>30:36  woh bilkul sahi tha, bilkul sahi tha. yaani india ko aaye the is liye ke modern tohfa dein india ko.</w:t>
      </w:r>
      <w:r>
        <w:br/>
      </w:r>
      <w:r>
        <w:rPr>
          <w:sz w:val="20"/>
        </w:rPr>
        <w:t>30:50  lekin logon ne dekha is ko ke yeh india ko ghulam banane ke liye aaye hain. main ne dekha ke india ko aaye the woh, yaani modern taraqqiyat dene ke liye.</w:t>
      </w:r>
      <w:r>
        <w:br/>
      </w:r>
      <w:r>
        <w:rPr>
          <w:sz w:val="20"/>
        </w:rPr>
        <w:t>31:03  to mujhe koi nafrat nahi hui angrezon se</w:t>
      </w:r>
      <w:r>
        <w:br/>
      </w:r>
      <w:r>
        <w:rPr>
          <w:sz w:val="20"/>
        </w:rPr>
        <w:t>31:05  , na pehle, na ab.</w:t>
      </w:r>
    </w:p>
    <w:p>
      <w:pPr>
        <w:pStyle w:val="Heading2"/>
      </w:pPr>
      <w:r>
        <w:t>The law of patience and creativity from Quran</w:t>
      </w:r>
    </w:p>
    <w:p>
      <w:r>
        <w:rPr>
          <w:color w:val="666666"/>
          <w:sz w:val="18"/>
        </w:rPr>
        <w:t>Patience and Creative Thinking April 20, 2020 Maulana Wahiduddin Khan · 5m 48s · at 1:03 · https://youtu.be/zhpSQwyj_6Q?t=63</w:t>
      </w:r>
    </w:p>
    <w:p>
      <w:r>
        <w:rPr>
          <w:i/>
        </w:rPr>
        <w:t>“Izn ka matlab hai Allah ke qanoon se, fitrat ke qanoon se”</w:t>
      </w:r>
    </w:p>
    <w:p>
      <w:r>
        <w:rPr>
          <w:sz w:val="20"/>
        </w:rPr>
        <w:t>1:03  izn ka matlab hai Allah ke qanoon se, fitrat ke qanoon se.</w:t>
      </w:r>
      <w:r>
        <w:br/>
      </w:r>
      <w:r>
        <w:rPr>
          <w:sz w:val="20"/>
        </w:rPr>
        <w:t>1:12  woh kya hai? woh hai sabr, patience, wallahu ma'a al-sabireen. yani Allah ke is qanoon ka faida is ko milta hai jo sabr ka saboot de, patience ka saboot de.</w:t>
      </w:r>
      <w:r>
        <w:br/>
      </w:r>
      <w:r>
        <w:rPr>
          <w:sz w:val="20"/>
        </w:rPr>
        <w:t>1:41  is ayat ko</w:t>
      </w:r>
      <w:r>
        <w:br/>
      </w:r>
      <w:r>
        <w:rPr>
          <w:sz w:val="20"/>
        </w:rPr>
        <w:t>1:46  bohat din tak woh sochta raha, phir mujhe aik research mili. aik research hui hai, ghaliban America mein.</w:t>
      </w:r>
      <w:r>
        <w:br/>
      </w:r>
      <w:r>
        <w:rPr>
          <w:sz w:val="20"/>
        </w:rPr>
        <w:t>2:00  woh bohat hi ajeeb o ghareeb research hai,</w:t>
      </w:r>
      <w:r>
        <w:br/>
      </w:r>
      <w:r>
        <w:rPr>
          <w:sz w:val="20"/>
        </w:rPr>
        <w:t>2:04  jo</w:t>
      </w:r>
      <w:r>
        <w:br/>
      </w:r>
      <w:r>
        <w:rPr>
          <w:sz w:val="20"/>
        </w:rPr>
        <w:t>2:08  qanoon mein di hui is law ko confirm karti hai.</w:t>
      </w:r>
      <w:r>
        <w:br/>
      </w:r>
      <w:r>
        <w:rPr>
          <w:sz w:val="20"/>
        </w:rPr>
        <w:t>2:21  woh yeh hai ke do communities,</w:t>
      </w:r>
      <w:r>
        <w:br/>
      </w:r>
      <w:r>
        <w:rPr>
          <w:sz w:val="20"/>
        </w:rPr>
        <w:t>2:30  aik</w:t>
      </w:r>
      <w:r>
        <w:br/>
      </w:r>
      <w:r>
        <w:rPr>
          <w:sz w:val="20"/>
        </w:rPr>
        <w:t>2:33  strong community, aik kamzor community, jab dono mein takrao hota hai</w:t>
      </w:r>
      <w:r>
        <w:br/>
      </w:r>
      <w:r>
        <w:rPr>
          <w:sz w:val="20"/>
        </w:rPr>
        <w:t>2:46  to agar kamzor community</w:t>
      </w:r>
      <w:r>
        <w:br/>
      </w:r>
      <w:r>
        <w:rPr>
          <w:sz w:val="20"/>
        </w:rPr>
        <w:t>2:53  sabr se kaam le, sabr, patience, patience, to woh patience ki taqat se</w:t>
      </w:r>
      <w:r>
        <w:br/>
      </w:r>
      <w:r>
        <w:rPr>
          <w:sz w:val="20"/>
        </w:rPr>
        <w:t>3:06  ghaalib aa jati hai.</w:t>
      </w:r>
      <w:r>
        <w:br/>
      </w:r>
      <w:r>
        <w:rPr>
          <w:sz w:val="20"/>
        </w:rPr>
        <w:t>3:11  to is par jo research hui hai,</w:t>
      </w:r>
      <w:r>
        <w:br/>
      </w:r>
      <w:r>
        <w:rPr>
          <w:sz w:val="20"/>
        </w:rPr>
        <w:t>3:16  is mein bataya gaya hai</w:t>
      </w:r>
      <w:r>
        <w:br/>
      </w:r>
      <w:r>
        <w:rPr>
          <w:sz w:val="20"/>
        </w:rPr>
        <w:t>3:22  ke patience,</w:t>
      </w:r>
      <w:r>
        <w:br/>
      </w:r>
      <w:r>
        <w:rPr>
          <w:sz w:val="20"/>
        </w:rPr>
        <w:t>3:28  jo community patience par qaim rehti hai,</w:t>
      </w:r>
      <w:r>
        <w:br/>
      </w:r>
      <w:r>
        <w:rPr>
          <w:sz w:val="20"/>
        </w:rPr>
        <w:t>3:38  to is ke andar</w:t>
      </w:r>
      <w:r>
        <w:br/>
      </w:r>
      <w:r>
        <w:rPr>
          <w:sz w:val="20"/>
        </w:rPr>
        <w:t>3:42  creativity barhti hai.</w:t>
      </w:r>
      <w:r>
        <w:br/>
      </w:r>
      <w:r>
        <w:rPr>
          <w:sz w:val="20"/>
        </w:rPr>
        <w:t>3:46  yani taqatwar community, taqatwar ka matlab adad ziyada ho, ziyada adad wali community</w:t>
      </w:r>
      <w:r>
        <w:br/>
      </w:r>
      <w:r>
        <w:rPr>
          <w:sz w:val="20"/>
        </w:rPr>
        <w:t>4:01  par kam adad wali community patience se kaam leti hai. patience ka matlab yeh hai ke woh bajaye takrao karne ke,</w:t>
      </w:r>
      <w:r>
        <w:br/>
      </w:r>
      <w:r>
        <w:rPr>
          <w:sz w:val="20"/>
        </w:rPr>
        <w:t>4:18  negative</w:t>
      </w:r>
      <w:r>
        <w:br/>
      </w:r>
      <w:r>
        <w:rPr>
          <w:sz w:val="20"/>
        </w:rPr>
        <w:t>4:22  reaction dikhane ke bajaye,</w:t>
      </w:r>
      <w:r>
        <w:br/>
      </w:r>
      <w:r>
        <w:rPr>
          <w:sz w:val="20"/>
        </w:rPr>
        <w:t>4:29  woh</w:t>
      </w:r>
      <w:r>
        <w:br/>
      </w:r>
      <w:r>
        <w:rPr>
          <w:sz w:val="20"/>
        </w:rPr>
        <w:t>4:33  khamosh planning karti hai. khamosh planning.</w:t>
      </w:r>
      <w:r>
        <w:br/>
      </w:r>
      <w:r>
        <w:rPr>
          <w:sz w:val="20"/>
        </w:rPr>
        <w:t>4:40  to khamosh planning karne wali jo community hai,</w:t>
      </w:r>
      <w:r>
        <w:br/>
      </w:r>
      <w:r>
        <w:rPr>
          <w:sz w:val="20"/>
        </w:rPr>
        <w:t>4:47  us ke andar</w:t>
      </w:r>
      <w:r>
        <w:br/>
      </w:r>
      <w:r>
        <w:rPr>
          <w:sz w:val="20"/>
        </w:rPr>
        <w:t>4:53  creativity barh jati hai.</w:t>
      </w:r>
      <w:r>
        <w:br/>
      </w:r>
      <w:r>
        <w:rPr>
          <w:sz w:val="20"/>
        </w:rPr>
        <w:t>4:58  aur doosri taraf, doosri community</w:t>
      </w:r>
      <w:r>
        <w:br/>
      </w:r>
      <w:r>
        <w:rPr>
          <w:sz w:val="20"/>
        </w:rPr>
        <w:t>5:07  creativity karne lagti hai.</w:t>
      </w:r>
      <w:r>
        <w:br/>
      </w:r>
      <w:r>
        <w:rPr>
          <w:sz w:val="20"/>
        </w:rPr>
        <w:t>5:15  is qanoon mein, yeh qanoon jo surah fiqh mein bataya gaya hai,</w:t>
      </w:r>
      <w:r>
        <w:br/>
      </w:r>
      <w:r>
        <w:rPr>
          <w:sz w:val="20"/>
        </w:rPr>
        <w:t>5:24  ek bohat ahem baat batayi gayi hai, bohat ahem baat, ke is duniya mein patience asal taqat hai.</w:t>
      </w:r>
      <w:r>
        <w:br/>
      </w:r>
      <w:r>
        <w:rPr>
          <w:sz w:val="20"/>
        </w:rPr>
        <w:t>5:38  is duniya mein patience asal taqat hai.</w:t>
      </w:r>
      <w:r>
        <w:br/>
      </w:r>
      <w:r>
        <w:rPr>
          <w:sz w:val="20"/>
        </w:rPr>
        <w:t>5:48  kyunke patience ka nateeja yeh hota hai ke aadmi sochta hai, planning karta hai,</w:t>
      </w:r>
      <w:r>
        <w:br/>
      </w:r>
      <w:r>
        <w:rPr>
          <w:sz w:val="20"/>
        </w:rPr>
        <w:t>6:02  to is tareeqe se is ki creativity barhti hai.</w:t>
      </w:r>
      <w:r>
        <w:br/>
      </w:r>
      <w:r>
        <w:rPr>
          <w:sz w:val="20"/>
        </w:rPr>
        <w:t>6:09  aur creativity barhte barhte yeh halat hota hai ke ek waqt aata hai</w:t>
      </w:r>
      <w:r>
        <w:br/>
      </w:r>
      <w:r>
        <w:rPr>
          <w:sz w:val="20"/>
        </w:rPr>
        <w:t>6:18  ke ek community un creative ban jati hai aur doosri community creative ban jati hai.</w:t>
      </w:r>
      <w:r>
        <w:br/>
      </w:r>
      <w:r>
        <w:rPr>
          <w:sz w:val="20"/>
        </w:rPr>
        <w:t>6:32  ek un creative aur doosri creative.</w:t>
      </w:r>
      <w:r>
        <w:br/>
      </w:r>
      <w:r>
        <w:rPr>
          <w:sz w:val="20"/>
        </w:rPr>
        <w:t>6:40  to is tareeqe se ghalbat ka matlab yeh nahi ke hukoomat, yeh hukoomat ke maani mein nahi hai,</w:t>
      </w:r>
    </w:p>
    <w:p>
      <w:pPr>
        <w:pStyle w:val="Heading2"/>
      </w:pPr>
      <w:r>
        <w:t>No shortcut in life</w:t>
      </w:r>
    </w:p>
    <w:p>
      <w:r>
        <w:rPr>
          <w:color w:val="666666"/>
          <w:sz w:val="18"/>
        </w:rPr>
        <w:t>Lessons from The Best Story 9 May 2014 - Maulana Wahiduddin Khan · 20s · at 19:17 · https://youtu.be/rZnIPTO2QWs?t=1157</w:t>
      </w:r>
    </w:p>
    <w:p>
      <w:r>
        <w:rPr>
          <w:i/>
        </w:rPr>
        <w:t>“Koi shortcut nahi zindagi mein”</w:t>
      </w:r>
    </w:p>
    <w:p>
      <w:r>
        <w:rPr>
          <w:sz w:val="20"/>
        </w:rPr>
        <w:t>19:17  koi short cut nahi zindagi mein, koi doosra</w:t>
      </w:r>
      <w:r>
        <w:br/>
      </w:r>
      <w:r>
        <w:rPr>
          <w:sz w:val="20"/>
        </w:rPr>
        <w:t>19:23  yani aur koi doosra rasta nahi hai,</w:t>
      </w:r>
      <w:r>
        <w:br/>
      </w:r>
      <w:r>
        <w:rPr>
          <w:sz w:val="20"/>
        </w:rPr>
        <w:t>19:31  isi se guzarna hai bas.</w:t>
      </w:r>
    </w:p>
    <w:p>
      <w:pPr>
        <w:pStyle w:val="Heading2"/>
      </w:pPr>
      <w:r>
        <w:t>Real jihad was half a day, not 65-year wars</w:t>
      </w:r>
    </w:p>
    <w:p>
      <w:r>
        <w:rPr>
          <w:color w:val="666666"/>
          <w:sz w:val="18"/>
        </w:rPr>
        <w:t>The Secret of Divine Wisdom September 2, 2012 · 3m 36s · at 44:59 · https://youtu.be/ZXQlrW7PqAE?t=2699</w:t>
      </w:r>
    </w:p>
    <w:p>
      <w:r>
        <w:rPr>
          <w:i/>
        </w:rPr>
        <w:t>“Rasulullah ki teenon ladhaiyan sirf aadhe din ki thi”</w:t>
      </w:r>
    </w:p>
    <w:p>
      <w:r>
        <w:rPr>
          <w:sz w:val="20"/>
        </w:rPr>
        <w:t>44:59  aaj kal ek main wahan America gaya to wahan ek internet par ishtihar rakha logon ne Arabi padho Arabi padho. maine kaha is se kuch nahin hota aql padho.</w:t>
      </w:r>
      <w:r>
        <w:br/>
      </w:r>
      <w:r>
        <w:rPr>
          <w:sz w:val="20"/>
        </w:rPr>
        <w:t>45:13  Arabi padh saare log jo Arabi to jante hain saare Arab mein. aur kya kar rahe hain? paishat saal se lad rahe hain.</w:t>
      </w:r>
      <w:r>
        <w:br/>
      </w:r>
      <w:r>
        <w:rPr>
          <w:sz w:val="20"/>
        </w:rPr>
        <w:t>45:22  yeh bhi koi nahin sochta ke dekhiye is Palestine ki ladai jo hai woh chal rahi hai kam az kam paishat saal se.</w:t>
      </w:r>
      <w:r>
        <w:br/>
      </w:r>
      <w:r>
        <w:rPr>
          <w:sz w:val="20"/>
        </w:rPr>
        <w:t>45:32  ji yeh Arab bhi janne wale ilm mein jo aur Arab log jo to ek se ek badhkar Arabi ke mahir hain.</w:t>
      </w:r>
      <w:r>
        <w:br/>
      </w:r>
      <w:r>
        <w:rPr>
          <w:sz w:val="20"/>
        </w:rPr>
        <w:t>45:44  rasool Allah ne jo ke zamane mein jo ladaaiyan hui theen besicly teen ladaaiyan hui theen. badar, uhud aur hunain besicly aur to jhapain is ka mashinz thi woh.</w:t>
      </w:r>
      <w:r>
        <w:br/>
      </w:r>
      <w:r>
        <w:rPr>
          <w:sz w:val="20"/>
        </w:rPr>
        <w:t>45:58  to in teen ladaaiyon mein kya hua?</w:t>
      </w:r>
      <w:r>
        <w:br/>
      </w:r>
      <w:r>
        <w:rPr>
          <w:sz w:val="20"/>
        </w:rPr>
        <w:t>46:00  sirf aadhe din ladaai hui thi. dopahar ko shuru hui shaam ko khatam ho gayi. aap kitabon mein parh lijiyay. aap kitabon mein parh lijiyay ke yeh teeno ladaaiyan aadhe aadhe din hui theen.</w:t>
      </w:r>
      <w:r>
        <w:br/>
      </w:r>
      <w:r>
        <w:rPr>
          <w:sz w:val="20"/>
        </w:rPr>
        <w:t>46:17  to yeh arab log kyun nahin sochtay is ko ke yeh kaisi ladaai hai kaisa jihad hai jo paishat saal chala ja raha hai. rasool Allah ne jis cheez ko jihad kaha tha woh jihad to woh aadhe din ka tha woh.</w:t>
      </w:r>
      <w:r>
        <w:br/>
      </w:r>
      <w:r>
        <w:rPr>
          <w:sz w:val="20"/>
        </w:rPr>
        <w:t>46:32  jis cheez ko rasool Allah ne jihad kaha tha aur jis jihad mein rasool Allah ne basharat di thi woh to aadhe din ka tha. yeh tumhara jihad nahin hai yeh. yeh to jhooti ladaai hai yeh.</w:t>
      </w:r>
      <w:r>
        <w:br/>
      </w:r>
      <w:r>
        <w:rPr>
          <w:sz w:val="20"/>
        </w:rPr>
        <w:t>46:42  jihad hota to woh bhi aadhe din mein faisla ho jata. yaani kitna ziyada sochne ki baat hai.</w:t>
      </w:r>
      <w:r>
        <w:br/>
      </w:r>
      <w:r>
        <w:rPr>
          <w:sz w:val="20"/>
        </w:rPr>
        <w:t>46:54  jo hadithain jihad ke baray mein hain woh khoob dhoom se log sunatay hain.</w:t>
      </w:r>
      <w:r>
        <w:br/>
      </w:r>
      <w:r>
        <w:rPr>
          <w:sz w:val="20"/>
        </w:rPr>
        <w:t>47:02  jhoot sop to sunatay hain hadithain jihad wali. lekin mein logon se poochta hoon ke yeh bhi to isi inhi kitabon mein hai ke rasool Allah ne teen ladaaiyan ladeen aur teeno aadhe din ke liye theen bas.</w:t>
      </w:r>
      <w:r>
        <w:br/>
      </w:r>
      <w:r>
        <w:rPr>
          <w:sz w:val="20"/>
        </w:rPr>
        <w:t>47:17  to yeh kaun sa torat jihad hai jo paishat saal chala ja raha hai aaj tak khatam nahin hua aur tabaahi tabaahi tabaahi tabaahi. yaani paishat saal ka dar arab aur falasteen mein sab kuch kho diya.</w:t>
      </w:r>
      <w:r>
        <w:br/>
      </w:r>
      <w:r>
        <w:rPr>
          <w:sz w:val="20"/>
        </w:rPr>
        <w:t>47:31  rasool Allah ne aadhe din ki ladaai mein jeet haasil ki thi aur tum ne paishat saal ki ladaai mein sirf haar aa rahay ho. is mani ka hai Khuda tumhare jihad ko dis own kar raha hai.</w:t>
      </w:r>
      <w:r>
        <w:br/>
      </w:r>
      <w:r>
        <w:rPr>
          <w:sz w:val="20"/>
        </w:rPr>
        <w:t>47:45  tumhari is is ladaai ko Khuda dis own kar raha hai. Khuda keh raha hai ke tum ko meri blessing nahin pahunchay gi.</w:t>
      </w:r>
      <w:r>
        <w:br/>
      </w:r>
      <w:r>
        <w:rPr>
          <w:sz w:val="20"/>
        </w:rPr>
        <w:t>47:58  quran mein hai dekhiye antum al-aaloon in kuntum momineen tum hi jeetogay agar tum momin ho.</w:t>
      </w:r>
      <w:r>
        <w:br/>
      </w:r>
      <w:r>
        <w:rPr>
          <w:sz w:val="20"/>
        </w:rPr>
        <w:t>48:08  to agar yeh log momin hain to jeet kahan jeet jeet ko nahin mil rahi in ko. yeh kaun sa momin hai jo in ko jeet se mahroom hai.</w:t>
      </w:r>
      <w:r>
        <w:br/>
      </w:r>
      <w:r>
        <w:rPr>
          <w:sz w:val="20"/>
        </w:rPr>
        <w:t>48:21  to jeet kis momin ke liye hai</w:t>
      </w:r>
      <w:r>
        <w:br/>
      </w:r>
      <w:r>
        <w:rPr>
          <w:sz w:val="20"/>
        </w:rPr>
        <w:t>48:23  is momin ke liye hai jo jo quran ke mutabiq ho jo rasool Allah ki sunnat ke mutabiq ho. jo yeh janay ke jihad to sirf aadhe dil ke liye hota hai.</w:t>
      </w:r>
    </w:p>
    <w:p>
      <w:pPr>
        <w:pStyle w:val="Heading2"/>
      </w:pPr>
      <w:r>
        <w:t>In loss be grateful for what you have</w:t>
      </w:r>
    </w:p>
    <w:p>
      <w:r>
        <w:rPr>
          <w:color w:val="666666"/>
          <w:sz w:val="18"/>
        </w:rPr>
        <w:t>Surah Al-'Asr I November 23, 2014 · 40s · at 44:43 · https://youtu.be/K1G2YJVBE5U?t=2683</w:t>
      </w:r>
    </w:p>
    <w:p>
      <w:r>
        <w:rPr>
          <w:i/>
        </w:rPr>
        <w:t>“Agar aap ko ghaata ho to uske bawajood kya zinda hain aap?”</w:t>
      </w:r>
    </w:p>
    <w:p>
      <w:r>
        <w:rPr>
          <w:sz w:val="20"/>
        </w:rPr>
        <w:t>44:43  ghata ho, loss ho, koi negative experience ho, to is experience ko na sochein.</w:t>
      </w:r>
      <w:r>
        <w:br/>
      </w:r>
      <w:r>
        <w:rPr>
          <w:sz w:val="20"/>
        </w:rPr>
        <w:t>44:53  is ghate ko mat sochein. yeh sochein is ghate ke bawajood kya zinda hain aap?</w:t>
      </w:r>
      <w:r>
        <w:br/>
      </w:r>
      <w:r>
        <w:rPr>
          <w:sz w:val="20"/>
        </w:rPr>
        <w:t>45:00  is ghate ke bawajood kya aap ko khana peena mil raha hai? is ghate ke bawajood kya aap ke badan par kapde hain? is ghate ke bawajood kya aap par rehne ke liye ghar hai?</w:t>
      </w:r>
      <w:r>
        <w:br/>
      </w:r>
      <w:r>
        <w:rPr>
          <w:sz w:val="20"/>
        </w:rPr>
        <w:t>45:11  yeh sochein. agar hai to mashkoor kijiye.</w:t>
      </w:r>
    </w:p>
    <w:p>
      <w:pPr>
        <w:pStyle w:val="Heading2"/>
      </w:pPr>
      <w:r>
        <w:t>Satan's challenge to mislead most humans</w:t>
      </w:r>
    </w:p>
    <w:p>
      <w:r>
        <w:rPr>
          <w:color w:val="666666"/>
          <w:sz w:val="18"/>
        </w:rPr>
        <w:t>Between Hell And Paradise Jan 27, 2013 - Maulana Wahiduddin Khan · 1m 52s · at 2:36 · https://youtu.be/ZsC5AXf1iKM?t=156</w:t>
      </w:r>
    </w:p>
    <w:p>
      <w:r>
        <w:rPr>
          <w:i/>
        </w:rPr>
        <w:t>“Qur'an mein bataya gaya hai.”</w:t>
      </w:r>
    </w:p>
    <w:p>
      <w:r>
        <w:rPr>
          <w:sz w:val="20"/>
        </w:rPr>
        <w:t>2:36  quran mein bataya gaya hai, aap jante hain ke quran mein adam aur iblis ke qisse ko bar bar repeat kiya gaya hai.</w:t>
      </w:r>
      <w:r>
        <w:br/>
      </w:r>
      <w:r>
        <w:rPr>
          <w:sz w:val="20"/>
        </w:rPr>
        <w:t>2:49  to is mein se ek juz is ka yeh hai ke iblis ne, ya shaitan ne, yeh challenge diya</w:t>
      </w:r>
      <w:r>
        <w:br/>
      </w:r>
      <w:r>
        <w:rPr>
          <w:sz w:val="20"/>
        </w:rPr>
        <w:t>3:02  ke "la takunna illa qaleela".</w:t>
      </w:r>
      <w:r>
        <w:br/>
      </w:r>
      <w:r>
        <w:rPr>
          <w:sz w:val="20"/>
        </w:rPr>
        <w:t>3:11  yani insanon ki majority ko main solve kar loonga.</w:t>
      </w:r>
      <w:r>
        <w:br/>
      </w:r>
      <w:r>
        <w:rPr>
          <w:sz w:val="20"/>
        </w:rPr>
        <w:t>3:19  yeh hua aaghaz hayat mein, jab insan ki nasal shuru hui. Is waqt jo waqea guzra woh aap sab log jante hain</w:t>
      </w:r>
      <w:r>
        <w:br/>
      </w:r>
      <w:r>
        <w:rPr>
          <w:sz w:val="20"/>
        </w:rPr>
        <w:t>3:32  ke awwal din hi shaitan Adam ka dushman ho gaya.</w:t>
      </w:r>
      <w:r>
        <w:br/>
      </w:r>
      <w:r>
        <w:rPr>
          <w:sz w:val="20"/>
        </w:rPr>
        <w:t>3:40  Aur us ne kaha ke "la tankun zaruriyatan illa qaleela". Insanon ki nasal jo hai, us ki majority ko main salo kar loonga.</w:t>
      </w:r>
      <w:r>
        <w:br/>
      </w:r>
      <w:r>
        <w:rPr>
          <w:sz w:val="20"/>
        </w:rPr>
        <w:t>3:52  Bahut thore log bachen ge.</w:t>
      </w:r>
      <w:r>
        <w:br/>
      </w:r>
      <w:r>
        <w:rPr>
          <w:sz w:val="20"/>
        </w:rPr>
        <w:t>3:57  Aur kaisi ajeeb baat hai ke haqeeqatan main salo kar liya us ne.</w:t>
      </w:r>
      <w:r>
        <w:br/>
      </w:r>
      <w:r>
        <w:rPr>
          <w:sz w:val="20"/>
        </w:rPr>
        <w:t>4:03  Puri tareekh jo hai, isi ki</w:t>
      </w:r>
      <w:r>
        <w:br/>
      </w:r>
      <w:r>
        <w:rPr>
          <w:sz w:val="20"/>
        </w:rPr>
        <w:t>4:11  confirm kar rahi hai, isi ko. Ke puri history mein insanon ki majority jo hai woh satan ki follower ban gayi hai.</w:t>
      </w:r>
      <w:r>
        <w:br/>
      </w:r>
      <w:r>
        <w:rPr>
          <w:sz w:val="20"/>
        </w:rPr>
        <w:t>4:24  Yeh bahut ajeeb baat hai.</w:t>
      </w:r>
    </w:p>
    <w:p>
      <w:pPr>
        <w:pStyle w:val="Heading2"/>
      </w:pPr>
      <w:r>
        <w:t>Watching people rush by: where is everyone really going</w:t>
      </w:r>
    </w:p>
    <w:p>
      <w:r>
        <w:rPr>
          <w:color w:val="666666"/>
          <w:sz w:val="18"/>
        </w:rPr>
        <w:t>Life's Journey April 12, 2015 · 2m 37s · at 21:15 · https://youtu.be/9AF97mfiIPc?t=1275</w:t>
      </w:r>
    </w:p>
    <w:p>
      <w:r>
        <w:rPr>
          <w:i/>
        </w:rPr>
        <w:t>“Main apni baalcony mein khada logon ko dekhta hoon”</w:t>
      </w:r>
    </w:p>
    <w:p>
      <w:r>
        <w:rPr>
          <w:sz w:val="20"/>
        </w:rPr>
        <w:t>21:15  main jab apne ghar ke samne, meri Balcony hai, us par khara hota hoon aur log aa rahe hain, ja rahe hain. koi car se, koi motorcycle se, koi rickshaw se, koi paidal.</w:t>
      </w:r>
      <w:r>
        <w:br/>
      </w:r>
      <w:r>
        <w:rPr>
          <w:sz w:val="20"/>
        </w:rPr>
        <w:t>21:28  to main sochta hoon der tak ke kahan ja rahe hain, kahan aa rahe hain. kahan aa rahe hain, kahan se aa rahe hain aur kahan ja rahe hain. yeh sochta rehta hoon ke yeh log jo sarkon par dor rahe hain, yeh kahan se aa rahe hain, kahan se ja rahe hain.</w:t>
      </w:r>
      <w:r>
        <w:br/>
      </w:r>
      <w:r>
        <w:rPr>
          <w:sz w:val="20"/>
        </w:rPr>
        <w:t>21:45  to mera Mind yeh jawab deta hai ke yeh dunya se aa rahe hain aur dunya mein ja rahe hain. yani in ke safar ka aghaz bhi dunya hai aur safar ka ikhtetam bhi dunya hai.</w:t>
      </w:r>
      <w:r>
        <w:br/>
      </w:r>
      <w:r>
        <w:rPr>
          <w:sz w:val="20"/>
        </w:rPr>
        <w:t>21:56  yani koi dunyavi maqsad. rishtedaron se milna, job ke liye jana, apne is Business ke liye jana. yani apni dunyavi taameer ke liye unhon ne jo maqamat banaye hain, wahan jana, wahan se aana.</w:t>
      </w:r>
      <w:r>
        <w:br/>
      </w:r>
      <w:r>
        <w:rPr>
          <w:sz w:val="20"/>
        </w:rPr>
        <w:t>22:14  to ek, ek woh log hote hain. shayad woh nadir koi aisa hota hai jo akhirat ke liye dor raha ho.</w:t>
      </w:r>
      <w:r>
        <w:br/>
      </w:r>
      <w:r>
        <w:rPr>
          <w:sz w:val="20"/>
        </w:rPr>
        <w:t>22:25  to is ka matlab yeh hai ke har aadmi apne andar chahe shandar kapra ho, main dekhta hoon logon ko bohat shandar kapron mein chal rahe hain Road par.</w:t>
      </w:r>
      <w:r>
        <w:br/>
      </w:r>
      <w:r>
        <w:rPr>
          <w:sz w:val="20"/>
        </w:rPr>
        <w:t>22:34  to main sochta hoon ke aaj yeh shandar kapron mein hain, lekin kal to Black Personality ke sath uthen ge log. Quran ke mutabiq.</w:t>
      </w:r>
      <w:r>
        <w:br/>
      </w:r>
      <w:r>
        <w:rPr>
          <w:sz w:val="20"/>
        </w:rPr>
        <w:t>22:43  aaj ka shandar kapra wahan shandar nahi rahe ga.</w:t>
      </w:r>
      <w:r>
        <w:br/>
      </w:r>
      <w:r>
        <w:rPr>
          <w:sz w:val="20"/>
        </w:rPr>
        <w:t>22:50  wahan, wahan woh Black ban jaye ga. to yeh bohat zyada sochne ki zaroorat hai.</w:t>
      </w:r>
      <w:r>
        <w:br/>
      </w:r>
      <w:r>
        <w:rPr>
          <w:sz w:val="20"/>
        </w:rPr>
        <w:t>23:01  subah sham aadmi ko sochna chahiye. kyun ke jo akhirat ka safar hai, woh tadabbur ke zariye tay hota hai.</w:t>
      </w:r>
      <w:r>
        <w:br/>
      </w:r>
      <w:r>
        <w:rPr>
          <w:sz w:val="20"/>
        </w:rPr>
        <w:t>23:12  woh tafakkur, tazakkur aur Contemplation ke zariye tay hota hai. jitna zyada aap sochen ge, utne zyada aap kamyab musafir banen ge akhirat ke.</w:t>
      </w:r>
      <w:r>
        <w:br/>
      </w:r>
      <w:r>
        <w:rPr>
          <w:sz w:val="20"/>
        </w:rPr>
        <w:t>23:25  dunya ka musafir banne ke liye zyada sochne ki zaroorat nahi hai. aas pas jo log hain, woh sab isi mein dor rahe hain to aap bhi unhi ko, unhi ko Follow karne lagte hain.</w:t>
      </w:r>
      <w:r>
        <w:br/>
      </w:r>
      <w:r>
        <w:rPr>
          <w:sz w:val="20"/>
        </w:rPr>
        <w:t>23:39  to dunya ka jo safar hai, is ke liye kuch zyada sochne ki zaroorat nahi hai. jo Environment hai, wohi kafi hai aap ko batane ke liye.</w:t>
      </w:r>
    </w:p>
    <w:p>
      <w:pPr>
        <w:pStyle w:val="Heading2"/>
      </w:pPr>
      <w:r>
        <w:t>God's signs revealed in modern times</w:t>
      </w:r>
    </w:p>
    <w:p>
      <w:r>
        <w:rPr>
          <w:color w:val="666666"/>
          <w:sz w:val="18"/>
        </w:rPr>
        <w:t>The Purpose of Creation March 30, 2008 · 27s · at 4:50 · https://youtu.be/y0vyz7VtfUU?t=290</w:t>
      </w:r>
    </w:p>
    <w:p>
      <w:r>
        <w:rPr>
          <w:i/>
        </w:rPr>
        <w:t>“Main samajhta hoon ke aaj ke zamane mein Khuda ne woh nishaniyan”</w:t>
      </w:r>
    </w:p>
    <w:p>
      <w:r>
        <w:rPr>
          <w:sz w:val="20"/>
        </w:rPr>
        <w:t>4:50  main samajhta hoon ke aaj ke zamane mein khuda ne woh nishaniyan, woh signs aakhri taur par khol di hain jis se aap khuda ko samajh saken.</w:t>
      </w:r>
      <w:r>
        <w:br/>
      </w:r>
      <w:r>
        <w:rPr>
          <w:sz w:val="20"/>
        </w:rPr>
        <w:t>5:09  khuda ki azmat ko samajhne ke liye sab tarqqiyan hui hain.</w:t>
      </w:r>
    </w:p>
    <w:p>
      <w:pPr>
        <w:pStyle w:val="Heading2"/>
      </w:pPr>
      <w:r>
        <w:t>Mankind's history of chasing ideals over practical wisdom</w:t>
      </w:r>
    </w:p>
    <w:p>
      <w:r>
        <w:rPr>
          <w:color w:val="666666"/>
          <w:sz w:val="18"/>
        </w:rPr>
        <w:t>Idealism vs Practical Wisdom November 13, 2011 · 56s · at 0:37 · https://youtu.be/wBAP5e9j7m8?t=37</w:t>
      </w:r>
    </w:p>
    <w:p>
      <w:r>
        <w:rPr>
          <w:i/>
        </w:rPr>
        <w:t>“Aaj ka topic hai: Idealism versus Practical Wisdom”</w:t>
      </w:r>
    </w:p>
    <w:p>
      <w:r>
        <w:rPr>
          <w:sz w:val="20"/>
        </w:rPr>
        <w:t>0:37  Aaj ka topic hai: Idealism versus Practical Wisdom.</w:t>
      </w:r>
      <w:r>
        <w:br/>
      </w:r>
      <w:r>
        <w:rPr>
          <w:sz w:val="20"/>
        </w:rPr>
        <w:t>0:50  Yani miyar pasandida aur amli natije ke aitbar se cheezon ko lena.</w:t>
      </w:r>
      <w:r>
        <w:br/>
      </w:r>
      <w:r>
        <w:rPr>
          <w:sz w:val="20"/>
        </w:rPr>
        <w:t>1:07  Yeh ajib baat hai ke poori history mein insan idealism ke peeche daudta raha hai. Bahut hi kam misalein milengi jab ke insan ne practical wisdom ki ahmiyat ko samjha ho.</w:t>
      </w:r>
      <w:r>
        <w:br/>
      </w:r>
      <w:r>
        <w:rPr>
          <w:sz w:val="20"/>
        </w:rPr>
        <w:t>1:27  Pehle bhi aise hi tha, aaj bhi aisa hi hai.</w:t>
      </w:r>
    </w:p>
    <w:p>
      <w:pPr>
        <w:pStyle w:val="Heading2"/>
      </w:pPr>
      <w:r>
        <w:t>touching the Black Stone feels like touching God's hand</w:t>
      </w:r>
    </w:p>
    <w:p>
      <w:r>
        <w:rPr>
          <w:color w:val="666666"/>
          <w:sz w:val="18"/>
        </w:rPr>
        <w:t>The Spirit of Hajj June 25, 2023 · 19s · at 15:14 · https://youtu.be/q5IqRKE3t9E?t=914</w:t>
      </w:r>
    </w:p>
    <w:p>
      <w:r>
        <w:rPr>
          <w:i/>
        </w:rPr>
        <w:t>“It feels as if he has received the hand of God”</w:t>
      </w:r>
    </w:p>
    <w:p>
      <w:r>
        <w:rPr>
          <w:sz w:val="20"/>
        </w:rPr>
        <w:t>15:14  phir jab hazrat aswad milta hai usko, to usko lagta hai ke jaise usko khuda ka hath mil gaya hai aur woh khuda se jo kuch mangna chahta hai woh mang raha hai. khuda se duaein kar raha hai. khuda se bakhshish ki duaein kar raha hai. to isi tarah se sahi hai. khuda ke liye daud dhoop kar raha hai.</w:t>
      </w:r>
      <w:r>
        <w:br/>
      </w:r>
      <w:r>
        <w:rPr>
          <w:sz w:val="20"/>
        </w:rPr>
        <w:t>15:33  ramy jimar jo hai stoning to woh jab kankri marta hai wahan jo bana hua hai pillar kyunke wahan par hazrat ibrahim ko shaitan ne bhekaya tha. to woh asal mein woh pillar woh shaitan to hai nahi woh to symbolic hai sab kuch. to matlab hai ke hum apni desires ko khatam karenge aur apne aap ko khuda ke hawale kar denge.</w:t>
      </w:r>
    </w:p>
    <w:p>
      <w:pPr>
        <w:pStyle w:val="Heading2"/>
      </w:pPr>
      <w:r>
        <w:t>From feeding hungry children to checking phones in prayer</w:t>
      </w:r>
    </w:p>
    <w:p>
      <w:r>
        <w:rPr>
          <w:color w:val="666666"/>
          <w:sz w:val="18"/>
        </w:rPr>
        <w:t>Divine Ideology of Life I 11 July 2010 · 1m 53s · at 18:44 · https://youtu.be/wOmHVfyjMJY?t=1124</w:t>
      </w:r>
    </w:p>
    <w:p>
      <w:r>
        <w:rPr>
          <w:i/>
        </w:rPr>
        <w:t>“Shab jo main namaz ke liye khada hua, dil mein kya tha?”</w:t>
      </w:r>
    </w:p>
    <w:p>
      <w:r>
        <w:rPr>
          <w:sz w:val="20"/>
        </w:rPr>
        <w:t>18:44  to shayar ne kaha ke "shab to shab cho aqd-e-namaz bar bandam, ch khurat ba-damad farzandam." shab cho aqd-e-namaz bar bandam,</w:t>
      </w:r>
      <w:r>
        <w:br/>
      </w:r>
      <w:r>
        <w:rPr>
          <w:sz w:val="20"/>
        </w:rPr>
        <w:t>19:00  ch khurat ba-damad farzandam. yaani raat ko jab main namaz padhne ke liye khada hua to dil mein kya tha?</w:t>
      </w:r>
      <w:r>
        <w:br/>
      </w:r>
      <w:r>
        <w:rPr>
          <w:sz w:val="20"/>
        </w:rPr>
        <w:t>19:09  subah ke mere bachche kya khayenge?</w:t>
      </w:r>
      <w:r>
        <w:br/>
      </w:r>
      <w:r>
        <w:rPr>
          <w:sz w:val="20"/>
        </w:rPr>
        <w:t>19:15  yaani raat ko jab main namaz padhne ke liye khada hua to dil mein kya tha? mere bachche kal subah kya khayenge? yeh tha daur-e-gharat ka mamla.</w:t>
      </w:r>
      <w:r>
        <w:br/>
      </w:r>
      <w:r>
        <w:rPr>
          <w:sz w:val="20"/>
        </w:rPr>
        <w:t>19:24  ab jo hai, daur-e-tharat hai. age of money hai. ab kya hai? age of, age of mobile hai.</w:t>
      </w:r>
      <w:r>
        <w:br/>
      </w:r>
      <w:r>
        <w:rPr>
          <w:sz w:val="20"/>
        </w:rPr>
        <w:t>19:35  jis ko dekho, us ki jeeb mobile hai. ab jaaiye masjid mein, aap jaaiye. har aadmi ki jeeb mein mobile hoga.</w:t>
      </w:r>
      <w:r>
        <w:br/>
      </w:r>
      <w:r>
        <w:rPr>
          <w:sz w:val="20"/>
        </w:rPr>
        <w:t>19:44  kuch logon ke mobile to namaz ke beech mein bajne lagta hai, banda nahin karte.</w:t>
      </w:r>
      <w:r>
        <w:br/>
      </w:r>
      <w:r>
        <w:rPr>
          <w:sz w:val="20"/>
        </w:rPr>
        <w:t>19:52  aur baqi log jaise hi namaz khatm hogi, mobile nikaal ke foran check karenge. yaani namaz khatm hui, mobile check ho raha hai. us ke maani ke ab jo hai, farq itna hi hua hai ke pehle namaz padhne wala sochta tha ke mere bachche kya khayenge?</w:t>
      </w:r>
      <w:r>
        <w:br/>
      </w:r>
      <w:r>
        <w:rPr>
          <w:sz w:val="20"/>
        </w:rPr>
        <w:t>20:09  ab sochta hai ke mere mobile ka message kis ka aaya hai?</w:t>
      </w:r>
      <w:r>
        <w:br/>
      </w:r>
      <w:r>
        <w:rPr>
          <w:sz w:val="20"/>
        </w:rPr>
        <w:t>20:13  itna hi farq hua. khuda ko kaun sochta hai? parh rahe hain namaz, sochte hain kya hai? bachche kya khayenge?</w:t>
      </w:r>
      <w:r>
        <w:br/>
      </w:r>
      <w:r>
        <w:rPr>
          <w:sz w:val="20"/>
        </w:rPr>
        <w:t>20:23  ab kya hai? soch parh rahe hain namaz, sochte hain kya hain? mobile pe kis ka message aa raha hai? yeh koi namaz hai? yeh hindi lafz agar main istemal karun to kahungi yeh khilwad hai.</w:t>
      </w:r>
    </w:p>
    <w:p>
      <w:pPr>
        <w:pStyle w:val="Heading2"/>
      </w:pPr>
      <w:r>
        <w:t>Check every action against what pleases God</w:t>
      </w:r>
    </w:p>
    <w:p>
      <w:r>
        <w:rPr>
          <w:color w:val="666666"/>
          <w:sz w:val="18"/>
        </w:rPr>
        <w:t>Discovering The Spirit of Ramadan March 16, 2025 · 29s · at 10:25 · https://youtu.be/WrIyg6N7390?t=625</w:t>
      </w:r>
    </w:p>
    <w:p>
      <w:r>
        <w:rPr>
          <w:i/>
        </w:rPr>
        <w:t>“Before any act, ask: will this upset God?”</w:t>
      </w:r>
    </w:p>
    <w:p>
      <w:r>
        <w:rPr>
          <w:sz w:val="20"/>
        </w:rPr>
        <w:t>10:25  koi bhi kaam hum karne jayen to hum sochen ke kya hamara khuda is se naraz to nahi hoga?</w:t>
      </w:r>
      <w:r>
        <w:br/>
      </w:r>
      <w:r>
        <w:rPr>
          <w:sz w:val="20"/>
        </w:rPr>
        <w:t>10:32  agar hamein lage ke yeh khuda ki marzi ke mutabiq yeh kaam nahi hai, to hum foran, hamein we should stop in our track foran hamein ruk jana chahiye.</w:t>
      </w:r>
      <w:r>
        <w:br/>
      </w:r>
      <w:r>
        <w:rPr>
          <w:sz w:val="20"/>
        </w:rPr>
        <w:t>10:41  aur isi tarah har kaam ko sochein ke khuda kis kaam se khush hota hai, to phir hum woh kaam karein. agar hum aisa mahine bhar aisa kaam kar lenge, to hamari achi tarbiyat ho jayegi.</w:t>
      </w:r>
    </w:p>
    <w:p>
      <w:pPr>
        <w:pStyle w:val="Heading2"/>
      </w:pPr>
      <w:r>
        <w:t>How spouses become true intellectual partners</w:t>
      </w:r>
    </w:p>
    <w:p>
      <w:r>
        <w:rPr>
          <w:color w:val="666666"/>
          <w:sz w:val="18"/>
        </w:rPr>
        <w:t>The Role of Islam in Personality Development March 13, 2011 · 2m 27s · at 1:30:41 · https://youtu.be/jQP07IZoEy0?t=5441</w:t>
      </w:r>
    </w:p>
    <w:p>
      <w:r>
        <w:rPr>
          <w:i/>
        </w:rPr>
        <w:t>“Aadmi is haqeeqat ko discover kaise kare?”</w:t>
      </w:r>
    </w:p>
    <w:p>
      <w:r>
        <w:rPr>
          <w:sz w:val="20"/>
        </w:rPr>
        <w:t>1:30:41  Miss Trarashid Jamal ne Dilli se likha hai: "Aurat aur mard dono ek doosre ke liye Khuda ki bohat bari rehmat hain.</w:t>
      </w:r>
      <w:r>
        <w:br/>
      </w:r>
      <w:r>
        <w:rPr>
          <w:sz w:val="20"/>
        </w:rPr>
        <w:t>1:30:51  Aadmi is haqeeqat ko kaise discover kare?"</w:t>
      </w:r>
      <w:r>
        <w:br/>
      </w:r>
      <w:r>
        <w:rPr>
          <w:sz w:val="20"/>
        </w:rPr>
        <w:t>1:30:56  wohtwalrediya hai. discover karna hai? mera tajurba yeh hai ke discover na kernay ki waja aap yeh janiye ke discover na kernay ki waja kiya hai.</w:t>
      </w:r>
      <w:r>
        <w:br/>
      </w:r>
      <w:r>
        <w:rPr>
          <w:sz w:val="20"/>
        </w:rPr>
        <w:t>1:31:09  woh waja kiya hai? waja sirf yeh hai ke ghar mein aap aapas mein jo baat karte hain, jo log toh fazool baatein karte hain.</w:t>
      </w:r>
      <w:r>
        <w:br/>
      </w:r>
      <w:r>
        <w:rPr>
          <w:sz w:val="20"/>
        </w:rPr>
        <w:t>1:31:19  matlab khana, aaj ka kiya khana khana hai aur kahan outing ke liye jana hai aur kiya shopping kerna hai aur family ke falan aadmi se kiya kerna hai.</w:t>
      </w:r>
      <w:r>
        <w:br/>
      </w:r>
      <w:r>
        <w:rPr>
          <w:sz w:val="20"/>
        </w:rPr>
        <w:t>1:31:28  falan aadmi ne yeh keh diya, uske khilaf baatein ho rahi hain. yani jo charchaa hota hai ghar mein, usiko band karti hai. bas uske baad apne aap hi aap ka woh positive partner ban jayega. woh already aurat aur mard aik doosre ke liye positive partner hain, lekin phanse rehte hain doosri</w:t>
      </w:r>
      <w:r>
        <w:br/>
      </w:r>
      <w:r>
        <w:rPr>
          <w:sz w:val="20"/>
        </w:rPr>
        <w:t>1:31:46  baaton mein, shikaayaton mein, ghussa hote hain, idhar udhar ki baatein karte hain.</w:t>
      </w:r>
      <w:r>
        <w:br/>
      </w:r>
      <w:r>
        <w:rPr>
          <w:sz w:val="20"/>
        </w:rPr>
        <w:t>1:31:57  toh asal cheez yeh hai ke jo cheezein rukawat bani hain, usko khatam kar dijiye. ab st</w:t>
      </w:r>
      <w:r>
        <w:br/>
      </w:r>
      <w:r>
        <w:rPr>
          <w:sz w:val="20"/>
        </w:rPr>
        <w:t>1:32:04  ickle ko khatam kar dijiye. ab obstacle kiya hai? ke doosri cheezon mein uljhe rehna. doosri cheezon mein uljhe rehna.</w:t>
      </w:r>
      <w:r>
        <w:br/>
      </w:r>
      <w:r>
        <w:rPr>
          <w:sz w:val="20"/>
        </w:rPr>
        <w:t>1:32:14  jaise mein ne, woh jo mein ne aap ko zikr kiya, woh America ke saahab ka, unka bhi aik formula batata hoon aap ko. woh bohat umda hai gharon ke liye. yani unka formula yehi hai ke chalo yeh bhi theek hai.</w:t>
      </w:r>
      <w:r>
        <w:br/>
      </w:r>
      <w:r>
        <w:rPr>
          <w:sz w:val="20"/>
        </w:rPr>
        <w:t>1:32:28  jaise aik din mein utha, jab utha toh yeh tay hua ke hum log jayenge park. falan park mein kahin jana tha. toh jab time ho gaya toh kisi waja se mein ne kaha bhai aaj nahi jayenge,</w:t>
      </w:r>
      <w:r>
        <w:br/>
      </w:r>
      <w:r>
        <w:rPr>
          <w:sz w:val="20"/>
        </w:rPr>
        <w:t>1:32:43  aaj falan kaam kerna hai. kuch keh diya mein ne. toh unhone yeh nahi kaha ke kaise aadmi hain aap, tay kiya ke falan waqt time pe jayenge. mein ne uske liye tayyari kiya aur aap kehte hain aaj nahi jayenge.</w:t>
      </w:r>
      <w:r>
        <w:br/>
      </w:r>
      <w:r>
        <w:rPr>
          <w:sz w:val="20"/>
        </w:rPr>
        <w:t>1:32:55  kuch nahi. unhone kaha ke chalo yeh bhi theek hai. chalo yeh bhi theek hai. simple formula hai. toh jab bhi koi shohar aur biwi mein koi masla paida ho toh keh diya chalo yeh bhi theek hai.</w:t>
      </w:r>
    </w:p>
    <w:p>
      <w:pPr>
        <w:pStyle w:val="Heading2"/>
      </w:pPr>
      <w:r>
        <w:t>Every calamity that befalls you is from your own deeds</w:t>
      </w:r>
    </w:p>
    <w:p>
      <w:r>
        <w:rPr>
          <w:color w:val="666666"/>
          <w:sz w:val="18"/>
        </w:rPr>
        <w:t>Quran A Book of God June 5, 2011 · 49s · at 32:05 · https://youtu.be/xT0YdQ1Jgc8?t=1925</w:t>
      </w:r>
    </w:p>
    <w:p>
      <w:r>
        <w:rPr>
          <w:i/>
        </w:rPr>
        <w:t>“وما اصابکم من مصیبت فما کسبت ایدیکم”</w:t>
      </w:r>
    </w:p>
    <w:p>
      <w:r>
        <w:rPr>
          <w:sz w:val="20"/>
        </w:rPr>
        <w:t>32:05  "wama asabakum min musibatin fama qasamat ahdikum".</w:t>
      </w:r>
      <w:r>
        <w:br/>
      </w:r>
      <w:r>
        <w:rPr>
          <w:sz w:val="20"/>
        </w:rPr>
        <w:t>32:12  is ka translation yeh hai ke jo musibat bhi, jo koi musibat bhi tum par padti hai, wo tumhare apne kiye ka nateeja hoti hai.</w:t>
      </w:r>
      <w:r>
        <w:br/>
      </w:r>
      <w:r>
        <w:rPr>
          <w:sz w:val="20"/>
        </w:rPr>
        <w:t>32:24  is mein do aur do chaar ki tarah yeh baat hai ke kuch bhi jo musibat padi ho aap ko to is ka sabab apne andar dhoondo.</w:t>
      </w:r>
      <w:r>
        <w:br/>
      </w:r>
      <w:r>
        <w:rPr>
          <w:sz w:val="20"/>
        </w:rPr>
        <w:t>32:33  "wama asabakum min musibatin fama qasamat ahdikum"</w:t>
      </w:r>
      <w:r>
        <w:br/>
      </w:r>
      <w:r>
        <w:rPr>
          <w:sz w:val="20"/>
        </w:rPr>
        <w:t>32:38  jo musibat bhi tum par aaye gi, wo tumhare apne, khud apne kiye ki wajah se aaye gi. koi is ka apne andar, apne andar is ka reason talash karo, bahar mat talash karo.</w:t>
      </w:r>
    </w:p>
    <w:p>
      <w:pPr>
        <w:pStyle w:val="Heading2"/>
      </w:pPr>
      <w:r>
        <w:t>Reapplication of Islam due to ijtihad failure</w:t>
      </w:r>
    </w:p>
    <w:p>
      <w:r>
        <w:rPr>
          <w:color w:val="666666"/>
          <w:sz w:val="18"/>
        </w:rPr>
        <w:t>Conversation on Ijtihad May 30, 2016 · 4m 30s · at 14:26 · https://youtu.be/prSCheJ32q0?t=866</w:t>
      </w:r>
    </w:p>
    <w:p>
      <w:r>
        <w:rPr>
          <w:i/>
        </w:rPr>
        <w:t>“Haan, main isko manta hoon”</w:t>
      </w:r>
    </w:p>
    <w:p>
      <w:r>
        <w:rPr>
          <w:sz w:val="20"/>
        </w:rPr>
        <w:t>14:26  haan main is ko manta hoon.</w:t>
      </w:r>
      <w:r>
        <w:br/>
      </w:r>
      <w:r>
        <w:rPr>
          <w:sz w:val="20"/>
        </w:rPr>
        <w:t>14:32  kyunki ye waqt tha ke aap islam ka re-application discover karte ke aap ne kiya nahi.</w:t>
      </w:r>
      <w:r>
        <w:br/>
      </w:r>
      <w:r>
        <w:rPr>
          <w:sz w:val="20"/>
        </w:rPr>
        <w:t>14:39  misal ke taur par dekhiye, is zamane mein kuch waqeat hue jaise Asia mein European qaumein aayin, Africa</w:t>
      </w:r>
      <w:r>
        <w:br/>
      </w:r>
      <w:r>
        <w:rPr>
          <w:sz w:val="20"/>
        </w:rPr>
        <w:t>14:46  mein France aaya aur yahan Falasteen mein zayreen ke log aaye.</w:t>
      </w:r>
      <w:r>
        <w:br/>
      </w:r>
      <w:r>
        <w:rPr>
          <w:sz w:val="20"/>
        </w:rPr>
        <w:t>14:53  ye ek nayi situation thi.</w:t>
      </w:r>
      <w:r>
        <w:br/>
      </w:r>
      <w:r>
        <w:rPr>
          <w:sz w:val="20"/>
        </w:rPr>
        <w:t>14:59  to logon ne sirf react kiya.</w:t>
      </w:r>
      <w:r>
        <w:br/>
      </w:r>
      <w:r>
        <w:rPr>
          <w:sz w:val="20"/>
        </w:rPr>
        <w:t>15:06  React kiya matlab ladne lagay. Jihad, jihad.</w:t>
      </w:r>
      <w:r>
        <w:br/>
      </w:r>
      <w:r>
        <w:rPr>
          <w:sz w:val="20"/>
        </w:rPr>
        <w:t>15:13  yeh jihad ka masla tha hi nahi.</w:t>
      </w:r>
      <w:r>
        <w:br/>
      </w:r>
      <w:r>
        <w:rPr>
          <w:sz w:val="20"/>
        </w:rPr>
        <w:t>15:20  yeh ijtihad ka masla tha.</w:t>
      </w:r>
      <w:r>
        <w:br/>
      </w:r>
      <w:r>
        <w:rPr>
          <w:sz w:val="20"/>
        </w:rPr>
        <w:t>15:26  har jagah yahi kiya ke as a reaction uth kharay hue, lagay ladnay.</w:t>
      </w:r>
      <w:r>
        <w:br/>
      </w:r>
      <w:r>
        <w:rPr>
          <w:sz w:val="20"/>
        </w:rPr>
        <w:t>15:33  agar woh is ki bajaye yeh karte ke discuss karte, thundering tareeqay se sochte to woh kehte ke</w:t>
      </w:r>
      <w:r>
        <w:br/>
      </w:r>
      <w:r>
        <w:rPr>
          <w:sz w:val="20"/>
        </w:rPr>
        <w:t>15:40  bhai yeh to madu hamare paas aya hai, is ko dawat do.</w:t>
      </w:r>
      <w:r>
        <w:br/>
      </w:r>
      <w:r>
        <w:rPr>
          <w:sz w:val="20"/>
        </w:rPr>
        <w:t>15:47  kyunke quran mein dekhiye yeh hai ke wa in ahadum minal mushrikeen tajarika fajiroo hatta asma kalam allah yani</w:t>
      </w:r>
      <w:r>
        <w:br/>
      </w:r>
      <w:r>
        <w:rPr>
          <w:sz w:val="20"/>
        </w:rPr>
        <w:t>15:53  koi koi mushrik tumhare aa jaye tumhare ilaqay mein to is ko thehrao apne aap aur is ko dawat do. Quran sunao.</w:t>
      </w:r>
      <w:r>
        <w:br/>
      </w:r>
      <w:r>
        <w:rPr>
          <w:sz w:val="20"/>
        </w:rPr>
        <w:t>16:00  isi isi ayat ko apply karte ho ke yeh log hamare paas aa gaye hain to gaya ke</w:t>
      </w:r>
      <w:r>
        <w:br/>
      </w:r>
      <w:r>
        <w:rPr>
          <w:sz w:val="20"/>
        </w:rPr>
        <w:t>16:07  madu hamare paas khud puhanch gaya to in ko hum dawat dein gay.</w:t>
      </w:r>
      <w:r>
        <w:br/>
      </w:r>
      <w:r>
        <w:rPr>
          <w:sz w:val="20"/>
        </w:rPr>
        <w:t>16:14  yeh jo logon ne ladna shuru kar diya mere nazdeek yeh failure tha ijtihad ka.</w:t>
      </w:r>
      <w:r>
        <w:br/>
      </w:r>
      <w:r>
        <w:rPr>
          <w:sz w:val="20"/>
        </w:rPr>
        <w:t>16:20  aur is ka saboot dekhiye yeh hai ke har mahaz par woh haaray.</w:t>
      </w:r>
      <w:r>
        <w:br/>
      </w:r>
      <w:r>
        <w:rPr>
          <w:sz w:val="20"/>
        </w:rPr>
        <w:t>16:27  har mahaz par unhon ne in ko yak tarafah tor par nuqsan hua.</w:t>
      </w:r>
      <w:r>
        <w:br/>
      </w:r>
      <w:r>
        <w:rPr>
          <w:sz w:val="20"/>
        </w:rPr>
        <w:t>16:34  har mahaz par.</w:t>
      </w:r>
      <w:r>
        <w:br/>
      </w:r>
      <w:r>
        <w:rPr>
          <w:sz w:val="20"/>
        </w:rPr>
        <w:t>16:41  to agar yeh allah ke rastay mein sahi kaam hota to ab success kyun nahi hui? Success kyun</w:t>
      </w:r>
      <w:r>
        <w:br/>
      </w:r>
      <w:r>
        <w:rPr>
          <w:sz w:val="20"/>
        </w:rPr>
        <w:t>16:47  nahi hui? Quran mein to hai ke in kuntum momineen agar tum momin ho to bhi kamyab ho gay.</w:t>
      </w:r>
      <w:r>
        <w:br/>
      </w:r>
      <w:r>
        <w:rPr>
          <w:sz w:val="20"/>
        </w:rPr>
        <w:t>16:54  to mein dekh yeh jo jo jo stand ikhtiyar kiya logon ne colonial powers ke khilaf, Britain ke</w:t>
      </w:r>
      <w:r>
        <w:br/>
      </w:r>
      <w:r>
        <w:rPr>
          <w:sz w:val="20"/>
        </w:rPr>
        <w:t>17:01  khilaf, French ke khilaf aur zionist ke khilaf woh sab galat tha.</w:t>
      </w:r>
      <w:r>
        <w:br/>
      </w:r>
      <w:r>
        <w:rPr>
          <w:sz w:val="20"/>
        </w:rPr>
        <w:t>17:08  aur jis cheez ki rehnumai maujood thi quran mein ke wa in ahadum minal mushrikeen tajarika fajiroo hatta asma</w:t>
      </w:r>
      <w:r>
        <w:br/>
      </w:r>
      <w:r>
        <w:rPr>
          <w:sz w:val="20"/>
        </w:rPr>
        <w:t>17:14  kalam allah ke agar mushrik koi aa jaye tumhare ilaqay mein to is ko thehrao aur is ko quran sunao.</w:t>
      </w:r>
      <w:r>
        <w:br/>
      </w:r>
      <w:r>
        <w:rPr>
          <w:sz w:val="20"/>
        </w:rPr>
        <w:t>17:21  isi ko aap base bana kar ke ijtihad karte to kehte ke yeh madu hamare paas aa gaya</w:t>
      </w:r>
      <w:r>
        <w:br/>
      </w:r>
      <w:r>
        <w:rPr>
          <w:sz w:val="20"/>
        </w:rPr>
        <w:t>17:28  hai is ko dawat do.</w:t>
      </w:r>
      <w:r>
        <w:br/>
      </w:r>
      <w:r>
        <w:rPr>
          <w:sz w:val="20"/>
        </w:rPr>
        <w:t>17:35  aur dekhiye bohat se yani angrez, bohat se French, bohat se yahoodi apne aap islam qabool kiya tha unhon ne. Apne aap.</w:t>
      </w:r>
      <w:r>
        <w:br/>
      </w:r>
      <w:r>
        <w:rPr>
          <w:sz w:val="20"/>
        </w:rPr>
        <w:t>17:41  to yeh misaal maujood thi.</w:t>
      </w:r>
      <w:r>
        <w:br/>
      </w:r>
      <w:r>
        <w:rPr>
          <w:sz w:val="20"/>
        </w:rPr>
        <w:t>17:48  wo misaal bata rahe the ke wo aisa nahi ke koi wo aise log hain ke islam in</w:t>
      </w:r>
      <w:r>
        <w:br/>
      </w:r>
      <w:r>
        <w:rPr>
          <w:sz w:val="20"/>
        </w:rPr>
        <w:t>17:55  ko appeal na kare.</w:t>
      </w:r>
      <w:r>
        <w:br/>
      </w:r>
      <w:r>
        <w:rPr>
          <w:sz w:val="20"/>
        </w:rPr>
        <w:t>18:02  bohat se log aise hain jo ke angrez the aur french the aur yahoodi the.</w:t>
      </w:r>
      <w:r>
        <w:br/>
      </w:r>
      <w:r>
        <w:rPr>
          <w:sz w:val="20"/>
        </w:rPr>
        <w:t>18:08  unhon ne khud se islam ka mutala kiya aur islam qabool kar liya.</w:t>
      </w:r>
      <w:r>
        <w:br/>
      </w:r>
      <w:r>
        <w:rPr>
          <w:sz w:val="20"/>
        </w:rPr>
        <w:t>18:15  to yahi karte hain aap.</w:t>
      </w:r>
      <w:r>
        <w:br/>
      </w:r>
      <w:r>
        <w:rPr>
          <w:sz w:val="20"/>
        </w:rPr>
        <w:t>18:22  to main dekh door jadeed mein is mein koi shaq nahi ke sab se bari jo musalmanon se</w:t>
      </w:r>
      <w:r>
        <w:br/>
      </w:r>
      <w:r>
        <w:rPr>
          <w:sz w:val="20"/>
        </w:rPr>
        <w:t>18:29  kotahi hui hai wo yahi hai ke wo ijtihad yani islam ki taleem ko naye halaat mein re-apply</w:t>
      </w:r>
      <w:r>
        <w:br/>
      </w:r>
      <w:r>
        <w:rPr>
          <w:sz w:val="20"/>
        </w:rPr>
        <w:t>18:35  nahi kar sake. bas.</w:t>
      </w:r>
      <w:r>
        <w:br/>
      </w:r>
      <w:r>
        <w:rPr>
          <w:sz w:val="20"/>
        </w:rPr>
        <w:t>18:42  re-apply nahi kar sake is liye ke ijtihad nahi kar paye.</w:t>
      </w:r>
      <w:r>
        <w:br/>
      </w:r>
      <w:r>
        <w:rPr>
          <w:sz w:val="20"/>
        </w:rPr>
        <w:t>18:49  is se mujhe ittefaq hai.</w:t>
      </w:r>
      <w:r>
        <w:br/>
      </w:r>
      <w:r>
        <w:rPr>
          <w:sz w:val="20"/>
        </w:rPr>
        <w:t>18:56  maulana sahib in fact many people think that islam as an ideology has lost its relevance in the modern age today. how can we change this perception?</w:t>
      </w:r>
    </w:p>
    <w:p>
      <w:pPr>
        <w:pStyle w:val="Heading2"/>
      </w:pPr>
      <w:r>
        <w:t>the four questions everyone answers on Judgment Day</w:t>
      </w:r>
    </w:p>
    <w:p>
      <w:r>
        <w:rPr>
          <w:color w:val="666666"/>
          <w:sz w:val="18"/>
        </w:rPr>
        <w:t>The Message of Surah Al-Naba (1-20) –</w:t>
        <w:br/>
        <w:t>Preparing for the Day of Judgment (English) Dec 29, 2024 · 2m 25s · at 34:32 · https://youtu.be/E8lYDiaIhBg?t=2072</w:t>
      </w:r>
    </w:p>
    <w:p>
      <w:r>
        <w:rPr>
          <w:i/>
        </w:rPr>
        <w:t>“A servant's feet won't move until he answers four questions”</w:t>
      </w:r>
    </w:p>
    <w:p>
      <w:r>
        <w:rPr>
          <w:sz w:val="20"/>
        </w:rPr>
        <w:t>34:32  . i will just take a few of them. there is a hadith that as you mention, one of the hadith that the man will look at right and left and behind, and he will see nothing.</w:t>
      </w:r>
      <w:r>
        <w:br/>
      </w:r>
      <w:r>
        <w:rPr>
          <w:sz w:val="20"/>
        </w:rPr>
        <w:t>34:48  so this is also very important hadith about day of judgment, how it will be happen.</w:t>
      </w:r>
      <w:r>
        <w:br/>
      </w:r>
      <w:r>
        <w:rPr>
          <w:sz w:val="20"/>
        </w:rPr>
        <w:t>35:05  the fate of a servant will not move in the day of judgment unless he responds to four questions,</w:t>
      </w:r>
      <w:r>
        <w:br/>
      </w:r>
      <w:r>
        <w:rPr>
          <w:sz w:val="20"/>
        </w:rPr>
        <w:t>35:17  about his life and how he spent it, whether he spent it in purposeful life or he just spent it in hooha and all that.</w:t>
      </w:r>
      <w:r>
        <w:br/>
      </w:r>
      <w:r>
        <w:rPr>
          <w:sz w:val="20"/>
        </w:rPr>
        <w:t>35:28  so he has to explain how he spent his life,</w:t>
      </w:r>
      <w:r>
        <w:br/>
      </w:r>
      <w:r>
        <w:rPr>
          <w:sz w:val="20"/>
        </w:rPr>
        <w:t>35:44  and his knowledge, that knowledge he gained, how he used it. he used it for a good purpose or used it for other purposes.</w:t>
      </w:r>
      <w:r>
        <w:br/>
      </w:r>
      <w:r>
        <w:rPr>
          <w:sz w:val="20"/>
        </w:rPr>
        <w:t>35:55  its very important</w:t>
      </w:r>
      <w:r>
        <w:br/>
      </w:r>
      <w:r>
        <w:rPr>
          <w:sz w:val="20"/>
        </w:rPr>
        <w:t>35:56  , the knowledge which god gave him, how he used it, purposefully or just used it for any other reason.</w:t>
      </w:r>
      <w:r>
        <w:br/>
      </w:r>
      <w:r>
        <w:rPr>
          <w:sz w:val="20"/>
        </w:rPr>
        <w:t>36:12  this is extremely important part of this hadith that he will be asked about his wealth, how he earned it. he earned it lawfully or unlawfully, and where he spent it</w:t>
      </w:r>
      <w:r>
        <w:br/>
      </w:r>
      <w:r>
        <w:rPr>
          <w:sz w:val="20"/>
        </w:rPr>
        <w:t>36:25  . he spent it in good causes, like dawa, like charity, or he spent in his life, luxurious life.</w:t>
      </w:r>
      <w:r>
        <w:br/>
      </w:r>
      <w:r>
        <w:rPr>
          <w:sz w:val="20"/>
        </w:rPr>
        <w:t>36:36  so that is very very important verse,</w:t>
      </w:r>
      <w:r>
        <w:br/>
      </w:r>
      <w:r>
        <w:rPr>
          <w:sz w:val="20"/>
        </w:rPr>
        <w:t>36:41  and jisme he ablahu, and in his body, how he used it</w:t>
      </w:r>
      <w:r>
        <w:br/>
      </w:r>
      <w:r>
        <w:rPr>
          <w:sz w:val="20"/>
        </w:rPr>
        <w:t>36:47  . so these are very, i mean, this only shows what kind of questioning god will take place in the day of judgment.</w:t>
      </w:r>
    </w:p>
    <w:p>
      <w:pPr>
        <w:pStyle w:val="Heading2"/>
      </w:pPr>
      <w:r>
        <w:t>America coat story showing indifference</w:t>
      </w:r>
    </w:p>
    <w:p>
      <w:r>
        <w:rPr>
          <w:color w:val="666666"/>
          <w:sz w:val="18"/>
        </w:rPr>
        <w:t>How to stay away from Distraction November 10, 2018 · 5m 50s · at 9:37 · https://youtu.be/SfVcrBUbvuU?t=577</w:t>
      </w:r>
    </w:p>
    <w:p>
      <w:r>
        <w:rPr>
          <w:i/>
        </w:rPr>
        <w:t>“Similarly, I continued like this.”</w:t>
      </w:r>
    </w:p>
    <w:p>
      <w:r>
        <w:rPr>
          <w:sz w:val="20"/>
        </w:rPr>
        <w:t>9:37  to isi tarah se main chalta raha, yahan tak ke main america jab bada hone ke baad gaya, bada hone ke baad to wahan par ek the farooq chishti, unhi ka hamein thehra hua tha.</w:t>
      </w:r>
      <w:r>
        <w:br/>
      </w:r>
      <w:r>
        <w:rPr>
          <w:sz w:val="20"/>
        </w:rPr>
        <w:t>9:55  aur maa yahan se gaya tha, hyderabad ke hain habib bhai, habib bhai un ke saath gaya tha.</w:t>
      </w:r>
      <w:r>
        <w:br/>
      </w:r>
      <w:r>
        <w:rPr>
          <w:sz w:val="20"/>
        </w:rPr>
        <w:t>10:05  to ek din farooq chishti sahab hum logon ko le gaye shopping center mein, main tha habib bhai hyderabad wale aur farooq chishti log wahan rehte the,</w:t>
      </w:r>
      <w:r>
        <w:br/>
      </w:r>
      <w:r>
        <w:rPr>
          <w:sz w:val="20"/>
        </w:rPr>
        <w:t>10:22  hum teen aadmi.</w:t>
      </w:r>
      <w:r>
        <w:br/>
      </w:r>
      <w:r>
        <w:rPr>
          <w:sz w:val="20"/>
        </w:rPr>
        <w:t>10:26  wo jo long coat hota hai, wo unhein kharidna tha,</w:t>
      </w:r>
      <w:r>
        <w:br/>
      </w:r>
      <w:r>
        <w:rPr>
          <w:sz w:val="20"/>
        </w:rPr>
        <w:t>10:38  long coat ya barsati coat kuch kehte hain is ko. to wo log bazaar mein ja kar ke jahan bahut sari coat latki hui thi,</w:t>
      </w:r>
      <w:r>
        <w:br/>
      </w:r>
      <w:r>
        <w:rPr>
          <w:sz w:val="20"/>
        </w:rPr>
        <w:t>10:53  is ko dekh rahe the, pasand kar rahe the apne liye. achha, main aise hi bilkul indifferent way mein ek kinare khada hua tha.</w:t>
      </w:r>
      <w:r>
        <w:br/>
      </w:r>
      <w:r>
        <w:rPr>
          <w:sz w:val="20"/>
        </w:rPr>
        <w:t>11:08  to kya hua,</w:t>
      </w:r>
      <w:r>
        <w:br/>
      </w:r>
      <w:r>
        <w:rPr>
          <w:sz w:val="20"/>
        </w:rPr>
        <w:t>11:12  habib bhai aur farooq chishti sahab ne ek coat ko pasand kiya</w:t>
      </w:r>
      <w:r>
        <w:br/>
      </w:r>
      <w:r>
        <w:rPr>
          <w:sz w:val="20"/>
        </w:rPr>
        <w:t>11:19  jo bahut achha tha aur bahut achha color tha is ka aur bahut achha kapda tha is ka.</w:t>
      </w:r>
      <w:r>
        <w:br/>
      </w:r>
      <w:r>
        <w:rPr>
          <w:sz w:val="20"/>
        </w:rPr>
        <w:t>11:29  to logon ne, un logon ne, main to apna khada tha, aise hi is ko lena chaha. jo salesman tha, us ne kaha ke is ka daam batao, yeh hum lena chahte hain is ko.</w:t>
      </w:r>
      <w:r>
        <w:br/>
      </w:r>
      <w:r>
        <w:rPr>
          <w:sz w:val="20"/>
        </w:rPr>
        <w:t>11:47  to jis ko kehte hain tag, t a g, us ne dekha to is ka tag jo latak raha tha, us ne likha tha 80, yani 80 dollar, eight zero,</w:t>
      </w:r>
      <w:r>
        <w:br/>
      </w:r>
      <w:r>
        <w:rPr>
          <w:sz w:val="20"/>
        </w:rPr>
        <w:t>12:03  80 dollar. to dono ne pasand kar liya. to kya ek habib bhai ne aur ek chishti sahab ne.</w:t>
      </w:r>
      <w:r>
        <w:br/>
      </w:r>
      <w:r>
        <w:rPr>
          <w:sz w:val="20"/>
        </w:rPr>
        <w:t>12:22  to is ke baad jab jo price list thi, us mein check kiya</w:t>
      </w:r>
      <w:r>
        <w:br/>
      </w:r>
      <w:r>
        <w:rPr>
          <w:sz w:val="20"/>
        </w:rPr>
        <w:t>12:33  salesman ne, to us mein likha hua tha 108 dollar, 180 dollar.</w:t>
      </w:r>
      <w:r>
        <w:br/>
      </w:r>
      <w:r>
        <w:rPr>
          <w:sz w:val="20"/>
        </w:rPr>
        <w:t>12:46  tab un ka shauk pad gaya in logon ka</w:t>
      </w:r>
      <w:r>
        <w:br/>
      </w:r>
      <w:r>
        <w:rPr>
          <w:sz w:val="20"/>
        </w:rPr>
        <w:t>12:50  ke tag mein tha 80 dollar, us mein tha 800 dollar. to ab ab unhone 80 dollar mil raha tha woh.</w:t>
      </w:r>
      <w:r>
        <w:br/>
      </w:r>
      <w:r>
        <w:rPr>
          <w:sz w:val="20"/>
        </w:rPr>
        <w:t>13:02  to lekin sheikh salesman ko kuch shak hua, to us ne bulaya apne manager ko.</w:t>
      </w:r>
      <w:r>
        <w:br/>
      </w:r>
      <w:r>
        <w:rPr>
          <w:sz w:val="20"/>
        </w:rPr>
        <w:t>13:12  to manager ne check kiya jo aur un ke paas system hoga, check kiya to us ne elaan kiya ke is ka daam 880 dollar hai, 80 nahi.</w:t>
      </w:r>
      <w:r>
        <w:br/>
      </w:r>
      <w:r>
        <w:rPr>
          <w:sz w:val="20"/>
        </w:rPr>
        <w:t>13:30  to aap ko agar lena hai to 180 dollar ka milega aap ko yeh coat. ab habib bhai aur shahrukh chishti sahab ne kaha ke hum to zyada nahi denge,</w:t>
      </w:r>
      <w:r>
        <w:br/>
      </w:r>
      <w:r>
        <w:rPr>
          <w:sz w:val="20"/>
        </w:rPr>
        <w:t>13:45  jab aap ke tag mein likha hua hai 80 to hum to 80 denge. to kuch der tak behas hui to jo bada afsar tha, us ne faisla diya ke jab galti hamari hai to hum hi ko is ka bhugtna padega.</w:t>
      </w:r>
      <w:r>
        <w:br/>
      </w:r>
      <w:r>
        <w:rPr>
          <w:sz w:val="20"/>
        </w:rPr>
        <w:t>14:05  to salesman se kaha unhone ke ab ab in ko isi daam par de do, yani 80 dollar mein. to wo bahut sasta laga logon ko.</w:t>
      </w:r>
      <w:r>
        <w:br/>
      </w:r>
      <w:r>
        <w:rPr>
          <w:sz w:val="20"/>
        </w:rPr>
        <w:t>14:19  to unhon ne faisla kiya do do coat lene ka. Habib bhai ne bhi do coat aur Farooq Chishti sahib ne do coat.</w:t>
      </w:r>
      <w:r>
        <w:br/>
      </w:r>
      <w:r>
        <w:rPr>
          <w:sz w:val="20"/>
        </w:rPr>
        <w:t>14:27  ab is ko bhi bula ke laye. main idhar kinare khara hua tha ke sahib bohat acha coat hai aur bohat kam daam mein mil raha hai, aap bech lijiye.</w:t>
      </w:r>
      <w:r>
        <w:br/>
      </w:r>
      <w:r>
        <w:rPr>
          <w:sz w:val="20"/>
        </w:rPr>
        <w:t>14:38  matlab inhi ke paise par mujhe paisa nahi dena dena tha. to aap yani aap ta'ajjub karenge ke maine is ki to dekha bhi nahi coat ki taraf.</w:t>
      </w:r>
      <w:r>
        <w:br/>
      </w:r>
      <w:r>
        <w:rPr>
          <w:sz w:val="20"/>
        </w:rPr>
        <w:t>14:54  main aise hi aise hi in different way mein khara hua tha. unhon ne kaha mujhe to coat chahiye nahi. acha, is ke gawah hain dono sahiban, Hyderabad ke Farooq, Hyderabad ke Habib bhai aur wahan ke woh.</w:t>
      </w:r>
      <w:r>
        <w:br/>
      </w:r>
      <w:r>
        <w:rPr>
          <w:sz w:val="20"/>
        </w:rPr>
        <w:t>15:12  ke is waqt main wohi wohi coat pehne hue tha lekin phata hua, yani woh is rang ka nahi tha, woh mamooli kapre ka tha lekin tha woh barsa barsa ke coat,</w:t>
      </w:r>
    </w:p>
    <w:p>
      <w:pPr>
        <w:pStyle w:val="Heading2"/>
      </w:pPr>
      <w:r>
        <w:t>Second wife's gratitude and Ibrahim's approval</w:t>
      </w:r>
    </w:p>
    <w:p>
      <w:r>
        <w:rPr>
          <w:color w:val="666666"/>
          <w:sz w:val="18"/>
        </w:rPr>
        <w:t>The Role of Hazrat Hajra October 10, 2020 Prof. Farida Khanam · 33s · at 13:08 · https://youtu.be/KzWhW_1h9tc?t=788</w:t>
      </w:r>
    </w:p>
    <w:p>
      <w:r>
        <w:rPr>
          <w:i/>
        </w:rPr>
        <w:t>“To woh aurat ne khoob woh bahut khushi ka izhar kiya”</w:t>
      </w:r>
    </w:p>
    <w:p>
      <w:r>
        <w:rPr>
          <w:sz w:val="20"/>
        </w:rPr>
        <w:t>13:08  Phir kuch dino ke baad Hazrat Ibrahim aaye aur poocha ke kaisi guzar basar ho rahi hai? To woh aurat ne khoob woh bahut khushi ka izhar kiya aur kaha ke sab bahut acha hai, bahut kushadgi hai, koi takleef nahi hai,</w:t>
      </w:r>
      <w:r>
        <w:br/>
      </w:r>
      <w:r>
        <w:rPr>
          <w:sz w:val="20"/>
        </w:rPr>
        <w:t>13:26  Khuda ka shukar hai. Yeh sab baatein us ne kaheen. To Hazrat Ibrahim us se keh ke gaye ke jab woh aayenge Ismail to un se keh mera salam kehna aur kehna ke yeh chaukhat ko baqi rakhein.</w:t>
      </w:r>
    </w:p>
    <w:p>
      <w:pPr>
        <w:pStyle w:val="Heading2"/>
      </w:pPr>
      <w:r>
        <w:t>Creation of Adam three creatures Iblis rebellion</w:t>
      </w:r>
    </w:p>
    <w:p>
      <w:r>
        <w:rPr>
          <w:color w:val="666666"/>
          <w:sz w:val="18"/>
        </w:rPr>
        <w:t>The Science of Man October 23, 2007 Maulana Wahiduddin Khan · 5m 37s · at 4:04 · https://youtu.be/nhZ6JUSBKOg?t=244</w:t>
      </w:r>
    </w:p>
    <w:p>
      <w:r>
        <w:rPr>
          <w:i/>
        </w:rPr>
        <w:t>“Quran gives us details of the first man, that was Adam.”</w:t>
      </w:r>
    </w:p>
    <w:p>
      <w:r>
        <w:rPr>
          <w:sz w:val="20"/>
        </w:rPr>
        <w:t>4:04  Quran gives us details of the first man, that was Adam. Quran tells us that God Almighty created man.</w:t>
      </w:r>
      <w:r>
        <w:br/>
      </w:r>
      <w:r>
        <w:rPr>
          <w:sz w:val="20"/>
        </w:rPr>
        <w:t>4:20  God Almighty created Adam as the first man.</w:t>
      </w:r>
      <w:r>
        <w:br/>
      </w:r>
      <w:r>
        <w:rPr>
          <w:sz w:val="20"/>
        </w:rPr>
        <w:t>4:28  The first man was a complete man. Islam does not subscribe to the evolution theory.</w:t>
      </w:r>
      <w:r>
        <w:br/>
      </w:r>
      <w:r>
        <w:rPr>
          <w:sz w:val="20"/>
        </w:rPr>
        <w:t>4:41  That is simply a guess. According to Islam, the first man was a complete man.</w:t>
      </w:r>
      <w:r>
        <w:br/>
      </w:r>
      <w:r>
        <w:rPr>
          <w:sz w:val="20"/>
        </w:rPr>
        <w:t>4:53  So, when God created man, that is Adam,</w:t>
      </w:r>
      <w:r>
        <w:br/>
      </w:r>
      <w:r>
        <w:rPr>
          <w:sz w:val="20"/>
        </w:rPr>
        <w:t>5:02  at that time, there were three more creatures.</w:t>
      </w:r>
      <w:r>
        <w:br/>
      </w:r>
      <w:r>
        <w:rPr>
          <w:sz w:val="20"/>
        </w:rPr>
        <w:t>5:12  The material world—vast material world—solar system, galaxy, and ocean, and mountain, and all those things—that is called nature.</w:t>
      </w:r>
      <w:r>
        <w:br/>
      </w:r>
      <w:r>
        <w:rPr>
          <w:sz w:val="20"/>
        </w:rPr>
        <w:t>5:28  So, this nature or material world was</w:t>
      </w:r>
      <w:r>
        <w:br/>
      </w:r>
      <w:r>
        <w:rPr>
          <w:sz w:val="20"/>
        </w:rPr>
        <w:t>5:35  created before Adam. So, God said that all these things will obey man.</w:t>
      </w:r>
      <w:r>
        <w:br/>
      </w:r>
      <w:r>
        <w:rPr>
          <w:sz w:val="20"/>
        </w:rPr>
        <w:t>5:45  wa sakhara lakum ma fis samawati wal ardh. Everything will be</w:t>
      </w:r>
      <w:r>
        <w:br/>
      </w:r>
      <w:r>
        <w:rPr>
          <w:sz w:val="20"/>
        </w:rPr>
        <w:t>5:56  under the control of man. Everything will serve the purpose of man. So, as far as the material world is concerned, there is no option other than to follow</w:t>
      </w:r>
      <w:r>
        <w:br/>
      </w:r>
      <w:r>
        <w:rPr>
          <w:sz w:val="20"/>
        </w:rPr>
        <w:t>6:16  man's—what?—follow that path that was prescribed for them by God.</w:t>
      </w:r>
      <w:r>
        <w:br/>
      </w:r>
      <w:r>
        <w:rPr>
          <w:sz w:val="20"/>
        </w:rPr>
        <w:t>6:32  That is to</w:t>
      </w:r>
      <w:r>
        <w:br/>
      </w:r>
      <w:r>
        <w:rPr>
          <w:sz w:val="20"/>
        </w:rPr>
        <w:t>6:40  serve the—to serve man. So, this was the position of the material world.</w:t>
      </w:r>
      <w:r>
        <w:br/>
      </w:r>
      <w:r>
        <w:rPr>
          <w:sz w:val="20"/>
        </w:rPr>
        <w:t>6:53  Then there were two more creatures—living creatures—angels and jinn.</w:t>
      </w:r>
      <w:r>
        <w:br/>
      </w:r>
      <w:r>
        <w:rPr>
          <w:sz w:val="20"/>
        </w:rPr>
        <w:t>7:06  These two were living creatures.</w:t>
      </w:r>
      <w:r>
        <w:br/>
      </w:r>
      <w:r>
        <w:rPr>
          <w:sz w:val="20"/>
        </w:rPr>
        <w:t>7:12  So, God said both these living creatures to do according to the man's wishes.</w:t>
      </w:r>
      <w:r>
        <w:br/>
      </w:r>
      <w:r>
        <w:rPr>
          <w:sz w:val="20"/>
        </w:rPr>
        <w:t>7:31  God said that, "inni jailun fil arzi khaleefa." It means that man is the in charge of this planet Earth.</w:t>
      </w:r>
      <w:r>
        <w:br/>
      </w:r>
      <w:r>
        <w:rPr>
          <w:sz w:val="20"/>
        </w:rPr>
        <w:t>7:42  So, man was born as the in charge of this planet Earth. So, God said that—God said to angels and jinn both—you have to follow man's wishes because man is the in charge of this Earth.</w:t>
      </w:r>
      <w:r>
        <w:br/>
      </w:r>
      <w:r>
        <w:rPr>
          <w:sz w:val="20"/>
        </w:rPr>
        <w:t>8:09  So, angels instantly</w:t>
      </w:r>
      <w:r>
        <w:br/>
      </w:r>
      <w:r>
        <w:rPr>
          <w:sz w:val="20"/>
        </w:rPr>
        <w:t>8:15  bowed before Adam as a token of submission. But</w:t>
      </w:r>
      <w:r>
        <w:br/>
      </w:r>
      <w:r>
        <w:rPr>
          <w:sz w:val="20"/>
        </w:rPr>
        <w:t>8:27  said—but Iblis, that was head of the jinn community—so, Iblis refused to obey this commandment.</w:t>
      </w:r>
      <w:r>
        <w:br/>
      </w:r>
      <w:r>
        <w:rPr>
          <w:sz w:val="20"/>
        </w:rPr>
        <w:t>8:40  He said, "I am not going to follow man." Why?</w:t>
      </w:r>
      <w:r>
        <w:br/>
      </w:r>
      <w:r>
        <w:rPr>
          <w:sz w:val="20"/>
        </w:rPr>
        <w:t>8:49  Because I am superior than Adam. He said that I am superior and man is inferior, so I am not going to obey man.</w:t>
      </w:r>
      <w:r>
        <w:br/>
      </w:r>
      <w:r>
        <w:rPr>
          <w:sz w:val="20"/>
        </w:rPr>
        <w:t>9:07  This was the first instance at the time of creation.</w:t>
      </w:r>
      <w:r>
        <w:br/>
      </w:r>
      <w:r>
        <w:rPr>
          <w:sz w:val="20"/>
        </w:rPr>
        <w:t>9:16  This was very important. This was a demonstration that man is destined to live between two forces—angel and Satan—Satan is the only another name of Iblis, and Iblis was the head of the jinn community.</w:t>
      </w:r>
    </w:p>
    <w:p>
      <w:pPr>
        <w:pStyle w:val="Heading2"/>
      </w:pPr>
      <w:r>
        <w:t>Old age reminds of death and hope in Quran's promise</w:t>
      </w:r>
    </w:p>
    <w:p>
      <w:r>
        <w:rPr>
          <w:color w:val="666666"/>
          <w:sz w:val="18"/>
        </w:rPr>
        <w:t>The Goal for Human Beings in The Quran February 03, 2019 Maulana Wahiduddin Khan · 4m 50s · at 24:41 · https://youtu.be/QZH5SHaAxCc?t=1481</w:t>
      </w:r>
    </w:p>
    <w:p>
      <w:r>
        <w:rPr>
          <w:i/>
        </w:rPr>
        <w:t>“So I according to my experience, old age is a reminder.”</w:t>
      </w:r>
    </w:p>
    <w:p>
      <w:r>
        <w:rPr>
          <w:sz w:val="20"/>
        </w:rPr>
        <w:t>24:41  for example, i am 90 plus. every day, but every moment, i am waiting for death.</w:t>
      </w:r>
      <w:r>
        <w:br/>
      </w:r>
      <w:r>
        <w:rPr>
          <w:sz w:val="20"/>
        </w:rPr>
        <w:t>24:57  every day, but every moment, i am waiting for death to death remind me there something more after the death.</w:t>
      </w:r>
      <w:r>
        <w:br/>
      </w:r>
      <w:r>
        <w:rPr>
          <w:sz w:val="20"/>
        </w:rPr>
        <w:t>25:09  That is here after. That is paradise.</w:t>
      </w:r>
      <w:r>
        <w:br/>
      </w:r>
      <w:r>
        <w:rPr>
          <w:sz w:val="20"/>
        </w:rPr>
        <w:t>25:17  People generally take old age as a problem age, problem age. But I think that old age very very important.</w:t>
      </w:r>
      <w:r>
        <w:br/>
      </w:r>
      <w:r>
        <w:rPr>
          <w:sz w:val="20"/>
        </w:rPr>
        <w:t>25:33  in human being. All age reminds you the greatest fact that you are at the door of, if you are at the door of akhirat.</w:t>
      </w:r>
      <w:r>
        <w:br/>
      </w:r>
      <w:r>
        <w:rPr>
          <w:sz w:val="20"/>
        </w:rPr>
        <w:t>25:52  Now, you are taking a leap into the akhirat. That person who said to Billy Graham that you see, I am an old man.</w:t>
      </w:r>
      <w:r>
        <w:br/>
      </w:r>
      <w:r>
        <w:rPr>
          <w:sz w:val="20"/>
        </w:rPr>
        <w:t>26:14  life his lost all meaning. I am going to take a faithful leap into the unknown. Young man, can you give a hop?</w:t>
      </w:r>
      <w:r>
        <w:br/>
      </w:r>
      <w:r>
        <w:rPr>
          <w:sz w:val="20"/>
        </w:rPr>
        <w:t>26:28  I think that only Quran gives hum hope. Need no other book that gives you hope.</w:t>
      </w:r>
      <w:r>
        <w:br/>
      </w:r>
      <w:r>
        <w:rPr>
          <w:sz w:val="20"/>
        </w:rPr>
        <w:t>26:40  It is only Quran. If you read Quran, Quran will tell you that a very very, a very very nice world is waiting for you.</w:t>
      </w:r>
      <w:r>
        <w:br/>
      </w:r>
      <w:r>
        <w:rPr>
          <w:sz w:val="20"/>
        </w:rPr>
        <w:t>26:56  if yu ar blivar, if yu bili in gad, if yu lu,</w:t>
      </w:r>
      <w:r>
        <w:br/>
      </w:r>
      <w:r>
        <w:rPr>
          <w:sz w:val="20"/>
        </w:rPr>
        <w:t>27:05  yu hev delopd lu torvards gad almaiiti. yu hev diskavard gad az yur, az yur marsi ful, az yur</w:t>
      </w:r>
      <w:r>
        <w:br/>
      </w:r>
      <w:r>
        <w:rPr>
          <w:sz w:val="20"/>
        </w:rPr>
        <w:t>27:21  kritar.</w:t>
      </w:r>
      <w:r>
        <w:br/>
      </w:r>
      <w:r>
        <w:rPr>
          <w:sz w:val="20"/>
        </w:rPr>
        <w:t>27:26  at is diskori. at is marifat. in arabik, at is marifat. at is diskori or marifat.</w:t>
      </w:r>
      <w:r>
        <w:br/>
      </w:r>
      <w:r>
        <w:rPr>
          <w:sz w:val="20"/>
        </w:rPr>
        <w:t>27:36  That, that, that is praise of paradise. That is praise of paradise.</w:t>
      </w:r>
      <w:r>
        <w:br/>
      </w:r>
      <w:r>
        <w:rPr>
          <w:sz w:val="20"/>
        </w:rPr>
        <w:t>27:48  nau adar thing kin giv yu paradise.</w:t>
      </w:r>
      <w:r>
        <w:br/>
      </w:r>
      <w:r>
        <w:rPr>
          <w:sz w:val="20"/>
        </w:rPr>
        <w:t>27:56  su</w:t>
      </w:r>
      <w:r>
        <w:br/>
      </w:r>
      <w:r>
        <w:rPr>
          <w:sz w:val="20"/>
        </w:rPr>
        <w:t>28:00  akording tu mai,</w:t>
      </w:r>
      <w:r>
        <w:br/>
      </w:r>
      <w:r>
        <w:rPr>
          <w:sz w:val="20"/>
        </w:rPr>
        <w:t>28:05  mai discovery, it is my discovery that every human being was potentially, potentially he or she are born for paradise.</w:t>
      </w:r>
      <w:r>
        <w:br/>
      </w:r>
      <w:r>
        <w:rPr>
          <w:sz w:val="20"/>
        </w:rPr>
        <w:t>28:24  So they're living in tomorrow, in, in as secret of paradise.</w:t>
      </w:r>
      <w:r>
        <w:br/>
      </w:r>
      <w:r>
        <w:rPr>
          <w:sz w:val="20"/>
        </w:rPr>
        <w:t>28:37  Every one is, every one is living as a seeker of paradise. So every one should discover this fact.</w:t>
      </w:r>
      <w:r>
        <w:br/>
      </w:r>
      <w:r>
        <w:rPr>
          <w:sz w:val="20"/>
        </w:rPr>
        <w:t>28:52  evri van, men or vuman but, shud diskor dis fakt. and de trai tu liv tu faind dis trut.</w:t>
      </w:r>
      <w:r>
        <w:br/>
      </w:r>
      <w:r>
        <w:rPr>
          <w:sz w:val="20"/>
        </w:rPr>
        <w:t>29:08  su det de mi faind entri into paradise. su det de maind, de faind entri into paradise.</w:t>
      </w:r>
      <w:r>
        <w:br/>
      </w:r>
      <w:r>
        <w:rPr>
          <w:sz w:val="20"/>
        </w:rPr>
        <w:t>29:20  mi gad blis yu. mi gad selekt yu for paradise, inshallah. assalam alaikum varahamtullah.</w:t>
      </w:r>
    </w:p>
    <w:p>
      <w:pPr>
        <w:pStyle w:val="Heading2"/>
      </w:pPr>
      <w:r>
        <w:t>Turning enemies to friends: the train story of Maulana Ikram</w:t>
      </w:r>
    </w:p>
    <w:p>
      <w:r>
        <w:rPr>
          <w:color w:val="666666"/>
          <w:sz w:val="18"/>
        </w:rPr>
        <w:t>Islam Has No Place for Terrorism May 4, 2025 · 4m 27s · at 44:19 · https://youtu.be/Q6vPQ2BOOs4?t=2659</w:t>
      </w:r>
    </w:p>
    <w:p>
      <w:r>
        <w:rPr>
          <w:i/>
        </w:rPr>
        <w:t>“Dushman koi bhi abdi nahi hota”</w:t>
      </w:r>
    </w:p>
    <w:p>
      <w:r>
        <w:rPr>
          <w:sz w:val="20"/>
        </w:rPr>
        <w:t>44:19  Kyunkay dekhiye, dushman koi bhi abadi nahi hota, hamesha hamesha kay liye koi bhi dushman nahi hota. Us say aap acha salook karain to wohi wohi aadmi dost dost ho jata hai.</w:t>
      </w:r>
      <w:r>
        <w:br/>
      </w:r>
      <w:r>
        <w:rPr>
          <w:sz w:val="20"/>
        </w:rPr>
        <w:t>44:30  To us ko Maulana kehtay thay: "potential friend aur actual friend." Jee, to potential friend hi hota hai, us ko humein actualize karna hai.</w:t>
      </w:r>
      <w:r>
        <w:br/>
      </w:r>
      <w:r>
        <w:rPr>
          <w:sz w:val="20"/>
        </w:rPr>
        <w:t>44:41  To humein dushmani ko khatam karna hai, dushman ko nahi khatam karna hai.</w:t>
      </w:r>
      <w:r>
        <w:br/>
      </w:r>
      <w:r>
        <w:rPr>
          <w:sz w:val="20"/>
        </w:rPr>
        <w:t>44:49  To aik mein bara dilchasp waqia, real waqia, Maulana nay kisi kitaab mein likha hai, batati hoon aap ko. Jee keh train mein aik Maulana Ikram sahib, jo mujhe yaad hai, safar kar rahay thay.</w:t>
      </w:r>
      <w:r>
        <w:br/>
      </w:r>
      <w:r>
        <w:rPr>
          <w:sz w:val="20"/>
        </w:rPr>
        <w:t>45:01  To train mein jagah nahi thi, to aik seat par kuch saman rakha hua tha, aur woh jo seat ka wala woh hai, woh kahin neeche utra kuch kaam say platform pe.</w:t>
      </w:r>
      <w:r>
        <w:br/>
      </w:r>
      <w:r>
        <w:rPr>
          <w:sz w:val="20"/>
        </w:rPr>
        <w:t>45:12  to woh zara sa jagah thi, to zara sa khisak ke wahan baith gaye.</w:t>
      </w:r>
      <w:r>
        <w:br/>
      </w:r>
      <w:r>
        <w:rPr>
          <w:sz w:val="20"/>
        </w:rPr>
        <w:t>45:16  ab woh jab aaye to bohat ziyada ghussa ho gaya, kehne laga: "tum ne mera ganga jal chhod diya, mera sab paak पवित्र ho gaya." ab woh itna ghussa, itna ghussa ,lekin woh foran khade ho gaye, aur unhon ne koi jawab nahi diya. woh ghussa hota raha, bolta raha, bolta raha, yahan tak ke musafiron ne kaha: "bhaiya, bas karo, ab dekho, woh to ghalti se ho gaya, woh keh rahe hain mujh se ghalti ho gayi , to maan lo tum .</w:t>
      </w:r>
      <w:r>
        <w:br/>
      </w:r>
      <w:r>
        <w:rPr>
          <w:sz w:val="20"/>
        </w:rPr>
        <w:t>45:42  "phir jab uska ghussa utra, bohat achhi misaal hai</w:t>
      </w:r>
      <w:r>
        <w:br/>
      </w:r>
      <w:r>
        <w:rPr>
          <w:sz w:val="20"/>
        </w:rPr>
        <w:t>45:46  kaise aadmi badal jata hai. ji, jab uska ghussa utra to usne poocha ke "aap kahan se aa rahe hain?" usne lagta hoga ke hum ne bohat kuch bol diya hai.</w:t>
      </w:r>
      <w:r>
        <w:br/>
      </w:r>
      <w:r>
        <w:rPr>
          <w:sz w:val="20"/>
        </w:rPr>
        <w:t>45:57  ji, poocha:"aap kahan se aa rahe hain?" unhon ne kaha:"main pagalpur se aa raha hoon." to kehne laga:"pagalpur mein ek ikram sahib rehte hain, maulana ikram, aap un ko jante hain ?</w:t>
      </w:r>
      <w:r>
        <w:br/>
      </w:r>
      <w:r>
        <w:rPr>
          <w:sz w:val="20"/>
        </w:rPr>
        <w:t>46:07  " to unhon ne kaha:"haan, abhi woh travel kar rahe hain, ek do din mein wahan pahunch jayenge."</w:t>
      </w:r>
      <w:r>
        <w:br/>
      </w:r>
      <w:r>
        <w:rPr>
          <w:sz w:val="20"/>
        </w:rPr>
        <w:t>46:14  to kehne laga:"aap ko kaise maloom ke woh travel kar rahe hain?" to phir unhon ne bataya ke "main hi hoon." to woh phir un ke paon pe gir pada, kehne laga:"jab main chhota tha to meri maa un ke paas le jati thi taweez ke liye, aur hum sab bachchon ko, aur bohat faida hota tha." to phir un ko bithaya, un ko khilaya pilaya, jo bhaiya us ke paas</w:t>
      </w:r>
      <w:r>
        <w:br/>
      </w:r>
      <w:r>
        <w:rPr>
          <w:sz w:val="20"/>
        </w:rPr>
        <w:t>46:39  tha. to yeh bohat achhi misaal hai ke hamara achha sulook, unhon ne dekhiye, jawab nahi diya. agar us waqt woh jawab ul jawab hota na to baat aage badhti chali jati, ladai shuru ho jati. ji, to yeh bohat achhi misaal hai ke hum kis tareeqe se dushmani ke masle ko hal kar sakte hain. dushmani ka matlab misunderstanding hoti hai, ziyada tar woh misunderstanding, aap aapas ko khatam kar dijiye.</w:t>
      </w:r>
      <w:r>
        <w:br/>
      </w:r>
      <w:r>
        <w:rPr>
          <w:sz w:val="20"/>
        </w:rPr>
        <w:t>47:02  to aise hi prophet ne bhi hamesha yeh hi kiya ke dushmani wala jo mamla tha, us mein kabhi bhi unhon ne jang nahi ki. jaise bible mein hai ke "love your enemy" to dushman se ladna nahi hai, balkeh dushman ko dost banana hai.</w:t>
      </w:r>
      <w:r>
        <w:br/>
      </w:r>
      <w:r>
        <w:rPr>
          <w:sz w:val="20"/>
        </w:rPr>
        <w:t>47:19  ji, to maulana kehte hain ke kehte the ke har cheez jo hai, sab log jo hain na, mister nature hain.</w:t>
      </w:r>
      <w:r>
        <w:br/>
      </w:r>
      <w:r>
        <w:rPr>
          <w:sz w:val="20"/>
        </w:rPr>
        <w:t>47:27  to ab woh waqtiy taur par kuch misunderstanding hoti hai, kuch aisi problem hoti hai, aadmi ko baat samajh mein nahi jaldi aati hai, to is wajah se woh bigad jata hai.</w:t>
      </w:r>
      <w:r>
        <w:br/>
      </w:r>
      <w:r>
        <w:rPr>
          <w:sz w:val="20"/>
        </w:rPr>
        <w:t>47:38  to aap agar us ke sath husn sulook karen to woh dobara woh mister nature ban jayega. to yeh hai quran mein bhi aaya hai:"reconciliation is the best."</w:t>
      </w:r>
      <w:r>
        <w:br/>
      </w:r>
      <w:r>
        <w:rPr>
          <w:sz w:val="20"/>
        </w:rPr>
        <w:t>47:50  "to isi tareeqe se hum dekhte hain ke rasoolullah sallallahu alaihi wasallam ki poori zindagi yeh yeh hai. ji,</w:t>
      </w:r>
      <w:r>
        <w:br/>
      </w:r>
      <w:r>
        <w:rPr>
          <w:sz w:val="20"/>
        </w:rPr>
        <w:t>47:55  saare log aap ke khilaf ho gaye the, sab ko aap ne duaen de de kar, un ke sath achha sulook kar kar ke, un ko maaf kar kar ke, sab ko apna bana liya.</w:t>
      </w:r>
      <w:r>
        <w:br/>
      </w:r>
      <w:r>
        <w:rPr>
          <w:sz w:val="20"/>
        </w:rPr>
        <w:t>48:07  ji, to yeh tareeqa hai dushman ke masle ko hal karne ka . yeh bada important ho jata hai aap ke agar aap emotional response den, to you will fail to update your ego a person, but if you give a good response, then you will touch the conscience of the other person.</w:t>
      </w:r>
      <w:r>
        <w:br/>
      </w:r>
      <w:r>
        <w:rPr>
          <w:sz w:val="20"/>
        </w:rPr>
        <w:t>48:23  to</w:t>
      </w:r>
      <w:r>
        <w:br/>
      </w:r>
      <w:r>
        <w:rPr>
          <w:sz w:val="20"/>
        </w:rPr>
        <w:t>48:24  aap conscience ko agar touch karenge to automatically jo mister nature, jaise aap ne bataya hai ke uska nature jaag jayega, and aap ka jo ek potentially volatile situation hai, woh ek potentially friendless situation se hote hue ek actually friendly situation ban sakti hai.</w:t>
      </w:r>
      <w:r>
        <w:br/>
      </w:r>
      <w:r>
        <w:rPr>
          <w:sz w:val="20"/>
        </w:rPr>
        <w:t>48:42  to response pe bada depend karta hai ke hum response kis tareeqe ka dete</w:t>
      </w:r>
    </w:p>
    <w:p>
      <w:pPr>
        <w:pStyle w:val="Heading2"/>
      </w:pPr>
      <w:r>
        <w:t>Refuting claim that Quran is an encyclopedia</w:t>
      </w:r>
    </w:p>
    <w:p>
      <w:r>
        <w:rPr>
          <w:color w:val="666666"/>
          <w:sz w:val="18"/>
        </w:rPr>
        <w:t>An Introduction to Hadith | July 25, 2007 · 2m 35s · at 21:07 · https://youtu.be/gfGuT-o5mSM?t=1267</w:t>
      </w:r>
    </w:p>
    <w:p>
      <w:r>
        <w:rPr>
          <w:i/>
        </w:rPr>
        <w:t>“Then I happened to meet an Islamic scholar”</w:t>
      </w:r>
    </w:p>
    <w:p>
      <w:r>
        <w:rPr>
          <w:sz w:val="20"/>
        </w:rPr>
        <w:t>21:07  is concerned, we can understand this aspect only by reading Hadith as prophetic life.</w:t>
      </w:r>
      <w:r>
        <w:br/>
      </w:r>
      <w:r>
        <w:rPr>
          <w:sz w:val="20"/>
        </w:rPr>
        <w:t>21:17  Then I happened to meet an Islamic scholar.</w:t>
      </w:r>
      <w:r>
        <w:br/>
      </w:r>
      <w:r>
        <w:rPr>
          <w:sz w:val="20"/>
        </w:rPr>
        <w:t>21:28  He said, "All the translations of Islam are wrong.</w:t>
      </w:r>
      <w:r>
        <w:br/>
      </w:r>
      <w:r>
        <w:rPr>
          <w:sz w:val="20"/>
        </w:rPr>
        <w:t>21:38  All the translations of Islam, all the translations of Quran are wrong." I asked, "Why?" He said, "Let</w:t>
      </w:r>
      <w:r>
        <w:br/>
      </w:r>
      <w:r>
        <w:rPr>
          <w:sz w:val="20"/>
        </w:rPr>
        <w:t>21:48  us take the first verse, the very first verse that is 'Zaalikal Kitabullah Raifi.'" This is the first</w:t>
      </w:r>
      <w:r>
        <w:br/>
      </w:r>
      <w:r>
        <w:rPr>
          <w:sz w:val="20"/>
        </w:rPr>
        <w:t>21:58  verse of the chapter al-Baqarah, the second chapter of the Quran. "Zaalikal Kitab</w:t>
      </w:r>
      <w:r>
        <w:br/>
      </w:r>
      <w:r>
        <w:rPr>
          <w:sz w:val="20"/>
        </w:rPr>
        <w:t>22:08  ullah Raifi." Generally, translators render this verse in these words that this is the book, there is no</w:t>
      </w:r>
      <w:r>
        <w:br/>
      </w:r>
      <w:r>
        <w:rPr>
          <w:sz w:val="20"/>
        </w:rPr>
        <w:t>22:16  doubt about it.</w:t>
      </w:r>
      <w:r>
        <w:br/>
      </w:r>
      <w:r>
        <w:rPr>
          <w:sz w:val="20"/>
        </w:rPr>
        <w:t>22:24  "Zaalikal Kitabullah Raifi." This is the book, there is no doubt about it.</w:t>
      </w:r>
      <w:r>
        <w:br/>
      </w:r>
      <w:r>
        <w:rPr>
          <w:sz w:val="20"/>
        </w:rPr>
        <w:t>22:32  So, that gentleman said that no,</w:t>
      </w:r>
      <w:r>
        <w:br/>
      </w:r>
      <w:r>
        <w:rPr>
          <w:sz w:val="20"/>
        </w:rPr>
        <w:t>22:40  this book is a wrong translation. The correct translation is this is an encyclopedia. "Zaalikal Kitab" means it is an encyclopedia. I said that, "My brother, you are wrong. You know what is an encyclopedia? En</w:t>
      </w:r>
      <w:r>
        <w:br/>
      </w:r>
      <w:r>
        <w:rPr>
          <w:sz w:val="20"/>
        </w:rPr>
        <w:t>23:10  cyclopedia is a book of knowledge, just like a dictionary.</w:t>
      </w:r>
      <w:r>
        <w:br/>
      </w:r>
      <w:r>
        <w:rPr>
          <w:sz w:val="20"/>
        </w:rPr>
        <w:t>23:18  Dictionary is a book of all words.</w:t>
      </w:r>
      <w:r>
        <w:br/>
      </w:r>
      <w:r>
        <w:rPr>
          <w:sz w:val="20"/>
        </w:rPr>
        <w:t>23:26  So, an encyclopedia is a dictionary of all kinds of knowledge.</w:t>
      </w:r>
      <w:r>
        <w:br/>
      </w:r>
      <w:r>
        <w:rPr>
          <w:sz w:val="20"/>
        </w:rPr>
        <w:t>23:34  But in Quran, you cannot find all the required knowledge about Islam."</w:t>
      </w:r>
    </w:p>
    <w:p>
      <w:pPr>
        <w:pStyle w:val="Heading2"/>
      </w:pPr>
      <w:r>
        <w:t>Every human secretly longs to know the truth</w:t>
      </w:r>
    </w:p>
    <w:p>
      <w:r>
        <w:rPr>
          <w:color w:val="666666"/>
          <w:sz w:val="18"/>
        </w:rPr>
        <w:t>For The Sake of God July 27, 2014 · 5m 44s · at 27:40 · https://youtu.be/3lPfny7j2NE?t=1660</w:t>
      </w:r>
    </w:p>
    <w:p>
      <w:r>
        <w:rPr>
          <w:i/>
        </w:rPr>
        <w:t>“Zaban hai yaar, Turki wo Turki nahi bedaara”</w:t>
      </w:r>
    </w:p>
    <w:p>
      <w:r>
        <w:rPr>
          <w:sz w:val="20"/>
        </w:rPr>
        <w:t>27:40  zaban hai yaar, turki woh turki nahi bhi darta. sheikh saadi ne ek qissa likha hai ke woh kisi safar mein thay, ek aadmi mil gaya un ko rastay mein jo jo turki ka tha, woh aur turki zaban janta tha, to aapas mein exchange nahi ho sakta tha,</w:t>
      </w:r>
      <w:r>
        <w:br/>
      </w:r>
      <w:r>
        <w:rPr>
          <w:sz w:val="20"/>
        </w:rPr>
        <w:t>28:01  language gap tha. is par unhon ne kaha ke zaban hai yaar, turki woh turki nahi bhi darta.</w:t>
      </w:r>
      <w:r>
        <w:br/>
      </w:r>
      <w:r>
        <w:rPr>
          <w:sz w:val="20"/>
        </w:rPr>
        <w:t>28:11  a language of my friend is turkish, i don't know turkish.</w:t>
      </w:r>
      <w:r>
        <w:br/>
      </w:r>
      <w:r>
        <w:rPr>
          <w:sz w:val="20"/>
        </w:rPr>
        <w:t>28:18  to sari jo insaniyat hai,</w:t>
      </w:r>
      <w:r>
        <w:br/>
      </w:r>
      <w:r>
        <w:rPr>
          <w:sz w:val="20"/>
        </w:rPr>
        <w:t>28:23  silent language mein ek baat bol rahi thi ke mere khuda ki zaban arabic hai aur main arabic janta nahi, ab kya karungi? allah ne jin insanon ko banaya hai, har ek ke andar sachai ki ta</w:t>
      </w:r>
      <w:r>
        <w:br/>
      </w:r>
      <w:r>
        <w:rPr>
          <w:sz w:val="20"/>
        </w:rPr>
        <w:t>28:40  lab rakhi hai, har aadmi seeker hai, everyone is born seeker. jo chahe munh se na bole, us ki nature, us ki fitrat keh rahi hoti hai ke mujhe sachai ko janna hai,</w:t>
      </w:r>
      <w:r>
        <w:br/>
      </w:r>
      <w:r>
        <w:rPr>
          <w:sz w:val="20"/>
        </w:rPr>
        <w:t>28:56  mujhe sachai ko janna hai.</w:t>
      </w:r>
      <w:r>
        <w:br/>
      </w:r>
      <w:r>
        <w:rPr>
          <w:sz w:val="20"/>
        </w:rPr>
        <w:t>29:00  to yani is ko agarche is ka consciously woh nahi janta, shu'oori taur par nahi janta,</w:t>
      </w:r>
      <w:r>
        <w:br/>
      </w:r>
      <w:r>
        <w:rPr>
          <w:sz w:val="20"/>
        </w:rPr>
        <w:t>29:09  lekin ghair shu'oori taur par yaqeenan har aadmi yeh keh raha hai ke zaban hai yaar, turki woh turki nahi bhi darta. mere rab ki zaban to arabic hai aur main arabic janta nahi.</w:t>
      </w:r>
      <w:r>
        <w:br/>
      </w:r>
      <w:r>
        <w:rPr>
          <w:sz w:val="20"/>
        </w:rPr>
        <w:t>29:25  kitna bara language gap hai, woh kitna bara language gap hai.</w:t>
      </w:r>
      <w:r>
        <w:br/>
      </w:r>
      <w:r>
        <w:rPr>
          <w:sz w:val="20"/>
        </w:rPr>
        <w:t>29:32  ab jo log yeh kar rahe hain ke quran ka zaban, koi quran ka translation different language mein, bohat hi achhe andaaz mein, un ki understandable zaban mein tarjuma kar rahe hain aur logon ke paas aa rahe hain, pahuncha rahe hain, pahuncha rahe hain,</w:t>
      </w:r>
      <w:r>
        <w:br/>
      </w:r>
      <w:r>
        <w:rPr>
          <w:sz w:val="20"/>
        </w:rPr>
        <w:t>29:51  yeh bilashuba legly ka waqia hai, fads ka of god ka waqia hai,</w:t>
      </w:r>
      <w:r>
        <w:br/>
      </w:r>
      <w:r>
        <w:rPr>
          <w:sz w:val="20"/>
        </w:rPr>
        <w:t>29:58  fads fads. aur bilashuba is ke upar wahi reward hai jo quran mein jo hadith mein aaya hai, fan ali wa ana arz bi ke yeh yeh log yeh kaam mere mere mere liye kar rahe hain.</w:t>
      </w:r>
      <w:r>
        <w:br/>
      </w:r>
      <w:r>
        <w:rPr>
          <w:sz w:val="20"/>
        </w:rPr>
        <w:t>30:15  jo log quran ka tarjuma sari dunya tak pahuncha rahe hain, woh mere liye kar rahe hain aur main un ka bahshat ajar dunga, bahshat.</w:t>
      </w:r>
      <w:r>
        <w:br/>
      </w:r>
      <w:r>
        <w:rPr>
          <w:sz w:val="20"/>
        </w:rPr>
        <w:t>30:29  to yeh saada baat nahi yaad rakhi, bohat hi gehri baat hai. yeh wahi baat hai ke zaban hai yaar, turki woh turki nahi bhi darta.</w:t>
      </w:r>
      <w:r>
        <w:br/>
      </w:r>
      <w:r>
        <w:rPr>
          <w:sz w:val="20"/>
        </w:rPr>
        <w:t>30:41  the language of my friend is turkish, i don't know turkish. to khamosh zaban mein, un conscious yani la-shu'oor ki zaban mein, nature ki zaban mein, in speaker language mein</w:t>
      </w:r>
      <w:r>
        <w:br/>
      </w:r>
      <w:r>
        <w:rPr>
          <w:sz w:val="20"/>
        </w:rPr>
        <w:t>30:56  , sare insan yahi keh rahe hain ke mere khaliq ki zaban to arabic hai aur main arabic janta nahi.</w:t>
      </w:r>
      <w:r>
        <w:br/>
      </w:r>
      <w:r>
        <w:rPr>
          <w:sz w:val="20"/>
        </w:rPr>
        <w:t>31:07  aur isi ko liye hue kitne log mar gaye, jaise wahan par hum padhte hain kitabon mein ke rasool allah ki ba'as se pehle arab mein kuch log hotay thay jin ko hanifa kaha jata tha.</w:t>
      </w:r>
      <w:r>
        <w:br/>
      </w:r>
      <w:r>
        <w:rPr>
          <w:sz w:val="20"/>
        </w:rPr>
        <w:t>31:21  hanfa, hanfa ka matlab hota hai seekhar,</w:t>
      </w:r>
      <w:r>
        <w:br/>
      </w:r>
      <w:r>
        <w:rPr>
          <w:sz w:val="20"/>
        </w:rPr>
        <w:t>31:26  seekhar. to rasool Allah ki bahas nahi hui thi, abhi quran nahi utra tha. to us waqt woh seekhar thay, sachay seekhar.</w:t>
      </w:r>
      <w:r>
        <w:br/>
      </w:r>
      <w:r>
        <w:rPr>
          <w:sz w:val="20"/>
        </w:rPr>
        <w:t>31:41  to un mein se kai logon ke baray mein aata hai ke woh kehtay hue mar gaye</w:t>
      </w:r>
      <w:r>
        <w:br/>
      </w:r>
      <w:r>
        <w:rPr>
          <w:sz w:val="20"/>
        </w:rPr>
        <w:t>31:51  ke khuda ya, main nahi janta ke main teri worship kaise karoon. agar main janta to main isi tarah teri worship karta hoon.</w:t>
      </w:r>
      <w:r>
        <w:br/>
      </w:r>
      <w:r>
        <w:rPr>
          <w:sz w:val="20"/>
        </w:rPr>
        <w:t>32:09  un ko aise logon ko hamari tareekh mein hanfa kaha jata hai.</w:t>
      </w:r>
      <w:r>
        <w:br/>
      </w:r>
      <w:r>
        <w:rPr>
          <w:sz w:val="20"/>
        </w:rPr>
        <w:t>32:20  iska matlab hai lafzi tarjuma to nahi hai, lekin iska matlab hai seekhar, seekhar. to woh ek kehtay hain ke mar gaye ke khuda ya, main nahi janta ke teri</w:t>
      </w:r>
      <w:r>
        <w:br/>
      </w:r>
      <w:r>
        <w:rPr>
          <w:sz w:val="20"/>
        </w:rPr>
        <w:t>32:38  teri ibadat mein kaise karoon.</w:t>
      </w:r>
      <w:r>
        <w:br/>
      </w:r>
      <w:r>
        <w:rPr>
          <w:sz w:val="20"/>
        </w:rPr>
        <w:t>32:43  agar main jata to teri isi tarah to ibadat karta. aise saaray insan</w:t>
      </w:r>
      <w:r>
        <w:br/>
      </w:r>
      <w:r>
        <w:rPr>
          <w:sz w:val="20"/>
        </w:rPr>
        <w:t>32:55  un speaker language mein keh rahay hain, khuda ya, main nahi maloom ke teri kitab mein kya likha hai. agar hum jantay hain ke teri kitab mein kya hai to hum isi ko follow karte hain.</w:t>
      </w:r>
      <w:r>
        <w:br/>
      </w:r>
      <w:r>
        <w:rPr>
          <w:sz w:val="20"/>
        </w:rPr>
        <w:t>33:17  un ki nature, un ki fitrat pukaar rahi hai, fitrat un speaker language mein.</w:t>
      </w:r>
    </w:p>
    <w:p>
      <w:pPr>
        <w:pStyle w:val="Heading2"/>
      </w:pPr>
      <w:r>
        <w:t>Hadith: Fatima is part of me</w:t>
      </w:r>
    </w:p>
    <w:p>
      <w:r>
        <w:rPr>
          <w:color w:val="666666"/>
          <w:sz w:val="18"/>
        </w:rPr>
        <w:t>The Story of Hazrat Fatima The Prophet's Cherished Daughter (Part- I) July 30, 2023 · 13s · at 0:23 · https://youtu.be/MG9FmkFEyfo?t=23</w:t>
      </w:r>
    </w:p>
    <w:p>
      <w:r>
        <w:rPr>
          <w:i/>
        </w:rPr>
        <w:t>“Prophet once said, Fatima is part of me”</w:t>
      </w:r>
    </w:p>
    <w:p>
      <w:r>
        <w:rPr>
          <w:sz w:val="20"/>
        </w:rPr>
        <w:t>0:23  Prophet once said that, "Fatima is part of</w:t>
      </w:r>
      <w:r>
        <w:br/>
      </w:r>
      <w:r>
        <w:rPr>
          <w:sz w:val="20"/>
        </w:rPr>
        <w:t>0:27  me; whoever makes her angry, makes me angry." The legacy of Hazrat Fatima continues to inspire millions of Muslims.</w:t>
      </w:r>
    </w:p>
    <w:p>
      <w:pPr>
        <w:pStyle w:val="Heading2"/>
      </w:pPr>
      <w:r>
        <w:t>Anger resolved through explanation</w:t>
      </w:r>
    </w:p>
    <w:p>
      <w:r>
        <w:rPr>
          <w:color w:val="666666"/>
          <w:sz w:val="18"/>
        </w:rPr>
        <w:t>Don't Be Angry Culture January 15, 2012 Maulana Wahiduddin Khan · 2m 06s · at 15:50 · https://youtu.be/rY1Ikwmwwdk?t=950</w:t>
      </w:r>
    </w:p>
    <w:p>
      <w:r>
        <w:rPr>
          <w:i/>
        </w:rPr>
        <w:t>“To woh aadmi jo aaya tha baahar se”</w:t>
      </w:r>
    </w:p>
    <w:p>
      <w:r>
        <w:rPr>
          <w:sz w:val="20"/>
        </w:rPr>
        <w:t>15:50  us ko ghussa aa gaya. ghusse mein us ne kaha: "lain darab, lain darbat, lazarb, lazarb, lain daf'at, la tafa'an".</w:t>
      </w:r>
      <w:r>
        <w:br/>
      </w:r>
      <w:r>
        <w:rPr>
          <w:sz w:val="20"/>
        </w:rPr>
        <w:t>16:05  agar tum phir mujhe dhakka doge, main tum ko dhakka doon</w:t>
      </w:r>
      <w:r>
        <w:br/>
      </w:r>
      <w:r>
        <w:rPr>
          <w:sz w:val="20"/>
        </w:rPr>
        <w:t>16:08  ga. tum maroge to main tum ko maroonga. ghusse mein us ne kaha. to doosra aadmi ghussa nahin hua.</w:t>
      </w:r>
      <w:r>
        <w:br/>
      </w:r>
      <w:r>
        <w:rPr>
          <w:sz w:val="20"/>
        </w:rPr>
        <w:t>16:17  us ne is ko explain kiya. us ne kaha ke dekho, main door se aaya hoon. mujhe rasool Allah se kuch seekhna hai.</w:t>
      </w:r>
      <w:r>
        <w:br/>
      </w:r>
      <w:r>
        <w:rPr>
          <w:sz w:val="20"/>
        </w:rPr>
        <w:t>16:27  to main is kuch logon ne mujhe bheja hai. main jaldi kar raha tha. taake agar wahan andar bheed ho jaye gi to main nahin pahunch paunga.</w:t>
      </w:r>
      <w:r>
        <w:br/>
      </w:r>
      <w:r>
        <w:rPr>
          <w:sz w:val="20"/>
        </w:rPr>
        <w:t>16:38  to is liye main thoda mujh se jaldi ho gayi. is ki wajah se tum ko dhakka lag gaya. to wahi aadmi jis ne pehle ghusse mein kaha tha ke main tum ko maroonga, ek dam uska mood badal gaya.</w:t>
      </w:r>
      <w:r>
        <w:br/>
      </w:r>
      <w:r>
        <w:rPr>
          <w:sz w:val="20"/>
        </w:rPr>
        <w:t>16:55  achanak badal gaya.</w:t>
      </w:r>
      <w:r>
        <w:br/>
      </w:r>
      <w:r>
        <w:rPr>
          <w:sz w:val="20"/>
        </w:rPr>
        <w:t>16:58  us ne kaha ke: "wallah, la sharra min". pehle us ne kaha tha: "ya ashr al-rijal". wahi wahi shakhs ke munh se nikla tha: "ya ashr al-rijal".</w:t>
      </w:r>
      <w:r>
        <w:br/>
      </w:r>
      <w:r>
        <w:rPr>
          <w:sz w:val="20"/>
        </w:rPr>
        <w:t>17:11  ae bohat hi zyada bure aadmi. ae logon mein sab se zyada bure aadmi. lekin jab us ne explain kiya to wahi shakhs dobara kehta hai ke: "wallah, la sharra min".</w:t>
      </w:r>
      <w:r>
        <w:br/>
      </w:r>
      <w:r>
        <w:rPr>
          <w:sz w:val="20"/>
        </w:rPr>
        <w:t>17:28  khuda ki qasam, main hi sab se zyada bura hoon.</w:t>
      </w:r>
      <w:r>
        <w:br/>
      </w:r>
      <w:r>
        <w:rPr>
          <w:sz w:val="20"/>
        </w:rPr>
        <w:t>17:34  khuda ki qasam, main hi sab se zyada bura hoon. "wallah, la sharra min". ab yeh dekhiye, ghussa aaya is aadmi ko.</w:t>
      </w:r>
      <w:r>
        <w:br/>
      </w:r>
      <w:r>
        <w:rPr>
          <w:sz w:val="20"/>
        </w:rPr>
        <w:t>17:46  lekin jaise hi yeh baat explain ki gayi, foran woh maan gaya. apni ghalati ko tasleem kiya. aur maafi mangi.</w:t>
      </w:r>
    </w:p>
    <w:p>
      <w:pPr>
        <w:pStyle w:val="Heading2"/>
      </w:pPr>
      <w:r>
        <w:t>Taqwa as a process of carefulness</w:t>
      </w:r>
    </w:p>
    <w:p>
      <w:r>
        <w:rPr>
          <w:color w:val="666666"/>
          <w:sz w:val="18"/>
        </w:rPr>
        <w:t>Q&amp;A 11 Jul 2010 Maulana Wahiduddin Khan · 1m 54s · at 16:39 · https://youtu.be/UHtdtzGGwFQ?t=999</w:t>
      </w:r>
    </w:p>
    <w:p>
      <w:r>
        <w:rPr>
          <w:i/>
        </w:rPr>
        <w:t>“Dekhiye, taqwa ka jo literal meaning hai”</w:t>
      </w:r>
    </w:p>
    <w:p>
      <w:r>
        <w:rPr>
          <w:sz w:val="20"/>
        </w:rPr>
        <w:t>16:39  maulana, agla sawal kya hai? mister muhammad asif riyaz ne patna se. unhon ne likha hai ke maulana sahab tell us about taqwa.</w:t>
      </w:r>
      <w:r>
        <w:br/>
      </w:r>
      <w:r>
        <w:rPr>
          <w:sz w:val="20"/>
        </w:rPr>
        <w:t>16:51  dekhen, taqwa ka jo literal meaning hai, woh to bachna. bachna. baqaya kehte hain dhal ko.</w:t>
      </w:r>
      <w:r>
        <w:br/>
      </w:r>
      <w:r>
        <w:rPr>
          <w:sz w:val="20"/>
        </w:rPr>
        <w:t>17:02  to jab aap ke andar yeh yeh thinking develop kare ke mujhe bach kar chalna hai, burai ko chhodna hai, achhai ko lena hai, jis mein khuda ki marzi na ho, us se door jao, bhagna hai, marzi ho to us ko aage chalna hai is raste mein.</w:t>
      </w:r>
      <w:r>
        <w:br/>
      </w:r>
      <w:r>
        <w:rPr>
          <w:sz w:val="20"/>
        </w:rPr>
        <w:t>17:18  yeh hai bachna.</w:t>
      </w:r>
      <w:r>
        <w:br/>
      </w:r>
      <w:r>
        <w:rPr>
          <w:sz w:val="20"/>
        </w:rPr>
        <w:t>17:20  to jab aap study karte hain, sochte hain, aur aap allah ke raste par aate hain to it is but natural ke aap ke andar ek test develop hota hai, bachne wala test ke bhai is se bacho, yeh khuda ko narazi is mein hai, yeh is mein to yeh aage badho, is mein khuda ki khushnudi milegi.</w:t>
      </w:r>
      <w:r>
        <w:br/>
      </w:r>
      <w:r>
        <w:rPr>
          <w:sz w:val="20"/>
        </w:rPr>
        <w:t>17:41  yani taqwa. to taqwa bhi dekhiye, ek process hai, develop karta hai. woh beginning hoti hai yahan se.</w:t>
      </w:r>
      <w:r>
        <w:br/>
      </w:r>
      <w:r>
        <w:rPr>
          <w:sz w:val="20"/>
        </w:rPr>
        <w:t>17:54  phir badhte badhte badhte woh bohat aage ja tak pahunch jata hai. to jab aadmi ke andar woh test develop ho jaye ke allah wali zindagi guzarna hai,</w:t>
      </w:r>
      <w:r>
        <w:br/>
      </w:r>
      <w:r>
        <w:rPr>
          <w:sz w:val="20"/>
        </w:rPr>
        <w:t>18:10  jis mein allah ki narazi ko us se bachna hai, to phir woh allah ki madad aane lagti hai us ko. to dheere dheere woh sahi maene mein muttaqi insan ban jata hai.</w:t>
      </w:r>
      <w:r>
        <w:br/>
      </w:r>
      <w:r>
        <w:rPr>
          <w:sz w:val="20"/>
        </w:rPr>
        <w:t>18:22  yeh sari cheezen yaad rakhiye, process taluq hoti hai. process hai, achhanak nahi hoti kabhi bhi.</w:t>
      </w:r>
      <w:r>
        <w:br/>
      </w:r>
      <w:r>
        <w:rPr>
          <w:sz w:val="20"/>
        </w:rPr>
        <w:t>18:28  ek intellectual process hota hai yeh.</w:t>
      </w:r>
    </w:p>
    <w:p>
      <w:pPr>
        <w:pStyle w:val="Heading2"/>
      </w:pPr>
      <w:r>
        <w:t>Power of admitting being wrong</w:t>
      </w:r>
    </w:p>
    <w:p>
      <w:r>
        <w:rPr>
          <w:color w:val="666666"/>
          <w:sz w:val="18"/>
        </w:rPr>
        <w:t>Man and Matter July 30, 2006 Maulana Wahiduddin Khan · 4m 36s · at 33:36 · https://youtu.be/86wN7coqa94?t=2016</w:t>
      </w:r>
    </w:p>
    <w:p>
      <w:r>
        <w:rPr>
          <w:i/>
        </w:rPr>
        <w:t>“A gentleman told me an incident from pre-independence Delhi”</w:t>
      </w:r>
    </w:p>
    <w:p>
      <w:r>
        <w:rPr>
          <w:sz w:val="20"/>
        </w:rPr>
        <w:t>33:36  aik sahib ne bataya woh dilli mein azadi se pehle ka aik waqia ke azadi se pehle dilli mein aik army ka aik afsar tha jis mein angrez afsar tha to woh us mein kaam karte thay.</w:t>
      </w:r>
      <w:r>
        <w:br/>
      </w:r>
      <w:r>
        <w:rPr>
          <w:sz w:val="20"/>
        </w:rPr>
        <w:t>33:52  yeh sahib jinho ne bataya mujhe yeh buland shirk rehne walay thay. to us mein woh clerk thay, afsar angrez tha.</w:t>
      </w:r>
      <w:r>
        <w:br/>
      </w:r>
      <w:r>
        <w:rPr>
          <w:sz w:val="20"/>
        </w:rPr>
        <w:t>34:00  to angrez ne un se kaha ke mujhe aik paper is ko chahiye tha ke woh paper mujhe woh file bhejo jis mein woh paper hai.</w:t>
      </w:r>
      <w:r>
        <w:br/>
      </w:r>
      <w:r>
        <w:rPr>
          <w:sz w:val="20"/>
        </w:rPr>
        <w:t>34:11  unhon ne aik file bhej diya. us mein us ne dekha idhar udhar to us ko woh paper us mein nahi mila. to woh woh file le kar laya un ki mez par patak diya us ne ke tum se main ne kaha tha jis paper jis paper ke liye woh to us mein hai hi nahi.</w:t>
      </w:r>
      <w:r>
        <w:br/>
      </w:r>
      <w:r>
        <w:rPr>
          <w:sz w:val="20"/>
        </w:rPr>
        <w:t>34:31  to</w:t>
      </w:r>
      <w:r>
        <w:br/>
      </w:r>
      <w:r>
        <w:rPr>
          <w:sz w:val="20"/>
        </w:rPr>
        <w:t>34:32  unhon ne dobara ghor dekha to us mein hi woh paper maujood tha. to wahan par unhon ne aik aik nishan aisa rakh kar ke dobara wohi file us ke paas bhej diya.</w:t>
      </w:r>
      <w:r>
        <w:br/>
      </w:r>
      <w:r>
        <w:rPr>
          <w:sz w:val="20"/>
        </w:rPr>
        <w:t>34:46  ab dekha us ne to waqayatan isi file mein woh paper maujood tha. to us ne kiya kiya? aisa nahi kaha ke woh patch up kar le chup chap ho jaye acha bhai theek hai nahi.</w:t>
      </w:r>
      <w:r>
        <w:br/>
      </w:r>
      <w:r>
        <w:rPr>
          <w:sz w:val="20"/>
        </w:rPr>
        <w:t>35:02  pehlay zamanay mein laal rang ki pencil hua karti thi ab shayad woh nahi hoti pencil. woh mota likhti thi woh.</w:t>
      </w:r>
      <w:r>
        <w:br/>
      </w:r>
      <w:r>
        <w:rPr>
          <w:sz w:val="20"/>
        </w:rPr>
        <w:t>35:10  mota. to woh motay laal rang ke pencil se likha us ne isi isi jagah file mein. i was blind then. i was blind then.</w:t>
      </w:r>
      <w:r>
        <w:br/>
      </w:r>
      <w:r>
        <w:rPr>
          <w:sz w:val="20"/>
        </w:rPr>
        <w:t>35:23  main us waqt andha tha. yeh hai etraaf. yeh hai acknowledge karna. yeh hai i was wrong kehna.</w:t>
      </w:r>
      <w:r>
        <w:br/>
      </w:r>
      <w:r>
        <w:rPr>
          <w:sz w:val="20"/>
        </w:rPr>
        <w:t>35:32  main samajhta hoon ke jis aadmi ko sachai ki talash ho, jo seeker ho, us ke liye zaroori hai ke yeh spirit us ke andar ho.</w:t>
      </w:r>
      <w:r>
        <w:br/>
      </w:r>
      <w:r>
        <w:rPr>
          <w:sz w:val="20"/>
        </w:rPr>
        <w:t>35:42  kyun ke bar bar aisa aye ga ke us ko pata chalega ke main past ki kuch baatein theen jo main apne mind mein liye hue tha woh sahi nahi theen. bar bar us ko nai discovery hogi.</w:t>
      </w:r>
      <w:r>
        <w:br/>
      </w:r>
      <w:r>
        <w:rPr>
          <w:sz w:val="20"/>
        </w:rPr>
        <w:t>35:54  bar bar us ko naya realization hoga</w:t>
      </w:r>
      <w:r>
        <w:br/>
      </w:r>
      <w:r>
        <w:rPr>
          <w:sz w:val="20"/>
        </w:rPr>
        <w:t>35:57  a. us waqt us ko yeh yeh courage hona chahiye ke kehne ki ke i was wrong main ghalti par tha. tab aglay darwazay usay khultay rahengay.</w:t>
      </w:r>
      <w:r>
        <w:br/>
      </w:r>
      <w:r>
        <w:rPr>
          <w:sz w:val="20"/>
        </w:rPr>
        <w:t>36:08  warna aglay darwazay us ke liye band rahengay. aise hi mere sagay bhai hain a.m. khan woh woh fiza abad mein rehte hain. to unhon ne bataya ke jab woh banaras hindi aur muslim parhte thay to wahan par aik professor sen hua karte thay.</w:t>
      </w:r>
      <w:r>
        <w:br/>
      </w:r>
      <w:r>
        <w:rPr>
          <w:sz w:val="20"/>
        </w:rPr>
        <w:t>36:24  professor sen ne waqia bataya apna wahan ka ke glasgow parhne ke liye. to glasgow mein aisa hua ke wahan ka jo british professor tha to aik mathematical problem ko woh solve kar raha tha black board par.</w:t>
      </w:r>
      <w:r>
        <w:br/>
      </w:r>
      <w:r>
        <w:rPr>
          <w:sz w:val="20"/>
        </w:rPr>
        <w:t>36:43  to solve kiya us ne to poora black board bhar gaya.</w:t>
      </w:r>
      <w:r>
        <w:br/>
      </w:r>
      <w:r>
        <w:rPr>
          <w:sz w:val="20"/>
        </w:rPr>
        <w:t>36:48  to mr. sen kharay hue unhon ne kaha ke sir agar yahan laplace transform ko apply kiya jaye. agar yahan par last laplace transform ko apply kiya jaye to bohat aasani se hum is ka answer pa sakte hain.</w:t>
      </w:r>
      <w:r>
        <w:br/>
      </w:r>
      <w:r>
        <w:rPr>
          <w:sz w:val="20"/>
        </w:rPr>
        <w:t>37:06  to us ne apply kiya us ko to do line mein answer aa gaya.</w:t>
      </w:r>
      <w:r>
        <w:br/>
      </w:r>
      <w:r>
        <w:rPr>
          <w:sz w:val="20"/>
        </w:rPr>
        <w:t>37:10  to agarchay jawab aik tha. us ne jo das method ko apply kiya tha woh method se bhar gaya tha sara baray black board. aur doosray method se woh bohat kam mein wohi same answer aa gaya tha.</w:t>
      </w:r>
      <w:r>
        <w:br/>
      </w:r>
      <w:r>
        <w:rPr>
          <w:sz w:val="20"/>
        </w:rPr>
        <w:t>37:24  lekin is professor ne kya kiya? is ne sab ke samne kaha ke das iz da only method. yeh nahi kaha ke haan haan yeh bhi theek hai yeh bhi theek hai yeh bhi theek hai.</w:t>
      </w:r>
      <w:r>
        <w:br/>
      </w:r>
      <w:r>
        <w:rPr>
          <w:sz w:val="20"/>
        </w:rPr>
        <w:t>37:36  das iz da only method. yeh</w:t>
      </w:r>
      <w:r>
        <w:br/>
      </w:r>
      <w:r>
        <w:rPr>
          <w:sz w:val="20"/>
        </w:rPr>
        <w:t>37:38  hai spirit of inquiry. yeh hai spirit of acknowledgment. to jo aadmi dekhiye sachai ko pana chahta ho</w:t>
      </w:r>
      <w:r>
        <w:br/>
      </w:r>
      <w:r>
        <w:rPr>
          <w:sz w:val="20"/>
        </w:rPr>
        <w:t>37:51  is ke andar yeh bhi hona chahiye i was wrong kehne ki. warna is ko starting point hi nahi milega. atka rahega atka rahega atka rahega.</w:t>
      </w:r>
      <w:r>
        <w:br/>
      </w:r>
      <w:r>
        <w:rPr>
          <w:sz w:val="20"/>
        </w:rPr>
        <w:t>38:02  jab hum yeh keh dete hain ke i was wrong to hum starting point pa</w:t>
      </w:r>
      <w:r>
        <w:br/>
      </w:r>
      <w:r>
        <w:rPr>
          <w:sz w:val="20"/>
        </w:rPr>
        <w:t>38:07  lete hain. hum aage barhne ka darwaza khul jata hai hamare liye.</w:t>
      </w:r>
    </w:p>
    <w:p>
      <w:pPr>
        <w:pStyle w:val="Heading2"/>
      </w:pPr>
      <w:r>
        <w:t>How the mind records everything into permanent memory</w:t>
      </w:r>
    </w:p>
    <w:p>
      <w:r>
        <w:rPr>
          <w:color w:val="666666"/>
          <w:sz w:val="18"/>
        </w:rPr>
        <w:t>Process of Intellectual Development March 23, 2008 · 2m 58s · at 7:53 · https://youtu.be/nrFnOc8C9JM?t=473</w:t>
      </w:r>
    </w:p>
    <w:p>
      <w:r>
        <w:rPr>
          <w:i/>
        </w:rPr>
        <w:t>“Har baat jo aap ne suni woh memory mein record ho jati hai”</w:t>
      </w:r>
    </w:p>
    <w:p>
      <w:r>
        <w:rPr>
          <w:sz w:val="20"/>
        </w:rPr>
        <w:t>7:53  Khuda ne hamara jo mind banaya hai, is mind mein memory hai. memory ke bare mein scientific research se yeh maloom hua hai ke jo baat bhi memory mein chali gayi, woh atal ho gayi.</w:t>
      </w:r>
      <w:r>
        <w:br/>
      </w:r>
      <w:r>
        <w:rPr>
          <w:sz w:val="20"/>
        </w:rPr>
        <w:t>8:08  aap chahein bhi to is ko memory se nikal nahi sakte. jo baat bhi chali gayi, jo aap ne suna, jo aap ne suna, jo dekha, jo parha, sab memory mein record ho jata hai.</w:t>
      </w:r>
      <w:r>
        <w:br/>
      </w:r>
      <w:r>
        <w:rPr>
          <w:sz w:val="20"/>
        </w:rPr>
        <w:t>8:24  automatically.</w:t>
      </w:r>
      <w:r>
        <w:br/>
      </w:r>
      <w:r>
        <w:rPr>
          <w:sz w:val="20"/>
        </w:rPr>
        <w:t>8:27  aap ab aap sochein ke jab aap bachpan mein paida hue, maa baap ki baatein suni, ghar ki baatein suni, mohalle mein, friendship mein, society mein, mulk mein, yahan wahan, parha, suna, stage par, kitabon mein,</w:t>
      </w:r>
      <w:r>
        <w:br/>
      </w:r>
      <w:r>
        <w:rPr>
          <w:sz w:val="20"/>
        </w:rPr>
        <w:t>8:45  in sab ko lejiye to yeh million billion se bhi zyada baatein ho jati hain. woh sab aap ke mind mein aa gayeen. aap na chahein tab bhi aa jayengi.</w:t>
      </w:r>
      <w:r>
        <w:br/>
      </w:r>
      <w:r>
        <w:rPr>
          <w:sz w:val="20"/>
        </w:rPr>
        <w:t>8:56  ek baar agar sun liya aap ne to woh record ho gayi aap ke mind mein.</w:t>
      </w:r>
      <w:r>
        <w:br/>
      </w:r>
      <w:r>
        <w:rPr>
          <w:sz w:val="20"/>
        </w:rPr>
        <w:t>9:04  yani conscious mind mein na bhi ho to unconscious mind mein phir bhi maujood rehti hai. is ka matlab kya hua? har aadmi jungle of thought mein jee raha hai.</w:t>
      </w:r>
      <w:r>
        <w:br/>
      </w:r>
      <w:r>
        <w:rPr>
          <w:sz w:val="20"/>
        </w:rPr>
        <w:t>9:17  jungle of thought mein black and white, safed aur kala, sahi o galat, sab bhare hue hain isi mein.</w:t>
      </w:r>
      <w:r>
        <w:br/>
      </w:r>
      <w:r>
        <w:rPr>
          <w:sz w:val="20"/>
        </w:rPr>
        <w:t>9:27  ab is ko sort out karne ka mamla hai. yeh to hona hi hai ke aap ke mind mein sab bhar jaye. koi bhi is se bach nahi sakta hai.</w:t>
      </w:r>
      <w:r>
        <w:br/>
      </w:r>
      <w:r>
        <w:rPr>
          <w:sz w:val="20"/>
        </w:rPr>
        <w:t>9:38  woh to hona hi hona hai. jungle of thought mein aap ko jeena hi jeena hai. ab kamyab woh hai jo sort out kar ke kale ko alag kare, safed ko alag kare,</w:t>
      </w:r>
      <w:r>
        <w:br/>
      </w:r>
      <w:r>
        <w:rPr>
          <w:sz w:val="20"/>
        </w:rPr>
        <w:t>9:54  right ko alag kare, wrong ko alag kare.</w:t>
      </w:r>
      <w:r>
        <w:br/>
      </w:r>
      <w:r>
        <w:rPr>
          <w:sz w:val="20"/>
        </w:rPr>
        <w:t>9:58  isi ko bataya hadith mein ke mujh se hidayat mango, mein tum se hidayat dunga. yani is ka matlab kya hai?</w:t>
      </w:r>
      <w:r>
        <w:br/>
      </w:r>
      <w:r>
        <w:rPr>
          <w:sz w:val="20"/>
        </w:rPr>
        <w:t>10:09  is ka matlab yeh hai ke Khuda ka jo nizam hidayat hai, jo law of nature hai, us ke mutabiq koshish karo.</w:t>
      </w:r>
      <w:r>
        <w:br/>
      </w:r>
      <w:r>
        <w:rPr>
          <w:sz w:val="20"/>
        </w:rPr>
        <w:t>10:23  yani jo sort out ka kaam hai, yeh tum is ko sort out karna padega law of nature ke mutabiq.</w:t>
      </w:r>
      <w:r>
        <w:br/>
      </w:r>
      <w:r>
        <w:rPr>
          <w:sz w:val="20"/>
        </w:rPr>
        <w:t>10:33  to phir tum ko pata chal jayega yeh kala hai ya safed hai.</w:t>
      </w:r>
      <w:r>
        <w:br/>
      </w:r>
      <w:r>
        <w:rPr>
          <w:sz w:val="20"/>
        </w:rPr>
        <w:t>10:39  yeh hai woh test jis mein hum pade hue hain. aur is zamane mein yeh test bohat hi kadda ho gaya hai kyunke yeh fitna dohama hai.</w:t>
      </w:r>
    </w:p>
    <w:p>
      <w:pPr>
        <w:pStyle w:val="Heading2"/>
      </w:pPr>
      <w:r>
        <w:t>Mind-based marifat illustrated through a Zam Zam story</w:t>
      </w:r>
    </w:p>
    <w:p>
      <w:r>
        <w:rPr>
          <w:color w:val="666666"/>
          <w:sz w:val="18"/>
        </w:rPr>
        <w:t>In Conversation on Maulana Wahiduddin Khan with Omries October 9, 2022 · 1m 34s · at 34:43 · https://youtu.be/zMfnWSEr95I?t=2083</w:t>
      </w:r>
    </w:p>
    <w:p>
      <w:r>
        <w:rPr>
          <w:i/>
        </w:rPr>
        <w:t>“Jo bhi paani milta hai, wahi mere liye zam zam hai”</w:t>
      </w:r>
    </w:p>
    <w:p>
      <w:r>
        <w:rPr>
          <w:sz w:val="20"/>
        </w:rPr>
        <w:t>34:43  ji, lekin maulana ne isko meditation se hata kar soch ki buniyad par rakh diya hai. ji ke aap kisi cheez par sochein, reason out karein to aap ki khuda ki badi marifat hasil ho sakti hai.</w:t>
      </w:r>
      <w:r>
        <w:br/>
      </w:r>
      <w:r>
        <w:rPr>
          <w:sz w:val="20"/>
        </w:rPr>
        <w:t>34:53  ji, iski wajah se main dekhta</w:t>
      </w:r>
      <w:r>
        <w:br/>
      </w:r>
      <w:r>
        <w:rPr>
          <w:sz w:val="20"/>
        </w:rPr>
        <w:t>34:55  hoon ke hamari zindagi mein bhi kafi faida hua. ji, iski ek misaal main aap ke samne pesh karunga. mera ek chhota, mera bachcha jab chhota tha, god mein to main ghar mein tha to woh achhanak rone laga,</w:t>
      </w:r>
      <w:r>
        <w:br/>
      </w:r>
      <w:r>
        <w:rPr>
          <w:sz w:val="20"/>
        </w:rPr>
        <w:t>35:09  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r>
        <w:br/>
      </w:r>
      <w:r>
        <w:rPr>
          <w:sz w:val="20"/>
        </w:rPr>
        <w:t>35:25  ko zam zam ka pani mila. aur hamare liye allah taala ne pani itna aasan kiya hai ke ek botal ya glass milaao aur pila do. to us waqt mujhe yeh discovery hui ke jo pani hum peete hain, log umooman zam zam pani barkat ka samajh ke peete hain.</w:t>
      </w:r>
      <w:r>
        <w:br/>
      </w:r>
      <w:r>
        <w:rPr>
          <w:sz w:val="20"/>
        </w:rPr>
        <w:t>35:39  bhai, us waqt se mera yeh ehsaas ho gaya hai ke jo bhi pani mujhe milta hai, woh khud zam zam hai mere liye. khud quran mein kehta hai: "khuda</w:t>
      </w:r>
      <w:r>
        <w:br/>
      </w:r>
      <w:r>
        <w:rPr>
          <w:sz w:val="20"/>
        </w:rPr>
        <w:t>35:47  mubarakah" jo pani hum ne aasman se utara hai, woh barkat ka pani hai. ji, to jo bhi pani, khwah hum kahin bhi rahein, kahin se bhi woh pani milta ho, woh sirf woh bhi hamare liye ek zam zam ki haisiyat hai.</w:t>
      </w:r>
      <w:r>
        <w:br/>
      </w:r>
      <w:r>
        <w:rPr>
          <w:sz w:val="20"/>
        </w:rPr>
        <w:t>35:59  khuda agar sikha de to koi us ko nahi la sakta. to woh ehsaas jab paida hota hai, woh soch ki buniyad par hi mila. to jab bhi main pani ka ek qatra bhi peeta hoon, to mujhe woh zam zam ka hi feeling ke saath mein peeta hoon.</w:t>
      </w:r>
      <w:r>
        <w:br/>
      </w:r>
      <w:r>
        <w:rPr>
          <w:sz w:val="20"/>
        </w:rPr>
        <w:t>36:11  ji, to yeh molana ki marifat aur tazkiya ki jo tarbiyat thi, us ka samajhta hoon main ek asar tha. ji ji, to kuch</w:t>
      </w:r>
    </w:p>
    <w:p>
      <w:pPr>
        <w:pStyle w:val="Heading2"/>
      </w:pPr>
      <w:r>
        <w:t>Non-interference policy and American story</w:t>
      </w:r>
    </w:p>
    <w:p>
      <w:r>
        <w:rPr>
          <w:color w:val="666666"/>
          <w:sz w:val="18"/>
        </w:rPr>
        <w:t>Living in Peace and Harmony in a Multicultural World | February 9, 2016 Full · 1m 31s · at 14:31 · https://youtu.be/jRR83pRA6QU?t=871</w:t>
      </w:r>
    </w:p>
    <w:p>
      <w:r>
        <w:rPr>
          <w:i/>
        </w:rPr>
        <w:t>“To mein samajhta hoon ke is ke siwa”</w:t>
      </w:r>
    </w:p>
    <w:p>
      <w:r>
        <w:rPr>
          <w:sz w:val="20"/>
        </w:rPr>
        <w:t>14:31  rahen.</w:t>
      </w:r>
      <w:r>
        <w:br/>
      </w:r>
      <w:r>
        <w:rPr>
          <w:sz w:val="20"/>
        </w:rPr>
        <w:t>14:36  yeh, yeh, yeh option hi nahi hai hamare liye.</w:t>
      </w:r>
      <w:r>
        <w:br/>
      </w:r>
      <w:r>
        <w:rPr>
          <w:sz w:val="20"/>
        </w:rPr>
        <w:t>14:40  option kya hai? ke hum manage karen freedom ko.</w:t>
      </w:r>
      <w:r>
        <w:br/>
      </w:r>
      <w:r>
        <w:rPr>
          <w:sz w:val="20"/>
        </w:rPr>
        <w:t>14:45  yeh option hai.</w:t>
      </w:r>
      <w:r>
        <w:br/>
      </w:r>
      <w:r>
        <w:rPr>
          <w:sz w:val="20"/>
        </w:rPr>
        <w:t>14:49  to kuch logon ne insaan ki azadi ko khatam kar ke society banana chaha, woh fail ho gaye.</w:t>
      </w:r>
      <w:r>
        <w:br/>
      </w:r>
      <w:r>
        <w:rPr>
          <w:sz w:val="20"/>
        </w:rPr>
        <w:t>14:53  woh work nahi kiya is formula ne.</w:t>
      </w:r>
      <w:r>
        <w:br/>
      </w:r>
      <w:r>
        <w:rPr>
          <w:sz w:val="20"/>
        </w:rPr>
        <w:t>14:58  to jo workable formula hai, woh yahi hai ke aap</w:t>
      </w:r>
      <w:r>
        <w:br/>
      </w:r>
      <w:r>
        <w:rPr>
          <w:sz w:val="20"/>
        </w:rPr>
        <w:t>15:02  sakein. Yeh, yeh, yeh option hi nahi hai hamare liye. Option kya hai? Ke hum manage karein freedom ko. Yeh option hai. To kuch logon ne insaan ki aazadi ko khatam kar ke society banana chaha, woh fail ho gaye. Woh work nahi kiya is formula ne. To jo workable formula hai, woh yahi hai ke aap</w:t>
      </w:r>
      <w:r>
        <w:br/>
      </w:r>
      <w:r>
        <w:rPr>
          <w:sz w:val="20"/>
        </w:rPr>
        <w:t>15:32  laga sakta.</w:t>
      </w:r>
      <w:r>
        <w:br/>
      </w:r>
      <w:r>
        <w:rPr>
          <w:sz w:val="20"/>
        </w:rPr>
        <w:t>15:38  lekin har ek ko yeh karna hai ke woh apne orbit mein rahe.</w:t>
      </w:r>
      <w:r>
        <w:br/>
      </w:r>
      <w:r>
        <w:rPr>
          <w:sz w:val="20"/>
        </w:rPr>
        <w:t>15:44  امریکن ہسٹری میں ایک بہت ہی دلچسپ اسٹوری ہے، میں سمجھتا ہوں کہ وہ اس کو study کرتی ہے۔</w:t>
      </w:r>
      <w:r>
        <w:br/>
      </w:r>
      <w:r>
        <w:rPr>
          <w:sz w:val="20"/>
        </w:rPr>
        <w:t>15:51  yeh kaha jata hai ke when America gained freedom, one American was very enthusiastic; he went out of</w:t>
      </w:r>
      <w:r>
        <w:br/>
      </w:r>
      <w:r>
        <w:rPr>
          <w:sz w:val="20"/>
        </w:rPr>
        <w:t>15:57  his home, he was moving an estate</w:t>
      </w:r>
    </w:p>
    <w:p>
      <w:pPr>
        <w:pStyle w:val="Heading2"/>
      </w:pPr>
      <w:r>
        <w:t>Unlimited freedom and its harmful consequences</w:t>
      </w:r>
    </w:p>
    <w:p>
      <w:r>
        <w:rPr>
          <w:color w:val="666666"/>
          <w:sz w:val="18"/>
        </w:rPr>
        <w:t>Nature of Modern Problem 12 July 2009 - Maulana Wahiduddin Khan · 5m 28s · at 25:35 · https://youtu.be/JULJoDRvUNU?t=1535</w:t>
      </w:r>
    </w:p>
    <w:p>
      <w:r>
        <w:rPr>
          <w:i/>
        </w:rPr>
        <w:t>“Freedom ka concept leejeye aap.”</w:t>
      </w:r>
    </w:p>
    <w:p>
      <w:r>
        <w:rPr>
          <w:sz w:val="20"/>
        </w:rPr>
        <w:t>25:35  aise hi dekhiye, freedom ka concept lijiye aap. yeh to khuda ko displace kar diya. khuda ko displace kar diya. ab freedom ka concept lijiye.</w:t>
      </w:r>
      <w:r>
        <w:br/>
      </w:r>
      <w:r>
        <w:rPr>
          <w:sz w:val="20"/>
        </w:rPr>
        <w:t>25:48  yeh bentham jo hai,</w:t>
      </w:r>
      <w:r>
        <w:br/>
      </w:r>
      <w:r>
        <w:rPr>
          <w:sz w:val="20"/>
        </w:rPr>
        <w:t>25:51  jo british philosopher hai, bentham</w:t>
      </w:r>
      <w:r>
        <w:br/>
      </w:r>
      <w:r>
        <w:rPr>
          <w:sz w:val="20"/>
        </w:rPr>
        <w:t>26:01  1832 mein is ki death hui hai. toh is ne utilitarianism ki philosophy pesh ki ke bas faide hi sab kuch hai, interest hi sab kuch hai,</w:t>
      </w:r>
      <w:r>
        <w:br/>
      </w:r>
      <w:r>
        <w:rPr>
          <w:sz w:val="20"/>
        </w:rPr>
        <w:t>26:15  aur is ke siwa aur kuch kuch bhi nahi hai.</w:t>
      </w:r>
      <w:r>
        <w:br/>
      </w:r>
      <w:r>
        <w:rPr>
          <w:sz w:val="20"/>
        </w:rPr>
        <w:t>26:18  phir is ko aage badhaya. is ko john stuart mill ne, jis ki death hui 1800</w:t>
      </w:r>
      <w:r>
        <w:br/>
      </w:r>
      <w:r>
        <w:rPr>
          <w:sz w:val="20"/>
        </w:rPr>
        <w:t>26:28  73 mein, is ki kitaab hai "on liberty".</w:t>
      </w:r>
      <w:r>
        <w:br/>
      </w:r>
      <w:r>
        <w:rPr>
          <w:sz w:val="20"/>
        </w:rPr>
        <w:t>26:37  toh aazadi ko sab se bari cheez banaya is ne. woh barhte barhte aaj jo halat hai, aaj ke bas</w:t>
      </w:r>
      <w:r>
        <w:br/>
      </w:r>
      <w:r>
        <w:rPr>
          <w:sz w:val="20"/>
        </w:rPr>
        <w:t>26:46  freedom jo hai, freedom is the summum bonum. modern mind kya hai? modern culture kya hai? modern civilization kya hai?</w:t>
      </w:r>
      <w:r>
        <w:br/>
      </w:r>
      <w:r>
        <w:rPr>
          <w:sz w:val="20"/>
        </w:rPr>
        <w:t>26:55  woh kya kehti hai? is ke nazdeek jo hai, yahi wohi kalma hai is ka: "freedom is the summum bonum".</w:t>
      </w:r>
      <w:r>
        <w:br/>
      </w:r>
      <w:r>
        <w:rPr>
          <w:sz w:val="20"/>
        </w:rPr>
        <w:t>27:05  yani freedom hi sab kuch, sab se bari greatest good jo hai, freedom hai. unlimited freedom.</w:t>
      </w:r>
      <w:r>
        <w:br/>
      </w:r>
      <w:r>
        <w:rPr>
          <w:sz w:val="20"/>
        </w:rPr>
        <w:t>27:14  unlimited freedom. aur isi ka yeh is zamane mein ek bohat hi shameful, shameful yeh aaya hai.</w:t>
      </w:r>
      <w:r>
        <w:br/>
      </w:r>
      <w:r>
        <w:rPr>
          <w:sz w:val="20"/>
        </w:rPr>
        <w:t>27:24  is ka ek, ek namoona, shameful namoona ke homosexuality ko</w:t>
      </w:r>
      <w:r>
        <w:br/>
      </w:r>
      <w:r>
        <w:rPr>
          <w:sz w:val="20"/>
        </w:rPr>
        <w:t>27:32  ek general acceptance mil gaya hai. kaisi ajeeb baat hai!</w:t>
      </w:r>
      <w:r>
        <w:br/>
      </w:r>
      <w:r>
        <w:rPr>
          <w:sz w:val="20"/>
        </w:rPr>
        <w:t>27:38  aaj bhi paper mein main parh raha tha, aaj kal rozana kuch na kuch aata hai ke hum, hum, hum yeh hamara apna choice hai jo, jo choice hum lein, kaun interfere karne wala hai humein.</w:t>
      </w:r>
      <w:r>
        <w:br/>
      </w:r>
      <w:r>
        <w:rPr>
          <w:sz w:val="20"/>
        </w:rPr>
        <w:t>27:52  yani homoseuxuality ko apna choice bata rahe hain. woh</w:t>
      </w:r>
      <w:r>
        <w:br/>
      </w:r>
      <w:r>
        <w:rPr>
          <w:sz w:val="20"/>
        </w:rPr>
        <w:t>27:57  kitna</w:t>
      </w:r>
      <w:r>
        <w:br/>
      </w:r>
      <w:r>
        <w:rPr>
          <w:sz w:val="20"/>
        </w:rPr>
        <w:t>27:58  shameful baat hai! shameful! yeh nature se bilkul hatna hai. nature se hatna hai. ab yeh, yeh aaj kal haalat yeh hai ke koi is ke khilaaf bol nahin raha hai.</w:t>
      </w:r>
      <w:r>
        <w:br/>
      </w:r>
      <w:r>
        <w:rPr>
          <w:sz w:val="20"/>
        </w:rPr>
        <w:t>28:12  chand logon ko bolte honge idhar udhar corner par.</w:t>
      </w:r>
      <w:r>
        <w:br/>
      </w:r>
      <w:r>
        <w:rPr>
          <w:sz w:val="20"/>
        </w:rPr>
        <w:t>28:16  yani judiciary hamari, woh is ke haq mein apna verdict de rahi hai. beba top ke politicians is ke favour mein ho gaye hain.</w:t>
      </w:r>
      <w:r>
        <w:br/>
      </w:r>
      <w:r>
        <w:rPr>
          <w:sz w:val="20"/>
        </w:rPr>
        <w:t>28:28  society is ko favour kar rahi hai. paper rozana chhap raha hai.</w:t>
      </w:r>
      <w:r>
        <w:br/>
      </w:r>
      <w:r>
        <w:rPr>
          <w:sz w:val="20"/>
        </w:rPr>
        <w:t>28:34  toh Khalil Jibran ne kaha tha ke "no leaf fall down without the silent consent of whole tree".</w:t>
      </w:r>
      <w:r>
        <w:br/>
      </w:r>
      <w:r>
        <w:rPr>
          <w:sz w:val="20"/>
        </w:rPr>
        <w:t>28:48  jab kisi peed se ek patti girti hai</w:t>
      </w:r>
      <w:r>
        <w:br/>
      </w:r>
      <w:r>
        <w:rPr>
          <w:sz w:val="20"/>
        </w:rPr>
        <w:t>28:52  toh poore peed ki silent consent is ko mili hui hoti hai. woh ne gire nahin. woh toh is tarah ki buraiyan jo phail rahi hain, toh poori society ka silent consensus hai, consent hai.</w:t>
      </w:r>
      <w:r>
        <w:br/>
      </w:r>
      <w:r>
        <w:rPr>
          <w:sz w:val="20"/>
        </w:rPr>
        <w:t>29:06  agar general acceptance na ho, agar society is ko, is ko</w:t>
      </w:r>
      <w:r>
        <w:br/>
      </w:r>
      <w:r>
        <w:rPr>
          <w:sz w:val="20"/>
        </w:rPr>
        <w:t>29:12  taiyar na ho tolerate karne ke liye, toh kis ko himmat hai ke aisi ridiculous baatein kare? kis ko himmat hai?</w:t>
      </w:r>
      <w:r>
        <w:br/>
      </w:r>
      <w:r>
        <w:rPr>
          <w:sz w:val="20"/>
        </w:rPr>
        <w:t>29:28  dekhiye, aaj kal aap sunte honge logon ko yeh kehte hue ke bhai agar hamein koi harmful nahin banta hai toh jo chahe kare, woh apne bedroom mein jo chahe kare, woh hamein toh harmful nahin ban raha hai.</w:t>
      </w:r>
      <w:r>
        <w:br/>
      </w:r>
      <w:r>
        <w:rPr>
          <w:sz w:val="20"/>
        </w:rPr>
        <w:t>29:40  woh lekin jo researches hui hain, is se yeh tasawwur bilkul</w:t>
      </w:r>
      <w:r>
        <w:br/>
      </w:r>
      <w:r>
        <w:rPr>
          <w:sz w:val="20"/>
        </w:rPr>
        <w:t>29:46  yani ghalat saabit ho gaya hai ke aap chahe chhip kar ke bhi ek burai kare toh poori society pe is ka asar parta hai.</w:t>
      </w:r>
      <w:r>
        <w:br/>
      </w:r>
      <w:r>
        <w:rPr>
          <w:sz w:val="20"/>
        </w:rPr>
        <w:t>29:58  kisi ne kaha tha, kisi philosopher ne ke aadmi hairan apne aap ko radiate karta rehta hai.</w:t>
      </w:r>
      <w:r>
        <w:br/>
      </w:r>
      <w:r>
        <w:rPr>
          <w:sz w:val="20"/>
        </w:rPr>
        <w:t>30:06  bura ya acha, aadmi hairan apne aap ko radiate karta rehta hai.</w:t>
      </w:r>
      <w:r>
        <w:br/>
      </w:r>
      <w:r>
        <w:rPr>
          <w:sz w:val="20"/>
        </w:rPr>
        <w:t>30:15  toh abhi dekhiye, aap parhte honge paperon mein ke pehle zamane mein, hamare bachpan ke zamane mein, smoking jo thi, ek individual burai thi.</w:t>
      </w:r>
      <w:r>
        <w:br/>
      </w:r>
      <w:r>
        <w:rPr>
          <w:sz w:val="20"/>
        </w:rPr>
        <w:t>30:25  smoking</w:t>
      </w:r>
      <w:r>
        <w:br/>
      </w:r>
      <w:r>
        <w:rPr>
          <w:sz w:val="20"/>
        </w:rPr>
        <w:t>30:30  likha rehta tha packet par ke "cigarette smoking is injurious to health". itna hi likha rehta tha. yani woh jo smoker hai, jo aadmi pi raha hai, us ke liye bura hai.</w:t>
      </w:r>
      <w:r>
        <w:br/>
      </w:r>
      <w:r>
        <w:rPr>
          <w:sz w:val="20"/>
        </w:rPr>
        <w:t>30:40  woh bas. lekin aap jante hain ke ab jo researches hui hain,</w:t>
      </w:r>
      <w:r>
        <w:br/>
      </w:r>
      <w:r>
        <w:rPr>
          <w:sz w:val="20"/>
        </w:rPr>
        <w:t>30:46  toh ab yeh hai active smoker aur passive smoker. do category bana diya gayi hai. jab ek aadmi peeta hai toh woh active smoker hai, lekin doosron ko bhi nuksan pahuncha raha hai.</w:t>
      </w:r>
      <w:r>
        <w:br/>
      </w:r>
      <w:r>
        <w:rPr>
          <w:sz w:val="20"/>
        </w:rPr>
        <w:t>31:02  woh</w:t>
      </w:r>
    </w:p>
    <w:p>
      <w:pPr>
        <w:pStyle w:val="Heading2"/>
      </w:pPr>
      <w:r>
        <w:t>Musa flees Egypt and finds refuge in Madyan</w:t>
      </w:r>
    </w:p>
    <w:p>
      <w:r>
        <w:rPr>
          <w:color w:val="666666"/>
          <w:sz w:val="18"/>
        </w:rPr>
        <w:t>The Spirit of Zikr November 19, 2023 · 2m 55s · at 58:49 · https://youtu.be/uqpcRzUgaFk?t=3529</w:t>
      </w:r>
    </w:p>
    <w:p>
      <w:r>
        <w:rPr>
          <w:i/>
        </w:rPr>
        <w:t>“Musa alaihissalam bade hangami halaat mein mahal se nikal gaye”</w:t>
      </w:r>
    </w:p>
    <w:p>
      <w:r>
        <w:rPr>
          <w:sz w:val="20"/>
        </w:rPr>
        <w:t>58:49  ji, zaroor. bahut bahut hi. kyunke ajeeb baat hai ke Musa Al-salam ka moajza sabse zyada Quran mein zikr hai. ji, yaani itna zyada hai ke aap do chaar page kholein to Musa Al-salam ki baat aati hai. to bahut hi</w:t>
      </w:r>
      <w:r>
        <w:br/>
      </w:r>
      <w:r>
        <w:rPr>
          <w:sz w:val="20"/>
        </w:rPr>
        <w:t>59:02  very motivating, very inspiring story. Musa Al-salam ki jo, jaise humko pata hai ke bahut hi pareshani ki haalat mein Firon unse naraz ho gaya aur uske soldiers unko pakadne ke liye nikale. kaise pata chala unhein?</w:t>
      </w:r>
      <w:r>
        <w:br/>
      </w:r>
      <w:r>
        <w:rPr>
          <w:sz w:val="20"/>
        </w:rPr>
        <w:t>59:22  to woh bahut hi hangami haalat mein mahal se nikal gaye. yaani unke shoes bhi nahin pehne hue the, na koi paisa, na kuch</w:t>
      </w:r>
      <w:r>
        <w:br/>
      </w:r>
      <w:r>
        <w:rPr>
          <w:sz w:val="20"/>
        </w:rPr>
        <w:t>59:31  । woh bas usi waqt nikal gaye aur phir woh chalte rahe, chalte rahe, chalte rahe. aur Mount Sinai ki taraf, Sinai Peninsula ki taraf hote hote, woh raaste mein jo bhi jangli phal wal hote the, woh khate hue woh kisi tarah se Madian pahunche. Madian to</w:t>
      </w:r>
      <w:r>
        <w:br/>
      </w:r>
      <w:r>
        <w:rPr>
          <w:sz w:val="20"/>
        </w:rPr>
        <w:t>59:52  Madian mein unhone dekha ke ek well hai jahan kuch shepherds apne janwaron ko pani pila rahe hain aur do ladies ek taraf khadi hui apne janwaron ke liye hue. to unhone poocha un ladies se jaakar ke, "tumhari kya problem hai?"</w:t>
      </w:r>
      <w:r>
        <w:br/>
      </w:r>
      <w:r>
        <w:rPr>
          <w:sz w:val="20"/>
        </w:rPr>
        <w:t>1:00:06  tum kyun nahin pani pila rahi ho?" to unhone kaha ke hamare yahan aisa tareeqa hai ke jab pehle yeh shepherds pani pila lete hain apne janwaron ko, uske baad hum pilate hain. to unhone janwar liye aur le jaakar khud pani pilakar wapas kar diya. aur phir woh jo do ladies thin, unhone thank you kaha aur lekar apne janwar apne ghar chali gayi.</w:t>
      </w:r>
      <w:r>
        <w:br/>
      </w:r>
      <w:r>
        <w:rPr>
          <w:sz w:val="20"/>
        </w:rPr>
        <w:t>1:00:26  to us waqt bahut hi pareshani ke alam mein, zahir hai ke woh safar se aa rahe the aur dar bhi tha Firon ka. aur yaani thake hue honge, pata nahin kuch khaya ya nahin. kya bahut hi mushkil haalat mein. to woh jaakar let gaye well ke paas, ek tree ke neeche, aur badi achhi dua nikli unke dil se, "Rabbi, inni lima anzalta ilayya min khairin faqeer." ke</w:t>
      </w:r>
      <w:r>
        <w:br/>
      </w:r>
      <w:r>
        <w:rPr>
          <w:sz w:val="20"/>
        </w:rPr>
        <w:t>1:00:52  , "ae mere Rab, what ever good you send down upon me, I am in dire need of it." yaani yeh badi achhi dua hai. aur kehte hain ulama ke yeh dua agar kare koi aadmi mushkil haalat mein dil se, agar to fauran dua qubool hoti hai, "Rabbi, inni lima anzalta ilayya min khairin faqeer." to yeh dua ki unhone. usi waqt woh jo ladies thin, unmein se ek aayi aur kaha ke, "mere father bula rahe hain aapko, so that you can have dinner with us</w:t>
      </w:r>
      <w:r>
        <w:br/>
      </w:r>
      <w:r>
        <w:rPr>
          <w:sz w:val="20"/>
        </w:rPr>
        <w:t>1:01:19  ।" ji, to woh le gaye, le gayi. aur woh jo inke father the, dono ke, woh bhi koi bahut bade buzurg the ya koi paighambar the, Shoaib Al-salam. to unhone jab woh mile Musa Al-salam se, to bade impress hue. aur woh Musa Al-salam rehne lage. aur ek beti se unki shaadi ho gayi, jinka naam Safura aata hai aur Bible mein Zipporah aata hai.</w:t>
      </w:r>
    </w:p>
    <w:p>
      <w:pPr>
        <w:pStyle w:val="Heading2"/>
      </w:pPr>
      <w:r>
        <w:t>Accountability: reckon yourself before you're judged</w:t>
      </w:r>
    </w:p>
    <w:p>
      <w:r>
        <w:rPr>
          <w:color w:val="666666"/>
          <w:sz w:val="18"/>
        </w:rPr>
        <w:t>Moral Values In Islam - III | January 27, 2006 | Maulana Wahiduddin Khan · 1m 00s · at 5:16 · https://youtu.be/dTiWv3ClWPI?t=316</w:t>
      </w:r>
    </w:p>
    <w:p>
      <w:r>
        <w:rPr>
          <w:i/>
        </w:rPr>
        <w:t>“In a single word, I can say that it is accountability.”</w:t>
      </w:r>
    </w:p>
    <w:p>
      <w:r>
        <w:rPr>
          <w:sz w:val="20"/>
        </w:rPr>
        <w:t>5:16  In a single word, I can say that it is accountability.</w:t>
      </w:r>
      <w:r>
        <w:br/>
      </w:r>
      <w:r>
        <w:rPr>
          <w:sz w:val="20"/>
        </w:rPr>
        <w:t>5:26  In Arabic it is muhasaba, accountability.</w:t>
      </w:r>
      <w:r>
        <w:br/>
      </w:r>
      <w:r>
        <w:rPr>
          <w:sz w:val="20"/>
        </w:rPr>
        <w:t>5:36  There is a hadith: "حاسب انفسکم قبل تحاسب" yani</w:t>
      </w:r>
      <w:r>
        <w:br/>
      </w:r>
      <w:r>
        <w:rPr>
          <w:sz w:val="20"/>
        </w:rPr>
        <w:t>5:46  reckon yourself before you are reckoned. apna hisab kar lo is se pehle ke tumhara hisab kiya jaye. this is the concept of accountability. according to this concept, everyone, e</w:t>
      </w:r>
    </w:p>
    <w:p>
      <w:pPr>
        <w:pStyle w:val="Heading2"/>
      </w:pPr>
      <w:r>
        <w:t>Atheist argument from evil</w:t>
      </w:r>
    </w:p>
    <w:p>
      <w:r>
        <w:rPr>
          <w:color w:val="666666"/>
          <w:sz w:val="18"/>
        </w:rPr>
        <w:t>The Problem of Evil December 4, 2011 · 42s · at 10:20 · https://youtu.be/SMqtVjaGHfw?t=620</w:t>
      </w:r>
    </w:p>
    <w:p>
      <w:r>
        <w:rPr>
          <w:i/>
        </w:rPr>
        <w:t>“Agar God hai to duniya mein evil kyun itni hai?”</w:t>
      </w:r>
    </w:p>
    <w:p>
      <w:r>
        <w:rPr>
          <w:sz w:val="20"/>
        </w:rPr>
        <w:t>10:20  is ko kehte hain problem of evil. yani agar khuda hai to duniya mein evil kyun itni ziyada hai? khuda hai to itna zulm kyun hai?</w:t>
      </w:r>
      <w:r>
        <w:br/>
      </w:r>
      <w:r>
        <w:rPr>
          <w:sz w:val="20"/>
        </w:rPr>
        <w:t>10:29  corruption kyun hai? fasad kyun hai?</w:t>
      </w:r>
      <w:r>
        <w:br/>
      </w:r>
      <w:r>
        <w:rPr>
          <w:sz w:val="20"/>
        </w:rPr>
        <w:t>10:33  yeh sab jo evils hain duniya mein, woh kyun hain? kyun ke god hai, to god ko all right hona chahiye. all right hona chahiye, to woh duniya mein bhi kyun nahi har cheez ko theek kar deta?</w:t>
      </w:r>
      <w:r>
        <w:br/>
      </w:r>
      <w:r>
        <w:rPr>
          <w:sz w:val="20"/>
        </w:rPr>
        <w:t>10:50  matlab yahan justice ho, yahan par har cheez perfect ho, har cheez ideal ho. aisa kyun nahi?</w:t>
      </w:r>
      <w:r>
        <w:br/>
      </w:r>
      <w:r>
        <w:rPr>
          <w:sz w:val="20"/>
        </w:rPr>
        <w:t>10:59  jab aisa nahi hai, to is ka matlab yeh hai ke khuda nahi hai.</w:t>
      </w:r>
    </w:p>
    <w:p>
      <w:pPr>
        <w:pStyle w:val="Heading2"/>
      </w:pPr>
      <w:r>
        <w:t>Father's motto: I must answer to God</w:t>
      </w:r>
    </w:p>
    <w:p>
      <w:r>
        <w:rPr>
          <w:color w:val="666666"/>
          <w:sz w:val="18"/>
        </w:rPr>
        <w:t>On Life and Death July 24, 2011 · 51s · at 44:39 · https://youtu.be/Z0pdhT_HJNk?t=2679</w:t>
      </w:r>
    </w:p>
    <w:p>
      <w:r>
        <w:rPr>
          <w:i/>
        </w:rPr>
        <w:t>“Khuda ko munh dikhana hai.”</w:t>
      </w:r>
    </w:p>
    <w:p>
      <w:r>
        <w:rPr>
          <w:sz w:val="20"/>
        </w:rPr>
        <w:t>44:39  jitne maine un ke qisse sune hain toh bohat hi pious aadmi the. Toh hamari maa batati hain ke woh kaha karte the aksar ke Khuda ko munh dikhana hai.</w:t>
      </w:r>
      <w:r>
        <w:br/>
      </w:r>
      <w:r>
        <w:rPr>
          <w:sz w:val="20"/>
        </w:rPr>
        <w:t>44:50  yeh un ka aksar yeh kaha karte the. Koi baat ho ke aaj hum agar aisa karein toh kal Khuda ko kya jawab denge?</w:t>
      </w:r>
      <w:r>
        <w:br/>
      </w:r>
      <w:r>
        <w:rPr>
          <w:sz w:val="20"/>
        </w:rPr>
        <w:t>45:01  aaj hum kuch gadbad karein, kuch</w:t>
      </w:r>
      <w:r>
        <w:br/>
      </w:r>
      <w:r>
        <w:rPr>
          <w:sz w:val="20"/>
        </w:rPr>
        <w:t>45:07  Allah ke raaste ko chal ke chhod ke kisi aur raaste par chalein, kuch bhi karein toh kal jo hoga woh Allah ke saamne peshi toh wahan kya karenge?</w:t>
      </w:r>
      <w:r>
        <w:br/>
      </w:r>
      <w:r>
        <w:rPr>
          <w:sz w:val="20"/>
        </w:rPr>
        <w:t>45:17  aksar yeh kaha karte the woh Khuda ko munh dikhana hai.</w:t>
      </w:r>
    </w:p>
    <w:p>
      <w:pPr>
        <w:pStyle w:val="Heading2"/>
      </w:pPr>
      <w:r>
        <w:t>Doctor says you are too late</w:t>
      </w:r>
    </w:p>
    <w:p>
      <w:r>
        <w:rPr>
          <w:color w:val="666666"/>
          <w:sz w:val="18"/>
        </w:rPr>
        <w:t>Help of God 17 Aug, 2019 - Maulana Wahiduddin Khan · 34s · at 13:59 · https://youtu.be/AByIK_dLe0Q?t=839</w:t>
      </w:r>
    </w:p>
    <w:p>
      <w:r>
        <w:rPr>
          <w:i/>
        </w:rPr>
        <w:t>“Jab main unke clinic mein pahuncha to jaante hain kya”</w:t>
      </w:r>
    </w:p>
    <w:p>
      <w:r>
        <w:rPr>
          <w:sz w:val="20"/>
        </w:rPr>
        <w:t>13:59  to jab mein un ke clinic mein pohancha biwi ko le kar to jante hain ke unhon ne kya kaha?</w:t>
      </w:r>
      <w:r>
        <w:br/>
      </w:r>
      <w:r>
        <w:rPr>
          <w:sz w:val="20"/>
        </w:rPr>
        <w:t>14:12  foran unhon ne kaha: "you are too late, you are too late."</w:t>
      </w:r>
      <w:r>
        <w:br/>
      </w:r>
      <w:r>
        <w:rPr>
          <w:sz w:val="20"/>
        </w:rPr>
        <w:t>14:20  aur unhon ne kaha: "yeh qissa mein ne apni diary mein likha hai." apni clinic mein jo Hazrat Ganj mein thi,</w:t>
      </w:r>
    </w:p>
    <w:p>
      <w:pPr>
        <w:pStyle w:val="Heading2"/>
      </w:pPr>
      <w:r>
        <w:t>Khair is not limited to food or money</w:t>
      </w:r>
    </w:p>
    <w:p>
      <w:r>
        <w:rPr>
          <w:color w:val="666666"/>
          <w:sz w:val="18"/>
        </w:rPr>
        <w:t>Spirit of Ramadan | June 14, 2015 · 30s · at 3:25 · https://youtu.be/LMQxfxQcnxQ?t=205</w:t>
      </w:r>
    </w:p>
    <w:p>
      <w:r>
        <w:rPr>
          <w:i/>
        </w:rPr>
        <w:t>“کھانا پینا یا پیسے کے معنی میں نہیں ہے”</w:t>
      </w:r>
    </w:p>
    <w:p>
      <w:r>
        <w:rPr>
          <w:sz w:val="20"/>
        </w:rPr>
        <w:t>3:25  khana peena ya paise ke mani mein nahi hai. jo cheez bhi doosron ke liye khair ho, aadmi jo to sakha karta hai doosron ke liye, sadqa karta hai doosron ke liye, to doosron ke liye jo cheez khair ho, jo un ke liye nafe dene wali ho, woh sab is mein shamil hogi. to ramzan goya is baat ki spirit paida karne ke</w:t>
      </w:r>
    </w:p>
    <w:p>
      <w:pPr>
        <w:pStyle w:val="Heading2"/>
      </w:pPr>
      <w:r>
        <w:t>seeker who found Islam but never got a mission</w:t>
      </w:r>
    </w:p>
    <w:p>
      <w:r>
        <w:rPr>
          <w:color w:val="666666"/>
          <w:sz w:val="18"/>
        </w:rPr>
        <w:t>Revival of Faith September 25, 2011 Maulana Wahiduddin Khan · 4m 28s · at 36:11 · https://youtu.be/sG_btZMffxg?t=2171</w:t>
      </w:r>
    </w:p>
    <w:p>
      <w:r>
        <w:rPr>
          <w:i/>
        </w:rPr>
        <w:t>“In Hyderabad there was a Bengali named Dr. Nishikant Chattopadhyay”</w:t>
      </w:r>
    </w:p>
    <w:p>
      <w:r>
        <w:rPr>
          <w:sz w:val="20"/>
        </w:rPr>
        <w:t>36:11  yani mein aap ko aik misaal doon, hyderabad mein aik bangali the, un ka naam tha doctor nishi kant chatuvaldiya.</w:t>
      </w:r>
      <w:r>
        <w:br/>
      </w:r>
      <w:r>
        <w:rPr>
          <w:sz w:val="20"/>
        </w:rPr>
        <w:t>36:23  bohat zaheen aadmi the, bohat si language jante the. Woh to un ke andar seeking spirit jaagi, seeking spirit, talash.</w:t>
      </w:r>
      <w:r>
        <w:br/>
      </w:r>
      <w:r>
        <w:rPr>
          <w:sz w:val="20"/>
        </w:rPr>
        <w:t>36:37  to pehle unhon ne philosophy parhi.</w:t>
      </w:r>
      <w:r>
        <w:br/>
      </w:r>
      <w:r>
        <w:rPr>
          <w:sz w:val="20"/>
        </w:rPr>
        <w:t>36:40  philosophy mein unhein apni talash ka jawab nahi mila. Phir unhon ne mazhab parhna shuru kiya, different mazahib.</w:t>
      </w:r>
      <w:r>
        <w:br/>
      </w:r>
      <w:r>
        <w:rPr>
          <w:sz w:val="20"/>
        </w:rPr>
        <w:t>36:51  to different mazahib jo parhte the, woh unhon ne likha hai ke is mein mujhe yani meri rooh ki tazkirah nahi hoti thi.</w:t>
      </w:r>
      <w:r>
        <w:br/>
      </w:r>
      <w:r>
        <w:rPr>
          <w:sz w:val="20"/>
        </w:rPr>
        <w:t>37:03  kyun ke yeh the aadmi, bohat hi rational aadmi the, rational, rational aadmi.</w:t>
      </w:r>
      <w:r>
        <w:br/>
      </w:r>
      <w:r>
        <w:rPr>
          <w:sz w:val="20"/>
        </w:rPr>
        <w:t>37:10  to doosre mazhabon mein unhon ne yani un ki reason address nahi hoti thi. Kyun ke doosre mazahib jo hain, un mein aap jante hain ke milawat ho gayi hai, distortion ho gaya hai,</w:t>
      </w:r>
      <w:r>
        <w:br/>
      </w:r>
      <w:r>
        <w:rPr>
          <w:sz w:val="20"/>
        </w:rPr>
        <w:t>37:24  yani is ki purity baqi nahi rahi hai. Is wajah se un ka reason address nahi hota tha, un ka nature address nahi hota tha. To aakhir mein unhon ne Islam ko parha.</w:t>
      </w:r>
      <w:r>
        <w:br/>
      </w:r>
      <w:r>
        <w:rPr>
          <w:sz w:val="20"/>
        </w:rPr>
        <w:t>37:38  Islam ko parhne ke baad un ki samajh mein aaya ke yahi woh cheez thi jis ko mein talash kar raha tha. To unhon ne Rasool Allah salallahu alaihi wasallam ko parha to aik kitaab likhi Rasool Allah salallahu alaihi wasallam par.</w:t>
      </w:r>
      <w:r>
        <w:br/>
      </w:r>
      <w:r>
        <w:rPr>
          <w:sz w:val="20"/>
        </w:rPr>
        <w:t>37:51  is kitaab mein woh batate hain ke mein kahan atka hua tha ke aur jo shakhsiyaten thin, legendary personalities, woh sab mythological figures thin.</w:t>
      </w:r>
      <w:r>
        <w:br/>
      </w:r>
      <w:r>
        <w:rPr>
          <w:sz w:val="20"/>
        </w:rPr>
        <w:t>38:04  un ki koi history nahi hoti thi, authentic history.</w:t>
      </w:r>
      <w:r>
        <w:br/>
      </w:r>
      <w:r>
        <w:rPr>
          <w:sz w:val="20"/>
        </w:rPr>
        <w:t>38:08  lekin jab unhon ne Rasool Allah ko parha to unhon ne paya ke yahan to sab kuch history hai. Jaisa ke aik orietris ne likha hai ke Muhammad was born with in the full light of history.</w:t>
      </w:r>
      <w:r>
        <w:br/>
      </w:r>
      <w:r>
        <w:rPr>
          <w:sz w:val="20"/>
        </w:rPr>
        <w:t>38:21  is se pehle jitne log the, un ka koi authentic history un ke peechay nahi hai. Yahan tak ke Jesus Christ ke baray mein bhi koi historical record nahi.</w:t>
      </w:r>
      <w:r>
        <w:br/>
      </w:r>
      <w:r>
        <w:rPr>
          <w:sz w:val="20"/>
        </w:rPr>
        <w:t>38:35  chunancha aik aik baritania ke aik philosopher ne likha hai ke historically it is quite doubtful whether Christ ever existed at at all.</w:t>
      </w:r>
      <w:r>
        <w:br/>
      </w:r>
      <w:r>
        <w:rPr>
          <w:sz w:val="20"/>
        </w:rPr>
        <w:t>38:50  to jab unhon ne parha Rasool Allah salallahu alaihi wasallam ko to yahan par har cheez history</w:t>
      </w:r>
      <w:r>
        <w:br/>
      </w:r>
      <w:r>
        <w:rPr>
          <w:sz w:val="20"/>
        </w:rPr>
        <w:t>38:55  thi. To unhon ne jo kitaab likhi us mein aik thrilling sentence hai ke oh what a relief to find after all a truly historical prophet to believe in.</w:t>
      </w:r>
      <w:r>
        <w:br/>
      </w:r>
      <w:r>
        <w:rPr>
          <w:sz w:val="20"/>
        </w:rPr>
        <w:t>39:09  unhon ne accept kar liya Islam</w:t>
      </w:r>
      <w:r>
        <w:br/>
      </w:r>
      <w:r>
        <w:rPr>
          <w:sz w:val="20"/>
        </w:rPr>
        <w:t>39:11  ۔ lekin mein jo baat karna chahta hoon, woh woh yeh hai ke is ke baad jo hyderabad ke musalman the, un ko sirf yahi maloom tha ke un ka naam badlein aur topi pehnaein,</w:t>
      </w:r>
      <w:r>
        <w:br/>
      </w:r>
      <w:r>
        <w:rPr>
          <w:sz w:val="20"/>
        </w:rPr>
        <w:t>39:24  un ka kapra badlein. Yeh yahi sab karte rahe aur nataija yeh ke woh un ki zindagi mein koi aur activity nahi. Is waqt tak active the jab tak search kar rahe the.</w:t>
      </w:r>
      <w:r>
        <w:br/>
      </w:r>
      <w:r>
        <w:rPr>
          <w:sz w:val="20"/>
        </w:rPr>
        <w:t>39:36  yani search karne ke liye woh parhte the, library mein jaate</w:t>
      </w:r>
      <w:r>
        <w:br/>
      </w:r>
      <w:r>
        <w:rPr>
          <w:sz w:val="20"/>
        </w:rPr>
        <w:t>39:40  the. toh ek active life thi unki, active life. lekin jab Islam ko over kar liya unhone toh unki activity khatm. kyunke ab musalmanon ne unko jo bataya woh sirf ke tum ko namaz parhna hai, kapra Islami libas pehanna hai aur naam badalna hai waghera.</w:t>
      </w:r>
      <w:r>
        <w:br/>
      </w:r>
      <w:r>
        <w:rPr>
          <w:sz w:val="20"/>
        </w:rPr>
        <w:t>39:58  kisi musalman ne unko nahi bataya ke Islam is a mission ke ab jab aap ne sachai ko pa liya hai toh ab aap ko ek mission mil gaya hai, mission us ko duniya mein phailai.</w:t>
      </w:r>
      <w:r>
        <w:br/>
      </w:r>
      <w:r>
        <w:rPr>
          <w:sz w:val="20"/>
        </w:rPr>
        <w:t>40:12  natija yeh ke woh bilkul phans ke reh gaye. unhone kitabein padhi hain, unki kuch bhi unke paas phir aage rasta nahi mila, aage ka rasta. ek intehai zeheen aadmi, bohat hi learned aadmi,</w:t>
      </w:r>
      <w:r>
        <w:br/>
      </w:r>
      <w:r>
        <w:rPr>
          <w:sz w:val="20"/>
        </w:rPr>
        <w:t>40:26  aise hi bas khatm ho gaya, khatm ho gaya. toh dekhiye, main yeh kehna chahta hoon ke imaan sirf kafi nahi hai, imaan ke sath mission hona zaroori hai.</w:t>
      </w:r>
    </w:p>
    <w:p>
      <w:pPr>
        <w:pStyle w:val="Heading2"/>
      </w:pPr>
      <w:r>
        <w:t>Fajr prayer awakens a new personality nobody can corrupt</w:t>
      </w:r>
    </w:p>
    <w:p>
      <w:r>
        <w:rPr>
          <w:color w:val="666666"/>
          <w:sz w:val="18"/>
        </w:rPr>
        <w:t>God's Protection November 28, 2013 · 48s · at 42:46 · https://youtu.be/QgqXbChsr5c?t=2566</w:t>
      </w:r>
    </w:p>
    <w:p>
      <w:r>
        <w:rPr>
          <w:i/>
        </w:rPr>
        <w:t>“Jis ne subah ki namaz parhi, naya insaan jaag uthega”</w:t>
      </w:r>
    </w:p>
    <w:p>
      <w:r>
        <w:rPr>
          <w:sz w:val="20"/>
        </w:rPr>
        <w:t>42:46  yani subha ki namaz padh li to us ke andar aik nai personality ubhar kare gi, us ke andar aik nai shakhsiyat banegi, us ke andar aik naya insaan jaag uthe ga, us ke andar aik naya mind paida hoga, us ke andar nai thinking aa jaye gi.</w:t>
      </w:r>
      <w:r>
        <w:br/>
      </w:r>
      <w:r>
        <w:rPr>
          <w:sz w:val="20"/>
        </w:rPr>
        <w:t>43:02  is is ki, is ka, is ki nazar aik aur qism nazar ban jaye gi, us ka kaan aik aur qism kaan ban jaye ga, us ka sochna, us ka dekhna, us ka sunna, us ka chalna, har cheez mein aik aik naya andaaz aa jaye ga.</w:t>
      </w:r>
      <w:r>
        <w:br/>
      </w:r>
      <w:r>
        <w:rPr>
          <w:sz w:val="20"/>
        </w:rPr>
        <w:t>43:20  to aisay insaan ko kaun kuch bigaad sakta hai? kaun bigaad sakta hai?</w:t>
      </w:r>
    </w:p>
    <w:p>
      <w:pPr>
        <w:pStyle w:val="Heading2"/>
      </w:pPr>
      <w:r>
        <w:t>hadith on Jews/Christians is about religious symbols only</w:t>
      </w:r>
    </w:p>
    <w:p>
      <w:r>
        <w:rPr>
          <w:color w:val="666666"/>
          <w:sz w:val="18"/>
        </w:rPr>
        <w:t>Islamic Identity, October 25, 2007 · 2m 39s · at 7:43 · https://youtu.be/LGUa7NVauNU?t=463</w:t>
      </w:r>
    </w:p>
    <w:p>
      <w:r>
        <w:rPr>
          <w:i/>
        </w:rPr>
        <w:t>“Is there a saying that Muslims must not imitate non-Muslim culture?”</w:t>
      </w:r>
    </w:p>
    <w:p>
      <w:r>
        <w:rPr>
          <w:sz w:val="20"/>
        </w:rPr>
        <w:t>7:43  Is there some saying of the Prophet which says that Muslims must refrain themselves from imitating non-Muslim culture?</w:t>
      </w:r>
      <w:r>
        <w:br/>
      </w:r>
      <w:r>
        <w:rPr>
          <w:sz w:val="20"/>
        </w:rPr>
        <w:t>7:55  There is no such saying that refrains Muslims from accepting the socio-geographical changes.</w:t>
      </w:r>
      <w:r>
        <w:br/>
      </w:r>
      <w:r>
        <w:rPr>
          <w:sz w:val="20"/>
        </w:rPr>
        <w:t>8:07  It is wrong to say that there are some hadiths.</w:t>
      </w:r>
      <w:r>
        <w:br/>
      </w:r>
      <w:r>
        <w:rPr>
          <w:sz w:val="20"/>
        </w:rPr>
        <w:t>8:11  Some people refer to a hadith, but this reference is quite irrelevant. The Prophet of Islam has said that: khalifu al-yahud wa al-nasara Go against the Christians.</w:t>
      </w:r>
      <w:r>
        <w:br/>
      </w:r>
      <w:r>
        <w:rPr>
          <w:sz w:val="20"/>
        </w:rPr>
        <w:t>8:29  Go against Christians or Jews.</w:t>
      </w:r>
      <w:r>
        <w:br/>
      </w:r>
      <w:r>
        <w:rPr>
          <w:sz w:val="20"/>
        </w:rPr>
        <w:t>8:34  It means that this hadith pertains only to religious symbols. Those symbols that are used by Christians and Jews as a religious symbol.</w:t>
      </w:r>
      <w:r>
        <w:br/>
      </w:r>
      <w:r>
        <w:rPr>
          <w:sz w:val="20"/>
        </w:rPr>
        <w:t>8:48  So you have to—you are not allowed to use these symbols.</w:t>
      </w:r>
      <w:r>
        <w:br/>
      </w:r>
      <w:r>
        <w:rPr>
          <w:sz w:val="20"/>
        </w:rPr>
        <w:t>8:55  These religious symbols are</w:t>
      </w:r>
      <w:r>
        <w:br/>
      </w:r>
      <w:r>
        <w:rPr>
          <w:sz w:val="20"/>
        </w:rPr>
        <w:t>9:01  only for those people who are followers of Christianity or Jews, or Jewish religion, Judaism.</w:t>
      </w:r>
      <w:r>
        <w:br/>
      </w:r>
      <w:r>
        <w:rPr>
          <w:sz w:val="20"/>
        </w:rPr>
        <w:t>9:10  For example, Christians wear a cross. A cross. It is their religious symbols.</w:t>
      </w:r>
      <w:r>
        <w:br/>
      </w:r>
      <w:r>
        <w:rPr>
          <w:sz w:val="20"/>
        </w:rPr>
        <w:t>9:20  When a Christian wears a cross, it means that he is saying in a silent language that, "I am a follower of Christianity." So this is a religious symbol.</w:t>
      </w:r>
      <w:r>
        <w:br/>
      </w:r>
      <w:r>
        <w:rPr>
          <w:sz w:val="20"/>
        </w:rPr>
        <w:t>9:32  So Muslims are not allowed to use these religious symbols.</w:t>
      </w:r>
      <w:r>
        <w:br/>
      </w:r>
      <w:r>
        <w:rPr>
          <w:sz w:val="20"/>
        </w:rPr>
        <w:t>9:38  So this hadith</w:t>
      </w:r>
      <w:r>
        <w:br/>
      </w:r>
      <w:r>
        <w:rPr>
          <w:sz w:val="20"/>
        </w:rPr>
        <w:t>9:43  pertains only to religious symbols and not socio-cultural changes, socio-geographical changes that are quite another thing.</w:t>
      </w:r>
      <w:r>
        <w:br/>
      </w:r>
      <w:r>
        <w:rPr>
          <w:sz w:val="20"/>
        </w:rPr>
        <w:t>9:56  So according to my knowledge, the Prophet never said that you should not imitate other people.</w:t>
      </w:r>
      <w:r>
        <w:br/>
      </w:r>
      <w:r>
        <w:rPr>
          <w:sz w:val="20"/>
        </w:rPr>
        <w:t>10:11  The Prophet said that you have to refrain yourself from using religious symbols of other religious communities.</w:t>
      </w:r>
    </w:p>
    <w:p>
      <w:pPr>
        <w:pStyle w:val="Heading2"/>
      </w:pPr>
      <w:r>
        <w:t>Success through reconciliation not violence</w:t>
      </w:r>
    </w:p>
    <w:p>
      <w:r>
        <w:rPr>
          <w:color w:val="666666"/>
          <w:sz w:val="18"/>
        </w:rPr>
        <w:t>Prophet Muhammad A Man of Peace · 22s · at 6:39 · https://youtu.be/z0RvkPqrZ5Y?t=399</w:t>
      </w:r>
    </w:p>
    <w:p>
      <w:r>
        <w:rPr>
          <w:i/>
        </w:rPr>
        <w:t>“Judging by its consequences, the way of peace is far better”</w:t>
      </w:r>
    </w:p>
    <w:p>
      <w:r>
        <w:rPr>
          <w:sz w:val="20"/>
        </w:rPr>
        <w:t>6:39  judging by its consequences, the way of peace is far better than confrontation of conflict.</w:t>
      </w:r>
      <w:r>
        <w:br/>
      </w:r>
      <w:r>
        <w:rPr>
          <w:sz w:val="20"/>
        </w:rPr>
        <w:t>6:48  according to the law of god for human kind, god has decreed success only through reconciliation and not through violent courses of action.</w:t>
      </w:r>
    </w:p>
    <w:p>
      <w:pPr>
        <w:pStyle w:val="Heading2"/>
      </w:pPr>
      <w:r>
        <w:t>True development from nature not rituals</w:t>
      </w:r>
    </w:p>
    <w:p>
      <w:r>
        <w:rPr>
          <w:color w:val="666666"/>
          <w:sz w:val="18"/>
        </w:rPr>
        <w:t>Spiritual Development 6 May 2017 - Maulana Wahiduddin Khan · 2m 49s · at 6:03 · https://youtu.be/pckPBMSJoPc?t=363</w:t>
      </w:r>
    </w:p>
    <w:p>
      <w:r>
        <w:rPr>
          <w:i/>
        </w:rPr>
        <w:t>“To dekhiye, India mein ek bahut bade aalim guzre hain”</w:t>
      </w:r>
    </w:p>
    <w:p>
      <w:r>
        <w:rPr>
          <w:sz w:val="20"/>
        </w:rPr>
        <w:t>6:03  toh dekhiye, India mein ek bohat bade aalim guzre hain, un ka naam hai Shah Waliullah, yeh Newton ke contemporary thay.</w:t>
      </w:r>
      <w:r>
        <w:br/>
      </w:r>
      <w:r>
        <w:rPr>
          <w:sz w:val="20"/>
        </w:rPr>
        <w:t>6:18  toh un ki kitaab hai "Hujjat Allah Al-Baligha", toh un ke halaat mein likha hua hai ke jab woh naujawan thay, toh ek din apne sathiyon ke hamrah</w:t>
      </w:r>
      <w:r>
        <w:br/>
      </w:r>
      <w:r>
        <w:rPr>
          <w:sz w:val="20"/>
        </w:rPr>
        <w:t>6:35  chale gaye ghar se bahar. Jab wapas aaye toh un ke baap, jo ke khud sufi thay, un ke baap khud sufi thay, unhon ne poocha ke kahan gaye thay?</w:t>
      </w:r>
      <w:r>
        <w:br/>
      </w:r>
      <w:r>
        <w:rPr>
          <w:sz w:val="20"/>
        </w:rPr>
        <w:t>6:53  toh unhon ne kaha ke bagh mein, bagh mein chala gaya tha. Toh unhon ne kaha ke bagh mein, wahan kya tha?</w:t>
      </w:r>
      <w:r>
        <w:br/>
      </w:r>
      <w:r>
        <w:rPr>
          <w:sz w:val="20"/>
        </w:rPr>
        <w:t>7:03  jahan aap tasbeeh parhte, wazifa parhte, wahan jaane ki kya zaroorat thi?</w:t>
      </w:r>
      <w:r>
        <w:br/>
      </w:r>
      <w:r>
        <w:rPr>
          <w:sz w:val="20"/>
        </w:rPr>
        <w:t>7:10  toh log jaante hi nahin hain is tarah is concept ko. Aap tasbeeh parhein, wazifa parhein toh kya milega?</w:t>
      </w:r>
      <w:r>
        <w:br/>
      </w:r>
      <w:r>
        <w:rPr>
          <w:sz w:val="20"/>
        </w:rPr>
        <w:t>7:19  wohi, wohi, wohi, wohi, wohi milega. Lekin jab Khuda ka jo nature hai, Khuda ki jo takhleeq hai,</w:t>
      </w:r>
      <w:r>
        <w:br/>
      </w:r>
      <w:r>
        <w:rPr>
          <w:sz w:val="20"/>
        </w:rPr>
        <w:t>7:27  wahan aap jaate hain toh wahan Khuda maujood hai, aap ko naya inspiration dene ke liye.</w:t>
      </w:r>
      <w:r>
        <w:br/>
      </w:r>
      <w:r>
        <w:rPr>
          <w:sz w:val="20"/>
        </w:rPr>
        <w:t>7:36  jo hadith mein aata hai ke Allah har subah ko utarta hai aasman-e-dunya par aur ailaan karta hai. Koi hai jo use kuch maange?</w:t>
      </w:r>
      <w:r>
        <w:br/>
      </w:r>
      <w:r>
        <w:rPr>
          <w:sz w:val="20"/>
        </w:rPr>
        <w:t>7:45  mahdood is ko.</w:t>
      </w:r>
      <w:r>
        <w:br/>
      </w:r>
      <w:r>
        <w:rPr>
          <w:sz w:val="20"/>
        </w:rPr>
        <w:t>7:48  woh yahi baat hai,</w:t>
      </w:r>
      <w:r>
        <w:br/>
      </w:r>
      <w:r>
        <w:rPr>
          <w:sz w:val="20"/>
        </w:rPr>
        <w:t>7:54  yahi baat hai. Is dunya mein hum ko yahi nahin hai ke hum namaz wuzu kar lein, nahin.</w:t>
      </w:r>
      <w:r>
        <w:br/>
      </w:r>
      <w:r>
        <w:rPr>
          <w:sz w:val="20"/>
        </w:rPr>
        <w:t>8:04  par saadi development sab se pehli cheez hai shakhsiyat irtaqa.</w:t>
      </w:r>
      <w:r>
        <w:br/>
      </w:r>
      <w:r>
        <w:rPr>
          <w:sz w:val="20"/>
        </w:rPr>
        <w:t>8:16  toh is se jaan, is tasawwur ko hi, is is concept ko nahin jaante log. Kuch rituals hain, kuch form hain, koi lagi bidi ibadat ki shakalain hain, us ko kar liya</w:t>
      </w:r>
      <w:r>
        <w:br/>
      </w:r>
      <w:r>
        <w:rPr>
          <w:sz w:val="20"/>
        </w:rPr>
        <w:t>8:32  toh samajhte hain ke ho gaya.</w:t>
      </w:r>
      <w:r>
        <w:br/>
      </w:r>
      <w:r>
        <w:rPr>
          <w:sz w:val="20"/>
        </w:rPr>
        <w:t>8:38  asal cheez yeh hai ke aap ke andar woh personality bane jo jannat mein basaye jaane ke qabil ho.</w:t>
      </w:r>
    </w:p>
    <w:p>
      <w:pPr>
        <w:pStyle w:val="Heading2"/>
      </w:pPr>
      <w:r>
        <w:t>Nearness to God is the price of distance from everything else</w:t>
      </w:r>
    </w:p>
    <w:p>
      <w:r>
        <w:rPr>
          <w:color w:val="666666"/>
          <w:sz w:val="18"/>
        </w:rPr>
        <w:t>Three levels of Realization July 4, 2010 · 2m 24s · at 59:37 · https://youtu.be/NtCTVVov3Nw?t=3577</w:t>
      </w:r>
    </w:p>
    <w:p>
      <w:r>
        <w:rPr>
          <w:i/>
        </w:rPr>
        <w:t>“Khuda ki qurbat ghair-khuda se doori ke nateeje mein milti hai”</w:t>
      </w:r>
    </w:p>
    <w:p>
      <w:r>
        <w:rPr>
          <w:sz w:val="20"/>
        </w:rPr>
        <w:t>59:37  unhon ne likha hai ke allah ka qurb kaise hasil karein kya qurb aur marifat ek hi cheez hai dunya se door ho jaiye bas qurb mil jaye ga allah taala ka aurtein to jeeti hain apne family mein apne bachon mein to qurb kaise mile ga aap ko</w:t>
      </w:r>
      <w:r>
        <w:br/>
      </w:r>
      <w:r>
        <w:rPr>
          <w:sz w:val="20"/>
        </w:rPr>
        <w:t>1:00:02  main mere paas abhi telephone aya ek sahab ek khatoon ka to baat kar rahi thi usi beech beech mein unhon ne apne bachi ko pukara kaha ke beta unhon ne kaha bachi bachi hai to us ko beta kyun kehte hain aur naam lijiye</w:t>
      </w:r>
      <w:r>
        <w:br/>
      </w:r>
      <w:r>
        <w:rPr>
          <w:sz w:val="20"/>
        </w:rPr>
        <w:t>1:00:19  to jeeti hai to hain beta beti mein chahte hain khuda qurbat mil jaye ghair khuda se doori ke nateeje milti hai khuda ki qurbat</w:t>
      </w:r>
      <w:r>
        <w:br/>
      </w:r>
      <w:r>
        <w:rPr>
          <w:sz w:val="20"/>
        </w:rPr>
        <w:t>1:00:36  other than god se aadmi doori jab banata hai tab ja kar us ko khuda ki qurbat milti hai ye hai price</w:t>
      </w:r>
      <w:r>
        <w:br/>
      </w:r>
      <w:r>
        <w:rPr>
          <w:sz w:val="20"/>
        </w:rPr>
        <w:t>1:00:46  dekhein ya to aadmi khuda ki qurbat ki baat hi na kare ya phir price de is ki</w:t>
      </w:r>
      <w:r>
        <w:br/>
      </w:r>
      <w:r>
        <w:rPr>
          <w:sz w:val="20"/>
        </w:rPr>
        <w:t>1:01:02  ya to khuda ki qurbat ki baat na kare ya baat kar do ke price de to ek hi lafz mein kahoon ga ke khuda se qurbat kis ko milti hai jo ghair khuda se apne ko doori door kar le</w:t>
      </w:r>
      <w:r>
        <w:br/>
      </w:r>
      <w:r>
        <w:rPr>
          <w:sz w:val="20"/>
        </w:rPr>
        <w:t>1:01:16  door karne ke maani kya hain jazbati aitbar se soch ke aitbar se apne shauq ke aitbar se</w:t>
      </w:r>
      <w:r>
        <w:br/>
      </w:r>
      <w:r>
        <w:rPr>
          <w:sz w:val="20"/>
        </w:rPr>
        <w:t>1:01:26  jab apne ko ghair khuda door kar leta hai to phir khudai par wahan rehta hai wahan khudai mil jata hai is ko yaad rakhiye khuda ki taraf jane ke liye maded dorne ki zarorat nahi hai ghair khuda se doori banaiye bas khuda aap ko paas hi mil jaye ga</w:t>
      </w:r>
      <w:r>
        <w:br/>
      </w:r>
      <w:r>
        <w:rPr>
          <w:sz w:val="20"/>
        </w:rPr>
        <w:t>1:01:46  qareeb jab pooche mere bande tum se khud mere bare mein to kaho ke main to qareebi hoon tum ne doori banaraki hai</w:t>
      </w:r>
    </w:p>
    <w:p>
      <w:pPr>
        <w:pStyle w:val="Heading2"/>
      </w:pPr>
      <w:r>
        <w:t>Worship is gratitude and spirituality</w:t>
      </w:r>
    </w:p>
    <w:p>
      <w:r>
        <w:rPr>
          <w:color w:val="666666"/>
          <w:sz w:val="18"/>
        </w:rPr>
        <w:t>Prayer for the Country April 05, 2020 Maulana Wahiduddin Khan · 1m 42s · at 22:49 · https://youtu.be/9Fh70tItjlQ?t=1369</w:t>
      </w:r>
    </w:p>
    <w:p>
      <w:r>
        <w:rPr>
          <w:i/>
        </w:rPr>
        <w:t>“Humans and jinn were created for worship.”</w:t>
      </w:r>
    </w:p>
    <w:p>
      <w:r>
        <w:rPr>
          <w:sz w:val="20"/>
        </w:rPr>
        <w:t>22:49  haan, insaan aur jinn ko allah ne paida kiya hai ibaadat ke liye. ibaadat ka matlab hai allah ka shukr karna. allah ki nematoun ka eteraaf karna.</w:t>
      </w:r>
      <w:r>
        <w:br/>
      </w:r>
      <w:r>
        <w:rPr>
          <w:sz w:val="20"/>
        </w:rPr>
        <w:t>23:00  ikhraaj karna. isi ke liye paida kiya gaya.</w:t>
      </w:r>
      <w:r>
        <w:br/>
      </w:r>
      <w:r>
        <w:rPr>
          <w:sz w:val="20"/>
        </w:rPr>
        <w:t>23:06  yeh nahi ke aadmi</w:t>
      </w:r>
      <w:r>
        <w:br/>
      </w:r>
      <w:r>
        <w:rPr>
          <w:sz w:val="20"/>
        </w:rPr>
        <w:t>23:11  negative participant chalaye.</w:t>
      </w:r>
      <w:r>
        <w:br/>
      </w:r>
      <w:r>
        <w:rPr>
          <w:sz w:val="20"/>
        </w:rPr>
        <w:t>23:18  aisa nahi hai.</w:t>
      </w:r>
      <w:r>
        <w:br/>
      </w:r>
      <w:r>
        <w:rPr>
          <w:sz w:val="20"/>
        </w:rPr>
        <w:t>23:23  to ibaadat ka kya tareeqa hona chahiye jo hamare haan riwaj hai formal worship ka? wahi ibaadat hai ya ibaadat jo informal worship hoti hai?</w:t>
      </w:r>
      <w:r>
        <w:br/>
      </w:r>
      <w:r>
        <w:rPr>
          <w:sz w:val="20"/>
        </w:rPr>
        <w:t>23:36  is ke bare mein kuch bataiye.</w:t>
      </w:r>
      <w:r>
        <w:br/>
      </w:r>
      <w:r>
        <w:rPr>
          <w:sz w:val="20"/>
        </w:rPr>
        <w:t>23:38  dekhiye, ibaadat jo hai woh</w:t>
      </w:r>
      <w:r>
        <w:br/>
      </w:r>
      <w:r>
        <w:rPr>
          <w:sz w:val="20"/>
        </w:rPr>
        <w:t>23:43  spirituality ka naam hai. aap ka dil allah ki</w:t>
      </w:r>
      <w:r>
        <w:br/>
      </w:r>
      <w:r>
        <w:rPr>
          <w:sz w:val="20"/>
        </w:rPr>
        <w:t>23:50  ko yaad kar ke spirituality ka jazba paida ho. allah ki nematoun ko aap yaad karen. aap ghor kijiye ke suraj ki roshni,</w:t>
      </w:r>
      <w:r>
        <w:br/>
      </w:r>
      <w:r>
        <w:rPr>
          <w:sz w:val="20"/>
        </w:rPr>
        <w:t>24:04  barish ka pani, is tarah ki beshumar cheezen hum ko free mein mili hui hain.</w:t>
      </w:r>
      <w:r>
        <w:br/>
      </w:r>
      <w:r>
        <w:rPr>
          <w:sz w:val="20"/>
        </w:rPr>
        <w:t>24:15  to in cheezon ki ikhraaj karna yahi ibaadat hai.</w:t>
      </w:r>
    </w:p>
    <w:p>
      <w:pPr>
        <w:pStyle w:val="Heading2"/>
      </w:pPr>
      <w:r>
        <w:t>why complaint-free living frees the mind for growth</w:t>
      </w:r>
    </w:p>
    <w:p>
      <w:r>
        <w:rPr>
          <w:color w:val="666666"/>
          <w:sz w:val="18"/>
        </w:rPr>
        <w:t>Bird Culture March 6, 2014 Maulana Wahiduddin Khan · 2m 06s · at 9:19 · https://youtu.be/zLSCXGvTJ9A?t=559</w:t>
      </w:r>
    </w:p>
    <w:p>
      <w:r>
        <w:rPr>
          <w:i/>
        </w:rPr>
        <w:t>“Insan agar be-shikayat ho jaye to kya hoga”</w:t>
      </w:r>
    </w:p>
    <w:p>
      <w:r>
        <w:rPr>
          <w:sz w:val="20"/>
        </w:rPr>
        <w:t>9:19  lekin insan jo hai, agar woh be shikayat ho jaye, agar woh protest aur manfi soch se apne ko khali kar le,</w:t>
      </w:r>
      <w:r>
        <w:br/>
      </w:r>
      <w:r>
        <w:rPr>
          <w:sz w:val="20"/>
        </w:rPr>
        <w:t>9:33  radd-e-amal ki nafsiyat se apne ko khali kar le, to insan ka mind jo hai, woh chidiya ke mind se ek bara waqe'a is ke andar paish aayega.</w:t>
      </w:r>
      <w:r>
        <w:br/>
      </w:r>
      <w:r>
        <w:rPr>
          <w:sz w:val="20"/>
        </w:rPr>
        <w:t>9:44  woh kya? aap ke mind ko zyada mauqa mil jayega positive thinking ka, intellectual development ka.</w:t>
      </w:r>
      <w:r>
        <w:br/>
      </w:r>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r>
        <w:br/>
      </w:r>
      <w:r>
        <w:rPr>
          <w:sz w:val="20"/>
        </w:rPr>
        <w:t>10:20  to chidiya agar shikayat mein nahi jeeti, agar woh nafrat mein nahi jeeti to us ke liye</w:t>
      </w:r>
      <w:r>
        <w:br/>
      </w:r>
      <w:r>
        <w:rPr>
          <w:sz w:val="20"/>
        </w:rPr>
        <w:t>10:35  ek bohat achi baat hai. lekin chidiya se barh kar insan ke liye achi baat hai yeh.</w:t>
      </w:r>
      <w:r>
        <w:br/>
      </w:r>
      <w:r>
        <w:rPr>
          <w:sz w:val="20"/>
        </w:rPr>
        <w:t>10:42  kyun ke is wajah se insan na sirf tension free ho jata hai balke jo aala matloob hai, jo sab se bara jo insan ko ki zarurat hai, intellectual development, woh is is ke liye us ko mauqa mil jata hai.</w:t>
      </w:r>
      <w:r>
        <w:br/>
      </w:r>
      <w:r>
        <w:rPr>
          <w:sz w:val="20"/>
        </w:rPr>
        <w:t>11:00  woh apne aap ko distraction se bachata hai, deviation se bachata hai, zehan ko idhar udhar uljhane se bachata hai.</w:t>
      </w:r>
      <w:r>
        <w:br/>
      </w:r>
      <w:r>
        <w:rPr>
          <w:sz w:val="20"/>
        </w:rPr>
        <w:t>11:10  phir sara waqt us ko, sari tawajjuh us ko apni laga sakta hai woh positive thinking mein. to ghaur kijiye ke kitni bari baat hai.</w:t>
      </w:r>
    </w:p>
    <w:p>
      <w:pPr>
        <w:pStyle w:val="Heading2"/>
      </w:pPr>
      <w:r>
        <w:t>Delhi's dark cloud is air pollution</w:t>
      </w:r>
    </w:p>
    <w:p>
      <w:r>
        <w:rPr>
          <w:color w:val="666666"/>
          <w:sz w:val="18"/>
        </w:rPr>
        <w:t>Journey to Civilization November 8, 2009 · 58s · at 0:49 · https://youtu.be/vh_AEKFhtxk?t=49</w:t>
      </w:r>
    </w:p>
    <w:p>
      <w:r>
        <w:rPr>
          <w:i/>
        </w:rPr>
        <w:t>“Kal Dilli walon ne jo dekha”</w:t>
      </w:r>
    </w:p>
    <w:p>
      <w:r>
        <w:rPr>
          <w:sz w:val="20"/>
        </w:rPr>
        <w:t>0:49  kal dilli walon ne jo dekha, un ke upar dark cloud chhaya hua tha, yahan tak ke suraj bhi chhip gaya.</w:t>
      </w:r>
      <w:r>
        <w:br/>
      </w:r>
      <w:r>
        <w:rPr>
          <w:sz w:val="20"/>
        </w:rPr>
        <w:t>1:01  to isi se related hai aaj ka topic. aaj ke tv walon ne kal hi dekh liya tha is khabar ko, aur newspaper mein aaj yeh khabar aayi hai.</w:t>
      </w:r>
      <w:r>
        <w:br/>
      </w:r>
      <w:r>
        <w:rPr>
          <w:sz w:val="20"/>
        </w:rPr>
        <w:t>1:17  to yeh dilli hi ka phenomenon nahi hai, sirf india ki baat nahi hai, australia mein, usa mein, har jagah is tarah ke dark cloud aa rahe hain.</w:t>
      </w:r>
      <w:r>
        <w:br/>
      </w:r>
      <w:r>
        <w:rPr>
          <w:sz w:val="20"/>
        </w:rPr>
        <w:t>1:30  aur yeh dark cloud kya hai? yeh jo air pollution hai, air pollution ka yeh extreme form hai. jab badh jata hai air pollution to woh dark cloud ban jata hai jo suraj ko bhi chhipa le.</w:t>
      </w:r>
    </w:p>
    <w:p>
      <w:pPr>
        <w:pStyle w:val="Heading2"/>
      </w:pPr>
      <w:r>
        <w:t>Full Q&amp;A on negative responses and difference</w:t>
      </w:r>
    </w:p>
    <w:p>
      <w:r>
        <w:rPr>
          <w:color w:val="666666"/>
          <w:sz w:val="18"/>
        </w:rPr>
        <w:t>Faith March 30, 2019 · 5m 45s · at 16:36 · https://youtu.be/zcqo87p7uks?t=996</w:t>
      </w:r>
    </w:p>
    <w:p>
      <w:r>
        <w:rPr>
          <w:i/>
        </w:rPr>
        <w:t>“Moulana, jo aapne abhi kaha”</w:t>
      </w:r>
    </w:p>
    <w:p>
      <w:r>
        <w:rPr>
          <w:sz w:val="20"/>
        </w:rPr>
        <w:t>16:36  maulana, jo aap ne abhi kaha ke hum sab logon ko ah mister different aur miss different ban ke rehna hai, to kya yeh keh sakte hain ke ah is ka jo doosra meaning hoga ke hamein ek predictable character ban ke rehna hai?</w:t>
      </w:r>
      <w:r>
        <w:br/>
      </w:r>
      <w:r>
        <w:rPr>
          <w:sz w:val="20"/>
        </w:rPr>
        <w:t>16:52  kyun ke aaj ki date mein maulana, ah log bohat unpredictable hain, to isi liye woh different lagte nahi hain. lekin agar hum predictable character ban jayein to hum doosron ki nazar mein bohat different ban ke reh jayenge.</w:t>
      </w:r>
      <w:r>
        <w:br/>
      </w:r>
      <w:r>
        <w:rPr>
          <w:sz w:val="20"/>
        </w:rPr>
        <w:t>17:07  kya yeh sahi</w:t>
      </w:r>
      <w:r>
        <w:br/>
      </w:r>
      <w:r>
        <w:rPr>
          <w:sz w:val="20"/>
        </w:rPr>
        <w:t>17:08  hai? haan, sahi hai. woh logon ko, un ke mind ko trigger karega. aap jo un ko dikhai denge, apne mind se alag, to is se un ka mind trigger trigger hoga ke bhai yeh kya mamla hai, kyun aisa hai yeh aadmi?</w:t>
      </w:r>
      <w:r>
        <w:br/>
      </w:r>
      <w:r>
        <w:rPr>
          <w:sz w:val="20"/>
        </w:rPr>
        <w:t>17:27  jaisa ke status baran ke bare mein hua. ab dekhiye, status baran ka wahan se favorite ho chuka hai, lekin sab ke mind mein kahin na kahin yeh hoga ke is is lady ko woh kya cheez hai jis ne is lady ko miss different bana diya?</w:t>
      </w:r>
      <w:r>
        <w:br/>
      </w:r>
      <w:r>
        <w:rPr>
          <w:sz w:val="20"/>
        </w:rPr>
        <w:t>17:49  yani constitutionally ya in constitutionally? aur kahin na kahin woh aa ke is ko aik samnay question ban ke samnay aa jaye ga ke yeh to mein samajhta hoon ke bohat success ki baat hai ke wahan wohi yeh chor kar aayi hain aik sawal</w:t>
      </w:r>
      <w:r>
        <w:br/>
      </w:r>
      <w:r>
        <w:rPr>
          <w:sz w:val="20"/>
        </w:rPr>
        <w:t>18:13  ke mein bhi tumhare tareeqay se thi yahan par, lekin tum ne dekha ke mein mein behavior mukhtalif tha.</w:t>
      </w:r>
      <w:r>
        <w:br/>
      </w:r>
      <w:r>
        <w:rPr>
          <w:sz w:val="20"/>
        </w:rPr>
        <w:t>18:24  log jahan shikayatein karte thay, mein kabhi shikayat ki nahi, kabhi demand ki nahi, kabhi demand ki nahi, shikayat na demand.</w:t>
      </w:r>
      <w:r>
        <w:br/>
      </w:r>
      <w:r>
        <w:rPr>
          <w:sz w:val="20"/>
        </w:rPr>
        <w:t>18:36  to wahan aik aik aik chor ke aayi hain, woh aik question chor kar aayi hain. to aaj nahi, kal, kal nahi, parson woh logon ke mind ko trigger trigger kare ga.</w:t>
      </w:r>
      <w:r>
        <w:br/>
      </w:r>
      <w:r>
        <w:rPr>
          <w:sz w:val="20"/>
        </w:rPr>
        <w:t>18:50  to a bound to trigger your mind.</w:t>
      </w:r>
      <w:r>
        <w:br/>
      </w:r>
      <w:r>
        <w:rPr>
          <w:sz w:val="20"/>
        </w:rPr>
        <w:t>18:56  dekhein, mein phir kahoon ga ke yeh jo kaha to kaha jata hai bohat ziyada ke akhlaq ka muzahira bilkul lagho baat hai, absurd baat hai.</w:t>
      </w:r>
      <w:r>
        <w:br/>
      </w:r>
      <w:r>
        <w:rPr>
          <w:sz w:val="20"/>
        </w:rPr>
        <w:t>19:09  koi aap ke akhlaq ko nahi dekh sakta, na muzahira karne ke liye koi akhlaq hota hai. nahi, aap apne behavior mein different dikhai dein.</w:t>
      </w:r>
      <w:r>
        <w:br/>
      </w:r>
      <w:r>
        <w:rPr>
          <w:sz w:val="20"/>
        </w:rPr>
        <w:t>19:23  yeh meri discovery hai ke akhlaq ki baatein jo log karte hain, yeh bilkul baseless baat hoti hai, is ka koi faida nahi.</w:t>
      </w:r>
      <w:r>
        <w:br/>
      </w:r>
      <w:r>
        <w:rPr>
          <w:sz w:val="20"/>
        </w:rPr>
        <w:t>19:35  asal cheez hai ideology, ideology aap ki aur doosre aap ka. yani daily behavior mein aap ka different hona,</w:t>
      </w:r>
      <w:r>
        <w:br/>
      </w:r>
      <w:r>
        <w:rPr>
          <w:sz w:val="20"/>
        </w:rPr>
        <w:t>19:51  yeh yeh logon ko asal cheez hai ke logon ke mind mein sawal paida ho. aap ke akhlaq se kuch nahi hota, aap akhlaq, aap aap sawal dein logon ko, sawal dein jis se un ka mind trigger ho,</w:t>
      </w:r>
      <w:r>
        <w:br/>
      </w:r>
      <w:r>
        <w:rPr>
          <w:sz w:val="20"/>
        </w:rPr>
        <w:t>20:10  mind trigger ho, phir woh aagay sochay ga, yeh asal hai.</w:t>
      </w:r>
      <w:r>
        <w:br/>
      </w:r>
      <w:r>
        <w:rPr>
          <w:sz w:val="20"/>
        </w:rPr>
        <w:t>20:22  maulana, through these examples, I have got a very positive</w:t>
      </w:r>
      <w:r>
        <w:br/>
      </w:r>
      <w:r>
        <w:rPr>
          <w:sz w:val="20"/>
        </w:rPr>
        <w:t>20:31  interpretation of how people can look at us differently. and I think it's a very, this is something that we should introspect upon all the time, whether we are getting that response or are we triggering the mind of people at all times.</w:t>
      </w:r>
      <w:r>
        <w:br/>
      </w:r>
      <w:r>
        <w:rPr>
          <w:sz w:val="20"/>
        </w:rPr>
        <w:t>20:52  and I will introspect on this, and how I am, what sort of response I am getting from people.</w:t>
      </w:r>
      <w:r>
        <w:br/>
      </w:r>
      <w:r>
        <w:rPr>
          <w:sz w:val="20"/>
        </w:rPr>
        <w:t>21:01  but as per my experience, Maulana, people look at us differently, but many times it's not in a good way.</w:t>
      </w:r>
      <w:r>
        <w:br/>
      </w:r>
      <w:r>
        <w:rPr>
          <w:sz w:val="20"/>
        </w:rPr>
        <w:t>21:11  is that also, matlab it it is like, what are they saying? what what are they doing in life?</w:t>
      </w:r>
      <w:r>
        <w:br/>
      </w:r>
      <w:r>
        <w:rPr>
          <w:sz w:val="20"/>
        </w:rPr>
        <w:t>21:20  we often get a negative response. is that also okay?</w:t>
      </w:r>
      <w:r>
        <w:br/>
      </w:r>
      <w:r>
        <w:rPr>
          <w:sz w:val="20"/>
        </w:rPr>
        <w:t>21:26  haan, theek hai, aise bhi log hon ge, lekin mein samajhta hoon ke un ki nature yeh un se kahay gi ke why this mind is different?</w:t>
      </w:r>
      <w:r>
        <w:br/>
      </w:r>
      <w:r>
        <w:rPr>
          <w:sz w:val="20"/>
        </w:rPr>
        <w:t>21:37  why this lady is different? yeh it is but natural. mere experience mein yeh cheez jani hai.</w:t>
      </w:r>
      <w:r>
        <w:br/>
      </w:r>
      <w:r>
        <w:rPr>
          <w:sz w:val="20"/>
        </w:rPr>
        <w:t>21:51  mein ne aap ki baat apni jagah pe, woh bhi aik</w:t>
      </w:r>
    </w:p>
    <w:p>
      <w:pPr>
        <w:pStyle w:val="Heading2"/>
      </w:pPr>
      <w:r>
        <w:t>Umar weeps, Prophet says we have the hereafter</w:t>
      </w:r>
    </w:p>
    <w:p>
      <w:r>
        <w:rPr>
          <w:color w:val="666666"/>
          <w:sz w:val="18"/>
        </w:rPr>
        <w:t>The Noble Qualities of The Prophet Muhammad 7 September 2025 · 37s · at 29:56 · https://youtu.be/o85acwpOiDw?t=1796</w:t>
      </w:r>
    </w:p>
    <w:p>
      <w:r>
        <w:rPr>
          <w:i/>
        </w:rPr>
        <w:t>“O Messenger of Allah, I saw the palaces of Caesar and Persia”</w:t>
      </w:r>
    </w:p>
    <w:p>
      <w:r>
        <w:rPr>
          <w:sz w:val="20"/>
        </w:rPr>
        <w:t>29:56  so Rasulullah said: "O Umar, why are you crying?" So Umar (R.A.) said: "O messenger of Allah, i see the Caesars and the emperors of Persia.</w:t>
      </w:r>
      <w:r>
        <w:br/>
      </w:r>
      <w:r>
        <w:rPr>
          <w:sz w:val="20"/>
        </w:rPr>
        <w:t>30:09  they live such luxury and comfort, and you are the prophet of God. You deserve much more than that." So the prophet said: "O Umar, they have their world, but we have our hereafter</w:t>
      </w:r>
      <w:r>
        <w:br/>
      </w:r>
      <w:r>
        <w:rPr>
          <w:sz w:val="20"/>
        </w:rPr>
        <w:t>30:23  "." So that shows the complete indifference of the prophet to worldly luxuries and full focus on the eternal reward.</w:t>
      </w:r>
    </w:p>
    <w:p>
      <w:pPr>
        <w:pStyle w:val="Heading2"/>
      </w:pPr>
      <w:r>
        <w:t>how the blasphemy concept entered Islam late</w:t>
      </w:r>
    </w:p>
    <w:p>
      <w:r>
        <w:rPr>
          <w:color w:val="666666"/>
          <w:sz w:val="18"/>
        </w:rPr>
        <w:t>Freedom of Expression in Islam September 30, 2012 · 2m 35s · at 17:58 · https://youtu.be/S4mQpkoZITg?t=1078</w:t>
      </w:r>
    </w:p>
    <w:p>
      <w:r>
        <w:rPr>
          <w:i/>
        </w:rPr>
        <w:t>“This concept of pride in the Prophet came 200 years later”</w:t>
      </w:r>
    </w:p>
    <w:p>
      <w:r>
        <w:rPr>
          <w:sz w:val="20"/>
        </w:rPr>
        <w:t>17:58  is mein maine ek maqala likha hai, is mein maine yeh dikhaya hai ke yeh tasawwur jo hai, chhat pe rasool ka jo tasawwur hai, yeh musalmanon mein do sau saal ke baad aaya hai, is se pehle nahi tha.</w:t>
      </w:r>
      <w:r>
        <w:br/>
      </w:r>
      <w:r>
        <w:rPr>
          <w:sz w:val="20"/>
        </w:rPr>
        <w:t>18:14  yaani kab aaya hai? jab muslim empire qaim hua, musalmanon ki bari bari saltanaten qaim huin. to us zamane mein jo tha culture, woh tha "annasu ala deeni bilugh" .</w:t>
      </w:r>
      <w:r>
        <w:br/>
      </w:r>
      <w:r>
        <w:rPr>
          <w:sz w:val="20"/>
        </w:rPr>
        <w:t>18:29  log badshah ke mazhab par hote hain. jaise aap jante hain ke European badshah tha Constantine, woh jab Christian ho gaya to sara Europe Christian ho gaya.</w:t>
      </w:r>
      <w:r>
        <w:br/>
      </w:r>
      <w:r>
        <w:rPr>
          <w:sz w:val="20"/>
        </w:rPr>
        <w:t>18:44  Constantine first jab Christian ho gaya to sara Europe Christian ho gaya. is zamane mein yahi hota tha. raja, badshah, sardar jis mazhab ko ikhtiyar kare, sab log usi mazhab ko lete hain.</w:t>
      </w:r>
      <w:r>
        <w:br/>
      </w:r>
      <w:r>
        <w:rPr>
          <w:sz w:val="20"/>
        </w:rPr>
        <w:t>18:59  to jab muslim empire qaim hua to mass conversion hua, mass conversion.</w:t>
      </w:r>
      <w:r>
        <w:br/>
      </w:r>
      <w:r>
        <w:rPr>
          <w:sz w:val="20"/>
        </w:rPr>
        <w:t>19:07  ab yeh mass conversion jo hua tha ke beshumar log islam mein dakhil ho gaye, to un ki tarbiyat nahi ho saki, education nahi ho saki.</w:t>
      </w:r>
      <w:r>
        <w:br/>
      </w:r>
      <w:r>
        <w:rPr>
          <w:sz w:val="20"/>
        </w:rPr>
        <w:t>19:17  to pichhle khayalat ko le kar ke unhon ne islam mein dakhil kar diya.</w:t>
      </w:r>
      <w:r>
        <w:br/>
      </w:r>
      <w:r>
        <w:rPr>
          <w:sz w:val="20"/>
        </w:rPr>
        <w:t>19:25  is tarah ki cheezen jo hain, yeh kya hain? islam, ahl-e-sunnat, afghan islam hain. yeh</w:t>
      </w:r>
      <w:r>
        <w:br/>
      </w:r>
      <w:r>
        <w:rPr>
          <w:sz w:val="20"/>
        </w:rPr>
        <w:t>19:32  yani jahili zindagi jo un ki thi, pehle ki zindagi, is mein jo baton ko mante the, woh to taleem, taleem hui nahin, tarbiyat hui nahin.</w:t>
      </w:r>
      <w:r>
        <w:br/>
      </w:r>
      <w:r>
        <w:rPr>
          <w:sz w:val="20"/>
        </w:rPr>
        <w:t>19:43  bas kalma parh liya, kalma parh ke islam mein dakhil ho gaye. mass conversion ka matlab yeh hota hai to pichli baton ko unhon ne islam mein induct kar diya, sirf naam badal kar.</w:t>
      </w:r>
      <w:r>
        <w:br/>
      </w:r>
      <w:r>
        <w:rPr>
          <w:sz w:val="20"/>
        </w:rPr>
        <w:t>19:58  to blasphemy ka concept christian concept hai.</w:t>
      </w:r>
      <w:r>
        <w:br/>
      </w:r>
      <w:r>
        <w:rPr>
          <w:sz w:val="20"/>
        </w:rPr>
        <w:t>20:02  is christian concept ko ek arabi lafz bol kar ke, sakht ka lafz bol kar ke islam mein dakhil kar diya. jaise india mein aap dekhte hain ke yahan bhi mass conversion hua.</w:t>
      </w:r>
      <w:r>
        <w:br/>
      </w:r>
      <w:r>
        <w:rPr>
          <w:sz w:val="20"/>
        </w:rPr>
        <w:t>20:15  to bohat si cheezen jo yeh log pehle jo utarte hain, jo riwaj the, us ko islam mein dakhil kar diya unhon ne. isi ko to bid'at kehte hain.</w:t>
      </w:r>
      <w:r>
        <w:br/>
      </w:r>
      <w:r>
        <w:rPr>
          <w:sz w:val="20"/>
        </w:rPr>
        <w:t>20:25  bid'at kya hai? is liye rasmon ka islamization hai.</w:t>
      </w:r>
    </w:p>
    <w:p>
      <w:pPr>
        <w:pStyle w:val="Heading2"/>
      </w:pPr>
      <w:r>
        <w:t>Simple living and high thinking are inseparable</w:t>
      </w:r>
    </w:p>
    <w:p>
      <w:r>
        <w:rPr>
          <w:color w:val="666666"/>
          <w:sz w:val="18"/>
        </w:rPr>
        <w:t>Spirituality in Simple Living, High Thinking October 27, 2019 Maulana Wahiduddin Khan · 2m 01s · at 16:27 · https://youtu.be/Kr28g15eFr8?t=987</w:t>
      </w:r>
    </w:p>
    <w:p>
      <w:r>
        <w:rPr>
          <w:i/>
        </w:rPr>
        <w:t>“Simple living, high thinking — two interlinked basics”</w:t>
      </w:r>
    </w:p>
    <w:p>
      <w:r>
        <w:rPr>
          <w:sz w:val="20"/>
        </w:rPr>
        <w:t>16:27  aur is ke do basic formula hain, woh hai simple living, high thinking.</w:t>
      </w:r>
      <w:r>
        <w:br/>
      </w:r>
      <w:r>
        <w:rPr>
          <w:sz w:val="20"/>
        </w:rPr>
        <w:t>16:38  dono ek doosre se interlinked hain. jab aap high thinking par aayenge to aap ko simple living par aana padega, aur jab simple living ko pakdeinge to aap ko high thinking par aana padega.</w:t>
      </w:r>
      <w:r>
        <w:br/>
      </w:r>
      <w:r>
        <w:rPr>
          <w:sz w:val="20"/>
        </w:rPr>
        <w:t>17:02  to internal sense mein spirituality naam hai high thinking ka, external sense mein spirituality naam hai</w:t>
      </w:r>
      <w:r>
        <w:br/>
      </w:r>
      <w:r>
        <w:rPr>
          <w:sz w:val="20"/>
        </w:rPr>
        <w:t>17:19  simple living ka.</w:t>
      </w:r>
      <w:r>
        <w:br/>
      </w:r>
      <w:r>
        <w:rPr>
          <w:sz w:val="20"/>
        </w:rPr>
        <w:t>17:24  kyunke agar aap simple lein, simple living ko na ikhtiyar karein to aap manage nahi kar paayenge high thinking ko.</w:t>
      </w:r>
      <w:r>
        <w:br/>
      </w:r>
      <w:r>
        <w:rPr>
          <w:sz w:val="20"/>
        </w:rPr>
        <w:t>17:38  bar bar aap disappointment hoga,</w:t>
      </w:r>
      <w:r>
        <w:br/>
      </w:r>
      <w:r>
        <w:rPr>
          <w:sz w:val="20"/>
        </w:rPr>
        <w:t>17:44  kharcha badhayenge, har cheez mein aap paisa zyada kharch karenge.</w:t>
      </w:r>
      <w:r>
        <w:br/>
      </w:r>
      <w:r>
        <w:rPr>
          <w:sz w:val="20"/>
        </w:rPr>
        <w:t>17:54  to jahan se believing chali gayi, saada zindagi chali gayi, to sab kuch chala gaya.</w:t>
      </w:r>
      <w:r>
        <w:br/>
      </w:r>
      <w:r>
        <w:rPr>
          <w:sz w:val="20"/>
        </w:rPr>
        <w:t>18:04  aap ka jeeb khali hua to sab kuch chala gaya aap se. to simple living, yani kam kharch mein zindagi guzarna,</w:t>
      </w:r>
      <w:r>
        <w:br/>
      </w:r>
      <w:r>
        <w:rPr>
          <w:sz w:val="20"/>
        </w:rPr>
        <w:t>18:19  bohat hi kam kharch mein.</w:t>
      </w:r>
    </w:p>
    <w:p>
      <w:pPr>
        <w:pStyle w:val="Heading2"/>
      </w:pPr>
      <w:r>
        <w:t>Prophet refuses Quraysh offer of kingship in Mecca</w:t>
      </w:r>
    </w:p>
    <w:p>
      <w:r>
        <w:rPr>
          <w:color w:val="666666"/>
          <w:sz w:val="18"/>
        </w:rPr>
        <w:t>Politics and Nation Building May 19, 2013 · 51s · at 6:32 · https://youtu.be/kmiMGq0Ki2Q?t=392</w:t>
      </w:r>
    </w:p>
    <w:p>
      <w:r>
        <w:rPr>
          <w:i/>
        </w:rPr>
        <w:t>“Quraysh offered the Prophet kingship if he wanted it”</w:t>
      </w:r>
    </w:p>
    <w:p>
      <w:r>
        <w:rPr>
          <w:sz w:val="20"/>
        </w:rPr>
        <w:t>6:32  jo ke mushrik thay. to Rasool Allah Salallaho Alaihi Wasallam ko unhon ne peshkash ki</w:t>
      </w:r>
      <w:r>
        <w:br/>
      </w:r>
      <w:r>
        <w:rPr>
          <w:sz w:val="20"/>
        </w:rPr>
        <w:t>6:42  "in turido mulkan falakna".</w:t>
      </w:r>
      <w:r>
        <w:br/>
      </w:r>
      <w:r>
        <w:rPr>
          <w:sz w:val="20"/>
        </w:rPr>
        <w:t>6:48  agar aap hukoomat chahte hain to hum aap ko hukoomat dene ke liye tayyar hain.</w:t>
      </w:r>
      <w:r>
        <w:br/>
      </w:r>
      <w:r>
        <w:rPr>
          <w:sz w:val="20"/>
        </w:rPr>
        <w:t>6:54  Rasool Allah ne kya jawab diya? "ma atlub alaykum alaykum". mein tum se hukoomat nahi chahta. mera kaam hai zehnon ko badalna.</w:t>
      </w:r>
      <w:r>
        <w:br/>
      </w:r>
      <w:r>
        <w:rPr>
          <w:sz w:val="20"/>
        </w:rPr>
        <w:t>7:07  insan ko khudaai aajal dena.</w:t>
      </w:r>
      <w:r>
        <w:br/>
      </w:r>
      <w:r>
        <w:rPr>
          <w:sz w:val="20"/>
        </w:rPr>
        <w:t>7:12  insan ki sehat aur kirdaar mein change lana. dekhiye, yeh saada baat nahi hai. yeh saada baat nahi hai.</w:t>
      </w:r>
    </w:p>
    <w:p>
      <w:pPr>
        <w:pStyle w:val="Heading2"/>
      </w:pPr>
      <w:r>
        <w:t>God alone rewards fasting without limit</w:t>
      </w:r>
    </w:p>
    <w:p>
      <w:r>
        <w:rPr>
          <w:color w:val="666666"/>
          <w:sz w:val="18"/>
        </w:rPr>
        <w:t>Ramadan The Month of Spiritual Training September 20, 2008 · 39s · at 25:32 · https://youtu.be/VI9axojg6Ro?t=1532</w:t>
      </w:r>
    </w:p>
    <w:p>
      <w:r>
        <w:rPr>
          <w:i/>
        </w:rPr>
        <w:t>“Allah ne farmaya: roza mere liye hai”</w:t>
      </w:r>
    </w:p>
    <w:p>
      <w:r>
        <w:rPr>
          <w:sz w:val="20"/>
        </w:rPr>
        <w:t>25:32  to farmaya ke illa al-sawm fa inni wa ana ajzi. Allah taala ne farmaya lekin sawm, lekin roza,</w:t>
      </w:r>
      <w:r>
        <w:br/>
      </w:r>
      <w:r>
        <w:rPr>
          <w:sz w:val="20"/>
        </w:rPr>
        <w:t>25:44  roza mere liye hai aur main hi uska badla doonga. ab aap ghor kijiye ke badshah-e-kaenat aisa keh raha hai,</w:t>
      </w:r>
      <w:r>
        <w:br/>
      </w:r>
      <w:r>
        <w:rPr>
          <w:sz w:val="20"/>
        </w:rPr>
        <w:t>25:58  yaani zameen o aasman ka malik aisa keh raha hai ke roza to mere liye hai, main hi uska badla doonga. to kitna zyada badla dega? woh uska to koi hisab nahi, matlab countless badla main doonga uska.</w:t>
      </w:r>
    </w:p>
    <w:p>
      <w:pPr>
        <w:pStyle w:val="Heading2"/>
      </w:pPr>
      <w:r>
        <w:t>Tazkiya as intellectual and spiritual development through contemplation</w:t>
      </w:r>
    </w:p>
    <w:p>
      <w:r>
        <w:rPr>
          <w:color w:val="666666"/>
          <w:sz w:val="18"/>
        </w:rPr>
        <w:t>Discover the Glory of God in Your Failure 25 feb. 2017 - Maulana Wahiduddin Khan · 6m 01s · at 9:30 · https://youtu.be/VocPK_2oeK4?t=570</w:t>
      </w:r>
    </w:p>
    <w:p>
      <w:r>
        <w:rPr>
          <w:i/>
        </w:rPr>
        <w:t>“I think this is the greatest formula for personality development”</w:t>
      </w:r>
    </w:p>
    <w:p>
      <w:r>
        <w:rPr>
          <w:sz w:val="20"/>
        </w:rPr>
        <w:t>9:30  main samajhta hoon ke yeh personality development ka sab se bara formula hai yeh.</w:t>
      </w:r>
      <w:r>
        <w:br/>
      </w:r>
      <w:r>
        <w:rPr>
          <w:sz w:val="20"/>
        </w:rPr>
        <w:t>9:39  aur sach poochen to yahi tazkiya hai. Quran mein jo hai ke tazkiya karo, tazkiya karo, to log is ko mysterious sense mein liye hain.</w:t>
      </w:r>
      <w:r>
        <w:br/>
      </w:r>
      <w:r>
        <w:rPr>
          <w:sz w:val="20"/>
        </w:rPr>
        <w:t>9:48  mysterious sense mein. yani kisi choti si jagah baith kar ke</w:t>
      </w:r>
      <w:r>
        <w:br/>
      </w:r>
      <w:r>
        <w:rPr>
          <w:sz w:val="20"/>
        </w:rPr>
        <w:t>9:56  chadar orh lo aur baith jao, aankh band kar ke aur meditation karo. yeh tazkiya nahi hai. yeh to self style koi cheez hai jo tazkiya bataya gaya Quran ki.</w:t>
      </w:r>
      <w:r>
        <w:br/>
      </w:r>
      <w:r>
        <w:rPr>
          <w:sz w:val="20"/>
        </w:rPr>
        <w:t>10:11  is mein woh yeh nahi hai. woh to yeh hai ke duniya ko socho,</w:t>
      </w:r>
      <w:r>
        <w:br/>
      </w:r>
      <w:r>
        <w:rPr>
          <w:sz w:val="20"/>
        </w:rPr>
        <w:t>10:15  jaise waqiat se sabak lo.</w:t>
      </w:r>
      <w:r>
        <w:br/>
      </w:r>
      <w:r>
        <w:rPr>
          <w:sz w:val="20"/>
        </w:rPr>
        <w:t>10:21  jo tajrubaat hain, is mein se wisdom ko extract karo. yeh hai tazkiya. to Hazrat Ali ka yeh qaul ga tazkiya ka principle batata hai.</w:t>
      </w:r>
      <w:r>
        <w:br/>
      </w:r>
      <w:r>
        <w:rPr>
          <w:sz w:val="20"/>
        </w:rPr>
        <w:t>10:36  tazkiya ka principle.</w:t>
      </w:r>
      <w:r>
        <w:br/>
      </w:r>
      <w:r>
        <w:rPr>
          <w:sz w:val="20"/>
        </w:rPr>
        <w:t>10:39  aap jitna sochenge, jitna sochenge, utna hi is mein aap ko wisdom milta chala jayega.</w:t>
      </w:r>
      <w:r>
        <w:br/>
      </w:r>
      <w:r>
        <w:rPr>
          <w:sz w:val="20"/>
        </w:rPr>
        <w:t>10:50  to main sochta hoon ke yahi raaz hai personality development ka. ke is se kya hoga faida?</w:t>
      </w:r>
      <w:r>
        <w:br/>
      </w:r>
      <w:r>
        <w:rPr>
          <w:sz w:val="20"/>
        </w:rPr>
        <w:t>11:03  ek second ke liye bhi aap koi negative nahi rahenge.</w:t>
      </w:r>
      <w:r>
        <w:br/>
      </w:r>
      <w:r>
        <w:rPr>
          <w:sz w:val="20"/>
        </w:rPr>
        <w:t>11:07  tension mein nahi rahenge. har lamha aap jiyenge khuda ki glory mein. universal glory mein.</w:t>
      </w:r>
      <w:r>
        <w:br/>
      </w:r>
      <w:r>
        <w:rPr>
          <w:sz w:val="20"/>
        </w:rPr>
        <w:t>11:17  to kaise aap ko kaise aayega? negative thought kahan se aayegi?</w:t>
      </w:r>
      <w:r>
        <w:br/>
      </w:r>
      <w:r>
        <w:rPr>
          <w:sz w:val="20"/>
        </w:rPr>
        <w:t>11:25  tension kahan se aayega?</w:t>
      </w:r>
      <w:r>
        <w:br/>
      </w:r>
      <w:r>
        <w:rPr>
          <w:sz w:val="20"/>
        </w:rPr>
        <w:t>11:30  to islam ka jo nazariya hai tazkiya ka, iska matlab hai intellectual development, spiritual development.</w:t>
      </w:r>
      <w:r>
        <w:br/>
      </w:r>
      <w:r>
        <w:rPr>
          <w:sz w:val="20"/>
        </w:rPr>
        <w:t>11:42  aur main samajhta hoon ke</w:t>
      </w:r>
      <w:r>
        <w:br/>
      </w:r>
      <w:r>
        <w:rPr>
          <w:sz w:val="20"/>
        </w:rPr>
        <w:t>11:46  spiritual development ki sab se bari</w:t>
      </w:r>
      <w:r>
        <w:br/>
      </w:r>
      <w:r>
        <w:rPr>
          <w:sz w:val="20"/>
        </w:rPr>
        <w:t>11:49  definition yahi hai ke aap</w:t>
      </w:r>
      <w:r>
        <w:br/>
      </w:r>
      <w:r>
        <w:rPr>
          <w:sz w:val="20"/>
        </w:rPr>
        <w:t>11:55  har negative ko, har negative experience ko positive mein badlen. har zindagi ke har tajrube se aap wisdom nikalen.</w:t>
      </w:r>
      <w:r>
        <w:br/>
      </w:r>
      <w:r>
        <w:rPr>
          <w:sz w:val="20"/>
        </w:rPr>
        <w:t>12:10  yani jis tarah se honey bee hoti hai, us tarah ban jayen. aap jante hain ke honey bee jo hai,</w:t>
      </w:r>
      <w:r>
        <w:br/>
      </w:r>
      <w:r>
        <w:rPr>
          <w:sz w:val="20"/>
        </w:rPr>
        <w:t>12:15  jab aati hai garden mein to wahan bahut sari chezen hain, wo seedhi jati hai phool ke paas aur phool ke bhi bahut sare chezen hain, lekin wo sirf is mein jo nectar hai, thoda sa us ko nikalti hai.</w:t>
      </w:r>
      <w:r>
        <w:br/>
      </w:r>
      <w:r>
        <w:rPr>
          <w:sz w:val="20"/>
        </w:rPr>
        <w:t>12:40  to tazkiya ye hai ke aap duniya mein is tarah jiyen ke aap har cheez se, har cheez se nectar of wisdom nikal paen.</w:t>
      </w:r>
      <w:r>
        <w:br/>
      </w:r>
      <w:r>
        <w:rPr>
          <w:sz w:val="20"/>
        </w:rPr>
        <w:t>12:52  nectar of divine wisdom. har cheez se.</w:t>
      </w:r>
      <w:r>
        <w:br/>
      </w:r>
      <w:r>
        <w:rPr>
          <w:sz w:val="20"/>
        </w:rPr>
        <w:t>12:57  nectar of divine wisdom.</w:t>
      </w:r>
      <w:r>
        <w:br/>
      </w:r>
      <w:r>
        <w:rPr>
          <w:sz w:val="20"/>
        </w:rPr>
        <w:t>13:03  chahe koi bhi cheez ho, koi bhi tajruba ho, koi bhi waqea ho, hatta ke failure ho.</w:t>
      </w:r>
      <w:r>
        <w:br/>
      </w:r>
      <w:r>
        <w:rPr>
          <w:sz w:val="20"/>
        </w:rPr>
        <w:t>13:13  failure bhi ek waqea hai. is se bhi aap nikal paen ek nectar</w:t>
      </w:r>
      <w:r>
        <w:br/>
      </w:r>
      <w:r>
        <w:rPr>
          <w:sz w:val="20"/>
        </w:rPr>
        <w:t>13:20  wisdom ka. yahi tazkiya hai.</w:t>
      </w:r>
      <w:r>
        <w:br/>
      </w:r>
      <w:r>
        <w:rPr>
          <w:sz w:val="20"/>
        </w:rPr>
        <w:t>13:26  agar ye salahiyat na ho, is level ka intellectual development aap ke andar na ho, to meditation se kuch hone wala nahi.</w:t>
      </w:r>
      <w:r>
        <w:br/>
      </w:r>
      <w:r>
        <w:rPr>
          <w:sz w:val="20"/>
        </w:rPr>
        <w:t>13:42  to islam ka jo tazkiya hai, wo contemplation par base karta hai, meditation par nahi.</w:t>
      </w:r>
      <w:r>
        <w:br/>
      </w:r>
      <w:r>
        <w:rPr>
          <w:sz w:val="20"/>
        </w:rPr>
        <w:t>13:52  ek hai contemplation, ek hai meditation.</w:t>
      </w:r>
      <w:r>
        <w:br/>
      </w:r>
      <w:r>
        <w:rPr>
          <w:sz w:val="20"/>
        </w:rPr>
        <w:t>13:57  to islam ka tazkiya meditation mein base nahi karta, contemplation mein base karta hai.</w:t>
      </w:r>
      <w:r>
        <w:br/>
      </w:r>
      <w:r>
        <w:rPr>
          <w:sz w:val="20"/>
        </w:rPr>
        <w:t>14:09  aur ye jo contemplation hai, is ka daira pehle zamane mein bahut hi kam tha. yani science se pehle bahut hi kam tha.</w:t>
      </w:r>
      <w:r>
        <w:br/>
      </w:r>
      <w:r>
        <w:rPr>
          <w:sz w:val="20"/>
        </w:rPr>
        <w:t>14:20  ab science ne is daire ko universal bana diya. bahut bara bana diya, bahut bara.</w:t>
      </w:r>
      <w:r>
        <w:br/>
      </w:r>
      <w:r>
        <w:rPr>
          <w:sz w:val="20"/>
        </w:rPr>
        <w:t>14:31  is ki bara banai ki alamat hai telescope, microscope. yani chote se choti cheez bhi aap dekh sakte hain, bari se bari cheez bhi aap dekh sakte hain.</w:t>
      </w:r>
      <w:r>
        <w:br/>
      </w:r>
      <w:r>
        <w:rPr>
          <w:sz w:val="20"/>
        </w:rPr>
        <w:t>14:47  to is zamane mein science jo hai, tazkiya ki base hai.</w:t>
      </w:r>
      <w:r>
        <w:br/>
      </w:r>
      <w:r>
        <w:rPr>
          <w:sz w:val="20"/>
        </w:rPr>
        <w:t>14:56  science jo hai, woh gaya tazkiya ka framework hai. kitni bari baat hai yeh.</w:t>
      </w:r>
      <w:r>
        <w:br/>
      </w:r>
      <w:r>
        <w:rPr>
          <w:sz w:val="20"/>
        </w:rPr>
        <w:t>15:05  science ne jo discover kiya hai nature ko,</w:t>
      </w:r>
      <w:r>
        <w:br/>
      </w:r>
      <w:r>
        <w:rPr>
          <w:sz w:val="20"/>
        </w:rPr>
        <w:t>15:10  woh sab ka sab, woh sab ka sab food hai is insaan ke liye jo chahta ho apna spiritual development, apna intellectual development.</w:t>
      </w:r>
      <w:r>
        <w:br/>
      </w:r>
      <w:r>
        <w:rPr>
          <w:sz w:val="20"/>
        </w:rPr>
        <w:t>15:25  toh science ne universal framework de diya.</w:t>
      </w:r>
    </w:p>
    <w:p>
      <w:pPr>
        <w:pStyle w:val="Heading2"/>
      </w:pPr>
      <w:r>
        <w:t>Rational criterion favors Islam</w:t>
      </w:r>
    </w:p>
    <w:p>
      <w:r>
        <w:rPr>
          <w:color w:val="666666"/>
          <w:sz w:val="18"/>
        </w:rPr>
        <w:t>Ignore the Problems Avail the Opportunities | June 30, 2006 | Maulana Wahiduddin Khan · 2m 31s · at 29:34 · https://youtu.be/ie8Xc5BlTwY?t=1774</w:t>
      </w:r>
    </w:p>
    <w:p>
      <w:r>
        <w:rPr>
          <w:i/>
        </w:rPr>
        <w:t>“Is zamane mein ek aisi cheez aayi: chizon ko rational basis par judge karna”</w:t>
      </w:r>
    </w:p>
    <w:p>
      <w:r>
        <w:rPr>
          <w:sz w:val="20"/>
        </w:rPr>
        <w:t>29:34  woh hai cheezon ko rational basis par judge karna. cheezon ko reason par jaanchana, logic par jaanchana. pehle kahan tha? pehle to suppression tha, bas mante the, is liye mante the. kabhi is se pehle mazhab ke bare mein reason nahi chalai jati thi. mazhab ke bare mein reason nahi chalai jati thi.</w:t>
      </w:r>
      <w:r>
        <w:br/>
      </w:r>
      <w:r>
        <w:rPr>
          <w:sz w:val="20"/>
        </w:rPr>
        <w:t>30:04  ab yeh hua hai science ke asar se. science ka jo انقلاب aaya, to science ne kya kiya? aik spirit of inquiry paida ki. science ne kya kiya? ke reason ko bohat zyada ahmiyat di. ab har cheez ko reason se jaancha jaane laga. reason se jaancha jaane laga. jo cheez reason based na ho</w:t>
      </w:r>
      <w:r>
        <w:br/>
      </w:r>
      <w:r>
        <w:rPr>
          <w:sz w:val="20"/>
        </w:rPr>
        <w:t>30:35  jis ki rational basis na ho, woh insaan us ko radd kar deta hai. ab yeh hamare haq mein kitni bari baat thi. yaani yeh jo faisle ki buniyad jo zamane ne faraham ki, woh ain hamare haq mein thi, lekin aap us ko avail nahi kar sake. kyun? jitne bhi religious system hain, sab ke sab yaani un ka yaani reason par jaanchne pe woh poore nahi utarte. kyunke un ki woh mythology b</w:t>
      </w:r>
      <w:r>
        <w:br/>
      </w:r>
      <w:r>
        <w:rPr>
          <w:sz w:val="20"/>
        </w:rPr>
        <w:t>31:05  ased karte hain. un ke paas history nahi hai. bas aik andhe vishwas ke taur par chal raha hai sara mamla. blind faith par. sare hi religion koi un ki history nahi, koi un ka yaani rational background nahi, siwaye Islam ke. Islam is zamane ke zamane ne jo buniyad faraham ki faisla karne</w:t>
      </w:r>
      <w:r>
        <w:br/>
      </w:r>
      <w:r>
        <w:rPr>
          <w:sz w:val="20"/>
        </w:rPr>
        <w:t>31:35  ki, woh ain Islam ke haq mein thi ke rational buniyad par jaancho, aur Islam jo hai woh sach pata chale ke Islami sach sacha system hai, aur sab to mythology base karte hain, blind faith par base karte hain, illogical base par khade hue hain, lekin us ko istemal nahi kiya gaya, us ko avail nahi kiya</w:t>
      </w:r>
    </w:p>
    <w:p>
      <w:pPr>
        <w:pStyle w:val="Heading2"/>
      </w:pPr>
      <w:r>
        <w:t>Poor student topped IAS exam through hard work</w:t>
      </w:r>
    </w:p>
    <w:p>
      <w:r>
        <w:rPr>
          <w:color w:val="666666"/>
          <w:sz w:val="18"/>
        </w:rPr>
        <w:t>Incentive Matters Most 8 Dec 2019 - Maulana Wahiduddin Khan · 2m 35s · at 20:21 · https://youtu.be/07PMcV-Z8Vo?t=1221</w:t>
      </w:r>
    </w:p>
    <w:p>
      <w:r>
        <w:rPr>
          <w:i/>
        </w:rPr>
        <w:t>“Main aadha bond mein tha, ek talib-e-ilm tha”</w:t>
      </w:r>
    </w:p>
    <w:p>
      <w:r>
        <w:rPr>
          <w:sz w:val="20"/>
        </w:rPr>
        <w:t>20:21  main aadha bond mein jab tha to wahan jahan masjid ke bahir aik kamra hota tha, to main ne dekha ke aik talib ilm tha, aik talib ilm bilkul phatte purane kapre pehanta tha woh, lekin is kamre ko is ne kiraye par le rakha tha.</w:t>
      </w:r>
      <w:r>
        <w:br/>
      </w:r>
      <w:r>
        <w:rPr>
          <w:sz w:val="20"/>
        </w:rPr>
        <w:t>20:49  dekhne mein ghareeb tha, lekin is ne is kamre ko kiraye par rakha tha. to aik din main is kamre mein gaya, aik din main is kamre mein gaya to main ne dekha ke woh larka,</w:t>
      </w:r>
      <w:r>
        <w:br/>
      </w:r>
      <w:r>
        <w:rPr>
          <w:sz w:val="20"/>
        </w:rPr>
        <w:t>21:04  us ke baal bare bare baal hain aur bohat hi maamooli kamra hai,</w:t>
      </w:r>
      <w:r>
        <w:br/>
      </w:r>
      <w:r>
        <w:rPr>
          <w:sz w:val="20"/>
        </w:rPr>
        <w:t>21:13  koi is ka dost nahi, bas woh parh raha hai, parh raha hai, parh raha hai.</w:t>
      </w:r>
      <w:r>
        <w:br/>
      </w:r>
      <w:r>
        <w:rPr>
          <w:sz w:val="20"/>
        </w:rPr>
        <w:t>21:20  to is larkay ne se main ne poocha,</w:t>
      </w:r>
      <w:r>
        <w:br/>
      </w:r>
      <w:r>
        <w:rPr>
          <w:sz w:val="20"/>
        </w:rPr>
        <w:t>21:27  to is larkay ne kaha tha ke ke main ghareeb baap ka beta hoon.</w:t>
      </w:r>
      <w:r>
        <w:br/>
      </w:r>
      <w:r>
        <w:rPr>
          <w:sz w:val="20"/>
        </w:rPr>
        <w:t>21:36  us ne kaha tha us waqt, bohat pehle ki baat hai ke main ghareeb baap ka beta hoon.</w:t>
      </w:r>
      <w:r>
        <w:br/>
      </w:r>
      <w:r>
        <w:rPr>
          <w:sz w:val="20"/>
        </w:rPr>
        <w:t>21:45  mere paas aik hi سرمایہ hai, mere paas aik hi capital hai, woh hai mehnat, hard working.</w:t>
      </w:r>
      <w:r>
        <w:br/>
      </w:r>
      <w:r>
        <w:rPr>
          <w:sz w:val="20"/>
        </w:rPr>
        <w:t>21:59  to woh main ne laga diya hai. ab woh i.s. ki tayari kar raha tha, i.s.</w:t>
      </w:r>
      <w:r>
        <w:br/>
      </w:r>
      <w:r>
        <w:rPr>
          <w:sz w:val="20"/>
        </w:rPr>
        <w:t>22:10  to us ne kaha ke main ne apni, apne paas jo taqat hai, woh main ne jhonk diya hai.</w:t>
      </w:r>
      <w:r>
        <w:br/>
      </w:r>
      <w:r>
        <w:rPr>
          <w:sz w:val="20"/>
        </w:rPr>
        <w:t>22:21  main ne dekha tha ke is kamre ke bahir wali ball ka bana bana hua tha, log wali ball khelte the, lekin is larkay ko main ne kabhi nahi dekha wali ball khelte hue.</w:t>
      </w:r>
      <w:r>
        <w:br/>
      </w:r>
      <w:r>
        <w:rPr>
          <w:sz w:val="20"/>
        </w:rPr>
        <w:t>22:36  woh bas apne kamre mein parhta tha, parhta tha, parhta tha.</w:t>
      </w:r>
      <w:r>
        <w:br/>
      </w:r>
      <w:r>
        <w:rPr>
          <w:sz w:val="20"/>
        </w:rPr>
        <w:t>22:43  yahan tak ke woh larka, is larkay ne aai es ke imtehan mein top kiya, top.</w:t>
      </w:r>
    </w:p>
    <w:p>
      <w:pPr>
        <w:pStyle w:val="Heading2"/>
      </w:pPr>
      <w:r>
        <w:t>Turning annoyance into divine discovery</w:t>
      </w:r>
    </w:p>
    <w:p>
      <w:r>
        <w:rPr>
          <w:color w:val="666666"/>
          <w:sz w:val="18"/>
        </w:rPr>
        <w:t>Art of Thinking November 02, 2014 Maulana Wahiduddin Khan · 3m 51s · at 14:35 · https://youtu.be/jxGjv30RG1Q?t=875</w:t>
      </w:r>
    </w:p>
    <w:p>
      <w:r>
        <w:rPr>
          <w:i/>
        </w:rPr>
        <w:t>“اب میں آپ کو ایک اور مثال دیتا ہوں”</w:t>
      </w:r>
    </w:p>
    <w:p>
      <w:r>
        <w:rPr>
          <w:sz w:val="20"/>
        </w:rPr>
        <w:t>14:35  ab mein aap ko ek aur misal deta hoon. kal subah ki misal. mein apne mere ghar ke samne ek balcony hai, jis ko barza kehte hain.</w:t>
      </w:r>
      <w:r>
        <w:br/>
      </w:r>
      <w:r>
        <w:rPr>
          <w:sz w:val="20"/>
        </w:rPr>
        <w:t>14:49  to wahan mein walk karta hoon. rozana. to mein kal wahan walk kar raha tha.</w:t>
      </w:r>
      <w:r>
        <w:br/>
      </w:r>
      <w:r>
        <w:rPr>
          <w:sz w:val="20"/>
        </w:rPr>
        <w:t>14:59  to hamare ghar bilkul road par hai. to wahan par har waqt car ja rahi hai, scooter ja raha hai. to har aadmi ka haath hota hai horn par.</w:t>
      </w:r>
      <w:r>
        <w:br/>
      </w:r>
      <w:r>
        <w:rPr>
          <w:sz w:val="20"/>
        </w:rPr>
        <w:t>15:10  jis ko dekhen horn baja raha hai, khwamkhwah horn baja raha hai. developed countries mein horn nahin bajaya jata. aap America jaiye, Germany jaiye, France jaiye to aap horn ki awaz hi nahin sunenge.</w:t>
      </w:r>
      <w:r>
        <w:br/>
      </w:r>
      <w:r>
        <w:rPr>
          <w:sz w:val="20"/>
        </w:rPr>
        <w:t>15:22  cars dor rahi hain, dor rahi hain, lekin koi horn nahin bajata. yeh to back pat countries mein yeh sab hai. under developed countries mein yeh hai horn bajana.</w:t>
      </w:r>
      <w:r>
        <w:br/>
      </w:r>
      <w:r>
        <w:rPr>
          <w:sz w:val="20"/>
        </w:rPr>
        <w:t>15:33  to khair, mein wahan walk kar raha tha, bar bar horn baj raha hai, to disturb ho raha hai. sun sun kar wehshat ho rahi thi.</w:t>
      </w:r>
      <w:r>
        <w:br/>
      </w:r>
      <w:r>
        <w:rPr>
          <w:sz w:val="20"/>
        </w:rPr>
        <w:t>15:44  to bohat hi yaani mere mind mein ek aaya, thori dair ke liye ghussa aaya. mein ne kaha kaash mere haath mein, mujhe ikhtiyar hota to mein in sab logon ko shoot kar deta.</w:t>
      </w:r>
      <w:r>
        <w:br/>
      </w:r>
      <w:r>
        <w:rPr>
          <w:sz w:val="20"/>
        </w:rPr>
        <w:t>15:57  is ghusse mein mein ne kaha kaash mujhe ikhtiyar hota to mein in sare logon ko shoot kar deta. jo horn baja baja kar nuisance create kar rahe hain.</w:t>
      </w:r>
      <w:r>
        <w:br/>
      </w:r>
      <w:r>
        <w:rPr>
          <w:sz w:val="20"/>
        </w:rPr>
        <w:t>16:06  isi English mein kehte hain nuisance. nuisance create kar rahe hain. yeh thori dair ke liye mere mind mein aaya. phir mein ne socha.</w:t>
      </w:r>
      <w:r>
        <w:br/>
      </w:r>
      <w:r>
        <w:rPr>
          <w:sz w:val="20"/>
        </w:rPr>
        <w:t>16:18  to mein ne kaha ke jo awaz mein sun raha hoon, woh awaz Allah taala bhi sun rahe hain. yeh to nahin ke Allah taala ko sunai nahin deta.</w:t>
      </w:r>
      <w:r>
        <w:br/>
      </w:r>
      <w:r>
        <w:rPr>
          <w:sz w:val="20"/>
        </w:rPr>
        <w:t>16:30  woh samee bhi hai. Allah jis tarah khaliq hai, us tarah samee bhi hai. yaani creator bhi hai to sunne wala bhi hai woh.</w:t>
      </w:r>
      <w:r>
        <w:br/>
      </w:r>
      <w:r>
        <w:rPr>
          <w:sz w:val="20"/>
        </w:rPr>
        <w:t>16:39  to mein ne socha ke mein to ek road par, itni door jahan mera ghar hai, wahan ki awazon ko sun raha hoon, is nuisance ko.</w:t>
      </w:r>
      <w:r>
        <w:br/>
      </w:r>
      <w:r>
        <w:rPr>
          <w:sz w:val="20"/>
        </w:rPr>
        <w:t>16:51  lekin Khuda to pure Delhi ke nuisance sun raha hai. pure India ke nuisance sun raha hai. aur nuisance ka aur bohat sa tareeqa hai. koi awaz hi ki baat nahin hai.</w:t>
      </w:r>
      <w:r>
        <w:br/>
      </w:r>
      <w:r>
        <w:rPr>
          <w:sz w:val="20"/>
        </w:rPr>
        <w:t>17:02  hazaron qism ke nuisance log create kar rahe hain. to Khuda ko sara nuisance sunai de raha hai. to mein ne socha ke kaisa ajeeb hoga woh Khuda.</w:t>
      </w:r>
      <w:r>
        <w:br/>
      </w:r>
      <w:r>
        <w:rPr>
          <w:sz w:val="20"/>
        </w:rPr>
        <w:t>17:15  jo disturb nahin hota. to mein ne Khuda ki ek ek sifat ko daryaft kiya. is ke ek attribute ko daryaft kiya.</w:t>
      </w:r>
      <w:r>
        <w:br/>
      </w:r>
      <w:r>
        <w:rPr>
          <w:sz w:val="20"/>
        </w:rPr>
        <w:t>17:24  ke Khuda ki capacity itni zyada hai, itni zyada hai, itni zyada hai. ke us ko woh all powerful hai. aur sari duniya ke nuisance bhi sun raha hai woh.</w:t>
      </w:r>
      <w:r>
        <w:br/>
      </w:r>
      <w:r>
        <w:rPr>
          <w:sz w:val="20"/>
        </w:rPr>
        <w:t>17:34  lekin koi action nahin leta. kaisi ajeeb yeh sifat Allah taala ki. yeh way of thinking se dekhen, ek way of thinking us ko le rahi thi ghusse ki taraf, aur sab ko maro ki taraf.</w:t>
      </w:r>
      <w:r>
        <w:br/>
      </w:r>
      <w:r>
        <w:rPr>
          <w:sz w:val="20"/>
        </w:rPr>
        <w:t>17:48  doosri way of thinking idhar le gai. yaani ek way of thinking us ko negative bana rahi thi, ghusse ki taraf le ja rahi thi.</w:t>
      </w:r>
      <w:r>
        <w:br/>
      </w:r>
      <w:r>
        <w:rPr>
          <w:sz w:val="20"/>
        </w:rPr>
        <w:t>17:58  yeh taraf dekhen, sab ko maro, sab ko shoot karo. aur doosri way of thinking jo thi, us mein mein ne Allah ki ek sifat ko daryaft kar liya.</w:t>
      </w:r>
      <w:r>
        <w:br/>
      </w:r>
      <w:r>
        <w:rPr>
          <w:sz w:val="20"/>
        </w:rPr>
        <w:t>18:08  Allah se talluq barh gaya.</w:t>
      </w:r>
      <w:r>
        <w:br/>
      </w:r>
      <w:r>
        <w:rPr>
          <w:sz w:val="20"/>
        </w:rPr>
        <w:t>18:13  phir mujhe ek ayat yaad aai. dekhen surah fatir mein ek ayat hai. surah fatir, ayat number ghaliban 45.</w:t>
      </w:r>
    </w:p>
    <w:p>
      <w:pPr>
        <w:pStyle w:val="Heading2"/>
      </w:pPr>
      <w:r>
        <w:t>Evolution evidence is logical not empirical</w:t>
      </w:r>
    </w:p>
    <w:p>
      <w:r>
        <w:rPr>
          <w:color w:val="666666"/>
          <w:sz w:val="18"/>
        </w:rPr>
        <w:t>الكتاب المسموع الدين في مواجهة العلم iAmq nWtu 0 · 1m 10s · at 30:48 · https://youtu.be/mXaXQ5Niu-c?t=1848</w:t>
      </w:r>
    </w:p>
    <w:p>
      <w:r>
        <w:rPr>
          <w:i/>
        </w:rPr>
        <w:t>“The nature of all these evidences shows a logical relation”</w:t>
      </w:r>
    </w:p>
    <w:p>
      <w:r>
        <w:rPr>
          <w:sz w:val="20"/>
        </w:rPr>
        <w:t>30:48  al-wajh al-thani yabda' halan.</w:t>
      </w:r>
      <w:r>
        <w:br/>
      </w:r>
      <w:r>
        <w:rPr>
          <w:sz w:val="20"/>
        </w:rPr>
        <w:t>30:52  inna naw'iyat kull hadhihi al-adella</w:t>
      </w:r>
      <w:r>
        <w:br/>
      </w:r>
      <w:r>
        <w:rPr>
          <w:sz w:val="20"/>
        </w:rPr>
        <w:t>30:56  tubayyin anna al-'alaqa bayna al-da'wa wal-daleel 'alaqa mantiqiya, wa laysat 'alaqa tajriba natija 'an al-mushahada.</w:t>
      </w:r>
      <w:r>
        <w:br/>
      </w:r>
      <w:r>
        <w:rPr>
          <w:sz w:val="20"/>
        </w:rPr>
        <w:t>31:08  walakin nazariyat al-irtiqaa asbahat al-yawm bimathabat haqiqat 'ilmiya bina'an 'ala hadhihi al-adella al-nafsaha.</w:t>
      </w:r>
      <w:r>
        <w:br/>
      </w:r>
      <w:r>
        <w:rPr>
          <w:sz w:val="20"/>
        </w:rPr>
        <w:t>31:20  wa nassil min hadha ila anna al-'aql al-hadith la yahsur daira al-'ilm fi tilka al-waqa'i allati yumkinuna tajribatuha mutasharika,</w:t>
      </w:r>
      <w:r>
        <w:br/>
      </w:r>
      <w:r>
        <w:rPr>
          <w:sz w:val="20"/>
        </w:rPr>
        <w:t>31:33  wa innam y'tabir anna ayya qarina mantiqiya tastaneed ila tajareb wa mushahadat ghair mutasharika</w:t>
      </w:r>
      <w:r>
        <w:br/>
      </w:r>
      <w:r>
        <w:rPr>
          <w:sz w:val="20"/>
        </w:rPr>
        <w:t>31:45  yumkinuha aydan an tusbih haqiqat 'ilmiya</w:t>
      </w:r>
      <w:r>
        <w:br/>
      </w:r>
      <w:r>
        <w:rPr>
          <w:sz w:val="20"/>
        </w:rPr>
        <w:t>31:50  bi-nafs darajat al-haqa'iq al-'ilmiya allati natamakkanu min mushahadatiha mutasharika.</w:t>
      </w:r>
    </w:p>
    <w:p>
      <w:pPr>
        <w:pStyle w:val="Heading2"/>
      </w:pPr>
      <w:r>
        <w:t>Simplicity is the formula for a peaceful, tension-free life</w:t>
      </w:r>
    </w:p>
    <w:p>
      <w:r>
        <w:rPr>
          <w:color w:val="666666"/>
          <w:sz w:val="18"/>
        </w:rPr>
        <w:t>A conversation with Maulana Wahiduddin Khan on Aaj Saware, Doordarshan · 1m 13s · at 37:49 · https://youtu.be/vQkHY1LZz9w?t=2269</w:t>
      </w:r>
    </w:p>
    <w:p>
      <w:r>
        <w:rPr>
          <w:i/>
        </w:rPr>
        <w:t>“Peace and calm live in simplicity, not in greed”</w:t>
      </w:r>
    </w:p>
    <w:p>
      <w:r>
        <w:rPr>
          <w:sz w:val="20"/>
        </w:rPr>
        <w:t>37:49  hai, Maulana ji? apni zindagi mein inka farq samjhein aur kaise layein? dekhiye, mera formula hai, i thinking. peace jo hai, aur chain simplicity mein hota hai. jitna aap greed badhate hain, utni tension aata hai, utni problem aati hai. ji, dekhiye, unhone bataya ki wo,</w:t>
      </w:r>
      <w:r>
        <w:br/>
      </w:r>
      <w:r>
        <w:rPr>
          <w:sz w:val="20"/>
        </w:rPr>
        <w:t>38:07  wo oont, oont bangali family wahan par thi. to uske log bohat healthy thay. yani unke mard bhi thay, auratain theen. bachche ne kaha ki aakhir inki health ka raaz kya hai</w:t>
      </w:r>
      <w:r>
        <w:br/>
      </w:r>
      <w:r>
        <w:rPr>
          <w:sz w:val="20"/>
        </w:rPr>
        <w:t>38:18  ? to unhone kaha ki hamara chulha nahi hota. hum log phal khate hain, sabzi khate hain, doodh peete hain. bas ye hamare tareeqa hai. to main ye nahi kehta ki har aadmi ye kare. lekin ek simple life ka ek formula ye hai. achha, simple life kya karta hai aapko?</w:t>
      </w:r>
      <w:r>
        <w:br/>
      </w:r>
      <w:r>
        <w:rPr>
          <w:sz w:val="20"/>
        </w:rPr>
        <w:t>38:36  simple life aapko destruction se bachata hai. sabse zyada bari cheez jo hai zindagi mein, wo hai ki aap apne ko destruction se bacha sakein.</w:t>
      </w:r>
      <w:r>
        <w:br/>
      </w:r>
      <w:r>
        <w:rPr>
          <w:sz w:val="20"/>
        </w:rPr>
        <w:t>38:47  ab without simple life, you can not save yourself from destruction. tab simple life hogi, to high thinking aayegi. ji. high quality zindagi tarakki karti hoti chali jayegi.</w:t>
      </w:r>
    </w:p>
    <w:p>
      <w:pPr>
        <w:pStyle w:val="Heading2"/>
      </w:pPr>
      <w:r>
        <w:t>Question on peaceful combination of systems</w:t>
      </w:r>
    </w:p>
    <w:p>
      <w:r>
        <w:rPr>
          <w:color w:val="666666"/>
          <w:sz w:val="18"/>
        </w:rPr>
        <w:t>Kashmir Model November 01, 2015 · 2m 32s · at 44:19 · https://youtu.be/7DtTxO5WcBA?t=2659</w:t>
      </w:r>
    </w:p>
    <w:p>
      <w:r>
        <w:rPr>
          <w:i/>
        </w:rPr>
        <w:t>“Moulana I wanted to ask you”</w:t>
      </w:r>
    </w:p>
    <w:p>
      <w:r>
        <w:rPr>
          <w:sz w:val="20"/>
        </w:rPr>
        <w:t>44:19  مولانا I wanted to ask you, you said that peaceful combination of an individual system and social</w:t>
      </w:r>
      <w:r>
        <w:br/>
      </w:r>
      <w:r>
        <w:rPr>
          <w:sz w:val="20"/>
        </w:rPr>
        <w:t>44:26  system I didn't understand it exactly if you can expand on it</w:t>
      </w:r>
      <w:r>
        <w:br/>
      </w:r>
      <w:r>
        <w:rPr>
          <w:sz w:val="20"/>
        </w:rPr>
        <w:t>44:33  کیا کہا peaceful peaceful combination the world is looking for peaceful combination of individual</w:t>
      </w:r>
      <w:r>
        <w:br/>
      </w:r>
      <w:r>
        <w:rPr>
          <w:sz w:val="20"/>
        </w:rPr>
        <w:t>44:41  how to reconcile individual and social needs to woh thoda aur samjhayein dekhiye basic baat yeh hai</w:t>
      </w:r>
      <w:r>
        <w:br/>
      </w:r>
      <w:r>
        <w:rPr>
          <w:sz w:val="20"/>
        </w:rPr>
        <w:t>44:50  ke sab log peace peace karte hain peace chahte hain lekin</w:t>
      </w:r>
      <w:r>
        <w:br/>
      </w:r>
      <w:r>
        <w:rPr>
          <w:sz w:val="20"/>
        </w:rPr>
        <w:t>44:56  sab se pehle</w:t>
      </w:r>
      <w:r>
        <w:br/>
      </w:r>
      <w:r>
        <w:rPr>
          <w:sz w:val="20"/>
        </w:rPr>
        <w:t>44:58  you have to discover the christian plan of god kyunke is ke is ke muwafiq mein jab hoga</w:t>
      </w:r>
      <w:r>
        <w:br/>
      </w:r>
      <w:r>
        <w:rPr>
          <w:sz w:val="20"/>
        </w:rPr>
        <w:t>45:06  tabhi chalega apna chalega nahi yani communist ka chalega nahi chala nahi itni power in</w:t>
      </w:r>
      <w:r>
        <w:br/>
      </w:r>
      <w:r>
        <w:rPr>
          <w:sz w:val="20"/>
        </w:rPr>
        <w:t>45:13  ke paas thi tabhi kyunke woh nature ke mutabiq nahi tha christian plan of god ke mutabiq nahi</w:t>
      </w:r>
      <w:r>
        <w:br/>
      </w:r>
      <w:r>
        <w:rPr>
          <w:sz w:val="20"/>
        </w:rPr>
        <w:t>45:18  tha christian plan of god mein freedom must must koi bhi system jo freedom ko abuse kar de</w:t>
      </w:r>
      <w:r>
        <w:br/>
      </w:r>
      <w:r>
        <w:rPr>
          <w:sz w:val="20"/>
        </w:rPr>
        <w:t>45:29  chalne wala nahi</w:t>
      </w:r>
      <w:r>
        <w:br/>
      </w:r>
      <w:r>
        <w:rPr>
          <w:sz w:val="20"/>
        </w:rPr>
        <w:t>45:33  to main ne jo baat kahi hai woh</w:t>
      </w:r>
      <w:r>
        <w:br/>
      </w:r>
      <w:r>
        <w:rPr>
          <w:sz w:val="20"/>
        </w:rPr>
        <w:t>45:39  creation of creation plan of god ke base pe kahi hai is pe ap sochiye is baat ko</w:t>
      </w:r>
      <w:r>
        <w:br/>
      </w:r>
      <w:r>
        <w:rPr>
          <w:sz w:val="20"/>
        </w:rPr>
        <w:t>45:46  le kar sochiye ke krishan plan of god jo hai us ke mutaliq hai aur</w:t>
      </w:r>
      <w:r>
        <w:br/>
      </w:r>
      <w:r>
        <w:rPr>
          <w:sz w:val="20"/>
        </w:rPr>
        <w:t>45:53  dekhen koi bhi system ho kahin ke us ko compromise karna parta hai</w:t>
      </w:r>
      <w:r>
        <w:br/>
      </w:r>
      <w:r>
        <w:rPr>
          <w:sz w:val="20"/>
        </w:rPr>
        <w:t>45:59  kahin nahin jaise rasool allah salallaho alaihe wasallam ne misaal di ke kaaba ke maamle mein compromise</w:t>
      </w:r>
      <w:r>
        <w:br/>
      </w:r>
      <w:r>
        <w:rPr>
          <w:sz w:val="20"/>
        </w:rPr>
        <w:t>46:04  kiya unhon ne</w:t>
      </w:r>
      <w:r>
        <w:br/>
      </w:r>
      <w:r>
        <w:rPr>
          <w:sz w:val="20"/>
        </w:rPr>
        <w:t>46:06  kaaba jo tha hazrat ibrahim banaya hua us mein hatim shamil tha ab hatim ko nikal diya mushrikeen</w:t>
      </w:r>
      <w:r>
        <w:br/>
      </w:r>
      <w:r>
        <w:rPr>
          <w:sz w:val="20"/>
        </w:rPr>
        <w:t>46:12  ne alag kar diya to aap ne compromise to kiya wahan par</w:t>
      </w:r>
      <w:r>
        <w:br/>
      </w:r>
      <w:r>
        <w:rPr>
          <w:sz w:val="20"/>
        </w:rPr>
        <w:t>46:17  aj tak wahi wahi khara hua hai to koi formula chahe kitna hi sahi ho kitne hi mutabiq</w:t>
      </w:r>
      <w:r>
        <w:br/>
      </w:r>
      <w:r>
        <w:rPr>
          <w:sz w:val="20"/>
        </w:rPr>
        <w:t>46:25  fitrat ho phir bhi aap ko kahin ke compromise karna parta hai</w:t>
      </w:r>
      <w:r>
        <w:br/>
      </w:r>
      <w:r>
        <w:rPr>
          <w:sz w:val="20"/>
        </w:rPr>
        <w:t>46:31  peace is result of</w:t>
      </w:r>
      <w:r>
        <w:br/>
      </w:r>
      <w:r>
        <w:rPr>
          <w:sz w:val="20"/>
        </w:rPr>
        <w:t>46:35  this reason ke aap compromise karen compromise na karen ge to peace bhi nahin aaye ga</w:t>
      </w:r>
      <w:r>
        <w:br/>
      </w:r>
      <w:r>
        <w:rPr>
          <w:sz w:val="20"/>
        </w:rPr>
        <w:t>46:43  maulana danish fazal sahib ka sawal hai</w:t>
      </w:r>
      <w:r>
        <w:br/>
      </w:r>
      <w:r>
        <w:rPr>
          <w:sz w:val="20"/>
        </w:rPr>
        <w:t>46:47  Kindly re-explain about punishment of irtidad.</w:t>
      </w:r>
    </w:p>
    <w:p>
      <w:pPr>
        <w:pStyle w:val="Heading2"/>
      </w:pPr>
      <w:r>
        <w:t>Full story of Hudaybiyyah: retreat that became a miracle</w:t>
      </w:r>
    </w:p>
    <w:p>
      <w:r>
        <w:rPr>
          <w:color w:val="666666"/>
          <w:sz w:val="18"/>
        </w:rPr>
        <w:t>Concept of Modesty in Islam (English) June 20, 2007 · 5m 14s · at 23:45 · https://youtu.be/mHQWcOA-2qo?t=1425</w:t>
      </w:r>
    </w:p>
    <w:p>
      <w:r>
        <w:rPr>
          <w:i/>
        </w:rPr>
        <w:t>“The best example of this principle you can see in the event of Hudaybiyyah.”</w:t>
      </w:r>
    </w:p>
    <w:p>
      <w:r>
        <w:rPr>
          <w:sz w:val="20"/>
        </w:rPr>
        <w:t>23:45  the best example of this principle you can see in in the event of Hudaybiyyah.</w:t>
      </w:r>
      <w:r>
        <w:br/>
      </w:r>
      <w:r>
        <w:rPr>
          <w:sz w:val="20"/>
        </w:rPr>
        <w:t>23:54  Hudaybiyyah agreement was finalized in the during the day of during the during the life time of the prophet.</w:t>
      </w:r>
      <w:r>
        <w:br/>
      </w:r>
      <w:r>
        <w:rPr>
          <w:sz w:val="20"/>
        </w:rPr>
        <w:t>24:05  so what was Hudaybiyyah agreement? Hudaybiyyah agreement was going to back seat because prophet</w:t>
      </w:r>
      <w:r>
        <w:br/>
      </w:r>
      <w:r>
        <w:rPr>
          <w:sz w:val="20"/>
        </w:rPr>
        <w:t>24:18  wanted to go to Mecca to perform Umrah. prophet with 1400 companions.</w:t>
      </w:r>
      <w:r>
        <w:br/>
      </w:r>
      <w:r>
        <w:rPr>
          <w:sz w:val="20"/>
        </w:rPr>
        <w:t>24:29  the prophet of Islam accompany 1400 Muslims wanted to go to Mecca to perform Umrah.</w:t>
      </w:r>
      <w:r>
        <w:br/>
      </w:r>
      <w:r>
        <w:rPr>
          <w:sz w:val="20"/>
        </w:rPr>
        <w:t>24:45  but when he reach to Hudaybiyyah, a place near to Mecca, he was borne by the Mecca people</w:t>
      </w:r>
      <w:r>
        <w:br/>
      </w:r>
      <w:r>
        <w:rPr>
          <w:sz w:val="20"/>
        </w:rPr>
        <w:t>24:59  . you cannot enter in Mecca, otherwise we will kill you. we Quraish were leader of Mecca.</w:t>
      </w:r>
      <w:r>
        <w:br/>
      </w:r>
      <w:r>
        <w:rPr>
          <w:sz w:val="20"/>
        </w:rPr>
        <w:t>25:11  Quraish were ruler of Mecca at the time. and Quraish were idol worshippers. Quraish was a tribe.</w:t>
      </w:r>
      <w:r>
        <w:br/>
      </w:r>
      <w:r>
        <w:rPr>
          <w:sz w:val="20"/>
        </w:rPr>
        <w:t>25:24  so they gave ultimatum that we are not going to allow you to enter Mecca.</w:t>
      </w:r>
      <w:r>
        <w:br/>
      </w:r>
      <w:r>
        <w:rPr>
          <w:sz w:val="20"/>
        </w:rPr>
        <w:t>25:34  you have to return to madina. then after fifteen, after 15 days of negotiation, there was a settlement.</w:t>
      </w:r>
      <w:r>
        <w:br/>
      </w:r>
      <w:r>
        <w:rPr>
          <w:sz w:val="20"/>
        </w:rPr>
        <w:t>25:45  prophet was agreed to go to return to madina. and and in the agreement, an article was included that there will be no war up to ten years between muslims and quraish.</w:t>
      </w:r>
      <w:r>
        <w:br/>
      </w:r>
      <w:r>
        <w:rPr>
          <w:sz w:val="20"/>
        </w:rPr>
        <w:t>26:03  so prophet of islam returned from hudaybiyyah to madina, instead going to makkah.</w:t>
      </w:r>
      <w:r>
        <w:br/>
      </w:r>
      <w:r>
        <w:rPr>
          <w:sz w:val="20"/>
        </w:rPr>
        <w:t>26:13  it was return to back seat.</w:t>
      </w:r>
      <w:r>
        <w:br/>
      </w:r>
      <w:r>
        <w:rPr>
          <w:sz w:val="20"/>
        </w:rPr>
        <w:t>26:19  it was it, it was to return to back seat because he and muslims wanted to go to makkah.</w:t>
      </w:r>
      <w:r>
        <w:br/>
      </w:r>
      <w:r>
        <w:rPr>
          <w:sz w:val="20"/>
        </w:rPr>
        <w:t>26:30  but they decided to return to madina from hudaybiyyah. it was like returning to back seat.</w:t>
      </w:r>
      <w:r>
        <w:br/>
      </w:r>
      <w:r>
        <w:rPr>
          <w:sz w:val="20"/>
        </w:rPr>
        <w:t>26:41  but result was me</w:t>
      </w:r>
      <w:r>
        <w:br/>
      </w:r>
      <w:r>
        <w:rPr>
          <w:sz w:val="20"/>
        </w:rPr>
        <w:t>26:43  miraculous, miraculous. after after two years, the number of muslims increased</w:t>
      </w:r>
      <w:r>
        <w:br/>
      </w:r>
      <w:r>
        <w:rPr>
          <w:sz w:val="20"/>
        </w:rPr>
        <w:t>26:55  to great to such an extent that they became 10000. at that time, they were 1400, but after two years, they became 10000.</w:t>
      </w:r>
      <w:r>
        <w:br/>
      </w:r>
      <w:r>
        <w:rPr>
          <w:sz w:val="20"/>
        </w:rPr>
        <w:t>27:12  so islam became a dominant group in arabia, a dominant group.</w:t>
      </w:r>
      <w:r>
        <w:br/>
      </w:r>
      <w:r>
        <w:rPr>
          <w:sz w:val="20"/>
        </w:rPr>
        <w:t>27:22  so this was a miracle of retreat. the miracle of retreat, prophet of islam opted retreat.</w:t>
      </w:r>
      <w:r>
        <w:br/>
      </w:r>
      <w:r>
        <w:rPr>
          <w:sz w:val="20"/>
        </w:rPr>
        <w:t>27:34  he returned from hudaybiyyah to madinah.</w:t>
      </w:r>
      <w:r>
        <w:br/>
      </w:r>
      <w:r>
        <w:rPr>
          <w:sz w:val="20"/>
        </w:rPr>
        <w:t>27:37  that was clearly a case of going to back seat. but the result was miraculous.</w:t>
      </w:r>
      <w:r>
        <w:br/>
      </w:r>
      <w:r>
        <w:rPr>
          <w:sz w:val="20"/>
        </w:rPr>
        <w:t>27:49  he was able to march to makkah only after two years. he was able to march to makkah, victorious march.</w:t>
      </w:r>
      <w:r>
        <w:br/>
      </w:r>
      <w:r>
        <w:rPr>
          <w:sz w:val="20"/>
        </w:rPr>
        <w:t>28:02  he was able to organize a victorious march from madina to makkah.</w:t>
      </w:r>
      <w:r>
        <w:br/>
      </w:r>
      <w:r>
        <w:rPr>
          <w:sz w:val="20"/>
        </w:rPr>
        <w:t>28:13  and they then quraish has no power to say that we are not going to allow you to to go to makkah. they became helpless.</w:t>
      </w:r>
      <w:r>
        <w:br/>
      </w:r>
      <w:r>
        <w:rPr>
          <w:sz w:val="20"/>
        </w:rPr>
        <w:t>28:25  after two years, quraish people became helpless.</w:t>
      </w:r>
      <w:r>
        <w:br/>
      </w:r>
      <w:r>
        <w:rPr>
          <w:sz w:val="20"/>
        </w:rPr>
        <w:t>28:31  so this is the miracle of going to back seat.</w:t>
      </w:r>
      <w:r>
        <w:br/>
      </w:r>
      <w:r>
        <w:rPr>
          <w:sz w:val="20"/>
        </w:rPr>
        <w:t>28:37  so the general formula is there is always room at the top. but i would like to say that according to the nature, according to the law of nature, according to the islamic teachings,</w:t>
      </w:r>
      <w:r>
        <w:br/>
      </w:r>
      <w:r>
        <w:rPr>
          <w:sz w:val="20"/>
        </w:rPr>
        <w:t>28:51  there is always room the back seat.</w:t>
      </w:r>
    </w:p>
    <w:p>
      <w:pPr>
        <w:pStyle w:val="Heading2"/>
      </w:pPr>
      <w:r>
        <w:t>Zikr opens a two-way conversation with God</w:t>
      </w:r>
    </w:p>
    <w:p>
      <w:r>
        <w:rPr>
          <w:color w:val="666666"/>
          <w:sz w:val="18"/>
        </w:rPr>
        <w:t>The Spirit of Zikr November 19, 2023 · 4m 33s · at 18:29 · https://youtu.be/uqpcRzUgaFk?t=1109</w:t>
      </w:r>
    </w:p>
    <w:p>
      <w:r>
        <w:rPr>
          <w:i/>
        </w:rPr>
        <w:t>“Jab worshipper namaz mein hota hai, wo God se intimate conversation mein hota hai”</w:t>
      </w:r>
    </w:p>
    <w:p>
      <w:r>
        <w:rPr>
          <w:sz w:val="20"/>
        </w:rPr>
        <w:t>18:29  so the real, i think, a the formula lies in being god oriented, remembering god. doctor sahab, hazrat ibn umar se riwayat hai ki unhon ne kaha ki when a worshiper is engaged in prayer, then he is in intimate conversation with god. so he must observe what conversation he is holding with god.</w:t>
      </w:r>
      <w:r>
        <w:br/>
      </w:r>
      <w:r>
        <w:rPr>
          <w:sz w:val="20"/>
        </w:rPr>
        <w:t>18:51  to doctor sahab, main chahunga ki aap iske bare mein batayen ki kis tarah zikr opens the door to conversation with god, because that is the way to connect with god almighty. iske bare mein hum sabko batayen, doctor sahab. ji, ye to bahut hi ahem sawal hai. ji, a quran mein aata hai,</w:t>
      </w:r>
      <w:r>
        <w:br/>
      </w:r>
      <w:r>
        <w:rPr>
          <w:sz w:val="20"/>
        </w:rPr>
        <w:t>19:09  "inni qarib ki main qarib hun." allah tala farmata hai ki "i am near." aur ayat hai puri is tarah se, "wa iza sa'ala ibadi anni fa inni qarib.</w:t>
      </w:r>
      <w:r>
        <w:br/>
      </w:r>
      <w:r>
        <w:rPr>
          <w:sz w:val="20"/>
        </w:rPr>
        <w:t>19:20  " when when my servant ask you about me, tell them that i am near. ujeeb da'wat iz iz dan. i respond to the call of the caller when he calls me. to ye bahut hi ahem ayat hai jo batati hai ki allah tala bahut hi qarib hai. lekin ye ye physical sense mein nearnes nahi hai, balke ye spiritual sense mein hai.</w:t>
      </w:r>
      <w:r>
        <w:br/>
      </w:r>
      <w:r>
        <w:rPr>
          <w:sz w:val="20"/>
        </w:rPr>
        <w:t>19:46  yani aap jab bhi khuda ki taraf mutawajjeh hote hain, to aap ko inspiration shuru ho jate hain. aur two way communication hai, ek tarike se aap dua karte hain aur allah tala inspire karta hai.</w:t>
      </w:r>
      <w:r>
        <w:br/>
      </w:r>
      <w:r>
        <w:rPr>
          <w:sz w:val="20"/>
        </w:rPr>
        <w:t>20:02  lekin ye jab bhi mumkin hai, jab dil ki gehraiyon se aap zikr kar rahe ho, yani bahut hi quality zikr jo emotions ke saath aur dil ki kaifiyat ke saath agar zikr kar rahe hain, tabhi yani ye mumkin hoga ki woh allah tala ke paas pahunchega aur allah aapko inspire karega.</w:t>
      </w:r>
      <w:r>
        <w:br/>
      </w:r>
      <w:r>
        <w:rPr>
          <w:sz w:val="20"/>
        </w:rPr>
        <w:t>20:24  hadis mein aata hai ki "on the day of judgment, there will be seven kind of people who will get shelter, who will get shade under the under the under the shade of the throne of god." ji, yani us waqt jab kahin koi jagah nahi hogi except the shade of the throne.</w:t>
      </w:r>
      <w:r>
        <w:br/>
      </w:r>
      <w:r>
        <w:rPr>
          <w:sz w:val="20"/>
        </w:rPr>
        <w:t>20:45  to usmein aata hai, usmein se ek saat logon mein, saat tarah ke logon mein se ek hadis mein aata hai ki "zakar allah khaliya fajatan aana ki usne apne rab ko tanhai mein yaad kiya. he remember his lord in solitude aur uski aankhon se aansu bah pade." dono aankhon se aansu bah pade. to</w:t>
      </w:r>
      <w:r>
        <w:br/>
      </w:r>
      <w:r>
        <w:rPr>
          <w:sz w:val="20"/>
        </w:rPr>
        <w:t>21:09  ye hai woh zikr, ye hai woh zikr jo allah tak pahunchta hai aur jiske zariye khuda se aapka rabt shuru ho jata hai, contact shuru ho jata hai. aur yani allah tala inspire karta hai,</w:t>
      </w:r>
      <w:r>
        <w:br/>
      </w:r>
      <w:r>
        <w:rPr>
          <w:sz w:val="20"/>
        </w:rPr>
        <w:t>21:23  balke quran mein aata hai, har cheez ko inspire karta hai. rab nahal, shahad ki makkhi ko inspire kiya.</w:t>
      </w:r>
      <w:r>
        <w:br/>
      </w:r>
      <w:r>
        <w:rPr>
          <w:sz w:val="20"/>
        </w:rPr>
        <w:t>21:29  hum to woh inspiration ke zariye, to jab jab is kadar gahri gahrai se insan khuda ko yaad karta hai ki uske aankhon se aansu bahne shuru ho jate hain aur woh tanhai mein hota hai, woh zikr hum woh kisi loudspeaker par nahi hota hai.</w:t>
      </w:r>
      <w:r>
        <w:br/>
      </w:r>
      <w:r>
        <w:rPr>
          <w:sz w:val="20"/>
        </w:rPr>
        <w:t>21:47  ji, to tanhai yani seclusion aur aur aur emotions ke saath jab zikr hota hai, tab ye mumkin hota hai ki allah ki taraf se inspiration shuru ho jate hain. aur isi ke zariye insan ka spiritual development hota hai. ji, ma</w:t>
      </w:r>
      <w:r>
        <w:br/>
      </w:r>
      <w:r>
        <w:rPr>
          <w:sz w:val="20"/>
        </w:rPr>
        <w:t>22:06  shaa allah, doctor sahab, conversation ke bare mein maine aapse poocha, ek interesting incident hai kyunki sahaba ka bhi</w:t>
      </w:r>
      <w:r>
        <w:br/>
      </w:r>
      <w:r>
        <w:rPr>
          <w:sz w:val="20"/>
        </w:rPr>
        <w:t>22:13  ye tareeka hota tha ki wo conversations kiya karte the.</w:t>
      </w:r>
      <w:r>
        <w:br/>
      </w:r>
      <w:r>
        <w:rPr>
          <w:sz w:val="20"/>
        </w:rPr>
        <w:t>22:16  aur aapne kuch hadis bhi bayan kari ki ek martaba rasool allah raat ke waqt nikle, to unhone</w:t>
      </w:r>
      <w:r>
        <w:br/>
      </w:r>
      <w:r>
        <w:rPr>
          <w:sz w:val="20"/>
        </w:rPr>
        <w:t>22:23  dekha ki hazrat abu bakar pray kar rahe hain, bahut bahut hi low voice mein pray kar rahe</w:t>
      </w:r>
      <w:r>
        <w:br/>
      </w:r>
      <w:r>
        <w:rPr>
          <w:sz w:val="20"/>
        </w:rPr>
        <w:t>22:28  the. phir woh aage hazrat umar ke aage se nikle, to unhone dekha ki woh bahut tez pray</w:t>
      </w:r>
      <w:r>
        <w:br/>
      </w:r>
      <w:r>
        <w:rPr>
          <w:sz w:val="20"/>
        </w:rPr>
        <w:t>22:35  kar rahe hain.</w:t>
      </w:r>
      <w:r>
        <w:br/>
      </w:r>
      <w:r>
        <w:rPr>
          <w:sz w:val="20"/>
        </w:rPr>
        <w:t>22:36  to baad mein jab woh dono Prophet ke paas aaye, to Prophet ne Hazrat Abu Bakr se kaha ki "why were you praying in such low voice?" so he said to Prophet, "that o Prophet, I was in conversation with God." and then he ask the same question to Hazrat Umar, "that why were you, you know, praying in such loud voice?" so he said, "I was driving away the drowsiness and I was repelling the s</w:t>
      </w:r>
    </w:p>
    <w:p>
      <w:pPr>
        <w:pStyle w:val="Heading2"/>
      </w:pPr>
      <w:r>
        <w:t>Prophet's method of turning enemies into invitees</w:t>
      </w:r>
    </w:p>
    <w:p>
      <w:r>
        <w:rPr>
          <w:color w:val="666666"/>
          <w:sz w:val="18"/>
        </w:rPr>
        <w:t>The Problem of Conditioning 22 April 2012 - Maulana Wahiduddin Khan · 5m 54s · at 12:53 · https://youtu.be/v4QLXjeTK9s?t=773</w:t>
      </w:r>
    </w:p>
    <w:p>
      <w:r>
        <w:rPr>
          <w:i/>
        </w:rPr>
        <w:t>“Surah al-Muddaththir dekhiye, is tarah hai”</w:t>
      </w:r>
    </w:p>
    <w:p>
      <w:r>
        <w:rPr>
          <w:sz w:val="20"/>
        </w:rPr>
        <w:t>12:53  Surah Al-Muddathir dekhiye, is tarah hai jo Rasool Allah Sallallahu Alaihi Wasallam ne jab Makka Makka mein mission shuru kiya to us zamane mein utri thi.</w:t>
      </w:r>
      <w:r>
        <w:br/>
      </w:r>
      <w:r>
        <w:rPr>
          <w:sz w:val="20"/>
        </w:rPr>
        <w:t>13:04  ibtedai zamane mein. Ya ayyuhal muddathir qum fa anzir</w:t>
      </w:r>
      <w:r>
        <w:br/>
      </w:r>
      <w:r>
        <w:rPr>
          <w:sz w:val="20"/>
        </w:rPr>
        <w:t>13:11  warabbaka fakabbir warrujza fajjur yeh jo hai warrujza fajjur is ka kya matlab hai?</w:t>
      </w:r>
      <w:r>
        <w:br/>
      </w:r>
      <w:r>
        <w:rPr>
          <w:sz w:val="20"/>
        </w:rPr>
        <w:t>13:20  rujz ke mani hote hain gandagi. gandagi. chunchkeh doosri ayat mein hai ke</w:t>
      </w:r>
      <w:r>
        <w:br/>
      </w:r>
      <w:r>
        <w:rPr>
          <w:sz w:val="20"/>
        </w:rPr>
        <w:t>13:30  rujz ka lafz istemal hua hai. Wajtanib rujza min al-asnam to is ko le kar yeh matlab samjha jata hai ke rujz ke mani hain shirk.</w:t>
      </w:r>
      <w:r>
        <w:br/>
      </w:r>
      <w:r>
        <w:rPr>
          <w:sz w:val="20"/>
        </w:rPr>
        <w:t>13:41  to shirk ko chhod do. to Rasool Allah Sallallahu Alaihi Wasallam naoozubillah shirk to karte nahin the.</w:t>
      </w:r>
      <w:r>
        <w:br/>
      </w:r>
      <w:r>
        <w:rPr>
          <w:sz w:val="20"/>
        </w:rPr>
        <w:t>13:48  to yeh kehne ka kya matlab hai ke shirk ko chhod do? Is ko aap lafzi maanon mein nahin le sakte. Kyunkeh Rasool Allah kabhi bhi mushrik nahin the.</w:t>
      </w:r>
      <w:r>
        <w:br/>
      </w:r>
      <w:r>
        <w:rPr>
          <w:sz w:val="20"/>
        </w:rPr>
        <w:t>14:00  to is ko sochte hue mere samne aaya jo baat woh yeh thi ke</w:t>
      </w:r>
      <w:r>
        <w:br/>
      </w:r>
      <w:r>
        <w:rPr>
          <w:sz w:val="20"/>
        </w:rPr>
        <w:t>14:12  wahan ki jo soorat-e-haal thi Makka mein, is ayat ka amli taur par jo aap ne intikhab kiya, jo apply kiya aap ne apne halaat par, is ko le kar samajh mein aayegi.</w:t>
      </w:r>
      <w:r>
        <w:br/>
      </w:r>
      <w:r>
        <w:rPr>
          <w:sz w:val="20"/>
        </w:rPr>
        <w:t>14:26  yeh ayat. Yani yeh ayat jab utri hai</w:t>
      </w:r>
      <w:r>
        <w:br/>
      </w:r>
      <w:r>
        <w:rPr>
          <w:sz w:val="20"/>
        </w:rPr>
        <w:t>14:30  to is ke andar ek hukum tha. Is hukum par kaise amal kiya aap ne? Jab is ko shamil karenge tab samajh mein aayega ke warrujza fajjur ka kya matlab hai.</w:t>
      </w:r>
      <w:r>
        <w:br/>
      </w:r>
      <w:r>
        <w:rPr>
          <w:sz w:val="20"/>
        </w:rPr>
        <w:t>14:43  to aap ne kya amal kiya? Aap ne amal yeh kiya ke Makka is waqt</w:t>
      </w:r>
      <w:r>
        <w:br/>
      </w:r>
      <w:r>
        <w:rPr>
          <w:sz w:val="20"/>
        </w:rPr>
        <w:t>14:49  mushrikeen ka markaz bana hua tha.</w:t>
      </w:r>
      <w:r>
        <w:br/>
      </w:r>
      <w:r>
        <w:rPr>
          <w:sz w:val="20"/>
        </w:rPr>
        <w:t>14:54  jaise aaj kal yatra hoti hai to log yatra kar ke Makka pahunchte the. Kyunkeh wahan sankaron but rakhe hue the.</w:t>
      </w:r>
      <w:r>
        <w:br/>
      </w:r>
      <w:r>
        <w:rPr>
          <w:sz w:val="20"/>
        </w:rPr>
        <w:t>15:06  to Rasool Allah tawheed ke paighambar the. Aur wahan par bheed lagi rehti thi mushrikeen ki.</w:t>
      </w:r>
      <w:r>
        <w:br/>
      </w:r>
      <w:r>
        <w:rPr>
          <w:sz w:val="20"/>
        </w:rPr>
        <w:t>15:16  to aap ne magar yeh kabhi nahin kiya ke aap protest karen, ihtijaj karen, koi darter lagayen. Yeh sab kabhi nahin kiya aap ne.</w:t>
      </w:r>
      <w:r>
        <w:br/>
      </w:r>
      <w:r>
        <w:rPr>
          <w:sz w:val="20"/>
        </w:rPr>
        <w:t>15:27  aap ne kya kiya? In mushrikon ko, in mushrikon ka jo qafila aata tha Makka,</w:t>
      </w:r>
      <w:r>
        <w:br/>
      </w:r>
      <w:r>
        <w:rPr>
          <w:sz w:val="20"/>
        </w:rPr>
        <w:t>15:36  saare Arab se, in ko aap ne ba-taur madعو istemal kiya. Yani un ke jo gathering hoti thi, jo us ko jaate the wahan, aap wahan par aap Quran suna dete.</w:t>
      </w:r>
      <w:r>
        <w:br/>
      </w:r>
      <w:r>
        <w:rPr>
          <w:sz w:val="20"/>
        </w:rPr>
        <w:t>15:52  fa'araz 'alayhim al-islama wa tala 'alayhim al-qur'ana yeh kya aap ne? is ko le kar jab mein ne socha walarz faajir</w:t>
      </w:r>
      <w:r>
        <w:br/>
      </w:r>
      <w:r>
        <w:rPr>
          <w:sz w:val="20"/>
        </w:rPr>
        <w:t>16:02  to is ka matlab yeh samajh mein aaya ke mushrikeen ko, mushrik ko mushrik ke taur par na lo, mad'u ke taur par lo.</w:t>
      </w:r>
      <w:r>
        <w:br/>
      </w:r>
      <w:r>
        <w:rPr>
          <w:sz w:val="20"/>
        </w:rPr>
        <w:t>16:13  mushrik ko mushrik ke taur par lena chodo. mushrik ko mad'u ke taur par lene ka tareeqa ikhtiyar karo.</w:t>
      </w:r>
      <w:r>
        <w:br/>
      </w:r>
      <w:r>
        <w:rPr>
          <w:sz w:val="20"/>
        </w:rPr>
        <w:t>16:23  to yahan do, wahan par do option tha. ek tha mushrik ko mushrik ke taur par lena, phir nafrat karna aur un ke khilaf hangama karna waghera.</w:t>
      </w:r>
      <w:r>
        <w:br/>
      </w:r>
      <w:r>
        <w:rPr>
          <w:sz w:val="20"/>
        </w:rPr>
        <w:t>16:36  to ek tha mushrik ko mushrik ke taur par lena, ek tha mushrik ko mad'u ke taur par lena.</w:t>
      </w:r>
      <w:r>
        <w:br/>
      </w:r>
      <w:r>
        <w:rPr>
          <w:sz w:val="20"/>
        </w:rPr>
        <w:t>16:43  to 'amli taur par aap ne yahi kiya ke mushrik ko aap ne mushrik ke taur par nahi liya, mushrik ko mad'u ke taur par liya. aur bajaye is ke ke aap ihtijaj karein, nafrat karein, protest karein,</w:t>
      </w:r>
      <w:r>
        <w:br/>
      </w:r>
      <w:r>
        <w:rPr>
          <w:sz w:val="20"/>
        </w:rPr>
        <w:t>16:57  hangama karein, yeh sab kuch nahi kiya aap ne. balke unhein</w:t>
      </w:r>
      <w:r>
        <w:br/>
      </w:r>
      <w:r>
        <w:rPr>
          <w:sz w:val="20"/>
        </w:rPr>
        <w:t>17:02  qur'an pesh karna shuru kiya, qur'an ka paigham. is se mein samjha ke walarz faajir ka matlab yeh hai ke mushrikeen ko mushrikeen ke taur par lena chodo.</w:t>
      </w:r>
      <w:r>
        <w:br/>
      </w:r>
      <w:r>
        <w:rPr>
          <w:sz w:val="20"/>
        </w:rPr>
        <w:t>17:16  mushrikeen ko mad'u ke taur par lene ka tareeqa ikhtiyar karo.</w:t>
      </w:r>
      <w:r>
        <w:br/>
      </w:r>
      <w:r>
        <w:rPr>
          <w:sz w:val="20"/>
        </w:rPr>
        <w:t>17:20  yeh matlab hai.</w:t>
      </w:r>
      <w:r>
        <w:br/>
      </w:r>
      <w:r>
        <w:rPr>
          <w:sz w:val="20"/>
        </w:rPr>
        <w:t>17:24  ab yeh kitni inqalabi baat thi.</w:t>
      </w:r>
      <w:r>
        <w:br/>
      </w:r>
      <w:r>
        <w:rPr>
          <w:sz w:val="20"/>
        </w:rPr>
        <w:t>17:29  yani negativity mein positivity dekho, manfi mein musbat ko talash karo. disadvantage mein advantage ko talash karo.</w:t>
      </w:r>
      <w:r>
        <w:br/>
      </w:r>
      <w:r>
        <w:rPr>
          <w:sz w:val="20"/>
        </w:rPr>
        <w:t>17:42  ek mustashriq ne is raat ko samjha hai, e klet ne,</w:t>
      </w:r>
      <w:r>
        <w:br/>
      </w:r>
      <w:r>
        <w:rPr>
          <w:sz w:val="20"/>
        </w:rPr>
        <w:t>17:47  is ne rasool Allah sal Allah 'alayh wasallam ke bare mein likha hai. to is mein is ne yeh alfaaz likhe hain ke he faced adversity with the determination to wring success out of failure yani rasool Allah ne</w:t>
      </w:r>
      <w:r>
        <w:br/>
      </w:r>
      <w:r>
        <w:rPr>
          <w:sz w:val="20"/>
        </w:rPr>
        <w:t>18:07  yeh anokha tareeqa ikhtiyar kiya ke aap ne manfi mein se musbat nikala, nakami se kamiyabi nahi choda.</w:t>
      </w:r>
      <w:r>
        <w:br/>
      </w:r>
      <w:r>
        <w:rPr>
          <w:sz w:val="20"/>
        </w:rPr>
        <w:t>18:19  isi ko mein aur badha kar kahun to mein kahun ga ke ke mushrikeen ke mushrikeen ke qafle ko unhon ne mad'u mein convert kar diya.</w:t>
      </w:r>
      <w:r>
        <w:br/>
      </w:r>
      <w:r>
        <w:rPr>
          <w:sz w:val="20"/>
        </w:rPr>
        <w:t>18:32  aur phir nateeja kya hua aap jante hain ke</w:t>
      </w:r>
      <w:r>
        <w:br/>
      </w:r>
      <w:r>
        <w:rPr>
          <w:sz w:val="20"/>
        </w:rPr>
        <w:t>18:36  pehlay makkah, phir madinah, phir sara arab islamize ho gaya is method ko ikhtiyar kar ke.</w:t>
      </w:r>
    </w:p>
    <w:p>
      <w:pPr>
        <w:pStyle w:val="Heading2"/>
      </w:pPr>
      <w:r>
        <w:t>Muslims' frustration due to leaders' misguidance</w:t>
      </w:r>
    </w:p>
    <w:p>
      <w:r>
        <w:rPr>
          <w:color w:val="666666"/>
          <w:sz w:val="18"/>
        </w:rPr>
        <w:t>Challenge Activates Potential March 7, 2009 Maulana Wahiduddin Khan · 2m 52s · at 19:18 · https://youtu.be/fINKWi2aYzo?t=1158</w:t>
      </w:r>
    </w:p>
    <w:p>
      <w:r>
        <w:rPr>
          <w:i/>
        </w:rPr>
        <w:t>“You know, in our world, all the Muslims are living in frustration.”</w:t>
      </w:r>
    </w:p>
    <w:p>
      <w:r>
        <w:rPr>
          <w:sz w:val="20"/>
        </w:rPr>
        <w:t>19:18  so you have to adopt this formula, and also you have to preach this formula. you know, in our world, you know, in the present world, all the Muslims are living in frustration, in disappointment</w:t>
      </w:r>
      <w:r>
        <w:br/>
      </w:r>
      <w:r>
        <w:rPr>
          <w:sz w:val="20"/>
        </w:rPr>
        <w:t>19:34  . nearly all the Muslims in India, in Bangladesh, in Pakistan, in Arab, in Europe, in America, all are speaking in negative tone.</w:t>
      </w:r>
      <w:r>
        <w:br/>
      </w:r>
      <w:r>
        <w:rPr>
          <w:sz w:val="20"/>
        </w:rPr>
        <w:t>19:48  all are have some complaint in their heart, some protestant in their heart, because they don't know this law of nature.</w:t>
      </w:r>
      <w:r>
        <w:br/>
      </w:r>
      <w:r>
        <w:rPr>
          <w:sz w:val="20"/>
        </w:rPr>
        <w:t>19:58  although its mention in the Quran, although it was practice by the prophet of Islam, although we have a model in this regard.</w:t>
      </w:r>
      <w:r>
        <w:br/>
      </w:r>
      <w:r>
        <w:rPr>
          <w:sz w:val="20"/>
        </w:rPr>
        <w:t>20:08  but Muslims are blind. Muslims are opportunity blind. present Muslims are, i by Muslim, i mean their leaders.</w:t>
      </w:r>
      <w:r>
        <w:br/>
      </w:r>
      <w:r>
        <w:rPr>
          <w:sz w:val="20"/>
        </w:rPr>
        <w:t>20:21  i am not referring to mosque. i am not referring to mosque.</w:t>
      </w:r>
      <w:r>
        <w:br/>
      </w:r>
      <w:r>
        <w:rPr>
          <w:sz w:val="20"/>
        </w:rPr>
        <w:t>20:27  mosque is not to blame. the blame goes to leaders, to intellectuals. so this is the set that all the leaders become opportunity blind.</w:t>
      </w:r>
      <w:r>
        <w:br/>
      </w:r>
      <w:r>
        <w:rPr>
          <w:sz w:val="20"/>
        </w:rPr>
        <w:t>20:46  de no only problems, de no only atrocities, de no only sad aspect of the things, or negative aspect of the things.</w:t>
      </w:r>
      <w:r>
        <w:br/>
      </w:r>
      <w:r>
        <w:rPr>
          <w:sz w:val="20"/>
        </w:rPr>
        <w:t>21:01  it is this, it is the single factor that has made Muslims backward.</w:t>
      </w:r>
      <w:r>
        <w:br/>
      </w:r>
      <w:r>
        <w:rPr>
          <w:sz w:val="20"/>
        </w:rPr>
        <w:t>21:08  in our present world, Muslims feel them self displaced people, dictate committee.</w:t>
      </w:r>
      <w:r>
        <w:br/>
      </w:r>
      <w:r>
        <w:rPr>
          <w:sz w:val="20"/>
        </w:rPr>
        <w:t>21:19  they feel that they are in sad. all these things are due to mis guidance.</w:t>
      </w:r>
      <w:r>
        <w:br/>
      </w:r>
      <w:r>
        <w:rPr>
          <w:sz w:val="20"/>
        </w:rPr>
        <w:t>21:28  mis guidance.</w:t>
      </w:r>
      <w:r>
        <w:br/>
      </w:r>
      <w:r>
        <w:rPr>
          <w:sz w:val="20"/>
        </w:rPr>
        <w:t>21:32  or leaders fail to, fail to, fail to guide Muslims in positive turn.</w:t>
      </w:r>
      <w:r>
        <w:br/>
      </w:r>
      <w:r>
        <w:rPr>
          <w:sz w:val="20"/>
        </w:rPr>
        <w:t>21:48  so it is a very, yani this phenomena is not very simple phenomena. this also indicate a greater evil</w:t>
      </w:r>
      <w:r>
        <w:br/>
      </w:r>
      <w:r>
        <w:rPr>
          <w:sz w:val="20"/>
        </w:rPr>
        <w:t>21:58  , that is our present reformers or leaders fail to drive their thought from from the Quran.</w:t>
      </w:r>
    </w:p>
    <w:p>
      <w:pPr>
        <w:pStyle w:val="Heading2"/>
      </w:pPr>
      <w:r>
        <w:t>Unawareness of changed times leads to politics</w:t>
      </w:r>
    </w:p>
    <w:p>
      <w:r>
        <w:rPr>
          <w:color w:val="666666"/>
          <w:sz w:val="18"/>
        </w:rPr>
        <w:t>Q&amp;A 03 Jan 2010 - Maulana Wahiduddin Khan · 1m 45s · at 5:47 · https://youtu.be/tEiK4snkN_Y?t=347</w:t>
      </w:r>
    </w:p>
    <w:p>
      <w:r>
        <w:rPr>
          <w:i/>
        </w:rPr>
        <w:t>“Main samajhta hoon ki unawareness iska raaj hai”</w:t>
      </w:r>
    </w:p>
    <w:p>
      <w:r>
        <w:rPr>
          <w:sz w:val="20"/>
        </w:rPr>
        <w:t>5:47  main samajhta hoon ki unawareness iska raaz hai. jaante hain nahin ki zamana badal gaya hai. zamane mein kya nayi baatein hain. aur jo maari jaati hai, iski hamare ulama par, leaderon par, rama par, unhone bataya nahin naujawanon ko</w:t>
      </w:r>
      <w:r>
        <w:br/>
      </w:r>
      <w:r>
        <w:rPr>
          <w:sz w:val="20"/>
        </w:rPr>
        <w:t>6:04  ki ek naye zamane mein hum dakhel ho gaye hain.</w:t>
      </w:r>
      <w:r>
        <w:br/>
      </w:r>
      <w:r>
        <w:rPr>
          <w:sz w:val="20"/>
        </w:rPr>
        <w:t>6:11  purani zamane zamane ki baat hai. kabhi hai naujawan muslim, tadabbar bhi kiya tu ne. wo kya gardu hai tu, jiska hai toota hua tara. bas maji ke yani political jo badhai hai, usi ko yaad dilate rahe. bas</w:t>
      </w:r>
      <w:r>
        <w:br/>
      </w:r>
      <w:r>
        <w:rPr>
          <w:sz w:val="20"/>
        </w:rPr>
        <w:t>6:28  maji hum aise the, maji hum aise the.</w:t>
      </w:r>
      <w:r>
        <w:br/>
      </w:r>
      <w:r>
        <w:rPr>
          <w:sz w:val="20"/>
        </w:rPr>
        <w:t>6:34  khud meri family mein ek jo hamare ek bade shayar the, khud meri family mein, to wo bhi isi tarah ki baatein karte the. unka sher tha ki, "ya dayam ke tale qaum ka bedaar tha, har musalman nashe tauheed mein sarshaar tha." bas wahi yaad aayi. maji ke maji ki yaad.</w:t>
      </w:r>
      <w:r>
        <w:br/>
      </w:r>
      <w:r>
        <w:rPr>
          <w:sz w:val="20"/>
        </w:rPr>
        <w:t>6:57  aaj jo opportunity khuli hai, aaj jo naye halaat paida hue hain, jo hamare liye favorable hai, wo kisi ne bataya hi nahi. kisi ne bhi nahi bataya. allah taala ki taufeeq se, mujhe main pehla shakhs poore muslim world mein, jisne bataya</w:t>
      </w:r>
      <w:r>
        <w:br/>
      </w:r>
      <w:r>
        <w:rPr>
          <w:sz w:val="20"/>
        </w:rPr>
        <w:t>7:14  ki naye opportunity ko avel karo. poore muslim world mein, allah taala ki taufeeq se, main iske liye khada hua ki bataun ki naye mawake khule hain, unko avel karo. lekin sab maji ki baat hai, maji ki baat hai, maji ki baat hai.</w:t>
      </w:r>
    </w:p>
    <w:p>
      <w:pPr>
        <w:pStyle w:val="Heading2"/>
      </w:pPr>
      <w:r>
        <w:t>Paradise is not greed but truth</w:t>
      </w:r>
    </w:p>
    <w:p>
      <w:r>
        <w:rPr>
          <w:color w:val="666666"/>
          <w:sz w:val="18"/>
        </w:rPr>
        <w:t>How to Find Paradise 4 March 2006 - Maulana Wahiduddin Khan · 45s · at 10:47 · https://youtu.be/ETQ3G-36wyI?t=647</w:t>
      </w:r>
    </w:p>
    <w:p>
      <w:r>
        <w:rPr>
          <w:i/>
        </w:rPr>
        <w:t>“Paradise is connected to God, not to greed.”</w:t>
      </w:r>
    </w:p>
    <w:p>
      <w:r>
        <w:rPr>
          <w:sz w:val="20"/>
        </w:rPr>
        <w:t>10:47  to jannat juri hui hai khuda se. yeh lalach ka sawal nahi hai, yeh khud direct taur par sachai ki jo aap discovery karte hain, is se juri hui hai.</w:t>
      </w:r>
      <w:r>
        <w:br/>
      </w:r>
      <w:r>
        <w:rPr>
          <w:sz w:val="20"/>
        </w:rPr>
        <w:t>10:59  yeh cheez</w:t>
      </w:r>
      <w:r>
        <w:br/>
      </w:r>
      <w:r>
        <w:rPr>
          <w:sz w:val="20"/>
        </w:rPr>
        <w:t>11:03  is ka taluq marifat se hai, is ka taluq realization se hai, is ka taluq truth se hai, is ka taluq khuda ko pane se hai.</w:t>
      </w:r>
      <w:r>
        <w:br/>
      </w:r>
      <w:r>
        <w:rPr>
          <w:sz w:val="20"/>
        </w:rPr>
        <w:t>11:15  to yeh ek miss understanding hai ke galat taur par log paradise ko jod dete hain lalach se.</w:t>
      </w:r>
      <w:r>
        <w:br/>
      </w:r>
      <w:r>
        <w:rPr>
          <w:sz w:val="20"/>
        </w:rPr>
        <w:t>11:25  is ka lalach se koi taluq nahi hai.</w:t>
      </w:r>
    </w:p>
    <w:p>
      <w:pPr>
        <w:pStyle w:val="Heading2"/>
      </w:pPr>
      <w:r>
        <w:t>Stream as model of avoidance and peace</w:t>
      </w:r>
    </w:p>
    <w:p>
      <w:r>
        <w:rPr>
          <w:color w:val="666666"/>
          <w:sz w:val="18"/>
        </w:rPr>
        <w:t>Man And Paradise (English) March 21, 2007 Maulana Wahiduddin Khan · 3m 10s · at 23:00 · https://youtu.be/cF-SjJXpnrc?t=1380</w:t>
      </w:r>
    </w:p>
    <w:p>
      <w:r>
        <w:rPr>
          <w:i/>
        </w:rPr>
        <w:t>“Then you know about streams. What is streams?”</w:t>
      </w:r>
    </w:p>
    <w:p>
      <w:r>
        <w:rPr>
          <w:sz w:val="20"/>
        </w:rPr>
        <w:t>23:00  Then you know the streams.</w:t>
      </w:r>
      <w:r>
        <w:br/>
      </w:r>
      <w:r>
        <w:rPr>
          <w:sz w:val="20"/>
        </w:rPr>
        <w:t>23:07  You know about streams.</w:t>
      </w:r>
      <w:r>
        <w:br/>
      </w:r>
      <w:r>
        <w:rPr>
          <w:sz w:val="20"/>
        </w:rPr>
        <w:t>23:14  What is streams?</w:t>
      </w:r>
      <w:r>
        <w:br/>
      </w:r>
      <w:r>
        <w:rPr>
          <w:sz w:val="20"/>
        </w:rPr>
        <w:t>23:21  Stream means water flowing from a mountain.</w:t>
      </w:r>
      <w:r>
        <w:br/>
      </w:r>
      <w:r>
        <w:rPr>
          <w:sz w:val="20"/>
        </w:rPr>
        <w:t>23:28  When water flows from the top of the mountain, then it is called a stream.</w:t>
      </w:r>
      <w:r>
        <w:br/>
      </w:r>
      <w:r>
        <w:rPr>
          <w:sz w:val="20"/>
        </w:rPr>
        <w:t>23:35  So a stream follows until it reaches the valley.</w:t>
      </w:r>
      <w:r>
        <w:br/>
      </w:r>
      <w:r>
        <w:rPr>
          <w:sz w:val="20"/>
        </w:rPr>
        <w:t>23:42  Then you know in the valley there are stones and boulders in its path.</w:t>
      </w:r>
      <w:r>
        <w:br/>
      </w:r>
      <w:r>
        <w:rPr>
          <w:sz w:val="20"/>
        </w:rPr>
        <w:t>23:50  In its path. Then what is its behavior? A stream always avoids those stones or boulders. A stream never tries to fight.</w:t>
      </w:r>
      <w:r>
        <w:br/>
      </w:r>
      <w:r>
        <w:rPr>
          <w:sz w:val="20"/>
        </w:rPr>
        <w:t>24:10  But its principle is to avoid those obstacles and find its way by the way of avoidance, not</w:t>
      </w:r>
      <w:r>
        <w:br/>
      </w:r>
      <w:r>
        <w:rPr>
          <w:sz w:val="20"/>
        </w:rPr>
        <w:t>24:16  by the way of fighting.</w:t>
      </w:r>
      <w:r>
        <w:br/>
      </w:r>
      <w:r>
        <w:rPr>
          <w:sz w:val="20"/>
        </w:rPr>
        <w:t>24:23  So it is also a model.</w:t>
      </w:r>
      <w:r>
        <w:br/>
      </w:r>
      <w:r>
        <w:rPr>
          <w:sz w:val="20"/>
        </w:rPr>
        <w:t>24:30  This is also a model.</w:t>
      </w:r>
      <w:r>
        <w:br/>
      </w:r>
      <w:r>
        <w:rPr>
          <w:sz w:val="20"/>
        </w:rPr>
        <w:t>24:37  And water always maintains its continuous flow by adopting this model, the model of avoidance.</w:t>
      </w:r>
      <w:r>
        <w:br/>
      </w:r>
      <w:r>
        <w:rPr>
          <w:sz w:val="20"/>
        </w:rPr>
        <w:t>24:44  So is required by man also.</w:t>
      </w:r>
      <w:r>
        <w:br/>
      </w:r>
      <w:r>
        <w:rPr>
          <w:sz w:val="20"/>
        </w:rPr>
        <w:t>24:51  When you are in a society, there are problems, there are obstacles.</w:t>
      </w:r>
      <w:r>
        <w:br/>
      </w:r>
      <w:r>
        <w:rPr>
          <w:sz w:val="20"/>
        </w:rPr>
        <w:t>24:59  But you are not allowed to go to adopt the method of violence, the method of fighting.</w:t>
      </w:r>
      <w:r>
        <w:br/>
      </w:r>
      <w:r>
        <w:rPr>
          <w:sz w:val="20"/>
        </w:rPr>
        <w:t>25:07  There is also a Quranic verse.</w:t>
      </w:r>
      <w:r>
        <w:br/>
      </w:r>
      <w:r>
        <w:rPr>
          <w:sz w:val="20"/>
        </w:rPr>
        <w:t>25:14  It says, "Reconciliation is the best." It means that when there are some problems, so you are not</w:t>
      </w:r>
      <w:r>
        <w:br/>
      </w:r>
      <w:r>
        <w:rPr>
          <w:sz w:val="20"/>
        </w:rPr>
        <w:t>25:22  allowed to adopt the course of confrontation.</w:t>
      </w:r>
      <w:r>
        <w:br/>
      </w:r>
      <w:r>
        <w:rPr>
          <w:sz w:val="20"/>
        </w:rPr>
        <w:t>25:30  You have to allow the course of conciliation, adjustment.</w:t>
      </w:r>
      <w:r>
        <w:br/>
      </w:r>
      <w:r>
        <w:rPr>
          <w:sz w:val="20"/>
        </w:rPr>
        <w:t>25:38  So this is the model demonstrated by a stream.</w:t>
      </w:r>
      <w:r>
        <w:br/>
      </w:r>
      <w:r>
        <w:rPr>
          <w:sz w:val="20"/>
        </w:rPr>
        <w:t>25:46  And man is also required to adopt this model, the model of avoidance, the model of tolerance, the</w:t>
      </w:r>
      <w:r>
        <w:br/>
      </w:r>
      <w:r>
        <w:rPr>
          <w:sz w:val="20"/>
        </w:rPr>
        <w:t>25:54  model of adjustment, the model of peaceful living with others.</w:t>
      </w:r>
      <w:r>
        <w:br/>
      </w:r>
      <w:r>
        <w:rPr>
          <w:sz w:val="20"/>
        </w:rPr>
        <w:t>26:02  Then there is a Hadith.</w:t>
      </w:r>
      <w:r>
        <w:br/>
      </w:r>
      <w:r>
        <w:rPr>
          <w:sz w:val="20"/>
        </w:rPr>
        <w:t>26:10  The Prophet once saw a tender plant in a field.</w:t>
      </w:r>
    </w:p>
    <w:p>
      <w:pPr>
        <w:pStyle w:val="Heading2"/>
      </w:pPr>
      <w:r>
        <w:t>No one hates us — we just miss the market standard</w:t>
      </w:r>
    </w:p>
    <w:p>
      <w:r>
        <w:rPr>
          <w:color w:val="666666"/>
          <w:sz w:val="18"/>
        </w:rPr>
        <w:t>Realistic Approach 30 March, 2014 · 58s · at 11:18 · https://youtu.be/HIFxmWWiEG4?t=678</w:t>
      </w:r>
    </w:p>
    <w:p>
      <w:r>
        <w:rPr>
          <w:i/>
        </w:rPr>
        <w:t>“No one in the world is against us, no one is our enemy.”</w:t>
      </w:r>
    </w:p>
    <w:p>
      <w:r>
        <w:rPr>
          <w:sz w:val="20"/>
        </w:rPr>
        <w:t>11:18  to jis cheez ko woh kehte thay ta'assub, woh woh yaani woh kya tha? fals fit mein jeena tha.</w:t>
      </w:r>
      <w:r>
        <w:br/>
      </w:r>
      <w:r>
        <w:rPr>
          <w:sz w:val="20"/>
        </w:rPr>
        <w:t>11:27  fals fit mein jeena.</w:t>
      </w:r>
      <w:r>
        <w:br/>
      </w:r>
      <w:r>
        <w:rPr>
          <w:sz w:val="20"/>
        </w:rPr>
        <w:t>11:30  koi dunya mutasir nahin hai. koi hamara dushman nahin hai. koi kis ko fursat nahin kaha hua? kharab sazish kare. cheez yeh hai ke hum is ka jo standerd hai, is standerd par apnay aap ko pesh karen.</w:t>
      </w:r>
      <w:r>
        <w:br/>
      </w:r>
      <w:r>
        <w:rPr>
          <w:sz w:val="20"/>
        </w:rPr>
        <w:t>11:46  jaise aik glass hai. market mein jis standerd ka glass ki jo requirement hai, us ke mutabiq glass banayenge to log daur ke khareeden ge.</w:t>
      </w:r>
      <w:r>
        <w:br/>
      </w:r>
      <w:r>
        <w:rPr>
          <w:sz w:val="20"/>
        </w:rPr>
        <w:t>11:57  is ko koi nahin khareeden ge. koi nahin khareeden ge. lekin agar aap ka glass market ki requirement ke mutabiq nahin hai to koi nahin khareede ga.</w:t>
      </w:r>
      <w:r>
        <w:br/>
      </w:r>
      <w:r>
        <w:rPr>
          <w:sz w:val="20"/>
        </w:rPr>
        <w:t>12:06  free bhi nahin khole ga woh. to 30 saal maine bataya yeh jawane ke liye ke national press ki requirement kya hai.</w:t>
      </w:r>
    </w:p>
    <w:p>
      <w:pPr>
        <w:pStyle w:val="Heading2"/>
      </w:pPr>
      <w:r>
        <w:t>Modern civilization is the animalization of the mind</w:t>
      </w:r>
    </w:p>
    <w:p>
      <w:r>
        <w:rPr>
          <w:color w:val="666666"/>
          <w:sz w:val="18"/>
        </w:rPr>
        <w:t>Intellectual Poverty of Modern World December 17, 2006 · 1m 08s · at 5:02 · https://youtu.be/GdhR0DoI1Ys?t=302</w:t>
      </w:r>
    </w:p>
    <w:p>
      <w:r>
        <w:rPr>
          <w:i/>
        </w:rPr>
        <w:t>“سارے لوگ جو ہیں اینیمل لیول پر جی رہے ہیں۔”</w:t>
      </w:r>
    </w:p>
    <w:p>
      <w:r>
        <w:rPr>
          <w:sz w:val="20"/>
        </w:rPr>
        <w:t>5:02  to aisa kyon hai? main samajhta hoon ke saare log jo hain animal level par jee rahe hain.</w:t>
      </w:r>
      <w:r>
        <w:br/>
      </w:r>
      <w:r>
        <w:rPr>
          <w:sz w:val="20"/>
        </w:rPr>
        <w:t>5:12  yeh animal level par jeena hai ke khana peena, hawa karna, shopping, outing aur party, is mein jeena, paisa kamana, yeh animal level hai jeene ka.</w:t>
      </w:r>
      <w:r>
        <w:br/>
      </w:r>
      <w:r>
        <w:rPr>
          <w:sz w:val="20"/>
        </w:rPr>
        <w:t>5:26  isi mein saari duniya jee rahi hai. mera apna tajurba yahi hai.</w:t>
      </w:r>
      <w:r>
        <w:br/>
      </w:r>
      <w:r>
        <w:rPr>
          <w:sz w:val="20"/>
        </w:rPr>
        <w:t>5:32  to jab aap animal level par jee rahe hon to zahir hai ke yaani jismani level par jab animal bana hua ho aadmi to mind bhi is ka wahi ho jayega.</w:t>
      </w:r>
      <w:r>
        <w:br/>
      </w:r>
      <w:r>
        <w:rPr>
          <w:sz w:val="20"/>
        </w:rPr>
        <w:t>5:46  to main samajhta hoon ke aaj kal ki civilization jo hai woh animalization of mind ki hai.</w:t>
      </w:r>
      <w:r>
        <w:br/>
      </w:r>
      <w:r>
        <w:rPr>
          <w:sz w:val="20"/>
        </w:rPr>
        <w:t>5:54  yaani aaj kal ka jo culture hai woh animalization of mind ke main samajhta hoon ke kar rahi hai.</w:t>
      </w:r>
    </w:p>
    <w:p>
      <w:pPr>
        <w:pStyle w:val="Heading2"/>
      </w:pPr>
      <w:r>
        <w:t>Fasting as apple shock</w:t>
      </w:r>
    </w:p>
    <w:p>
      <w:r>
        <w:rPr>
          <w:color w:val="666666"/>
          <w:sz w:val="18"/>
        </w:rPr>
        <w:t>Self Discovery | September 30, 2018 · 2m 02s · at 16:33 · https://youtu.be/ks3TBvsuttc?t=993</w:t>
      </w:r>
    </w:p>
    <w:p>
      <w:r>
        <w:rPr>
          <w:i/>
        </w:rPr>
        <w:t>“Apple shock Allah ka method hai”</w:t>
      </w:r>
    </w:p>
    <w:p>
      <w:r>
        <w:rPr>
          <w:sz w:val="20"/>
        </w:rPr>
        <w:t>16:33  apple shock.</w:t>
      </w:r>
      <w:r>
        <w:br/>
      </w:r>
      <w:r>
        <w:rPr>
          <w:sz w:val="20"/>
        </w:rPr>
        <w:t>16:39  apple shock Khuda ka method hai.</w:t>
      </w:r>
      <w:r>
        <w:br/>
      </w:r>
      <w:r>
        <w:rPr>
          <w:sz w:val="20"/>
        </w:rPr>
        <w:t>16:45  jab tareekh guzar rahi thi, guzar rahi thi, guzar rahi thi, aur insaan itni bari baat se be-</w:t>
      </w:r>
      <w:r>
        <w:br/>
      </w:r>
      <w:r>
        <w:rPr>
          <w:sz w:val="20"/>
        </w:rPr>
        <w:t>16:51  khabar tha, gravity jo zameen ke andar hai, gravitational pull, poori poori history guzar rahi hai, insaan be-</w:t>
      </w:r>
      <w:r>
        <w:br/>
      </w:r>
      <w:r>
        <w:rPr>
          <w:sz w:val="20"/>
        </w:rPr>
        <w:t>16:57  khabar hai itni bari nemat se keh zameen mein gravity na ho to kya</w:t>
      </w:r>
      <w:r>
        <w:br/>
      </w:r>
      <w:r>
        <w:rPr>
          <w:sz w:val="20"/>
        </w:rPr>
        <w:t>17:03  hoga? to insaan ne, to to Allah ne Newton ke sar par saib giraya.</w:t>
      </w:r>
      <w:r>
        <w:br/>
      </w:r>
      <w:r>
        <w:rPr>
          <w:sz w:val="20"/>
        </w:rPr>
        <w:t>17:10  us ko mein kehta hoon apple shock.</w:t>
      </w:r>
      <w:r>
        <w:br/>
      </w:r>
      <w:r>
        <w:rPr>
          <w:sz w:val="20"/>
        </w:rPr>
        <w:t>17:18  to yeh roza bhi ek roza shock hai keh rozana tum khate peete ho, to samajh mein aata</w:t>
      </w:r>
      <w:r>
        <w:br/>
      </w:r>
      <w:r>
        <w:rPr>
          <w:sz w:val="20"/>
        </w:rPr>
        <w:t>17:25  hai keh rizq kya</w:t>
      </w:r>
      <w:r>
        <w:br/>
      </w:r>
      <w:r>
        <w:rPr>
          <w:sz w:val="20"/>
        </w:rPr>
        <w:t>17:33  cheez hai, food kya cheez hai. roza ek apple shock ban kar is ke upar girta hai ta ke under compulsion aadmi ko jaane ke food kya cheez hai. lekin log jo rozedar log hain, woh un ka haal kya hai? overeating. roze mein overeating karte hain. roza naam hai o</w:t>
      </w:r>
      <w:r>
        <w:br/>
      </w:r>
      <w:r>
        <w:rPr>
          <w:sz w:val="20"/>
        </w:rPr>
        <w:t>18:03  over eating ka.</w:t>
      </w:r>
      <w:r>
        <w:br/>
      </w:r>
      <w:r>
        <w:rPr>
          <w:sz w:val="20"/>
        </w:rPr>
        <w:t>18:11  رمضان کا مہینہ بن گیا ہے overeating کا مہینہ۔</w:t>
      </w:r>
      <w:r>
        <w:br/>
      </w:r>
      <w:r>
        <w:rPr>
          <w:sz w:val="20"/>
        </w:rPr>
        <w:t>18:19  اس وجہ سے جو apple shock کا معاملہ کیا جاتا ہے، اس سے بھی بے خبر انسان ہے،</w:t>
      </w:r>
      <w:r>
        <w:br/>
      </w:r>
      <w:r>
        <w:rPr>
          <w:sz w:val="20"/>
        </w:rPr>
        <w:t>18:27  اس سے بھی بے خبر ہے کیونکہ overeating کی وجہ سے۔</w:t>
      </w:r>
    </w:p>
    <w:p>
      <w:pPr>
        <w:pStyle w:val="Heading2"/>
      </w:pPr>
      <w:r>
        <w:t>Solution to violence is changing ideology</w:t>
      </w:r>
    </w:p>
    <w:p>
      <w:r>
        <w:rPr>
          <w:color w:val="666666"/>
          <w:sz w:val="18"/>
        </w:rPr>
        <w:t>Ideology of Life December 29, 2013 Maulana Wahiduddin Khan · 1m 26s · at 9:28 · https://youtu.be/N5psCFw23MI?t=568</w:t>
      </w:r>
    </w:p>
    <w:p>
      <w:r>
        <w:rPr>
          <w:i/>
        </w:rPr>
        <w:t>“khatam karne ka tareeqa yeh nahin ke aap us ko maarein”</w:t>
      </w:r>
    </w:p>
    <w:p>
      <w:r>
        <w:rPr>
          <w:sz w:val="20"/>
        </w:rPr>
        <w:t>9:28  khatm karne ka tareeqa yeh nahi ke aap is ko marein is aadmi ko. Nahi, aap is ideology ko badlein. Is ka solution jo hai ke is ideology ko badla jaye.</w:t>
      </w:r>
      <w:r>
        <w:br/>
      </w:r>
      <w:r>
        <w:rPr>
          <w:sz w:val="20"/>
        </w:rPr>
        <w:t>9:39  yani system based ideology ko badla jaye. Aur kahein ke Islam jo individual based hai, system based nahi hai. Yani ek individual mein change lana.</w:t>
      </w:r>
      <w:r>
        <w:br/>
      </w:r>
      <w:r>
        <w:rPr>
          <w:sz w:val="20"/>
        </w:rPr>
        <w:t>9:54  ek individual mein change lana is ke andar positive thinking ho, is ke andar peace ka mizaj ho, is ke andar tolerance ho, is ke andar compassion ho, is ke andar love ho.</w:t>
      </w:r>
      <w:r>
        <w:br/>
      </w:r>
      <w:r>
        <w:rPr>
          <w:sz w:val="20"/>
        </w:rPr>
        <w:t>10:07  yeh yeh yeh yeh hai target Islam ka. Yeh nahi ke social level par koi ideal system par qaim karna. Woh kabhi bhi qaim nahi hoga is liye hum is liye ladte rahenge aap.</w:t>
      </w:r>
      <w:r>
        <w:br/>
      </w:r>
      <w:r>
        <w:rPr>
          <w:sz w:val="20"/>
        </w:rPr>
        <w:t>10:16  isi ko mein keh raha hoon ke justified violence. Yeh raaz hai is ka. Kaise himmat padti hai logon ko?</w:t>
      </w:r>
      <w:r>
        <w:br/>
      </w:r>
      <w:r>
        <w:rPr>
          <w:sz w:val="20"/>
        </w:rPr>
        <w:t>10:25  is liye ke un ke paas ideology hai. Is ideology ko to marte rahenge, suicide bombing bhi karte rahenge.</w:t>
      </w:r>
      <w:r>
        <w:br/>
      </w:r>
      <w:r>
        <w:rPr>
          <w:sz w:val="20"/>
        </w:rPr>
        <w:t>10:36  to yeh saada baat nahi hai. Yeh saada baat, yeh simple baat bas wajah hai ke koi yani law and order ka masla nahi hai. Ke kuch student ne agar wahan par protest kiya aur police ne firing kar di, is se problem solve hone wala nahi hai.</w:t>
      </w:r>
    </w:p>
    <w:p>
      <w:pPr>
        <w:pStyle w:val="Heading2"/>
      </w:pPr>
      <w:r>
        <w:t>Recognizing paradise house in this world</w:t>
      </w:r>
    </w:p>
    <w:p>
      <w:r>
        <w:rPr>
          <w:color w:val="666666"/>
          <w:sz w:val="18"/>
        </w:rPr>
        <w:t>Creative Marefat 8 April 2017 - Maulana Wahiduddin Khan · 2m 23s · at 18:07 · https://youtu.be/I2hKHNIQ-1U?t=1087</w:t>
      </w:r>
    </w:p>
    <w:p>
      <w:r>
        <w:rPr>
          <w:i/>
        </w:rPr>
        <w:t>“Main soch raha tha ek hadees par”</w:t>
      </w:r>
    </w:p>
    <w:p>
      <w:r>
        <w:rPr>
          <w:sz w:val="20"/>
        </w:rPr>
        <w:t>18:07  main soch raha tha ek hadith par, ek hadith hai ke aadmi jab akhirat mein pahunche ga to jannat mein woh apne makan ko is se bhi zyada pehchane ga jitna woh dunya mein apne ghar ko pehchanta tha.</w:t>
      </w:r>
      <w:r>
        <w:br/>
      </w:r>
      <w:r>
        <w:rPr>
          <w:sz w:val="20"/>
        </w:rPr>
        <w:t>18:24  to main socha, aise kaise hoga? dunya mein jo ghar hai, woh us ko aadmi khoob pehchanta hai, us se bhi zyada pehchane ga woh jannat mein apne ghar ko, kyun ke dunya mein dekh chuka hoga us ko.</w:t>
      </w:r>
      <w:r>
        <w:br/>
      </w:r>
      <w:r>
        <w:rPr>
          <w:sz w:val="20"/>
        </w:rPr>
        <w:t>18:36  woh dunya mein apne ghar ko dekh hue hain, usay aap foran pehchan lete hain, wahin apni gaari khadi kar dete hain.</w:t>
      </w:r>
      <w:r>
        <w:br/>
      </w:r>
      <w:r>
        <w:rPr>
          <w:sz w:val="20"/>
        </w:rPr>
        <w:t>18:46  aise jannat wale ghar ko bhi aap dunya mein pehchan chuke hon ge. woh kaise? dunya mein aap ka ghar ek building, ek ek structure ke roop mein hai.</w:t>
      </w:r>
      <w:r>
        <w:br/>
      </w:r>
      <w:r>
        <w:rPr>
          <w:sz w:val="20"/>
        </w:rPr>
        <w:t>18:59  us ko achi tarah suniye ke dunya mein aap ka jo ghar hai, woh ek building, ek structure ke roop mein hai,</w:t>
      </w:r>
      <w:r>
        <w:br/>
      </w:r>
      <w:r>
        <w:rPr>
          <w:sz w:val="20"/>
        </w:rPr>
        <w:t>19:08  aur jannat mein aap ka jo ghar hai, woh doctor ke roop mein hai. har cheez mein is ka doctor hai,</w:t>
      </w:r>
      <w:r>
        <w:br/>
      </w:r>
      <w:r>
        <w:rPr>
          <w:sz w:val="20"/>
        </w:rPr>
        <w:t>19:17  har cheez mein is ka doctor hai.</w:t>
      </w:r>
      <w:r>
        <w:br/>
      </w:r>
      <w:r>
        <w:rPr>
          <w:sz w:val="20"/>
        </w:rPr>
        <w:t>19:24  misalan aaj subah jab mein bahar baitha aur suraj nikla to mujhe yaad aaya ke saare musalman cheekh rahe hain, "darkness!</w:t>
      </w:r>
      <w:r>
        <w:br/>
      </w:r>
      <w:r>
        <w:rPr>
          <w:sz w:val="20"/>
        </w:rPr>
        <w:t>19:33  darkness!</w:t>
      </w:r>
      <w:r>
        <w:br/>
      </w:r>
      <w:r>
        <w:rPr>
          <w:sz w:val="20"/>
        </w:rPr>
        <w:t>19:34  yaani zulm hai, saazish hai. to kaha, "suraj nikla hua hai, chal raha hai!" aur aur aawaz le ke, "aray! it's darkness! hot dar</w:t>
      </w:r>
      <w:r>
        <w:br/>
      </w:r>
      <w:r>
        <w:rPr>
          <w:sz w:val="20"/>
        </w:rPr>
        <w:t>19:43  kness!" yeh suraj nikla hua hai aur aawaz laga rahe hain ek darkness ki. is had par ke sath aadmi dunya mein jannat ke doctor ko daryaft nahi kar sakta.</w:t>
      </w:r>
      <w:r>
        <w:br/>
      </w:r>
      <w:r>
        <w:rPr>
          <w:sz w:val="20"/>
        </w:rPr>
        <w:t>20:00  jannat ki jo nematein hongi, jannat ki jo Allah ki rehmaten hongi, jannat mein jo kalmaat honge, jo wisdom hogi, us woh doctor ke roop mein</w:t>
      </w:r>
    </w:p>
    <w:p>
      <w:pPr>
        <w:pStyle w:val="Heading2"/>
      </w:pPr>
      <w:r>
        <w:t>Critique of mechanical zikr and creative zikr</w:t>
      </w:r>
    </w:p>
    <w:p>
      <w:r>
        <w:rPr>
          <w:color w:val="666666"/>
          <w:sz w:val="18"/>
        </w:rPr>
        <w:t>Acknowledgement March 02, 2019 · 2m 30s · at 15:13 · https://youtu.be/ovoJcj-gnoc?t=913</w:t>
      </w:r>
    </w:p>
    <w:p>
      <w:r>
        <w:rPr>
          <w:i/>
        </w:rPr>
        <w:t>“Main ek martaba gaya ek khanqah mein”</w:t>
      </w:r>
    </w:p>
    <w:p>
      <w:r>
        <w:rPr>
          <w:sz w:val="20"/>
        </w:rPr>
        <w:t>15:13  mein aik martaba gaya aik khangah mein to maloom hua ke yahan 24 ghante zikr chalta hai.</w:t>
      </w:r>
      <w:r>
        <w:br/>
      </w:r>
      <w:r>
        <w:rPr>
          <w:sz w:val="20"/>
        </w:rPr>
        <w:t>15:23  zikr to wahan par kya hai? bari lagi hui hai. bari. to mujhe yaad nahi ke kitne aadmi lage thay is bari par.</w:t>
      </w:r>
      <w:r>
        <w:br/>
      </w:r>
      <w:r>
        <w:rPr>
          <w:sz w:val="20"/>
        </w:rPr>
        <w:t>15:39  to kuch der ke liye woh team mein baithe gi, woh Allah Allah Allah Allah kare gi. phir doosri team aye gi, woh Allah Allah Allah Allah kare gi.</w:t>
      </w:r>
      <w:r>
        <w:br/>
      </w:r>
      <w:r>
        <w:rPr>
          <w:sz w:val="20"/>
        </w:rPr>
        <w:t>15:49  phir teesri aye gi. is tarah 24 ghante Allah Allah wahan par goonjta hai. 24 ghante wahan Allah Allah goonjta hai.</w:t>
      </w:r>
      <w:r>
        <w:br/>
      </w:r>
      <w:r>
        <w:rPr>
          <w:sz w:val="20"/>
        </w:rPr>
        <w:t>16:02  to maine kaha, "yeh to repetition to aik record bhi kar sakta hai." aik agar yahi isi ka naam zikr ho to to repetition hai,</w:t>
      </w:r>
      <w:r>
        <w:br/>
      </w:r>
      <w:r>
        <w:rPr>
          <w:sz w:val="20"/>
        </w:rPr>
        <w:t>16:16  woh aik record bhi kar sakta hai. to maine kaha ke nahi, main mind trigger hua. to maine socha, to maine kaha ke yeh nahi hai, yeh aik creative practice hai.</w:t>
      </w:r>
      <w:r>
        <w:br/>
      </w:r>
      <w:r>
        <w:rPr>
          <w:sz w:val="20"/>
        </w:rPr>
        <w:t>16:32  aap soch rahe hain, har jis tarah se, jis tarah se honey bee shehad ki makkhi jo hai, har phool mein, har phool mein nectar transfer kar leti hai.</w:t>
      </w:r>
      <w:r>
        <w:br/>
      </w:r>
      <w:r>
        <w:rPr>
          <w:sz w:val="20"/>
        </w:rPr>
        <w:t>16:48  nectar ka item. aise hi aap ab itna creative thinking aap ke andar ho, itna creative thinking ho ke aap har aekzan mein, har hayaan mein, har aekzan mein, har mauqa mein aap koi zikr ka item, shukr ka item,</w:t>
      </w:r>
      <w:r>
        <w:br/>
      </w:r>
      <w:r>
        <w:rPr>
          <w:sz w:val="20"/>
        </w:rPr>
        <w:t>17:11  acknowledgement ka item discover kar lein.</w:t>
      </w:r>
      <w:r>
        <w:br/>
      </w:r>
      <w:r>
        <w:rPr>
          <w:sz w:val="20"/>
        </w:rPr>
        <w:t>17:17  jise bana zikr kiya aap ko abhi ke safar mein zikr ka item ke aap utre jab Dubai mein aur wahan aap ne paya ke yahan thand nahi hai to shukr ke Khuda ne dekhi, kitna acha intezam kiya ke hum yahan aa ke thand se bach gaye.</w:t>
      </w:r>
    </w:p>
    <w:p>
      <w:pPr>
        <w:pStyle w:val="Heading2"/>
      </w:pPr>
      <w:r>
        <w:t>Robber meeting and trust principle</w:t>
      </w:r>
    </w:p>
    <w:p>
      <w:r>
        <w:rPr>
          <w:color w:val="666666"/>
          <w:sz w:val="18"/>
        </w:rPr>
        <w:t>The Problem of Misunderstanding January 1, 2008 · 1m 20s · at 36:47 · https://youtu.be/_dPjEE4bIKE?t=2207</w:t>
      </w:r>
    </w:p>
    <w:p>
      <w:r>
        <w:rPr>
          <w:i/>
        </w:rPr>
        <w:t>“Just like I once met a robber”</w:t>
      </w:r>
    </w:p>
    <w:p>
      <w:r>
        <w:rPr>
          <w:sz w:val="20"/>
        </w:rPr>
        <w:t>36:47  jaise mein ek bar ek ek dako se mila</w:t>
      </w:r>
      <w:r>
        <w:br/>
      </w:r>
      <w:r>
        <w:rPr>
          <w:sz w:val="20"/>
        </w:rPr>
        <w:t>36:52  woh bohat hi zabardast qism ka dako tha</w:t>
      </w:r>
      <w:r>
        <w:br/>
      </w:r>
      <w:r>
        <w:rPr>
          <w:sz w:val="20"/>
        </w:rPr>
        <w:t>36:56  to ittefaq se mulaqat ho gayi to mujhe Allah ke fazal se kisi se bhi nafrat hoti nahi</w:t>
      </w:r>
      <w:r>
        <w:br/>
      </w:r>
      <w:r>
        <w:rPr>
          <w:sz w:val="20"/>
        </w:rPr>
        <w:t>37:02  to normal tareeqe se mein har waqt se baat karta hoon har ek se to is se mein</w:t>
      </w:r>
      <w:r>
        <w:br/>
      </w:r>
      <w:r>
        <w:rPr>
          <w:sz w:val="20"/>
        </w:rPr>
        <w:t>37:06  ne poocha ke aap apne koi bataiye aap ka jo culture hai is culture ki kuch baatein</w:t>
      </w:r>
      <w:r>
        <w:br/>
      </w:r>
      <w:r>
        <w:rPr>
          <w:sz w:val="20"/>
        </w:rPr>
        <w:t>37:15  to us ne kaha ke hamare haan jhoot ko bardasht nahi bardasht kiya jata koi jhoot bolay to</w:t>
      </w:r>
      <w:r>
        <w:br/>
      </w:r>
      <w:r>
        <w:rPr>
          <w:sz w:val="20"/>
        </w:rPr>
        <w:t>37:21  hum is ko goli maar dete hain kyunke hamara jo business hai hamara jo hamara jo kaam hai</w:t>
      </w:r>
      <w:r>
        <w:br/>
      </w:r>
      <w:r>
        <w:rPr>
          <w:sz w:val="20"/>
        </w:rPr>
        <w:t>37:28  is kaam mein jhoot nahi chal sakta jhoot chalenge to yeh kaam khatam jhoot bolenge to</w:t>
      </w:r>
      <w:r>
        <w:br/>
      </w:r>
      <w:r>
        <w:rPr>
          <w:sz w:val="20"/>
        </w:rPr>
        <w:t>37:33  yeh kaam khatam</w:t>
      </w:r>
      <w:r>
        <w:br/>
      </w:r>
      <w:r>
        <w:rPr>
          <w:sz w:val="20"/>
        </w:rPr>
        <w:t>37:35  kyunke bohat se log mil kar ke daka</w:t>
      </w:r>
      <w:r>
        <w:br/>
      </w:r>
      <w:r>
        <w:rPr>
          <w:sz w:val="20"/>
        </w:rPr>
        <w:t>37:38  dalte hain sab ek doosre par trust karna parta hai trust ek poori community hoti hai woh trust karti hai ek doosre par tab woh poori unity ke sath woh kaam kar paate hain to mein ne us ko ek sabak le liya is se ke dekhiye in ke haan bhi ke sachai ke baghair koi kaam nahi ho sakta dunya mein</w:t>
      </w:r>
      <w:r>
        <w:br/>
      </w:r>
      <w:r>
        <w:rPr>
          <w:sz w:val="20"/>
        </w:rPr>
        <w:t>38:02  sachai ke baghair koi kaam nahi ho sakta dunya mein</w:t>
      </w:r>
    </w:p>
    <w:p>
      <w:pPr>
        <w:pStyle w:val="Heading2"/>
      </w:pPr>
      <w:r>
        <w:t>Gandhi's approval in dream</w:t>
      </w:r>
    </w:p>
    <w:p>
      <w:r>
        <w:rPr>
          <w:color w:val="666666"/>
          <w:sz w:val="18"/>
        </w:rPr>
        <w:t>Principle of Talif al-Qalb (English) May 2, 2009 Maulana Wahiduddin Khan · 1m 24s · at 10:31 · https://youtu.be/rDs0yh-Nsig?t=631</w:t>
      </w:r>
    </w:p>
    <w:p>
      <w:r>
        <w:rPr>
          <w:i/>
        </w:rPr>
        <w:t>“He said, Maulana sahib, aap jo kaam kar rahe hain.”</w:t>
      </w:r>
    </w:p>
    <w:p>
      <w:r>
        <w:rPr>
          <w:sz w:val="20"/>
        </w:rPr>
        <w:t>10:31  . he said, "Maulana sahib, aap jo kaam kar rahe hain, is ko karte rahiye.</w:t>
      </w:r>
      <w:r>
        <w:br/>
      </w:r>
      <w:r>
        <w:rPr>
          <w:sz w:val="20"/>
        </w:rPr>
        <w:t>10:42  Maulana sahib, aap jo kaam kar rahe hain, is ko karte rahiye." then at that time, there was two fountain pen with him.</w:t>
      </w:r>
      <w:r>
        <w:br/>
      </w:r>
      <w:r>
        <w:rPr>
          <w:sz w:val="20"/>
        </w:rPr>
        <w:t>10:55  he gave me this fountain pen,</w:t>
      </w:r>
      <w:r>
        <w:br/>
      </w:r>
      <w:r>
        <w:rPr>
          <w:sz w:val="20"/>
        </w:rPr>
        <w:t>11:01  first one fountain pen, then both this fountain pen he gave me.</w:t>
      </w:r>
      <w:r>
        <w:br/>
      </w:r>
      <w:r>
        <w:rPr>
          <w:sz w:val="20"/>
        </w:rPr>
        <w:t>11:10  so there was some other details of this dream. so by this dream, according to my interpretation, this dream means that Mahatma Gandhi is happy with my mission</w:t>
      </w:r>
      <w:r>
        <w:br/>
      </w:r>
      <w:r>
        <w:rPr>
          <w:sz w:val="20"/>
        </w:rPr>
        <w:t>11:26  , because a very important aspect of mission is to normalize the relationship between Hindus or Muslims. this is an important part of my mission.</w:t>
      </w:r>
      <w:r>
        <w:br/>
      </w:r>
      <w:r>
        <w:rPr>
          <w:sz w:val="20"/>
        </w:rPr>
        <w:t>11:40  since the out set, I am always try to emphasize that Muslims or Hindus both have to live in this country with normal relationship</w:t>
      </w:r>
    </w:p>
    <w:p>
      <w:pPr>
        <w:pStyle w:val="Heading2"/>
      </w:pPr>
      <w:r>
        <w:t>Selection for paradise requires self-made character</w:t>
      </w:r>
    </w:p>
    <w:p>
      <w:r>
        <w:rPr>
          <w:color w:val="666666"/>
          <w:sz w:val="18"/>
        </w:rPr>
        <w:t>How to Become Deserving of Paradise August 16, 2020 Maulana Wahiduddin Khan · 4m 18s · at 0:49 · https://youtu.be/jFXK3TMiqtA?t=49</w:t>
      </w:r>
    </w:p>
    <w:p>
      <w:r>
        <w:rPr>
          <w:i/>
        </w:rPr>
        <w:t>“Aaj ka subject Surah Al-Mulk ki ayat number 2 hai”</w:t>
      </w:r>
    </w:p>
    <w:p>
      <w:r>
        <w:rPr>
          <w:sz w:val="20"/>
        </w:rPr>
        <w:t>0:49  aaj ka subject surah al mulk ki ayat number 2 hai.</w:t>
      </w:r>
      <w:r>
        <w:br/>
      </w:r>
      <w:r>
        <w:rPr>
          <w:sz w:val="20"/>
        </w:rPr>
        <w:t>0:58  khalaq al maut wal hayat li yablakum ayukum asar al amla dekhen, is ayat mein yeh bataya gaya hai ke Allah ne paida kiya insan ko</w:t>
      </w:r>
      <w:r>
        <w:br/>
      </w:r>
      <w:r>
        <w:rPr>
          <w:sz w:val="20"/>
        </w:rPr>
        <w:t>1:16  taake woh in logon ka chunao kare, intekhab kare jo asal bar, asal amal hain,</w:t>
      </w:r>
      <w:r>
        <w:br/>
      </w:r>
      <w:r>
        <w:rPr>
          <w:sz w:val="20"/>
        </w:rPr>
        <w:t>1:30  yani best conduct wale hain.</w:t>
      </w:r>
      <w:r>
        <w:br/>
      </w:r>
      <w:r>
        <w:rPr>
          <w:sz w:val="20"/>
        </w:rPr>
        <w:t>1:35  best conduct wale kon log hain?</w:t>
      </w:r>
      <w:r>
        <w:br/>
      </w:r>
      <w:r>
        <w:rPr>
          <w:sz w:val="20"/>
        </w:rPr>
        <w:t>1:41  yeh kisi mahdood maene mein nahi hai.</w:t>
      </w:r>
      <w:r>
        <w:br/>
      </w:r>
      <w:r>
        <w:rPr>
          <w:sz w:val="20"/>
        </w:rPr>
        <w:t>1:46  best conduct wale woh log hain</w:t>
      </w:r>
      <w:r>
        <w:br/>
      </w:r>
      <w:r>
        <w:rPr>
          <w:sz w:val="20"/>
        </w:rPr>
        <w:t>1:51  jo soch ke aitbar se best thinker hon,</w:t>
      </w:r>
      <w:r>
        <w:br/>
      </w:r>
      <w:r>
        <w:rPr>
          <w:sz w:val="20"/>
        </w:rPr>
        <w:t>2:00  jo character ke aitbar se best character wale hon. in ko mein kaha karta hoon predictable character, predictable character.</w:t>
      </w:r>
      <w:r>
        <w:br/>
      </w:r>
      <w:r>
        <w:rPr>
          <w:sz w:val="20"/>
        </w:rPr>
        <w:t>2:21  toh Allah taala ne yeh duniya jo banai, yeh best insanon ke chunao ke liye, un ke intekhab ke liye.</w:t>
      </w:r>
      <w:r>
        <w:br/>
      </w:r>
      <w:r>
        <w:rPr>
          <w:sz w:val="20"/>
        </w:rPr>
        <w:t>2:38  yeh intekhab kis liye hai?</w:t>
      </w:r>
      <w:r>
        <w:br/>
      </w:r>
      <w:r>
        <w:rPr>
          <w:sz w:val="20"/>
        </w:rPr>
        <w:t>2:42  yeh intekhab hai paradise ko abad karne ke liye.</w:t>
      </w:r>
      <w:r>
        <w:br/>
      </w:r>
      <w:r>
        <w:rPr>
          <w:sz w:val="20"/>
        </w:rPr>
        <w:t>2:53  Allah ne ek duniya banai, ideal world,</w:t>
      </w:r>
      <w:r>
        <w:br/>
      </w:r>
      <w:r>
        <w:rPr>
          <w:sz w:val="20"/>
        </w:rPr>
        <w:t>3:02  is ko hum kehte hain paradise, jannat. toh is jannat ko, is paradise ko</w:t>
      </w:r>
      <w:r>
        <w:br/>
      </w:r>
      <w:r>
        <w:rPr>
          <w:sz w:val="20"/>
        </w:rPr>
        <w:t>3:15  abad karne ke liye Allah ko</w:t>
      </w:r>
      <w:r>
        <w:br/>
      </w:r>
      <w:r>
        <w:rPr>
          <w:sz w:val="20"/>
        </w:rPr>
        <w:t>3:22  best character wale log chahiye.</w:t>
      </w:r>
      <w:r>
        <w:br/>
      </w:r>
      <w:r>
        <w:rPr>
          <w:sz w:val="20"/>
        </w:rPr>
        <w:t>3:31  quran ki ek ayat mein hai</w:t>
      </w:r>
      <w:r>
        <w:br/>
      </w:r>
      <w:r>
        <w:rPr>
          <w:sz w:val="20"/>
        </w:rPr>
        <w:t>3:37  wahasan ulaiqa rafiqan</w:t>
      </w:r>
      <w:r>
        <w:br/>
      </w:r>
      <w:r>
        <w:rPr>
          <w:sz w:val="20"/>
        </w:rPr>
        <w:t>3:43  yani ek hi society, paradise ek hi society, society hogi. is ke liye best neighborhood chahiye, wahasan ulaiqa rafiqan, yani woh log wahan basaye jayenge</w:t>
      </w:r>
      <w:r>
        <w:br/>
      </w:r>
      <w:r>
        <w:rPr>
          <w:sz w:val="20"/>
        </w:rPr>
        <w:t>4:02  jo</w:t>
      </w:r>
      <w:r>
        <w:br/>
      </w:r>
      <w:r>
        <w:rPr>
          <w:sz w:val="20"/>
        </w:rPr>
        <w:t>4:06  apne mahol ke liye, apne sathiyon ke liye, ab duniya ke liye best character wale hon.</w:t>
      </w:r>
      <w:r>
        <w:br/>
      </w:r>
      <w:r>
        <w:rPr>
          <w:sz w:val="20"/>
        </w:rPr>
        <w:t>4:22  aur yeh dekhen, yeh koi farishta nahi aayega batane ke liye ke yeh karo, woh karo. yeh maamla hai,</w:t>
      </w:r>
      <w:r>
        <w:br/>
      </w:r>
      <w:r>
        <w:rPr>
          <w:sz w:val="20"/>
        </w:rPr>
        <w:t>4:37  aap ko khud hi sochna hai, khud hi apne ko gharna hai, khud hi apne ko banana hai. wahasan ulaiqa rafiqan</w:t>
      </w:r>
      <w:r>
        <w:br/>
      </w:r>
      <w:r>
        <w:rPr>
          <w:sz w:val="20"/>
        </w:rPr>
        <w:t>4:52  toh aisi society jo best society ho, aap ko khud hi sochna hai ke woh, woh society ke afraad kaise honge,</w:t>
      </w:r>
    </w:p>
    <w:p>
      <w:pPr>
        <w:pStyle w:val="Heading2"/>
      </w:pPr>
      <w:r>
        <w:t>Intelligent Design is just an old name for God</w:t>
      </w:r>
    </w:p>
    <w:p>
      <w:r>
        <w:rPr>
          <w:color w:val="666666"/>
          <w:sz w:val="18"/>
        </w:rPr>
        <w:t>Physical Science or Divine Science November 25, 2012 · 37s · at 20:06 · https://youtu.be/BaWTblQLpE4?t=1206</w:t>
      </w:r>
    </w:p>
    <w:p>
      <w:r>
        <w:rPr>
          <w:i/>
        </w:rPr>
        <w:t>“Intelligent design — ATOZ, an old name of God”</w:t>
      </w:r>
    </w:p>
    <w:p>
      <w:r>
        <w:rPr>
          <w:sz w:val="20"/>
        </w:rPr>
        <w:t>20:06  ab kya baat reh gayi hai? mujhe bataiye, intelligent, intelligent design jo hai, it a town lead a name of god.</w:t>
      </w:r>
      <w:r>
        <w:br/>
      </w:r>
      <w:r>
        <w:rPr>
          <w:sz w:val="20"/>
        </w:rPr>
        <w:t>20:18  aap ghor kijiye, intelligent design ka lafz jo hai, is ka matlab kya hai? it a zana adar name of god.</w:t>
      </w:r>
      <w:r>
        <w:br/>
      </w:r>
      <w:r>
        <w:rPr>
          <w:sz w:val="20"/>
        </w:rPr>
        <w:t>20:28  to science jo hai, woh god ka naam nahin leti, woh creator ka naam nahin leti, lekin is ki tehqeeqat toh creation mein chal rahi hain. creation mein</w:t>
      </w:r>
    </w:p>
    <w:p>
      <w:pPr>
        <w:pStyle w:val="Heading2"/>
      </w:pPr>
      <w:r>
        <w:t>Fake laughter, Chaplin joke, mother's hidden grief</w:t>
      </w:r>
    </w:p>
    <w:p>
      <w:r>
        <w:rPr>
          <w:color w:val="666666"/>
          <w:sz w:val="18"/>
        </w:rPr>
        <w:t>The Glory Of God 5 February 2006 - Maulana Wahiduddin Khan · 5m 35s · at 18:36 · https://youtu.be/Yah55gLyV8I?t=1116</w:t>
      </w:r>
    </w:p>
    <w:p>
      <w:r>
        <w:rPr>
          <w:i/>
        </w:rPr>
        <w:t>“Jo log qahqahe lagate hain wo jhoote qahqahe hote hain”</w:t>
      </w:r>
    </w:p>
    <w:p>
      <w:r>
        <w:rPr>
          <w:sz w:val="20"/>
        </w:rPr>
        <w:t>18:36  . insan apne aap se un aware hone ki wajah se bohat hi superfluous qism ki cheezon mein apne ko busy rakhta hai.</w:t>
      </w:r>
      <w:r>
        <w:br/>
      </w:r>
      <w:r>
        <w:rPr>
          <w:sz w:val="20"/>
        </w:rPr>
        <w:t>18:46  aur jhooti khushi, jhooti khushi hans kar khush hota hai. aap yaqeen kijiye ke jo log qehqe lagate hain woh jhoote qehqe hote hain.</w:t>
      </w:r>
      <w:r>
        <w:br/>
      </w:r>
      <w:r>
        <w:rPr>
          <w:sz w:val="20"/>
        </w:rPr>
        <w:t>18:56  mujhe zara bhi shaq nahi. un ke dil mein qehqa nahi hota. un ke dil mein koi khushi nahi hoti.</w:t>
      </w:r>
      <w:r>
        <w:br/>
      </w:r>
      <w:r>
        <w:rPr>
          <w:sz w:val="20"/>
        </w:rPr>
        <w:t>19:04  jhoote qehqe lagate hain. aur dekhne wale samajh, dekhne wale samajh lete hain ke woh khush hain.</w:t>
      </w:r>
      <w:r>
        <w:br/>
      </w:r>
      <w:r>
        <w:rPr>
          <w:sz w:val="20"/>
        </w:rPr>
        <w:t>19:15  koi khush nahi hai. Bertrand Russell ne ek kitaab likhi hai, happiness. woh likhta hai ke happiness is duniya mein possible hi nahi hai.</w:t>
      </w:r>
      <w:r>
        <w:br/>
      </w:r>
      <w:r>
        <w:rPr>
          <w:sz w:val="20"/>
        </w:rPr>
        <w:t>19:25  to woh masnooi, banawati hansi hote hain jo kisi ke chehre par aap dekhte hain.</w:t>
      </w:r>
      <w:r>
        <w:br/>
      </w:r>
      <w:r>
        <w:rPr>
          <w:sz w:val="20"/>
        </w:rPr>
        <w:t>19:30  aap magazine mein, aap paper mein dekhte hain hansta hua ek chehra. rangin photo. yeh sab masnooi hota hai.</w:t>
      </w:r>
      <w:r>
        <w:br/>
      </w:r>
      <w:r>
        <w:rPr>
          <w:sz w:val="20"/>
        </w:rPr>
        <w:t>19:43  ho ho culture jo aaj kal chala hua hai darasal woh bhlawa culture hai. ho ho culture khushi ke liye nahi hota hai. bhlawa ke liye hota hai.</w:t>
      </w:r>
      <w:r>
        <w:br/>
      </w:r>
      <w:r>
        <w:rPr>
          <w:sz w:val="20"/>
        </w:rPr>
        <w:t>19:55  kyun ke aadmi andar se seed hai. to woh kya kar</w:t>
      </w:r>
      <w:r>
        <w:br/>
      </w:r>
      <w:r>
        <w:rPr>
          <w:sz w:val="20"/>
        </w:rPr>
        <w:t>19:59  ta hai, ho ha kar ke apne ko zahiri taur par. jaise sharab pi kar koi apne aap ko masnooi taur par peace hasil karay.</w:t>
      </w:r>
      <w:r>
        <w:br/>
      </w:r>
      <w:r>
        <w:rPr>
          <w:sz w:val="20"/>
        </w:rPr>
        <w:t>20:14  isi tarah se haal hai insaan ka.</w:t>
      </w:r>
      <w:r>
        <w:br/>
      </w:r>
      <w:r>
        <w:rPr>
          <w:sz w:val="20"/>
        </w:rPr>
        <w:t>20:18  mein ne aik martaba parha tha aik qissa. ke</w:t>
      </w:r>
      <w:r>
        <w:br/>
      </w:r>
      <w:r>
        <w:rPr>
          <w:sz w:val="20"/>
        </w:rPr>
        <w:t>20:27  aik britain mein aik aadmi. britain mein aik shakhs jo counseling karta tha.</w:t>
      </w:r>
      <w:r>
        <w:br/>
      </w:r>
      <w:r>
        <w:rPr>
          <w:sz w:val="20"/>
        </w:rPr>
        <w:t>20:36  psychiatrist tha is ke paas aik case aaya.</w:t>
      </w:r>
      <w:r>
        <w:br/>
      </w:r>
      <w:r>
        <w:rPr>
          <w:sz w:val="20"/>
        </w:rPr>
        <w:t>20:42  aik aadmi aaya us ne kaha ke mein bohat seed rehta hoon. bohat tension rehta hai. bohat gham mein rehta hoon mein.</w:t>
      </w:r>
      <w:r>
        <w:br/>
      </w:r>
      <w:r>
        <w:rPr>
          <w:sz w:val="20"/>
        </w:rPr>
        <w:t>20:51  to mujhe koi aisi cheez bataiye ke mein khush reh sakoon. mera tension khatam ho jaye. to psychiatrist ne kaha ke tum charlie chaplin ke show dekha karo.</w:t>
      </w:r>
      <w:r>
        <w:br/>
      </w:r>
      <w:r>
        <w:rPr>
          <w:sz w:val="20"/>
        </w:rPr>
        <w:t>21:09  aap mein se kai log jante honge ke charlie chaplin aik angrez tha. woh joke mein mashhoor tha.</w:t>
      </w:r>
      <w:r>
        <w:br/>
      </w:r>
      <w:r>
        <w:rPr>
          <w:sz w:val="20"/>
        </w:rPr>
        <w:t>21:20  to woh cinema mein aata tha aur woh joke kar ke logon ko hansaya karta tha.</w:t>
      </w:r>
      <w:r>
        <w:br/>
      </w:r>
      <w:r>
        <w:rPr>
          <w:sz w:val="20"/>
        </w:rPr>
        <w:t>21:29  to us ne kaha ke tum charlie chaplin ke show dekha karo.</w:t>
      </w:r>
      <w:r>
        <w:br/>
      </w:r>
      <w:r>
        <w:rPr>
          <w:sz w:val="20"/>
        </w:rPr>
        <w:t>21:37  to aanay walay ne kaha</w:t>
      </w:r>
      <w:r>
        <w:br/>
      </w:r>
      <w:r>
        <w:rPr>
          <w:sz w:val="20"/>
        </w:rPr>
        <w:t>21:41  ke mein hi to charlie chaplin hoon.</w:t>
      </w:r>
      <w:r>
        <w:br/>
      </w:r>
      <w:r>
        <w:rPr>
          <w:sz w:val="20"/>
        </w:rPr>
        <w:t>21:47  mein hi to charlie chaplin hoon. yaqeen kijiye ke yeh aik aadmi ka case nahi, yeh sab ka case hai.</w:t>
      </w:r>
      <w:r>
        <w:br/>
      </w:r>
      <w:r>
        <w:rPr>
          <w:sz w:val="20"/>
        </w:rPr>
        <w:t>21:58  aap yaqeen kijiye ke is maamlay mein soorat-e-haal yeh hai ke aik maa ka bachcha gum ho gaya ho. akela bachcha.</w:t>
      </w:r>
      <w:r>
        <w:br/>
      </w:r>
      <w:r>
        <w:rPr>
          <w:sz w:val="20"/>
        </w:rPr>
        <w:t>22:06  aik maa ko aik khoobsurat beta paida hua. aur phir kisi wajah se woh gum ho gaya. agar woh maa kisi waqt hans rahi ho to kya aap samajhte hain ke woh sach much hans rahi hai woh?</w:t>
      </w:r>
      <w:r>
        <w:br/>
      </w:r>
      <w:r>
        <w:rPr>
          <w:sz w:val="20"/>
        </w:rPr>
        <w:t>22:22  apne gham ko bhula rahi hai.</w:t>
      </w:r>
      <w:r>
        <w:br/>
      </w:r>
      <w:r>
        <w:rPr>
          <w:sz w:val="20"/>
        </w:rPr>
        <w:t>22:28  us ka beta us ke dil mein itna baitha hua hoga.</w:t>
      </w:r>
      <w:r>
        <w:br/>
      </w:r>
      <w:r>
        <w:rPr>
          <w:sz w:val="20"/>
        </w:rPr>
        <w:t>22:33  ke woh khushi ka word to zaroor us ki dictionary mein hoga. magar khushi ki haqeeqat se woh bekhabar hogi. to aisi maa kabhi aisa dikhai par sakta hai ke woh hans rahi ho logon ke paas baith kar ke.</w:t>
      </w:r>
      <w:r>
        <w:br/>
      </w:r>
      <w:r>
        <w:rPr>
          <w:sz w:val="20"/>
        </w:rPr>
        <w:t>22:50  lekin us ka dil seed hoga. us ke dil mein gham hoga.</w:t>
      </w:r>
      <w:r>
        <w:br/>
      </w:r>
      <w:r>
        <w:rPr>
          <w:sz w:val="20"/>
        </w:rPr>
        <w:t>22:56  kyun ke jo asal cheez khushi ki hai us ke liye wahi nahi mili us ko. wahi nahi mili.</w:t>
      </w:r>
      <w:r>
        <w:br/>
      </w:r>
      <w:r>
        <w:rPr>
          <w:sz w:val="20"/>
        </w:rPr>
        <w:t>23:06  yahi saaray insaanon ka haal hai.</w:t>
      </w:r>
      <w:r>
        <w:br/>
      </w:r>
      <w:r>
        <w:rPr>
          <w:sz w:val="20"/>
        </w:rPr>
        <w:t>23:11  saari khushiyan be-maani hain kyun ke khushiyon ka jo asal source hai wahi nahi mila inhain. aur woh un ka creator, woh un ka god.</w:t>
      </w:r>
      <w:r>
        <w:br/>
      </w:r>
      <w:r>
        <w:rPr>
          <w:sz w:val="20"/>
        </w:rPr>
        <w:t>23:28  jis ki zindagi mein khuda nahi, us ki zindagi mein khushi nahi.</w:t>
      </w:r>
      <w:r>
        <w:br/>
      </w:r>
      <w:r>
        <w:rPr>
          <w:sz w:val="20"/>
        </w:rPr>
        <w:t>23:35  jis ki zindagi mein khuda nahi, us ki zindagi mein kuch bhi nahi. woh lakri ke barabar hai.</w:t>
      </w:r>
      <w:r>
        <w:br/>
      </w:r>
      <w:r>
        <w:rPr>
          <w:sz w:val="20"/>
        </w:rPr>
        <w:t>23:45  theek usi tarah is ki zindagi mein is ka mehboob beta nahi, is ki koi zindagi nahi.</w:t>
      </w:r>
      <w:r>
        <w:br/>
      </w:r>
      <w:r>
        <w:rPr>
          <w:sz w:val="20"/>
        </w:rPr>
        <w:t>23:54  jis maa ki zindagi bete se mehroom ho gayi ho, us ke liye koi cheez na khushi hai, na lazzat hai, na kuch hai. wahi haal is insaan ka hai jis ki zindagi mein Khuda shamil na hua ho.</w:t>
      </w:r>
    </w:p>
    <w:p>
      <w:pPr>
        <w:pStyle w:val="Heading2"/>
      </w:pPr>
      <w:r>
        <w:t>This is age of opportunity</w:t>
      </w:r>
    </w:p>
    <w:p>
      <w:r>
        <w:rPr>
          <w:color w:val="666666"/>
          <w:sz w:val="18"/>
        </w:rPr>
        <w:t>Global Message December 30, 2018 Maulana Wahiduddin Khan · 24s · at 39:25 · https://youtu.be/Ml_PyAxx8OE?t=2365</w:t>
      </w:r>
    </w:p>
    <w:p>
      <w:r>
        <w:rPr>
          <w:i/>
        </w:rPr>
        <w:t>“Ab to zamanah opportunity ka hai.”</w:t>
      </w:r>
    </w:p>
    <w:p>
      <w:r>
        <w:rPr>
          <w:sz w:val="20"/>
        </w:rPr>
        <w:t>39:25  ab to sirf opportunity ka zamana aa gaya. pehle ki duniya mein agar problem ka zamana tha, problem ka, ab to zamana opportunity ka zamana hai.</w:t>
      </w:r>
      <w:r>
        <w:br/>
      </w:r>
      <w:r>
        <w:rPr>
          <w:sz w:val="20"/>
        </w:rPr>
        <w:t>39:40  to is ko avail karo, is ki planning karo, is baat ki planning karo ke kis tarah se</w:t>
      </w:r>
    </w:p>
    <w:p>
      <w:pPr>
        <w:pStyle w:val="Heading2"/>
      </w:pPr>
      <w:r>
        <w:t>Dajjal meaning and types of deception</w:t>
      </w:r>
    </w:p>
    <w:p>
      <w:r>
        <w:rPr>
          <w:color w:val="666666"/>
          <w:sz w:val="18"/>
        </w:rPr>
        <w:t>Dajjal and Dajjalism | July 26, 2009 · 1m 30s · at 0:43 · https://youtu.be/CrB6NhxHfTI?t=43</w:t>
      </w:r>
    </w:p>
    <w:p>
      <w:r>
        <w:rPr>
          <w:i/>
        </w:rPr>
        <w:t>“Dajjal bahut hi mashhoor lafz hai”</w:t>
      </w:r>
    </w:p>
    <w:p>
      <w:r>
        <w:rPr>
          <w:sz w:val="20"/>
        </w:rPr>
        <w:t>0:43  dajjal bohat hi mashhoor lafz hai, sab log jante hain is ko.</w:t>
      </w:r>
      <w:r>
        <w:br/>
      </w:r>
      <w:r>
        <w:rPr>
          <w:sz w:val="20"/>
        </w:rPr>
        <w:t>0:51  Lekin main samajhta hoon ke concept clear nahin hai is maamle mein.</w:t>
      </w:r>
      <w:r>
        <w:br/>
      </w:r>
      <w:r>
        <w:rPr>
          <w:sz w:val="20"/>
        </w:rPr>
        <w:t>0:58  is ko samajhne ke liye humein thoda sa ghor karna chahiye.</w:t>
      </w:r>
      <w:r>
        <w:br/>
      </w:r>
      <w:r>
        <w:rPr>
          <w:sz w:val="20"/>
        </w:rPr>
        <w:t>1:06  دیکھیں، دجال کا جو literal meaning ہے وہ ہے deceiving</w:t>
      </w:r>
      <w:r>
        <w:br/>
      </w:r>
      <w:r>
        <w:rPr>
          <w:sz w:val="20"/>
        </w:rPr>
        <w:t>1:13  ۔ dajjal jo hai noun hai to is ka matlab hoga great deceiver. yaani is mein mubalgha bhi hai. to dajjal ka matlab hai great deceiver. dekhen, yeh jo deceiving ka kaam hai yeh shaitan ka kaam hai. aur hadee</w:t>
      </w:r>
      <w:r>
        <w:br/>
      </w:r>
      <w:r>
        <w:rPr>
          <w:sz w:val="20"/>
        </w:rPr>
        <w:t>1:43  sa mein aata hai ke surasoon dajaloon kazzaboon.</w:t>
      </w:r>
      <w:r>
        <w:br/>
      </w:r>
      <w:r>
        <w:rPr>
          <w:sz w:val="20"/>
        </w:rPr>
        <w:t>1:48  yani jo gumrah karne wale log hain, jo leader hon ya shaitan hon, un ka tareeqa yahi hai</w:t>
      </w:r>
      <w:r>
        <w:br/>
      </w:r>
      <w:r>
        <w:rPr>
          <w:sz w:val="20"/>
        </w:rPr>
        <w:t>1:53  ke woh dajal karte hain.</w:t>
      </w:r>
      <w:r>
        <w:br/>
      </w:r>
      <w:r>
        <w:rPr>
          <w:sz w:val="20"/>
        </w:rPr>
        <w:t>1:58  yani desieve karte hain.</w:t>
      </w:r>
      <w:r>
        <w:br/>
      </w:r>
      <w:r>
        <w:rPr>
          <w:sz w:val="20"/>
        </w:rPr>
        <w:t>2:03  to aap ghore kijiye to dajal ka kaam shuru ho gaya tha jab insan paida hua jabi se.</w:t>
      </w:r>
      <w:r>
        <w:br/>
      </w:r>
      <w:r>
        <w:rPr>
          <w:sz w:val="20"/>
        </w:rPr>
        <w:t>2:08  pehlay jo dajal hua, pehlay jo dajal hota tha woh</w:t>
      </w:r>
    </w:p>
    <w:p>
      <w:pPr>
        <w:pStyle w:val="Heading2"/>
      </w:pPr>
      <w:r>
        <w:t>Quran: worldly needs met, paradise fulfills every desire</w:t>
      </w:r>
    </w:p>
    <w:p>
      <w:r>
        <w:rPr>
          <w:color w:val="666666"/>
          <w:sz w:val="18"/>
        </w:rPr>
        <w:t>The Concept of Paradise in Islam May 27, 2012 Maulana Wahiduddin Khan · 43s · at 46:39 · https://youtu.be/vrXgNg6BLnE?t=2799</w:t>
      </w:r>
    </w:p>
    <w:p>
      <w:r>
        <w:rPr>
          <w:i/>
        </w:rPr>
        <w:t>“Do Quran ki ayaten hain, dunya aur jannat ka farq”</w:t>
      </w:r>
    </w:p>
    <w:p>
      <w:r>
        <w:rPr>
          <w:sz w:val="20"/>
        </w:rPr>
        <w:t>46:39  dekhein, do aayatein hain, is par ghore kijiye aap. dunya ke bare mein hai: "waatakum min kull ma saaltumoo". yeh dunya ke bare mein hai: "waatakum min kull ma saaltumoo".</w:t>
      </w:r>
      <w:r>
        <w:br/>
      </w:r>
      <w:r>
        <w:rPr>
          <w:sz w:val="20"/>
        </w:rPr>
        <w:t>46:53  aaqirat ke bare mein hai: "walakum fiha ma tashtahi nafsakum". yaani dunya mein baqadar zarorat, jannat mein baqadar ishtaha.</w:t>
      </w:r>
      <w:r>
        <w:br/>
      </w:r>
      <w:r>
        <w:rPr>
          <w:sz w:val="20"/>
        </w:rPr>
        <w:t>47:05  kaisi ajeeb baat hai?</w:t>
      </w:r>
      <w:r>
        <w:br/>
      </w:r>
      <w:r>
        <w:rPr>
          <w:sz w:val="20"/>
        </w:rPr>
        <w:t>47:08  kaisi ajeeb baat hai? yeh dunya mein hamare yahi muqaddar hai ke hum hamari zaroriyat poori ho saken, ishtaha nahi poori ho sakti, desire nahi poori ho sakti.</w:t>
      </w:r>
    </w:p>
    <w:p>
      <w:pPr>
        <w:pStyle w:val="Heading2"/>
      </w:pPr>
      <w:r>
        <w:t>Kafir is a technical term, not a label</w:t>
      </w:r>
    </w:p>
    <w:p>
      <w:r>
        <w:rPr>
          <w:color w:val="666666"/>
          <w:sz w:val="18"/>
        </w:rPr>
        <w:t>Al Risala Dec, 2017 · 2m 09s · at 43:17 · https://youtu.be/-bHsd7QNspw?t=2597</w:t>
      </w:r>
    </w:p>
    <w:p>
      <w:r>
        <w:rPr>
          <w:i/>
        </w:rPr>
        <w:t>“Islam mein rasool ek istilahi lafz hai”</w:t>
      </w:r>
    </w:p>
    <w:p>
      <w:r>
        <w:rPr>
          <w:sz w:val="20"/>
        </w:rPr>
        <w:t>43:17  Islam mein rasool ek istilahi lafz hai. Istilah ke aitbar se is ka mafhoom hai firistada-e-khuda ya messenger of god.</w:t>
      </w:r>
      <w:r>
        <w:br/>
      </w:r>
      <w:r>
        <w:rPr>
          <w:sz w:val="20"/>
        </w:rPr>
        <w:t>43:29  sahaba se murad rasool Allah ka woh mu'assir insan hai jis ne barah-e-rast aap se deen ko paya ho aur is ko ikhlas ke sath apna liya.</w:t>
      </w:r>
      <w:r>
        <w:br/>
      </w:r>
      <w:r>
        <w:rPr>
          <w:sz w:val="20"/>
        </w:rPr>
        <w:t>43:44  isi tarah Islam mein kafir bhi ek istilahi lafz hai. Kafir ka lughwi mafhoom hai inkar karne wala, magar istilahi aitbar se is ka matlab hai munkir-e-rasool.</w:t>
      </w:r>
      <w:r>
        <w:br/>
      </w:r>
      <w:r>
        <w:rPr>
          <w:sz w:val="20"/>
        </w:rPr>
        <w:t>43:58  ya'ni rasool Allah ka woh mu'assir insan jis ne barah-e-rast rasool se deen ko paya, lekin is ne is ka itraf nahi kiya, balke woh is ka munkir ban gaya.</w:t>
      </w:r>
      <w:r>
        <w:br/>
      </w:r>
      <w:r>
        <w:rPr>
          <w:sz w:val="20"/>
        </w:rPr>
        <w:t>44:12  is aitbar se Islam mein kafir ka matlab hai mu'assir munkir-e-rasool. Kafir koi qaumi laqab nahi.</w:t>
      </w:r>
      <w:r>
        <w:br/>
      </w:r>
      <w:r>
        <w:rPr>
          <w:sz w:val="20"/>
        </w:rPr>
        <w:t>44:22  is ka matlab yeh nahi hai ke jo musalman na ho woh kafir hai. Haqiqat yeh hai ke asal mein har aadmi ek insan hai.</w:t>
      </w:r>
      <w:r>
        <w:br/>
      </w:r>
      <w:r>
        <w:rPr>
          <w:sz w:val="20"/>
        </w:rPr>
        <w:t>44:33  dunyavi ta'alluqat ke aitbar se ek insan aur doosre insan mein koi farq nahi. Farq ka ta'alluq Allah Rabb-ul-Alameen se hai.</w:t>
      </w:r>
      <w:r>
        <w:br/>
      </w:r>
      <w:r>
        <w:rPr>
          <w:sz w:val="20"/>
        </w:rPr>
        <w:t>44:45  qayamat mein Allah Rabb-ul-Alameen kisi insan ko jo darja de, wohi is ka darja hai. Dunya ki zindagi mein kisi ko yeh haq nahi ke woh ba taur-e-khud kisi ko ghair qaum ya kafir qaum kahe.</w:t>
      </w:r>
      <w:r>
        <w:br/>
      </w:r>
      <w:r>
        <w:rPr>
          <w:sz w:val="20"/>
        </w:rPr>
        <w:t>45:03  kafir ke lafz ka rawaji istemal hum aur ghair, we and they ka tasawwur paida karta hai. Halanke Islam ke mutabiq sahih ta'alluq woh hai jo hum aur hum, we and we ke tasawwur par qaim ho.</w:t>
      </w:r>
    </w:p>
    <w:p>
      <w:pPr>
        <w:pStyle w:val="Heading2"/>
      </w:pPr>
      <w:r>
        <w:t>Why hurrying to break the fast reflects a living spirit</w:t>
      </w:r>
    </w:p>
    <w:p>
      <w:r>
        <w:rPr>
          <w:color w:val="666666"/>
          <w:sz w:val="18"/>
        </w:rPr>
        <w:t>In Conversation with Maulana Wahiduddin Khan (Amaal-e-Ramadan) 25 Aug, 2007 · 1m 41s · at 17:19 · https://youtu.be/DRE5UnumqIY?t=1039</w:t>
      </w:r>
    </w:p>
    <w:p>
      <w:r>
        <w:rPr>
          <w:i/>
        </w:rPr>
        <w:t>“La yazaal an-naas bikhair ma ajjalul fitr”</w:t>
      </w:r>
    </w:p>
    <w:p>
      <w:r>
        <w:rPr>
          <w:sz w:val="20"/>
        </w:rPr>
        <w:t>17:19  is aitbar se iftar ke bare mein jo hadees mein aata hai ke la yazaalun naasu bi khairin ma 'ajjala al-fitr, is ka bhi matlab yahi hoga.</w:t>
      </w:r>
      <w:r>
        <w:br/>
      </w:r>
      <w:r>
        <w:rPr>
          <w:sz w:val="20"/>
        </w:rPr>
        <w:t>17:28  is ka matlab yeh hai ke asal mein is ko is ke is ke is ke peeche jo mafhoom hai, us ko samajhne ki zaroorat hai. ji, is ka mani yeh hai ke jab tak spirit zinda rahe gi.</w:t>
      </w:r>
      <w:r>
        <w:br/>
      </w:r>
      <w:r>
        <w:rPr>
          <w:sz w:val="20"/>
        </w:rPr>
        <w:t>17:39  hmm, yaani alfaaz to yeh hain ke log khair par rahen ge jab tak woh iftar mein jaldi karte rahen ge. jaldi ka mani yeh nahi ke suraj dikhai de raha ho, iftar kar liya.</w:t>
      </w:r>
      <w:r>
        <w:br/>
      </w:r>
      <w:r>
        <w:rPr>
          <w:sz w:val="20"/>
        </w:rPr>
        <w:t>17:49  ji, nahi, waqt hua, bas iftar kar liya. ek ehtiyati izafa jo karte hain log, bhai panch minute ehtiyat kar lo. hmm,</w:t>
      </w:r>
      <w:r>
        <w:br/>
      </w:r>
      <w:r>
        <w:rPr>
          <w:sz w:val="20"/>
        </w:rPr>
        <w:t>17:59  yaani time hone ke baad bhi ehtiyat karte hain log. haan, bilkul. hmm, calendar mein chupa hua hai, kehte hain ke bhai panch minute ehtiyat kar lo, do minute ehtiyat kar lo. yeh kya hai?</w:t>
      </w:r>
      <w:r>
        <w:br/>
      </w:r>
      <w:r>
        <w:rPr>
          <w:sz w:val="20"/>
        </w:rPr>
        <w:t>18:08  yeh mizaj jo hai, yeh daur-e-zawaal ki alamat hai. ji, ehtiyat kyun karen? jab time hoga to iftar kar len. kis liye ehtiyat?</w:t>
      </w:r>
      <w:r>
        <w:br/>
      </w:r>
      <w:r>
        <w:rPr>
          <w:sz w:val="20"/>
        </w:rPr>
        <w:t>18:17  aam taur par log ehtiyat hi karte hain.</w:t>
      </w:r>
      <w:r>
        <w:br/>
      </w:r>
      <w:r>
        <w:rPr>
          <w:sz w:val="20"/>
        </w:rPr>
        <w:t>18:19  ehtiyat, ehtiyat ka tasawwur jo hai, woh daur-e-zawaal ki alamat hai. hmm, bas waqt hoga to iftar kar lijiyey. ehtiyat kya hai?</w:t>
      </w:r>
      <w:r>
        <w:br/>
      </w:r>
      <w:r>
        <w:rPr>
          <w:sz w:val="20"/>
        </w:rPr>
        <w:t>18:28  ehtiyat ki koi zaroorat hi nahi hai. ji, asal cheez yeh hai ke yeh priority ka muamla hai. jab jab logon ke andar spirit zinda ho to saari ahmiyat jo spirit ko di jati hai.</w:t>
      </w:r>
      <w:r>
        <w:br/>
      </w:r>
      <w:r>
        <w:rPr>
          <w:sz w:val="20"/>
        </w:rPr>
        <w:t>18:39  hmm, aur spirit zinda na ho to saari ahmiyat form ko di jati hai.</w:t>
      </w:r>
      <w:r>
        <w:br/>
      </w:r>
      <w:r>
        <w:rPr>
          <w:sz w:val="20"/>
        </w:rPr>
        <w:t>18:43  yeh us daur ki pehchan hai jab ke form ko ahmiyat di jaane lagi ho. ji, to rasool Allah ne jo baat fermai, us ka matlab yeh hai ke us waqt tak ummat khair par rahe gi jab tak is ka spirit zinda ho,</w:t>
      </w:r>
    </w:p>
    <w:p>
      <w:pPr>
        <w:pStyle w:val="Heading2"/>
      </w:pPr>
      <w:r>
        <w:t>This life is the only chance, there is no second chance</w:t>
      </w:r>
    </w:p>
    <w:p>
      <w:r>
        <w:rPr>
          <w:color w:val="666666"/>
          <w:sz w:val="18"/>
        </w:rPr>
        <w:t>Return to Paradise May 30, 2009 · 1m 43s · at 55:59 · https://youtu.be/WnsvBfxBpVQ?t=3359</w:t>
      </w:r>
    </w:p>
    <w:p>
      <w:r>
        <w:rPr>
          <w:i/>
        </w:rPr>
        <w:t>“Don't lose this chance, because there is no second chance”</w:t>
      </w:r>
    </w:p>
    <w:p>
      <w:r>
        <w:rPr>
          <w:sz w:val="20"/>
        </w:rPr>
        <w:t>55:59  so everyone who loses this chance, this only one chance, there is no second chance. we are given a chance here in this world to develop that kind of personality, who will be given entry into paradise.</w:t>
      </w:r>
      <w:r>
        <w:br/>
      </w:r>
      <w:r>
        <w:rPr>
          <w:sz w:val="20"/>
        </w:rPr>
        <w:t>56:21  so don't lose this chance, because there is no other chance, no second chance.</w:t>
      </w:r>
      <w:r>
        <w:br/>
      </w:r>
      <w:r>
        <w:rPr>
          <w:sz w:val="20"/>
        </w:rPr>
        <w:t>56:30  there is no second chance,</w:t>
      </w:r>
      <w:r>
        <w:br/>
      </w:r>
      <w:r>
        <w:rPr>
          <w:sz w:val="20"/>
        </w:rPr>
        <w:t>56:36  there is no second chance.</w:t>
      </w:r>
      <w:r>
        <w:br/>
      </w:r>
      <w:r>
        <w:rPr>
          <w:sz w:val="20"/>
        </w:rPr>
        <w:t>56:45  so we have to, we have to ponder over this matter, we have to contemplate this matter,</w:t>
      </w:r>
      <w:r>
        <w:br/>
      </w:r>
      <w:r>
        <w:rPr>
          <w:sz w:val="20"/>
        </w:rPr>
        <w:t>56:57  we have to introspect, we have to reassess, we have to revise our life,</w:t>
      </w:r>
      <w:r>
        <w:br/>
      </w:r>
      <w:r>
        <w:rPr>
          <w:sz w:val="20"/>
        </w:rPr>
        <w:t>57:10  because we cannot afford to lose this chance.</w:t>
      </w:r>
      <w:r>
        <w:br/>
      </w:r>
      <w:r>
        <w:rPr>
          <w:sz w:val="20"/>
        </w:rPr>
        <w:t>57:17  we cannot afford to lose this chance. if you lose this chance, then there is no other chance.</w:t>
      </w:r>
      <w:r>
        <w:br/>
      </w:r>
      <w:r>
        <w:rPr>
          <w:sz w:val="20"/>
        </w:rPr>
        <w:t>57:30  so i would like to suggest you that you have to read quran to find out the answer to this question.</w:t>
      </w:r>
    </w:p>
    <w:p>
      <w:pPr>
        <w:pStyle w:val="Heading2"/>
      </w:pPr>
      <w:r>
        <w:t>Ibrahim and Ismail build the Kaaba together</w:t>
      </w:r>
    </w:p>
    <w:p>
      <w:r>
        <w:rPr>
          <w:color w:val="666666"/>
          <w:sz w:val="18"/>
        </w:rPr>
        <w:t>Historical Aspects of Hajj November 1, 2008 · 1m 55s · at 23:45 · https://youtu.be/-cHslxrgNeE?t=1425</w:t>
      </w:r>
    </w:p>
    <w:p>
      <w:r>
        <w:rPr>
          <w:i/>
        </w:rPr>
        <w:t>“Mujhe khuda ne hukum diya hai ke main yahan ek ghar banaun”</w:t>
      </w:r>
    </w:p>
    <w:p>
      <w:r>
        <w:rPr>
          <w:sz w:val="20"/>
        </w:rPr>
        <w:t>23:45  jab Hazrat Ismail bade ho gaye to phir Hazrat Ibrahim aaye. unhone kaha ke dekho mujhe Khuda ne hukum diya hai</w:t>
      </w:r>
      <w:r>
        <w:br/>
      </w:r>
      <w:r>
        <w:rPr>
          <w:sz w:val="20"/>
        </w:rPr>
        <w:t>23:57  ke main yahan par ek ghar banaoon. ghar mani ibadatgah. to tum meri madad karo. madad mani kya the? aas paas se pahadon se pathar lana.</w:t>
      </w:r>
      <w:r>
        <w:br/>
      </w:r>
      <w:r>
        <w:rPr>
          <w:sz w:val="20"/>
        </w:rPr>
        <w:t>24:08  kyunke wahan eent the nahin. koi patharon se ghar banana tha.</w:t>
      </w:r>
      <w:r>
        <w:br/>
      </w:r>
      <w:r>
        <w:rPr>
          <w:sz w:val="20"/>
        </w:rPr>
        <w:t>24:15  yani pathar koi tarashe hue nahin the. to Hazrat Ismail jo the woh idhar udhar se dhoond dhoond ke pathar late the.</w:t>
      </w:r>
      <w:r>
        <w:br/>
      </w:r>
      <w:r>
        <w:rPr>
          <w:sz w:val="20"/>
        </w:rPr>
        <w:t>24:25  aur Hazrat Ibrahim us ko chun chun ke deewar banate the.</w:t>
      </w:r>
      <w:r>
        <w:br/>
      </w:r>
      <w:r>
        <w:rPr>
          <w:sz w:val="20"/>
        </w:rPr>
        <w:t>24:38  to dono ne mil kar ke woh imarat banai jis ko hum kehte hain Ka'bah.</w:t>
      </w:r>
      <w:r>
        <w:br/>
      </w:r>
      <w:r>
        <w:rPr>
          <w:sz w:val="20"/>
        </w:rPr>
        <w:t>24:50  un to Hazrat Ibrahim ne aur Hazrat Ismail ne mil kar ke kaha pehli masjid banai. par is sense mein pehli is is sense mein ke jo jo daur tauheed aaya tha dunya mein.</w:t>
      </w:r>
      <w:r>
        <w:br/>
      </w:r>
      <w:r>
        <w:rPr>
          <w:sz w:val="20"/>
        </w:rPr>
        <w:t>25:03  daur tauheed ke aaghaz ki pehli masjid. is se pehle log gharon mein namaz padh lete the kahin chhup kar namaz padh lete the.</w:t>
      </w:r>
      <w:r>
        <w:br/>
      </w:r>
      <w:r>
        <w:rPr>
          <w:sz w:val="20"/>
        </w:rPr>
        <w:t>25:12  to phir is masjid ko yani panj waqtah namaz ke ilawa is masjid mein ek to tha panj waqtah namaz. doosra wahan par hajj ka nizam banaya gaya hai.</w:t>
      </w:r>
      <w:r>
        <w:br/>
      </w:r>
      <w:r>
        <w:rPr>
          <w:sz w:val="20"/>
        </w:rPr>
        <w:t>25:23  yani aalami ibadat. dunya bhar ke log wahan aayen. aalami ittehad qaim ho. aalami masla bandi ki jaye.</w:t>
      </w:r>
      <w:r>
        <w:br/>
      </w:r>
      <w:r>
        <w:rPr>
          <w:sz w:val="20"/>
        </w:rPr>
        <w:t>25:33  aalami dawat phailai jaye. tauheed ke mission ko aalami satah par farogh diya jaye.</w:t>
      </w:r>
    </w:p>
    <w:p>
      <w:pPr>
        <w:pStyle w:val="Heading2"/>
      </w:pPr>
      <w:r>
        <w:t>It takes 500 years to grow a lawn like Oxford's</w:t>
      </w:r>
    </w:p>
    <w:p>
      <w:r>
        <w:rPr>
          <w:color w:val="666666"/>
          <w:sz w:val="18"/>
        </w:rPr>
        <w:t>Present Muslims- A Case of Wrong Identity February 13, 2011 · 34s · at 47:34 · https://youtu.be/gDX72gIRL4E?t=2854</w:t>
      </w:r>
    </w:p>
    <w:p>
      <w:r>
        <w:rPr>
          <w:i/>
        </w:rPr>
        <w:t>“It requires 500 years to have a lawn like Oxford”</w:t>
      </w:r>
    </w:p>
    <w:p>
      <w:r>
        <w:rPr>
          <w:sz w:val="20"/>
        </w:rPr>
        <w:t>47:34  jab paanch sau saal beet jayenge toh aap ki kothimein aisi laan maujood hoga.</w:t>
      </w:r>
      <w:r>
        <w:br/>
      </w:r>
      <w:r>
        <w:rPr>
          <w:sz w:val="20"/>
        </w:rPr>
        <w:t>47:46  it takes 500 years to have a university like Oxford University. So, this is the problem with democracy that for democracy, it is necessary that you have that kind of education, that kind of environment, that kind of society, that tradition, but here there is nothing.</w:t>
      </w:r>
    </w:p>
    <w:p>
      <w:pPr>
        <w:pStyle w:val="Heading2"/>
      </w:pPr>
      <w:r>
        <w:t>From oil lamps to electricity: improvement versus conversion</w:t>
      </w:r>
    </w:p>
    <w:p>
      <w:r>
        <w:rPr>
          <w:color w:val="666666"/>
          <w:sz w:val="18"/>
        </w:rPr>
        <w:t>Realistic Approach 30 March, 2014 · 4m 36s · at 26:49 · https://youtu.be/HIFxmWWiEG4?t=1609</w:t>
      </w:r>
    </w:p>
    <w:p>
      <w:r>
        <w:rPr>
          <w:i/>
        </w:rPr>
        <w:t>“Ancient man needed light in the dark, so he made clay lamps.”</w:t>
      </w:r>
    </w:p>
    <w:p>
      <w:r>
        <w:rPr>
          <w:sz w:val="20"/>
        </w:rPr>
        <w:t>26:49  misalan raah insaan ko zaroorat thi ke is ke paas raat ko roshan karne ke liye koi saman ho, raat ke andhere ko roshan karne ke liye koi saman ho.</w:t>
      </w:r>
      <w:r>
        <w:br/>
      </w:r>
      <w:r>
        <w:rPr>
          <w:sz w:val="20"/>
        </w:rPr>
        <w:t>27:00  to qadeem insaan ne diye banaye. maine apne bachpan mein diye dekhe hain. to mitti ka diya hota tha, us mein tel daal diya aur ek us mein soot,</w:t>
      </w:r>
      <w:r>
        <w:br/>
      </w:r>
      <w:r>
        <w:rPr>
          <w:sz w:val="20"/>
        </w:rPr>
        <w:t>27:13  ek ya kapra, kuch ya aisi rakh di aur us mein aag laga di.</w:t>
      </w:r>
      <w:r>
        <w:br/>
      </w:r>
      <w:r>
        <w:rPr>
          <w:sz w:val="20"/>
        </w:rPr>
        <w:t>27:18  to woh jal raha hai, jal raha hai, jal raha hai. ek khula yani diya, us se roshni lete the.</w:t>
      </w:r>
      <w:r>
        <w:br/>
      </w:r>
      <w:r>
        <w:rPr>
          <w:sz w:val="20"/>
        </w:rPr>
        <w:t>27:27  lekin woh woh diya jo tha, hawa chale to bujh jaye, pani chale tab bhi bujh jaye. to musalmanon ne apne daur mein yeh kiya ke lamp banaye, yani shishe se cover, jaise yeh hai.</w:t>
      </w:r>
      <w:r>
        <w:br/>
      </w:r>
      <w:r>
        <w:rPr>
          <w:sz w:val="20"/>
        </w:rPr>
        <w:t>27:40  ab yeh charon taraf shisha hai,</w:t>
      </w:r>
      <w:r>
        <w:br/>
      </w:r>
      <w:r>
        <w:rPr>
          <w:sz w:val="20"/>
        </w:rPr>
        <w:t>27:42  is tarah ke lamp banaye unhon ne aur is ke andar unhon ne rakha, yani khas tarah ka jo bajaye diye ke, ek ek aur dhang se unhon ne batti rakhi, upar bhi cover.</w:t>
      </w:r>
      <w:r>
        <w:br/>
      </w:r>
      <w:r>
        <w:rPr>
          <w:sz w:val="20"/>
        </w:rPr>
        <w:t>27:58  to diye ko lamp mein tabdeel karne ki wajah se yeh mumkin ho gaya ke woh pani mein bhi jale, hawa mein bhi na bujhe, na bujhe aur roshni deta</w:t>
      </w:r>
      <w:r>
        <w:br/>
      </w:r>
      <w:r>
        <w:rPr>
          <w:sz w:val="20"/>
        </w:rPr>
        <w:t>28:11  rahe. to musalmanon ne pehli baar baghdad aur qurtuba ke sarkon par street light banai, kyunke diya jo tha, woh street light nahi ban sakta tha.</w:t>
      </w:r>
      <w:r>
        <w:br/>
      </w:r>
      <w:r>
        <w:rPr>
          <w:sz w:val="20"/>
        </w:rPr>
        <w:t>28:21  is se aap diye ke zariye street light nahi kar sakte the. lekin unhon ne phir ek khamba banaya aur khambe mein is ke upar lamp lagaya, jo pani bhi bhi na bujhe, hawa bhi na bujhe.</w:t>
      </w:r>
      <w:r>
        <w:br/>
      </w:r>
      <w:r>
        <w:rPr>
          <w:sz w:val="20"/>
        </w:rPr>
        <w:t>28:34  to musalmanon ne pehli baar street light maujood di, banai. lekin yeh kaise? yeh improvement tha,</w:t>
      </w:r>
      <w:r>
        <w:br/>
      </w:r>
      <w:r>
        <w:rPr>
          <w:sz w:val="20"/>
        </w:rPr>
        <w:t>28:43  woh improvement tha, yani qadeem diye ko unhon ne improve kar ke lamp mein tabdeel kar diya. lekin maghrib ne kiya kiya?</w:t>
      </w:r>
      <w:r>
        <w:br/>
      </w:r>
      <w:r>
        <w:rPr>
          <w:sz w:val="20"/>
        </w:rPr>
        <w:t>28:52  maghrib ne convert kiya. yeh jo bijli hai, ek conversion hai. yeh mislan english scientist tha, Friday Michael Friday, woh apne laboratory mein test kar raha tha, test kar raha tha.</w:t>
      </w:r>
      <w:r>
        <w:br/>
      </w:r>
      <w:r>
        <w:rPr>
          <w:sz w:val="20"/>
        </w:rPr>
        <w:t>29:08  is mein us ne discover kiya ke electron flow karte hain. toh us ne discover kiya ke agar hum magnetic field aur motion ko exert karein toh electron flow karne lagte hain aur isi ka naam hai bijli.</w:t>
      </w:r>
      <w:r>
        <w:br/>
      </w:r>
      <w:r>
        <w:rPr>
          <w:sz w:val="20"/>
        </w:rPr>
        <w:t>29:27  kaha jata hai ke electricity means full of electron. electricity means full of electron.</w:t>
      </w:r>
      <w:r>
        <w:br/>
      </w:r>
      <w:r>
        <w:rPr>
          <w:sz w:val="20"/>
        </w:rPr>
        <w:t>29:35  toh nature mein ek cheez thi maujood ke electron khaas halaat mein woh electron flow kar sakte hain. phir woh, woh, woh us electron jo flow kar rahe hain, us ko harness karein.</w:t>
      </w:r>
      <w:r>
        <w:br/>
      </w:r>
      <w:r>
        <w:rPr>
          <w:sz w:val="20"/>
        </w:rPr>
        <w:t>29:46  aap harness karein toh aap bijli bana sakte hain. yeh daryaft kiya unhon ne? toh meter ko convert kiya aur roshni mein unhon ne. yeh meter hai, yeh bijli ka meter hai.</w:t>
      </w:r>
      <w:r>
        <w:br/>
      </w:r>
      <w:r>
        <w:rPr>
          <w:sz w:val="20"/>
        </w:rPr>
        <w:t>29:55  yeh toh musalmanon ka case tha, improvement aur west, west logon ka case hai, conversion.</w:t>
      </w:r>
      <w:r>
        <w:br/>
      </w:r>
      <w:r>
        <w:rPr>
          <w:sz w:val="20"/>
        </w:rPr>
        <w:t>30:06  unhon ne jaise aap dekhte hain, hawai jahaz kya hai? meter ka conversion hai, hawai jahaz meter conversion hai, machine meter conversion hai, car yeh sab meter conversion hai.</w:t>
      </w:r>
      <w:r>
        <w:br/>
      </w:r>
      <w:r>
        <w:rPr>
          <w:sz w:val="20"/>
        </w:rPr>
        <w:t>30:21  toh tehzeeb ke do daur, tehzeeb ke teen daur hain. ek woh daur jab bilkul traditional halat mein insan jeeta tha, jo hai bazahir nature mein isi ko istemal karna.</w:t>
      </w:r>
      <w:r>
        <w:br/>
      </w:r>
      <w:r>
        <w:rPr>
          <w:sz w:val="20"/>
        </w:rPr>
        <w:t>30:33  phir musalmanon ne improve kiya, improve kiya, improve kiya, improve kar ke unhon ne kuch cheezein banain. lekin western people jo hain, unhon ne cheezon ko meter ko convert kar ke ek aur shakal de di.</w:t>
      </w:r>
      <w:r>
        <w:br/>
      </w:r>
      <w:r>
        <w:rPr>
          <w:sz w:val="20"/>
        </w:rPr>
        <w:t>30:48  woh cheezein maujood theen nature mein, lekin musalman is ko daryaft nahi kar sakte the, kar sake the. toh yeh bohat bari cheez hai, conversion. yeh jo aap mobile haath mein liye rehte hain, yeh jo camera tasveer leta hai, yeh sab ka conversion hai.</w:t>
      </w:r>
      <w:r>
        <w:br/>
      </w:r>
      <w:r>
        <w:rPr>
          <w:sz w:val="20"/>
        </w:rPr>
        <w:t>31:03  hawai jahaz conversion hai, motor car conversion hai, mobile conversion hai, laptop conversion hai, ka woh computer conversion hai.</w:t>
      </w:r>
      <w:r>
        <w:br/>
      </w:r>
      <w:r>
        <w:rPr>
          <w:sz w:val="20"/>
        </w:rPr>
        <w:t>31:14  yeh sari cheezein jo aap dekhte hain, woh conversion hain, woh improvement nahi hai. woh improvement ek alag cheez hai, conversion ek alag cheez hai.</w:t>
      </w:r>
    </w:p>
    <w:p>
      <w:pPr>
        <w:pStyle w:val="Heading2"/>
      </w:pPr>
      <w:r>
        <w:t>The Big Bang explosion that had to be controlled</w:t>
      </w:r>
    </w:p>
    <w:p>
      <w:r>
        <w:rPr>
          <w:color w:val="666666"/>
          <w:sz w:val="18"/>
        </w:rPr>
        <w:t>The Discovery of God IIC Prog (Maulana Talk) November 2, 2019 · 2m 43s · at 8:04 · https://youtu.be/u24tYGW6tCM?t=484</w:t>
      </w:r>
    </w:p>
    <w:p>
      <w:r>
        <w:rPr>
          <w:i/>
        </w:rPr>
        <w:t>“تقریباً 13 بلین سال پہلے ایک کاسمک بال ظاہر ہوا”</w:t>
      </w:r>
    </w:p>
    <w:p>
      <w:r>
        <w:rPr>
          <w:sz w:val="20"/>
        </w:rPr>
        <w:t>8:04  taqreeban 13 billion saal pehle, 13 billion saal pehle,</w:t>
      </w:r>
      <w:r>
        <w:br/>
      </w:r>
      <w:r>
        <w:rPr>
          <w:sz w:val="20"/>
        </w:rPr>
        <w:t>8:14  ek</w:t>
      </w:r>
      <w:r>
        <w:br/>
      </w:r>
      <w:r>
        <w:rPr>
          <w:sz w:val="20"/>
        </w:rPr>
        <w:t>8:18  space mein ek cosmic ball zahir hua.</w:t>
      </w:r>
      <w:r>
        <w:br/>
      </w:r>
      <w:r>
        <w:rPr>
          <w:sz w:val="20"/>
        </w:rPr>
        <w:t>8:24  is cosmic ball mein woh tamam particle the jo is universe ko banane wale hain,</w:t>
      </w:r>
      <w:r>
        <w:br/>
      </w:r>
      <w:r>
        <w:rPr>
          <w:sz w:val="20"/>
        </w:rPr>
        <w:t>8:38  poori universe ke particle.</w:t>
      </w:r>
      <w:r>
        <w:br/>
      </w:r>
      <w:r>
        <w:rPr>
          <w:sz w:val="20"/>
        </w:rPr>
        <w:t>8:44  to yeh pehla creation tha, aur yeh bohat hi zyada compact thay, is ke particle,</w:t>
      </w:r>
      <w:r>
        <w:br/>
      </w:r>
      <w:r>
        <w:rPr>
          <w:sz w:val="20"/>
        </w:rPr>
        <w:t>8:54  is ke is ke particle extremely compact thay,</w:t>
      </w:r>
      <w:r>
        <w:br/>
      </w:r>
      <w:r>
        <w:rPr>
          <w:sz w:val="20"/>
        </w:rPr>
        <w:t>9:01  in mein explosion nahi ho sakta tha, lekin hua. 13 billion saal pehle ek bohat bara explosion hua,</w:t>
      </w:r>
      <w:r>
        <w:br/>
      </w:r>
      <w:r>
        <w:rPr>
          <w:sz w:val="20"/>
        </w:rPr>
        <w:t>9:14  to jitnay particle thay, woh bohat hi zyada</w:t>
      </w:r>
      <w:r>
        <w:br/>
      </w:r>
      <w:r>
        <w:rPr>
          <w:sz w:val="20"/>
        </w:rPr>
        <w:t>9:23  tezi se</w:t>
      </w:r>
      <w:r>
        <w:br/>
      </w:r>
      <w:r>
        <w:rPr>
          <w:sz w:val="20"/>
        </w:rPr>
        <w:t>9:26  niklay aur poori universe mein phailnay lagay, bohat zyada, yani</w:t>
      </w:r>
      <w:r>
        <w:br/>
      </w:r>
      <w:r>
        <w:rPr>
          <w:sz w:val="20"/>
        </w:rPr>
        <w:t>9:37  bohat hi zyada taiz speed se.</w:t>
      </w:r>
      <w:r>
        <w:br/>
      </w:r>
      <w:r>
        <w:rPr>
          <w:sz w:val="20"/>
        </w:rPr>
        <w:t>9:43  lekin science batati hai ke</w:t>
      </w:r>
      <w:r>
        <w:br/>
      </w:r>
      <w:r>
        <w:rPr>
          <w:sz w:val="20"/>
        </w:rPr>
        <w:t>9:53  within a second ke is ki speed kam kam ho gayi.</w:t>
      </w:r>
      <w:r>
        <w:br/>
      </w:r>
      <w:r>
        <w:rPr>
          <w:sz w:val="20"/>
        </w:rPr>
        <w:t>10:05  to yeh speed jo hai, kaise kam ho gayi, is ki koi explanation nahi aaj tak.</w:t>
      </w:r>
      <w:r>
        <w:br/>
      </w:r>
      <w:r>
        <w:rPr>
          <w:sz w:val="20"/>
        </w:rPr>
        <w:t>10:15  is ke siwa kiya maane ke ek ek superpower thi jis ne is ki speed ko kam kiya. agar yeh speed kam na hoti to universe na banti, to yeh saaray particle space mein bikhar jatay.</w:t>
      </w:r>
      <w:r>
        <w:br/>
      </w:r>
      <w:r>
        <w:rPr>
          <w:sz w:val="20"/>
        </w:rPr>
        <w:t>10:34  yeh pehla shakk tha jis ne insaan ko majboor kiya ke woh soche ke yahan koi superpower hai.</w:t>
      </w:r>
    </w:p>
    <w:p>
      <w:pPr>
        <w:pStyle w:val="Heading2"/>
      </w:pPr>
      <w:r>
        <w:t>Life is a test, avoid shirk and superstition</w:t>
      </w:r>
    </w:p>
    <w:p>
      <w:r>
        <w:rPr>
          <w:color w:val="666666"/>
          <w:sz w:val="18"/>
        </w:rPr>
        <w:t>The Qualities Of God-Fearing Women CPS Women Discussion July 23, 2023 · 1m 44s · at 10:07 · https://youtu.be/YfKcwP5Flp8?t=607</w:t>
      </w:r>
    </w:p>
    <w:p>
      <w:r>
        <w:rPr>
          <w:i/>
        </w:rPr>
        <w:t>“Main samajhti hoon khudaparast aurat woh hai jo Allah ke imtehaan ko samjhe”</w:t>
      </w:r>
    </w:p>
    <w:p>
      <w:r>
        <w:rPr>
          <w:sz w:val="20"/>
        </w:rPr>
        <w:t>10:07  Assalamu Alaikum. Wa alaikum assalam. Main samajhti hoon Khuda parast aurat woh hai jo Allah ke takleefi nakshe ko samajh chuki ho. Jo use pata ho ki duniya mein duniya daaron limtehaan hai aur do baaton ka intehaan ho raha hai. Pehla yeh ki Khuda ka sachcha aitraaf humne kiya ya nahi? Aur doosra yeh ki doosre logon ke maamle mein humne apni zimmedariyan ada ki ya nahi?</w:t>
      </w:r>
      <w:r>
        <w:br/>
      </w:r>
      <w:r>
        <w:rPr>
          <w:sz w:val="20"/>
        </w:rPr>
        <w:t>10:36  Inhi do cheezon ka intehaan yahan chal raha hai. Toh jo aurat yeh sochegi ki mujhe Khuda ka sachcha aitraaf karna hai, jo Khuda ko sahi maanon mein pehchan chuki hogi, gardaab kar chuki hogi, toh woh har tarah ke shirk se apne aap ko paak rakhe, Khuda ki badhai mein jiye gi.</w:t>
      </w:r>
      <w:r>
        <w:br/>
      </w:r>
      <w:r>
        <w:rPr>
          <w:sz w:val="20"/>
        </w:rPr>
        <w:t>10:57  kyun ke aksar dekha gaya hai ke ladies hi hoti hain jo ghar mein taabeez, jhaad phoonk aur shirk mein mubtala karna aur bhi chhote mote aur jo kaam hain naatfaniyan aur yeh sab cheezon mein active rehti hain. to agar ladies ke andar maarfat ka level itna ho ke woh jaane ke Khuda kya hai aur uski power ko kisi ke saath hum share nahi kar sakte hain.</w:t>
      </w:r>
      <w:r>
        <w:br/>
      </w:r>
      <w:r>
        <w:rPr>
          <w:sz w:val="20"/>
        </w:rPr>
        <w:t>11:21  uski padhai mein hi woh jeene wali ho jaye to woh in chhoti chhoti cheezon mein padhkar apne aap ko shift jaise andhere mein nahi daalegi aur Khuda ke faisle par raazi hone wali hogi. to usse use yeh bhi maloom ho jayega ke woh beautification jo humne last time bhi discuss kiya tha ke apne apne aap ko woh accept karegi woh jaisi hai. Beautification insaan tab karata hai na ke woh sochta hai ke kaash mere na kaise hota hai ya main aisi hoti.</w:t>
      </w:r>
      <w:r>
        <w:br/>
      </w:r>
      <w:r>
        <w:rPr>
          <w:sz w:val="20"/>
        </w:rPr>
        <w:t>11:51  agar woh apne aap ko accept kar le to woh har is tarah ki burai se bahut zyada bach jayegi aur ek aur aajkal society mein cheez chali hai body shaming jo ki mujhe lagta hai ke woh body shaming ka matlab bhi yahi hai ke insaan apne aap ek aise standard tay kar leta hai ke yeh body ideal body hai aur phir uske baad woh usi ke peeche daudne lagta hai.</w:t>
      </w:r>
    </w:p>
    <w:p>
      <w:pPr>
        <w:pStyle w:val="Heading2"/>
      </w:pPr>
      <w:r>
        <w:t>You cannot abolish problems</w:t>
      </w:r>
    </w:p>
    <w:p>
      <w:r>
        <w:rPr>
          <w:color w:val="666666"/>
          <w:sz w:val="18"/>
        </w:rPr>
        <w:t>ABC of Life | December 3, 2007 · 30s · at 45:52 · https://youtu.be/SNkPFmNjhjY?t=2752</w:t>
      </w:r>
    </w:p>
    <w:p>
      <w:r>
        <w:rPr>
          <w:i/>
        </w:rPr>
        <w:t>“So you cannot abolish problems”</w:t>
      </w:r>
    </w:p>
    <w:p>
      <w:r>
        <w:rPr>
          <w:sz w:val="20"/>
        </w:rPr>
        <w:t>45:52  so you can not abolish problems.</w:t>
      </w:r>
      <w:r>
        <w:br/>
      </w:r>
      <w:r>
        <w:rPr>
          <w:sz w:val="20"/>
        </w:rPr>
        <w:t>45:56  you can not remove problems.</w:t>
      </w:r>
      <w:r>
        <w:br/>
      </w:r>
      <w:r>
        <w:rPr>
          <w:sz w:val="20"/>
        </w:rPr>
        <w:t>45:59  woh to rahenge, rahenge, rahenge.</w:t>
      </w:r>
      <w:r>
        <w:br/>
      </w:r>
      <w:r>
        <w:rPr>
          <w:sz w:val="20"/>
        </w:rPr>
        <w:t>46:03  to aap ko bajaye yeh sochne ke ke mein kaise problem ko khatm karun, yeh sochna chahiye ke</w:t>
      </w:r>
      <w:r>
        <w:br/>
      </w:r>
      <w:r>
        <w:rPr>
          <w:sz w:val="20"/>
        </w:rPr>
        <w:t>46:07  mein kaise apne aap ko jo law of nature hai, jo divine plan hai, us mein accommodate kar</w:t>
      </w:r>
      <w:r>
        <w:br/>
      </w:r>
      <w:r>
        <w:rPr>
          <w:sz w:val="20"/>
        </w:rPr>
        <w:t>46:11  ke mein kaise rahoon.</w:t>
      </w:r>
      <w:r>
        <w:br/>
      </w:r>
      <w:r>
        <w:rPr>
          <w:sz w:val="20"/>
        </w:rPr>
        <w:t>46:14  yeh sawal basically accommodation ka hai.</w:t>
      </w:r>
      <w:r>
        <w:br/>
      </w:r>
      <w:r>
        <w:rPr>
          <w:sz w:val="20"/>
        </w:rPr>
        <w:t>46:18  yeh nahi ke aap aap ke jo external world hai, us ko aap</w:t>
      </w:r>
    </w:p>
    <w:p>
      <w:pPr>
        <w:pStyle w:val="Heading2"/>
      </w:pPr>
      <w:r>
        <w:t>Peace without justice in Hudaybiyyah</w:t>
      </w:r>
    </w:p>
    <w:p>
      <w:r>
        <w:rPr>
          <w:color w:val="666666"/>
          <w:sz w:val="18"/>
        </w:rPr>
        <w:t>Contribution of The Prophet 13 March 2006 - Maulana Wahiduddin Khan · 21s · at 6:46 · https://youtu.be/KgVEHbWpoHw?t=406</w:t>
      </w:r>
    </w:p>
    <w:p>
      <w:r>
        <w:rPr>
          <w:i/>
        </w:rPr>
        <w:t>“Is ko aap ne demonstration diya Hudaybiyya agreement mein”</w:t>
      </w:r>
    </w:p>
    <w:p>
      <w:r>
        <w:rPr>
          <w:sz w:val="20"/>
        </w:rPr>
        <w:t>6:46  is ko aap ne demonstration diya hudaybi agreement mein. ke hudaybi agreement mein aap ne peace to liya tha, lekin aap ko justice nahi mili thi.</w:t>
      </w:r>
      <w:r>
        <w:br/>
      </w:r>
      <w:r>
        <w:rPr>
          <w:sz w:val="20"/>
        </w:rPr>
        <w:t>6:57  yani peace with justice ki bajaye peace without justice par aap raazi hue the. dunya mein aik hi agreement hai jo peace without justice par hua.</w:t>
      </w:r>
    </w:p>
    <w:p>
      <w:pPr>
        <w:pStyle w:val="Heading2"/>
      </w:pPr>
      <w:r>
        <w:t>Prophet's non-reaction at Hudaybiya</w:t>
      </w:r>
    </w:p>
    <w:p>
      <w:r>
        <w:rPr>
          <w:color w:val="666666"/>
          <w:sz w:val="18"/>
        </w:rPr>
        <w:t>Interaction with CPS Ulema August 29, 2020 Maulana Wahiduddin Khan · 1m 09s · at 11:23 · https://youtu.be/bHowfdKdeAs?t=683</w:t>
      </w:r>
    </w:p>
    <w:p>
      <w:r>
        <w:rPr>
          <w:i/>
        </w:rPr>
        <w:t>“In the time of the Prophet, the incident of Hudaybiya occurred.”</w:t>
      </w:r>
    </w:p>
    <w:p>
      <w:r>
        <w:rPr>
          <w:sz w:val="20"/>
        </w:rPr>
        <w:t>11:23  rasool Allah ke zamanay mein Hudaybiyah ka waqea pesh aya, to wahan par aap jante hain ke</w:t>
      </w:r>
      <w:r>
        <w:br/>
      </w:r>
      <w:r>
        <w:rPr>
          <w:sz w:val="20"/>
        </w:rPr>
        <w:t>11:36  doosre fareeq ne bohat zyada,</w:t>
      </w:r>
      <w:r>
        <w:br/>
      </w:r>
      <w:r>
        <w:rPr>
          <w:sz w:val="20"/>
        </w:rPr>
        <w:t>11:48  bohat zyada</w:t>
      </w:r>
      <w:r>
        <w:br/>
      </w:r>
      <w:r>
        <w:rPr>
          <w:sz w:val="20"/>
        </w:rPr>
        <w:t>11:57  zid ka tareeqa ikhtiyar kiya. zid ka.</w:t>
      </w:r>
      <w:r>
        <w:br/>
      </w:r>
      <w:r>
        <w:rPr>
          <w:sz w:val="20"/>
        </w:rPr>
        <w:t>12:06  to rasool Allah ne un ki zid par react nahi kiya, un ki zid ko mante hue aur apne</w:t>
      </w:r>
      <w:r>
        <w:br/>
      </w:r>
      <w:r>
        <w:rPr>
          <w:sz w:val="20"/>
        </w:rPr>
        <w:t>12:17  musalsal andaz par qaim rahe.</w:t>
      </w:r>
      <w:r>
        <w:br/>
      </w:r>
      <w:r>
        <w:rPr>
          <w:sz w:val="20"/>
        </w:rPr>
        <w:t>12:23  mein samajhta hoon ke yahi hai asal baat.</w:t>
      </w:r>
    </w:p>
    <w:p>
      <w:pPr>
        <w:pStyle w:val="Heading2"/>
      </w:pPr>
      <w:r>
        <w:t>Hajj lesson applies to whole life</w:t>
      </w:r>
    </w:p>
    <w:p>
      <w:r>
        <w:rPr>
          <w:color w:val="666666"/>
          <w:sz w:val="18"/>
        </w:rPr>
        <w:t>The Spirit of Hajj | November 10, 2007 · 30s · at 26:04 · https://youtu.be/lLM-kLIlvdw?t=1564</w:t>
      </w:r>
    </w:p>
    <w:p>
      <w:r>
        <w:rPr>
          <w:i/>
        </w:rPr>
        <w:t>“Yeh sirf ek waqea nahi hai, yeh poori zindagi ka qissa hai”</w:t>
      </w:r>
    </w:p>
    <w:p>
      <w:r>
        <w:rPr>
          <w:sz w:val="20"/>
        </w:rPr>
        <w:t>26:04  yeh sirf aik waqia nahi hai. aisa nahi kay muzdalifah mein aisa paish aya to bas isi kay reference mein aap is ko dekhen. nahi, yeh poori zindagi ka qissa hai. poori zindagi kay baray mein yeh aik teaching hai. poori zindagi kay baray mein aik principle hai. aam tor par aap dekhiye, jab bhir bhir hoti hai, bohat say log hotay hain to log chahtay hain rush kar kay aagay barhna. aam tor par aap dekhen gay, rush kar kay aagay</w:t>
      </w:r>
    </w:p>
    <w:p>
      <w:pPr>
        <w:pStyle w:val="Heading2"/>
      </w:pPr>
      <w:r>
        <w:t>Shirk blocks scientific investigation</w:t>
      </w:r>
    </w:p>
    <w:p>
      <w:r>
        <w:rPr>
          <w:color w:val="666666"/>
          <w:sz w:val="18"/>
        </w:rPr>
        <w:t>Three Periods of History May 17, 2009 Maulana Wahiduddin Khan · 45s · at 18:58 · https://youtu.be/iNS-3Yo58Gk?t=1138</w:t>
      </w:r>
    </w:p>
    <w:p>
      <w:r>
        <w:rPr>
          <w:i/>
        </w:rPr>
        <w:t>“Object of worship cannot be object of investigation”</w:t>
      </w:r>
    </w:p>
    <w:p>
      <w:r>
        <w:rPr>
          <w:sz w:val="20"/>
        </w:rPr>
        <w:t>18:58  yeh bohat hi moti si baat hai, common sense ki baat hai ke jis cheez ko aap worship kar rahay hon, usi ko usi waqt aap, yani jis cheez ko aap ne bana rakha ho, object of worship, usi ko aap object of investigation nahi bana sakte.</w:t>
      </w:r>
      <w:r>
        <w:br/>
      </w:r>
      <w:r>
        <w:rPr>
          <w:sz w:val="20"/>
        </w:rPr>
        <w:t>19:17  yeh common sense ki baat hai ke jis cheez ko aap ne object of worship bana rakha ho, usi ko usi time aap object of investigation nahi bana sakte.</w:t>
      </w:r>
      <w:r>
        <w:br/>
      </w:r>
      <w:r>
        <w:rPr>
          <w:sz w:val="20"/>
        </w:rPr>
        <w:t>19:32  to yeh tha maamla shirk ki wajah se. shirk aik permanent obstacle bana hua tha nature ko explore karne ke rastay mein.</w:t>
      </w:r>
    </w:p>
    <w:p>
      <w:pPr>
        <w:pStyle w:val="Heading2"/>
      </w:pPr>
      <w:r>
        <w:t>Islam's peaceful mission and the true meaning of jihad</w:t>
      </w:r>
    </w:p>
    <w:p>
      <w:r>
        <w:rPr>
          <w:color w:val="666666"/>
          <w:sz w:val="18"/>
        </w:rPr>
        <w:t>Importance of Peace November 29, 2013 · 4m 46s · at 31:46 · https://youtu.be/ojJ4gCFf-YE?t=1906</w:t>
      </w:r>
    </w:p>
    <w:p>
      <w:r>
        <w:rPr>
          <w:i/>
        </w:rPr>
        <w:t>“So many stories say the Prophet engaged in many wars — completely wrong”</w:t>
      </w:r>
    </w:p>
    <w:p>
      <w:r>
        <w:rPr>
          <w:sz w:val="20"/>
        </w:rPr>
        <w:t>31:46  There are so many stories about the Prophet of Islam that he was engaged in so many wars. Completely wrong.</w:t>
      </w:r>
      <w:r>
        <w:br/>
      </w:r>
      <w:r>
        <w:rPr>
          <w:sz w:val="20"/>
        </w:rPr>
        <w:t>31:56  prophet of islam never involved any any any war, except some time when he was compelled to leave for defence.</w:t>
      </w:r>
      <w:r>
        <w:br/>
      </w:r>
      <w:r>
        <w:rPr>
          <w:sz w:val="20"/>
        </w:rPr>
        <w:t>32:07  there are some some small skirmishes, not war skirmishes. all those ghazwat, all those so called war are skirmishes, because these ghazwat lasted only one day.</w:t>
      </w:r>
      <w:r>
        <w:br/>
      </w:r>
      <w:r>
        <w:rPr>
          <w:sz w:val="20"/>
        </w:rPr>
        <w:t>32:28  according to the scholar definition, it is six day to call an act a war.</w:t>
      </w:r>
      <w:r>
        <w:br/>
      </w:r>
      <w:r>
        <w:rPr>
          <w:sz w:val="20"/>
        </w:rPr>
        <w:t>32:39  a minimum period must be six day, then is a war. so there was no full fledged war.</w:t>
      </w:r>
      <w:r>
        <w:br/>
      </w:r>
      <w:r>
        <w:rPr>
          <w:sz w:val="20"/>
        </w:rPr>
        <w:t>32:49  there was some established.</w:t>
      </w:r>
      <w:r>
        <w:br/>
      </w:r>
      <w:r>
        <w:rPr>
          <w:sz w:val="20"/>
        </w:rPr>
        <w:t>32:53  why? what is the reason?</w:t>
      </w:r>
      <w:r>
        <w:br/>
      </w:r>
      <w:r>
        <w:rPr>
          <w:sz w:val="20"/>
        </w:rPr>
        <w:t>32:58  islam has a mission, a great mission. and what is that mission</w:t>
      </w:r>
      <w:r>
        <w:br/>
      </w:r>
      <w:r>
        <w:rPr>
          <w:sz w:val="20"/>
        </w:rPr>
        <w:t>33:05  ? that mission is to to make full, to make people aware of the creation plan of god.</w:t>
      </w:r>
      <w:r>
        <w:br/>
      </w:r>
      <w:r>
        <w:rPr>
          <w:sz w:val="20"/>
        </w:rPr>
        <w:t>33:16  this is the islamic mission: to make people aware of the creation plan of god. yani why god almighty created man?</w:t>
      </w:r>
      <w:r>
        <w:br/>
      </w:r>
      <w:r>
        <w:rPr>
          <w:sz w:val="20"/>
        </w:rPr>
        <w:t>33:30  what is the right path? what is wrong path?</w:t>
      </w:r>
      <w:r>
        <w:br/>
      </w:r>
      <w:r>
        <w:rPr>
          <w:sz w:val="20"/>
        </w:rPr>
        <w:t>33:34  what is death? what is pre death? and what is post death? what is the successful way of life for man?</w:t>
      </w:r>
      <w:r>
        <w:br/>
      </w:r>
      <w:r>
        <w:rPr>
          <w:sz w:val="20"/>
        </w:rPr>
        <w:t>33:45  how man can find entry into paradise? what is the salvation? all these questions are very important questions, and this is the only mission of prophet that to make people aware of these issues.</w:t>
      </w:r>
      <w:r>
        <w:br/>
      </w:r>
      <w:r>
        <w:rPr>
          <w:sz w:val="20"/>
        </w:rPr>
        <w:t>34:04  so what is the these issues? are yani there is no need for why fighting? no need for fighting.</w:t>
      </w:r>
      <w:r>
        <w:br/>
      </w:r>
      <w:r>
        <w:rPr>
          <w:sz w:val="20"/>
        </w:rPr>
        <w:t>34:16  islam wants peace so that he may complete his mission.</w:t>
      </w:r>
      <w:r>
        <w:br/>
      </w:r>
      <w:r>
        <w:rPr>
          <w:sz w:val="20"/>
        </w:rPr>
        <w:t>34:23  this kind of mission cannot be completed except in the situation of peace. it required normalcy.</w:t>
      </w:r>
      <w:r>
        <w:br/>
      </w:r>
      <w:r>
        <w:rPr>
          <w:sz w:val="20"/>
        </w:rPr>
        <w:t>34:31  if there is hate, if there are non, if there hate, violence, provocation, then you cannot perform this mission.</w:t>
      </w:r>
      <w:r>
        <w:br/>
      </w:r>
      <w:r>
        <w:rPr>
          <w:sz w:val="20"/>
        </w:rPr>
        <w:t>34:42  so the only concern of islam or prophet of islam was to make people aware of the creation plan of god.</w:t>
      </w:r>
      <w:r>
        <w:br/>
      </w:r>
      <w:r>
        <w:rPr>
          <w:sz w:val="20"/>
        </w:rPr>
        <w:t>34:52  this is the only concern, not conversion. conversion was not the concern of islam. no,</w:t>
      </w:r>
      <w:r>
        <w:br/>
      </w:r>
      <w:r>
        <w:rPr>
          <w:sz w:val="20"/>
        </w:rPr>
        <w:t>35:01  only tabligh, only da'wah, only conveying the message of god to all mankind.</w:t>
      </w:r>
      <w:r>
        <w:br/>
      </w:r>
      <w:r>
        <w:rPr>
          <w:sz w:val="20"/>
        </w:rPr>
        <w:t>35:12  god almighty, it is god almighty concern that people must be aware. why? what is the purpose of life?</w:t>
      </w:r>
      <w:r>
        <w:br/>
      </w:r>
      <w:r>
        <w:rPr>
          <w:sz w:val="20"/>
        </w:rPr>
        <w:t>35:23  what is the purpose of life? what is the end? what is the end of life? what is paradise? how they can find int</w:t>
      </w:r>
      <w:r>
        <w:br/>
      </w:r>
      <w:r>
        <w:rPr>
          <w:sz w:val="20"/>
        </w:rPr>
        <w:t>35:31  ry into paradise? all these things are concern of islam. so it is a peaceful mission. this kind of mission, a mission of this kind can be performed only in a in a normal situation, in a peaceful situation.</w:t>
      </w:r>
      <w:r>
        <w:br/>
      </w:r>
      <w:r>
        <w:rPr>
          <w:sz w:val="20"/>
        </w:rPr>
        <w:t>35:49  if there are war, if there are fighting, then you cannot perform this kind of mission.</w:t>
      </w:r>
      <w:r>
        <w:br/>
      </w:r>
      <w:r>
        <w:rPr>
          <w:sz w:val="20"/>
        </w:rPr>
        <w:t>35:56  so all those muslims who are engaged in war, it is their, it is their concern, it not islamic concern.</w:t>
      </w:r>
      <w:r>
        <w:br/>
      </w:r>
      <w:r>
        <w:rPr>
          <w:sz w:val="20"/>
        </w:rPr>
        <w:t>36:05  it is not jihad. it is, it is their yani former fighting. it is not jihad.</w:t>
      </w:r>
      <w:r>
        <w:br/>
      </w:r>
      <w:r>
        <w:rPr>
          <w:sz w:val="20"/>
        </w:rPr>
        <w:t>36:18  ayon in falasteen, ayon in kashmir, ayon and all those countries well they are engaged in jihad. is not jihad, because you see word jihad.</w:t>
      </w:r>
    </w:p>
    <w:p>
      <w:pPr>
        <w:pStyle w:val="Heading2"/>
      </w:pPr>
      <w:r>
        <w:t>No pleasure greater than serving God</w:t>
      </w:r>
    </w:p>
    <w:p>
      <w:r>
        <w:rPr>
          <w:color w:val="666666"/>
          <w:sz w:val="18"/>
        </w:rPr>
        <w:t>Remembering Maulana Wahiduddin Khan April 21, 2024 · 41s · at 1:22:30 · https://youtu.be/4ihrHq1uR3w?t=4950</w:t>
      </w:r>
    </w:p>
    <w:p>
      <w:r>
        <w:rPr>
          <w:i/>
        </w:rPr>
        <w:t>“Kisi bande ke liye is se zyada lazeez koi tajruba nahi”</w:t>
      </w:r>
    </w:p>
    <w:p>
      <w:r>
        <w:rPr>
          <w:sz w:val="20"/>
        </w:rPr>
        <w:t>1:22:30  hai. Kisi bande ke liye bila shubah isse zyada lazeez koi tajurba nahi ki woh mehsoos kare ki</w:t>
      </w:r>
      <w:r>
        <w:br/>
      </w:r>
      <w:r>
        <w:rPr>
          <w:sz w:val="20"/>
        </w:rPr>
        <w:t>1:22:35  main apne Rab ke kaam mein masroof hoon</w:t>
      </w:r>
      <w:r>
        <w:br/>
      </w:r>
      <w:r>
        <w:rPr>
          <w:sz w:val="20"/>
        </w:rPr>
        <w:t>1:22:39  aur apne rab ke mansooba ki takbeel kar raha hoon.</w:t>
      </w:r>
      <w:r>
        <w:br/>
      </w:r>
      <w:r>
        <w:rPr>
          <w:sz w:val="20"/>
        </w:rPr>
        <w:t>1:22:43  aur ek aur jagah maulana ne yeh bilkul waaz tor par likha hai aur bataya hai ke kaar</w:t>
      </w:r>
      <w:r>
        <w:br/>
      </w:r>
      <w:r>
        <w:rPr>
          <w:sz w:val="20"/>
        </w:rPr>
        <w:t>1:22:48  daawat ke baghair ummate mohammadi ka ummate mohammadi hona amar mushtaba hai.</w:t>
      </w:r>
      <w:r>
        <w:br/>
      </w:r>
      <w:r>
        <w:rPr>
          <w:sz w:val="20"/>
        </w:rPr>
        <w:t>1:22:53  uske liye woh ek ayat yeh bhi pesh karte thay, "jaanak ummat takoon shahada alnaas" ke</w:t>
      </w:r>
      <w:r>
        <w:br/>
      </w:r>
      <w:r>
        <w:rPr>
          <w:sz w:val="20"/>
        </w:rPr>
        <w:t>1:23:01  humne tumko beech ki ummat banaya taake tum logon ke upar gawah bano.</w:t>
      </w:r>
      <w:r>
        <w:br/>
      </w:r>
      <w:r>
        <w:rPr>
          <w:sz w:val="20"/>
        </w:rPr>
        <w:t>1:23:06  toh rasool ke baad ab nabuwat ka silsila toh khatm ho gaya, lekin</w:t>
      </w:r>
    </w:p>
    <w:p>
      <w:pPr>
        <w:pStyle w:val="Heading2"/>
      </w:pPr>
      <w:r>
        <w:t>Two cars deadlocked — the defensive driving lesson</w:t>
      </w:r>
    </w:p>
    <w:p>
      <w:r>
        <w:rPr>
          <w:color w:val="666666"/>
          <w:sz w:val="18"/>
        </w:rPr>
        <w:t>The Crises Management September 18, 2011 · 54s · at 2:37 · https://youtu.be/s3cYFtQZwzw?t=157</w:t>
      </w:r>
    </w:p>
    <w:p>
      <w:r>
        <w:rPr>
          <w:i/>
        </w:rPr>
        <w:t>“Suppose you're driving and a car comes head-on”</w:t>
      </w:r>
    </w:p>
    <w:p>
      <w:r>
        <w:rPr>
          <w:sz w:val="20"/>
        </w:rPr>
        <w:t>2:37  aise hi farz kiye ke aap road par apni gaari chala rahe hain, samne se aik aur car aye gi.</w:t>
      </w:r>
      <w:r>
        <w:br/>
      </w:r>
      <w:r>
        <w:rPr>
          <w:sz w:val="20"/>
        </w:rPr>
        <w:t>2:47  ab dono aamne samne hain.</w:t>
      </w:r>
      <w:r>
        <w:br/>
      </w:r>
      <w:r>
        <w:rPr>
          <w:sz w:val="20"/>
        </w:rPr>
        <w:t>2:50  wo horn baja raha hai, aap horn baja rahe hain. to is ka matlab hai ke aap problem ko solve nahi kar sake. wo kraisiz ban jaye ga, dead lock ban gaya.</w:t>
      </w:r>
      <w:r>
        <w:br/>
      </w:r>
      <w:r>
        <w:rPr>
          <w:sz w:val="20"/>
        </w:rPr>
        <w:t>3:04  lekin agar aap yeh sochein ke wo agar galat chal raha hai, chal raha hai to ab mein to apne side mein gaari moroon aur aage nikal jaon.</w:t>
      </w:r>
      <w:r>
        <w:br/>
      </w:r>
      <w:r>
        <w:rPr>
          <w:sz w:val="20"/>
        </w:rPr>
        <w:t>3:15  to ab aap ne kraisiz ko manage kar liya.</w:t>
      </w:r>
      <w:r>
        <w:br/>
      </w:r>
      <w:r>
        <w:rPr>
          <w:sz w:val="20"/>
        </w:rPr>
        <w:t>3:19  is ko kaha jata hai "defensive driving". defensive driving asal mein crisis management hi ka doosra naam hai.</w:t>
      </w:r>
    </w:p>
    <w:p>
      <w:pPr>
        <w:pStyle w:val="Heading2"/>
      </w:pPr>
      <w:r>
        <w:t>Conspiracy theories vs the real cause: lack of sabr and taqwa</w:t>
      </w:r>
    </w:p>
    <w:p>
      <w:r>
        <w:rPr>
          <w:color w:val="666666"/>
          <w:sz w:val="18"/>
        </w:rPr>
        <w:t>Importance of Patience (Sabr) January 8, 2023 · 3m 02s · at 12:15 · https://youtu.be/JaJX3jrl3R8?t=735</w:t>
      </w:r>
    </w:p>
    <w:p>
      <w:r>
        <w:rPr>
          <w:i/>
        </w:rPr>
        <w:t>“Musalmano ka yeh hai ke log saazish kar rahe hain unke khilaf”</w:t>
      </w:r>
    </w:p>
    <w:p>
      <w:r>
        <w:rPr>
          <w:sz w:val="20"/>
        </w:rPr>
        <w:t>12:15  to is ke baray mein khas to par quran mein, kyunke rasool Allah sal Allah alayhi wasallam ke zamanay mein bhi yeh masla paish aaya tha. to quran mein aaya hai ke yeh jo hai, sabr aur taqwa ki kami ki wajah se hota hai, na ke kisi ki sazish ki wajah se.</w:t>
      </w:r>
      <w:r>
        <w:br/>
      </w:r>
      <w:r>
        <w:rPr>
          <w:sz w:val="20"/>
        </w:rPr>
        <w:t>12:32  yani tumharay andar sabr aur taqwa hoga to kisi ki sazish jo hai, woh karagar nahi ho paye gi.</w:t>
      </w:r>
      <w:r>
        <w:br/>
      </w:r>
      <w:r>
        <w:rPr>
          <w:sz w:val="20"/>
        </w:rPr>
        <w:t>12:41  to is wajah se jo hamein karna hai, woh yeh ailan nahi karna hai ke log hamaray khilaf sazish kar rahay hain, balkay hamein apnay andar jhankna hai aur apnay andar hamein sabr aur taqwa ki sifat paida karni hai.</w:t>
      </w:r>
      <w:r>
        <w:br/>
      </w:r>
      <w:r>
        <w:rPr>
          <w:sz w:val="20"/>
        </w:rPr>
        <w:t>12:57  kyunke jo dunya ka jo nizam hai, woh to badlay ga nahi. to is liye hamein apnay hi aap ko badalna hai.</w:t>
      </w:r>
      <w:r>
        <w:br/>
      </w:r>
      <w:r>
        <w:rPr>
          <w:sz w:val="20"/>
        </w:rPr>
        <w:t>13:04  ji, apnay hi aap ko hamein change karna hai. aur yeh dimagh mein bitha lena hai ke is dunya mein har cheez jo hai, ibtila ke liye hai.</w:t>
      </w:r>
      <w:r>
        <w:br/>
      </w:r>
      <w:r>
        <w:rPr>
          <w:sz w:val="20"/>
        </w:rPr>
        <w:t>13:13  allazi khalaq al maut wal hayat li yablakum ayukum ahsan amal. yeh surah mulk mein hai. to har cheez ibtila hai. hamaray achay halaat bhi ibtila hain aur buray halaat bhi ibtila hain.</w:t>
      </w:r>
      <w:r>
        <w:br/>
      </w:r>
      <w:r>
        <w:rPr>
          <w:sz w:val="20"/>
        </w:rPr>
        <w:t>13:25  to buray halaat mein hum sabr karen, achay halaat mein Khuda ka shukar ada karen. to har halat mein hamaray liye ibadat hi ibadat ka moqa hai.</w:t>
      </w:r>
      <w:r>
        <w:br/>
      </w:r>
      <w:r>
        <w:rPr>
          <w:sz w:val="20"/>
        </w:rPr>
        <w:t>13:35  to jo hai, hum kisi bhi tarah se unwanted situation se bach nahi saktay.</w:t>
      </w:r>
      <w:r>
        <w:br/>
      </w:r>
      <w:r>
        <w:rPr>
          <w:sz w:val="20"/>
        </w:rPr>
        <w:t>13:42  sirf hum yeh kar saktay hain ke sabr karen aur sabr waqti tor par hota hai. phir is ke baad hum sochtay hain. aur jab hum positive mind ke sath jab sochtay hain to hum ko zyada superior solution hamein samajh mein ayega.</w:t>
      </w:r>
      <w:r>
        <w:br/>
      </w:r>
      <w:r>
        <w:rPr>
          <w:sz w:val="20"/>
        </w:rPr>
        <w:t>13:58  kyunke jab aadmi ghusay mein hota hai na, to us ko koi baat samajh mein nahi aati. to ghusa nahi karen, intiqam ke jazbay se nahi sochtay, balkay cool mindedly sochtay</w:t>
      </w:r>
      <w:r>
        <w:br/>
      </w:r>
      <w:r>
        <w:rPr>
          <w:sz w:val="20"/>
        </w:rPr>
        <w:t>14:10  hain. sabr ka matlab yeh nahi hai ke hum bas baith jayen, hum kuch kaam na karen. balkay cool mindedly sochne ke baad apna qadam jo hai, kya lena hai agay, woh mutayyan karen.</w:t>
      </w:r>
      <w:r>
        <w:br/>
      </w:r>
      <w:r>
        <w:rPr>
          <w:sz w:val="20"/>
        </w:rPr>
        <w:t>14:23  to saray peghamabaron ne bhi yahi kiya. quran mein bar bar aaya hai to peghamabar ki zuban se ke jo takleef tum hamein do ge, hum tumhein hum is par sabr hi karen gay.</w:t>
      </w:r>
      <w:r>
        <w:br/>
      </w:r>
      <w:r>
        <w:rPr>
          <w:sz w:val="20"/>
        </w:rPr>
        <w:t>14:36  yeh chapter 14 mein aaya hai.</w:t>
      </w:r>
      <w:r>
        <w:br/>
      </w:r>
      <w:r>
        <w:rPr>
          <w:sz w:val="20"/>
        </w:rPr>
        <w:t>14:38  kyunke agar woh sabr na karte to jo halaat ka normalization, mo'tadil halaat zaroori hain Khuda ka paigham pohanchane ke liye, to woh halaat hi kharab ho jatay.</w:t>
      </w:r>
      <w:r>
        <w:br/>
      </w:r>
      <w:r>
        <w:rPr>
          <w:sz w:val="20"/>
        </w:rPr>
        <w:t>14:51  agar halaat normal nahi hon gay to hamari koi baat doosray ko achi nahi lagay gi.</w:t>
      </w:r>
      <w:r>
        <w:br/>
      </w:r>
      <w:r>
        <w:rPr>
          <w:sz w:val="20"/>
        </w:rPr>
        <w:t>14:58  to woh halaat normal karne ke liye hamein sabr karna parta hai. aur sabr jo hai, woh is mein aik qism ka Maulana ne likha hai ke woh lesser evil hai.</w:t>
      </w:r>
      <w:r>
        <w:br/>
      </w:r>
      <w:r>
        <w:rPr>
          <w:sz w:val="20"/>
        </w:rPr>
        <w:t>15:09  aur jo hai, woh matlab sabr jo hai, hamein lesser evil tak hi mehdood ho rehta hai.</w:t>
      </w:r>
    </w:p>
    <w:p>
      <w:pPr>
        <w:pStyle w:val="Heading2"/>
      </w:pPr>
      <w:r>
        <w:t>Da'wah opportunity vs conflict and examples</w:t>
      </w:r>
    </w:p>
    <w:p>
      <w:r>
        <w:rPr>
          <w:color w:val="666666"/>
          <w:sz w:val="18"/>
        </w:rPr>
        <w:t>Experience Sharing of Jaipur Literature Festival 03 February 2013 · 5m 39s · at 26:56 · https://youtu.be/Yc_VN2VQIgc?t=1616</w:t>
      </w:r>
    </w:p>
    <w:p>
      <w:r>
        <w:rPr>
          <w:i/>
        </w:rPr>
        <w:t>“So the Muslims said you can't take your procession”</w:t>
      </w:r>
    </w:p>
    <w:p>
      <w:r>
        <w:rPr>
          <w:sz w:val="20"/>
        </w:rPr>
        <w:t>26:56  So the Muslims said that you can't take your procession from this route, and Hindus were adamant, therefore the clash. Now, this struck me real hard. Why?</w:t>
      </w:r>
      <w:r>
        <w:br/>
      </w:r>
      <w:r>
        <w:rPr>
          <w:sz w:val="20"/>
        </w:rPr>
        <w:t>27:11  Because here we were, the CPS team, at the Jaipur Literature Festival.</w:t>
      </w:r>
      <w:r>
        <w:br/>
      </w:r>
      <w:r>
        <w:rPr>
          <w:sz w:val="20"/>
        </w:rPr>
        <w:t>27:18  And I think some of you will not be aware here that the manner in which we distribute</w:t>
      </w:r>
      <w:r>
        <w:br/>
      </w:r>
      <w:r>
        <w:rPr>
          <w:sz w:val="20"/>
        </w:rPr>
        <w:t>27:26  is that as one enters the Diggi Palace, which is the venue of the festival, everyone, whether a</w:t>
      </w:r>
      <w:r>
        <w:br/>
      </w:r>
      <w:r>
        <w:rPr>
          <w:sz w:val="20"/>
        </w:rPr>
        <w:t>27:34  celebrity or a commoner, has to walk a particular stretch of land.</w:t>
      </w:r>
      <w:r>
        <w:br/>
      </w:r>
      <w:r>
        <w:rPr>
          <w:sz w:val="20"/>
        </w:rPr>
        <w:t>27:42  It is a narrow lane. You have to walk that lane. So people continuously walk up and down that lane. You are entering the Diggi Palace. You're moving out of the Diggi Palace. So there is a sort of a procession which is all the time going up and down that lane. And we, the CPS members, we stationed ourselves on either side of this lane, and we would distribute, give Quran to the people who would go up and down.</w:t>
      </w:r>
      <w:r>
        <w:br/>
      </w:r>
      <w:r>
        <w:rPr>
          <w:sz w:val="20"/>
        </w:rPr>
        <w:t>28:07  So I compared these two instances which were right in front of me, one where Muslims could not avail of this procession which was passing through a particular route.</w:t>
      </w:r>
      <w:r>
        <w:br/>
      </w:r>
      <w:r>
        <w:rPr>
          <w:sz w:val="20"/>
        </w:rPr>
        <w:t>28:20  And on the other hand, we were able to use this or take this procession of the Jaipur</w:t>
      </w:r>
      <w:r>
        <w:br/>
      </w:r>
      <w:r>
        <w:rPr>
          <w:sz w:val="20"/>
        </w:rPr>
        <w:t>28:26  Literature Festival as an opportunity of da'wah.</w:t>
      </w:r>
      <w:r>
        <w:br/>
      </w:r>
      <w:r>
        <w:rPr>
          <w:sz w:val="20"/>
        </w:rPr>
        <w:t>28:32  This was also a procession, a kind of procession.</w:t>
      </w:r>
      <w:r>
        <w:br/>
      </w:r>
      <w:r>
        <w:rPr>
          <w:sz w:val="20"/>
        </w:rPr>
        <w:t>28:38  So I felt that it was very strange for me to think of our team as being able</w:t>
      </w:r>
      <w:r>
        <w:br/>
      </w:r>
      <w:r>
        <w:rPr>
          <w:sz w:val="20"/>
        </w:rPr>
        <w:t>28:44  to identify an opportunity and avail of it while Muslims, on the other hand, being blind to an</w:t>
      </w:r>
      <w:r>
        <w:br/>
      </w:r>
      <w:r>
        <w:rPr>
          <w:sz w:val="20"/>
        </w:rPr>
        <w:t>28:50  opportunity which was coming right at their doorstep.</w:t>
      </w:r>
      <w:r>
        <w:br/>
      </w:r>
      <w:r>
        <w:rPr>
          <w:sz w:val="20"/>
        </w:rPr>
        <w:t>28:56  This also made me think of a particular hadith of the Prophet.</w:t>
      </w:r>
      <w:r>
        <w:br/>
      </w:r>
      <w:r>
        <w:rPr>
          <w:sz w:val="20"/>
        </w:rPr>
        <w:t>29:02  And the hadith is that an animal does not know what God wants from him, as in why</w:t>
      </w:r>
      <w:r>
        <w:br/>
      </w:r>
      <w:r>
        <w:rPr>
          <w:sz w:val="20"/>
        </w:rPr>
        <w:t>29:08  God has put him where He has put him.</w:t>
      </w:r>
      <w:r>
        <w:br/>
      </w:r>
      <w:r>
        <w:rPr>
          <w:sz w:val="20"/>
        </w:rPr>
        <w:t>29:15  Sorry. The hadith is that an animal does not know why his owner has put him where he has put him or what role he's supposed to play where he has been put.</w:t>
      </w:r>
      <w:r>
        <w:br/>
      </w:r>
      <w:r>
        <w:rPr>
          <w:sz w:val="20"/>
        </w:rPr>
        <w:t>29:28  Whereas a believer knows why he has been put where he has been put and what role he</w:t>
      </w:r>
      <w:r>
        <w:br/>
      </w:r>
      <w:r>
        <w:rPr>
          <w:sz w:val="20"/>
        </w:rPr>
        <w:t>29:32  has to play.</w:t>
      </w:r>
      <w:r>
        <w:br/>
      </w:r>
      <w:r>
        <w:rPr>
          <w:sz w:val="20"/>
        </w:rPr>
        <w:t>29:36  So I felt that the CPS team had come up to that level where it knew what God</w:t>
      </w:r>
      <w:r>
        <w:br/>
      </w:r>
      <w:r>
        <w:rPr>
          <w:sz w:val="20"/>
        </w:rPr>
        <w:t>29:41  wanted from it, what role God wanted it to play.</w:t>
      </w:r>
      <w:r>
        <w:br/>
      </w:r>
      <w:r>
        <w:rPr>
          <w:sz w:val="20"/>
        </w:rPr>
        <w:t>29:45  So these were some of my observations and realizations from the festival.</w:t>
      </w:r>
      <w:r>
        <w:br/>
      </w:r>
      <w:r>
        <w:rPr>
          <w:sz w:val="20"/>
        </w:rPr>
        <w:t>29:49  Thank you so much.</w:t>
      </w:r>
      <w:r>
        <w:br/>
      </w:r>
      <w:r>
        <w:rPr>
          <w:sz w:val="20"/>
        </w:rPr>
        <w:t>29:54  And he asked, "Okay then.</w:t>
      </w:r>
      <w:r>
        <w:br/>
      </w:r>
      <w:r>
        <w:rPr>
          <w:sz w:val="20"/>
        </w:rPr>
        <w:t>29:58  If it is the case, then I'll take it." And he took and he went.</w:t>
      </w:r>
      <w:r>
        <w:br/>
      </w:r>
      <w:r>
        <w:rPr>
          <w:sz w:val="20"/>
        </w:rPr>
        <w:t>30:02  And he told that, "I'll read it if it is for everybody." And similar was the case with a woman.</w:t>
      </w:r>
      <w:r>
        <w:br/>
      </w:r>
      <w:r>
        <w:rPr>
          <w:sz w:val="20"/>
        </w:rPr>
        <w:t>30:07  She came on the second day, and she was telling that yesterday in the evening when I was</w:t>
      </w:r>
      <w:r>
        <w:br/>
      </w:r>
      <w:r>
        <w:rPr>
          <w:sz w:val="20"/>
        </w:rPr>
        <w:t>30:11  coming back, I was searching you people.</w:t>
      </w:r>
      <w:r>
        <w:br/>
      </w:r>
      <w:r>
        <w:rPr>
          <w:sz w:val="20"/>
        </w:rPr>
        <w:t>30:16  "Where were you people?</w:t>
      </w:r>
      <w:r>
        <w:br/>
      </w:r>
      <w:r>
        <w:rPr>
          <w:sz w:val="20"/>
        </w:rPr>
        <w:t>30:21  I thought I can take it while I was going back, and I didn't find you in the evening.</w:t>
      </w:r>
      <w:r>
        <w:br/>
      </w:r>
      <w:r>
        <w:rPr>
          <w:sz w:val="20"/>
        </w:rPr>
        <w:t>30:27  So please give me two copies, one for me and one for my daughter." And she was like,</w:t>
      </w:r>
      <w:r>
        <w:br/>
      </w:r>
      <w:r>
        <w:rPr>
          <w:sz w:val="20"/>
        </w:rPr>
        <w:t>30:32  "People were searching to take the Quran." It was quite interesting to me to see they are interested.</w:t>
      </w:r>
      <w:r>
        <w:br/>
      </w:r>
      <w:r>
        <w:rPr>
          <w:sz w:val="20"/>
        </w:rPr>
        <w:t>30:38  And this was my apprehension while beginning the task, that kya ye khali aise to nahi ho jayega</w:t>
      </w:r>
      <w:r>
        <w:br/>
      </w:r>
      <w:r>
        <w:rPr>
          <w:sz w:val="20"/>
        </w:rPr>
        <w:t>30:43  कि time and money का वेस्टेज हो रहा है, खाली हम दे रहे हैं और कोई उसको मतलब</w:t>
      </w:r>
      <w:r>
        <w:br/>
      </w:r>
      <w:r>
        <w:rPr>
          <w:sz w:val="20"/>
        </w:rPr>
        <w:t>30:49  پڑھے گا یا utilize کرے گا بھی یا نہیں۔</w:t>
      </w:r>
      <w:r>
        <w:br/>
      </w:r>
      <w:r>
        <w:rPr>
          <w:sz w:val="20"/>
        </w:rPr>
        <w:t>30:54  So it was kind of an apprehension.</w:t>
      </w:r>
      <w:r>
        <w:br/>
      </w:r>
      <w:r>
        <w:rPr>
          <w:sz w:val="20"/>
        </w:rPr>
        <w:t>31:00  And thank God, God has given me the answer.</w:t>
      </w:r>
      <w:r>
        <w:br/>
      </w:r>
      <w:r>
        <w:rPr>
          <w:sz w:val="20"/>
        </w:rPr>
        <w:t>31:05  I've been staying with my other friends from other universities, like Hisar University and all.</w:t>
      </w:r>
      <w:r>
        <w:br/>
      </w:r>
      <w:r>
        <w:rPr>
          <w:sz w:val="20"/>
        </w:rPr>
        <w:t>31:11  And I would just quote that particular incident of Hisar University students ki woh shaam mein hum log</w:t>
      </w:r>
      <w:r>
        <w:br/>
      </w:r>
      <w:r>
        <w:rPr>
          <w:sz w:val="20"/>
        </w:rPr>
        <w:t>31:17  تھک تھکا کر کے واپس جانے کے بعد ساڑھے سات بجے، آٹھ بجے کے قریب سارے لوگ بیٹھے اور they</w:t>
      </w:r>
      <w:r>
        <w:br/>
      </w:r>
      <w:r>
        <w:rPr>
          <w:sz w:val="20"/>
        </w:rPr>
        <w:t>31:23  asked me, "I have gone through one girl, she asked me, I have gone through two, three pages,</w:t>
      </w:r>
      <w:r>
        <w:br/>
      </w:r>
      <w:r>
        <w:rPr>
          <w:sz w:val="20"/>
        </w:rPr>
        <w:t>31:30  but I am not understanding the background or context of the thing.</w:t>
      </w:r>
      <w:r>
        <w:br/>
      </w:r>
      <w:r>
        <w:rPr>
          <w:sz w:val="20"/>
        </w:rPr>
        <w:t>31:36  So I would like if you have some time or something so we can sit in group and</w:t>
      </w:r>
      <w:r>
        <w:br/>
      </w:r>
      <w:r>
        <w:rPr>
          <w:sz w:val="20"/>
        </w:rPr>
        <w:t>31:43  we can just read it and you can explain us what is in it." So this was like,</w:t>
      </w:r>
      <w:r>
        <w:br/>
      </w:r>
      <w:r>
        <w:rPr>
          <w:sz w:val="20"/>
        </w:rPr>
        <w:t>31:49  "God has answered me," ki fauran mujhko jawab mil gaya ki nahin, ye khali mera apna dimagh ka</w:t>
      </w:r>
      <w:r>
        <w:br/>
      </w:r>
      <w:r>
        <w:rPr>
          <w:sz w:val="20"/>
        </w:rPr>
        <w:t>31:56  apprehension tha, doubt tha ke log isko padhenge nahin ya log isko samjhenge nahin ya isko utilize nahin karenge.</w:t>
      </w:r>
      <w:r>
        <w:br/>
      </w:r>
      <w:r>
        <w:rPr>
          <w:sz w:val="20"/>
        </w:rPr>
        <w:t>32:02  So thank God that I got the meaning and color to my work, to my journey, to my visit.</w:t>
      </w:r>
      <w:r>
        <w:br/>
      </w:r>
      <w:r>
        <w:rPr>
          <w:sz w:val="20"/>
        </w:rPr>
        <w:t>32:09  And I would be really thankful to all my friends who were there with me, who actually helped</w:t>
      </w:r>
      <w:r>
        <w:br/>
      </w:r>
      <w:r>
        <w:rPr>
          <w:sz w:val="20"/>
        </w:rPr>
        <w:t>32:15  me out how to go to people and how to distribute it and how to talk to them,</w:t>
      </w:r>
      <w:r>
        <w:br/>
      </w:r>
      <w:r>
        <w:rPr>
          <w:sz w:val="20"/>
        </w:rPr>
        <w:t>32:22  how to have a discussion with them.</w:t>
      </w:r>
      <w:r>
        <w:br/>
      </w:r>
      <w:r>
        <w:rPr>
          <w:sz w:val="20"/>
        </w:rPr>
        <w:t>32:28  Thank you all.</w:t>
      </w:r>
      <w:r>
        <w:br/>
      </w:r>
      <w:r>
        <w:rPr>
          <w:sz w:val="20"/>
        </w:rPr>
        <w:t>32:35  and most importantly, thank god.</w:t>
      </w:r>
    </w:p>
    <w:p>
      <w:pPr>
        <w:pStyle w:val="Heading2"/>
      </w:pPr>
      <w:r>
        <w:t>Hadith and explanation of true love</w:t>
      </w:r>
    </w:p>
    <w:p>
      <w:r>
        <w:rPr>
          <w:color w:val="666666"/>
          <w:sz w:val="18"/>
        </w:rPr>
        <w:t>Why God gives Shocks to a Person September 22, 2018 · 1m 29s · at 1:42 · https://youtu.be/dG3v31RusHo?t=102</w:t>
      </w:r>
    </w:p>
    <w:p>
      <w:r>
        <w:rPr>
          <w:i/>
        </w:rPr>
        <w:t>“Allah ki qasam, main aap se muhabbat karta hoon.”</w:t>
      </w:r>
    </w:p>
    <w:p>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r>
        <w:br/>
      </w:r>
      <w:r>
        <w:rPr>
          <w:sz w:val="20"/>
        </w:rPr>
        <w:t>2:16  dekhiye, yeh yeh jo rasool, yeh jo hadith hai, is mein kehne wala yeh kehta hai ke "main aap se muhabbat karta hoon." is ka matlab kis ka kya hai?</w:t>
      </w:r>
      <w:r>
        <w:br/>
      </w:r>
      <w:r>
        <w:rPr>
          <w:sz w:val="20"/>
        </w:rPr>
        <w:t>2:37  yeh koi love affair ki baat nahi hai.</w:t>
      </w:r>
      <w:r>
        <w:br/>
      </w:r>
      <w:r>
        <w:rPr>
          <w:sz w:val="20"/>
        </w:rPr>
        <w:t>2:41  is ka matlab hai ke "main aap ke rastay par chalna chahta hoon</w:t>
      </w:r>
    </w:p>
    <w:p>
      <w:pPr>
        <w:pStyle w:val="Heading2"/>
      </w:pPr>
      <w:r>
        <w:t>scholars abandoned dawah for politics and lost everything</w:t>
      </w:r>
    </w:p>
    <w:p>
      <w:r>
        <w:rPr>
          <w:color w:val="666666"/>
          <w:sz w:val="18"/>
        </w:rPr>
        <w:t>From The Spiritual Tree December 3, 2006 · 3m 28s · at 42:58 · https://youtu.be/m3JXYXORP5w?t=2578</w:t>
      </w:r>
    </w:p>
    <w:p>
      <w:r>
        <w:rPr>
          <w:i/>
        </w:rPr>
        <w:t>“I think hadiths had prophesied this very thing”</w:t>
      </w:r>
    </w:p>
    <w:p>
      <w:r>
        <w:rPr>
          <w:sz w:val="20"/>
        </w:rPr>
        <w:t>42:58  mein samajhta hoon ke yeh ek aisa waqea hai jiske peshengoi hadithon mein maujood thi pehle se. hadithon mein aata hai ke ek zamana aayega jab ke ulama chale jayenge.</w:t>
      </w:r>
      <w:r>
        <w:br/>
      </w:r>
      <w:r>
        <w:rPr>
          <w:sz w:val="20"/>
        </w:rPr>
        <w:t>43:11  iske liye lafz istemal hua hai "zahab al-ulama". zahab al-ulama</w:t>
      </w:r>
      <w:r>
        <w:br/>
      </w:r>
      <w:r>
        <w:rPr>
          <w:sz w:val="20"/>
        </w:rPr>
        <w:t>43:20  toh zahab al-ulama yaani log matlabi samajhte hain ab tak ke mar jayenge log, yaani ulama sab mar jayenge.</w:t>
      </w:r>
      <w:r>
        <w:br/>
      </w:r>
      <w:r>
        <w:rPr>
          <w:sz w:val="20"/>
        </w:rPr>
        <w:t>43:29  mein samajhta hoon ke yeh bilkul yaani unnatural baat hai ke aap yeh samjhein ke saare ulama mar jayenge. aisa kabhi nahi ho sakta qayamat se pehle.</w:t>
      </w:r>
      <w:r>
        <w:br/>
      </w:r>
      <w:r>
        <w:rPr>
          <w:sz w:val="20"/>
        </w:rPr>
        <w:t>43:39  yeh asli mein hai wahi cheez jisko aap kehte hain "brain drain" yaani dawah front ko chhod kar log chale jayenge political front ki taraf.</w:t>
      </w:r>
      <w:r>
        <w:br/>
      </w:r>
      <w:r>
        <w:rPr>
          <w:sz w:val="20"/>
        </w:rPr>
        <w:t>43:50  hamare ulama, hamare leader, yeh matlab hai is hadith ka "</w:t>
      </w:r>
      <w:r>
        <w:br/>
      </w:r>
      <w:r>
        <w:rPr>
          <w:sz w:val="20"/>
        </w:rPr>
        <w:t>43:55  zahab al-ulama". ulama chale jayenge, chale jayenge matlab log samajhte hain ke mar jayenge. mein isko nahi samajhta ke mar jayenge. yeh bilkul galat baat hai. yeh suraj israfel se pehle aisa nahi ho sakta ke saare log mar jayein ek saath.</w:t>
      </w:r>
      <w:r>
        <w:br/>
      </w:r>
      <w:r>
        <w:rPr>
          <w:sz w:val="20"/>
        </w:rPr>
        <w:t>44:10  yeh suraj israfel ka yeh suraj phoonka jayega, tab aisa hoga. yahan yeh hai ke woh apna front badal denge, dawah front se chhod kar ke chale jayenge political front mein.</w:t>
      </w:r>
      <w:r>
        <w:br/>
      </w:r>
      <w:r>
        <w:rPr>
          <w:sz w:val="20"/>
        </w:rPr>
        <w:t>44:21  aur waqatan aise hi hua hai.</w:t>
      </w:r>
      <w:r>
        <w:br/>
      </w:r>
      <w:r>
        <w:rPr>
          <w:sz w:val="20"/>
        </w:rPr>
        <w:t>44:24  muslim world ke jitne top brain thay, sab ke sab chale gaye isi taraf, sab ke sab chale gaye.</w:t>
      </w:r>
      <w:r>
        <w:br/>
      </w:r>
      <w:r>
        <w:rPr>
          <w:sz w:val="20"/>
        </w:rPr>
        <w:t>44:33  koi ek bhi shakhs nahi hai yaani qabil e zikr aadmi jisne dawah front par kaam kiya ho mujhko chhod kar.</w:t>
      </w:r>
      <w:r>
        <w:br/>
      </w:r>
      <w:r>
        <w:rPr>
          <w:sz w:val="20"/>
        </w:rPr>
        <w:t>44:43  mainneapneapko dedicate kiya is kaam mein, lekin mere siwa poori muslim world mein do sau saal mein koi aadmi nahin hai.</w:t>
      </w:r>
      <w:r>
        <w:br/>
      </w:r>
      <w:r>
        <w:rPr>
          <w:sz w:val="20"/>
        </w:rPr>
        <w:t>44:52  doosre doosre kaam ko albatta unhone dawat kaam naam de diya,</w:t>
      </w:r>
      <w:r>
        <w:br/>
      </w:r>
      <w:r>
        <w:rPr>
          <w:sz w:val="20"/>
        </w:rPr>
        <w:t>44:58  yani kisi aur ko aur kaam karte rahe, isko kaha dawat. lekin dawat yani is maamle mein ke ghair muslimon tak Islam ka paigham pahunchana, ghair muslimon ko Islam ka, Islam ka darwaza, darwaza rehmat kholna, ghair muslimon ke liye, iske liye koi ek aadmi bhi nahin hai. do sau saal mein</w:t>
      </w:r>
      <w:r>
        <w:br/>
      </w:r>
      <w:r>
        <w:rPr>
          <w:sz w:val="20"/>
        </w:rPr>
        <w:t>45:23  toh yeh hai "zahab al ulama" ke Islam ke dawati mission ko chhod kar ke woh chale gaye kahan? siyasi ladaiyon mein. main samajhta hoon ke Khuda ki scheme ke khilaaf tha yeh, chunache kuch bhi kamyabi nahin hui.</w:t>
      </w:r>
      <w:r>
        <w:br/>
      </w:r>
      <w:r>
        <w:rPr>
          <w:sz w:val="20"/>
        </w:rPr>
        <w:t>45:37  one percent bhi kamyabi nahin hui, one percent bhi kamyabi nahin hui kahin bhi. aur doosra jo position thi musalmanon ki pehle, us se aaj dil bad se kharaab hoti chali ja rahi hai.</w:t>
      </w:r>
      <w:r>
        <w:br/>
      </w:r>
      <w:r>
        <w:rPr>
          <w:sz w:val="20"/>
        </w:rPr>
        <w:t>45:52  misal ke taur par Falasteen mein 48 mein musalmanon ko Falasteen ka two third mila hua tha. two third aaj toh kuch bhi nahin hai, ek patta hai banjar qism ki, woh unko mili hui hai.</w:t>
      </w:r>
      <w:r>
        <w:br/>
      </w:r>
      <w:r>
        <w:rPr>
          <w:sz w:val="20"/>
        </w:rPr>
        <w:t>46:06  baqi sab nikal gaya unke haath se isi ladai ke dauran.</w:t>
      </w:r>
      <w:r>
        <w:br/>
      </w:r>
      <w:r>
        <w:rPr>
          <w:sz w:val="20"/>
        </w:rPr>
        <w:t>46:13  toh saari muslim duniya mein yeh hua ke "zahab al ulama" ho gaya ke musalmanon ke jo azeem the, bade bade jo leader the, woh sab dawat ke mission ko chhod kar bhage political front par.</w:t>
      </w:r>
    </w:p>
    <w:p>
      <w:pPr>
        <w:pStyle w:val="Heading2"/>
      </w:pPr>
      <w:r>
        <w:t>Homelessness to launching Al-Risala</w:t>
      </w:r>
    </w:p>
    <w:p>
      <w:r>
        <w:rPr>
          <w:color w:val="666666"/>
          <w:sz w:val="18"/>
        </w:rPr>
        <w:t>How to Remove Tension February 11, 2007 Maulana Wahiduddin Khan · 4m 03s · at 42:39 · https://youtu.be/_PB2YOm8cV8?t=2559</w:t>
      </w:r>
    </w:p>
    <w:p>
      <w:r>
        <w:rPr>
          <w:i/>
        </w:rPr>
        <w:t>“Aur main to sau baar kam se kam bata sakta hoon”</w:t>
      </w:r>
    </w:p>
    <w:p>
      <w:r>
        <w:rPr>
          <w:sz w:val="20"/>
        </w:rPr>
        <w:t>42:39  aur main to yani so bar kam az kam bata sakta hoon aap ko bar bar aisa hua ke tension ne mujhe aik nai dunya se</w:t>
      </w:r>
      <w:r>
        <w:br/>
      </w:r>
      <w:r>
        <w:rPr>
          <w:sz w:val="20"/>
        </w:rPr>
        <w:t>42:50  mili mujhe jaisay isi dilli mein dekhiye isi dilli mein aisa hua ke 1975 mein mein isi dilli mein mein be ghar ho gaya be ghar ho gaya jab aik aik aik zamanay mein aik haftay mein aik din nikalta tha mein is ka editor tha achaanak unhon ne band kar diya unhon ne.</w:t>
      </w:r>
      <w:r>
        <w:br/>
      </w:r>
      <w:r>
        <w:rPr>
          <w:sz w:val="20"/>
        </w:rPr>
        <w:t>43:15  ab mein bilkul aik be ghar shakhs ban gaya isi dilli mein 1975 mein to logon ne mujh se kaha ke in par case kijiye.</w:t>
      </w:r>
      <w:r>
        <w:br/>
      </w:r>
      <w:r>
        <w:rPr>
          <w:sz w:val="20"/>
        </w:rPr>
        <w:t>43:25  aur yeh lambi kahani hai har aadmi karta hai to case kijiye case kijiye lekin mein ne kya faisla kiya?</w:t>
      </w:r>
      <w:r>
        <w:br/>
      </w:r>
      <w:r>
        <w:rPr>
          <w:sz w:val="20"/>
        </w:rPr>
        <w:t>43:35  ke is haftay ke parche ke bahar bhi aik dunya hai woh dunya pehle hi mere qabzay mein hai.</w:t>
      </w:r>
      <w:r>
        <w:br/>
      </w:r>
      <w:r>
        <w:rPr>
          <w:sz w:val="20"/>
        </w:rPr>
        <w:t>43:44  woh jo aik haftay ka parcha tha aik i association ka is ka aik office tha to kya wohi kal dunya hai is ke bahar bohat bari dunya hai.</w:t>
      </w:r>
      <w:r>
        <w:br/>
      </w:r>
      <w:r>
        <w:rPr>
          <w:sz w:val="20"/>
        </w:rPr>
        <w:t>43:54  trillion time ziyada bari dunya to mein aik saal tak chala is tarah ka qissa phir mein ne apna magazine nikala.</w:t>
      </w:r>
      <w:r>
        <w:br/>
      </w:r>
      <w:r>
        <w:rPr>
          <w:sz w:val="20"/>
        </w:rPr>
        <w:t>44:04  1975 hi ke aakhir mein.</w:t>
      </w:r>
      <w:r>
        <w:br/>
      </w:r>
      <w:r>
        <w:rPr>
          <w:sz w:val="20"/>
        </w:rPr>
        <w:t>44:10  is ka naam mein ne rakha Al-Risala Al-Risala means the message Al-Risala ka matlab hai the message urdu mein english mein aur hindi mein.</w:t>
      </w:r>
      <w:r>
        <w:br/>
      </w:r>
      <w:r>
        <w:rPr>
          <w:sz w:val="20"/>
        </w:rPr>
        <w:t>44:21  to woh us waqt se baqaaida tareeqay se barabar nikal raha hai aaj aur poore yaani urdu jo muslim lafz jo hai is ka munfarid parcha maana jata hai woh.</w:t>
      </w:r>
      <w:r>
        <w:br/>
      </w:r>
      <w:r>
        <w:rPr>
          <w:sz w:val="20"/>
        </w:rPr>
        <w:t>44:33  aap ghhor kijiye ke mein barabar pakistan par tanqeed karta hoon jo mein jinnah par tanqeed karta hoon iqbal par tanqeed karta hoon.</w:t>
      </w:r>
      <w:r>
        <w:br/>
      </w:r>
      <w:r>
        <w:rPr>
          <w:sz w:val="20"/>
        </w:rPr>
        <w:t>44:43  aap jante hain ke iqbal jo thay woh pakistan ke sochne walay thay jinnah sahib thay jo pakistan ke builder thay.</w:t>
      </w:r>
      <w:r>
        <w:br/>
      </w:r>
      <w:r>
        <w:rPr>
          <w:sz w:val="20"/>
        </w:rPr>
        <w:t>44:51  to mein aur abdullah al mehdi jo pakistan ke is mein bohat un ka darja mila un ko to mein barabar pakistan ko kehta hoon ke yeh koi yaani yeh koi kaam nahi tha jo musalmanon ne kiya.</w:t>
      </w:r>
      <w:r>
        <w:br/>
      </w:r>
      <w:r>
        <w:rPr>
          <w:sz w:val="20"/>
        </w:rPr>
        <w:t>45:06  partition ko mein kehta hoon ke yeh koi kaam nahi tha jo musalmanon ne kiya to mein iqbal par tanqeed karta hoon mehdi par tanqeed karta hoon jinnah par tanqeed karta hoon.</w:t>
      </w:r>
      <w:r>
        <w:br/>
      </w:r>
      <w:r>
        <w:rPr>
          <w:sz w:val="20"/>
        </w:rPr>
        <w:t>45:14  p</w:t>
      </w:r>
      <w:r>
        <w:br/>
      </w:r>
      <w:r>
        <w:rPr>
          <w:sz w:val="20"/>
        </w:rPr>
        <w:t>45:15  har bhi mera parcha jo hai akela parcha india ka hai jo wahan par dobara chhapaya jata hai har mahine har mahine.</w:t>
      </w:r>
      <w:r>
        <w:br/>
      </w:r>
      <w:r>
        <w:rPr>
          <w:sz w:val="20"/>
        </w:rPr>
        <w:t>45:25  kyun ke woh log nazar andaz nahi kar sakte Al-Risala ke parche ko is mein itni ziyada aur baatein hoti hain is aik baat ko chhod kar ke is liye un logon ko mujh se mohabbat nafrat ka ta'alluq hai.</w:t>
      </w:r>
      <w:r>
        <w:br/>
      </w:r>
      <w:r>
        <w:rPr>
          <w:sz w:val="20"/>
        </w:rPr>
        <w:t>45:34  mohabbat nafrat ke aik fisad agar woh baatein hoti hain jo unhein achhi nahi lagti hain kyun ke 90 fisad baatein woh baatein hoti hoti hain 99 fisad.</w:t>
      </w:r>
      <w:r>
        <w:br/>
      </w:r>
      <w:r>
        <w:rPr>
          <w:sz w:val="20"/>
        </w:rPr>
        <w:t>45:44  is ka koi un ke paas mutabadil nahi hai kisi bhi magazine mein woh baat nahi pa sakte woh arabic mein farsi mein english mein urdu mein kisi bhi zaban mein.</w:t>
      </w:r>
      <w:r>
        <w:br/>
      </w:r>
      <w:r>
        <w:rPr>
          <w:sz w:val="20"/>
        </w:rPr>
        <w:t>45:54  jo hamare parche mein hoti hain.</w:t>
      </w:r>
      <w:r>
        <w:br/>
      </w:r>
      <w:r>
        <w:rPr>
          <w:sz w:val="20"/>
        </w:rPr>
        <w:t>45:58  to mein ne parcha apna nikala aur khoob mehnat kar ke parhta tha mein.</w:t>
      </w:r>
      <w:r>
        <w:br/>
      </w:r>
      <w:r>
        <w:rPr>
          <w:sz w:val="20"/>
        </w:rPr>
        <w:t>46:03  bohat saare magazine bohat saare risalay bohat saari kitaben aur bilkul nai baatein lata tha risalay mein nai baatein jo is se pehle kabhi na kisi ne socha tha aur na woh chhapi theen woh baatein.</w:t>
      </w:r>
      <w:r>
        <w:br/>
      </w:r>
      <w:r>
        <w:rPr>
          <w:sz w:val="20"/>
        </w:rPr>
        <w:t>46:17  to Khuda ke fazal se yaani 75 mein agar mein samajhta ke meri tareekh khatam ho gayi mera chapter band ho chuka.</w:t>
      </w:r>
      <w:r>
        <w:br/>
      </w:r>
      <w:r>
        <w:rPr>
          <w:sz w:val="20"/>
        </w:rPr>
        <w:t>46:26  to mein bhi khudkushi kar sakta tha.</w:t>
      </w:r>
      <w:r>
        <w:br/>
      </w:r>
      <w:r>
        <w:rPr>
          <w:sz w:val="20"/>
        </w:rPr>
        <w:t>46:30  lekin mein ne phir se apna naya chapter khola is waqt ke muqablay mein aaj mein samajhta hoon ke million time ziyada bara kaam Allah taala mujh se le rahe hain million time ziyada bara kaam le rahe hain mujh se.</w:t>
      </w:r>
    </w:p>
    <w:p>
      <w:pPr>
        <w:pStyle w:val="Heading2"/>
      </w:pPr>
      <w:r>
        <w:t>Father's patience formula: patience now, paradise later</w:t>
      </w:r>
    </w:p>
    <w:p>
      <w:r>
        <w:rPr>
          <w:color w:val="666666"/>
          <w:sz w:val="18"/>
        </w:rPr>
        <w:t>Glimpses from My Life January 4, 2009 · 50s · at 5:46 · https://youtu.be/qLpcIX-hlC0?t=346</w:t>
      </w:r>
    </w:p>
    <w:p>
      <w:r>
        <w:rPr>
          <w:i/>
        </w:rPr>
        <w:t>“Sabr badle mein daim posht paeem — mere baap ka formula”</w:t>
      </w:r>
    </w:p>
    <w:p>
      <w:r>
        <w:rPr>
          <w:sz w:val="20"/>
        </w:rPr>
        <w:t>5:46  hamare jo baap the, hamari maan kaha karti theen ke aksar wo kehte the ke sabr badle mein daaim pusht paaim.</w:t>
      </w:r>
      <w:r>
        <w:br/>
      </w:r>
      <w:r>
        <w:rPr>
          <w:sz w:val="20"/>
        </w:rPr>
        <w:t>5:59  yeh un ka khas yaani formula tha jo aksar kaha karte the. har museebat ko, har pareshani ko, har negative tajrube ko is tarah diffuse kar dete the wo.</w:t>
      </w:r>
      <w:r>
        <w:br/>
      </w:r>
      <w:r>
        <w:rPr>
          <w:sz w:val="20"/>
        </w:rPr>
        <w:t>6:12  sabr badle mein daaim pusht paaim. yaani ke patience and you will be rewarded paradise</w:t>
      </w:r>
      <w:r>
        <w:br/>
      </w:r>
      <w:r>
        <w:rPr>
          <w:sz w:val="20"/>
        </w:rPr>
        <w:t>6:22  to goya ke bachpan hi se mujhe sabr ki taleem mili. aur bachpan hi se mere kaan mein jo awaz pari, wo bahisht paradise.</w:t>
      </w:r>
      <w:r>
        <w:br/>
      </w:r>
      <w:r>
        <w:rPr>
          <w:sz w:val="20"/>
        </w:rPr>
        <w:t>6:32  yeh boht anokhi baat thi.</w:t>
      </w:r>
    </w:p>
    <w:p>
      <w:pPr>
        <w:pStyle w:val="Heading2"/>
      </w:pPr>
      <w:r>
        <w:t>The Quran's timeless, universal guidance for every believer</w:t>
      </w:r>
    </w:p>
    <w:p>
      <w:r>
        <w:rPr>
          <w:color w:val="666666"/>
          <w:sz w:val="18"/>
        </w:rPr>
        <w:t>Universal Thinking In Islam CPS Women Discussion 27 October 15, 2023 · 28s · at 42:47 · https://youtu.be/p7cYhXsEBIc?t=2567</w:t>
      </w:r>
    </w:p>
    <w:p>
      <w:r>
        <w:rPr>
          <w:i/>
        </w:rPr>
        <w:t>“This depicts the universality of the Quran”</w:t>
      </w:r>
    </w:p>
    <w:p>
      <w:r>
        <w:rPr>
          <w:sz w:val="20"/>
        </w:rPr>
        <w:t>42:47  This depicts the universality of the Quran and thinks about a universal approach in its believers. In another place, Quran says, blessed he, blessed be he who has revealed al Quran, the criteria to his servants so that he may be a warner to all mankind. Quran chapter 25 verse one. So what does this Quranic verse says?</w:t>
      </w:r>
      <w:r>
        <w:br/>
      </w:r>
      <w:r>
        <w:rPr>
          <w:sz w:val="20"/>
        </w:rPr>
        <w:t>43:15  This Quranic verse has the universal approach which can be seen in all the teachings of Islam.</w:t>
      </w:r>
    </w:p>
    <w:p>
      <w:pPr>
        <w:pStyle w:val="Heading2"/>
      </w:pPr>
      <w:r>
        <w:t>Extended advice on being Mr. Different</w:t>
      </w:r>
    </w:p>
    <w:p>
      <w:r>
        <w:rPr>
          <w:color w:val="666666"/>
          <w:sz w:val="18"/>
        </w:rPr>
        <w:t>Faith March 30, 2019 · 2m 34s · at 13:34 · https://youtu.be/zcqo87p7uks?t=814</w:t>
      </w:r>
    </w:p>
    <w:p>
      <w:r>
        <w:rPr>
          <w:i/>
        </w:rPr>
        <w:t>“Woh yeh hai ke aap jahan bhi hain”</w:t>
      </w:r>
    </w:p>
    <w:p>
      <w:r>
        <w:rPr>
          <w:sz w:val="20"/>
        </w:rPr>
        <w:t>13:34  woh yeh hai ke aap jahan bhi hain, har jagah mister different ya miss different ban kar rahiye, chahe india mein ho, chahe aap bahar hon, kisi bhi country mein hon, jahan bhi hon,</w:t>
      </w:r>
      <w:r>
        <w:br/>
      </w:r>
      <w:r>
        <w:rPr>
          <w:sz w:val="20"/>
        </w:rPr>
        <w:t>13:52  mister different ban kar rahiye. jaise kareemuddin sahib america mein hain to woh un ke paas logon ke woh aate hain demand ke quran hum ko bhi jo.</w:t>
      </w:r>
      <w:r>
        <w:br/>
      </w:r>
      <w:r>
        <w:rPr>
          <w:sz w:val="20"/>
        </w:rPr>
        <w:t>14:08  to woh packet bana kar ke police, woh post office ja kar dete hain. to wahan ek ek common seat, ek ek scene ban gaya hai.</w:t>
      </w:r>
      <w:r>
        <w:br/>
      </w:r>
      <w:r>
        <w:rPr>
          <w:sz w:val="20"/>
        </w:rPr>
        <w:t>14:20  woh to yeh jab jab jaate hain post office mein to post office kehte hain quran mean. to aaiye, mister different, is ko mein keh raha hoon.</w:t>
      </w:r>
      <w:r>
        <w:br/>
      </w:r>
      <w:r>
        <w:rPr>
          <w:sz w:val="20"/>
        </w:rPr>
        <w:t>14:33  to aap ko chahiye ke aap jahan bhi hain, india mein, india ke bahar, gaon mein hon, shehar mein hon, har jagah aap log, log aap ko aap kuch kahenge nahi ke dekho mujhe mein kya hoon.</w:t>
      </w:r>
      <w:r>
        <w:br/>
      </w:r>
      <w:r>
        <w:rPr>
          <w:sz w:val="20"/>
        </w:rPr>
        <w:t>14:51  yeh matlab nahi ke aap logon ko kahen ke dekho mera akhlaq kaisa hai, yeh sab kuch nahi. daily daily behaviour mein logon ko aap dikhai pade ke bhai yeh to different different hai,</w:t>
      </w:r>
      <w:r>
        <w:br/>
      </w:r>
      <w:r>
        <w:rPr>
          <w:sz w:val="20"/>
        </w:rPr>
        <w:t>15:08  yeh to different hai. is ka gaadi mein kuch</w:t>
      </w:r>
      <w:r>
        <w:br/>
      </w:r>
      <w:r>
        <w:rPr>
          <w:sz w:val="20"/>
        </w:rPr>
        <w:t>15:16  woh kya kehte hain jo lag lag jata hai, jo takraao se kuch ho jata hai, kya kehte ho? dent, dent, dent, d</w:t>
      </w:r>
      <w:r>
        <w:br/>
      </w:r>
      <w:r>
        <w:rPr>
          <w:sz w:val="20"/>
        </w:rPr>
        <w:t>15:27  ent, dent, dent, dent. haan,</w:t>
      </w:r>
      <w:r>
        <w:br/>
      </w:r>
      <w:r>
        <w:rPr>
          <w:sz w:val="20"/>
        </w:rPr>
        <w:t>15:32  to aadmi soche ke bhai yeh aadmi jo hai bajaye mujh se ladne ke sirf problem ki taraf gaya ke woh jo jo problem hai, us ko mein kaise kiya karoon?</w:t>
      </w:r>
      <w:r>
        <w:br/>
      </w:r>
      <w:r>
        <w:rPr>
          <w:sz w:val="20"/>
        </w:rPr>
        <w:t>15:44  yeh nahi ke mujh se lad raha hai to andhe ho ya mujh se paisa mang raha hai. to jo bhi daira ka ho, chota daira ho, bada daira ho, india mein ho, india ke bahar ho,</w:t>
      </w:r>
      <w:r>
        <w:br/>
      </w:r>
      <w:r>
        <w:rPr>
          <w:sz w:val="20"/>
        </w:rPr>
        <w:t>15:59  to aap logon ko different dikhai dein, mister different, miss different.</w:t>
      </w:r>
    </w:p>
    <w:p>
      <w:pPr>
        <w:pStyle w:val="Heading2"/>
      </w:pPr>
      <w:r>
        <w:t>Worldly opportunities increased, need intellectual awareness</w:t>
      </w:r>
    </w:p>
    <w:p>
      <w:r>
        <w:rPr>
          <w:color w:val="666666"/>
          <w:sz w:val="18"/>
        </w:rPr>
        <w:t>Understanding Islam (In Conversation with Maulana) March 14, 2011 · 1m 35s · at 12:17 · https://youtu.be/OMaWHBc_3XM?t=737</w:t>
      </w:r>
    </w:p>
    <w:p>
      <w:r>
        <w:rPr>
          <w:i/>
        </w:rPr>
        <w:t>“Aaj mauqe billion times badh chuke hain, lekin log seen world mein uljhe hain.”</w:t>
      </w:r>
    </w:p>
    <w:p>
      <w:r>
        <w:rPr>
          <w:sz w:val="20"/>
        </w:rPr>
        <w:t>12:17  pehley mawaqe bohat thore se they.</w:t>
      </w:r>
      <w:r>
        <w:br/>
      </w:r>
      <w:r>
        <w:rPr>
          <w:sz w:val="20"/>
        </w:rPr>
        <w:t>12:22  aaj mawaqe billion time barh chuke hain.</w:t>
      </w:r>
      <w:r>
        <w:br/>
      </w:r>
      <w:r>
        <w:rPr>
          <w:sz w:val="20"/>
        </w:rPr>
        <w:t>12:27  aaj paise ka sailab hai.</w:t>
      </w:r>
      <w:r>
        <w:br/>
      </w:r>
      <w:r>
        <w:rPr>
          <w:sz w:val="20"/>
        </w:rPr>
        <w:t>12:33  aur saamaan ka sailab hai.</w:t>
      </w:r>
      <w:r>
        <w:br/>
      </w:r>
      <w:r>
        <w:rPr>
          <w:sz w:val="20"/>
        </w:rPr>
        <w:t>12:38  shopping ka sailab hai, yaani casio par goods ka sailab hai.</w:t>
      </w:r>
      <w:r>
        <w:br/>
      </w:r>
      <w:r>
        <w:rPr>
          <w:sz w:val="20"/>
        </w:rPr>
        <w:t>12:43  toh hamesha duniya mein yeh hua hai ke insaan jo hai, yaani world oriented thinking uski rahi hai. Ab</w:t>
      </w:r>
      <w:r>
        <w:br/>
      </w:r>
      <w:r>
        <w:rPr>
          <w:sz w:val="20"/>
        </w:rPr>
        <w:t>12:48  barh gayi hai, bas yeh kehna chahiye.</w:t>
      </w:r>
      <w:r>
        <w:br/>
      </w:r>
      <w:r>
        <w:rPr>
          <w:sz w:val="20"/>
        </w:rPr>
        <w:t>12:52  toh cheez kya hai? Cheez yeh hai ke aadmi hamesha seen world mein uljha rehta hai.</w:t>
      </w:r>
      <w:r>
        <w:br/>
      </w:r>
      <w:r>
        <w:rPr>
          <w:sz w:val="20"/>
        </w:rPr>
        <w:t>12:56  unseen world ko samajh nahi pata woh.</w:t>
      </w:r>
      <w:r>
        <w:br/>
      </w:r>
      <w:r>
        <w:rPr>
          <w:sz w:val="20"/>
        </w:rPr>
        <w:t>13:00  Khuda unseen hai, usko samajh nahi pata.</w:t>
      </w:r>
      <w:r>
        <w:br/>
      </w:r>
      <w:r>
        <w:rPr>
          <w:sz w:val="20"/>
        </w:rPr>
        <w:t>13:04  aakhirat unseen hai, usko samajh nahi pata.</w:t>
      </w:r>
      <w:r>
        <w:br/>
      </w:r>
      <w:r>
        <w:rPr>
          <w:sz w:val="20"/>
        </w:rPr>
        <w:t>13:08  jannat in seen hai, is ko samajh nahi pata.</w:t>
      </w:r>
      <w:r>
        <w:br/>
      </w:r>
      <w:r>
        <w:rPr>
          <w:sz w:val="20"/>
        </w:rPr>
        <w:t>13:12  to seen mein uljha rehta hai.</w:t>
      </w:r>
      <w:r>
        <w:br/>
      </w:r>
      <w:r>
        <w:rPr>
          <w:sz w:val="20"/>
        </w:rPr>
        <w:t>13:16  to is ko, is ke shaoor ko hamein jagana hoga.</w:t>
      </w:r>
      <w:r>
        <w:br/>
      </w:r>
      <w:r>
        <w:rPr>
          <w:sz w:val="20"/>
        </w:rPr>
        <w:t>13:20  یعنی intellectual awareness لانی ہوگی۔</w:t>
      </w:r>
      <w:r>
        <w:br/>
      </w:r>
      <w:r>
        <w:rPr>
          <w:sz w:val="20"/>
        </w:rPr>
        <w:t>13:25  is ko study karana hoga, yeh sab karana hoga.</w:t>
      </w:r>
      <w:r>
        <w:br/>
      </w:r>
      <w:r>
        <w:rPr>
          <w:sz w:val="20"/>
        </w:rPr>
        <w:t>13:31  جب تک اس کا شعور جو ہے، develop نہ کرے، تب تک یہ چیز بدل نہیں سکتی۔</w:t>
      </w:r>
      <w:r>
        <w:br/>
      </w:r>
      <w:r>
        <w:rPr>
          <w:sz w:val="20"/>
        </w:rPr>
        <w:t>13:36  shaoor ko develop karna padega.</w:t>
      </w:r>
      <w:r>
        <w:br/>
      </w:r>
      <w:r>
        <w:rPr>
          <w:sz w:val="20"/>
        </w:rPr>
        <w:t>13:41  taake aadmi jo seen mein uljha hua hai, woh in seen ko importance de.</w:t>
      </w:r>
      <w:r>
        <w:br/>
      </w:r>
      <w:r>
        <w:rPr>
          <w:sz w:val="20"/>
        </w:rPr>
        <w:t>13:47  kyunke in seen jo hai, woh zyada badi haqeeqat hai.</w:t>
      </w:r>
    </w:p>
    <w:p>
      <w:pPr>
        <w:pStyle w:val="Heading2"/>
      </w:pPr>
      <w:r>
        <w:t>A companion donates his whole orchard for God's sake</w:t>
      </w:r>
    </w:p>
    <w:p>
      <w:r>
        <w:rPr>
          <w:color w:val="666666"/>
          <w:sz w:val="18"/>
        </w:rPr>
        <w:t>The Companions of The Prophet January 15, 2023 · 2m 30s · at 37:08 · https://youtu.be/clnN0tUU9og?t=2228</w:t>
      </w:r>
    </w:p>
    <w:p>
      <w:r>
        <w:rPr>
          <w:i/>
        </w:rPr>
        <w:t>“The Quran asked: who will give God a good loan?”</w:t>
      </w:r>
    </w:p>
    <w:p>
      <w:r>
        <w:rPr>
          <w:sz w:val="20"/>
        </w:rPr>
        <w:t>37:08  to isi mein se aik Abu Daada Ansari thay.</w:t>
      </w:r>
      <w:r>
        <w:br/>
      </w:r>
      <w:r>
        <w:rPr>
          <w:sz w:val="20"/>
        </w:rPr>
        <w:t>37:13  to jab Quran mein yeh ayat utri: "kaun hai jo Allah ko qarz-e-hasan de?" to matlab itna literally us ko lete thay Quran ki baaton ko ke woh gaye paighambar ke paas aur unhon ne kaha: "kya Allah waqai hum se qarz chahta hai?" paighambar ne kaha: "haan." to unhon ne kaha: "a Khuda ke rasool, apna hath laiye." aap ne apna hath un ke hath mein de diya.</w:t>
      </w:r>
      <w:r>
        <w:br/>
      </w:r>
      <w:r>
        <w:rPr>
          <w:sz w:val="20"/>
        </w:rPr>
        <w:t>37:38  phir unhon ne kaha ke: "mere paas jo hai, mera aik bagh hai, mein</w:t>
      </w:r>
      <w:r>
        <w:br/>
      </w:r>
      <w:r>
        <w:rPr>
          <w:sz w:val="20"/>
        </w:rPr>
        <w:t>37:43  is bagh ko apne rab ke ko qarz mein deta houn." to is bagh mein 600 darakht thay. ab dekhiye, is zamanay mein kitnay kam resources thay, wahi wahi aur koi aur zariya maash nahi tha, wahi zariya maash tha.</w:t>
      </w:r>
      <w:r>
        <w:br/>
      </w:r>
      <w:r>
        <w:rPr>
          <w:sz w:val="20"/>
        </w:rPr>
        <w:t>38:00  to wo jab unhon ne aik baar bait kar li, kyunkay wo log na jhoot boltay thay, waday ke pakay thay, jo kehtay thay wo kar guzartay thay, to bait kar li to kar li.</w:t>
      </w:r>
      <w:r>
        <w:br/>
      </w:r>
      <w:r>
        <w:rPr>
          <w:sz w:val="20"/>
        </w:rPr>
        <w:t>38:10  is</w:t>
      </w:r>
      <w:r>
        <w:br/>
      </w:r>
      <w:r>
        <w:rPr>
          <w:sz w:val="20"/>
        </w:rPr>
        <w:t>38:11  waqt wo gaye apne bagh mein. is bagh mein un ki biwi baithi hui thi, um daadah, aur un se kaha ke: "tum bagh se niklo,</w:t>
      </w:r>
      <w:r>
        <w:br/>
      </w:r>
      <w:r>
        <w:rPr>
          <w:sz w:val="20"/>
        </w:rPr>
        <w:t>38:24  yeh bagh maine khuda ke liye de diya hai." aur biwi ko dekhiye, ansar ki aurtain bhi aisay hi theen. biwi ko dekhiye, usi waqt wo bagh se nikal gayi aur apne bachon ko le kar wo bagh mein thi.</w:t>
      </w:r>
      <w:r>
        <w:br/>
      </w:r>
      <w:r>
        <w:rPr>
          <w:sz w:val="20"/>
        </w:rPr>
        <w:t>38:37  bagh ki dekh bhaal aurtain bahar nikalti theen.</w:t>
      </w:r>
      <w:r>
        <w:br/>
      </w:r>
      <w:r>
        <w:rPr>
          <w:sz w:val="20"/>
        </w:rPr>
        <w:t>38:40  yeh yeh jo hai na, yeh ke ghar mein aurtain rahein, yeh sab baad mein paida hua. yeh culture aurtain bahar nikalti theen aur apne bagh mein jati theen, wahan kaam karti theen.</w:t>
      </w:r>
      <w:r>
        <w:br/>
      </w:r>
      <w:r>
        <w:rPr>
          <w:sz w:val="20"/>
        </w:rPr>
        <w:t>38:50  to is tareeqay se hamein bohat sari misalein milti hain. to wo apne bagh mein theen, kuch na kuch kaam karti hongi, peir jo bhi zaroorat hoti hogi.</w:t>
      </w:r>
      <w:r>
        <w:br/>
      </w:r>
      <w:r>
        <w:rPr>
          <w:sz w:val="20"/>
        </w:rPr>
        <w:t>39:02  to abu daadah ne kaha, um abu daadah ne kaha ke: "aap ki tijarat kamyab rahi." aur wo foran bagh se nikal gayeen, bohat khushi khushi.</w:t>
      </w:r>
      <w:r>
        <w:br/>
      </w:r>
      <w:r>
        <w:rPr>
          <w:sz w:val="20"/>
        </w:rPr>
        <w:t>39:15  unhon ne koi aitraaz nahi kiya ke phir hamara kya hoga. to rasool Allah sal Allah alayh wasallam ne jab yeh suna to kaha ke: "abu daadah ke liye jannat mein kitnay hi shadab aur phaldar darakht hain."</w:t>
      </w:r>
      <w:r>
        <w:br/>
      </w:r>
      <w:r>
        <w:rPr>
          <w:sz w:val="20"/>
        </w:rPr>
        <w:t>39:29  to yeh log bilkul bechain rehtay thay khuda ke liye qurbani denay ke liye aur apne deen ki khatir apna sab kuch luta denay mein.</w:t>
      </w:r>
    </w:p>
    <w:p>
      <w:pPr>
        <w:pStyle w:val="Heading2"/>
      </w:pPr>
      <w:r>
        <w:t>The dua for Laylatul Qadr: asking for forgiveness</w:t>
      </w:r>
    </w:p>
    <w:p>
      <w:r>
        <w:rPr>
          <w:color w:val="666666"/>
          <w:sz w:val="18"/>
        </w:rPr>
        <w:t>The Spirit of Ramadan (Part 2) April 24, 2022 Dr. Saniyasnain Khan · 1m 32s · at 1:05:18 · https://youtu.be/NHe5tC7U3mk?t=3918</w:t>
      </w:r>
    </w:p>
    <w:p>
      <w:r>
        <w:rPr>
          <w:i/>
        </w:rPr>
        <w:t>“Ya Allah, tu maafi pasand karta hai, mujhe maaf kar de.”</w:t>
      </w:r>
    </w:p>
    <w:p>
      <w:r>
        <w:rPr>
          <w:sz w:val="20"/>
        </w:rPr>
        <w:t>1:05:18  To Rasulullah ne kaha ki yeh dua kare Allahumma inni as aluka afwa wal afiya. Keh ae Allah, tu maafi ko pasand karta hai, to tu mujhe maaf kar de. O Allah, you are forgiving, you love forgiveness, so please forgive me.</w:t>
      </w:r>
      <w:r>
        <w:br/>
      </w:r>
      <w:r>
        <w:rPr>
          <w:sz w:val="20"/>
        </w:rPr>
        <w:t>1:05:43  To yeh dua batati hai ki insaan ki sabse badi dua kya honi chahiye? Khuda ki maafi yaani Khuda se yeh talab karna ki tum mujhe maaf kar de chunki ek din aane wala hai ki jab aakhirat mein hisab kitab hoga aur wahan jo cheez kaam aayegi woh yahi cheez kaam aayegi ki Allah Taala usko maaf kare aur use jannat ke baghon mein jagah de.</w:t>
      </w:r>
      <w:r>
        <w:br/>
      </w:r>
      <w:r>
        <w:rPr>
          <w:sz w:val="20"/>
        </w:rPr>
        <w:t>1:06:10  to yeh ek bahut hi gehri darkhwast hai khuda ke liye, khuda ke samne ki khuda tu mujhe</w:t>
      </w:r>
      <w:r>
        <w:br/>
      </w:r>
      <w:r>
        <w:rPr>
          <w:sz w:val="20"/>
        </w:rPr>
        <w:t>1:06:23  mafarma taki jo jo waqt aana hai sabke upar aur mere upar bhi us waqt main teri maafi</w:t>
      </w:r>
      <w:r>
        <w:br/>
      </w:r>
      <w:r>
        <w:rPr>
          <w:sz w:val="20"/>
        </w:rPr>
        <w:t>1:06:36  ka teri maafi ke zariye jannat mein jagah pa sakoon.</w:t>
      </w:r>
      <w:r>
        <w:br/>
      </w:r>
      <w:r>
        <w:rPr>
          <w:sz w:val="20"/>
        </w:rPr>
        <w:t>1:06:50  Ji. DocsApp the night before Eid is also called the night of reward. To iske bare mein bhi aap hum sabko bataiye. Ek baar Sahaba se Prophet Mohammad ne kaha ki Ramzan ki jo aakhri raat hoti hai, us waqt jo bande aur bandiyan hain unki maghfirat kar di jati hai.</w:t>
      </w:r>
    </w:p>
    <w:p>
      <w:pPr>
        <w:pStyle w:val="Heading2"/>
      </w:pPr>
      <w:r>
        <w:t>Ishq-e-Muhammadi as wishful thinking</w:t>
      </w:r>
    </w:p>
    <w:p>
      <w:r>
        <w:rPr>
          <w:color w:val="666666"/>
          <w:sz w:val="18"/>
        </w:rPr>
        <w:t>Time for Introspection 26 Feb 2012 Maulana Wahiduddin Khan · 28s · at 9:27 · https://youtu.be/BcLQtml1o1E?t=567</w:t>
      </w:r>
    </w:p>
    <w:p>
      <w:r>
        <w:rPr>
          <w:i/>
        </w:rPr>
        <w:t>“Ishq-e-Muhammadi is a mysterious type of wishful thinking.”</w:t>
      </w:r>
    </w:p>
    <w:p>
      <w:r>
        <w:rPr>
          <w:sz w:val="20"/>
        </w:rPr>
        <w:t>9:27  Ishq-e-Muhammadi kya hai? Ek ek</w:t>
      </w:r>
      <w:r>
        <w:br/>
      </w:r>
      <w:r>
        <w:rPr>
          <w:sz w:val="20"/>
        </w:rPr>
        <w:t>9:34  ek mysterious type ki wishful thinking.</w:t>
      </w:r>
      <w:r>
        <w:br/>
      </w:r>
      <w:r>
        <w:rPr>
          <w:sz w:val="20"/>
        </w:rPr>
        <w:t>9:40  mysterious type ki wish</w:t>
      </w:r>
      <w:r>
        <w:br/>
      </w:r>
      <w:r>
        <w:rPr>
          <w:sz w:val="20"/>
        </w:rPr>
        <w:t>9:42  ful thinking. Yani Khuda ne sab kuch de diya hamare Paighambar ko, ab bas Paighambar jis ko denge us ko mil jayega. That is a mysterious type of wishful thinking.</w:t>
      </w:r>
    </w:p>
    <w:p>
      <w:pPr>
        <w:pStyle w:val="Heading2"/>
      </w:pPr>
      <w:r>
        <w:t>Do not take things at face value</w:t>
      </w:r>
    </w:p>
    <w:p>
      <w:r>
        <w:rPr>
          <w:color w:val="666666"/>
          <w:sz w:val="18"/>
        </w:rPr>
        <w:t>The Art Of Thinking - Maulana Wahiduddin Khan · 3m 07s · at 52:02 · https://youtu.be/tjyEWeHgmpM?t=3122</w:t>
      </w:r>
    </w:p>
    <w:p>
      <w:r>
        <w:rPr>
          <w:i/>
        </w:rPr>
        <w:t>“Main aap ko ek misaal arz karunga Prophet ki zindagi se”</w:t>
      </w:r>
    </w:p>
    <w:p>
      <w:r>
        <w:rPr>
          <w:sz w:val="20"/>
        </w:rPr>
        <w:t>52:02  to main aap ko ek misaal arz karunga prophet ki zindagi se. aap ek baar ja rahe the madina se, nahi, aap ja rahe the ek baar makkah se taif.</w:t>
      </w:r>
      <w:r>
        <w:br/>
      </w:r>
      <w:r>
        <w:rPr>
          <w:sz w:val="20"/>
        </w:rPr>
        <w:t>52:22  makkah se taif. is waqt aap ke sath barah hazar aadmi the. barah hazar. yeh is waqt ki baat hai jabke makkah ke sare log aap ke saathi ban chuke the aur aap ka mission bohat aage ja chuka tha.</w:t>
      </w:r>
      <w:r>
        <w:br/>
      </w:r>
      <w:r>
        <w:rPr>
          <w:sz w:val="20"/>
        </w:rPr>
        <w:t>52:39  tab ki baat hai yeh. to jab aap raste mein, aap jante hain ke wahan pahad hote hain, ek jagah aap ko ek pohnche to wahan par ek, agar aap kabhi aise area mein gaye hon to pahadon mein raste hote hain jin ko ghaati kehte hain.</w:t>
      </w:r>
      <w:r>
        <w:br/>
      </w:r>
      <w:r>
        <w:rPr>
          <w:sz w:val="20"/>
        </w:rPr>
        <w:t>53:06  aur is mein bohat hi narrow rasta hota hai woh. aur is mein woh bhi jhariyan bhi hoti hain. to aap ek jagah pohnche to wahan par ek rasta tha,</w:t>
      </w:r>
      <w:r>
        <w:br/>
      </w:r>
      <w:r>
        <w:rPr>
          <w:sz w:val="20"/>
        </w:rPr>
        <w:t>53:21  yani narrow. to aap ne poocha, wahan par arab mein, arab mein log naam rakha karte the. to aap ne poocha ke is raste ka naam kya hai?</w:t>
      </w:r>
      <w:r>
        <w:br/>
      </w:r>
      <w:r>
        <w:rPr>
          <w:sz w:val="20"/>
        </w:rPr>
        <w:t>53:32  yeh jo rasta hamare samne hai, tang, is ka naam kya hai? to logon ne bataya ke is ka naam hai</w:t>
      </w:r>
      <w:r>
        <w:br/>
      </w:r>
      <w:r>
        <w:rPr>
          <w:sz w:val="20"/>
        </w:rPr>
        <w:t>53:43  al-asra, yani tang rasta. is ka naam hai tang rasta, yani jo face value pe lete hue is ko unhon ne tang rasta, is ka naam rakh diya tha.</w:t>
      </w:r>
      <w:r>
        <w:br/>
      </w:r>
      <w:r>
        <w:rPr>
          <w:sz w:val="20"/>
        </w:rPr>
        <w:t>53:57  aap ne kaha ke nahi, bal al-yasra, yeh to kushada rasta hai. yeh bohat ziyada sochne ki baat hai.</w:t>
      </w:r>
      <w:r>
        <w:br/>
      </w:r>
      <w:r>
        <w:rPr>
          <w:sz w:val="20"/>
        </w:rPr>
        <w:t>54:07  wo rasta dekhne mein tang hi tha, narrow hi tha. woh ek narrow lane thi. woh phir aap ne kyun keh diya ke nahi, yeh to kushada hai, yeh to khula hua hai?</w:t>
      </w:r>
      <w:r>
        <w:br/>
      </w:r>
      <w:r>
        <w:rPr>
          <w:sz w:val="20"/>
        </w:rPr>
        <w:t>54:23  to aap ne kya bataya logon ko? yeh bataya ke tum face value par chunchke le rahe ho, is liye tum ko tang dikhai deta hai.</w:t>
      </w:r>
      <w:r>
        <w:br/>
      </w:r>
      <w:r>
        <w:rPr>
          <w:sz w:val="20"/>
        </w:rPr>
        <w:t>54:35  to surat kya thi wahan par? log barah hazar aadmi, yani horizontally tareeqe par bikhre hue the, bikhar ke chal rahe the.</w:t>
      </w:r>
      <w:r>
        <w:br/>
      </w:r>
      <w:r>
        <w:rPr>
          <w:sz w:val="20"/>
        </w:rPr>
        <w:t>54:48  to jab aap bikhre hue hain to aap ko tang hi lagega woh. to aap ne kaha ke woh line bana lo.</w:t>
      </w:r>
      <w:r>
        <w:br/>
      </w:r>
      <w:r>
        <w:rPr>
          <w:sz w:val="20"/>
        </w:rPr>
        <w:t>54:58  kyun bana lo? yani aise dayen bayen bikhra, bikhre hue jo chal rahe the to ab tak. to ab tum line bana lo aur queue mein ho jao.</w:t>
      </w:r>
    </w:p>
    <w:p>
      <w:pPr>
        <w:pStyle w:val="Heading2"/>
      </w:pPr>
      <w:r>
        <w:t>Muslims' complaint culture vs. Quran's answer: change yourself first</w:t>
      </w:r>
    </w:p>
    <w:p>
      <w:r>
        <w:rPr>
          <w:color w:val="666666"/>
          <w:sz w:val="18"/>
        </w:rPr>
        <w:t>Quran The Book of Guidance July 21, 2013 · 2m 41s · at 29:45 · https://youtu.be/DGDHIAde7eU?t=1785</w:t>
      </w:r>
    </w:p>
    <w:p>
      <w:r>
        <w:rPr>
          <w:i/>
        </w:rPr>
        <w:t>“Saari duniya ke Musalman ek hi nafsiyat mein mashghool hain: shikayat”</w:t>
      </w:r>
    </w:p>
    <w:p>
      <w:r>
        <w:rPr>
          <w:sz w:val="20"/>
        </w:rPr>
        <w:t>29:45  sari duniya ke musalman jo hain, ek hi nafsiyat mein mashgool hain, woh hai shikayat, complaint, grievances.</w:t>
      </w:r>
      <w:r>
        <w:br/>
      </w:r>
      <w:r>
        <w:rPr>
          <w:sz w:val="20"/>
        </w:rPr>
        <w:t>29:55  isi mein mashgool hain. har aadmi ko, har har mulk ke mein jo musalman jahan bhi hain, un ko kisi na kisi shikayat hai, political shikayat hai aur tarah tarah ki shikayatein hain.</w:t>
      </w:r>
      <w:r>
        <w:br/>
      </w:r>
      <w:r>
        <w:rPr>
          <w:sz w:val="20"/>
        </w:rPr>
        <w:t>30:09  musalmanon ke akhbar padhiye, musalmanon ke magazine padhiye, musalmanon ke jalson mein jaiye to har jagah shikayat wali baatein ho rahi hain. har jagah complaint, protest, har jagah.</w:t>
      </w:r>
      <w:r>
        <w:br/>
      </w:r>
      <w:r>
        <w:rPr>
          <w:sz w:val="20"/>
        </w:rPr>
        <w:t>30:20  isi liye bahut jald musalman bhadak uthte hain, bahut jald tashaddud pe utar aate hain, aur jab tashaddud se kaam nahi chalta to suicide bombing karte hain.</w:t>
      </w:r>
      <w:r>
        <w:br/>
      </w:r>
      <w:r>
        <w:rPr>
          <w:sz w:val="20"/>
        </w:rPr>
        <w:t>30:31  ab is zehan ko le kar aap quran ko padhiye,</w:t>
      </w:r>
      <w:r>
        <w:br/>
      </w:r>
      <w:r>
        <w:rPr>
          <w:sz w:val="20"/>
        </w:rPr>
        <w:t>30:36  is zehan ko le kar ke mein under siege hoon, duniya meri dushman ho gayi hai, mere khilaf conspiracy ki ja rahi hai.</w:t>
      </w:r>
      <w:r>
        <w:br/>
      </w:r>
      <w:r>
        <w:rPr>
          <w:sz w:val="20"/>
        </w:rPr>
        <w:t>30:45  is zehan ko le kar padhiye to baaz logon ke quran mein to ek kuch aur hi baat likhi hui hai, woh yeh hai ke wa ma asabakum min musibatin fama kasabat aydikum jo musibat tumhare par aati hai,</w:t>
      </w:r>
      <w:r>
        <w:br/>
      </w:r>
      <w:r>
        <w:rPr>
          <w:sz w:val="20"/>
        </w:rPr>
        <w:t>31:02  woh tumhare apne hi ki ek nateeja hoti hai. ya</w:t>
      </w:r>
      <w:r>
        <w:br/>
      </w:r>
      <w:r>
        <w:rPr>
          <w:sz w:val="20"/>
        </w:rPr>
        <w:t>31:07  ani wahi baat hai ke hum ilzam un ko dete the, qusoor apna nikal aaya.</w:t>
      </w:r>
      <w:r>
        <w:br/>
      </w:r>
      <w:r>
        <w:rPr>
          <w:sz w:val="20"/>
        </w:rPr>
        <w:t>31:15  kisi ne likha hai ke hum ilzam un ko dete the, qusoor apna nikal aaya. to bilkul aap ke zehan mein ek nayi baat aa jayegi, aur phir aap ek ek ek naya, aap ke zehan mein ek ek ek nayi soch jaag padegi.</w:t>
      </w:r>
      <w:r>
        <w:br/>
      </w:r>
      <w:r>
        <w:rPr>
          <w:sz w:val="20"/>
        </w:rPr>
        <w:t>31:39  to yeh maqsad hai quran ka, yeh maqsad hai quran ka.</w:t>
      </w:r>
      <w:r>
        <w:br/>
      </w:r>
      <w:r>
        <w:rPr>
          <w:sz w:val="20"/>
        </w:rPr>
        <w:t>31:49  aur phir aap parhein ge quran mein yeh ayat inna allaha la yughayyiru ma bi qawmin hatta yughayyiru ma bi anfusihim is se aap ka andhera door ho jaye ga ke quran yeh keh raha hai ke apne ko badlo, tab dunya badal pao ge.</w:t>
      </w:r>
      <w:r>
        <w:br/>
      </w:r>
      <w:r>
        <w:rPr>
          <w:sz w:val="20"/>
        </w:rPr>
        <w:t>32:04  tum apni islaah karo, tab dunya mein tum ko jagah mile gi.</w:t>
      </w:r>
      <w:r>
        <w:br/>
      </w:r>
      <w:r>
        <w:rPr>
          <w:sz w:val="20"/>
        </w:rPr>
        <w:t>32:10  apne aap ko competent banao, tab dunya tum ko qabool kare gi. to is ke mani yeh hain ke aap is ko daryaft karo ke hum dor rahe the kisi taraf, aur yahan manzil kisi aur taraf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