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browse · full transcripts with timestamps · exported 2026-09-21</w:t>
      </w:r>
    </w:p>
    <w:p>
      <w:pPr>
        <w:pStyle w:val="Heading2"/>
      </w:pPr>
      <w:r>
        <w:t>Yusuf in Egypt: cooperation with a pagan ruler pays off</w:t>
      </w:r>
    </w:p>
    <w:p>
      <w:r>
        <w:rPr>
          <w:color w:val="666666"/>
          <w:sz w:val="18"/>
        </w:rPr>
        <w:t>Conciliatory Approach vs Confrontational Approach March 21, 2010 Maulana Wahiduddin Khan · 5m 59s · at 17:54 · https://youtu.be/GTMfVIxatRM?t=1074</w:t>
      </w:r>
    </w:p>
    <w:p>
      <w:r>
        <w:rPr>
          <w:i/>
        </w:rPr>
        <w:t>“Hazrat Yusuf ko Misr mein kaam karne ka mauqa mila”</w:t>
      </w:r>
    </w:p>
    <w:p>
      <w:r>
        <w:rPr>
          <w:sz w:val="20"/>
        </w:rPr>
        <w:t>17:54  bohat se peghambar atay hain. misaal ke taur par Hazrat Yusuf (AS).</w:t>
      </w:r>
      <w:r>
        <w:br/>
      </w:r>
      <w:r>
        <w:rPr>
          <w:sz w:val="20"/>
        </w:rPr>
        <w:t>18:01  Hazrat Yusuf (AS), woh peghambar thay, unhi ki nasal se, Hazrat Ibrahim ki nasal se thay. woh</w:t>
      </w:r>
      <w:r>
        <w:br/>
      </w:r>
      <w:r>
        <w:rPr>
          <w:sz w:val="20"/>
        </w:rPr>
        <w:t>18:11  to Hazrat Yusuf (AS) ne kya kiya? Hazrat Yusuf (AS) ko mauqa mila Misr mein kaam karne ka, Misr mein kaam karne ka.</w:t>
      </w:r>
      <w:r>
        <w:br/>
      </w:r>
      <w:r>
        <w:rPr>
          <w:sz w:val="20"/>
        </w:rPr>
        <w:t>18:21  yani woh paida hue Kanaan mein, jo Falasteen ka aik part tha, aur aisay halaat hue ke woh puhanch gaye Misr mein.</w:t>
      </w:r>
      <w:r>
        <w:br/>
      </w:r>
      <w:r>
        <w:rPr>
          <w:sz w:val="20"/>
        </w:rPr>
        <w:t>18:32  us waqt Misr mein kya tha? Misr mein aik jo hukoomat thi, us waqt un ko kaha jata hai history mein Amalika.</w:t>
      </w:r>
      <w:r>
        <w:br/>
      </w:r>
      <w:r>
        <w:rPr>
          <w:sz w:val="20"/>
        </w:rPr>
        <w:t>18:44  Amalika ka wahan role kar rahe thay.</w:t>
      </w:r>
      <w:r>
        <w:br/>
      </w:r>
      <w:r>
        <w:rPr>
          <w:sz w:val="20"/>
        </w:rPr>
        <w:t>18:47  Amalika yeh Misr ke bahir se aaye thay, yani Misr ke bahir se aaye thay, yeh yani Sham aur Falasteen ke ilaqon se aaye thay. woh jaise India mein Aryan aaye, to aa kar ke unhon ne wahan par dheere dheere hukoomat bana li.</w:t>
      </w:r>
      <w:r>
        <w:br/>
      </w:r>
      <w:r>
        <w:rPr>
          <w:sz w:val="20"/>
        </w:rPr>
        <w:t>19:04  history mein in ko kaha jata hai Hyksos Kings, H Y K S O S, Hyksos Kings. hamari Arabic kitaab mein is ko Amalika kehte hain.</w:t>
      </w:r>
      <w:r>
        <w:br/>
      </w:r>
      <w:r>
        <w:rPr>
          <w:sz w:val="20"/>
        </w:rPr>
        <w:t>19:17  to un ki hukoomat qaim thi us waqt. woh zamana hai jab ke Hazrat Yusuf (AS) Misr mein aanay ka unhein mauqa mila.</w:t>
      </w:r>
      <w:r>
        <w:br/>
      </w:r>
      <w:r>
        <w:rPr>
          <w:sz w:val="20"/>
        </w:rPr>
        <w:t>19:29  ab dekhiye ke woh jo Amalika jo thay, woh woh woh bhi mushrik thay.</w:t>
      </w:r>
      <w:r>
        <w:br/>
      </w:r>
      <w:r>
        <w:rPr>
          <w:sz w:val="20"/>
        </w:rPr>
        <w:t>19:37  un ka deen bhi shirk ka deen tha, yani wahi suraj parasti, chand parasti, sitara parasti, nature worship.</w:t>
      </w:r>
      <w:r>
        <w:br/>
      </w:r>
      <w:r>
        <w:rPr>
          <w:sz w:val="20"/>
        </w:rPr>
        <w:t>19:45  ab Hazrat Yusuf (AS) jo thay, aik shakal yeh thi ke unhein takrao karein, khud nahi kar sakte to kam se kam bad dua karein.</w:t>
      </w:r>
      <w:r>
        <w:br/>
      </w:r>
      <w:r>
        <w:rPr>
          <w:sz w:val="20"/>
        </w:rPr>
        <w:t>19:57  to aap ghhor kijiye, kitna bara waqia hai yeh. Hazrat Yusuf (AS) ne takrao nahi kiya in mushrik, is mushrik rule se.</w:t>
      </w:r>
      <w:r>
        <w:br/>
      </w:r>
      <w:r>
        <w:rPr>
          <w:sz w:val="20"/>
        </w:rPr>
        <w:t>20:09  aur kaisi ajeeb baat hai, Quran mein yeh jo qissa bayan kiya gaya hai,</w:t>
      </w:r>
      <w:r>
        <w:br/>
      </w:r>
      <w:r>
        <w:rPr>
          <w:sz w:val="20"/>
        </w:rPr>
        <w:t>20:13  poore aik Surah Yusuf Quran Majeed mein hai. Surah Yusuf, woh us mein hai ke Hazrat Hazrat Yusuf ke qisse ko asal al-qasas bataya gaya, best story.</w:t>
      </w:r>
      <w:r>
        <w:br/>
      </w:r>
      <w:r>
        <w:rPr>
          <w:sz w:val="20"/>
        </w:rPr>
        <w:t>20:28  yani Hazrat Yusuf (AS) ne mushrik badshah se takrao nahi kiya. takrao na karte hue is ka jo administration tha, us mein aik uhda le liya.</w:t>
      </w:r>
      <w:r>
        <w:br/>
      </w:r>
      <w:r>
        <w:rPr>
          <w:sz w:val="20"/>
        </w:rPr>
        <w:t>20:40  aaj kal ki zabaan mein kahengay food ministry, aur us ko asal al-qasas bataya gaya. kaisi ajeeb si baat hai yeh ke woh badshah jo Hazrat Yusuf ke deen par nahi tha,</w:t>
      </w:r>
      <w:r>
        <w:br/>
      </w:r>
      <w:r>
        <w:rPr>
          <w:sz w:val="20"/>
        </w:rPr>
        <w:t>20:55  jo shirk ke deen par tha, zahir hai khula hua woh batil par tha, woh lekin takrao nahi kiya</w:t>
      </w:r>
      <w:r>
        <w:br/>
      </w:r>
      <w:r>
        <w:rPr>
          <w:sz w:val="20"/>
        </w:rPr>
        <w:t>21:04  aap ne. takrao na karte hue is ka jo administration tha, us mein jo food ka department tha, unhein offer kiya diya gaya, us ko foran le liya unhon ne.</w:t>
      </w:r>
      <w:r>
        <w:br/>
      </w:r>
      <w:r>
        <w:rPr>
          <w:sz w:val="20"/>
        </w:rPr>
        <w:t>21:20  to Hazrat Yusuf ke liye bhi do mein se aik ka intekhab tha, aik to confrontation karna us se badshah se, aur doosra yeh ke us se musalehat karna, yani conciliatory approach ikhtiyar karna.</w:t>
      </w:r>
      <w:r>
        <w:br/>
      </w:r>
      <w:r>
        <w:rPr>
          <w:sz w:val="20"/>
        </w:rPr>
        <w:t>21:35  woh kar liya unhon ne.</w:t>
      </w:r>
      <w:r>
        <w:br/>
      </w:r>
      <w:r>
        <w:rPr>
          <w:sz w:val="20"/>
        </w:rPr>
        <w:t>21:40  Quran mein is qisse ko bayan kiya gaya hai is tarah se ke woh asal al-qasas ka unwan diya gaya, us ko sab se achi kahani, best story.</w:t>
      </w:r>
      <w:r>
        <w:br/>
      </w:r>
      <w:r>
        <w:rPr>
          <w:sz w:val="20"/>
        </w:rPr>
        <w:t>21:51  kaisi ajeeb baat hai yeh.</w:t>
      </w:r>
      <w:r>
        <w:br/>
      </w:r>
      <w:r>
        <w:rPr>
          <w:sz w:val="20"/>
        </w:rPr>
        <w:t>21:55  yani aik mushrik badshah ke mozu ban gaye goya ke woh,</w:t>
      </w:r>
      <w:r>
        <w:br/>
      </w:r>
      <w:r>
        <w:rPr>
          <w:sz w:val="20"/>
        </w:rPr>
        <w:t>22:01  aur quran keh raha hai ke woh sab se achhi kahani likhi unhon ne.</w:t>
      </w:r>
      <w:r>
        <w:br/>
      </w:r>
      <w:r>
        <w:rPr>
          <w:sz w:val="20"/>
        </w:rPr>
        <w:t>22:08  toh yeh hazrat yusuf alaihi assalam ka qissa hai.</w:t>
      </w:r>
      <w:r>
        <w:br/>
      </w:r>
      <w:r>
        <w:rPr>
          <w:sz w:val="20"/>
        </w:rPr>
        <w:t>22:13  hazrat yusuf alaihi assalam ke zamane mein bani israel wahan par bulaye gaye. jab hazrat yusuf alaihi assalam gaye the wahan, tab toh woh akele the, woh</w:t>
      </w:r>
      <w:r>
        <w:br/>
      </w:r>
      <w:r>
        <w:rPr>
          <w:sz w:val="20"/>
        </w:rPr>
        <w:t>22:22  unki family jo thi, woh kanaan mein thi. toh baad ko jaisa ke quran majeed mein hai aur bible mein hai ke unhon ne apni family ko, apne unke baap the hazrat yaqoob, unke bhai the, un sab ko kaha ke aa kar hum aa jao misr mein.</w:t>
      </w:r>
      <w:r>
        <w:br/>
      </w:r>
      <w:r>
        <w:rPr>
          <w:sz w:val="20"/>
        </w:rPr>
        <w:t>22:44  toh misr ka jo bahut hi bahut hi zar khez ilaaqa tha, zar khez ilaaqa, wahan par woh basaye gaye, aur wahan par aabad kiya woh unhon ne, aur bahut zyada unko dakhal ho gaya misr ke administration mein, kyunke hazrat yusuf ki policy ke upar chalte rahe woh.</w:t>
      </w:r>
      <w:r>
        <w:br/>
      </w:r>
      <w:r>
        <w:rPr>
          <w:sz w:val="20"/>
        </w:rPr>
        <w:t>23:04  takrao na karte hue jo mawaqe the, uska istemal karna.</w:t>
      </w:r>
      <w:r>
        <w:br/>
      </w:r>
      <w:r>
        <w:rPr>
          <w:sz w:val="20"/>
        </w:rPr>
        <w:t>23:11  hazrat yusuf alaihi assalam ne ek ek tareeqa tay kiya tha, ek riwayat qaim kardi thi ke hukumat se, administration se, hukmaran se takrao na karo, aur takrao na karte hue yahan ke mawaqe ko istemal karo.</w:t>
      </w:r>
      <w:r>
        <w:br/>
      </w:r>
      <w:r>
        <w:rPr>
          <w:sz w:val="20"/>
        </w:rPr>
        <w:t>23:28  avoid confrontation with the hukmaran and avail the opportunities.</w:t>
      </w:r>
      <w:r>
        <w:br/>
      </w:r>
      <w:r>
        <w:rPr>
          <w:sz w:val="20"/>
        </w:rPr>
        <w:t>23:35  yeh policy hazrat yusuf alaihi assalam ne ikhtiyar ki thi, usne woh goya ek trend setter the, woh trend setter, ek trend set kar diya unhon ne bani israel ke liye, aur paanch sau saal tak is par chalte rahe woh,</w:t>
      </w:r>
    </w:p>
    <w:p>
      <w:pPr>
        <w:pStyle w:val="Heading2"/>
      </w:pPr>
      <w:r>
        <w:t>Modesty and falsehood seat exposed in afterlife</w:t>
      </w:r>
    </w:p>
    <w:p>
      <w:r>
        <w:rPr>
          <w:color w:val="666666"/>
          <w:sz w:val="18"/>
        </w:rPr>
        <w:t>Simple Living and High Thinking November 03, 2018 · 6m 09s · at 2:11 · https://youtu.be/6O7ebJVVRII?t=131</w:t>
      </w:r>
    </w:p>
    <w:p>
      <w:r>
        <w:rPr>
          <w:i/>
        </w:rPr>
        <w:t>“Modesty ke baghair Khaliq se qurbat milna impossible hai.”</w:t>
      </w:r>
    </w:p>
    <w:p>
      <w:r>
        <w:rPr>
          <w:sz w:val="20"/>
        </w:rPr>
        <w:t>2:11  modesty ke baghair khalq se qurbat milna impossible hai. Kyun ke yeh sirf modesty hai jo insaan aur khalq ke darmiyan nisbat qaim karti hai.</w:t>
      </w:r>
      <w:r>
        <w:br/>
      </w:r>
      <w:r>
        <w:rPr>
          <w:sz w:val="20"/>
        </w:rPr>
        <w:t>2:34  dekhiye, khalq jo hai woh all powerful hai. Is ke muqable mein modest insaan ka muamla yeh hota hai ke woh is baat ko discover karta hai ke woh all powerless hai.</w:t>
      </w:r>
      <w:r>
        <w:br/>
      </w:r>
      <w:r>
        <w:rPr>
          <w:sz w:val="20"/>
        </w:rPr>
        <w:t>2:56  modesty jis aadmi ki qadar hogi real cheez mein, to woh discover karega is nisbat ko ke khalq all powerful hai aur woh is ke muqable mein all powerless hai.</w:t>
      </w:r>
      <w:r>
        <w:br/>
      </w:r>
      <w:r>
        <w:rPr>
          <w:sz w:val="20"/>
        </w:rPr>
        <w:t>3:17  yahi woh maqam hai jis ko quran mein kaha gaya hai: "wa-sjud wa-qtarib". Yani</w:t>
      </w:r>
      <w:r>
        <w:br/>
      </w:r>
      <w:r>
        <w:rPr>
          <w:sz w:val="20"/>
        </w:rPr>
        <w:t>3:27  apni modesty ko daryaft karo. Modest insaan bano real cheez mein, to tum ko khalq se qurbat hasil ho jayegi.</w:t>
      </w:r>
      <w:r>
        <w:br/>
      </w:r>
      <w:r>
        <w:rPr>
          <w:sz w:val="20"/>
        </w:rPr>
        <w:t>3:45  zahir hai ke is se bari to koi cheez ho nahi sakti. Insaan apne rab se qurbat hasil kar le to is se bari cheez kya ho sakti hai?</w:t>
      </w:r>
      <w:r>
        <w:br/>
      </w:r>
      <w:r>
        <w:rPr>
          <w:sz w:val="20"/>
        </w:rPr>
        <w:t>4:01  aur yeh sirf is insaan ko milti hai jo yeh discovery ke darje mein yeh baat jaan le ke khalq all powerful hai aur main is ke muqable mein all powerless hoon.</w:t>
      </w:r>
      <w:r>
        <w:br/>
      </w:r>
      <w:r>
        <w:rPr>
          <w:sz w:val="20"/>
        </w:rPr>
        <w:t>4:21  yahi essence hai modesty ka. Yahi essence hai modesty ka.</w:t>
      </w:r>
      <w:r>
        <w:br/>
      </w:r>
      <w:r>
        <w:rPr>
          <w:sz w:val="20"/>
        </w:rPr>
        <w:t>4:34  phir is se bari baat jo hai woh kya hai? Quran mein surah al qabr mein yeh ayat aayi hai:</w:t>
      </w:r>
      <w:r>
        <w:br/>
      </w:r>
      <w:r>
        <w:rPr>
          <w:sz w:val="20"/>
        </w:rPr>
        <w:t>4:54  "fi muqaddas innal malika muqtadir". Jannat ke bare mein. "fi muqaddas innal malika muqtadir".</w:t>
      </w:r>
      <w:r>
        <w:br/>
      </w:r>
      <w:r>
        <w:rPr>
          <w:sz w:val="20"/>
        </w:rPr>
        <w:t>5:07  yani jannat wale</w:t>
      </w:r>
      <w:r>
        <w:br/>
      </w:r>
      <w:r>
        <w:rPr>
          <w:sz w:val="20"/>
        </w:rPr>
        <w:t>5:13  sachai ki true sachai ki seat par honge. Muqaddas sidq sachai ki seat. Is ka matlab hai ke</w:t>
      </w:r>
      <w:r>
        <w:br/>
      </w:r>
      <w:r>
        <w:rPr>
          <w:sz w:val="20"/>
        </w:rPr>
        <w:t>5:28  dekhiye, is dunya mein</w:t>
      </w:r>
      <w:r>
        <w:br/>
      </w:r>
      <w:r>
        <w:rPr>
          <w:sz w:val="20"/>
        </w:rPr>
        <w:t>5:33  aadmi ke khara hone ke liye do different seat hoti hain. Ek hai</w:t>
      </w:r>
      <w:r>
        <w:br/>
      </w:r>
      <w:r>
        <w:rPr>
          <w:sz w:val="20"/>
        </w:rPr>
        <w:t>5:43  muqaddas kizb aur doosri hai muqaddas sidq. Yani jhoot ki seat, falsehood ki seat, aur doosra sachai ki seat.</w:t>
      </w:r>
      <w:r>
        <w:br/>
      </w:r>
      <w:r>
        <w:rPr>
          <w:sz w:val="20"/>
        </w:rPr>
        <w:t>5:58  jhoot ki seat aur sachai ki seat.</w:t>
      </w:r>
      <w:r>
        <w:br/>
      </w:r>
      <w:r>
        <w:rPr>
          <w:sz w:val="20"/>
        </w:rPr>
        <w:t>6:04  to dunya mein jo aadmi</w:t>
      </w:r>
      <w:r>
        <w:br/>
      </w:r>
      <w:r>
        <w:rPr>
          <w:sz w:val="20"/>
        </w:rPr>
        <w:t>6:11  badai ki seat par baithna chahe to woh falsehood ki seat par baithne ki koshish kar raha hai.</w:t>
      </w:r>
      <w:r>
        <w:br/>
      </w:r>
      <w:r>
        <w:rPr>
          <w:sz w:val="20"/>
        </w:rPr>
        <w:t>6:20  aaj kal kya hai? Agar aap ke paas bari gaadi hai to aap choti gaadi ke sath us ko khara karna pasand nahi karte.</w:t>
      </w:r>
      <w:r>
        <w:br/>
      </w:r>
      <w:r>
        <w:rPr>
          <w:sz w:val="20"/>
        </w:rPr>
        <w:t>6:34  agar aap ke paas bara ghar hai to aap kisi flat wale ke post par rehna pasand nahi karte.</w:t>
      </w:r>
      <w:r>
        <w:br/>
      </w:r>
      <w:r>
        <w:rPr>
          <w:sz w:val="20"/>
        </w:rPr>
        <w:t>6:45  yeh kya hai? Is ka matlab hai ke aap jhoot ki seat par khara hone ki koshish kar rahe hain. Kyun ke insaan to by birth ek modest insaan hai.</w:t>
      </w:r>
      <w:r>
        <w:br/>
      </w:r>
      <w:r>
        <w:rPr>
          <w:sz w:val="20"/>
        </w:rPr>
        <w:t>7:09  insan ko sirf modesty hi mili hai.</w:t>
      </w:r>
      <w:r>
        <w:br/>
      </w:r>
      <w:r>
        <w:rPr>
          <w:sz w:val="20"/>
        </w:rPr>
        <w:t>7:16  bari badai to sirf allah ke liye hai.</w:t>
      </w:r>
      <w:r>
        <w:br/>
      </w:r>
      <w:r>
        <w:rPr>
          <w:sz w:val="20"/>
        </w:rPr>
        <w:t>7:22  to agar aap ka mizaj ye ho ke aap</w:t>
      </w:r>
      <w:r>
        <w:br/>
      </w:r>
      <w:r>
        <w:rPr>
          <w:sz w:val="20"/>
        </w:rPr>
        <w:t>7:29  ke paas bari gaadi ho aur aap chhoti gaadi ke sath uski parking pasand nahi karte, aap ke paas bada ghar hai to aap flat wale ke sath khada hona pasand nahi karte.</w:t>
      </w:r>
      <w:r>
        <w:br/>
      </w:r>
      <w:r>
        <w:rPr>
          <w:sz w:val="20"/>
        </w:rPr>
        <w:t>7:47  to ye sab kya hai? ye sab ye hai ke aap</w:t>
      </w:r>
      <w:r>
        <w:br/>
      </w:r>
      <w:r>
        <w:rPr>
          <w:sz w:val="20"/>
        </w:rPr>
        <w:t>7:54  falsehood ki seat par baithe hue hain, khade hue hain, jhoot ki seat par khade hue hain. to dunya mein to aap jhoot ki seat par khada ho sakte hain,</w:t>
      </w:r>
      <w:r>
        <w:br/>
      </w:r>
      <w:r>
        <w:rPr>
          <w:sz w:val="20"/>
        </w:rPr>
        <w:t>8:10  koshish kar sakte hain, lekin akhirat mein to sab kuch expose ho jayega. akhirat mein sab kuch expose ho jayega.</w:t>
      </w:r>
    </w:p>
    <w:p>
      <w:pPr>
        <w:pStyle w:val="Heading2"/>
      </w:pPr>
      <w:r>
        <w:t>Explanation of hadith on loving meeting Allah</w:t>
      </w:r>
    </w:p>
    <w:p>
      <w:r>
        <w:rPr>
          <w:color w:val="666666"/>
          <w:sz w:val="18"/>
        </w:rPr>
        <w:t>Love of God December 15, 2018 · 3m 40s · at 0:31 · https://youtu.be/mmYPlKjtbRA?t=31</w:t>
      </w:r>
    </w:p>
    <w:p>
      <w:r>
        <w:rPr>
          <w:i/>
        </w:rPr>
        <w:t>“Aaj ki is majlis mein ek hadith ki sharah bayan ki jayegi.”</w:t>
      </w:r>
    </w:p>
    <w:p>
      <w:r>
        <w:rPr>
          <w:sz w:val="20"/>
        </w:rPr>
        <w:t>0:31  aaj ki is majlis mein ek hadith ki sharah bayan ki jayegi. yeh hadith</w:t>
      </w:r>
      <w:r>
        <w:br/>
      </w:r>
      <w:r>
        <w:rPr>
          <w:sz w:val="20"/>
        </w:rPr>
        <w:t>0:45  aksar hadith ki aksar kitabon mein aayi hai, to pehle aap hadith suniye, uske baad iski sharah bayan ki jayegi.</w:t>
      </w:r>
      <w:r>
        <w:br/>
      </w:r>
      <w:r>
        <w:rPr>
          <w:sz w:val="20"/>
        </w:rPr>
        <w:t>1:00  an abi musa 'an an-nabiyyi salla allahu 'alayhi wa sallam qala: "man ahabba liqa'a allahi ahabba allahu liqa'ahu, wa man kariha liqa'a allahi kariha allahu liqa'ahu." sahih al-bukhari hadith number 6508.</w:t>
      </w:r>
      <w:r>
        <w:br/>
      </w:r>
      <w:r>
        <w:rPr>
          <w:sz w:val="20"/>
        </w:rPr>
        <w:t>1:18  abi musa se riwayat hai ke nabi salla allahu 'alayhi wa sallam ne kaha ke jo allah ta'ala se mulaqat ko pasand karta hai, allah ta'ala us se mulaqat ko pasand karta hai.</w:t>
      </w:r>
      <w:r>
        <w:br/>
      </w:r>
      <w:r>
        <w:rPr>
          <w:sz w:val="20"/>
        </w:rPr>
        <w:t>1:30  aur jo allah ta'ala se mulaqat ko napasand karta hai, allah ta'ala us se mulaqat ko napasand karta hai. is hadith ko sahih al-bukhari ke ilawa sahih muslim, sunan tirmidhi, sunan an-nasa'i, ibn majah aur musnad ahmad waghera ne riwayat ki hai.</w:t>
      </w:r>
      <w:r>
        <w:br/>
      </w:r>
      <w:r>
        <w:rPr>
          <w:sz w:val="20"/>
        </w:rPr>
        <w:t>1:49  dekhiye, koi baat sada baat nahi hoti.</w:t>
      </w:r>
      <w:r>
        <w:br/>
      </w:r>
      <w:r>
        <w:rPr>
          <w:sz w:val="20"/>
        </w:rPr>
        <w:t>1:58  yeh bhi koi sada baat nahi hai.</w:t>
      </w:r>
      <w:r>
        <w:br/>
      </w:r>
      <w:r>
        <w:rPr>
          <w:sz w:val="20"/>
        </w:rPr>
        <w:t>2:05  jo allah se milne ko pasand kare, allah bhi us se milne ko pasand karta hai. ka matlab kya hai?</w:t>
      </w:r>
      <w:r>
        <w:br/>
      </w:r>
      <w:r>
        <w:rPr>
          <w:sz w:val="20"/>
        </w:rPr>
        <w:t>2:18  aap kis se milne ko pasand karenge?</w:t>
      </w:r>
      <w:r>
        <w:br/>
      </w:r>
      <w:r>
        <w:rPr>
          <w:sz w:val="20"/>
        </w:rPr>
        <w:t>2:24  aap lakdi se milne ko pasand nahi karenge? statue se milne ko pasand nahi karenge? jab aap allah ki allah ke lovely nature ko aap discover karenge,</w:t>
      </w:r>
      <w:r>
        <w:br/>
      </w:r>
      <w:r>
        <w:rPr>
          <w:sz w:val="20"/>
        </w:rPr>
        <w:t>2:40  tab yeh kaifiyat paida hogi. mislan dekhiye,</w:t>
      </w:r>
      <w:r>
        <w:br/>
      </w:r>
      <w:r>
        <w:rPr>
          <w:sz w:val="20"/>
        </w:rPr>
        <w:t>2:49  aap ne ek peR ko dekha, us par bohat hi</w:t>
      </w:r>
      <w:r>
        <w:br/>
      </w:r>
      <w:r>
        <w:rPr>
          <w:sz w:val="20"/>
        </w:rPr>
        <w:t>2:58  khush rang beauty full phool khile hue the, to aap ne Allah ke beauty full nature ko yaad kiya.</w:t>
      </w:r>
      <w:r>
        <w:br/>
      </w:r>
      <w:r>
        <w:rPr>
          <w:sz w:val="20"/>
        </w:rPr>
        <w:t>3:12  aap ne socha ke jis khalique ka ki takhleeq itni sundar, itni beauty full hai,</w:t>
      </w:r>
      <w:r>
        <w:br/>
      </w:r>
      <w:r>
        <w:rPr>
          <w:sz w:val="20"/>
        </w:rPr>
        <w:t>3:27  to woh khalique khud kaisa hoga?</w:t>
      </w:r>
      <w:r>
        <w:br/>
      </w:r>
      <w:r>
        <w:rPr>
          <w:sz w:val="20"/>
        </w:rPr>
        <w:t>3:34  aur aap ko yeh ek andar se ek</w:t>
      </w:r>
      <w:r>
        <w:br/>
      </w:r>
      <w:r>
        <w:rPr>
          <w:sz w:val="20"/>
        </w:rPr>
        <w:t>3:41  bohat hi shauq ubhre ke Allah woh din laaye ke jab mein is</w:t>
      </w:r>
      <w:r>
        <w:br/>
      </w:r>
      <w:r>
        <w:rPr>
          <w:sz w:val="20"/>
        </w:rPr>
        <w:t>3:54  is beauty full phool ko banane wale ko dekhun.</w:t>
      </w:r>
      <w:r>
        <w:br/>
      </w:r>
      <w:r>
        <w:rPr>
          <w:sz w:val="20"/>
        </w:rPr>
        <w:t>4:03  aise hi poori zindagi ka maamla hai.</w:t>
      </w:r>
    </w:p>
    <w:p>
      <w:pPr>
        <w:pStyle w:val="Heading2"/>
      </w:pPr>
      <w:r>
        <w:t>Science's two great discoveries and their spiritual meaning</w:t>
      </w:r>
    </w:p>
    <w:p>
      <w:r>
        <w:rPr>
          <w:color w:val="666666"/>
          <w:sz w:val="18"/>
        </w:rPr>
        <w:t>Love of God | May 13, 2017 · 3m 04s · at 5:58 · https://youtu.be/5XN9DuLu2Mo?t=358</w:t>
      </w:r>
    </w:p>
    <w:p>
      <w:r>
        <w:rPr>
          <w:i/>
        </w:rPr>
        <w:t>“سائنس نے دو بہت بڑی چیزیں discover کیں اور بتائیں انسان کو”</w:t>
      </w:r>
    </w:p>
    <w:p>
      <w:r>
        <w:rPr>
          <w:sz w:val="20"/>
        </w:rPr>
        <w:t>5:58  dekhiye, mere mutale se maine jana hai ke science ne do bohat bari cheezein discover keen aur</w:t>
      </w:r>
      <w:r>
        <w:br/>
      </w:r>
      <w:r>
        <w:rPr>
          <w:sz w:val="20"/>
        </w:rPr>
        <w:t>6:05  batayin insaan ko.</w:t>
      </w:r>
      <w:r>
        <w:br/>
      </w:r>
      <w:r>
        <w:rPr>
          <w:sz w:val="20"/>
        </w:rPr>
        <w:t>6:13  bohat hi bari, jis se insaan bekhabar tha.</w:t>
      </w:r>
      <w:r>
        <w:br/>
      </w:r>
      <w:r>
        <w:rPr>
          <w:sz w:val="20"/>
        </w:rPr>
        <w:t>6:20  yani ek to yeh bataya ke solar system jo hai, woh aaftab par markazi hai, woh zameen mark</w:t>
      </w:r>
      <w:r>
        <w:br/>
      </w:r>
      <w:r>
        <w:rPr>
          <w:sz w:val="20"/>
        </w:rPr>
        <w:t>6:28  azi nahi hai.</w:t>
      </w:r>
      <w:r>
        <w:br/>
      </w:r>
      <w:r>
        <w:rPr>
          <w:sz w:val="20"/>
        </w:rPr>
        <w:t>6:36  hamara solar system jo hai, woh is ka markaz aaftab hai, is ka markaz zameen nahi hai.</w:t>
      </w:r>
      <w:r>
        <w:br/>
      </w:r>
      <w:r>
        <w:rPr>
          <w:sz w:val="20"/>
        </w:rPr>
        <w:t>6:44  jabke arastoo aur aflatoon se log samjhe hue the ke solar system ka markaz zameen hai, zameen hai.</w:t>
      </w:r>
      <w:r>
        <w:br/>
      </w:r>
      <w:r>
        <w:rPr>
          <w:sz w:val="20"/>
        </w:rPr>
        <w:t>6:52  yeh bohat bari cheez hai jo copernicus ne aur galileo ne</w:t>
      </w:r>
      <w:r>
        <w:br/>
      </w:r>
      <w:r>
        <w:rPr>
          <w:sz w:val="20"/>
        </w:rPr>
        <w:t>7:00  astronomy mein study kar ke batai.</w:t>
      </w:r>
      <w:r>
        <w:br/>
      </w:r>
      <w:r>
        <w:rPr>
          <w:sz w:val="20"/>
        </w:rPr>
        <w:t>7:06  is se pehle insan bekhabar tha is se.</w:t>
      </w:r>
      <w:r>
        <w:br/>
      </w:r>
      <w:r>
        <w:rPr>
          <w:sz w:val="20"/>
        </w:rPr>
        <w:t>7:12  doosri cheez jo science ne batai, woh yeh hai ke hamara jo heart hai, woh thinking heart nahi</w:t>
      </w:r>
      <w:r>
        <w:br/>
      </w:r>
      <w:r>
        <w:rPr>
          <w:sz w:val="20"/>
        </w:rPr>
        <w:t>7:18  hai, woh sirf circulation of blood ka source hai, soch ka source nahi hai.</w:t>
      </w:r>
      <w:r>
        <w:br/>
      </w:r>
      <w:r>
        <w:rPr>
          <w:sz w:val="20"/>
        </w:rPr>
        <w:t>7:24  woh ab sare log</w:t>
      </w:r>
      <w:r>
        <w:br/>
      </w:r>
      <w:r>
        <w:rPr>
          <w:sz w:val="20"/>
        </w:rPr>
        <w:t>7:30  history mein dil ko le kar sochte rahe, jis ko kehte hain meditation.</w:t>
      </w:r>
      <w:r>
        <w:br/>
      </w:r>
      <w:r>
        <w:rPr>
          <w:sz w:val="20"/>
        </w:rPr>
        <w:t>7:35  toh dil mein kuch tha hi nahi, pata hai kya? toh jaise history mein log zameen ko le</w:t>
      </w:r>
      <w:r>
        <w:br/>
      </w:r>
      <w:r>
        <w:rPr>
          <w:sz w:val="20"/>
        </w:rPr>
        <w:t>7:40  kar sochte rahe solar system ke bare mein, toh zameen toh thi hi nahi, toh kuch mila nahi</w:t>
      </w:r>
      <w:r>
        <w:br/>
      </w:r>
      <w:r>
        <w:rPr>
          <w:sz w:val="20"/>
        </w:rPr>
        <w:t>7:45  in logon ko.</w:t>
      </w:r>
      <w:r>
        <w:br/>
      </w:r>
      <w:r>
        <w:rPr>
          <w:sz w:val="20"/>
        </w:rPr>
        <w:t>7:50  aise yahan bhi log dil ko le kar sochte rahe, toh dil mein toh kuch tha nahi.</w:t>
      </w:r>
      <w:r>
        <w:br/>
      </w:r>
      <w:r>
        <w:rPr>
          <w:sz w:val="20"/>
        </w:rPr>
        <w:t>7:55  toh science ka yeh bohat hi bara hamare upar. hai,</w:t>
      </w:r>
      <w:r>
        <w:br/>
      </w:r>
      <w:r>
        <w:rPr>
          <w:sz w:val="20"/>
        </w:rPr>
        <w:t>8:00  yeh science ki bohat bara contribution hai ke is ne bataya hum ko ke agar Allah ki marifat</w:t>
      </w:r>
      <w:r>
        <w:br/>
      </w:r>
      <w:r>
        <w:rPr>
          <w:sz w:val="20"/>
        </w:rPr>
        <w:t>8:07  chahte ho, yani science Allah ka naam nahi leti, yeh main nahi keh raha hoon ke science ne</w:t>
      </w:r>
      <w:r>
        <w:br/>
      </w:r>
      <w:r>
        <w:rPr>
          <w:sz w:val="20"/>
        </w:rPr>
        <w:t>8:13  Allah ka naam leti hai, yani main keh raha hoon.</w:t>
      </w:r>
      <w:r>
        <w:br/>
      </w:r>
      <w:r>
        <w:rPr>
          <w:sz w:val="20"/>
        </w:rPr>
        <w:t>8:20  is ka jo data hai, is ka jo is ki daryaften hain, jo data is ne faraham kar</w:t>
      </w:r>
      <w:r>
        <w:br/>
      </w:r>
      <w:r>
        <w:rPr>
          <w:sz w:val="20"/>
        </w:rPr>
        <w:t>8:26  ke diya hai hum ko, is se maloom hota hai ke jo shakhs talib ho Allah ko panay ka,</w:t>
      </w:r>
      <w:r>
        <w:br/>
      </w:r>
      <w:r>
        <w:rPr>
          <w:sz w:val="20"/>
        </w:rPr>
        <w:t>8:33  us ko mind based spirituality par amal karna chahiye, na ke heart based spirituality. Kyunke heart mein to kuch hota nahi hai. To is ki wajah yeh hai ke jab aap ne jo source hai Allah ki ma'rifat ka, Allah ki mohabbat ka, Allah se deep ta'alluq ka jo source hai, woh to mind hai. Aur mind ko aap ne le kar aap ne socha hi nahi, aap to med</w:t>
      </w:r>
      <w:r>
        <w:br/>
      </w:r>
      <w:r>
        <w:rPr>
          <w:sz w:val="20"/>
        </w:rPr>
        <w:t>9:03  itation karte rahe, toh aap payein kahan se aap? payein kahan se aap? toh dekhiye, sochna kya cheez</w:t>
      </w:r>
    </w:p>
    <w:p>
      <w:pPr>
        <w:pStyle w:val="Heading2"/>
      </w:pPr>
      <w:r>
        <w:t>Positivity required for true gratitude to God</w:t>
      </w:r>
    </w:p>
    <w:p>
      <w:r>
        <w:rPr>
          <w:color w:val="666666"/>
          <w:sz w:val="18"/>
        </w:rPr>
        <w:t>Islamic Way of Thinking | August 28, 2007 · 4m 07s · at 0:42 · https://youtu.be/yzexTN68BLI?t=42</w:t>
      </w:r>
    </w:p>
    <w:p>
      <w:r>
        <w:rPr>
          <w:i/>
        </w:rPr>
        <w:t>“Da religion of Islam is basically based on thinking”</w:t>
      </w:r>
    </w:p>
    <w:p>
      <w:r>
        <w:rPr>
          <w:sz w:val="20"/>
        </w:rPr>
        <w:t>0:42  The religion of Islam is basically based on thinking. International word you say niyat, ikhlas, that is thinking. So Islam is not a set of rituals, Islam is not simply of form, Islam is a way of thinking</w:t>
      </w:r>
      <w:r>
        <w:br/>
      </w:r>
      <w:r>
        <w:rPr>
          <w:sz w:val="20"/>
        </w:rPr>
        <w:t>1:12  .</w:t>
      </w:r>
      <w:r>
        <w:br/>
      </w:r>
      <w:r>
        <w:rPr>
          <w:sz w:val="20"/>
        </w:rPr>
        <w:t>1:19  All the teachings of Islam are based on thinking.</w:t>
      </w:r>
      <w:r>
        <w:br/>
      </w:r>
      <w:r>
        <w:rPr>
          <w:sz w:val="20"/>
        </w:rPr>
        <w:t>1:25  This is the central theme of Islam.</w:t>
      </w:r>
      <w:r>
        <w:br/>
      </w:r>
      <w:r>
        <w:rPr>
          <w:sz w:val="20"/>
        </w:rPr>
        <w:t>1:31  Now what is the Islamic thinking? In a single word I can say, in a single word I</w:t>
      </w:r>
      <w:r>
        <w:br/>
      </w:r>
      <w:r>
        <w:rPr>
          <w:sz w:val="20"/>
        </w:rPr>
        <w:t>1:38  would like to say that</w:t>
      </w:r>
      <w:r>
        <w:br/>
      </w:r>
      <w:r>
        <w:rPr>
          <w:sz w:val="20"/>
        </w:rPr>
        <w:t>1:44  Islamic thinking is positive thinking.</w:t>
      </w:r>
      <w:r>
        <w:br/>
      </w:r>
      <w:r>
        <w:rPr>
          <w:sz w:val="20"/>
        </w:rPr>
        <w:t>1:52  Islamic thinking is a positive thinking.</w:t>
      </w:r>
      <w:r>
        <w:br/>
      </w:r>
      <w:r>
        <w:rPr>
          <w:sz w:val="20"/>
        </w:rPr>
        <w:t>2:00  Positive thinking is the central idea in Islam.</w:t>
      </w:r>
      <w:r>
        <w:br/>
      </w:r>
      <w:r>
        <w:rPr>
          <w:sz w:val="20"/>
        </w:rPr>
        <w:t>2:08  If you start reading the Quran, you will find the first verse of the Quran is Alhamdu Lillah-e Rabb-il-'alamin.</w:t>
      </w:r>
      <w:r>
        <w:br/>
      </w:r>
      <w:r>
        <w:rPr>
          <w:sz w:val="20"/>
        </w:rPr>
        <w:t>2:15  all the praise be to God, the Lord of the universe. Now what is praise? How you can say that all the praise is for God? It required complete positivity. Without comple</w:t>
      </w:r>
      <w:r>
        <w:br/>
      </w:r>
      <w:r>
        <w:rPr>
          <w:sz w:val="20"/>
        </w:rPr>
        <w:t>2:45  ٹ پازیٹیوٹی، you cannot say that Alhamdulillahi Rabbil Alameen.</w:t>
      </w:r>
      <w:r>
        <w:br/>
      </w:r>
      <w:r>
        <w:rPr>
          <w:sz w:val="20"/>
        </w:rPr>
        <w:t>2:56  You know, we live in a world where every time there are, every moment there are some negative</w:t>
      </w:r>
      <w:r>
        <w:br/>
      </w:r>
      <w:r>
        <w:rPr>
          <w:sz w:val="20"/>
        </w:rPr>
        <w:t>3:06  experiences, some kind of unpleasant situations.</w:t>
      </w:r>
      <w:r>
        <w:br/>
      </w:r>
      <w:r>
        <w:rPr>
          <w:sz w:val="20"/>
        </w:rPr>
        <w:t>3:17  , some kind of provocation.</w:t>
      </w:r>
      <w:r>
        <w:br/>
      </w:r>
      <w:r>
        <w:rPr>
          <w:sz w:val="20"/>
        </w:rPr>
        <w:t>3:22  So generally people live in complaint, in protest, in hate.</w:t>
      </w:r>
      <w:r>
        <w:br/>
      </w:r>
      <w:r>
        <w:rPr>
          <w:sz w:val="20"/>
        </w:rPr>
        <w:t>3:27  Almost all the people live in hate.</w:t>
      </w:r>
      <w:r>
        <w:br/>
      </w:r>
      <w:r>
        <w:rPr>
          <w:sz w:val="20"/>
        </w:rPr>
        <w:t>3:33  Why? It means negative reaction.</w:t>
      </w:r>
      <w:r>
        <w:br/>
      </w:r>
      <w:r>
        <w:rPr>
          <w:sz w:val="20"/>
        </w:rPr>
        <w:t>3:38  "Hate means negative reaction."</w:t>
      </w:r>
      <w:r>
        <w:br/>
      </w:r>
      <w:r>
        <w:rPr>
          <w:sz w:val="20"/>
        </w:rPr>
        <w:t>3:44  When you are in society, you experience some kind of</w:t>
      </w:r>
      <w:r>
        <w:br/>
      </w:r>
      <w:r>
        <w:rPr>
          <w:sz w:val="20"/>
        </w:rPr>
        <w:t>3:49  said, "Experience every moment."</w:t>
      </w:r>
      <w:r>
        <w:br/>
      </w:r>
      <w:r>
        <w:rPr>
          <w:sz w:val="20"/>
        </w:rPr>
        <w:t>3:55  So this sad experience inculcate in your mind negative thinking.</w:t>
      </w:r>
      <w:r>
        <w:br/>
      </w:r>
      <w:r>
        <w:rPr>
          <w:sz w:val="20"/>
        </w:rPr>
        <w:t>4:01  So people are generally, people generally live in negative thought.</w:t>
      </w:r>
      <w:r>
        <w:br/>
      </w:r>
      <w:r>
        <w:rPr>
          <w:sz w:val="20"/>
        </w:rPr>
        <w:t>4:07  Why? They used to react.</w:t>
      </w:r>
      <w:r>
        <w:br/>
      </w:r>
      <w:r>
        <w:rPr>
          <w:sz w:val="20"/>
        </w:rPr>
        <w:t>4:13  So if you want to say Alhamdolillah Rabbil Aalameen</w:t>
      </w:r>
      <w:r>
        <w:br/>
      </w:r>
      <w:r>
        <w:rPr>
          <w:sz w:val="20"/>
        </w:rPr>
        <w:t>4:19  In the true spirit of the word, you have to save yourself from negativity.</w:t>
      </w:r>
      <w:r>
        <w:br/>
      </w:r>
      <w:r>
        <w:rPr>
          <w:sz w:val="20"/>
        </w:rPr>
        <w:t>4:27  Without this, you cannot say Alhamdu Lillah Rabbil 'Alamin.</w:t>
      </w:r>
      <w:r>
        <w:br/>
      </w:r>
      <w:r>
        <w:rPr>
          <w:sz w:val="20"/>
        </w:rPr>
        <w:t>4:35  Otherwise, your Alhamdulillah will be nothing but lip service.</w:t>
      </w:r>
      <w:r>
        <w:br/>
      </w:r>
      <w:r>
        <w:rPr>
          <w:sz w:val="20"/>
        </w:rPr>
        <w:t>4:42  And lip service is not required by God.</w:t>
      </w:r>
    </w:p>
    <w:p>
      <w:pPr>
        <w:pStyle w:val="Heading2"/>
      </w:pPr>
      <w:r>
        <w:t>Full story: Abu Mas'ud beats servant, Prophet corrects him</w:t>
      </w:r>
    </w:p>
    <w:p>
      <w:r>
        <w:rPr>
          <w:color w:val="666666"/>
          <w:sz w:val="18"/>
        </w:rPr>
        <w:t>Moral Values In Islam - III | January 27, 2006 | Maulana Wahiduddin Khan · 5m 10s · at 19:45 · https://youtu.be/dTiWv3ClWPI?t=1185</w:t>
      </w:r>
    </w:p>
    <w:p>
      <w:r>
        <w:rPr>
          <w:i/>
        </w:rPr>
        <w:t>“I will give an example to state this point.”</w:t>
      </w:r>
    </w:p>
    <w:p>
      <w:r>
        <w:rPr>
          <w:sz w:val="20"/>
        </w:rPr>
        <w:t>19:45  a part of creation. It is this difference which, which require good conduct. I will give an example to state this point. When the prophet was in</w:t>
      </w:r>
      <w:r>
        <w:br/>
      </w:r>
      <w:r>
        <w:rPr>
          <w:sz w:val="20"/>
        </w:rPr>
        <w:t>20:15  مدینہ، one day, he was a believer, he was Abu Masood Ansari.</w:t>
      </w:r>
      <w:r>
        <w:br/>
      </w:r>
      <w:r>
        <w:rPr>
          <w:sz w:val="20"/>
        </w:rPr>
        <w:t>20:21  His name was Abu Masood Ansari.</w:t>
      </w:r>
      <w:r>
        <w:br/>
      </w:r>
      <w:r>
        <w:rPr>
          <w:sz w:val="20"/>
        </w:rPr>
        <w:t>20:28  So Abu Masood Ansari was hitting his servant.</w:t>
      </w:r>
      <w:r>
        <w:br/>
      </w:r>
      <w:r>
        <w:rPr>
          <w:sz w:val="20"/>
        </w:rPr>
        <w:t>20:34  He became anger, he became angry, and he started hitting his servant.</w:t>
      </w:r>
      <w:r>
        <w:br/>
      </w:r>
      <w:r>
        <w:rPr>
          <w:sz w:val="20"/>
        </w:rPr>
        <w:t>20:40  Prophet Sahib is seen and said:</w:t>
      </w:r>
      <w:r>
        <w:br/>
      </w:r>
      <w:r>
        <w:rPr>
          <w:sz w:val="20"/>
        </w:rPr>
        <w:t>20:46  "اے علم ابا مسعود، اے علم ابا مسعود، ان اللہ عقب عقب علیکم۔" O Abu Masood, remember that God</w:t>
      </w:r>
      <w:r>
        <w:br/>
      </w:r>
      <w:r>
        <w:rPr>
          <w:sz w:val="20"/>
        </w:rPr>
        <w:t>20:58  is both powerful. Then your.</w:t>
      </w:r>
      <w:r>
        <w:br/>
      </w:r>
      <w:r>
        <w:rPr>
          <w:sz w:val="20"/>
        </w:rPr>
        <w:t>21:10  power upon servant.</w:t>
      </w:r>
      <w:r>
        <w:br/>
      </w:r>
      <w:r>
        <w:rPr>
          <w:sz w:val="20"/>
        </w:rPr>
        <w:t>21:22  So instantly, he became aware, said: "I was wrong, I was wrong, I was wrong." Why? Why happened</w:t>
      </w:r>
      <w:r>
        <w:br/>
      </w:r>
      <w:r>
        <w:rPr>
          <w:sz w:val="20"/>
        </w:rPr>
        <w:t>21:33  this phenomena? Because when he was provoked by a servant, and became angry, and started hitting.</w:t>
      </w:r>
      <w:r>
        <w:br/>
      </w:r>
      <w:r>
        <w:rPr>
          <w:sz w:val="20"/>
        </w:rPr>
        <w:t>21:43  At the time, consciously or unconsciously,</w:t>
      </w:r>
      <w:r>
        <w:br/>
      </w:r>
      <w:r>
        <w:rPr>
          <w:sz w:val="20"/>
        </w:rPr>
        <w:t>21:54  His feeling was that there is an equality: I am superior and this servant is inferior. I am superior and he is inferior. So this concept ki I am superior and more powerful, it was</w:t>
      </w:r>
      <w:r>
        <w:br/>
      </w:r>
      <w:r>
        <w:rPr>
          <w:sz w:val="20"/>
        </w:rPr>
        <w:t>22:24  the science of security which by which he wanted to pet his servant. I am superior and he is inferior. But when God reminded that God is both powerful, in the concept of an inequality</w:t>
      </w:r>
      <w:r>
        <w:br/>
      </w:r>
      <w:r>
        <w:rPr>
          <w:sz w:val="20"/>
        </w:rPr>
        <w:t>22:54  disappeared. The concept of superiority and inferiority, the concept of superiority and inferiority disappeared. Both were equal before God. When comes God,</w:t>
      </w:r>
      <w:r>
        <w:br/>
      </w:r>
      <w:r>
        <w:rPr>
          <w:sz w:val="20"/>
        </w:rPr>
        <w:t>23:24  There is no big, no small, no superior, no inferior.</w:t>
      </w:r>
      <w:r>
        <w:br/>
      </w:r>
      <w:r>
        <w:rPr>
          <w:sz w:val="20"/>
        </w:rPr>
        <w:t>23:32  Before Himalaya, goat and camel both are equal.</w:t>
      </w:r>
      <w:r>
        <w:br/>
      </w:r>
      <w:r>
        <w:rPr>
          <w:sz w:val="20"/>
        </w:rPr>
        <w:t>23:39  So before God, everyone is equal.</w:t>
      </w:r>
      <w:r>
        <w:br/>
      </w:r>
      <w:r>
        <w:rPr>
          <w:sz w:val="20"/>
        </w:rPr>
        <w:t>23:47  So this concept</w:t>
      </w:r>
      <w:r>
        <w:br/>
      </w:r>
      <w:r>
        <w:rPr>
          <w:sz w:val="20"/>
        </w:rPr>
        <w:t>23:54  That God is all-powerful, it creates a new kind of feeling in every person.</w:t>
      </w:r>
      <w:r>
        <w:br/>
      </w:r>
      <w:r>
        <w:rPr>
          <w:sz w:val="20"/>
        </w:rPr>
        <w:t>24:04  This feeling is very powerful to establish justice in society.</w:t>
      </w:r>
      <w:r>
        <w:br/>
      </w:r>
      <w:r>
        <w:rPr>
          <w:sz w:val="20"/>
        </w:rPr>
        <w:t>24:14  So the same person was petting his servant</w:t>
      </w:r>
      <w:r>
        <w:br/>
      </w:r>
      <w:r>
        <w:rPr>
          <w:sz w:val="20"/>
        </w:rPr>
        <w:t>24:25  , he suddenly said: "I am wrong, I am wrong, I am wrong." No right to beat anyone.</w:t>
      </w:r>
      <w:r>
        <w:br/>
      </w:r>
      <w:r>
        <w:rPr>
          <w:sz w:val="20"/>
        </w:rPr>
        <w:t>24:32  Because, because as, as, as a weak as this person, there is no difference.</w:t>
      </w:r>
      <w:r>
        <w:br/>
      </w:r>
      <w:r>
        <w:rPr>
          <w:sz w:val="20"/>
        </w:rPr>
        <w:t>24:40  is no right to beat anyone.</w:t>
      </w:r>
      <w:r>
        <w:br/>
      </w:r>
      <w:r>
        <w:rPr>
          <w:sz w:val="20"/>
        </w:rPr>
        <w:t>24:48  So this is the concept of accountability.</w:t>
      </w:r>
    </w:p>
    <w:p>
      <w:pPr>
        <w:pStyle w:val="Heading2"/>
      </w:pPr>
      <w:r>
        <w:t>Full case against philosophers' impersonal 'world spirit' God</w:t>
      </w:r>
    </w:p>
    <w:p>
      <w:r>
        <w:rPr>
          <w:color w:val="666666"/>
          <w:sz w:val="18"/>
        </w:rPr>
        <w:t>Science of God May 04, 2008 · 3m 22s · at 3:11 · https://youtu.be/L7aU_nJRRDQ?t=191</w:t>
      </w:r>
    </w:p>
    <w:p>
      <w:r>
        <w:rPr>
          <w:i/>
        </w:rPr>
        <w:t>“Sabse pehle philosophers saamne aaye, unhone God ko apna subject banaya”</w:t>
      </w:r>
    </w:p>
    <w:p>
      <w:r>
        <w:rPr>
          <w:sz w:val="20"/>
        </w:rPr>
        <w:t>3:11  sab se pehle philosophers samne aaye. Philosophers ne, jaisa ke aap jante hain, God ko apna subject banaya.</w:t>
      </w:r>
      <w:r>
        <w:br/>
      </w:r>
      <w:r>
        <w:rPr>
          <w:sz w:val="20"/>
        </w:rPr>
        <w:t>3:24  yani God ko rational way mein samajhna. Lekin philosophers is mein fail ho gaye kyunke un ka jo framework tha woh bohat limited tha.</w:t>
      </w:r>
      <w:r>
        <w:br/>
      </w:r>
      <w:r>
        <w:rPr>
          <w:sz w:val="20"/>
        </w:rPr>
        <w:t>3:40  bohat limited tha.</w:t>
      </w:r>
      <w:r>
        <w:br/>
      </w:r>
      <w:r>
        <w:rPr>
          <w:sz w:val="20"/>
        </w:rPr>
        <w:t>3:43  is liye main kahunga ke woh koi ideology of God na de sake, sahih maano mein. Misal ke taur par dekhen, kai philosophers ke naam bhi ate hain is silsile mein,</w:t>
      </w:r>
      <w:r>
        <w:br/>
      </w:r>
      <w:r>
        <w:rPr>
          <w:sz w:val="20"/>
        </w:rPr>
        <w:t>4:00  jaise Berkeley, ya Kant, ya Hegel.</w:t>
      </w:r>
      <w:r>
        <w:br/>
      </w:r>
      <w:r>
        <w:rPr>
          <w:sz w:val="20"/>
        </w:rPr>
        <w:t>4:09  in logon ke bare mein samjha jata hai ke unhone God ka concept diya. Yani yeh keh sakte hain hum ke unhone goya ek philosophical theology develop karne ki koshish ki.</w:t>
      </w:r>
      <w:r>
        <w:br/>
      </w:r>
      <w:r>
        <w:rPr>
          <w:sz w:val="20"/>
        </w:rPr>
        <w:t>4:25  philosophical theology. Yani ek hai religious theology. To unhone, in philosophers ne, ek philosophical theology develop karne ki koshish ki lekin woh mere nazdeek fail ho gaye.</w:t>
      </w:r>
      <w:r>
        <w:br/>
      </w:r>
      <w:r>
        <w:rPr>
          <w:sz w:val="20"/>
        </w:rPr>
        <w:t>4:45  ab dekhen ke taqreeban sabhi philosophers ne jo visualize kiya God ka, woh is spirit ke sense mein, jis ko Hegel ne kaha tha "World Spirit"۔</w:t>
      </w:r>
      <w:r>
        <w:br/>
      </w:r>
      <w:r>
        <w:rPr>
          <w:sz w:val="20"/>
        </w:rPr>
        <w:t>4:59  kisi ne kaha "World Idea"۔</w:t>
      </w:r>
      <w:r>
        <w:br/>
      </w:r>
      <w:r>
        <w:rPr>
          <w:sz w:val="20"/>
        </w:rPr>
        <w:t>5:03  yani impersonal God. Philosopher, philosophical God jo hai woh impersonal God hai.</w:t>
      </w:r>
      <w:r>
        <w:br/>
      </w:r>
      <w:r>
        <w:rPr>
          <w:sz w:val="20"/>
        </w:rPr>
        <w:t>5:12  to is ko woh koi kehta hai ke "world idea", "world spirit".</w:t>
      </w:r>
      <w:r>
        <w:br/>
      </w:r>
      <w:r>
        <w:rPr>
          <w:sz w:val="20"/>
        </w:rPr>
        <w:t>5:22  jo jis ko mein ne kaha ke philosophical theology, is ke liye doosra word hai "idealism". Idealism jo hai woh philosophical theology ka doosra naam hai.</w:t>
      </w:r>
      <w:r>
        <w:br/>
      </w:r>
      <w:r>
        <w:rPr>
          <w:sz w:val="20"/>
        </w:rPr>
        <w:t>5:33  lekin aap ghor kijiye ke aisa khuda kis kaam ka jo impersonal god ho? matlab jis ki koi personality na ho, jis se hum contact na kar sakein, jo jo hamari baat ko sunta na ho,</w:t>
      </w:r>
      <w:r>
        <w:br/>
      </w:r>
      <w:r>
        <w:rPr>
          <w:sz w:val="20"/>
        </w:rPr>
        <w:t>5:50  jo hum ko dekhta na ho. To aisa god jo hai aik imaginary god hai, jisay hamari zindagi mein is ka koi purpose nahin.</w:t>
      </w:r>
      <w:r>
        <w:br/>
      </w:r>
      <w:r>
        <w:rPr>
          <w:sz w:val="20"/>
        </w:rPr>
        <w:t>6:03  to yeh tha philosophical theology ka aakhri anjaam, jo ke fail ho gaye is mein.</w:t>
      </w:r>
      <w:r>
        <w:br/>
      </w:r>
      <w:r>
        <w:rPr>
          <w:sz w:val="20"/>
        </w:rPr>
        <w:t>6:15  bohat books likhi gayi hain lekin mein yeh keh sakta hoon ke in books ko parh kar ke aap sirf confusion paayenge, confusion.</w:t>
      </w:r>
      <w:r>
        <w:br/>
      </w:r>
      <w:r>
        <w:rPr>
          <w:sz w:val="20"/>
        </w:rPr>
        <w:t>6:27  koi yaqeen, koi conviction aap ko nahin mile ga.</w:t>
      </w:r>
    </w:p>
    <w:p>
      <w:pPr>
        <w:pStyle w:val="Heading2"/>
      </w:pPr>
      <w:r>
        <w:t>Sir Syed and Malaviya seizing the British education opportunity</w:t>
      </w:r>
    </w:p>
    <w:p>
      <w:r>
        <w:rPr>
          <w:color w:val="666666"/>
          <w:sz w:val="18"/>
        </w:rPr>
        <w:t>The Importance of Wisdom February 22, 2009 · 4m 17s · at 42:39 · https://youtu.be/2E7WtpqtFgw?t=2559</w:t>
      </w:r>
    </w:p>
    <w:p>
      <w:r>
        <w:rPr>
          <w:i/>
        </w:rPr>
        <w:t>“Jaise main ek misaal doon aapko samajhne ke liye, angrez India mein aaye”</w:t>
      </w:r>
    </w:p>
    <w:p>
      <w:r>
        <w:rPr>
          <w:sz w:val="20"/>
        </w:rPr>
        <w:t>42:39  jaise mein ek misaal doon aap ko samajhne ke liye ke angrez India mein aaye, do sau saal tak unhone rule kiya, 200 years tak.</w:t>
      </w:r>
      <w:r>
        <w:br/>
      </w:r>
      <w:r>
        <w:rPr>
          <w:sz w:val="20"/>
        </w:rPr>
        <w:t>42:50  to lord macaulay ne ek plan banaya ke India mein English phailai jaye. aap jante hain, is se pehle yahan persian thi,</w:t>
      </w:r>
      <w:r>
        <w:br/>
      </w:r>
      <w:r>
        <w:rPr>
          <w:sz w:val="20"/>
        </w:rPr>
        <w:t>43:01  persian muslim zamaney mein. to lord macaulay ne kaha ke yahan par English education phailai jaye, English zuban phailai jaye.</w:t>
      </w:r>
      <w:r>
        <w:br/>
      </w:r>
      <w:r>
        <w:rPr>
          <w:sz w:val="20"/>
        </w:rPr>
        <w:t>43:11  samajhta tha ke is tarah se hum India ke logon ko British sarkaar ka wafadar bana saken ge.</w:t>
      </w:r>
      <w:r>
        <w:br/>
      </w:r>
      <w:r>
        <w:rPr>
          <w:sz w:val="20"/>
        </w:rPr>
        <w:t>43:18  is ka bohat hi mashhoor, is ka woh hai, us ne kaha tha ke so that a generation may arise, so that a generation may arise that will be Indian in British,</w:t>
      </w:r>
      <w:r>
        <w:br/>
      </w:r>
      <w:r>
        <w:rPr>
          <w:sz w:val="20"/>
        </w:rPr>
        <w:t>43:39  Indian in birth and British in thought,</w:t>
      </w:r>
      <w:r>
        <w:br/>
      </w:r>
      <w:r>
        <w:rPr>
          <w:sz w:val="20"/>
        </w:rPr>
        <w:t>43:42  so that a generation may arise which will be Indian in birth and British in thought aisa kuch tha, sab se pehla. to apne maqsad ke liye unhone angrezi zuban ko chalu raaij kiya, yahan par apne interest ke liye, apne political interest ke liye.</w:t>
      </w:r>
      <w:r>
        <w:br/>
      </w:r>
      <w:r>
        <w:rPr>
          <w:sz w:val="20"/>
        </w:rPr>
        <w:t>44:01  ek ek shakhs musawwar mein nikla, saare log us ke negative ho gaye, saare ulma one to all negative ho gaye. lekin ek shakhs nikla, samajhdar sir syed ahmed khan, us ne us ko avail kiya, us situation ko.</w:t>
      </w:r>
      <w:r>
        <w:br/>
      </w:r>
      <w:r>
        <w:rPr>
          <w:sz w:val="20"/>
        </w:rPr>
        <w:t>44:17  hinduon mein nikle, maslan mohan malviya, do aadmi paida hue aur sab negative ho gaye the.</w:t>
      </w:r>
      <w:r>
        <w:br/>
      </w:r>
      <w:r>
        <w:rPr>
          <w:sz w:val="20"/>
        </w:rPr>
        <w:t>44:26  yani musalmanon mein sab ke sab ho gaye, hinduon mein sab ke sab nahi hue the, lekin majority un mein bhi negative ho gayi thi. to is situation ek ko apne favor mein avail kiya, sir syed ne Muslim University banakar ke, badan mohan malviya ne us ko avail kiya, Hindu University banakar ke.</w:t>
      </w:r>
      <w:r>
        <w:br/>
      </w:r>
      <w:r>
        <w:rPr>
          <w:sz w:val="20"/>
        </w:rPr>
        <w:t>44:47  agar aap ne parhi hogi un ki tareekh to aap jante honge ke dono university government of Britain ke ke bohat zabardast taawun se bani thi.</w:t>
      </w:r>
      <w:r>
        <w:br/>
      </w:r>
      <w:r>
        <w:rPr>
          <w:sz w:val="20"/>
        </w:rPr>
        <w:t>44:58  Hindu University bhi zabardast taawun hasil tha British government ka, un ka support hasil tha aur Muslim University bhi zabardast support hasil tha British government ka.</w:t>
      </w:r>
      <w:r>
        <w:br/>
      </w:r>
      <w:r>
        <w:rPr>
          <w:sz w:val="20"/>
        </w:rPr>
        <w:t>45:10  to yeh jo support hasil tha, to log samajhte the ke yeh yeh log jo hain, woh us ke woh hain, agent hain, sarkaar ke agent hain, madan mohan malviya bhi aur sir syed ahmed khan, yeh bilkul absurd baat thi.</w:t>
      </w:r>
      <w:r>
        <w:br/>
      </w:r>
      <w:r>
        <w:rPr>
          <w:sz w:val="20"/>
        </w:rPr>
        <w:t>45:27  un logon ne yeh paya ke ek situation create hui hai, agarche us mein apne interest ke liye kiya hai unhone, lekin us se hamein ek opportunity milti hai, hamein us ko avail karna chahiye.</w:t>
      </w:r>
      <w:r>
        <w:br/>
      </w:r>
      <w:r>
        <w:rPr>
          <w:sz w:val="20"/>
        </w:rPr>
        <w:t>45:43  yani recent history mein hamare liye ek misaal hai yeh ke British sarkaar ne jo plan banaya tha, zahir hai ke apne interest se banaya tha us ne, lekin us us us us mein ek ek situation bhi create hui,</w:t>
      </w:r>
      <w:r>
        <w:br/>
      </w:r>
      <w:r>
        <w:rPr>
          <w:sz w:val="20"/>
        </w:rPr>
        <w:t>46:02  us ki wajah se ek opportunity mili. badan mohan malviya ne us ko us tarah istemal kiya ke Hindu University banadi aur government ka khoob un ko madad mili.</w:t>
      </w:r>
      <w:r>
        <w:br/>
      </w:r>
      <w:r>
        <w:rPr>
          <w:sz w:val="20"/>
        </w:rPr>
        <w:t>46:12  sir syed ne Muslim University banadi, us mein bhi khoob madad mili hai un ko angrezon ki. angrez to chale gaye, aap jante hain, lekin Hindu University bhi qaim hai aur Muslim University bhi qaim hai, us se khoob logon ko faida mil raha hai.</w:t>
      </w:r>
      <w:r>
        <w:br/>
      </w:r>
      <w:r>
        <w:rPr>
          <w:sz w:val="20"/>
        </w:rPr>
        <w:t>46:29  to woh woh jo interest tha un ka, woh temporary tha, permanent to yeh ban gaya. aap ghor kijiye,</w:t>
      </w:r>
      <w:r>
        <w:br/>
      </w:r>
      <w:r>
        <w:rPr>
          <w:sz w:val="20"/>
        </w:rPr>
        <w:t>46:38  yeh permanent ban gaya, madan mohan malviya wali baat aur sir syed wali baat, angrez ki baat to temporary thi, woh aaye aur chale gaye.</w:t>
      </w:r>
      <w:r>
        <w:br/>
      </w:r>
      <w:r>
        <w:rPr>
          <w:sz w:val="20"/>
        </w:rPr>
        <w:t>46:48  yeh hai wisdom, zindagi naam hai wisdom ka.</w:t>
      </w:r>
    </w:p>
    <w:p>
      <w:pPr>
        <w:pStyle w:val="Heading2"/>
      </w:pPr>
      <w:r>
        <w:t>Companionship with Prophet through reading Hadith</w:t>
      </w:r>
    </w:p>
    <w:p>
      <w:r>
        <w:rPr>
          <w:color w:val="666666"/>
          <w:sz w:val="18"/>
        </w:rPr>
        <w:t>An Introduction to Hadith | July 25, 2007 · 4m 36s · at 51:35 · https://youtu.be/gfGuT-o5mSM?t=3095</w:t>
      </w:r>
    </w:p>
    <w:p>
      <w:r>
        <w:rPr>
          <w:i/>
        </w:rPr>
        <w:t>“Keep a book of Hadith in your home and read it in the day”</w:t>
      </w:r>
    </w:p>
    <w:p>
      <w:r>
        <w:rPr>
          <w:sz w:val="20"/>
        </w:rPr>
        <w:t>51:35  keep a book of Hadith in your home and read it in the day and night, you will</w:t>
      </w:r>
      <w:r>
        <w:br/>
      </w:r>
      <w:r>
        <w:rPr>
          <w:sz w:val="20"/>
        </w:rPr>
        <w:t>51:43  find yourself in the companionship of God, in the companionship of the Prophet.</w:t>
      </w:r>
      <w:r>
        <w:br/>
      </w:r>
      <w:r>
        <w:rPr>
          <w:sz w:val="20"/>
        </w:rPr>
        <w:t>51:51  For example, the Prophet - a saying is narrated in the Hadith book that - "mithlu al-mu'mini kal-khaamah" - there is a Hadith</w:t>
      </w:r>
      <w:r>
        <w:br/>
      </w:r>
      <w:r>
        <w:rPr>
          <w:sz w:val="20"/>
        </w:rPr>
        <w:t>51:59  - the example of a mumin is like the example of a plant, a tender plant.</w:t>
      </w:r>
      <w:r>
        <w:br/>
      </w:r>
      <w:r>
        <w:rPr>
          <w:sz w:val="20"/>
        </w:rPr>
        <w:t>52:06  - the example of a mumin is like the example of a plant, a tender plant.</w:t>
      </w:r>
      <w:r>
        <w:br/>
      </w:r>
      <w:r>
        <w:rPr>
          <w:sz w:val="20"/>
        </w:rPr>
        <w:t>52:14  The example of a mumin is like a tender - like the example of a tender plant.</w:t>
      </w:r>
      <w:r>
        <w:br/>
      </w:r>
      <w:r>
        <w:rPr>
          <w:sz w:val="20"/>
        </w:rPr>
        <w:t>52:22  It means that a mumin is flexible like a tender plant.</w:t>
      </w:r>
      <w:r>
        <w:br/>
      </w:r>
      <w:r>
        <w:rPr>
          <w:sz w:val="20"/>
        </w:rPr>
        <w:t>52:30  You know, a tender plant is flexible, so is a mumin.</w:t>
      </w:r>
      <w:r>
        <w:br/>
      </w:r>
      <w:r>
        <w:rPr>
          <w:sz w:val="20"/>
        </w:rPr>
        <w:t>52:38  A mumin has no arrogance, he is a flexible person like a tender plant.</w:t>
      </w:r>
      <w:r>
        <w:br/>
      </w:r>
      <w:r>
        <w:rPr>
          <w:sz w:val="20"/>
        </w:rPr>
        <w:t>52:45  So, if you imagine that the Prophet was at some place and there was a tender plant, he</w:t>
      </w:r>
      <w:r>
        <w:br/>
      </w:r>
      <w:r>
        <w:rPr>
          <w:sz w:val="20"/>
        </w:rPr>
        <w:t>52:53  said to his companion - "See this tender plant, it is very flexible, so is a mumin." So,</w:t>
      </w:r>
      <w:r>
        <w:br/>
      </w:r>
      <w:r>
        <w:rPr>
          <w:sz w:val="20"/>
        </w:rPr>
        <w:t>53:01  if you think, y</w:t>
      </w:r>
      <w:r>
        <w:br/>
      </w:r>
      <w:r>
        <w:rPr>
          <w:sz w:val="20"/>
        </w:rPr>
        <w:t>53:08  ou can imagine that this was the atmosphere in which the Prophet of Islam set this principle.</w:t>
      </w:r>
      <w:r>
        <w:br/>
      </w:r>
      <w:r>
        <w:rPr>
          <w:sz w:val="20"/>
        </w:rPr>
        <w:t>53:18  So, by imagination, you can live in the companionship of the Prophet of Islam.</w:t>
      </w:r>
      <w:r>
        <w:br/>
      </w:r>
      <w:r>
        <w:rPr>
          <w:sz w:val="20"/>
        </w:rPr>
        <w:t>53:29  You read this Hadith in the book, then by imagination, you</w:t>
      </w:r>
      <w:r>
        <w:br/>
      </w:r>
      <w:r>
        <w:rPr>
          <w:sz w:val="20"/>
        </w:rPr>
        <w:t>53:39  will find that the Prophet was in some place with his companions, there was a tender plant, and he said to the companions - "See this plant, it is very flexible, so is a mumin." A mumin has no arrogance, a mumin is flexible. So, if you think like</w:t>
      </w:r>
      <w:r>
        <w:br/>
      </w:r>
      <w:r>
        <w:rPr>
          <w:sz w:val="20"/>
        </w:rPr>
        <w:t>54:09  this, adding your contemplation, you can create that kind of companionship with the Prophet of Islam.</w:t>
      </w:r>
      <w:r>
        <w:br/>
      </w:r>
      <w:r>
        <w:rPr>
          <w:sz w:val="20"/>
        </w:rPr>
        <w:t>54:17  I can say about myself that I always live in the companionship of the Prophet of Islam when</w:t>
      </w:r>
      <w:r>
        <w:br/>
      </w:r>
      <w:r>
        <w:rPr>
          <w:sz w:val="20"/>
        </w:rPr>
        <w:t>54:24  I read these Hadiths.</w:t>
      </w:r>
      <w:r>
        <w:br/>
      </w:r>
      <w:r>
        <w:rPr>
          <w:sz w:val="20"/>
        </w:rPr>
        <w:t>54:32  So, I always think, I always contemplate</w:t>
      </w:r>
      <w:r>
        <w:br/>
      </w:r>
      <w:r>
        <w:rPr>
          <w:sz w:val="20"/>
        </w:rPr>
        <w:t>54:40  that what was that atmosphere in which the Prophet of Islam said like this because all the Hadiths are conversation.</w:t>
      </w:r>
      <w:r>
        <w:br/>
      </w:r>
      <w:r>
        <w:rPr>
          <w:sz w:val="20"/>
        </w:rPr>
        <w:t>54:47  All the Hadiths were conversations to the companions.</w:t>
      </w:r>
      <w:r>
        <w:br/>
      </w:r>
      <w:r>
        <w:rPr>
          <w:sz w:val="20"/>
        </w:rPr>
        <w:t>54:55  Sometimes the Prophet was in the mosque, sometimes the Prophet was in the market, sometimes the Prophet was</w:t>
      </w:r>
      <w:r>
        <w:br/>
      </w:r>
      <w:r>
        <w:rPr>
          <w:sz w:val="20"/>
        </w:rPr>
        <w:t>55:02  in some open pla</w:t>
      </w:r>
      <w:r>
        <w:br/>
      </w:r>
      <w:r>
        <w:rPr>
          <w:sz w:val="20"/>
        </w:rPr>
        <w:t>55:10  ce. So, what he said in these different places, that was recorded as Hadith. So, Hadith was conversation. So, when you read Hadiths, you have to imagine that atmosphere in which the Prophet of Islam said like th</w:t>
      </w:r>
      <w:r>
        <w:br/>
      </w:r>
      <w:r>
        <w:rPr>
          <w:sz w:val="20"/>
        </w:rPr>
        <w:t>55:40  is.</w:t>
      </w:r>
      <w:r>
        <w:br/>
      </w:r>
      <w:r>
        <w:rPr>
          <w:sz w:val="20"/>
        </w:rPr>
        <w:t>55:50  By this way, you can live in the companionship of the Prophet of Islam.</w:t>
      </w:r>
      <w:r>
        <w:br/>
      </w:r>
      <w:r>
        <w:rPr>
          <w:sz w:val="20"/>
        </w:rPr>
        <w:t>56:01  It was this wisdom that a scholar said that - "man kan fi baytihi majmu'atun min al-ahadith fak'annama fihi nabiy</w:t>
      </w:r>
    </w:p>
    <w:p>
      <w:pPr>
        <w:pStyle w:val="Heading2"/>
      </w:pPr>
      <w:r>
        <w:t>Parallel between Nizamuddin and Palestine land buying</w:t>
      </w:r>
    </w:p>
    <w:p>
      <w:r>
        <w:rPr>
          <w:color w:val="666666"/>
          <w:sz w:val="18"/>
        </w:rPr>
        <w:t>Muslims in the Present World | November 24, 2007 · 4m 34s · at 36:44 · https://youtu.be/2TrLMGJNHLs?t=2204</w:t>
      </w:r>
    </w:p>
    <w:p>
      <w:r>
        <w:rPr>
          <w:i/>
        </w:rPr>
        <w:t>“Yahan par yeh jo Nizamuddin colony hai yeh kaise bani.”</w:t>
      </w:r>
    </w:p>
    <w:p>
      <w:r>
        <w:rPr>
          <w:sz w:val="20"/>
        </w:rPr>
        <w:t>36:44  yahan par yeh jo nizamuddin colony hai yeh kaise bani? forty seven mein yeh sab jangla tha. yahan kuch bhi nahi tha. yahan koi basti nahi thi. phir jab forty seven mein bohat se hindu wahan se pakistan ke area se bhaag kar aaye to kai jagah woh basaye gaye woh. yeh yeh jo jagah thi woh un ko di gayi. jis ko kehte hain sharnarthi. ref</w:t>
      </w:r>
      <w:r>
        <w:br/>
      </w:r>
      <w:r>
        <w:rPr>
          <w:sz w:val="20"/>
        </w:rPr>
        <w:t>37:14  ugee</w:t>
      </w:r>
      <w:r>
        <w:br/>
      </w:r>
      <w:r>
        <w:rPr>
          <w:sz w:val="20"/>
        </w:rPr>
        <w:t>37:17  to yeh jo jagah hai jahan mein is waqt baitha hua hoon yeh bilkul jangla tha.</w:t>
      </w:r>
      <w:r>
        <w:br/>
      </w:r>
      <w:r>
        <w:rPr>
          <w:sz w:val="20"/>
        </w:rPr>
        <w:t>37:20  unhon ne yahan par colony banai.</w:t>
      </w:r>
      <w:r>
        <w:br/>
      </w:r>
      <w:r>
        <w:rPr>
          <w:sz w:val="20"/>
        </w:rPr>
        <w:t>37:23  refugee hone ya sharnarthiyon ne.</w:t>
      </w:r>
      <w:r>
        <w:br/>
      </w:r>
      <w:r>
        <w:rPr>
          <w:sz w:val="20"/>
        </w:rPr>
        <w:t>37:26  jis ko hum nizamuddin colony kehte hain.</w:t>
      </w:r>
      <w:r>
        <w:br/>
      </w:r>
      <w:r>
        <w:rPr>
          <w:sz w:val="20"/>
        </w:rPr>
        <w:t>37:29  yeh sara ka sara inhi sharnarthiyon ne banaya tha.</w:t>
      </w:r>
      <w:r>
        <w:br/>
      </w:r>
      <w:r>
        <w:rPr>
          <w:sz w:val="20"/>
        </w:rPr>
        <w:t>37:32  government ne in ko sahara di thi lekin banaya unhon ne tha.</w:t>
      </w:r>
      <w:r>
        <w:br/>
      </w:r>
      <w:r>
        <w:rPr>
          <w:sz w:val="20"/>
        </w:rPr>
        <w:t>37:35  to yeh poori ki poori sharnarthiyon ki colony thi yeh.</w:t>
      </w:r>
      <w:r>
        <w:br/>
      </w:r>
      <w:r>
        <w:rPr>
          <w:sz w:val="20"/>
        </w:rPr>
        <w:t>37:38  poori ki poori.</w:t>
      </w:r>
      <w:r>
        <w:br/>
      </w:r>
      <w:r>
        <w:rPr>
          <w:sz w:val="20"/>
        </w:rPr>
        <w:t>37:41  is ke baad kya hua</w:t>
      </w:r>
      <w:r>
        <w:br/>
      </w:r>
      <w:r>
        <w:rPr>
          <w:sz w:val="20"/>
        </w:rPr>
        <w:t>37:44  ? dheere dheere ke musalmanon ne paisa kamaya.</w:t>
      </w:r>
      <w:r>
        <w:br/>
      </w:r>
      <w:r>
        <w:rPr>
          <w:sz w:val="20"/>
        </w:rPr>
        <w:t>37:49  paisa kama kar dheere dheere woh yahan ghar khareedne lage.</w:t>
      </w:r>
      <w:r>
        <w:br/>
      </w:r>
      <w:r>
        <w:rPr>
          <w:sz w:val="20"/>
        </w:rPr>
        <w:t>37:54  ghar khareedne lage.</w:t>
      </w:r>
      <w:r>
        <w:br/>
      </w:r>
      <w:r>
        <w:rPr>
          <w:sz w:val="20"/>
        </w:rPr>
        <w:t>37:58  ab kya hai ke yahan ke majority hi musalmanon ki ho gayi hai.</w:t>
      </w:r>
      <w:r>
        <w:br/>
      </w:r>
      <w:r>
        <w:rPr>
          <w:sz w:val="20"/>
        </w:rPr>
        <w:t>38:03  bohat overwhelming majority.</w:t>
      </w:r>
      <w:r>
        <w:br/>
      </w:r>
      <w:r>
        <w:rPr>
          <w:sz w:val="20"/>
        </w:rPr>
        <w:t>38:08  ab mein apne ghar par jab baithta hoon balcony mein dekhta hoon neeche to jitne roads se aane</w:t>
      </w:r>
      <w:r>
        <w:br/>
      </w:r>
      <w:r>
        <w:rPr>
          <w:sz w:val="20"/>
        </w:rPr>
        <w:t>38:12  walay janay walay sab musalman hotay hain.</w:t>
      </w:r>
      <w:r>
        <w:br/>
      </w:r>
      <w:r>
        <w:rPr>
          <w:sz w:val="20"/>
        </w:rPr>
        <w:t>38:17  itni carain hain guzarti hain sab musalmanon ki carain hoti hain. to jo nizamuddin colony thi forty seven ke baad ek hindu colony aaj woh ek muslim colony ban gayi hai. kaise? ek silent revolution. ke musalman kama kamakar ke hinduo ke ghar khareedne lage. khareedte khareedte yeh ek naya wahan par revolution aa</w:t>
      </w:r>
      <w:r>
        <w:br/>
      </w:r>
      <w:r>
        <w:rPr>
          <w:sz w:val="20"/>
        </w:rPr>
        <w:t>38:47  gaya.</w:t>
      </w:r>
      <w:r>
        <w:br/>
      </w:r>
      <w:r>
        <w:rPr>
          <w:sz w:val="20"/>
        </w:rPr>
        <w:t>38:51  theek yahi kaam hua hai palestine mein.</w:t>
      </w:r>
      <w:r>
        <w:br/>
      </w:r>
      <w:r>
        <w:rPr>
          <w:sz w:val="20"/>
        </w:rPr>
        <w:t>38:56  palestine mein bhi ki history shuru hoti hai nineteen forty eight se.</w:t>
      </w:r>
      <w:r>
        <w:br/>
      </w:r>
      <w:r>
        <w:rPr>
          <w:sz w:val="20"/>
        </w:rPr>
        <w:t>39:00  is ke pehle se wahan pe hindu, yahudi aanay lagay thay.</w:t>
      </w:r>
      <w:r>
        <w:br/>
      </w:r>
      <w:r>
        <w:rPr>
          <w:sz w:val="20"/>
        </w:rPr>
        <w:t>39:05  to pehle zamanay mein aap jantay hain ke aana jana itna rok nahi thi.</w:t>
      </w:r>
      <w:r>
        <w:br/>
      </w:r>
      <w:r>
        <w:rPr>
          <w:sz w:val="20"/>
        </w:rPr>
        <w:t>39:09  visa bhi nahi hota tha.</w:t>
      </w:r>
      <w:r>
        <w:br/>
      </w:r>
      <w:r>
        <w:rPr>
          <w:sz w:val="20"/>
        </w:rPr>
        <w:t>39:13  to palestine ka sari zameen jo thi woh musalmanon ke paas thi, woh arbon ke paas thi. zyada tar.</w:t>
      </w:r>
      <w:r>
        <w:br/>
      </w:r>
      <w:r>
        <w:rPr>
          <w:sz w:val="20"/>
        </w:rPr>
        <w:t>39:18  ab woh yahoodi aate thay bahar se, wahan zameen khareedne lagay.</w:t>
      </w:r>
      <w:r>
        <w:br/>
      </w:r>
      <w:r>
        <w:rPr>
          <w:sz w:val="20"/>
        </w:rPr>
        <w:t>39:21  to shuru shuru mein ek reservement tha musalmanon mein ke yahoodi ke haath zameen mat becho.</w:t>
      </w:r>
      <w:r>
        <w:br/>
      </w:r>
      <w:r>
        <w:rPr>
          <w:sz w:val="20"/>
        </w:rPr>
        <w:t>39:24  lekin unhon ne daam barha diya.</w:t>
      </w:r>
      <w:r>
        <w:br/>
      </w:r>
      <w:r>
        <w:rPr>
          <w:sz w:val="20"/>
        </w:rPr>
        <w:t>39:28  yahan jaisa ke yahan pe hua.</w:t>
      </w:r>
      <w:r>
        <w:br/>
      </w:r>
      <w:r>
        <w:rPr>
          <w:sz w:val="20"/>
        </w:rPr>
        <w:t>39:31  yahan daam barha barha kar khareeda hai musalmanon ne yahan par.</w:t>
      </w:r>
      <w:r>
        <w:br/>
      </w:r>
      <w:r>
        <w:rPr>
          <w:sz w:val="20"/>
        </w:rPr>
        <w:t>39:34  nizamuddin colony mein.</w:t>
      </w:r>
      <w:r>
        <w:br/>
      </w:r>
      <w:r>
        <w:rPr>
          <w:sz w:val="20"/>
        </w:rPr>
        <w:t>39:38  to ulama ne fatwa diya ke yahoodiyon ke haath falasteen mein zameen bechna haram hai.</w:t>
      </w:r>
      <w:r>
        <w:br/>
      </w:r>
      <w:r>
        <w:rPr>
          <w:sz w:val="20"/>
        </w:rPr>
        <w:t>39:41  baqayda fatwa diya.</w:t>
      </w:r>
      <w:r>
        <w:br/>
      </w:r>
      <w:r>
        <w:rPr>
          <w:sz w:val="20"/>
        </w:rPr>
        <w:t>39:45  ke yahoodiyon ke haath</w:t>
      </w:r>
      <w:r>
        <w:br/>
      </w:r>
      <w:r>
        <w:rPr>
          <w:sz w:val="20"/>
        </w:rPr>
        <w:t>39:48  falasteen ki zameen bechna haram hai.</w:t>
      </w:r>
      <w:r>
        <w:br/>
      </w:r>
      <w:r>
        <w:rPr>
          <w:sz w:val="20"/>
        </w:rPr>
        <w:t>39:52  lekin hua kya? daam barha diya unhon ne.</w:t>
      </w:r>
      <w:r>
        <w:br/>
      </w:r>
      <w:r>
        <w:rPr>
          <w:sz w:val="20"/>
        </w:rPr>
        <w:t>39:56  daam barha diya unhon ne.</w:t>
      </w:r>
      <w:r>
        <w:br/>
      </w:r>
      <w:r>
        <w:rPr>
          <w:sz w:val="20"/>
        </w:rPr>
        <w:t>40:01  to ek purana misl hai ke dunya ka koi bhi gate itna necha nahi ke sone se lada</w:t>
      </w:r>
      <w:r>
        <w:br/>
      </w:r>
      <w:r>
        <w:rPr>
          <w:sz w:val="20"/>
        </w:rPr>
        <w:t>40:05  hua oont is se guzar na sake.</w:t>
      </w:r>
      <w:r>
        <w:br/>
      </w:r>
      <w:r>
        <w:rPr>
          <w:sz w:val="20"/>
        </w:rPr>
        <w:t>40:09  is se paas na ho sake.</w:t>
      </w:r>
      <w:r>
        <w:br/>
      </w:r>
      <w:r>
        <w:rPr>
          <w:sz w:val="20"/>
        </w:rPr>
        <w:t>40:14  dunya ka koi bhi gate itna necha nahi ke sone se lada hua oont is se paar na ho sake.</w:t>
      </w:r>
      <w:r>
        <w:br/>
      </w:r>
      <w:r>
        <w:rPr>
          <w:sz w:val="20"/>
        </w:rPr>
        <w:t>40:18  matlab sone se lada hua jab oont hoga to gate is ke liye ooncha ho jayega.</w:t>
      </w:r>
      <w:r>
        <w:br/>
      </w:r>
      <w:r>
        <w:rPr>
          <w:sz w:val="20"/>
        </w:rPr>
        <w:t>40:23  to Palestine mein yahoodiyon ne paisa barhaya, paisa barhaya, paisa barhaya.</w:t>
      </w:r>
      <w:r>
        <w:br/>
      </w:r>
      <w:r>
        <w:rPr>
          <w:sz w:val="20"/>
        </w:rPr>
        <w:t>40:28  to fatwa agarche tha ke haram hai bechna, tab bhi log bechte rahay.</w:t>
      </w:r>
      <w:r>
        <w:br/>
      </w:r>
      <w:r>
        <w:rPr>
          <w:sz w:val="20"/>
        </w:rPr>
        <w:t>40:33  yeh process pachaas baras tak chalta raha.</w:t>
      </w:r>
      <w:r>
        <w:br/>
      </w:r>
      <w:r>
        <w:rPr>
          <w:sz w:val="20"/>
        </w:rPr>
        <w:t>40:38  yahan tak yahoodiyon ne bohat zyada khareed liya wahan zameen, malik ban ke baith gaye.</w:t>
      </w:r>
      <w:r>
        <w:br/>
      </w:r>
      <w:r>
        <w:rPr>
          <w:sz w:val="20"/>
        </w:rPr>
        <w:t>40:43  ab yeh jo koi batata</w:t>
      </w:r>
      <w:r>
        <w:br/>
      </w:r>
      <w:r>
        <w:rPr>
          <w:sz w:val="20"/>
        </w:rPr>
        <w:t>40:48  nahi, kyunke main bohat detail mein parhta hoon cheezain to main ne jana hai is baat ko.</w:t>
      </w:r>
      <w:r>
        <w:br/>
      </w:r>
      <w:r>
        <w:rPr>
          <w:sz w:val="20"/>
        </w:rPr>
        <w:t>40:54  bas khali zulm ho raha hai, science ho rahi hai, bomb maar rahe hain ya woh Palestine mein</w:t>
      </w:r>
      <w:r>
        <w:br/>
      </w:r>
      <w:r>
        <w:rPr>
          <w:sz w:val="20"/>
        </w:rPr>
        <w:t>41:00  theek wahi history dohrai gayi hai jo hum nizamuddin colony mein dekhte hain.</w:t>
      </w:r>
      <w:r>
        <w:br/>
      </w:r>
      <w:r>
        <w:rPr>
          <w:sz w:val="20"/>
        </w:rPr>
        <w:t>41:06  keh hindu colony ko musalmanon ne khareed khareed kar muslim colony mein convert kar liya.</w:t>
      </w:r>
      <w:r>
        <w:br/>
      </w:r>
      <w:r>
        <w:rPr>
          <w:sz w:val="20"/>
        </w:rPr>
        <w:t>41:12  yeh sab Palestine ko yahudiyon ne ek muslim</w:t>
      </w:r>
    </w:p>
    <w:p>
      <w:pPr>
        <w:pStyle w:val="Heading2"/>
      </w:pPr>
      <w:r>
        <w:t>Paradise is unlimited joy, this world only a limited taste</w:t>
      </w:r>
    </w:p>
    <w:p>
      <w:r>
        <w:rPr>
          <w:color w:val="666666"/>
          <w:sz w:val="18"/>
        </w:rPr>
        <w:t>Personality Building January 05, 2014 · 4m 15s · at 25:33 · https://youtu.be/3Zppdm2K4ug?t=1533</w:t>
      </w:r>
    </w:p>
    <w:p>
      <w:r>
        <w:rPr>
          <w:i/>
        </w:rPr>
        <w:t>“Quran: paradise entry goes to those God made recognize it”</w:t>
      </w:r>
    </w:p>
    <w:p>
      <w:r>
        <w:rPr>
          <w:sz w:val="20"/>
        </w:rPr>
        <w:t>25:33  aise hi dekhiye, Quran mein jannat ke bare mein yeh ayat aayi hai ke yadkhulul jannata wal rufa'a ke jannat mein, yani paradise mein,</w:t>
      </w:r>
      <w:r>
        <w:br/>
      </w:r>
      <w:r>
        <w:rPr>
          <w:sz w:val="20"/>
        </w:rPr>
        <w:t>25:50  un logon ko entry mile gi jin ko Allah ne pehchan kara di hai. yeh pehchan kya hai</w:t>
      </w:r>
      <w:r>
        <w:br/>
      </w:r>
      <w:r>
        <w:rPr>
          <w:sz w:val="20"/>
        </w:rPr>
        <w:t>25:56  ? yeh pehchan yeh hai ke is dunya ko Allah ne banaya hai, yani is tarah ke yahan jannat ki sari cheezen maujood hain, lekin bohat hi limited halat mein.</w:t>
      </w:r>
      <w:r>
        <w:br/>
      </w:r>
      <w:r>
        <w:rPr>
          <w:sz w:val="20"/>
        </w:rPr>
        <w:t>26:11  aap ke andar jo jo jitne bhi desire hain, jitne bhi senses hain, yani enjoy karne ka yeh jo senses hain aap ke andar, un sab ke liye dunya mein maujood hain cheezen.</w:t>
      </w:r>
      <w:r>
        <w:br/>
      </w:r>
      <w:r>
        <w:rPr>
          <w:sz w:val="20"/>
        </w:rPr>
        <w:t>26:27  lekin jab aap is is cheez ko pa lete hain to bohat jald aap discover karte hain ke bohat hi limited tor par main enjoy kar saka hoon.</w:t>
      </w:r>
      <w:r>
        <w:br/>
      </w:r>
      <w:r>
        <w:rPr>
          <w:sz w:val="20"/>
        </w:rPr>
        <w:t>26:38  aap ke andar jo jo desire hain, aap ke andar jo personality hai, woh to unlimited joy chahti hai, unlimited happiness chahti hai, unlimited fulfillment chahti hai, unlimited.</w:t>
      </w:r>
      <w:r>
        <w:br/>
      </w:r>
      <w:r>
        <w:rPr>
          <w:sz w:val="20"/>
        </w:rPr>
        <w:t>26:56  lekin jab aap bohat koshishen kar ke is cheez ko pa lete hain jo aap chahte the to maloom hota tha, maloom hota hai ke</w:t>
      </w:r>
      <w:r>
        <w:br/>
      </w:r>
      <w:r>
        <w:rPr>
          <w:sz w:val="20"/>
        </w:rPr>
        <w:t>27:04  yeh to bohat hi limited, yani joy is ke andar tha mere liye, unlimited nahi tha. yeh kya hai?</w:t>
      </w:r>
      <w:r>
        <w:br/>
      </w:r>
      <w:r>
        <w:rPr>
          <w:sz w:val="20"/>
        </w:rPr>
        <w:t>27:11  yeh is baat ka, yani Khuda ne aap ko is tareeqe se yeh batana chaha hai ke aye bande, tu paradise ko discover kar apne tajrube ke zariye se ke jab tumhare andar unlimited tor par apne fulfillment ka jazba hai to tu is ka saman bhi hona chahiye.</w:t>
      </w:r>
      <w:r>
        <w:br/>
      </w:r>
      <w:r>
        <w:rPr>
          <w:sz w:val="20"/>
        </w:rPr>
        <w:t>27:38  woh kahan hai? woh jahan mujhe unlimited tor par main enjoy kar sakun aur mujhe khushiyan mil saken.</w:t>
      </w:r>
      <w:r>
        <w:br/>
      </w:r>
      <w:r>
        <w:rPr>
          <w:sz w:val="20"/>
        </w:rPr>
        <w:t>27:48  to is waqt to daryaft karega ke woh woh dunya jo hai, ya jis ko main kehta hoon habitat, woh dunya paradise hai.</w:t>
      </w:r>
      <w:r>
        <w:br/>
      </w:r>
      <w:r>
        <w:rPr>
          <w:sz w:val="20"/>
        </w:rPr>
        <w:t>28:00  is dunya mein sirf is ki pehchan hai aur haqiqatan woh maut ke baad hai.</w:t>
      </w:r>
      <w:r>
        <w:br/>
      </w:r>
      <w:r>
        <w:rPr>
          <w:sz w:val="20"/>
        </w:rPr>
        <w:t>28:08  to is ayat ka matlab yeh hai. is ayat mein jo hai ke jannat mein entry un ko mile gi jin ko Khuda ne pehchan kara</w:t>
      </w:r>
      <w:r>
        <w:br/>
      </w:r>
      <w:r>
        <w:rPr>
          <w:sz w:val="20"/>
        </w:rPr>
        <w:t>28:15  di hai. dunya ki pehchan ka matlab yahi hai ke dunya mein rehte hue bar bar woh cheezen un ke liye point of reference banti rahen is baat ke liye ke woh Khuda ko pukaren ke Khuda dunya mein to mere liye sirf limited joy muqaddar kiya tha dunya, lekin mujhe diya hai to ne unlimited,</w:t>
      </w:r>
      <w:r>
        <w:br/>
      </w:r>
      <w:r>
        <w:rPr>
          <w:sz w:val="20"/>
        </w:rPr>
        <w:t>28:37  yani spirit, un unlimited jazba,</w:t>
      </w:r>
      <w:r>
        <w:br/>
      </w:r>
      <w:r>
        <w:rPr>
          <w:sz w:val="20"/>
        </w:rPr>
        <w:t>28:41  yani dunya mujhe paida kiya hai to ne unlimited, main unlimited mind ke sath cheezon ko main unlimited tor par chahta hoon hasil karna.</w:t>
      </w:r>
      <w:r>
        <w:br/>
      </w:r>
      <w:r>
        <w:rPr>
          <w:sz w:val="20"/>
        </w:rPr>
        <w:t>28:59  lekin jo jo jo cheez mujhe available dunya mein hai, woh to sab limited hai, sab limited hai. To Khuda kahan hai? Woh</w:t>
      </w:r>
      <w:r>
        <w:br/>
      </w:r>
      <w:r>
        <w:rPr>
          <w:sz w:val="20"/>
        </w:rPr>
        <w:t>29:07  to woh woh aap ko Quran aap jab parhte hain to maloom hota hai ke woh to woh to jannat mein hai. To phir is yeh cheez aap ke liye point of reference ban jati hai.</w:t>
      </w:r>
      <w:r>
        <w:br/>
      </w:r>
      <w:r>
        <w:rPr>
          <w:sz w:val="20"/>
        </w:rPr>
        <w:t>29:19  dunya mein limited experience aap ke liye point of reference ban jata hai ke aap unlimited paradise ko ke liye pukarein Allah ko ke mujhe is mein seat de de.</w:t>
      </w:r>
      <w:r>
        <w:br/>
      </w:r>
      <w:r>
        <w:rPr>
          <w:sz w:val="20"/>
        </w:rPr>
        <w:t>29:34  yeh is tarah ki zindagi jo jab guzarenge aap, tab aap apne aap ko recharge kar rahe hain rozana, aur phir aap ke andar woh personality ban rahi hai, woh personality ban rahi hai jo matloob hai.</w:t>
      </w:r>
    </w:p>
    <w:p>
      <w:pPr>
        <w:pStyle w:val="Heading2"/>
      </w:pPr>
      <w:r>
        <w:t>Quran gives clear concept of God leading to Islam</w:t>
      </w:r>
    </w:p>
    <w:p>
      <w:r>
        <w:rPr>
          <w:color w:val="666666"/>
          <w:sz w:val="18"/>
        </w:rPr>
        <w:t>The Prophet A Blessing for All of Humanity January 5, 2014 · 5m 52s · at 19:30 · https://youtu.be/ZmMkgj54O28?t=1170</w:t>
      </w:r>
    </w:p>
    <w:p>
      <w:r>
        <w:rPr>
          <w:i/>
        </w:rPr>
        <w:t>“The Quran is the only preserved book among scriptures”</w:t>
      </w:r>
    </w:p>
    <w:p>
      <w:r>
        <w:rPr>
          <w:sz w:val="20"/>
        </w:rPr>
        <w:t>19:30  khaliq ka creation plan kya hai, yeh sab pata nahi tha kisi ko. Quran hi ek aisi kitab hai jis mein yeh baatein batai gayi hain, aur phir Allah ne khusoosi ehtimam kiya ke woh mehfooz ho jaye.</w:t>
      </w:r>
      <w:r>
        <w:br/>
      </w:r>
      <w:r>
        <w:rPr>
          <w:sz w:val="20"/>
        </w:rPr>
        <w:t>19:43  to Quran hi ek aisi kitab hai, aasmani kitabon mein jo jis ki hesiyat preserve book ki hai,</w:t>
      </w:r>
      <w:r>
        <w:br/>
      </w:r>
      <w:r>
        <w:rPr>
          <w:sz w:val="20"/>
        </w:rPr>
        <w:t>19:49  preserve book ki. main aap ko ek misaal doon, yaani insaan chahta hai, khaliq ki talash karta hai, khaliq kaun hai mera?</w:t>
      </w:r>
      <w:r>
        <w:br/>
      </w:r>
      <w:r>
        <w:rPr>
          <w:sz w:val="20"/>
        </w:rPr>
        <w:t>20:01  khaliq ki talash hai. to aap jante hain ke in, yaani saare log, yaani koi aisa dunya mein nahi hoga jo Khuda ko na maanta ho kisi na</w:t>
      </w:r>
      <w:r>
        <w:br/>
      </w:r>
      <w:r>
        <w:rPr>
          <w:sz w:val="20"/>
        </w:rPr>
        <w:t>20:12  kisi roop mein. lekin masla yeh tha ke Khuda ka koi wazeh concept maujood nahi tha. koi kehta tha Khuda ek hai, koi kehta hai do hai, koi kehta hai teen hai, koi kehta hai ek numerous god hai, koi kehta tha ke Khuda paida kar ke alag ho gaya hai,</w:t>
      </w:r>
      <w:r>
        <w:br/>
      </w:r>
      <w:r>
        <w:rPr>
          <w:sz w:val="20"/>
        </w:rPr>
        <w:t>20:30  ab dunya apne aap chal rahi hai. yaani tarah tarah ke concepts. to wazeh concept Khuda ka kya hai, yeh insaan ko pata nahi tha.</w:t>
      </w:r>
      <w:r>
        <w:br/>
      </w:r>
      <w:r>
        <w:rPr>
          <w:sz w:val="20"/>
        </w:rPr>
        <w:t>20:40  yeh pehli baar Allah taala ne Quran ke zariye bataya. main ek baar to London gaya to wahan ek bohat bohat hi parhe likhe Christian se mulaqat hui, tafseer se baat hui un se.</w:t>
      </w:r>
      <w:r>
        <w:br/>
      </w:r>
      <w:r>
        <w:rPr>
          <w:sz w:val="20"/>
        </w:rPr>
        <w:t>20:53  unhon ne bataya ke aam taur par Christians ka haal yeh hai ke woh confusion mein jeete hain, confusion. kyun? aap jante hain ke Christian ke haan jo concept hai Khuda ka, woh hai trinity,</w:t>
      </w:r>
      <w:r>
        <w:br/>
      </w:r>
      <w:r>
        <w:rPr>
          <w:sz w:val="20"/>
        </w:rPr>
        <w:t>21:07  yaani taslees</w:t>
      </w:r>
      <w:r>
        <w:br/>
      </w:r>
      <w:r>
        <w:rPr>
          <w:sz w:val="20"/>
        </w:rPr>
        <w:t>21:09  ۔ taslees ka matlab kya hai? taslees ka matlab yeh nahi ke teen, balke three in one, one in three. three in one, one in three.</w:t>
      </w:r>
      <w:r>
        <w:br/>
      </w:r>
      <w:r>
        <w:rPr>
          <w:sz w:val="20"/>
        </w:rPr>
        <w:t>21:18  yeh bohat hi ajeeb o ghareeb cheez hai ke Khuda teen bhi hai aur ek bhi hai.</w:t>
      </w:r>
      <w:r>
        <w:br/>
      </w:r>
      <w:r>
        <w:rPr>
          <w:sz w:val="20"/>
        </w:rPr>
        <w:t>21:22  to unhon ne mujhe bataya ke mere dada paagal ho gaye the kyunke un ke samajh mein nahi aata tha ke ke kaise Khuda ek bhi ho aur teen bhi ho, un ke samajh mein nahi aata tha.</w:t>
      </w:r>
      <w:r>
        <w:br/>
      </w:r>
      <w:r>
        <w:rPr>
          <w:sz w:val="20"/>
        </w:rPr>
        <w:t>21:34  phir unhon ne kaha ke mere baap ko maamla hai ke baap bhi zindagi bhar confusion mein rahe, khud apne bare mein bataya ke main bhi confusion mein tha. phir unhon ne Islam ka ka mutala kiya aur Islam qabool kar l</w:t>
      </w:r>
      <w:r>
        <w:br/>
      </w:r>
      <w:r>
        <w:rPr>
          <w:sz w:val="20"/>
        </w:rPr>
        <w:t>21:47  iya. to unhon ne kaha ke majority Christians ki aisi hai ke un ki samajh mein nahi aata ke aisa kaisa ho sakta hai ke Khuda ek bhi ho aur teen bhi ho. to trinity ka concept ek raaz hai.</w:t>
      </w:r>
      <w:r>
        <w:br/>
      </w:r>
      <w:r>
        <w:rPr>
          <w:sz w:val="20"/>
        </w:rPr>
        <w:t>22:01  to yahi, yaani goya ke insaan, insaan ke dekhiye, insaan ki fitrat mein inter woven hai khuda ka concept, creator ka concept</w:t>
      </w:r>
      <w:r>
        <w:br/>
      </w:r>
      <w:r>
        <w:rPr>
          <w:sz w:val="20"/>
        </w:rPr>
        <w:t>22:11  insaan apni apni fitrat ke aitbaar se, apne nature ke aitbaar se, apne poore wajood ke aitbaar se apne khalq ko jaanna chahta hai, apne maalik ko jaanna chahta hai.</w:t>
      </w:r>
      <w:r>
        <w:br/>
      </w:r>
      <w:r>
        <w:rPr>
          <w:sz w:val="20"/>
        </w:rPr>
        <w:t>22:23  lekin koi ek kitaab aisi duniya mein nahi hai jo bataye ke khalq ke baare mein ke woh kya hai, uska maamla. tarah tarah ki baatein hain, tarah tarah ki baatein hain.</w:t>
      </w:r>
      <w:r>
        <w:br/>
      </w:r>
      <w:r>
        <w:rPr>
          <w:sz w:val="20"/>
        </w:rPr>
        <w:t>22:35  to clear cut concept khuda ka sirf quran mein hai jo rasool Allah salallaho alaihi wasallam ke zariye hum ko mila. to yeh kitni badi gift hai, kitni badi blessing hai ke saare insaan chahte hain ke main khuda ko paoon, lekin khuda ka concept hi clear nahi hai,</w:t>
      </w:r>
      <w:r>
        <w:br/>
      </w:r>
      <w:r>
        <w:rPr>
          <w:sz w:val="20"/>
        </w:rPr>
        <w:t>22:54  concept hi clear nahi hai.</w:t>
      </w:r>
      <w:r>
        <w:br/>
      </w:r>
      <w:r>
        <w:rPr>
          <w:sz w:val="20"/>
        </w:rPr>
        <w:t>22:57  yahi delhi university ka ek waqia hai ke ek muslim talib ilm ne wahan ek christian professor the, english padhate the woh. to english professor jo the christian, to unse poocha muslim talib ilm ne ke sir yeh trinity kya cheez hai?</w:t>
      </w:r>
      <w:r>
        <w:br/>
      </w:r>
      <w:r>
        <w:rPr>
          <w:sz w:val="20"/>
        </w:rPr>
        <w:t>23:15  trinity kya cheez hai? yaani teen bhi ho aur ek bhi. trinity ka matlab hai ke khuda teen bhi ho aur ek bhi hai. to unhone poocha ke iska matlab kya hai?</w:t>
      </w:r>
      <w:r>
        <w:br/>
      </w:r>
      <w:r>
        <w:rPr>
          <w:sz w:val="20"/>
        </w:rPr>
        <w:t>23:25  yaani mathematically it is not understandable.</w:t>
      </w:r>
      <w:r>
        <w:br/>
      </w:r>
      <w:r>
        <w:rPr>
          <w:sz w:val="20"/>
        </w:rPr>
        <w:t>23:28  to unhone muskara kar jawab diya ke if you ask, i don't know. if you don't ask, i know. aap ghor kijiye ke kitni ajeeb helpless ki haalat thi,</w:t>
      </w:r>
      <w:r>
        <w:br/>
      </w:r>
      <w:r>
        <w:rPr>
          <w:sz w:val="20"/>
        </w:rPr>
        <w:t>23:42  helpless ho rahe the log ke if you ask, i don't know. if you don't ask, i know. matlab hai ke main as a belief to maanta hoon isko, lekin reason se woh usko main explain nahi kar sakta.</w:t>
      </w:r>
      <w:r>
        <w:br/>
      </w:r>
      <w:r>
        <w:rPr>
          <w:sz w:val="20"/>
        </w:rPr>
        <w:t>23:55  to kitna bada yeh blessing hai insaan ke upar ke khuda ka jo tasawwur hai, sahi. aap aap surah jo teesvan paare ki yeh surah jo aap padhte hain ke qul huwallahu ahadunllahu samad lam yalid walam yulad walam yakun lahu kufuwan ahad yeh choti si surah ek mein ek aisi baat kahi gayi hai jo kisi kitaab mein maujood nahi.</w:t>
      </w:r>
      <w:r>
        <w:br/>
      </w:r>
      <w:r>
        <w:rPr>
          <w:sz w:val="20"/>
        </w:rPr>
        <w:t>24:20  aap kitaabein padh liye, kisi kitaab mein maujood nahi. maine mukhtalif mazhabon ki kitaabein padhi hain, lekin kisi kitaab mein Allah ka, khuda ka, creator ka koi wazeh concept maujood nahi hai.</w:t>
      </w:r>
      <w:r>
        <w:br/>
      </w:r>
      <w:r>
        <w:rPr>
          <w:sz w:val="20"/>
        </w:rPr>
        <w:t>24:34  isi liye aap dekhiye, Islam jo itna phail raha hai, bahut hi tezi se har mulk mein Islam phail raha hai.</w:t>
      </w:r>
      <w:r>
        <w:br/>
      </w:r>
      <w:r>
        <w:rPr>
          <w:sz w:val="20"/>
        </w:rPr>
        <w:t>24:41  kyun? iski wajah yahi hai ke woh apne mazhabon mein jis khuda ko sunte hain aur padhte hain, us se unhein tashaffi nahi ho rahi.</w:t>
      </w:r>
      <w:r>
        <w:br/>
      </w:r>
      <w:r>
        <w:rPr>
          <w:sz w:val="20"/>
        </w:rPr>
        <w:t>24:50  unki rooh ko, unka mind address nahi hota, unka mind address nahi hota. phir jab woh quran ko padhte hain to unka mind address ho jata hai.</w:t>
      </w:r>
      <w:r>
        <w:br/>
      </w:r>
      <w:r>
        <w:rPr>
          <w:sz w:val="20"/>
        </w:rPr>
        <w:t>25:00  maine bahut se no-muslimon se mulaqat meri hui, un sab se maine poocha ke aap ko kis cheez ne attract kiya ke aap ne Islam qabool kar liya?</w:t>
      </w:r>
      <w:r>
        <w:br/>
      </w:r>
      <w:r>
        <w:rPr>
          <w:sz w:val="20"/>
        </w:rPr>
        <w:t>25:09  to majority ka jawab yeh tha ke khuda ka clear cut concept. hum khuda ko maante the, lekin clear cut taur par hamare hamare mind mein iska koi concept nahi tha.</w:t>
      </w:r>
    </w:p>
    <w:p>
      <w:pPr>
        <w:pStyle w:val="Heading2"/>
      </w:pPr>
      <w:r>
        <w:t>Complementarity argument for paradise</w:t>
      </w:r>
    </w:p>
    <w:p>
      <w:r>
        <w:rPr>
          <w:color w:val="666666"/>
          <w:sz w:val="18"/>
        </w:rPr>
        <w:t>Return to Paradise (English) 30 May 2009 - Maulana Wahiduddin Khan · 5m 19s · at 16:28 · https://youtu.be/8t8YD_C7a2c?t=988</w:t>
      </w:r>
    </w:p>
    <w:p>
      <w:r>
        <w:rPr>
          <w:i/>
        </w:rPr>
        <w:t>“Here I would like to add a very important point.”</w:t>
      </w:r>
    </w:p>
    <w:p>
      <w:r>
        <w:rPr>
          <w:sz w:val="20"/>
        </w:rPr>
        <w:t>16:28  here i would like to add a very important point that in this world, there is a system of complementarity.</w:t>
      </w:r>
      <w:r>
        <w:br/>
      </w:r>
      <w:r>
        <w:rPr>
          <w:sz w:val="20"/>
        </w:rPr>
        <w:t>16:43  there is a complementary system in this world.</w:t>
      </w:r>
      <w:r>
        <w:br/>
      </w:r>
      <w:r>
        <w:rPr>
          <w:sz w:val="20"/>
        </w:rPr>
        <w:t>16:46  complementarity system, complement c o m p l e, not i, not i, c o m p l e.</w:t>
      </w:r>
      <w:r>
        <w:br/>
      </w:r>
      <w:r>
        <w:rPr>
          <w:sz w:val="20"/>
        </w:rPr>
        <w:t>16:59  complementarity system,</w:t>
      </w:r>
      <w:r>
        <w:br/>
      </w:r>
      <w:r>
        <w:rPr>
          <w:sz w:val="20"/>
        </w:rPr>
        <w:t>17:03  i mean that every thing have some pair. without pair, it is incomplete. complementary part,</w:t>
      </w:r>
      <w:r>
        <w:br/>
      </w:r>
      <w:r>
        <w:rPr>
          <w:sz w:val="20"/>
        </w:rPr>
        <w:t>17:15  for example, see let's see the atom.</w:t>
      </w:r>
      <w:r>
        <w:br/>
      </w:r>
      <w:r>
        <w:rPr>
          <w:sz w:val="20"/>
        </w:rPr>
        <w:t>17:22  every atom have two two part, negative particle and positive particle. without positive particle, negative particle is nothing, and without negative particle, positive particle is nothing.</w:t>
      </w:r>
      <w:r>
        <w:br/>
      </w:r>
      <w:r>
        <w:rPr>
          <w:sz w:val="20"/>
        </w:rPr>
        <w:t>17:39  both are complementary to each other.</w:t>
      </w:r>
      <w:r>
        <w:br/>
      </w:r>
      <w:r>
        <w:rPr>
          <w:sz w:val="20"/>
        </w:rPr>
        <w:t>17:44  so is the case of plant kingdom. in plant, there are female plant and male plant.</w:t>
      </w:r>
      <w:r>
        <w:br/>
      </w:r>
      <w:r>
        <w:rPr>
          <w:sz w:val="20"/>
        </w:rPr>
        <w:t>17:56  without male plant, female plant is useless, and without female plant, female plant is male plant is useless.</w:t>
      </w:r>
      <w:r>
        <w:br/>
      </w:r>
      <w:r>
        <w:rPr>
          <w:sz w:val="20"/>
        </w:rPr>
        <w:t>18:09  this system is you can find every where in the world.</w:t>
      </w:r>
      <w:r>
        <w:br/>
      </w:r>
      <w:r>
        <w:rPr>
          <w:sz w:val="20"/>
        </w:rPr>
        <w:t>18:15  in animal, you know that there are he animal and she animal.</w:t>
      </w:r>
      <w:r>
        <w:br/>
      </w:r>
      <w:r>
        <w:rPr>
          <w:sz w:val="20"/>
        </w:rPr>
        <w:t>18:22  so it is, i would, i like to say, complementarity system, system of complementarity. then when you, when we study man, we find that man was born as a perfectionist.</w:t>
      </w:r>
      <w:r>
        <w:br/>
      </w:r>
      <w:r>
        <w:rPr>
          <w:sz w:val="20"/>
        </w:rPr>
        <w:t>18:42  man is a perfection seeking animal. man is a perfection seeking animal. is inherent.</w:t>
      </w:r>
      <w:r>
        <w:br/>
      </w:r>
      <w:r>
        <w:rPr>
          <w:sz w:val="20"/>
        </w:rPr>
        <w:t>18:54  perfection is inherent in his nature. to everyone want perfection, a perfect world.</w:t>
      </w:r>
      <w:r>
        <w:br/>
      </w:r>
      <w:r>
        <w:rPr>
          <w:sz w:val="20"/>
        </w:rPr>
        <w:t>19:02  to where is that perfect world? it must be there some perfect world. that is other part of human being.</w:t>
      </w:r>
      <w:r>
        <w:br/>
      </w:r>
      <w:r>
        <w:rPr>
          <w:sz w:val="20"/>
        </w:rPr>
        <w:t>19:14  so that principle that i call it complementarity system must be here also.</w:t>
      </w:r>
      <w:r>
        <w:br/>
      </w:r>
      <w:r>
        <w:rPr>
          <w:sz w:val="20"/>
        </w:rPr>
        <w:t>19:24  so that is paradise,</w:t>
      </w:r>
      <w:r>
        <w:br/>
      </w:r>
      <w:r>
        <w:rPr>
          <w:sz w:val="20"/>
        </w:rPr>
        <w:t>19:29  with the only difference that</w:t>
      </w:r>
      <w:r>
        <w:br/>
      </w:r>
      <w:r>
        <w:rPr>
          <w:sz w:val="20"/>
        </w:rPr>
        <w:t>19:35  man is man was born in this world, and the other part of his life that is paradise lies in the next world.</w:t>
      </w:r>
      <w:r>
        <w:br/>
      </w:r>
      <w:r>
        <w:rPr>
          <w:sz w:val="20"/>
        </w:rPr>
        <w:t>19:49  man is a man is a paradise seeking animal.</w:t>
      </w:r>
      <w:r>
        <w:br/>
      </w:r>
      <w:r>
        <w:rPr>
          <w:sz w:val="20"/>
        </w:rPr>
        <w:t>19:55  man is a paradise seeking animal, but according to the causal plan of god, paradise lies in the post death period, in the day, in the world hereafter.</w:t>
      </w:r>
      <w:r>
        <w:br/>
      </w:r>
      <w:r>
        <w:rPr>
          <w:sz w:val="20"/>
        </w:rPr>
        <w:t>20:14  so system of complementarity is a proof that there must be a paradise. otherwise, man is nothing.</w:t>
      </w:r>
      <w:r>
        <w:br/>
      </w:r>
      <w:r>
        <w:rPr>
          <w:sz w:val="20"/>
        </w:rPr>
        <w:t>20:26  man is yearning less.</w:t>
      </w:r>
      <w:r>
        <w:br/>
      </w:r>
      <w:r>
        <w:rPr>
          <w:sz w:val="20"/>
        </w:rPr>
        <w:t>20:28  the existence of man is meaningless if there is no paradise.</w:t>
      </w:r>
      <w:r>
        <w:br/>
      </w:r>
      <w:r>
        <w:rPr>
          <w:sz w:val="20"/>
        </w:rPr>
        <w:t>20:35  so when we believe that there is a paradise, we only claim that man is not an exception.</w:t>
      </w:r>
      <w:r>
        <w:br/>
      </w:r>
      <w:r>
        <w:rPr>
          <w:sz w:val="20"/>
        </w:rPr>
        <w:t>20:47  as other part of the universe, like atom, like planet, like animal, find their fulfillment, their complementary part.</w:t>
      </w:r>
      <w:r>
        <w:br/>
      </w:r>
      <w:r>
        <w:rPr>
          <w:sz w:val="20"/>
        </w:rPr>
        <w:t>20:59  so man is man is also complementary part. that is paradise.</w:t>
      </w:r>
      <w:r>
        <w:br/>
      </w:r>
      <w:r>
        <w:rPr>
          <w:sz w:val="20"/>
        </w:rPr>
        <w:t>21:07  this this principle is given in the quran.</w:t>
      </w:r>
      <w:r>
        <w:br/>
      </w:r>
      <w:r>
        <w:rPr>
          <w:sz w:val="20"/>
        </w:rPr>
        <w:t>21:15  khalaqna yani we have created everything pair pairs, in pairs, so that you may, you may, you may contemplate very the pair of human being.</w:t>
      </w:r>
      <w:r>
        <w:br/>
      </w:r>
      <w:r>
        <w:rPr>
          <w:sz w:val="20"/>
        </w:rPr>
        <w:t>21:33  so pair system are complementary, are complementary system in the world. is itself a proof that there is a paradise.</w:t>
      </w:r>
    </w:p>
    <w:p>
      <w:pPr>
        <w:pStyle w:val="Heading2"/>
      </w:pPr>
      <w:r>
        <w:t>Self-made man story of Maulana brother</w:t>
      </w:r>
    </w:p>
    <w:p>
      <w:r>
        <w:rPr>
          <w:color w:val="666666"/>
          <w:sz w:val="18"/>
        </w:rPr>
        <w:t>The Creation Plan December 09, 2018 · 3m 28s · at 33:53 · https://youtu.be/y8tS4vW9lFI?t=2033</w:t>
      </w:r>
    </w:p>
    <w:p>
      <w:r>
        <w:rPr>
          <w:i/>
        </w:rPr>
        <w:t>“Hamare bade bhai ko ek shauq hua ke wo industry ki duniya mein jayein”</w:t>
      </w:r>
    </w:p>
    <w:p>
      <w:r>
        <w:rPr>
          <w:sz w:val="20"/>
        </w:rPr>
        <w:t>33:53  to hamare bare bhai ko aik aik shauq hua ke wo industry ki dunya mein jayen. industry ki dunya mein jayen.</w:t>
      </w:r>
      <w:r>
        <w:br/>
      </w:r>
      <w:r>
        <w:rPr>
          <w:sz w:val="20"/>
        </w:rPr>
        <w:t>34:04  chunanche unhon ne aik aik wo banai thi factory jis ka naam tha lighter company private limited.</w:t>
      </w:r>
      <w:r>
        <w:br/>
      </w:r>
      <w:r>
        <w:rPr>
          <w:sz w:val="20"/>
        </w:rPr>
        <w:t>34:15  wo electric tower banate the wo. lekin aaghaz bohat mamooli tareeqe se hua tha. to jab hamare maan se unhon ne kaha ke main shehar jaunga aur wahan koi kaam doosra shuru karunga, har bail wala kaam nahin.</w:t>
      </w:r>
      <w:r>
        <w:br/>
      </w:r>
      <w:r>
        <w:rPr>
          <w:sz w:val="20"/>
        </w:rPr>
        <w:t>34:33  to us waqt tha yeh baat hai, yeh baat hai nineteen, nineteen</w:t>
      </w:r>
      <w:r>
        <w:br/>
      </w:r>
      <w:r>
        <w:rPr>
          <w:sz w:val="20"/>
        </w:rPr>
        <w:t>34:46  yani bohat pehle ki baat hai.</w:t>
      </w:r>
      <w:r>
        <w:br/>
      </w:r>
      <w:r>
        <w:rPr>
          <w:sz w:val="20"/>
        </w:rPr>
        <w:t>34:55  yani jab second world war chhar chuki thi tab ki baat hai yeh. yeh samajh lijiye aap. itne pehle ki baat hai. to meri maan ne kaha ke mere paas to paanch rupiya hai, yeh lo.</w:t>
      </w:r>
      <w:r>
        <w:br/>
      </w:r>
      <w:r>
        <w:rPr>
          <w:sz w:val="20"/>
        </w:rPr>
        <w:t>35:12  to meri maan ne bare bhai ko paanch rupiya diya tha, paanch sirf paanch rupiya. aur wo le kar gaye shehar mein is paanch rupay se.</w:t>
      </w:r>
      <w:r>
        <w:br/>
      </w:r>
      <w:r>
        <w:rPr>
          <w:sz w:val="20"/>
        </w:rPr>
        <w:t>35:26  is paanch rupay se kaam kar ke unhon ne paanch crore rupiya kamaya. aur shehar mein bohat bara ghar banaya.</w:t>
      </w:r>
      <w:r>
        <w:br/>
      </w:r>
      <w:r>
        <w:rPr>
          <w:sz w:val="20"/>
        </w:rPr>
        <w:t>35:37  aur bohat si cheezen banain unhon ne. to hamare aik rishtedar the bombay mein, unhon ne</w:t>
      </w:r>
      <w:r>
        <w:br/>
      </w:r>
      <w:r>
        <w:rPr>
          <w:sz w:val="20"/>
        </w:rPr>
        <w:t>35:49  eid card bheja eid ke mauqe par. eid card. to us par likha hua tha eid card par hamare bhai ke liye self made man ke naam.</w:t>
      </w:r>
      <w:r>
        <w:br/>
      </w:r>
      <w:r>
        <w:rPr>
          <w:sz w:val="20"/>
        </w:rPr>
        <w:t>36:06  jo qutub minar ki bulandiyon ko bhi paar kar sakta hai.</w:t>
      </w:r>
      <w:r>
        <w:br/>
      </w:r>
      <w:r>
        <w:rPr>
          <w:sz w:val="20"/>
        </w:rPr>
        <w:t>36:13  self made man ke naam jo qutub minar ki bulandiyon ko bhi paar kar sakta hai. to us ko le kar main aksar sochta hoon ke shayad</w:t>
      </w:r>
      <w:r>
        <w:br/>
      </w:r>
      <w:r>
        <w:rPr>
          <w:sz w:val="20"/>
        </w:rPr>
        <w:t>36:35  wo insaan jo jannat mein dakhil ho wo hoga</w:t>
      </w:r>
      <w:r>
        <w:br/>
      </w:r>
      <w:r>
        <w:rPr>
          <w:sz w:val="20"/>
        </w:rPr>
        <w:t>36:43  jab wo apne ko tayyar kar lega to shayad koi farishta us ko khushi ka card bhejega aur kahega ke self made man ke naam jo</w:t>
      </w:r>
      <w:r>
        <w:br/>
      </w:r>
      <w:r>
        <w:rPr>
          <w:sz w:val="20"/>
        </w:rPr>
        <w:t>37:02  jannat ki dunya ko bhi paar kar sakta hai.</w:t>
      </w:r>
      <w:r>
        <w:br/>
      </w:r>
      <w:r>
        <w:rPr>
          <w:sz w:val="20"/>
        </w:rPr>
        <w:t>37:11  jis ke paas farishton ke khushi ko card aayenge.</w:t>
      </w:r>
    </w:p>
    <w:p>
      <w:pPr>
        <w:pStyle w:val="Heading2"/>
      </w:pPr>
      <w:r>
        <w:t>Traditional period discovery from potential to actual</w:t>
      </w:r>
    </w:p>
    <w:p>
      <w:r>
        <w:rPr>
          <w:color w:val="666666"/>
          <w:sz w:val="18"/>
        </w:rPr>
        <w:t>Three Periods of History May 17, 2009 Maulana Wahiduddin Khan · 4m 51s · at 7:04 · https://youtu.be/iNS-3Yo58Gk?t=424</w:t>
      </w:r>
    </w:p>
    <w:p>
      <w:r>
        <w:rPr>
          <w:i/>
        </w:rPr>
        <w:t>“Sab se pehla zamana jo hai, woh traditional period ka hai”</w:t>
      </w:r>
    </w:p>
    <w:p>
      <w:r>
        <w:rPr>
          <w:sz w:val="20"/>
        </w:rPr>
        <w:t>7:04  isi ke baray mein is waqt mein kuch kehna chahta hoon. sab se pehla zamana jo hai, woh traditional period ka hai.</w:t>
      </w:r>
      <w:r>
        <w:br/>
      </w:r>
      <w:r>
        <w:rPr>
          <w:sz w:val="20"/>
        </w:rPr>
        <w:t>7:16  insaan jab paida hua to agarche is ke nature mein sab kuch interwoven tha, lekin woh unconscious mind mein tha.</w:t>
      </w:r>
      <w:r>
        <w:br/>
      </w:r>
      <w:r>
        <w:rPr>
          <w:sz w:val="20"/>
        </w:rPr>
        <w:t>7:28  consciously insaan kuch nahin janta tha.</w:t>
      </w:r>
      <w:r>
        <w:br/>
      </w:r>
      <w:r>
        <w:rPr>
          <w:sz w:val="20"/>
        </w:rPr>
        <w:t>7:32  yeh sara maamla ek discovery method ke tor par chala. yani potentially sab kuch tha, lekin insaan par yeh tha ke woh is ko actual banaye.</w:t>
      </w:r>
      <w:r>
        <w:br/>
      </w:r>
      <w:r>
        <w:rPr>
          <w:sz w:val="20"/>
        </w:rPr>
        <w:t>7:45  yani Khuda ne aisa nahin kiya ke is spoken language mein har jagah har darakht jala raha ho, har sitara aur har sayara bol raha ho.</w:t>
      </w:r>
      <w:r>
        <w:br/>
      </w:r>
      <w:r>
        <w:rPr>
          <w:sz w:val="20"/>
        </w:rPr>
        <w:t>7:55  nahin,</w:t>
      </w:r>
      <w:r>
        <w:br/>
      </w:r>
      <w:r>
        <w:rPr>
          <w:sz w:val="20"/>
        </w:rPr>
        <w:t>7:59  silent language mein sab baat yahan maujood thi. humein is ko sunna tha, ya yun keh sakte hain ke aap in terms of potential har cheez maujood thi.</w:t>
      </w:r>
      <w:r>
        <w:br/>
      </w:r>
      <w:r>
        <w:rPr>
          <w:sz w:val="20"/>
        </w:rPr>
        <w:t>8:11  hum ko hamara kaam yeh tha ke hum is ko actual banayein. to journey shuru hui kahan se? traditional period se.</w:t>
      </w:r>
      <w:r>
        <w:br/>
      </w:r>
      <w:r>
        <w:rPr>
          <w:sz w:val="20"/>
        </w:rPr>
        <w:t>8:24  is waqt insan</w:t>
      </w:r>
      <w:r>
        <w:br/>
      </w:r>
      <w:r>
        <w:rPr>
          <w:sz w:val="20"/>
        </w:rPr>
        <w:t>8:29  kans aaj jo jante hain, hum jo kuch, woh kuch nahi janta tha. Yani civilizations ko hum kehte hain. To civilization se pehle jo tha daur, woh tha traditional daur.</w:t>
      </w:r>
      <w:r>
        <w:br/>
      </w:r>
      <w:r>
        <w:rPr>
          <w:sz w:val="20"/>
        </w:rPr>
        <w:t>8:44  civilization se pehle to har cheez Allah taala ne rakh diya potential, aur is ko humein actual banana tha.</w:t>
      </w:r>
      <w:r>
        <w:br/>
      </w:r>
      <w:r>
        <w:rPr>
          <w:sz w:val="20"/>
        </w:rPr>
        <w:t>8:54  Misalan aap dekhiye, insan ko food chahiye, food, lekin Khuda ne roti aur chawal aur daal nahi hum ko provide kar diya.</w:t>
      </w:r>
      <w:r>
        <w:br/>
      </w:r>
      <w:r>
        <w:rPr>
          <w:sz w:val="20"/>
        </w:rPr>
        <w:t>9:06  Darakhton par phall laga diye, phall tod tod khao, phir dheere dheere dheere dheere discover karo, aur agriculture aur horticulture banao.</w:t>
      </w:r>
      <w:r>
        <w:br/>
      </w:r>
      <w:r>
        <w:rPr>
          <w:sz w:val="20"/>
        </w:rPr>
        <w:t>9:18  Indus food, industry, food industry paida karo.</w:t>
      </w:r>
      <w:r>
        <w:br/>
      </w:r>
      <w:r>
        <w:rPr>
          <w:sz w:val="20"/>
        </w:rPr>
        <w:t>9:25  Isi tarah se dekhiye, humein sawari chahiye, to Allah taala ne aisa nahi kaha ke humein car aur hawaijahat de de. Nahi, Allah taala ne humein kya diya?</w:t>
      </w:r>
      <w:r>
        <w:br/>
      </w:r>
      <w:r>
        <w:rPr>
          <w:sz w:val="20"/>
        </w:rPr>
        <w:t>9:35  Ghore diye. Yani bane banaye, bani banai sawariyan. Jangalon mein ghore hote the, insan ne pakda, un ko tame kiya, aur woh sawari karne laga.</w:t>
      </w:r>
      <w:r>
        <w:br/>
      </w:r>
      <w:r>
        <w:rPr>
          <w:sz w:val="20"/>
        </w:rPr>
        <w:t>9:49  Phir dheere dheere is ne wheel banai, phir bohat dinon ke baad is ne car aur hawaijahat banaye. Is tarah se ek journey hai, civilizational journey.</w:t>
      </w:r>
      <w:r>
        <w:br/>
      </w:r>
      <w:r>
        <w:rPr>
          <w:sz w:val="20"/>
        </w:rPr>
        <w:t>10:02  Isi tarah se aap dekhiye, aasman mein aap raat ko aap dekhiye, Dilli mein to nahi dikhai deta, kahin bhi aap chale jaiye, gaon mein khuli jagah par kahin to raat ko jagmag, jagmag, jagmag, jagmag sitare.</w:t>
      </w:r>
      <w:r>
        <w:br/>
      </w:r>
      <w:r>
        <w:rPr>
          <w:sz w:val="20"/>
        </w:rPr>
        <w:t>10:17  Ajeeb anokha manzar hota hai, terrible scene hota hai, terrible beauty.</w:t>
      </w:r>
      <w:r>
        <w:br/>
      </w:r>
      <w:r>
        <w:rPr>
          <w:sz w:val="20"/>
        </w:rPr>
        <w:t>10:25  To ek taraf to is mein dekhiye, beauty hai, doosri taraf isi ke zariye se insan safar karta tha. Pehle desert mein, ocean mein safar kaise karta tha?</w:t>
      </w:r>
      <w:r>
        <w:br/>
      </w:r>
      <w:r>
        <w:rPr>
          <w:sz w:val="20"/>
        </w:rPr>
        <w:t>10:40  Kama direction ka pata nahi hota. Wahan par jab aap desert mein ho to kuch pata nahi kidhar kon basti hai, kidhar kon basti hai.</w:t>
      </w:r>
      <w:r>
        <w:br/>
      </w:r>
      <w:r>
        <w:rPr>
          <w:sz w:val="20"/>
        </w:rPr>
        <w:t>10:50  Jab aap ocean mein hote hain, kuch pata nahi hota kidhar kon country hai, kidhar kon country hai.</w:t>
      </w:r>
      <w:r>
        <w:br/>
      </w:r>
      <w:r>
        <w:rPr>
          <w:sz w:val="20"/>
        </w:rPr>
        <w:t>10:55  East ka pata nahi, west ka pata. To insan jo hai, woh star se pata karta tha, star ko dekh kar. Phir dheere dheere dheere is ne instrument banaye.</w:t>
      </w:r>
      <w:r>
        <w:br/>
      </w:r>
      <w:r>
        <w:rPr>
          <w:sz w:val="20"/>
        </w:rPr>
        <w:t>11:09  Aaj jo is bare bare ship chalte hain, woh sitaron se nahi roshni lete, woh un ke paas aise tool hote hain, is se unhein pata chalta rehta hai, aur safar karte rehte hain.</w:t>
      </w:r>
      <w:r>
        <w:br/>
      </w:r>
      <w:r>
        <w:rPr>
          <w:sz w:val="20"/>
        </w:rPr>
        <w:t>11:21  Hawai jahaz bhi aise hi karte hain.</w:t>
      </w:r>
      <w:r>
        <w:br/>
      </w:r>
      <w:r>
        <w:rPr>
          <w:sz w:val="20"/>
        </w:rPr>
        <w:t>11:25  Aisi kapda hai, dekhiye, is zamane mein insan kya karta tha? Animal ke skin, janwaron ki khaal nikala, aur us ko lapet liya, ya un ka kapda ho gaya.</w:t>
      </w:r>
      <w:r>
        <w:br/>
      </w:r>
      <w:r>
        <w:rPr>
          <w:sz w:val="20"/>
        </w:rPr>
        <w:t>11:42  Phir dheere dheere cotton industry, textile industry bani. Insan ne kapde banaye. Is tarah potential se actual ki taraf safar hota raha insaniyat ka.</w:t>
      </w:r>
    </w:p>
    <w:p>
      <w:pPr>
        <w:pStyle w:val="Heading2"/>
      </w:pPr>
      <w:r>
        <w:t>Faith is discovery not mere utterance</w:t>
      </w:r>
    </w:p>
    <w:p>
      <w:r>
        <w:rPr>
          <w:color w:val="666666"/>
          <w:sz w:val="18"/>
        </w:rPr>
        <w:t>The Importance of Tadabbur in Islam I 5 Dec . 2010 - Maulana Wahiduddin Khan · 5m 59s · at 10:13 · https://youtu.be/bkIRUAI3v8M?t=613</w:t>
      </w:r>
    </w:p>
    <w:p>
      <w:r>
        <w:rPr>
          <w:i/>
        </w:rPr>
        <w:t>“Bihari mein hai man qala la ilaha illallah dakhala al-jannah”</w:t>
      </w:r>
    </w:p>
    <w:p>
      <w:r>
        <w:rPr>
          <w:sz w:val="20"/>
        </w:rPr>
        <w:t>10:13  jaise aap dekhiye, imaan ko lijiye, jo pehli cheez hai. pehli cheez hai imaan. to bukhari mein hai ke man qala la ilaha illallah dakhala al jannah.</w:t>
      </w:r>
      <w:r>
        <w:br/>
      </w:r>
      <w:r>
        <w:rPr>
          <w:sz w:val="20"/>
        </w:rPr>
        <w:t>10:33  jis ne kaha ke Allah ke siwa koi ilah nahi, to woh jayega jannat mein.</w:t>
      </w:r>
      <w:r>
        <w:br/>
      </w:r>
      <w:r>
        <w:rPr>
          <w:sz w:val="20"/>
        </w:rPr>
        <w:t>10:43  ab is ka ek matlab yeh logon ne samajh liya ke bas kalma go ke liye jannat hai. jo munh se bol de yeh alfaaz theek theek, to bas woh jannat mein chala jayega.</w:t>
      </w:r>
      <w:r>
        <w:br/>
      </w:r>
      <w:r>
        <w:rPr>
          <w:sz w:val="20"/>
        </w:rPr>
        <w:t>10:56  that is gross underestimation of the kalma.</w:t>
      </w:r>
      <w:r>
        <w:br/>
      </w:r>
      <w:r>
        <w:rPr>
          <w:sz w:val="20"/>
        </w:rPr>
        <w:t>11:02  to yeh jannat itni bari cheez hai, itni bari cheez hai, itni bari cheez hai, woh sirf mil jayegi achar karne se. yeh Khuda ki, Khuda ko underestimate karna hai, kalma ko underestimate karna hai, jannat ko underestimate karna hai.</w:t>
      </w:r>
      <w:r>
        <w:br/>
      </w:r>
      <w:r>
        <w:rPr>
          <w:sz w:val="20"/>
        </w:rPr>
        <w:t>11:21  nahi, imaan ka matlab hai woh, woh bol jo, jo daryaft se nikla ho, jo discovery se nikla ho.</w:t>
      </w:r>
      <w:r>
        <w:br/>
      </w:r>
      <w:r>
        <w:rPr>
          <w:sz w:val="20"/>
        </w:rPr>
        <w:t>11:33  jaise woh greek philosopher jo tha, jis ko ek discovery hui, aur us ko, aur yeh kehta hua bhaga ke eureka, eureka, maine pa liya, maine jaan liya.</w:t>
      </w:r>
      <w:r>
        <w:br/>
      </w:r>
      <w:r>
        <w:rPr>
          <w:sz w:val="20"/>
        </w:rPr>
        <w:t>11:47  to kya aap samajhte hain ke yeh bas ek lafz tha, sirf eureka ek lafz tha? nahi, ke ek daryaft ke baad nikla hua zaban se ek samandar tha, ek bhonchal tha.</w:t>
      </w:r>
      <w:r>
        <w:br/>
      </w:r>
      <w:r>
        <w:rPr>
          <w:sz w:val="20"/>
        </w:rPr>
        <w:t>12:05  isi liye kaha jata hai ke woh us waqt tub mein naha raha tha, kapra utar kar ke.</w:t>
      </w:r>
      <w:r>
        <w:br/>
      </w:r>
      <w:r>
        <w:rPr>
          <w:sz w:val="20"/>
        </w:rPr>
        <w:t>12:15  archemides is ka naam bataya jata hai. to badshah ne is se kaha tha ke tum yeh baat daryaft karo, in ko qatal kar denge tum ko.</w:t>
      </w:r>
      <w:r>
        <w:br/>
      </w:r>
      <w:r>
        <w:rPr>
          <w:sz w:val="20"/>
        </w:rPr>
        <w:t>12:25  to jab woh naha raha tha, us waqt us ko daryaft hui, achanak.</w:t>
      </w:r>
      <w:r>
        <w:br/>
      </w:r>
      <w:r>
        <w:rPr>
          <w:sz w:val="20"/>
        </w:rPr>
        <w:t>12:31  to itna zyada us ko thrill aya, thrill ke bhool gaya ke mujhe kapra pehanna hai. nikal ke bhaga, eureka, eureka, maine jaan liya, maine jaan liya.</w:t>
      </w:r>
      <w:r>
        <w:br/>
      </w:r>
      <w:r>
        <w:rPr>
          <w:sz w:val="20"/>
        </w:rPr>
        <w:t>12:45  I have discovered. Yeh hai imaan, yeh hai kalma.</w:t>
      </w:r>
      <w:r>
        <w:br/>
      </w:r>
      <w:r>
        <w:rPr>
          <w:sz w:val="20"/>
        </w:rPr>
        <w:t>12:53  dekhiye, kalma ka aaghaz kahan se hota hai? Quran mein hai ke wa wajadaka zallan fahada. kalma ka aaghaz hota hai seekhne se.</w:t>
      </w:r>
      <w:r>
        <w:br/>
      </w:r>
      <w:r>
        <w:rPr>
          <w:sz w:val="20"/>
        </w:rPr>
        <w:t>13:06  pehlay aadmi ko seekhar banna parta hai, phir woh momin banta hai.</w:t>
      </w:r>
      <w:r>
        <w:br/>
      </w:r>
      <w:r>
        <w:rPr>
          <w:sz w:val="20"/>
        </w:rPr>
        <w:t>13:14  pehlay aadmi ko seekhar banna parta hai, rasool Allah seekhar banay.</w:t>
      </w:r>
      <w:r>
        <w:br/>
      </w:r>
      <w:r>
        <w:rPr>
          <w:sz w:val="20"/>
        </w:rPr>
        <w:t>13:18  yeh Quran mein jo hai ke wa wajadaka zallan fahada. Allah ne farmaya ke tujh ko paya hum ne seekhar, phir tujh ko imaan ka atiya diya.</w:t>
      </w:r>
      <w:r>
        <w:br/>
      </w:r>
      <w:r>
        <w:rPr>
          <w:sz w:val="20"/>
        </w:rPr>
        <w:t>13:32  to yeh hai imaan. to ab is mein dekhiye, ek usool hai Quran ko samajhne ka ke al quran yufassiru ba'dahu ba'dan.</w:t>
      </w:r>
      <w:r>
        <w:br/>
      </w:r>
      <w:r>
        <w:rPr>
          <w:sz w:val="20"/>
        </w:rPr>
        <w:t>13:43  Quran ka ek hissa doosre hisse ko samajhne mein madad karta hai.</w:t>
      </w:r>
      <w:r>
        <w:br/>
      </w:r>
      <w:r>
        <w:rPr>
          <w:sz w:val="20"/>
        </w:rPr>
        <w:t>13:48  yeh baat hadith ke baray mein bhi hai al hadith yufassiru ba'dahu ba'dan.</w:t>
      </w:r>
      <w:r>
        <w:br/>
      </w:r>
      <w:r>
        <w:rPr>
          <w:sz w:val="20"/>
        </w:rPr>
        <w:t>13:56  to ab is ko apply kijiye aap. to bukhari mein yeh riwayat hai ke jis ne kaha la ilaha illallah, to woh jayega jannat mein.</w:t>
      </w:r>
      <w:r>
        <w:br/>
      </w:r>
      <w:r>
        <w:rPr>
          <w:sz w:val="20"/>
        </w:rPr>
        <w:t>14:09  ab aap ek aur cheez ko dekhiye, Quran ka jo para saat hai wa izaa sami'u. is ko parhiye aap.</w:t>
      </w:r>
      <w:r>
        <w:br/>
      </w:r>
      <w:r>
        <w:rPr>
          <w:sz w:val="20"/>
        </w:rPr>
        <w:t>14:20  satvan para ka shuru wa idha sami'u ma unzila ila ar rasool tara aayathum tafidhan min ad dami mimma 'arafoo min al haqq.</w:t>
      </w:r>
      <w:r>
        <w:br/>
      </w:r>
      <w:r>
        <w:rPr>
          <w:sz w:val="20"/>
        </w:rPr>
        <w:t>14:31  yaqooloona rabbana amanna faqtuna ma'a ash shahideen fa asabuhum Allahu bima qalo jannat. yahan pe dekhiye, qaul par jannat batai gayi hai.</w:t>
      </w:r>
      <w:r>
        <w:br/>
      </w:r>
      <w:r>
        <w:rPr>
          <w:sz w:val="20"/>
        </w:rPr>
        <w:t>14:44  yeh kaha unhon ne, is liye un ko jannat</w:t>
      </w:r>
      <w:r>
        <w:br/>
      </w:r>
      <w:r>
        <w:rPr>
          <w:sz w:val="20"/>
        </w:rPr>
        <w:t>14:46  mili. lekin woh kehna kya tha? woh bima 'arafoo, yeh ma'rifat par mabni tha. That was based on discovery.</w:t>
      </w:r>
      <w:r>
        <w:br/>
      </w:r>
      <w:r>
        <w:rPr>
          <w:sz w:val="20"/>
        </w:rPr>
        <w:t>14:56  ma'rifat ka matlab kya hai? discovery. unhon ne jo kalma bola tha, woh out of discovery tha.</w:t>
      </w:r>
      <w:r>
        <w:br/>
      </w:r>
      <w:r>
        <w:rPr>
          <w:sz w:val="20"/>
        </w:rPr>
        <w:t>15:05  woh ek daryaft hui un ko, phir woh bol pade.</w:t>
      </w:r>
      <w:r>
        <w:br/>
      </w:r>
      <w:r>
        <w:rPr>
          <w:sz w:val="20"/>
        </w:rPr>
        <w:t>15:12  woh seekh pehle thay, sochte thay ke main kyun paida ho gaya? zameen o aasman kya hain? purpose of life kya hai?</w:t>
      </w:r>
      <w:r>
        <w:br/>
      </w:r>
      <w:r>
        <w:rPr>
          <w:sz w:val="20"/>
        </w:rPr>
        <w:t>15:22  aur sari baatein. to sochte sochte sochte unhon ne quran ko parha. to quran mein un ki seekhne ka jawab mil gaya, un ki talash ka jawab mil gaya.</w:t>
      </w:r>
      <w:r>
        <w:br/>
      </w:r>
      <w:r>
        <w:rPr>
          <w:sz w:val="20"/>
        </w:rPr>
        <w:t>15:36  tab woh keh pade ke hum iman laye.</w:t>
      </w:r>
      <w:r>
        <w:br/>
      </w:r>
      <w:r>
        <w:rPr>
          <w:sz w:val="20"/>
        </w:rPr>
        <w:t>15:42  to yeh yeh sab baatein kaise maloom hoti hain? sochne se maloom hoti hain. agar aap na sochein to yeh samajh len ke bas kalma go jannat hai.</w:t>
      </w:r>
      <w:r>
        <w:br/>
      </w:r>
      <w:r>
        <w:rPr>
          <w:sz w:val="20"/>
        </w:rPr>
        <w:t>15:51  kalma go ke liye jannat hai. kalma parh diya, ab jannat to mil gayi, bas pakki ho gayi. ab jo chahe karo.</w:t>
      </w:r>
      <w:r>
        <w:br/>
      </w:r>
      <w:r>
        <w:rPr>
          <w:sz w:val="20"/>
        </w:rPr>
        <w:t>16:02  yeh bohat bari misunderstanding hai jis mein sare log mubtala hain. to tadabbur ki yeh ahmiyat hai.</w:t>
      </w:r>
    </w:p>
    <w:p>
      <w:pPr>
        <w:pStyle w:val="Heading2"/>
      </w:pPr>
      <w:r>
        <w:t>Mind as jungle requires analysis and Tafkir</w:t>
      </w:r>
    </w:p>
    <w:p>
      <w:r>
        <w:rPr>
          <w:color w:val="666666"/>
          <w:sz w:val="18"/>
        </w:rPr>
        <w:t>The Concept of Tafkeer in Islam | August 9, 2007 · 6m 12s · at 39:49 · https://youtu.be/6PhlvUwQygQ?t=2389</w:t>
      </w:r>
    </w:p>
    <w:p>
      <w:r>
        <w:rPr>
          <w:i/>
        </w:rPr>
        <w:t>“Tafkir and Tadabbur means knowing the art of right thinking.”</w:t>
      </w:r>
    </w:p>
    <w:p>
      <w:r>
        <w:rPr>
          <w:sz w:val="20"/>
        </w:rPr>
        <w:t>39:49  right thinking.</w:t>
      </w:r>
      <w:r>
        <w:br/>
      </w:r>
      <w:r>
        <w:rPr>
          <w:sz w:val="20"/>
        </w:rPr>
        <w:t>39:55  Tafkir and Tadabbur means knowing the art ofright thinking.</w:t>
      </w:r>
      <w:r>
        <w:br/>
      </w:r>
      <w:r>
        <w:rPr>
          <w:sz w:val="20"/>
        </w:rPr>
        <w:t>40:01  This is very, very important. Why?</w:t>
      </w:r>
      <w:r>
        <w:br/>
      </w:r>
      <w:r>
        <w:rPr>
          <w:sz w:val="20"/>
        </w:rPr>
        <w:t>40:07  Because every human being is a jungle of thought.</w:t>
      </w:r>
      <w:r>
        <w:br/>
      </w:r>
      <w:r>
        <w:rPr>
          <w:sz w:val="20"/>
        </w:rPr>
        <w:t>40:13  You are living</w:t>
      </w:r>
      <w:r>
        <w:br/>
      </w:r>
      <w:r>
        <w:rPr>
          <w:sz w:val="20"/>
        </w:rPr>
        <w:t>40:19  in a world, in a society, and every day you receive so many thoughts, so many informations.</w:t>
      </w:r>
      <w:r>
        <w:br/>
      </w:r>
      <w:r>
        <w:rPr>
          <w:sz w:val="20"/>
        </w:rPr>
        <w:t>40:29  And all those informations you receive every day are stored here in your mind.</w:t>
      </w:r>
      <w:r>
        <w:br/>
      </w:r>
      <w:r>
        <w:rPr>
          <w:sz w:val="20"/>
        </w:rPr>
        <w:t>40:39  All those things you hear or read or listen to are stored in this</w:t>
      </w:r>
      <w:r>
        <w:br/>
      </w:r>
      <w:r>
        <w:rPr>
          <w:sz w:val="20"/>
        </w:rPr>
        <w:t>40:49  mind forever, forever.</w:t>
      </w:r>
      <w:r>
        <w:br/>
      </w:r>
      <w:r>
        <w:rPr>
          <w:sz w:val="20"/>
        </w:rPr>
        <w:t>40:57  It means that in your mind there are billions and billions of thoughts.</w:t>
      </w:r>
      <w:r>
        <w:br/>
      </w:r>
      <w:r>
        <w:rPr>
          <w:sz w:val="20"/>
        </w:rPr>
        <w:t>41:04  So the mind of every human being is a jungle of thoughts.</w:t>
      </w:r>
      <w:r>
        <w:br/>
      </w:r>
      <w:r>
        <w:rPr>
          <w:sz w:val="20"/>
        </w:rPr>
        <w:t>41:12  So the question is how to sort out, how to differentiate, how to</w:t>
      </w:r>
      <w:r>
        <w:br/>
      </w:r>
      <w:r>
        <w:rPr>
          <w:sz w:val="20"/>
        </w:rPr>
        <w:t>41:19  analyze.</w:t>
      </w:r>
      <w:r>
        <w:br/>
      </w:r>
      <w:r>
        <w:rPr>
          <w:sz w:val="20"/>
        </w:rPr>
        <w:t>41:25  So according to my experience, analysis is the most important.</w:t>
      </w:r>
      <w:r>
        <w:br/>
      </w:r>
      <w:r>
        <w:rPr>
          <w:sz w:val="20"/>
        </w:rPr>
        <w:t>41:31  Simply information is nothing.</w:t>
      </w:r>
      <w:r>
        <w:br/>
      </w:r>
      <w:r>
        <w:rPr>
          <w:sz w:val="20"/>
        </w:rPr>
        <w:t>41:37  If your mind has many, many informations, there is nothing.</w:t>
      </w:r>
      <w:r>
        <w:br/>
      </w:r>
      <w:r>
        <w:rPr>
          <w:sz w:val="20"/>
        </w:rPr>
        <w:t>41:44  You have to know the analysis. You have</w:t>
      </w:r>
      <w:r>
        <w:br/>
      </w:r>
      <w:r>
        <w:rPr>
          <w:sz w:val="20"/>
        </w:rPr>
        <w:t>41:50  the power of analysis.</w:t>
      </w:r>
      <w:r>
        <w:br/>
      </w:r>
      <w:r>
        <w:rPr>
          <w:sz w:val="20"/>
        </w:rPr>
        <w:t>41:56  Without analysis, you cannot understand the Quran.</w:t>
      </w:r>
      <w:r>
        <w:br/>
      </w:r>
      <w:r>
        <w:rPr>
          <w:sz w:val="20"/>
        </w:rPr>
        <w:t>42:02  You cannot use all those informations.</w:t>
      </w:r>
      <w:r>
        <w:br/>
      </w:r>
      <w:r>
        <w:rPr>
          <w:sz w:val="20"/>
        </w:rPr>
        <w:t>42:08  Without the power of analysis, you cannot use those informations you receive every day from outside.</w:t>
      </w:r>
      <w:r>
        <w:br/>
      </w:r>
      <w:r>
        <w:rPr>
          <w:sz w:val="20"/>
        </w:rPr>
        <w:t>42:14  So it requires Tafkir, Tadabb</w:t>
      </w:r>
      <w:r>
        <w:br/>
      </w:r>
      <w:r>
        <w:rPr>
          <w:sz w:val="20"/>
        </w:rPr>
        <w:t>42:20  ur, to use these informations in a correct manner.</w:t>
      </w:r>
      <w:r>
        <w:br/>
      </w:r>
      <w:r>
        <w:rPr>
          <w:sz w:val="20"/>
        </w:rPr>
        <w:t>42:30  It is a fact that the mind of every human being is full of thoughts, of informations.</w:t>
      </w:r>
      <w:r>
        <w:br/>
      </w:r>
      <w:r>
        <w:rPr>
          <w:sz w:val="20"/>
        </w:rPr>
        <w:t>42:41  So it is like a jungle.</w:t>
      </w:r>
      <w:r>
        <w:br/>
      </w:r>
      <w:r>
        <w:rPr>
          <w:sz w:val="20"/>
        </w:rPr>
        <w:t>42:52  Without analysis, there is no use of these jungles.</w:t>
      </w:r>
      <w:r>
        <w:br/>
      </w:r>
      <w:r>
        <w:rPr>
          <w:sz w:val="20"/>
        </w:rPr>
        <w:t>42:59  So you have to train yourself.</w:t>
      </w:r>
      <w:r>
        <w:br/>
      </w:r>
      <w:r>
        <w:rPr>
          <w:sz w:val="20"/>
        </w:rPr>
        <w:t>43:06  You have to educate yourself inright thinking.</w:t>
      </w:r>
      <w:r>
        <w:br/>
      </w:r>
      <w:r>
        <w:rPr>
          <w:sz w:val="20"/>
        </w:rPr>
        <w:t>43:14  Right thinking is a must for Iman.</w:t>
      </w:r>
      <w:r>
        <w:br/>
      </w:r>
      <w:r>
        <w:rPr>
          <w:sz w:val="20"/>
        </w:rPr>
        <w:t>43:21  Right thinking is a must for increasing Iman.</w:t>
      </w:r>
      <w:r>
        <w:br/>
      </w:r>
      <w:r>
        <w:rPr>
          <w:sz w:val="20"/>
        </w:rPr>
        <w:t>43:28  There was a Sahabi that is a companion of the Prophet of Islam. His name was Abu Darda, Abu Darda Ansari. So after his death, one Muslim visited the house of Abu Darda. He asked his wife, his name was Umm D</w:t>
      </w:r>
      <w:r>
        <w:br/>
      </w:r>
      <w:r>
        <w:rPr>
          <w:sz w:val="20"/>
        </w:rPr>
        <w:t>43:58  arda.</w:t>
      </w:r>
      <w:r>
        <w:br/>
      </w:r>
      <w:r>
        <w:rPr>
          <w:sz w:val="20"/>
        </w:rPr>
        <w:t>44:06  So he asked, "What was the most important worship of Abu Darda?" "What was the most important worship</w:t>
      </w:r>
      <w:r>
        <w:br/>
      </w:r>
      <w:r>
        <w:rPr>
          <w:sz w:val="20"/>
        </w:rPr>
        <w:t>44:14  of Abu Darda?" His wife said, "At that time he was a widow." So his wife, Abu Darda,</w:t>
      </w:r>
      <w:r>
        <w:br/>
      </w:r>
      <w:r>
        <w:rPr>
          <w:sz w:val="20"/>
        </w:rPr>
        <w:t>44:21  no, his wife, Umm Darda, said,</w:t>
      </w:r>
      <w:r>
        <w:br/>
      </w:r>
      <w:r>
        <w:rPr>
          <w:sz w:val="20"/>
        </w:rPr>
        <w:t>44:29  "At-Tafakkur wal-I'tibar." "At-Tafakkur wal-I'tibar," it means thinking, thinking, thinking, thinking.</w:t>
      </w:r>
      <w:r>
        <w:br/>
      </w:r>
      <w:r>
        <w:rPr>
          <w:sz w:val="20"/>
        </w:rPr>
        <w:t>44:37  So every time Abu Darda was in thinking, in contemplation, in pondering over the universe, this was the</w:t>
      </w:r>
      <w:r>
        <w:br/>
      </w:r>
      <w:r>
        <w:rPr>
          <w:sz w:val="20"/>
        </w:rPr>
        <w:t>44:45  greatest worship of Abu Darda.</w:t>
      </w:r>
      <w:r>
        <w:br/>
      </w:r>
      <w:r>
        <w:rPr>
          <w:sz w:val="20"/>
        </w:rPr>
        <w:t>44:53  He was a senior Sahabi of the Prophet of Islam.</w:t>
      </w:r>
      <w:r>
        <w:br/>
      </w:r>
      <w:r>
        <w:rPr>
          <w:sz w:val="20"/>
        </w:rPr>
        <w:t>45:01  So his wife said, "At-Tafakkur, At-Tafakkur, At-Tafakkur," that is thinking, thinking, thinking, thinking. Why? Thinking itself is nothing. It was not thinking for the sake of thinking. No. It was not thinking for the sake</w:t>
      </w:r>
      <w:r>
        <w:br/>
      </w:r>
      <w:r>
        <w:rPr>
          <w:sz w:val="20"/>
        </w:rPr>
        <w:t>45:31  of thinking.</w:t>
      </w:r>
      <w:r>
        <w:br/>
      </w:r>
      <w:r>
        <w:rPr>
          <w:sz w:val="20"/>
        </w:rPr>
        <w:t>45:38  It was thinking for some purpose, some positive purpose.</w:t>
      </w:r>
      <w:r>
        <w:br/>
      </w:r>
      <w:r>
        <w:rPr>
          <w:sz w:val="20"/>
        </w:rPr>
        <w:t>45:46  And what was that purpose?</w:t>
      </w:r>
      <w:r>
        <w:br/>
      </w:r>
      <w:r>
        <w:rPr>
          <w:sz w:val="20"/>
        </w:rPr>
        <w:t>45:53  That purpose was At-Tawassum, al-I'tibar, that is to take lessons, to take lessons, to increase his faith. His Tafak</w:t>
      </w:r>
    </w:p>
    <w:p>
      <w:pPr>
        <w:pStyle w:val="Heading2"/>
      </w:pPr>
      <w:r>
        <w:t>Understanding human limitations through reflection</w:t>
      </w:r>
    </w:p>
    <w:p>
      <w:r>
        <w:rPr>
          <w:color w:val="666666"/>
          <w:sz w:val="18"/>
        </w:rPr>
        <w:t>Interaction with Maulana Wahiduddin Khan December 13, 2009 · 4m 10s · at 12:42 · https://youtu.be/E3Vn6nK5J9A?t=762</w:t>
      </w:r>
    </w:p>
    <w:p>
      <w:r>
        <w:rPr>
          <w:i/>
        </w:rPr>
        <w:t>“Hazrat ne farmaya: Arif turabbi bifaskal azaim”</w:t>
      </w:r>
    </w:p>
    <w:p>
      <w:r>
        <w:rPr>
          <w:sz w:val="20"/>
        </w:rPr>
        <w:t>12:42  kis se begh log sochte nahi. sochte nahi. hazrat ne farmaya ke arf turabbi bafaskal azaim. yeh bahut badi baat hai. arf turabbi bafaskal azaim.</w:t>
      </w:r>
      <w:r>
        <w:br/>
      </w:r>
      <w:r>
        <w:rPr>
          <w:sz w:val="20"/>
        </w:rPr>
        <w:t>13:01  rozana humko, aapko, har ek ko tajurba hota hai ke jaise maine upar ki ek glass uthaya, slip karke haath se gir gaya. furan main sochta hoon ke khuda itni badi kaaynat ko chala raha hai. ismein yaani</w:t>
      </w:r>
      <w:r>
        <w:br/>
      </w:r>
      <w:r>
        <w:rPr>
          <w:sz w:val="20"/>
        </w:rPr>
        <w:t>13:20  beshumar anginat sitare hain, planet hain, system hain, aur kahin takrata nahi. koi gir nahi padta. koi sitara kahin idhar gir pade, udhar gir pade. koi planet idhar nahi gir padta, udhar nahi gir padta. ek chamcha bhi mere haath se agar chhoot gir jata hai, to furan main sochta hoon ke dekho,</w:t>
      </w:r>
      <w:r>
        <w:br/>
      </w:r>
      <w:r>
        <w:rPr>
          <w:sz w:val="20"/>
        </w:rPr>
        <w:t>13:40  agar is tarah se uska dar yeh ho ke koi cheez chhoot ke gir jaye, usse saraj nizam dharm bhram ho jaye. Aise hi main baitha rehta hoon, aankh band kar leta hoon.</w:t>
      </w:r>
      <w:r>
        <w:br/>
      </w:r>
      <w:r>
        <w:rPr>
          <w:sz w:val="20"/>
        </w:rPr>
        <w:t>13:58  Achanak aankh band kar sochta hoon ke agar main andha ho jaun, to kya hoga.</w:t>
      </w:r>
      <w:r>
        <w:br/>
      </w:r>
      <w:r>
        <w:rPr>
          <w:sz w:val="20"/>
        </w:rPr>
        <w:t>14:06  To aankh band karke main apni us halat ko daryaft karta hoon. Jab aankh na ho, to mera kya haal hoga?</w:t>
      </w:r>
      <w:r>
        <w:br/>
      </w:r>
      <w:r>
        <w:rPr>
          <w:sz w:val="20"/>
        </w:rPr>
        <w:t>14:12  To dekhiye, do tarike hain. Ek to yeh ke jo hazrat ne farmaya, jo baqat beette rehte hain, koi kaam hamara bigad jata hai, koi irada hamara poora nahi hota, koi planning hamari gadbad ho jati hai,</w:t>
      </w:r>
      <w:r>
        <w:br/>
      </w:r>
      <w:r>
        <w:rPr>
          <w:sz w:val="20"/>
        </w:rPr>
        <w:t>14:27  us waqt hum sochein ke apni limitations ko jaanein ke Khuda 15 billion saal se itni badi universe chala raha hai aur usmein koi defect nahi. Mala Fatoor.</w:t>
      </w:r>
      <w:r>
        <w:br/>
      </w:r>
      <w:r>
        <w:rPr>
          <w:sz w:val="20"/>
        </w:rPr>
        <w:t>14:45  Aur doosre yeh ke hum khud kastan aisa karein. Hum sochein ke yeh hamare haath jo hain, kya hum aisa haath baandh ke panch ungli</w:t>
      </w:r>
      <w:r>
        <w:br/>
      </w:r>
      <w:r>
        <w:rPr>
          <w:sz w:val="20"/>
        </w:rPr>
        <w:t>14:58  yaan hon is tarah se?</w:t>
      </w:r>
      <w:r>
        <w:br/>
      </w:r>
      <w:r>
        <w:rPr>
          <w:sz w:val="20"/>
        </w:rPr>
        <w:t>15:02  Mere aisa khud tarah tarah ke tajurbe pesh aaye hain. Maslan, mujhe dekhiye, yahan par electric burn ka qissa ho gaya. Yaani bijli lagi aur sab jal gaya. Bahut bada sa jal gaya aaj. Aur yeh</w:t>
      </w:r>
      <w:r>
        <w:br/>
      </w:r>
      <w:r>
        <w:rPr>
          <w:sz w:val="20"/>
        </w:rPr>
        <w:t>15:19  jo angootha hai, kaam nahi karta tha. Angootha kaam hi nahi karta tha kyunke tender jal gaya tha. To main kalam pakad nahi sakta tha. To hamare surgeon jo the, wo aate the, aise haath karte the, aisi ke angootha jo hai, badshah hai ungliyon ka. Aise kehte the,</w:t>
      </w:r>
      <w:r>
        <w:br/>
      </w:r>
      <w:r>
        <w:rPr>
          <w:sz w:val="20"/>
        </w:rPr>
        <w:t>15:40  king of the fingers hai angootha. Aise kehte the. Ab mujhe lagta tha, kaisa ajeeb baat hai ke mera angootha hi nahi.</w:t>
      </w:r>
      <w:r>
        <w:br/>
      </w:r>
      <w:r>
        <w:rPr>
          <w:sz w:val="20"/>
        </w:rPr>
        <w:t>15:50  To har waqt yeh tajurba hota hai apni limitations ka. Har waqt subah shaam hota hai, lekin hum sochte nahi.</w:t>
      </w:r>
      <w:r>
        <w:br/>
      </w:r>
      <w:r>
        <w:rPr>
          <w:sz w:val="20"/>
        </w:rPr>
        <w:t>16:01  Kam se kam main to jis zindagi ko main guzar raha hoon, usmein har waqt aise tajurba hote hain, aise experience. Ke aap yeh sochein ke dekho, yahan bhi limitations ki wajah se aisa hua. Kahin koi bhool ho jati hai, kahin koi nuksan ho jata hai, koi baat bigad jati hai, kahin koi planning</w:t>
      </w:r>
      <w:r>
        <w:br/>
      </w:r>
      <w:r>
        <w:rPr>
          <w:sz w:val="20"/>
        </w:rPr>
        <w:t>16:21  nahi poori hoti. To asal cheez hai sochna.</w:t>
      </w:r>
      <w:r>
        <w:br/>
      </w:r>
      <w:r>
        <w:rPr>
          <w:sz w:val="20"/>
        </w:rPr>
        <w:t>16:28  Yeh duniya ka nizam is tarah se banaya gaya hai ke har har lamha ek reminder aata hai hamare samne. Reminder. Koi baat bigadti hai, wahan par wo reminder aata hai batane ke liye. Yahi to hazrat ne farmaya ke arf turabbi bafaskal azaim. To faskal azaim har waqt hota rehta hai.</w:t>
      </w:r>
      <w:r>
        <w:br/>
      </w:r>
      <w:r>
        <w:rPr>
          <w:sz w:val="20"/>
        </w:rPr>
        <w:t>16:45  Usi ko agar soche aadmi, to usko marifat hasil ho jaye.</w:t>
      </w:r>
    </w:p>
    <w:p>
      <w:pPr>
        <w:pStyle w:val="Heading2"/>
      </w:pPr>
      <w:r>
        <w:t>UN conference story: distributing Quran with sincere intention</w:t>
      </w:r>
    </w:p>
    <w:p>
      <w:r>
        <w:rPr>
          <w:color w:val="666666"/>
          <w:sz w:val="18"/>
        </w:rPr>
        <w:t>Love of God October 04, 2009 · 4m 34s · at 28:47 · https://youtu.be/JKCfgvpoX5s?t=1727</w:t>
      </w:r>
    </w:p>
    <w:p>
      <w:r>
        <w:rPr>
          <w:i/>
        </w:rPr>
        <w:t>“دو دن پہلے دلی میں یونائٹڈ نیشنز کی بلڈنگ میں ایک کانفرنس تھی”</w:t>
      </w:r>
    </w:p>
    <w:p>
      <w:r>
        <w:rPr>
          <w:sz w:val="20"/>
        </w:rPr>
        <w:t>28:47  jaise dekhiye, main apna ek tajruba arz karoon ke abhi do din pehle dilli mein united nations ki ek building yahan par hai.</w:t>
      </w:r>
      <w:r>
        <w:br/>
      </w:r>
      <w:r>
        <w:rPr>
          <w:sz w:val="20"/>
        </w:rPr>
        <w:t>28:56  is ke hall mein ek conference thi, us mein mujh ko bulaya gaya tha. mere kuch sathi bhi wahan thay. hum log quran ka jo english translation hai, us ko le kar gaye thay wahan par.</w:t>
      </w:r>
      <w:r>
        <w:br/>
      </w:r>
      <w:r>
        <w:rPr>
          <w:sz w:val="20"/>
        </w:rPr>
        <w:t>29:10  to main stage</w:t>
      </w:r>
      <w:r>
        <w:br/>
      </w:r>
      <w:r>
        <w:rPr>
          <w:sz w:val="20"/>
        </w:rPr>
        <w:t>29:11  par tha, hamare sathi jo hain woh wahan par thay aur woh quran ko dete thay logon ko.</w:t>
      </w:r>
      <w:r>
        <w:br/>
      </w:r>
      <w:r>
        <w:rPr>
          <w:sz w:val="20"/>
        </w:rPr>
        <w:t>29:20  to jab main ne dekha ke mere sathi quran ko logon ko pohncha rahe hain, english translation jo quran ka kiya gaya hai, hamare haan se jo chupa hai, to ek ajeeb kaifiyat meri hui.</w:t>
      </w:r>
      <w:r>
        <w:br/>
      </w:r>
      <w:r>
        <w:rPr>
          <w:sz w:val="20"/>
        </w:rPr>
        <w:t>29:32  ek ajeeb kaifiyat hui. hamare sathi doड़ doड़ kar logon ko quran de rahe thay.</w:t>
      </w:r>
      <w:r>
        <w:br/>
      </w:r>
      <w:r>
        <w:rPr>
          <w:sz w:val="20"/>
        </w:rPr>
        <w:t>29:40  hamare sathi jo thay, doड़ doड़ kar logon ko quran de rahe thay. to main ne socha ke khuda ya!</w:t>
      </w:r>
      <w:r>
        <w:br/>
      </w:r>
      <w:r>
        <w:rPr>
          <w:sz w:val="20"/>
        </w:rPr>
        <w:t>29:54  hum ko nahi maloom ke teri matloob cheez kya hai, woh kya cheez jis se tu sab se khush hoga, hamein nahi maloom.</w:t>
      </w:r>
      <w:r>
        <w:br/>
      </w:r>
      <w:r>
        <w:rPr>
          <w:sz w:val="20"/>
        </w:rPr>
        <w:t>30:04  to main ne kaha, mujhe woh aaya ke jo arab mein kuch hanfa se kaha karte thay ke khuda ya! agar hum koi hum jante hain ke teri ibadat kaise ki jati hai, to hum waise hi ibadat karte hain.</w:t>
      </w:r>
      <w:r>
        <w:br/>
      </w:r>
      <w:r>
        <w:rPr>
          <w:sz w:val="20"/>
        </w:rPr>
        <w:t>30:19  agar hum jante hain ke teri ibadat ibadat kaise ki jati hai, to hum waise hi teri ibadat karte hain. rasool Allah ke message se pehle ki baat hai yeh.</w:t>
      </w:r>
      <w:r>
        <w:br/>
      </w:r>
      <w:r>
        <w:rPr>
          <w:sz w:val="20"/>
        </w:rPr>
        <w:t>30:27  to main ne kaha ke khuda ya! main aur mere sathi agar yeh jante ke teri sab se matloob cheez kya hai, to hum wohi kaam karte.</w:t>
      </w:r>
      <w:r>
        <w:br/>
      </w:r>
      <w:r>
        <w:rPr>
          <w:sz w:val="20"/>
        </w:rPr>
        <w:t>30:43  lekin hum ne apne samajh se yeh jana ke yeh jo quran hai, yeh tera mehfooz kalam hai, yeh preserved word of god hai, is mein koi shakk nahi.</w:t>
      </w:r>
      <w:r>
        <w:br/>
      </w:r>
      <w:r>
        <w:rPr>
          <w:sz w:val="20"/>
        </w:rPr>
        <w:t>30:56  phir aaj ke jo international language hai, woh english language hai. to main ne aur mere sathiyon ne ek translation tayyar kiya, us ko hamare sathiyon ne chhapa.</w:t>
      </w:r>
      <w:r>
        <w:br/>
      </w:r>
      <w:r>
        <w:rPr>
          <w:sz w:val="20"/>
        </w:rPr>
        <w:t>31:10  ab hum us ko logon tak pohncha rahe hain.</w:t>
      </w:r>
      <w:r>
        <w:br/>
      </w:r>
      <w:r>
        <w:rPr>
          <w:sz w:val="20"/>
        </w:rPr>
        <w:t>31:15  agar hum jante hain ke is ke siwa koi cheez hai jis se tu razi hota hai, to wohi karte hain. hum</w:t>
      </w:r>
      <w:r>
        <w:br/>
      </w:r>
      <w:r>
        <w:rPr>
          <w:sz w:val="20"/>
        </w:rPr>
        <w:t>31:30  lekin hamari samajh yahi batati hai hum ko ke yeh to word of god hai, yeh to preserve kalam hai.</w:t>
      </w:r>
      <w:r>
        <w:br/>
      </w:r>
      <w:r>
        <w:rPr>
          <w:sz w:val="20"/>
        </w:rPr>
        <w:t>31:41  aur aaj ki zuban bhi international language jo hai, woh english language hai. to hum ne is ko, hum sab ne mil kar is ko tayyar kiya, us ko chhapa.</w:t>
      </w:r>
      <w:r>
        <w:br/>
      </w:r>
      <w:r>
        <w:rPr>
          <w:sz w:val="20"/>
        </w:rPr>
        <w:t>31:52  ab is ko hum logon tak pohncha rahe hain. to ise qabool farma,</w:t>
      </w:r>
      <w:r>
        <w:br/>
      </w:r>
      <w:r>
        <w:rPr>
          <w:sz w:val="20"/>
        </w:rPr>
        <w:t>32:02  hmary kam az kam hmary intention ko qabool farma, hmary niyat ko qabool farma. agar bil farz hmara amal woh amal na ho jo jo tera matloob amal hai, tab bhi to hmary niyat ko qabool farma,</w:t>
      </w:r>
      <w:r>
        <w:br/>
      </w:r>
      <w:r>
        <w:rPr>
          <w:sz w:val="20"/>
        </w:rPr>
        <w:t>32:19  hmary intention ko qabool farma keh hmary niyat yahi hai, khuda ya.</w:t>
      </w:r>
      <w:r>
        <w:br/>
      </w:r>
      <w:r>
        <w:rPr>
          <w:sz w:val="20"/>
        </w:rPr>
        <w:t>32:28  to jab mein dekh dekh raha tha, mery saathi dor dor ke quran dy rhy hain to ajeeb tar paida hoti thi</w:t>
      </w:r>
      <w:r>
        <w:br/>
      </w:r>
      <w:r>
        <w:rPr>
          <w:sz w:val="20"/>
        </w:rPr>
        <w:t>32:34  keh kaisay yeh woh log hain. farishtay likh rhy hon gay, khuda ya! tery kuch banday teri baat ko pohnchanay kay liye dor rhy hain insanon kay paas.</w:t>
      </w:r>
      <w:r>
        <w:br/>
      </w:r>
      <w:r>
        <w:rPr>
          <w:sz w:val="20"/>
        </w:rPr>
        <w:t>32:47  to un kay liye apni rehmatain likh dy. mujhy yaqeen hai keh farishtay hmary liye sifarish karty hon gay keh khuda ya!</w:t>
      </w:r>
      <w:r>
        <w:br/>
      </w:r>
      <w:r>
        <w:rPr>
          <w:sz w:val="20"/>
        </w:rPr>
        <w:t>32:55  tery banday tery kalam logon tak pohnchanay kay liye dor rhy hain.</w:t>
      </w:r>
      <w:r>
        <w:br/>
      </w:r>
      <w:r>
        <w:rPr>
          <w:sz w:val="20"/>
        </w:rPr>
        <w:t>33:10  to dekhiye, jab aadmi kay andar sachi mohabbat Allah ki aa jaye</w:t>
      </w:r>
    </w:p>
    <w:p>
      <w:pPr>
        <w:pStyle w:val="Heading2"/>
      </w:pPr>
      <w:r>
        <w:t>Applied meaning of cow story for Muslims</w:t>
      </w:r>
    </w:p>
    <w:p>
      <w:r>
        <w:rPr>
          <w:color w:val="666666"/>
          <w:sz w:val="18"/>
        </w:rPr>
        <w:t>Dars-e-Quran, Chapter 2, Verses 67-73 April 29 , 2018 · 5m 52s · at 4:00 · https://youtu.be/t_MtP6POTSM?t=240</w:t>
      </w:r>
    </w:p>
    <w:p>
      <w:r>
        <w:rPr>
          <w:i/>
        </w:rPr>
        <w:t>“Yeh aayatein yahood ki tareekh ka hissa hain”</w:t>
      </w:r>
    </w:p>
    <w:p>
      <w:r>
        <w:rPr>
          <w:sz w:val="20"/>
        </w:rPr>
        <w:t>4:00  dekhen, yeh jo ayaten hain, bazahir yeh yahud ki tareekh ka ek hissa hain, lekin aap sochiye,</w:t>
      </w:r>
      <w:r>
        <w:br/>
      </w:r>
      <w:r>
        <w:rPr>
          <w:sz w:val="20"/>
        </w:rPr>
        <w:t>4:15  quran ki shan yeh hai ke "likun lil alameen razeera".</w:t>
      </w:r>
      <w:r>
        <w:br/>
      </w:r>
      <w:r>
        <w:rPr>
          <w:sz w:val="20"/>
        </w:rPr>
        <w:t>4:24  "likun lil alameen razeera" sare alam ke liye warner. is ka aisa quran sirf is liye hoga ke mushrikeen ke, yani madine mein jo log the, mushrikeen aur munafikeen, yahud, bas un ki mazammat bayan kare, is ke siwa kuch nahi.</w:t>
      </w:r>
      <w:r>
        <w:br/>
      </w:r>
      <w:r>
        <w:rPr>
          <w:sz w:val="20"/>
        </w:rPr>
        <w:t>4:49  ya pichhle logon ke</w:t>
      </w:r>
      <w:r>
        <w:br/>
      </w:r>
      <w:r>
        <w:rPr>
          <w:sz w:val="20"/>
        </w:rPr>
        <w:t>4:53  anzar ki dastan bayan kare, bas to phir yeh sare alam ke liye kyun aaya hua? yaad dekhiye, aaj quran ko aap ko padhna hai applied way mein.</w:t>
      </w:r>
      <w:r>
        <w:br/>
      </w:r>
      <w:r>
        <w:rPr>
          <w:sz w:val="20"/>
        </w:rPr>
        <w:t>5:06  jab quran utra tha, us waqt logon ne quran ko padha is ki lafzi mani ke aitbar se, literal meaning ke aitbar se.</w:t>
      </w:r>
      <w:r>
        <w:br/>
      </w:r>
      <w:r>
        <w:rPr>
          <w:sz w:val="20"/>
        </w:rPr>
        <w:t>5:18  lekin aaj aap ko padhna hai quran ko applied way mein, tab aap quran se le sakenge wo baat jo quran aap ko dena chahta hai.</w:t>
      </w:r>
      <w:r>
        <w:br/>
      </w:r>
      <w:r>
        <w:rPr>
          <w:sz w:val="20"/>
        </w:rPr>
        <w:t>5:33  yeh bahut zaruri cheez hai. to is ayat, to yeh jo ayaten hain quran ki, is par maine ghor kiya</w:t>
      </w:r>
      <w:r>
        <w:br/>
      </w:r>
      <w:r>
        <w:rPr>
          <w:sz w:val="20"/>
        </w:rPr>
        <w:t>5:43  to yeh literal mani mein nahi hai, applied mani mein hai, kyunke padhne wala to aaj ka hai. ayaten utri thin is seven century mein ki zaban mein, lekin padhne wala to aaj ka hai, is ko aaj ki zaban mein padhna padega.</w:t>
      </w:r>
      <w:r>
        <w:br/>
      </w:r>
      <w:r>
        <w:rPr>
          <w:sz w:val="20"/>
        </w:rPr>
        <w:t>6:05  unhen hidayat nahi banegi. to aap ko dhoondna padega ke aaj ka bakra kya hai?</w:t>
      </w:r>
      <w:r>
        <w:br/>
      </w:r>
      <w:r>
        <w:rPr>
          <w:sz w:val="20"/>
        </w:rPr>
        <w:t>6:17  aaj ke yahud kaun hain?</w:t>
      </w:r>
      <w:r>
        <w:br/>
      </w:r>
      <w:r>
        <w:rPr>
          <w:sz w:val="20"/>
        </w:rPr>
        <w:t>6:23  yeh janna padega aap ko.</w:t>
      </w:r>
      <w:r>
        <w:br/>
      </w:r>
      <w:r>
        <w:rPr>
          <w:sz w:val="20"/>
        </w:rPr>
        <w:t>6:28  aaj ke yahud kaun hain? aaj ka bakra kya hai? aaj ki wo gumrahi kaun kiya hai jis mein aaj ka, aaj ki ummat mubtala hai?</w:t>
      </w:r>
      <w:r>
        <w:br/>
      </w:r>
      <w:r>
        <w:rPr>
          <w:sz w:val="20"/>
        </w:rPr>
        <w:t>6:47  yeh ayaten aaj ki ummat ke liye aap ko samajhna padega. aaj ki ummat ke reference mein, mazi ki ummat ke reference mein padhenge aap, to is se aap ko kuch nahi milega.</w:t>
      </w:r>
      <w:r>
        <w:br/>
      </w:r>
      <w:r>
        <w:rPr>
          <w:sz w:val="20"/>
        </w:rPr>
        <w:t>7:05  to aaj ki ummat kaun hai? yeh ji, yeh zawal yafta musalman hain.</w:t>
      </w:r>
      <w:r>
        <w:br/>
      </w:r>
      <w:r>
        <w:rPr>
          <w:sz w:val="20"/>
        </w:rPr>
        <w:t>7:17  hadith mein aata hai ke "latun min kan qablakum", yani is ka matlab yeh hua: aye musalmanon!</w:t>
      </w:r>
      <w:r>
        <w:br/>
      </w:r>
      <w:r>
        <w:rPr>
          <w:sz w:val="20"/>
        </w:rPr>
        <w:t>7:27  ek waqt aayega ke tum ummat yahud ki jagah le loge.</w:t>
      </w:r>
      <w:r>
        <w:br/>
      </w:r>
      <w:r>
        <w:rPr>
          <w:sz w:val="20"/>
        </w:rPr>
        <w:t>7:37  parhiye poori hadees: "shubra bi shubra wa dhira'an bi dhira', hatta lo dakhloo johar dabb, tab'atumo hum".</w:t>
      </w:r>
      <w:r>
        <w:br/>
      </w:r>
      <w:r>
        <w:rPr>
          <w:sz w:val="20"/>
        </w:rPr>
        <w:t>7:51  tum zaroor un logon ki pairwi karoge jo tum se pehle thay, baalisht baalisht, haath dar haath, yahan tak ke agar woh goh ke bil mein dakhil ho jao, ho gaye to tum bhi dakhil ho jaoge.</w:t>
      </w:r>
      <w:r>
        <w:br/>
      </w:r>
      <w:r>
        <w:rPr>
          <w:sz w:val="20"/>
        </w:rPr>
        <w:t>8:08  kahan hai? sahih al bukhari, sahih muslim.</w:t>
      </w:r>
      <w:r>
        <w:br/>
      </w:r>
      <w:r>
        <w:rPr>
          <w:sz w:val="20"/>
        </w:rPr>
        <w:t>8:13  yeh bukhari ki riwayat hai, muslim ki riwayat hai, yani sahihain ki riwayat hai.</w:t>
      </w:r>
      <w:r>
        <w:br/>
      </w:r>
      <w:r>
        <w:rPr>
          <w:sz w:val="20"/>
        </w:rPr>
        <w:t>8:21  iska matlab kya hai? yeh yehud ki dastaan nahi bayan ki gayi hai, woh to guzar chuki hai, hazar saal se zyada muddat guzar chuki hai iske upar.</w:t>
      </w:r>
      <w:r>
        <w:br/>
      </w:r>
      <w:r>
        <w:rPr>
          <w:sz w:val="20"/>
        </w:rPr>
        <w:t>8:37  in ayaton mein jo padhi gayi hain aap ke samne, isko is hadees ki roshni mein samjhiye.</w:t>
      </w:r>
      <w:r>
        <w:br/>
      </w:r>
      <w:r>
        <w:rPr>
          <w:sz w:val="20"/>
        </w:rPr>
        <w:t>8:46  quran ki in ayaton ko is hadees ki roshni mein samjhiye jo abhi padhi gayi aap ke samne, jiska matlab kya banega?</w:t>
      </w:r>
      <w:r>
        <w:br/>
      </w:r>
      <w:r>
        <w:rPr>
          <w:sz w:val="20"/>
        </w:rPr>
        <w:t>8:58  ke ek waqt aayega jab ke tum yehud ki jagah le loge.</w:t>
      </w:r>
      <w:r>
        <w:br/>
      </w:r>
      <w:r>
        <w:rPr>
          <w:sz w:val="20"/>
        </w:rPr>
        <w:t>9:10  yeh bahut hi zyada chaukana karne wali ayat hai. yeh</w:t>
      </w:r>
      <w:r>
        <w:br/>
      </w:r>
      <w:r>
        <w:rPr>
          <w:sz w:val="20"/>
        </w:rPr>
        <w:t>9:21  isko hazar baar padhiye aur sochiye,</w:t>
      </w:r>
      <w:r>
        <w:br/>
      </w:r>
      <w:r>
        <w:rPr>
          <w:sz w:val="20"/>
        </w:rPr>
        <w:t>9:26  yeh ummat yehud ki dastaan nahi hai, woh is baat ki dastaan hai ke ummat muslima par ek aisa waqt aayega ke woh</w:t>
      </w:r>
      <w:r>
        <w:br/>
      </w:r>
      <w:r>
        <w:rPr>
          <w:sz w:val="20"/>
        </w:rPr>
        <w:t>9:41  ummat yehud ki jagah le legi.</w:t>
      </w:r>
      <w:r>
        <w:br/>
      </w:r>
      <w:r>
        <w:rPr>
          <w:sz w:val="20"/>
        </w:rPr>
        <w:t>9:49  kaisi bhayanak ayat hai!</w:t>
      </w:r>
    </w:p>
    <w:p>
      <w:pPr>
        <w:pStyle w:val="Heading2"/>
      </w:pPr>
      <w:r>
        <w:t>Prophet Yunus's story and its lesson on patience</w:t>
      </w:r>
    </w:p>
    <w:p>
      <w:r>
        <w:rPr>
          <w:color w:val="666666"/>
          <w:sz w:val="18"/>
        </w:rPr>
        <w:t>Duties of Ummat-e-Wasat (The Middle Nation) September 25, 2022 · 3m 01s · at 50:41 · https://youtu.be/pIZGjyY5Zv4?t=3041</w:t>
      </w:r>
    </w:p>
    <w:p>
      <w:r>
        <w:rPr>
          <w:i/>
        </w:rPr>
        <w:t>“What lesson do we get from the life of Prophet Yunus?”</w:t>
      </w:r>
    </w:p>
    <w:p>
      <w:r>
        <w:rPr>
          <w:sz w:val="20"/>
        </w:rPr>
        <w:t>50:41  apa, sabr ke bare mein aap ne jaise bohat achhe se wazeh kiya, aik jo real life story Quran se hamein milti hai, ah prophet Yunus ke bare mein.</w:t>
      </w:r>
      <w:r>
        <w:br/>
      </w:r>
      <w:r>
        <w:rPr>
          <w:sz w:val="20"/>
        </w:rPr>
        <w:t>50:51  ah, to mein chahunga ke is un ki zindagi se bhi hamein kya sabaq milta hai,</w:t>
      </w:r>
      <w:r>
        <w:br/>
      </w:r>
      <w:r>
        <w:rPr>
          <w:sz w:val="20"/>
        </w:rPr>
        <w:t>50:57  is ke bare mein aap hum sab ko bataein.</w:t>
      </w:r>
      <w:r>
        <w:br/>
      </w:r>
      <w:r>
        <w:rPr>
          <w:sz w:val="20"/>
        </w:rPr>
        <w:t>51:01  prophet Yunus jo hain, woh Nineveh ke aik ilaqe mein bheje gaye the aur unhone pure tareeqe se wahan da'wa work kiya, lekin sirf aik ijtihadi ghalti, ijtihadi ghalti kehte hain, error of judgment.</w:t>
      </w:r>
      <w:r>
        <w:br/>
      </w:r>
      <w:r>
        <w:rPr>
          <w:sz w:val="20"/>
        </w:rPr>
        <w:t>51:17  to woh aik ijtihadi ghalti ho gayi un se aur is ke liye itni bari un ko saza mili. to aap samajh sakte hain ke hum log to jaan boojh kar da'wa work nahi kr</w:t>
      </w:r>
      <w:r>
        <w:br/>
      </w:r>
      <w:r>
        <w:rPr>
          <w:sz w:val="20"/>
        </w:rPr>
        <w:t>51:26  rahe hain, to hum logon ka kya haal hoga? to woh apni qaum ko qabl az waqt unhone chhod diya tha. un ko aisa laga ke ab yeh log hamari baat nahi manenge.</w:t>
      </w:r>
      <w:r>
        <w:br/>
      </w:r>
      <w:r>
        <w:rPr>
          <w:sz w:val="20"/>
        </w:rPr>
        <w:t>51:37  to phir unhone qaum ko chhod diya. to qaum ko chhod kar jab woh aik doosri jagah ja rahe the to koi darya thi raste mein, to aik kashti mein baithe.</w:t>
      </w:r>
      <w:r>
        <w:br/>
      </w:r>
      <w:r>
        <w:rPr>
          <w:sz w:val="20"/>
        </w:rPr>
        <w:t>51:48  to us zamane mein kya hota tha ke kashti mein</w:t>
      </w:r>
      <w:r>
        <w:br/>
      </w:r>
      <w:r>
        <w:rPr>
          <w:sz w:val="20"/>
        </w:rPr>
        <w:t>51:52  jab zyada log ho jate aur kashti doobne lagti to woh qura dalte ke kaun is mein koi papi aa gaya hai, koi sinner aa gaya hai, is ki wajah se kashti doob rahi hai.</w:t>
      </w:r>
      <w:r>
        <w:br/>
      </w:r>
      <w:r>
        <w:rPr>
          <w:sz w:val="20"/>
        </w:rPr>
        <w:t>52:02  to jab qura dala gaya to woh Hazrat Yunus ka qura nikla. ab unhone un ko nikal ke pani mein dal diya. ab koi aur jagah to thi nahi.</w:t>
      </w:r>
      <w:r>
        <w:br/>
      </w:r>
      <w:r>
        <w:rPr>
          <w:sz w:val="20"/>
        </w:rPr>
        <w:t>52:10  to wahan par aik whale machhli ne un ko nigal liya. ab un ko samajh mein aa gaya ke un se bohat bhari ghalti ho gayi. unhone qaum ko beech mein chhod diya.</w:t>
      </w:r>
      <w:r>
        <w:br/>
      </w:r>
      <w:r>
        <w:rPr>
          <w:sz w:val="20"/>
        </w:rPr>
        <w:t>52:21  abhi Khuda ka hukum nahi aaya tha. kyunke Khuda ka hukum aata hai ke ab kaam tumhara poora ho gaya hai. tabhi woh jo hai, woh qaum ko aik paighambar chhod sakta hai.</w:t>
      </w:r>
      <w:r>
        <w:br/>
      </w:r>
      <w:r>
        <w:rPr>
          <w:sz w:val="20"/>
        </w:rPr>
        <w:t>52:32  to phir unhone bohat zyada Khuda se duaein keen</w:t>
      </w:r>
      <w:r>
        <w:br/>
      </w:r>
      <w:r>
        <w:rPr>
          <w:sz w:val="20"/>
        </w:rPr>
        <w:t>52:35  aur phir Allah taala ne whale ko, machhli ko hukum diya. us ne un ko le ja kar ke samundar ke darya ke kinare chhod diya.</w:t>
      </w:r>
      <w:r>
        <w:br/>
      </w:r>
      <w:r>
        <w:rPr>
          <w:sz w:val="20"/>
        </w:rPr>
        <w:t>52:44  phir wahan woh kafi dinon tak rahay. bohat nidhāl ho gaye thay. phir wahan se phir dobara wapas aaye. to woh jab wapas aaye to un ke jo saaray log thay, woh un ka intazar kar rahay thay.</w:t>
      </w:r>
      <w:r>
        <w:br/>
      </w:r>
      <w:r>
        <w:rPr>
          <w:sz w:val="20"/>
        </w:rPr>
        <w:t>52:57  un ko samajh mein itna time ho gaya tha, woh aik adh mahina ho sakta hai ho gaya ho, un ki samajh mein aa gaya ke bohat buzurg aadmi, bohat achhay aadmi thay aur hum logon ne un ki baat nahi maani aur khafa ho gaye, hum se chalay gaye.</w:t>
      </w:r>
      <w:r>
        <w:br/>
      </w:r>
      <w:r>
        <w:rPr>
          <w:sz w:val="20"/>
        </w:rPr>
        <w:t>53:09  to wahan aik tilay par kharay hue woh intazar karte rehtay thay un ka rozana. to jab woh aaye to saaray logon ne un ko</w:t>
      </w:r>
      <w:r>
        <w:br/>
      </w:r>
      <w:r>
        <w:rPr>
          <w:sz w:val="20"/>
        </w:rPr>
        <w:t>53:16  bohat hi ziyada welcome kiya aur un ki baat ko saaray logon ne, un ke sab un ke follower ban gaye. to yeh aik bohat achha, bhai, mein abhi bataya tha na ke tamam jo peghambar jin ka zikr Quran mein aaya hai, woh sab hamaray liye namona hain.</w:t>
      </w:r>
      <w:r>
        <w:br/>
      </w:r>
      <w:r>
        <w:rPr>
          <w:sz w:val="20"/>
        </w:rPr>
        <w:t>53:31  to hamein intezar karna hai aur har cheez ko intezar ke khane mein daal dena hai aur nermi ke sath apna kaam, mohabbat ke sath, nermi ke sath apne kaam karte rehna hai.</w:t>
      </w:r>
    </w:p>
    <w:p>
      <w:pPr>
        <w:pStyle w:val="Heading2"/>
      </w:pPr>
      <w:r>
        <w:t>اصل راز: آزادی کے ساتھ ہسٹری کا مینجمنٹ</w:t>
      </w:r>
    </w:p>
    <w:p>
      <w:r>
        <w:rPr>
          <w:color w:val="666666"/>
          <w:sz w:val="18"/>
        </w:rPr>
        <w:t>Complex Free Soul | November 22, 2015 · 5m 07s · at 31:00 · https://youtu.be/rUQOvN4-mq0?t=1860</w:t>
      </w:r>
    </w:p>
    <w:p>
      <w:r>
        <w:rPr>
          <w:i/>
        </w:rPr>
        <w:t>“Jis tareeqay se physical world ko God manage kar raha hai”</w:t>
      </w:r>
    </w:p>
    <w:p>
      <w:r>
        <w:rPr>
          <w:sz w:val="20"/>
        </w:rPr>
        <w:t>31:00  To is ke maani ke aap jab yeh daryaft kar len ke jis tareeqe se physical world ko Khuda truest way mein manage kar raha hai, isi tarah history ko bhi truest way mein manage kar raha hai. Jo Khuda physical world ko nihayat hi truest way mein manage kar raha hai. Zero defect ke level par manage kar raha hai. Aise hi insaan ki history ko bhi truest way mein manage kar raha hai. Lekin chunke insaan ko</w:t>
      </w:r>
      <w:r>
        <w:br/>
      </w:r>
      <w:r>
        <w:rPr>
          <w:sz w:val="20"/>
        </w:rPr>
        <w:t>31:30  آزادی دی گئی ہے، آزادی کو maintain کرتے ہوئے management ہو رہا ہے، اسے آپ سمجھ نہیں پاتے۔</w:t>
      </w:r>
      <w:r>
        <w:br/>
      </w:r>
      <w:r>
        <w:rPr>
          <w:sz w:val="20"/>
        </w:rPr>
        <w:t>31:36  physical world mein koi azaad nahi hai, ya bas problem wahan nahi hai.</w:t>
      </w:r>
      <w:r>
        <w:br/>
      </w:r>
      <w:r>
        <w:rPr>
          <w:sz w:val="20"/>
        </w:rPr>
        <w:t>31:42  wahan total control hai, total control hai.</w:t>
      </w:r>
      <w:r>
        <w:br/>
      </w:r>
      <w:r>
        <w:rPr>
          <w:sz w:val="20"/>
        </w:rPr>
        <w:t>31:48  yahan par insaan ko azaadi hai, to insaan kabhi aisa karta hai, kabhi waisa karta hai.</w:t>
      </w:r>
      <w:r>
        <w:br/>
      </w:r>
      <w:r>
        <w:rPr>
          <w:sz w:val="20"/>
        </w:rPr>
        <w:t>31:54  to insaan ki azaadi ko</w:t>
      </w:r>
      <w:r>
        <w:br/>
      </w:r>
      <w:r>
        <w:rPr>
          <w:sz w:val="20"/>
        </w:rPr>
        <w:t>32:00  maintain کرتے ہوئے creator انسان کی history کو manage کر رہا ہے۔</w:t>
      </w:r>
      <w:r>
        <w:br/>
      </w:r>
      <w:r>
        <w:rPr>
          <w:sz w:val="20"/>
        </w:rPr>
        <w:t>32:06  yeh hai asal raaz.</w:t>
      </w:r>
      <w:r>
        <w:br/>
      </w:r>
      <w:r>
        <w:rPr>
          <w:sz w:val="20"/>
        </w:rPr>
        <w:t>32:13  jo is raaz ko samjhe, wahi nafs mutmain hai.</w:t>
      </w:r>
      <w:r>
        <w:br/>
      </w:r>
      <w:r>
        <w:rPr>
          <w:sz w:val="20"/>
        </w:rPr>
        <w:t>32:19  isi ke liye jannat hai. raziyatan mardiyatan.</w:t>
      </w:r>
      <w:r>
        <w:br/>
      </w:r>
      <w:r>
        <w:rPr>
          <w:sz w:val="20"/>
        </w:rPr>
        <w:t>32:25  yaani raazi ho kar, yaani woh, woh aisa, aisa insaan jab marta hai to woh raazi ho kar marta hai.</w:t>
      </w:r>
      <w:r>
        <w:br/>
      </w:r>
      <w:r>
        <w:rPr>
          <w:sz w:val="20"/>
        </w:rPr>
        <w:t>32:31  Farishtay, farishtay gawahi dete hain ke aye Allah, yeh insaan woh hai jo teri takhleeq par raazi tha, tere creation plan par raazi tha, teri scheme of things par raazi tha. Is ke andar jo wisdom hai, is wisdom ko us ne daryaft kar liya tha. Jis tarah scientist jo hai, physical world ki wisdom ko daryaft karta hai. To wahan mathematics kaam aa jati hai. Mathematics kaafi</w:t>
      </w:r>
      <w:r>
        <w:br/>
      </w:r>
      <w:r>
        <w:rPr>
          <w:sz w:val="20"/>
        </w:rPr>
        <w:t>33:01  hai. Scientist jo hai, physical world ki wisdom ko daryaft karta hai. Through mathematics. Insaan ki, insaan ki history ko, insaan ki zindagi ko aap mathematics se discover nahi kar sakte. Mathematics se aap explain nahi kar sakte. Koi unhon ne koshish ki to fail ho gaye. Jaise Karl Marx hai. Karl Mar</w:t>
      </w:r>
      <w:r>
        <w:br/>
      </w:r>
      <w:r>
        <w:rPr>
          <w:sz w:val="20"/>
        </w:rPr>
        <w:t>33:31  kis ya darwin.</w:t>
      </w:r>
      <w:r>
        <w:br/>
      </w:r>
      <w:r>
        <w:rPr>
          <w:sz w:val="20"/>
        </w:rPr>
        <w:t>33:37  انہوں نے mathematical methods کو apply کیا انسان کے اوپر، وہ فیل ہو گئے۔</w:t>
      </w:r>
      <w:r>
        <w:br/>
      </w:r>
      <w:r>
        <w:rPr>
          <w:sz w:val="20"/>
        </w:rPr>
        <w:t>33:44  mathematical method insan par apply nahi hoga.</w:t>
      </w:r>
      <w:r>
        <w:br/>
      </w:r>
      <w:r>
        <w:rPr>
          <w:sz w:val="20"/>
        </w:rPr>
        <w:t>33:50  yahan doosra method hai.</w:t>
      </w:r>
      <w:r>
        <w:br/>
      </w:r>
      <w:r>
        <w:rPr>
          <w:sz w:val="20"/>
        </w:rPr>
        <w:t>33:57  کہ انسان کی آزادی کو maintain کرتے ہوئے ہسٹری کو manage کرنا، ایک، ایک، ایک سوچیں سمجھیں goal کی طرف۔</w:t>
      </w:r>
      <w:r>
        <w:br/>
      </w:r>
      <w:r>
        <w:rPr>
          <w:sz w:val="20"/>
        </w:rPr>
        <w:t>34:03  to koi mathematical method wahan apply nahi hoga.</w:t>
      </w:r>
      <w:r>
        <w:br/>
      </w:r>
      <w:r>
        <w:rPr>
          <w:sz w:val="20"/>
        </w:rPr>
        <w:t>34:09  isi liye karl marx fail ho gaya, method darwin fail ho gaya.</w:t>
      </w:r>
      <w:r>
        <w:br/>
      </w:r>
      <w:r>
        <w:rPr>
          <w:sz w:val="20"/>
        </w:rPr>
        <w:t>34:15  to jo aadmi is criterion par poora utre, jo aadmi is, is shart ko poora kar sake ke</w:t>
      </w:r>
      <w:r>
        <w:br/>
      </w:r>
      <w:r>
        <w:rPr>
          <w:sz w:val="20"/>
        </w:rPr>
        <w:t>34:21  wo wisdom ko daryaft kar le.</w:t>
      </w:r>
      <w:r>
        <w:br/>
      </w:r>
      <w:r>
        <w:rPr>
          <w:sz w:val="20"/>
        </w:rPr>
        <w:t>34:27  yani wisdom ka matlab mein yeh kahunga ke kyun dunya</w:t>
      </w:r>
      <w:r>
        <w:br/>
      </w:r>
      <w:r>
        <w:rPr>
          <w:sz w:val="20"/>
        </w:rPr>
        <w:t>34:33  mein bazahir violation of human rights hai, kyun dunya mein bazahir injustice hai, kyun dunya mein, dunya</w:t>
      </w:r>
      <w:r>
        <w:br/>
      </w:r>
      <w:r>
        <w:rPr>
          <w:sz w:val="20"/>
        </w:rPr>
        <w:t>34:38  mein bazahir evil hai.</w:t>
      </w:r>
      <w:r>
        <w:br/>
      </w:r>
      <w:r>
        <w:rPr>
          <w:sz w:val="20"/>
        </w:rPr>
        <w:t>34:42  is ko daryaft karein, is ki wisdom ko daryaft karein, is ke peeche ek wisdom hai, is ko</w:t>
      </w:r>
      <w:r>
        <w:br/>
      </w:r>
      <w:r>
        <w:rPr>
          <w:sz w:val="20"/>
        </w:rPr>
        <w:t>34:46  daryaft kar lein.</w:t>
      </w:r>
      <w:r>
        <w:br/>
      </w:r>
      <w:r>
        <w:rPr>
          <w:sz w:val="20"/>
        </w:rPr>
        <w:t>34:50  yeh, yeh ek evil nahi hai yeh.</w:t>
      </w:r>
      <w:r>
        <w:br/>
      </w:r>
      <w:r>
        <w:rPr>
          <w:sz w:val="20"/>
        </w:rPr>
        <w:t>34:55  yeh injustice nahi hai yeh.</w:t>
      </w:r>
      <w:r>
        <w:br/>
      </w:r>
      <w:r>
        <w:rPr>
          <w:sz w:val="20"/>
        </w:rPr>
        <w:t>34:59  yeh violation of human rights nahi</w:t>
      </w:r>
      <w:r>
        <w:br/>
      </w:r>
      <w:r>
        <w:rPr>
          <w:sz w:val="20"/>
        </w:rPr>
        <w:t>35:03  hai yeh.</w:t>
      </w:r>
      <w:r>
        <w:br/>
      </w:r>
      <w:r>
        <w:rPr>
          <w:sz w:val="20"/>
        </w:rPr>
        <w:t>35:10  Apparently it is, but in fact it is not.</w:t>
      </w:r>
      <w:r>
        <w:br/>
      </w:r>
      <w:r>
        <w:rPr>
          <w:sz w:val="20"/>
        </w:rPr>
        <w:t>35:16  تو جو، جس جو اپنے آپ، اپنے intellectual، اپنے، اپنے mind کو اتنا زیادہ develop کرے کہ وہ</w:t>
      </w:r>
      <w:r>
        <w:br/>
      </w:r>
      <w:r>
        <w:rPr>
          <w:sz w:val="20"/>
        </w:rPr>
        <w:t>35:23  اس وزڈم تک پہنچ جائے، یعنی بہت، وہ اس wisdom تک پہنچنے کے لیے آپ کو بہت چیزوں</w:t>
      </w:r>
      <w:r>
        <w:br/>
      </w:r>
      <w:r>
        <w:rPr>
          <w:sz w:val="20"/>
        </w:rPr>
        <w:t>35:29  ko eliminate karna parta hai.</w:t>
      </w:r>
      <w:r>
        <w:br/>
      </w:r>
      <w:r>
        <w:rPr>
          <w:sz w:val="20"/>
        </w:rPr>
        <w:t>35:36  بہت چیزوں کو جب eliminate کریں گے آپ، تب جا کر آپ، آپ اس wisdom تک پہنچیں گے۔</w:t>
      </w:r>
      <w:r>
        <w:br/>
      </w:r>
      <w:r>
        <w:rPr>
          <w:sz w:val="20"/>
        </w:rPr>
        <w:t>35:42  nahi to attak kar reh jayenge.</w:t>
      </w:r>
      <w:r>
        <w:br/>
      </w:r>
      <w:r>
        <w:rPr>
          <w:sz w:val="20"/>
        </w:rPr>
        <w:t>35:48  yeh matlab hai nafs e mutmainna ka.</w:t>
      </w:r>
      <w:r>
        <w:br/>
      </w:r>
      <w:r>
        <w:rPr>
          <w:sz w:val="20"/>
        </w:rPr>
        <w:t>35:55  ya ayyuhal nafsul mutmainnah.</w:t>
      </w:r>
      <w:r>
        <w:br/>
      </w:r>
      <w:r>
        <w:rPr>
          <w:sz w:val="20"/>
        </w:rPr>
        <w:t>36:01  yeh hai is ka matlab.</w:t>
      </w:r>
    </w:p>
    <w:p>
      <w:pPr>
        <w:pStyle w:val="Heading2"/>
      </w:pPr>
      <w:r>
        <w:t>Galileo, science, and the Creator science left out</w:t>
      </w:r>
    </w:p>
    <w:p>
      <w:r>
        <w:rPr>
          <w:color w:val="666666"/>
          <w:sz w:val="18"/>
        </w:rPr>
        <w:t>The Message of Eid Al- Adha November 6, 2011 - Maulana Wahiduddin Khan · 4m 47s · at 7:59 · https://youtu.be/jRx-8VFlR9Q?t=479</w:t>
      </w:r>
    </w:p>
    <w:p>
      <w:r>
        <w:rPr>
          <w:i/>
        </w:rPr>
        <w:t>“Galileo, jo Italy ka bahut bara scientist tha”</w:t>
      </w:r>
    </w:p>
    <w:p>
      <w:r>
        <w:rPr>
          <w:sz w:val="20"/>
        </w:rPr>
        <w:t>7:59  galileo, jo Italy ka bahut bada scientist tha, us ki wafat hui hai 1642 isvi mein.</w:t>
      </w:r>
      <w:r>
        <w:br/>
      </w:r>
      <w:r>
        <w:rPr>
          <w:sz w:val="20"/>
        </w:rPr>
        <w:t>8:12  1642. is ko kaha jata hai ke woh "he led the foundation stone of modern science".</w:t>
      </w:r>
      <w:r>
        <w:br/>
      </w:r>
      <w:r>
        <w:rPr>
          <w:sz w:val="20"/>
        </w:rPr>
        <w:t>8:26  us ne modern science ka sing buniyad rakha. us ne kya kiya? us ne ek bahut hi</w:t>
      </w:r>
      <w:r>
        <w:br/>
      </w:r>
      <w:r>
        <w:rPr>
          <w:sz w:val="20"/>
        </w:rPr>
        <w:t>8:40  is mazhab ke aitbaar se bahut hi serious cheez ki. he separated the measurable from non-measurable.</w:t>
      </w:r>
      <w:r>
        <w:br/>
      </w:r>
      <w:r>
        <w:rPr>
          <w:sz w:val="20"/>
        </w:rPr>
        <w:t>8:53  he separated the qualitative aspect of things from quantitative aspect. to poori science chal padi.</w:t>
      </w:r>
      <w:r>
        <w:br/>
      </w:r>
      <w:r>
        <w:rPr>
          <w:sz w:val="20"/>
        </w:rPr>
        <w:t>9:05  science naam hai nature ki tehqeeq ka, lekin nature mein kis baat ki tehqeeq karti hai science? sirf form ki, spirit ki nahin.</w:t>
      </w:r>
      <w:r>
        <w:br/>
      </w:r>
      <w:r>
        <w:rPr>
          <w:sz w:val="20"/>
        </w:rPr>
        <w:t>9:20  spirit ki nahin.</w:t>
      </w:r>
      <w:r>
        <w:br/>
      </w:r>
      <w:r>
        <w:rPr>
          <w:sz w:val="20"/>
        </w:rPr>
        <w:t>9:23  har cheez mein science ne yahi kiya ke spirit ko chhod kar form ki research chhodne lagi.</w:t>
      </w:r>
      <w:r>
        <w:br/>
      </w:r>
      <w:r>
        <w:rPr>
          <w:sz w:val="20"/>
        </w:rPr>
        <w:t>9:35  aur nature mein jo maanoiyat thi, jo meaning thi, jo hikmat thi, jo wisdom thi, woh science ka subject nahin bani.</w:t>
      </w:r>
      <w:r>
        <w:br/>
      </w:r>
      <w:r>
        <w:rPr>
          <w:sz w:val="20"/>
        </w:rPr>
        <w:t>9:46  halanke isi mein khalique ki daryaft hoti thi.</w:t>
      </w:r>
      <w:r>
        <w:br/>
      </w:r>
      <w:r>
        <w:rPr>
          <w:sz w:val="20"/>
        </w:rPr>
        <w:t>9:50  yahan bhi aap dekhiye to science ne makhlooq ko liya aur khalique ko chhod diya. Misal ke taur par dekhiye, hamara jo solar system hai,</w:t>
      </w:r>
      <w:r>
        <w:br/>
      </w:r>
      <w:r>
        <w:rPr>
          <w:sz w:val="20"/>
        </w:rPr>
        <w:t>10:05  nizam shamsi,</w:t>
      </w:r>
      <w:r>
        <w:br/>
      </w:r>
      <w:r>
        <w:rPr>
          <w:sz w:val="20"/>
        </w:rPr>
        <w:t>10:09  woh kya hai? Solar system ek galaxy mein waqe hai.</w:t>
      </w:r>
      <w:r>
        <w:br/>
      </w:r>
      <w:r>
        <w:rPr>
          <w:sz w:val="20"/>
        </w:rPr>
        <w:t>10:17  wasee universe mein bahut sari kahkeshan hain jin ko galaxy kaha jata hai. In mein se ek galaxy woh hai jis mein hamara solar system waqe hai.</w:t>
      </w:r>
      <w:r>
        <w:br/>
      </w:r>
      <w:r>
        <w:rPr>
          <w:sz w:val="20"/>
        </w:rPr>
        <w:t>10:31  yeh bahut hi ajeeb baat hai ke poora solar system is galaxy ke corner par hai, kinare, is ke darmiyan mein nahin hai.</w:t>
      </w:r>
      <w:r>
        <w:br/>
      </w:r>
      <w:r>
        <w:rPr>
          <w:sz w:val="20"/>
        </w:rPr>
        <w:t>10:44  is galaxy mein bahut sare sitare hain, billions ya billion sitare hain, bahut hi zyada bade bade, bahut zyada garam.</w:t>
      </w:r>
      <w:r>
        <w:br/>
      </w:r>
      <w:r>
        <w:rPr>
          <w:sz w:val="20"/>
        </w:rPr>
        <w:t>10:54  to is galaxy ka jo darmiyani hissa hai, woh bahut zyada garam hai, bahut zyada heat hai is ke andar.</w:t>
      </w:r>
      <w:r>
        <w:br/>
      </w:r>
      <w:r>
        <w:rPr>
          <w:sz w:val="20"/>
        </w:rPr>
        <w:t>11:06  agar hamara solar system galaxy ke darmiyan mein hota to hum log pighal jate, hamara wajood na hota hamara.</w:t>
      </w:r>
      <w:r>
        <w:br/>
      </w:r>
      <w:r>
        <w:rPr>
          <w:sz w:val="20"/>
        </w:rPr>
        <w:t>11:17  lekin khalique ne solar system ko galaxy ke kinare rakh diya, jis ki wajah se hum ko bahut hi mo'tedil aur normal heat milti hai.</w:t>
      </w:r>
      <w:r>
        <w:br/>
      </w:r>
      <w:r>
        <w:rPr>
          <w:sz w:val="20"/>
        </w:rPr>
        <w:t>11:31  to scientist is ki daryaft to karta hai ke ke solar system mein kehte hain</w:t>
      </w:r>
      <w:r>
        <w:br/>
      </w:r>
      <w:r>
        <w:rPr>
          <w:sz w:val="20"/>
        </w:rPr>
        <w:t>11:43  planets hain, is ke is ki movement kaise hoti hai, is ka location kya hai.</w:t>
      </w:r>
      <w:r>
        <w:br/>
      </w:r>
      <w:r>
        <w:rPr>
          <w:sz w:val="20"/>
        </w:rPr>
        <w:t>11:53  lekin yeh jo pehlu hai ke itni zabardast is ke andar maanoiyat hai, yahi ek baat nahin, aisi millions aur billions baatein hain jo batati hain ke jo khalique hai is ka,</w:t>
      </w:r>
      <w:r>
        <w:br/>
      </w:r>
      <w:r>
        <w:rPr>
          <w:sz w:val="20"/>
        </w:rPr>
        <w:t>12:12  woh bahut hi zyada hakim hai. Yani everything is well designed, well planned.</w:t>
      </w:r>
      <w:r>
        <w:br/>
      </w:r>
      <w:r>
        <w:rPr>
          <w:sz w:val="20"/>
        </w:rPr>
        <w:t>12:20  to kyun aisa hai? Is ke ma'ne hain ke is ke peeche planner hain, is ke peeche designer hain. Lekin science ka woh subject nahin.</w:t>
      </w:r>
      <w:r>
        <w:br/>
      </w:r>
      <w:r>
        <w:rPr>
          <w:sz w:val="20"/>
        </w:rPr>
        <w:t>12:32  to science form ka, form ki tehqeeq karti hai. Is ke jo meaning hai, is ke andar jo wisdom hai, woh science ka subject nahin hai.</w:t>
      </w:r>
    </w:p>
    <w:p>
      <w:pPr>
        <w:pStyle w:val="Heading2"/>
      </w:pPr>
      <w:r>
        <w:t>hajj verse and its lesson for daily life</w:t>
      </w:r>
    </w:p>
    <w:p>
      <w:r>
        <w:rPr>
          <w:color w:val="666666"/>
          <w:sz w:val="18"/>
        </w:rPr>
        <w:t>Dars -e-Quran June 30, 2007 · 3m 34s · at 29:06 · https://youtu.be/I2HVuhH6eS8?t=1746</w:t>
      </w:r>
    </w:p>
    <w:p>
      <w:r>
        <w:rPr>
          <w:i/>
        </w:rPr>
        <w:t>“فلا رفس ولا فسوق ولا جدال فی الحج”</w:t>
      </w:r>
    </w:p>
    <w:p>
      <w:r>
        <w:rPr>
          <w:sz w:val="20"/>
        </w:rPr>
        <w:t>29:06  197</w:t>
      </w:r>
      <w:r>
        <w:br/>
      </w:r>
      <w:r>
        <w:rPr>
          <w:sz w:val="20"/>
        </w:rPr>
        <w:t>29:12  surah baqarah 197 mein hajj ka bayan hai. to farmaya ke jab hajj ke liye niklo to fala rafs wa la fusooqa wa la jidala fil hajj</w:t>
      </w:r>
      <w:r>
        <w:br/>
      </w:r>
      <w:r>
        <w:rPr>
          <w:sz w:val="20"/>
        </w:rPr>
        <w:t>29:32  fala rafs wa la fusooqa wa la jidala fil hajj yaani hajj ke safar mein aap jante hain ke aadmi bohat se logon ke beech mein aa jata hai.</w:t>
      </w:r>
      <w:r>
        <w:br/>
      </w:r>
      <w:r>
        <w:rPr>
          <w:sz w:val="20"/>
        </w:rPr>
        <w:t>29:45  aap ghar mein, aap apne ghar mein akele hain. lekin jab hajj ke liye niklenge aap to bohat se logon ke saath safar karna padega. bohat se logon ke saath rehna padega.</w:t>
      </w:r>
      <w:r>
        <w:br/>
      </w:r>
      <w:r>
        <w:rPr>
          <w:sz w:val="20"/>
        </w:rPr>
        <w:t>29:57  bohat se logon ke saath mil kar ke ibadat karna padega.</w:t>
      </w:r>
      <w:r>
        <w:br/>
      </w:r>
      <w:r>
        <w:rPr>
          <w:sz w:val="20"/>
        </w:rPr>
        <w:t>30:02  to kya hota hai phir? baar baar aisa hota hai ke koi kahin ikhtilaf ho gaya, kahin difference aa gaya, kahin shikayat ho gayi, kahin kisi se kisi ko takleef pahanch gayi.</w:t>
      </w:r>
      <w:r>
        <w:br/>
      </w:r>
      <w:r>
        <w:rPr>
          <w:sz w:val="20"/>
        </w:rPr>
        <w:t>30:16  to farmaya ke fala rafs wa la fusooqa wa la jidala fil hajj ke hajj ke liye niklo jab tum to na to tumhein gandi baat bolna hai, na jhagda karna hai,</w:t>
      </w:r>
      <w:r>
        <w:br/>
      </w:r>
      <w:r>
        <w:rPr>
          <w:sz w:val="20"/>
        </w:rPr>
        <w:t>30:31  na koi buri baat bolna hai. to gandi baat, buri baat, jhagde wali baat, in sab baaton se apne aap ko bachana hai.</w:t>
      </w:r>
      <w:r>
        <w:br/>
      </w:r>
      <w:r>
        <w:rPr>
          <w:sz w:val="20"/>
        </w:rPr>
        <w:t>30:42  iska matlab yeh nahi ke hajj mein bachana hai sirf. nahi</w:t>
      </w:r>
      <w:r>
        <w:br/>
      </w:r>
      <w:r>
        <w:rPr>
          <w:sz w:val="20"/>
        </w:rPr>
        <w:t>30:47  . hajj to training period hai in baaton ke liye. hum society mein kaise rahen?</w:t>
      </w:r>
      <w:r>
        <w:br/>
      </w:r>
      <w:r>
        <w:rPr>
          <w:sz w:val="20"/>
        </w:rPr>
        <w:t>30:57  logon ke saath jab hum mil jul kar rahen to kaise rahen? to wahan par yeh karna hai humein. roz apni daily life mein ke na munh se hum gandi baat bolen, na buri baat nikalen, na jhagda karen.</w:t>
      </w:r>
      <w:r>
        <w:br/>
      </w:r>
      <w:r>
        <w:rPr>
          <w:sz w:val="20"/>
        </w:rPr>
        <w:t>31:13  is tarah se hamein apni society mein rehna hai.</w:t>
      </w:r>
      <w:r>
        <w:br/>
      </w:r>
      <w:r>
        <w:rPr>
          <w:sz w:val="20"/>
        </w:rPr>
        <w:t>31:17  to haj mein ek ibadat ke mahol paida kar ke wahan is ki training ki jati hai. is ki training di jati hai.</w:t>
      </w:r>
      <w:r>
        <w:br/>
      </w:r>
      <w:r>
        <w:rPr>
          <w:sz w:val="20"/>
        </w:rPr>
        <w:t>31:28  to yeh sari zindagi ke liye yeh baat chahiye</w:t>
      </w:r>
      <w:r>
        <w:br/>
      </w:r>
      <w:r>
        <w:rPr>
          <w:sz w:val="20"/>
        </w:rPr>
        <w:t>31:34  ke aadmi sari zindagi is tarah rahe ke logon ke sath woh peaceful tareeqe se rahe. logon ke sath sharafat ke sath rahe. logon ke sath is tarah rahe ke un ke liye koi woh problem create nahi kar raha hai.</w:t>
      </w:r>
      <w:r>
        <w:br/>
      </w:r>
      <w:r>
        <w:rPr>
          <w:sz w:val="20"/>
        </w:rPr>
        <w:t>31:49  yeh hamein apni daily life mein karna hai aur sari umar karna hai.</w:t>
      </w:r>
      <w:r>
        <w:br/>
      </w:r>
      <w:r>
        <w:rPr>
          <w:sz w:val="20"/>
        </w:rPr>
        <w:t>31:56  isi ki training ke liye, isi ki tarbiyat ke liye haj mein is ko khaas tareeqe se is par emphasis di gai.</w:t>
      </w:r>
      <w:r>
        <w:br/>
      </w:r>
      <w:r>
        <w:rPr>
          <w:sz w:val="20"/>
        </w:rPr>
        <w:t>32:07  bohat hi important ke sath is ko bataya gaya.</w:t>
      </w:r>
      <w:r>
        <w:br/>
      </w:r>
      <w:r>
        <w:rPr>
          <w:sz w:val="20"/>
        </w:rPr>
        <w:t>32:11  ke haj mein agar tum bharpoor tor par apne andar yeh habit paida kar lo, apne aap ko train kar lo, apne zehan ko bana lo to phir sari zindagi is ka asar rahega aur tumhari daily life mein, yani wapas aane ke baad jo tumhari daily life hai,</w:t>
      </w:r>
      <w:r>
        <w:br/>
      </w:r>
      <w:r>
        <w:rPr>
          <w:sz w:val="20"/>
        </w:rPr>
        <w:t>32:33  woh is mein is mein is ka rang dikhai dega.</w:t>
      </w:r>
    </w:p>
    <w:p>
      <w:pPr>
        <w:pStyle w:val="Heading2"/>
      </w:pPr>
      <w:r>
        <w:t>freedom fueled science, kings and church both lost</w:t>
      </w:r>
    </w:p>
    <w:p>
      <w:r>
        <w:rPr>
          <w:color w:val="666666"/>
          <w:sz w:val="18"/>
        </w:rPr>
        <w:t>Freedom of Expression in Islam September 30, 2012 · 6m 09s · at 24:45 · https://youtu.be/S4mQpkoZITg?t=1485</w:t>
      </w:r>
    </w:p>
    <w:p>
      <w:r>
        <w:rPr>
          <w:i/>
        </w:rPr>
        <w:t>“Their argument is: without freedom, there was no progress”</w:t>
      </w:r>
    </w:p>
    <w:p>
      <w:r>
        <w:rPr>
          <w:sz w:val="20"/>
        </w:rPr>
        <w:t>24:45  unki daleel kya hai? is ko samjhiye. unki daleel yeh hai ke dunya mein jab azadi nahi thi to koi taraqqi nahi thi. jab azadi nahi thi to koi taraqqi nahi thi.</w:t>
      </w:r>
      <w:r>
        <w:br/>
      </w:r>
      <w:r>
        <w:rPr>
          <w:sz w:val="20"/>
        </w:rPr>
        <w:t>24:58  misal ke tor par dekhiye, Roman Empire dunya mein do hazar saal tak tha, 2000 years, lekin tareekh batati hai ke in do hazar saalon mein koi scientific development nahi hua</w:t>
      </w:r>
      <w:r>
        <w:br/>
      </w:r>
      <w:r>
        <w:rPr>
          <w:sz w:val="20"/>
        </w:rPr>
        <w:t>25:16  kyun ke woh har nai cheez ke mukhalif thay. dekhiye, yeh jo emperor jo hota hai ya king hota hai, uska hamesha aik hi cheez ka, aik hi cheez ka sadqa concern hoti hai ke us ke khilaf koi revolt na ho, bas koi us ke empire ko koi khatra na bane.</w:t>
      </w:r>
      <w:r>
        <w:br/>
      </w:r>
      <w:r>
        <w:rPr>
          <w:sz w:val="20"/>
        </w:rPr>
        <w:t>25:39  to har nai cheez ke khilaf hotay hain woh log. woh samajhte hain ke phir jo hai wohi rahe.</w:t>
      </w:r>
      <w:r>
        <w:br/>
      </w:r>
      <w:r>
        <w:rPr>
          <w:sz w:val="20"/>
        </w:rPr>
        <w:t>25:46  chunanche yeh bataya jata hai ke Roman faujen jab Greece mein dakhil hui theen, Yunan mein, to wahan par aik koi plaster tha jo zameen par baitha hua mathematics ka aik problem solve kar raha tha.</w:t>
      </w:r>
      <w:r>
        <w:br/>
      </w:r>
      <w:r>
        <w:rPr>
          <w:sz w:val="20"/>
        </w:rPr>
        <w:t>26:04  aap jante hain, us zamane mein kaghaz waghera bohat zyada nahi hua karta tha. to woh zameen par saaf barhamwar zameen par baitha hua aik mathematics ka problem solve kar raha tha, likh likh raha tha.</w:t>
      </w:r>
      <w:r>
        <w:br/>
      </w:r>
      <w:r>
        <w:rPr>
          <w:sz w:val="20"/>
        </w:rPr>
        <w:t>26:23  to jab almiyon mein dakhil hue, to jante hain kya hua? us ko talwar maar ke gardan se uska sir juda kar diya gaya</w:t>
      </w:r>
      <w:r>
        <w:br/>
      </w:r>
      <w:r>
        <w:rPr>
          <w:sz w:val="20"/>
        </w:rPr>
        <w:t>26:32  kyun ke woh naya kaam, aik naya kaam kar raha tha. badshahi daur mein, jo ke French Revolution se pehle sari dunya mein tha, badshahi daur mein nai cheez ke sakht khilaf hua karte thay.</w:t>
      </w:r>
      <w:r>
        <w:br/>
      </w:r>
      <w:r>
        <w:rPr>
          <w:sz w:val="20"/>
        </w:rPr>
        <w:t>26:47  woh khud Islam ke zamane mein bhi yeh halat qaim thi.</w:t>
      </w:r>
      <w:r>
        <w:br/>
      </w:r>
      <w:r>
        <w:rPr>
          <w:sz w:val="20"/>
        </w:rPr>
        <w:t>26:52  misalan dekhiye, Makki daur mein jo waqiat hue, us mein se aik waqia yeh hai ke qabail Arab jo thay, woh Kaba ki ziyarat ke liye mukhtalif ilaqon se aya karte thay.</w:t>
      </w:r>
      <w:r>
        <w:br/>
      </w:r>
      <w:r>
        <w:rPr>
          <w:sz w:val="20"/>
        </w:rPr>
        <w:t>27:11  har saal aik saal aisa hua ke jab qabail aaye ke Rasool Allah sal Allah alaihi wasallam gaye wahan par tablegh ke liye, Quran logon ko batane ke liye.</w:t>
      </w:r>
      <w:r>
        <w:br/>
      </w:r>
      <w:r>
        <w:rPr>
          <w:sz w:val="20"/>
        </w:rPr>
        <w:t>27:22  to us mein aik qabila tha, uska naam tha Banu Shaiban. us ke paas aap gaye to aap ne Quran sunaya, un ko is tauheed ki baat batayi.</w:t>
      </w:r>
      <w:r>
        <w:br/>
      </w:r>
      <w:r>
        <w:rPr>
          <w:sz w:val="20"/>
        </w:rPr>
        <w:t>27:34  jo sardar jo tha, woh mutasir hua, us ko aap ki baatein achi lagin lekin us ne mana nahi.</w:t>
      </w:r>
      <w:r>
        <w:br/>
      </w:r>
      <w:r>
        <w:rPr>
          <w:sz w:val="20"/>
        </w:rPr>
        <w:t>27:45  kyun? us ne daleel yeh di thi. aap woh kitab hamare paas maujood hai, yahan bhi dekh sakte hain aap ke hum hum jahan rehte hain, woh Arab ki woh sarhad hai jo Iran se milti hai.</w:t>
      </w:r>
      <w:r>
        <w:br/>
      </w:r>
      <w:r>
        <w:rPr>
          <w:sz w:val="20"/>
        </w:rPr>
        <w:t>28:00  hum Irani badshah ki sarhad par rehte hain aur Irani badshahon se hamare muahiday hain.</w:t>
      </w:r>
      <w:r>
        <w:br/>
      </w:r>
      <w:r>
        <w:rPr>
          <w:sz w:val="20"/>
        </w:rPr>
        <w:t>28:09  us ne us ne kaha tha ke badshah log is ko pasand nahi karte ke koi nai cheez introduce ki jaye, koi nai cheez ikhtiyar ki jaye,</w:t>
      </w:r>
      <w:r>
        <w:br/>
      </w:r>
      <w:r>
        <w:rPr>
          <w:sz w:val="20"/>
        </w:rPr>
        <w:t>28:21  koi nai cheez ikhtiyar ki jaye. to aap ki cheez jo hai, aik nai cheez hai.</w:t>
      </w:r>
      <w:r>
        <w:br/>
      </w:r>
      <w:r>
        <w:rPr>
          <w:sz w:val="20"/>
        </w:rPr>
        <w:t>28:26  yani dunya jo hai, woh yani yani jo dunya ka jo is waqt culture hai, woh shirk culture hai. aap tauheed culture ko pesh kar rahe hain, jo aik nai cheez hai.</w:t>
      </w:r>
      <w:r>
        <w:br/>
      </w:r>
      <w:r>
        <w:rPr>
          <w:sz w:val="20"/>
        </w:rPr>
        <w:t>28:38  to us ne kaha ke Shahanshah Kisra jo hain, is ko pasand nahi karenge. Mumalathul balugh yeh woh cheez hai, yeh yeh aik nai cheez hai, is liye badshah log is ko pasand nahi karenge.</w:t>
      </w:r>
      <w:r>
        <w:br/>
      </w:r>
      <w:r>
        <w:rPr>
          <w:sz w:val="20"/>
        </w:rPr>
        <w:t>28:50  is liye main is ko ikhtiyar nahi kar sakta.</w:t>
      </w:r>
      <w:r>
        <w:br/>
      </w:r>
      <w:r>
        <w:rPr>
          <w:sz w:val="20"/>
        </w:rPr>
        <w:t>28:53  to woh zamana jo tha ke ikhtilaf-e-rai, dissent, alag koi rai rakhna, yeh bilkul shajar-e-mamanu'a tha, pabandi thi.</w:t>
      </w:r>
      <w:r>
        <w:br/>
      </w:r>
      <w:r>
        <w:rPr>
          <w:sz w:val="20"/>
        </w:rPr>
        <w:t>29:04  is liye science ko koi taraqqi nahi hui. Europe mein is ke khilaf tehrikain uthi hain, bare bare log paida hue aur takrao hua.</w:t>
      </w:r>
      <w:r>
        <w:br/>
      </w:r>
      <w:r>
        <w:rPr>
          <w:sz w:val="20"/>
        </w:rPr>
        <w:t>29:15  ek taraf badshahon se takrao hua, doosra church se</w:t>
      </w:r>
      <w:r>
        <w:br/>
      </w:r>
      <w:r>
        <w:rPr>
          <w:sz w:val="20"/>
        </w:rPr>
        <w:t>29:18  bhi hua, kyunke church bhi bohat zyada is ka yaani taqatwar bana hua tha. Ek zamane mein church poore Europe ko dominate karta tha, agarche badshahatain theen, agarche mulkon mein badshah hua karte thay, lekin church ka zabardast domination tha un ke upar.</w:t>
      </w:r>
      <w:r>
        <w:br/>
      </w:r>
      <w:r>
        <w:rPr>
          <w:sz w:val="20"/>
        </w:rPr>
        <w:t>29:36  to church bhi sakht khilaf tha kisi nayi cheez ki. To zabardast takrao hua Europe mein.</w:t>
      </w:r>
      <w:r>
        <w:br/>
      </w:r>
      <w:r>
        <w:rPr>
          <w:sz w:val="20"/>
        </w:rPr>
        <w:t>29:47  aap Renaissance ki history parh lijiye. Renaissance ki history mein aap ko sirf do kitaab ka hawala deta hoon: ek badshahon se takrao ka aur doosra church se takrao ka.</w:t>
      </w:r>
      <w:r>
        <w:br/>
      </w:r>
      <w:r>
        <w:rPr>
          <w:sz w:val="20"/>
        </w:rPr>
        <w:t>30:01  badshahon se ek takrao ki kahani aap janna hai to aap parhiye Rousseau ki kitaab "Social Contract". "Social Contract" jis ka pehla sentence hai ke "Man was bought free, but I am by I see him in change."</w:t>
      </w:r>
      <w:r>
        <w:br/>
      </w:r>
      <w:r>
        <w:rPr>
          <w:sz w:val="20"/>
        </w:rPr>
        <w:t>30:18  to badshahon se zabardast takrao hua, yahan tak ke badshahat khatam hui. Pehle France mein, is ke baad poore Europe mein thi. Tab wahan par azadi aayi, tab science ki taraqqi shuru hui.</w:t>
      </w:r>
      <w:r>
        <w:br/>
      </w:r>
      <w:r>
        <w:rPr>
          <w:sz w:val="20"/>
        </w:rPr>
        <w:t>30:31  yeh mamla church ke sath pesh aaya. Church se zabardast takrao hua. Church ne Galileo ko aur bohat se logon ko bilkul zabani bandi kar di hui thi.</w:t>
      </w:r>
      <w:r>
        <w:br/>
      </w:r>
      <w:r>
        <w:rPr>
          <w:sz w:val="20"/>
        </w:rPr>
        <w:t>30:41  to aakhir kar yeh yaani woh log jeete aur church ko unhon ne ek chote se raqbe mein rehne par majboor kar diya.</w:t>
      </w:r>
    </w:p>
    <w:p>
      <w:pPr>
        <w:pStyle w:val="Heading2"/>
      </w:pPr>
      <w:r>
        <w:t>Root cause of Muslim failure to modernize</w:t>
      </w:r>
    </w:p>
    <w:p>
      <w:r>
        <w:rPr>
          <w:color w:val="666666"/>
          <w:sz w:val="18"/>
        </w:rPr>
        <w:t>Believers and Non-Belivers (In Conversation with Maulana) · 3m 10s · at 19:39 · https://youtu.be/a5IoCo05gaw?t=1179</w:t>
      </w:r>
    </w:p>
    <w:p>
      <w:r>
        <w:rPr>
          <w:i/>
        </w:rPr>
        <w:t>“Maulana, aagla sawaal Rudaki se kiya hai”</w:t>
      </w:r>
    </w:p>
    <w:p>
      <w:r>
        <w:rPr>
          <w:sz w:val="20"/>
        </w:rPr>
        <w:t>19:39  Maulana, agla sawal Roorkee se kiya hai Sajid Anwar sahab ne. Unhone likha hai, "Maulana, what is the root cause of Muslims failure to recognize the age of democracy and the age of science?"</w:t>
      </w:r>
      <w:r>
        <w:br/>
      </w:r>
      <w:r>
        <w:rPr>
          <w:sz w:val="20"/>
        </w:rPr>
        <w:t>19:54  and how can they replan their activities?" dekhiye, allah taala ne musalmanon ko ikt daar diya. unhone empire banaya. woh tha</w:t>
      </w:r>
      <w:r>
        <w:br/>
      </w:r>
      <w:r>
        <w:rPr>
          <w:sz w:val="20"/>
        </w:rPr>
        <w:t>20:06  kis liye? woh tha quran ki hifazat ke liye. tareekh batati hai ki pichhli kitabein jo allah ki kitab aayi, woh mehfooz nahi rahi. iski wajah kya thi?</w:t>
      </w:r>
      <w:r>
        <w:br/>
      </w:r>
      <w:r>
        <w:rPr>
          <w:sz w:val="20"/>
        </w:rPr>
        <w:t>20:16  ki pichhle jo ambia the, jo unke saathi the, unko power nahi mila.</w:t>
      </w:r>
      <w:r>
        <w:br/>
      </w:r>
      <w:r>
        <w:rPr>
          <w:sz w:val="20"/>
        </w:rPr>
        <w:t>20:22  political power nahi mila.</w:t>
      </w:r>
      <w:r>
        <w:br/>
      </w:r>
      <w:r>
        <w:rPr>
          <w:sz w:val="20"/>
        </w:rPr>
        <w:t>20:25  to main aapse arz kar chuka hoon ki pichhle zamane mein dissent allowed nahi tha.</w:t>
      </w:r>
      <w:r>
        <w:br/>
      </w:r>
      <w:r>
        <w:rPr>
          <w:sz w:val="20"/>
        </w:rPr>
        <w:t>20:31  poora jo daur hai democracy ke pehle ka, usmein dissent allowed nahi tha.</w:t>
      </w:r>
      <w:r>
        <w:br/>
      </w:r>
      <w:r>
        <w:rPr>
          <w:sz w:val="20"/>
        </w:rPr>
        <w:t>20:36  isliye usko khatm kar dete the.</w:t>
      </w:r>
      <w:r>
        <w:br/>
      </w:r>
      <w:r>
        <w:rPr>
          <w:sz w:val="20"/>
        </w:rPr>
        <w:t>20:38  wo to allah taala ne musalmanon ko political power diya taaki quran ko mehfooz kar sake.</w:t>
      </w:r>
      <w:r>
        <w:br/>
      </w:r>
      <w:r>
        <w:rPr>
          <w:sz w:val="20"/>
        </w:rPr>
        <w:t>20:46  lekin ek lambe muddat tak, yaani press ka daur aane tak baqi raha.</w:t>
      </w:r>
      <w:r>
        <w:br/>
      </w:r>
      <w:r>
        <w:rPr>
          <w:sz w:val="20"/>
        </w:rPr>
        <w:t>20:50  yeh to musalman ka obsession ban gaya power.</w:t>
      </w:r>
      <w:r>
        <w:br/>
      </w:r>
      <w:r>
        <w:rPr>
          <w:sz w:val="20"/>
        </w:rPr>
        <w:t>20:55  ab wo usi bare mein jee rahe hain.</w:t>
      </w:r>
      <w:r>
        <w:br/>
      </w:r>
      <w:r>
        <w:rPr>
          <w:sz w:val="20"/>
        </w:rPr>
        <w:t>20:57  wohi political model, kingship model basa hua unke dimagh mein.</w:t>
      </w:r>
      <w:r>
        <w:br/>
      </w:r>
      <w:r>
        <w:rPr>
          <w:sz w:val="20"/>
        </w:rPr>
        <w:t>21:02  ab unko nayi soch aana chahiye ki ab woh daur khatm ho gaya. jab quran mehfooz ho gaya, toh ab hum uski zaroorat nahi hai.</w:t>
      </w:r>
      <w:r>
        <w:br/>
      </w:r>
      <w:r>
        <w:rPr>
          <w:sz w:val="20"/>
        </w:rPr>
        <w:t>21:12  toh rethink jab tak nahi karenge, jab tak apni galti ko daryaft nahi karenge, iski mere khayal se islah nahi ho sakti hai.</w:t>
      </w:r>
      <w:r>
        <w:br/>
      </w:r>
      <w:r>
        <w:rPr>
          <w:sz w:val="20"/>
        </w:rPr>
        <w:t>21:23  yeh musalmanon ko daryaft karna padega ki yeh maujoodgi ke obsession mein jee rahe hain. maujoodgi ka jo border tha, us border ko ki ab zaroorat hi nahi rahi. woh border khatm chuka. woh ab model doosra aa gaya. kyunki hamare jitne likhne wale hain, jitne hamare bolne wale hain, unhone usi ko pakka kiya hai. one to all, jitne bhi likhne wale hain, chahe arab se paida hue ho, india mein paida hue ho,</w:t>
      </w:r>
      <w:r>
        <w:br/>
      </w:r>
      <w:r>
        <w:rPr>
          <w:sz w:val="20"/>
        </w:rPr>
        <w:t>21:49  sab usi usi model ko pakka kiye chale ja rahe hain.</w:t>
      </w:r>
      <w:r>
        <w:br/>
      </w:r>
      <w:r>
        <w:rPr>
          <w:sz w:val="20"/>
        </w:rPr>
        <w:t>21:54  toh awam kya kare</w:t>
      </w:r>
      <w:r>
        <w:br/>
      </w:r>
      <w:r>
        <w:rPr>
          <w:sz w:val="20"/>
        </w:rPr>
        <w:t>21:56  ? masses ko toh aqal khud khud toh hoti nahi. aur jo likhne wala, bolne wala tabqa hai, woh usi ko pakka kar raha hai. usi ko pakka kar raha hai.</w:t>
      </w:r>
      <w:r>
        <w:br/>
      </w:r>
      <w:r>
        <w:rPr>
          <w:sz w:val="20"/>
        </w:rPr>
        <w:t>22:06  misal ke taur par dekhiye, amir sharq barzan ki kitab hai. uska title hai ki "lamaza takhar musalman kyu pichhad gaye</w:t>
      </w:r>
      <w:r>
        <w:br/>
      </w:r>
      <w:r>
        <w:rPr>
          <w:sz w:val="20"/>
        </w:rPr>
        <w:t>22:20  ? doosre log aage ho gaye." toh usmein kehte hain jihad. jihad bare qatl. yeh yeh isliye ki woh jaan, unhone yeh yahi jante hain ki main lad lad kar ke hukoomat qaim karoon. yeh jante hi nahi ki democracy mein toh ladne ki zaroorat hi nahi hai. saare opportunity khuli hui hai har ek aadmi ke liye.</w:t>
      </w:r>
      <w:r>
        <w:br/>
      </w:r>
      <w:r>
        <w:rPr>
          <w:sz w:val="20"/>
        </w:rPr>
        <w:t>22:40  toh rethink musalmanon mein nahi aayi. is wajah se woh kisi cheez ko daryaft nahi kar sake.</w:t>
      </w:r>
    </w:p>
    <w:p>
      <w:pPr>
        <w:pStyle w:val="Heading2"/>
      </w:pPr>
      <w:r>
        <w:t>Historical context of the Prophet's wars as a persecution era</w:t>
      </w:r>
    </w:p>
    <w:p>
      <w:r>
        <w:rPr>
          <w:color w:val="666666"/>
          <w:sz w:val="18"/>
        </w:rPr>
        <w:t>Culture of Peace and Non Voilence in Islam January 14, 2023 · 5m 09s · at 27:12 · https://youtu.be/INrBUtThaRw?t=1632</w:t>
      </w:r>
    </w:p>
    <w:p>
      <w:r>
        <w:rPr>
          <w:i/>
        </w:rPr>
        <w:t>“Islamic history mein jo wars hui, wo alag hi era tha”</w:t>
      </w:r>
    </w:p>
    <w:p>
      <w:r>
        <w:rPr>
          <w:sz w:val="20"/>
        </w:rPr>
        <w:t>27:12  aah, acha, apa, yahan pe ek sawal yeh bhi aata hai ke "we do see in islamic history that there were wars that were fought during the time of the prophet".</w:t>
      </w:r>
      <w:r>
        <w:br/>
      </w:r>
      <w:r>
        <w:rPr>
          <w:sz w:val="20"/>
        </w:rPr>
        <w:t>27:22  to is ko aap kaise explain kareen</w:t>
      </w:r>
      <w:r>
        <w:br/>
      </w:r>
      <w:r>
        <w:rPr>
          <w:sz w:val="20"/>
        </w:rPr>
        <w:t>27:24  ge? kyunke aksar log in wars ka hi hawala dete hain, and they take things out of context. so, how would you explain that?</w:t>
      </w:r>
      <w:r>
        <w:br/>
      </w:r>
      <w:r>
        <w:rPr>
          <w:sz w:val="20"/>
        </w:rPr>
        <w:t>27:35  maulana, yeh kitaab hai "aman-e-alam", is mein yeh saari baaton par bohat detail mein discuss kiya gaya hai. to is mein hai ke "non-violence is the rule in islam, and war is only an exception".</w:t>
      </w:r>
      <w:r>
        <w:br/>
      </w:r>
      <w:r>
        <w:rPr>
          <w:sz w:val="20"/>
        </w:rPr>
        <w:t>27:50  to asal mein to non-violence aur peace hi islam ki base hai, lekin jangain kuch huin.</w:t>
      </w:r>
      <w:r>
        <w:br/>
      </w:r>
      <w:r>
        <w:rPr>
          <w:sz w:val="20"/>
        </w:rPr>
        <w:t>27:59  wo jangon ki wo ek practical reasons hain, kyunke wo zamani reasons hain, wo zamana tha religious persecution ka.</w:t>
      </w:r>
      <w:r>
        <w:br/>
      </w:r>
      <w:r>
        <w:rPr>
          <w:sz w:val="20"/>
        </w:rPr>
        <w:t>28:10  to aap koi bhi nayi baat, aap koi bhi nayi baat society mein kahe karte thay to log aap ke khilaaf ho jatay thay. khali mazhabi nahi, wo ek greek mathematician tha, scientist tha,</w:t>
      </w:r>
      <w:r>
        <w:br/>
      </w:r>
      <w:r>
        <w:rPr>
          <w:sz w:val="20"/>
        </w:rPr>
        <w:t>28:24  archimedes, jahan tak mujhe yaad hai. to wo rait mein koi maths ka kuch formula rait mein likh raha</w:t>
      </w:r>
      <w:r>
        <w:br/>
      </w:r>
      <w:r>
        <w:rPr>
          <w:sz w:val="20"/>
        </w:rPr>
        <w:t>28:33  tha. ab logon ne samjha yeh pata nahi kya nayi cheez is ne nikali hai, matlab innovation jo hai, is se log bohat zyada badaktay thay.</w:t>
      </w:r>
      <w:r>
        <w:br/>
      </w:r>
      <w:r>
        <w:rPr>
          <w:sz w:val="20"/>
        </w:rPr>
        <w:t>28:42  to us wahin us ko maar diya aur tamam baray baray greek scientist ko, philosopherz ko, zyada tar ko mara hi gaya. wo wo age factor hai.</w:t>
      </w:r>
      <w:r>
        <w:br/>
      </w:r>
      <w:r>
        <w:rPr>
          <w:sz w:val="20"/>
        </w:rPr>
        <w:t>28:52  plato ko zehar ka piyala pilaya gaya ke hamare youth ko, aah, kharab kar raha hai.</w:t>
      </w:r>
      <w:r>
        <w:br/>
      </w:r>
      <w:r>
        <w:rPr>
          <w:sz w:val="20"/>
        </w:rPr>
        <w:t>28:58  aur wo jo baatein batatay thay, aah, us se logon ne samjha ke youth jo hain, fail karein ge ke hum free hain, hum kuch bhi bol sakte hain.</w:t>
      </w:r>
      <w:r>
        <w:br/>
      </w:r>
      <w:r>
        <w:rPr>
          <w:sz w:val="20"/>
        </w:rPr>
        <w:t>29:08  ek Noshirwan bohat hi adil badshah tha, to ek din us ne apne court mein kaha ke agar hamari policies se kisi ko ikhtilaf ho to wo yahan bata sakta hai.</w:t>
      </w:r>
      <w:r>
        <w:br/>
      </w:r>
      <w:r>
        <w:rPr>
          <w:sz w:val="20"/>
        </w:rPr>
        <w:t>29:21  us ne khud invite kiya.</w:t>
      </w:r>
      <w:r>
        <w:br/>
      </w:r>
      <w:r>
        <w:rPr>
          <w:sz w:val="20"/>
        </w:rPr>
        <w:t>29:23  to ek aadmi zara seedha tha, us zamane mein badshah ke khilaaf to koi bol hi nahi sakta tha. ek aadmi zara seedha tha, us ne bola ke falan tax jo aap ne lagaya hai, wo hamari is se thora zyada hai, itna is mein,</w:t>
      </w:r>
      <w:r>
        <w:br/>
      </w:r>
      <w:r>
        <w:rPr>
          <w:sz w:val="20"/>
        </w:rPr>
        <w:t>29:37  aah, yield itni hoti nahi hai. ab wo us ne badshah ghussa ho gaya ke us ki himmat hamare khilaaf bol raha hai. to wo jo qalamdan tha, pehle zamane mein qalamdan hotay thay baray baray lakri ke,</w:t>
      </w:r>
      <w:r>
        <w:br/>
      </w:r>
      <w:r>
        <w:rPr>
          <w:sz w:val="20"/>
        </w:rPr>
        <w:t>29:53  to wo kaha ke isi apne ko qabil samajhta hai, isi qalamdan maar maar ke us ka sir tod do. to yeh zamana tha, aap sochiye ke is zamane mein prophet aaye aur logon ko aap ko hukum hua ke tamam yeh paigham tamam logon tak pohncha do.</w:t>
      </w:r>
      <w:r>
        <w:br/>
      </w:r>
      <w:r>
        <w:rPr>
          <w:sz w:val="20"/>
        </w:rPr>
        <w:t>30:12  ab aap ne pohnchana jab shuru kiya to zabardast mukhalifat hui. aap ne koi bhi aisa kaam nahi kiya jis se violence ke zariye se aap ne koi kaam kiya</w:t>
      </w:r>
      <w:r>
        <w:br/>
      </w:r>
      <w:r>
        <w:rPr>
          <w:sz w:val="20"/>
        </w:rPr>
        <w:t>30:22  ho. aap ne to logon ko jawab tak nahi diya, aap ko logon ko itna bura bhala kaha, lekin aap ne jawab bhi nahi diya. lekin jab Madinah gaye aap to Madinah mein log baqayda Makkah se poori poori fauj Madinah mein charhai.</w:t>
      </w:r>
      <w:r>
        <w:br/>
      </w:r>
      <w:r>
        <w:rPr>
          <w:sz w:val="20"/>
        </w:rPr>
        <w:t>30:38  Madinah par to wahan aap sochiye ke aisay halaat mein sirf char jangain huin. Maulana ne is ko gina hai ke sirf adhay adhay din ki char jangain huin.</w:t>
      </w:r>
      <w:r>
        <w:br/>
      </w:r>
      <w:r>
        <w:rPr>
          <w:sz w:val="20"/>
        </w:rPr>
        <w:t>30:51  aur aaj musalman saalon ladte rehtay hain, un ko jang khatam hi nahi kartay. Rasool Allah (SAW) ne adhay din mein ek jang khatam kar di jis ko hum jang bhi nahi kehtay, skirmish kehtay hain.</w:t>
      </w:r>
      <w:r>
        <w:br/>
      </w:r>
      <w:r>
        <w:rPr>
          <w:sz w:val="20"/>
        </w:rPr>
        <w:t>31:03  to hawala dein ge ke Rasool Allah ke haan jang hui, wo to age hi different tha, wo to religious persecution ka age tha. wahan aap kuch bhi kaam nahi kar sakte thay, jo badshah ka mazhab tha, wahi riaya ka mazhab hota tha.</w:t>
      </w:r>
      <w:r>
        <w:br/>
      </w:r>
      <w:r>
        <w:rPr>
          <w:sz w:val="20"/>
        </w:rPr>
        <w:t>31:18  to is wajah se kabhi kabhi wo majburan difaa karni pari aur us ko Rasool Allah (SAW) ne bilkul limit kar diya,</w:t>
      </w:r>
      <w:r>
        <w:br/>
      </w:r>
      <w:r>
        <w:rPr>
          <w:sz w:val="20"/>
        </w:rPr>
        <w:t>31:26  kam se kam ho. isi wajah se Sulah Hudaibiyah kiya ke jang khatam ho taake kaam jo jo sab se bara kaam hai ke logon tak Khuda ka paigham pohnchana hai, wo paigham pohanchaya ja sake azadana mahol mein.</w:t>
      </w:r>
      <w:r>
        <w:br/>
      </w:r>
      <w:r>
        <w:rPr>
          <w:sz w:val="20"/>
        </w:rPr>
        <w:t>31:41  to islam mein musalman kehte hain ke sari dunya hamari dushman hai, to dushman ke liye jang islam mein hai hi nahin. islam farq karta hai dushman aur hamla aawar mein.</w:t>
      </w:r>
      <w:r>
        <w:br/>
      </w:r>
      <w:r>
        <w:rPr>
          <w:sz w:val="20"/>
        </w:rPr>
        <w:t>31:53  to hamla aawar, hamla to musalmanon ne aksar, musalman khud hi ham</w:t>
      </w:r>
      <w:r>
        <w:br/>
      </w:r>
      <w:r>
        <w:rPr>
          <w:sz w:val="20"/>
        </w:rPr>
        <w:t>31:58  h karte hain, shuruat musalman hi karte hain. abhi bhi jo jang ho rahi hai, use musalmanon ne shuru kiya hai. to is woh sirf agar koi doosra hamla karta hai to musalman defend kar sakte hain, agar zaroorat hai to.</w:t>
      </w:r>
      <w:r>
        <w:br/>
      </w:r>
      <w:r>
        <w:rPr>
          <w:sz w:val="20"/>
        </w:rPr>
        <w:t>32:14  defend ke liye bhi bohat ziyada koshish ki jaye gi ke is ko avoid karen, jaisa ke rasool Allah sal Allah alaih wasallam ki zindagi se hamein milt</w:t>
      </w:r>
    </w:p>
    <w:p>
      <w:pPr>
        <w:pStyle w:val="Heading2"/>
      </w:pPr>
      <w:r>
        <w:t>Islam's historical authenticity vs other religions</w:t>
      </w:r>
    </w:p>
    <w:p>
      <w:r>
        <w:rPr>
          <w:color w:val="666666"/>
          <w:sz w:val="18"/>
        </w:rPr>
        <w:t>In Search for Truth 18 May 2007 · 6m 06s · at 18:01 · https://youtu.be/3Q4zw6202eM?t=1081</w:t>
      </w:r>
    </w:p>
    <w:p>
      <w:r>
        <w:rPr>
          <w:i/>
        </w:rPr>
        <w:t>“But he discovers that religions have no authentic history.”</w:t>
      </w:r>
    </w:p>
    <w:p>
      <w:r>
        <w:rPr>
          <w:sz w:val="20"/>
        </w:rPr>
        <w:t>18:01  So first of all, he wants to know the history of these religions. But he discovers that religions have no authentic history.</w:t>
      </w:r>
      <w:r>
        <w:br/>
      </w:r>
      <w:r>
        <w:rPr>
          <w:sz w:val="20"/>
        </w:rPr>
        <w:t>18:18  All these religions are simply mythology. Even they were not recorded in the history.</w:t>
      </w:r>
      <w:r>
        <w:br/>
      </w:r>
      <w:r>
        <w:rPr>
          <w:sz w:val="20"/>
        </w:rPr>
        <w:t>18:30  They are mentioned in the recorded history. So again he fell into despair.</w:t>
      </w:r>
      <w:r>
        <w:br/>
      </w:r>
      <w:r>
        <w:rPr>
          <w:sz w:val="20"/>
        </w:rPr>
        <w:t>18:40  When the religions have no historical credibility, so how can one rely on these religions?</w:t>
      </w:r>
      <w:r>
        <w:br/>
      </w:r>
      <w:r>
        <w:rPr>
          <w:sz w:val="20"/>
        </w:rPr>
        <w:t>18:57  Because all those people who are said to be founders of these religions, they are lost in history.</w:t>
      </w:r>
      <w:r>
        <w:br/>
      </w:r>
      <w:r>
        <w:rPr>
          <w:sz w:val="20"/>
        </w:rPr>
        <w:t>19:09  There is no history to know about their activities, about their mission.</w:t>
      </w:r>
      <w:r>
        <w:br/>
      </w:r>
      <w:r>
        <w:rPr>
          <w:sz w:val="20"/>
        </w:rPr>
        <w:t>19:18  No history at all.</w:t>
      </w:r>
      <w:r>
        <w:br/>
      </w:r>
      <w:r>
        <w:rPr>
          <w:sz w:val="20"/>
        </w:rPr>
        <w:t>19:22  Then those books that are attributed to these founders are not preserved in their original form. Are not preserved in their original form.</w:t>
      </w:r>
      <w:r>
        <w:br/>
      </w:r>
      <w:r>
        <w:rPr>
          <w:sz w:val="20"/>
        </w:rPr>
        <w:t>19:40  Let us take Buddha. Buddha, his sayings are not preserved in history. Very few sayings of Buddha are reported in Pali.</w:t>
      </w:r>
      <w:r>
        <w:br/>
      </w:r>
      <w:r>
        <w:rPr>
          <w:sz w:val="20"/>
        </w:rPr>
        <w:t>19:59  But we do not know the details of Buddha. Only the second generation, only his later disciples wrote about him.</w:t>
      </w:r>
      <w:r>
        <w:br/>
      </w:r>
      <w:r>
        <w:rPr>
          <w:sz w:val="20"/>
        </w:rPr>
        <w:t>20:18  And we have only</w:t>
      </w:r>
      <w:r>
        <w:br/>
      </w:r>
      <w:r>
        <w:rPr>
          <w:sz w:val="20"/>
        </w:rPr>
        <w:t>20:23  those writings which were prepared by his disciples. But directly we have, directly we cannot know the details about Buddha.</w:t>
      </w:r>
      <w:r>
        <w:br/>
      </w:r>
      <w:r>
        <w:rPr>
          <w:sz w:val="20"/>
        </w:rPr>
        <w:t>20:37  So what is the case of all the founders of ancient religions</w:t>
      </w:r>
      <w:r>
        <w:br/>
      </w:r>
      <w:r>
        <w:rPr>
          <w:sz w:val="20"/>
        </w:rPr>
        <w:t>20:47  ? All are mythology. They have no mention in the recorded history. So the seeker again falls into despair.</w:t>
      </w:r>
      <w:r>
        <w:br/>
      </w:r>
      <w:r>
        <w:rPr>
          <w:sz w:val="20"/>
        </w:rPr>
        <w:t>21:05  Then he starts studying Islam.</w:t>
      </w:r>
      <w:r>
        <w:br/>
      </w:r>
      <w:r>
        <w:rPr>
          <w:sz w:val="20"/>
        </w:rPr>
        <w:t>21:11  His last phase, in the last stage, he starts to study Islam, to understand, to find his questions from the religion of Islam.</w:t>
      </w:r>
      <w:r>
        <w:br/>
      </w:r>
      <w:r>
        <w:rPr>
          <w:sz w:val="20"/>
        </w:rPr>
        <w:t>21:32  Here he is surprised to know that Islam is</w:t>
      </w:r>
      <w:r>
        <w:br/>
      </w:r>
      <w:r>
        <w:rPr>
          <w:sz w:val="20"/>
        </w:rPr>
        <w:t>21:41  a historical phenomenon in the complete sense of the word. Everything in Islam is historical. Nothing is ambiguous.</w:t>
      </w:r>
      <w:r>
        <w:br/>
      </w:r>
      <w:r>
        <w:rPr>
          <w:sz w:val="20"/>
        </w:rPr>
        <w:t>21:54  Everything is quite known</w:t>
      </w:r>
      <w:r>
        <w:br/>
      </w:r>
      <w:r>
        <w:rPr>
          <w:sz w:val="20"/>
        </w:rPr>
        <w:t>21:56  . Everything is recorded in history. For example,</w:t>
      </w:r>
      <w:r>
        <w:br/>
      </w:r>
      <w:r>
        <w:rPr>
          <w:sz w:val="20"/>
        </w:rPr>
        <w:t>22:07  for example, Muhammad was the founder of Islam.</w:t>
      </w:r>
      <w:r>
        <w:br/>
      </w:r>
      <w:r>
        <w:rPr>
          <w:sz w:val="20"/>
        </w:rPr>
        <w:t>22:14  If you want to know</w:t>
      </w:r>
      <w:r>
        <w:br/>
      </w:r>
      <w:r>
        <w:rPr>
          <w:sz w:val="20"/>
        </w:rPr>
        <w:t>22:18  the name of his father, you can say that Abdullah was the father of Muhammad. We precisely know that Muhammad bin Abdullah bin Abdul Muttalib.</w:t>
      </w:r>
      <w:r>
        <w:br/>
      </w:r>
      <w:r>
        <w:rPr>
          <w:sz w:val="20"/>
        </w:rPr>
        <w:t>22:36  Then we precisely know in historical terms</w:t>
      </w:r>
      <w:r>
        <w:br/>
      </w:r>
      <w:r>
        <w:rPr>
          <w:sz w:val="20"/>
        </w:rPr>
        <w:t>22:44  that Muhammad was born in 570 AD.</w:t>
      </w:r>
      <w:r>
        <w:br/>
      </w:r>
      <w:r>
        <w:rPr>
          <w:sz w:val="20"/>
        </w:rPr>
        <w:t>22:53  Muhammad was born in Makkah, a city in Arabia. Muhammad declared his prophethood in 610 AD.</w:t>
      </w:r>
      <w:r>
        <w:br/>
      </w:r>
      <w:r>
        <w:rPr>
          <w:sz w:val="20"/>
        </w:rPr>
        <w:t>23:09  He started his mission in Makkah.</w:t>
      </w:r>
      <w:r>
        <w:br/>
      </w:r>
      <w:r>
        <w:rPr>
          <w:sz w:val="20"/>
        </w:rPr>
        <w:t>23:15  Some people accepted his religion, his mission</w:t>
      </w:r>
      <w:r>
        <w:br/>
      </w:r>
      <w:r>
        <w:rPr>
          <w:sz w:val="20"/>
        </w:rPr>
        <w:t>23:22  . Then he migrated from Makkah to Madinah in 622 AD. He continued his mission in Madinah up to 10 years.</w:t>
      </w:r>
      <w:r>
        <w:br/>
      </w:r>
      <w:r>
        <w:rPr>
          <w:sz w:val="20"/>
        </w:rPr>
        <w:t>23:36  And he died in Madinah in 632 AD. So here everything is known in historical terms.</w:t>
      </w:r>
      <w:r>
        <w:br/>
      </w:r>
      <w:r>
        <w:rPr>
          <w:sz w:val="20"/>
        </w:rPr>
        <w:t>23:50  Everything you want to know about Muhammad, you can find</w:t>
      </w:r>
      <w:r>
        <w:br/>
      </w:r>
      <w:r>
        <w:rPr>
          <w:sz w:val="20"/>
        </w:rPr>
        <w:t>23:58  in the books. In the books that is called Sira.</w:t>
      </w:r>
    </w:p>
    <w:p>
      <w:pPr>
        <w:pStyle w:val="Heading2"/>
      </w:pPr>
      <w:r>
        <w:t>The five teachings of Islam; Iman as accountability</w:t>
      </w:r>
    </w:p>
    <w:p>
      <w:r>
        <w:rPr>
          <w:color w:val="666666"/>
          <w:sz w:val="18"/>
        </w:rPr>
        <w:t>An Introduction to Islam (English) July 18, 2008 · 4m 17s · at 6:52 · https://youtu.be/FU4NlA3rUhs?t=412</w:t>
      </w:r>
    </w:p>
    <w:p>
      <w:r>
        <w:rPr>
          <w:i/>
        </w:rPr>
        <w:t>“The teachings of Islam are basically five.”</w:t>
      </w:r>
    </w:p>
    <w:p>
      <w:r>
        <w:rPr>
          <w:sz w:val="20"/>
        </w:rPr>
        <w:t>6:52  the teachings of islam are</w:t>
      </w:r>
      <w:r>
        <w:br/>
      </w:r>
      <w:r>
        <w:rPr>
          <w:sz w:val="20"/>
        </w:rPr>
        <w:t>6:59  basically</w:t>
      </w:r>
      <w:r>
        <w:br/>
      </w:r>
      <w:r>
        <w:rPr>
          <w:sz w:val="20"/>
        </w:rPr>
        <w:t>7:04  five:</w:t>
      </w:r>
      <w:r>
        <w:br/>
      </w:r>
      <w:r>
        <w:rPr>
          <w:sz w:val="20"/>
        </w:rPr>
        <w:t>7:10  iman,</w:t>
      </w:r>
      <w:r>
        <w:br/>
      </w:r>
      <w:r>
        <w:rPr>
          <w:sz w:val="20"/>
        </w:rPr>
        <w:t>7:14  and ibadah, and akhlaq, and muamalat, and da'wah.</w:t>
      </w:r>
      <w:r>
        <w:br/>
      </w:r>
      <w:r>
        <w:rPr>
          <w:sz w:val="20"/>
        </w:rPr>
        <w:t>7:24  so, these five trends are basic trends of islam.</w:t>
      </w:r>
      <w:r>
        <w:br/>
      </w:r>
      <w:r>
        <w:rPr>
          <w:sz w:val="20"/>
        </w:rPr>
        <w:t>7:31  now, let us take the first. that is iman. iman means faith, believe.</w:t>
      </w:r>
      <w:r>
        <w:br/>
      </w:r>
      <w:r>
        <w:rPr>
          <w:sz w:val="20"/>
        </w:rPr>
        <w:t>7:46  so, when you discover God as the creator, as the sustainer, as the Lord of the universe, so, when you discover this fact that God is the Lord of the universe,</w:t>
      </w:r>
      <w:r>
        <w:br/>
      </w:r>
      <w:r>
        <w:rPr>
          <w:sz w:val="20"/>
        </w:rPr>
        <w:t>8:05  and you declare that I believe in God Almighty,</w:t>
      </w:r>
      <w:r>
        <w:br/>
      </w:r>
      <w:r>
        <w:rPr>
          <w:sz w:val="20"/>
        </w:rPr>
        <w:t>8:12  then you recite this kalma: "ash-hadu an la ilaha ill-Allah wa ash-hadu anna Muhammadan abduhu wa rasuluh".</w:t>
      </w:r>
      <w:r>
        <w:br/>
      </w:r>
      <w:r>
        <w:rPr>
          <w:sz w:val="20"/>
        </w:rPr>
        <w:t>8:22  this is the beginning of islam. it means that I bear witness that God is one.</w:t>
      </w:r>
      <w:r>
        <w:br/>
      </w:r>
      <w:r>
        <w:rPr>
          <w:sz w:val="20"/>
        </w:rPr>
        <w:t>8:36  there is no God except one God.</w:t>
      </w:r>
      <w:r>
        <w:br/>
      </w:r>
      <w:r>
        <w:rPr>
          <w:sz w:val="20"/>
        </w:rPr>
        <w:t>8:40  and Muhammad is the prophet of God, and he is the final prophet. he is the last prophet.</w:t>
      </w:r>
      <w:r>
        <w:br/>
      </w:r>
      <w:r>
        <w:rPr>
          <w:sz w:val="20"/>
        </w:rPr>
        <w:t>8:50  so, he is the kalma, and from this kalma iman begins. but kalma is not simply a recitation.</w:t>
      </w:r>
      <w:r>
        <w:br/>
      </w:r>
      <w:r>
        <w:rPr>
          <w:sz w:val="20"/>
        </w:rPr>
        <w:t>9:03  kalma is a declaration</w:t>
      </w:r>
      <w:r>
        <w:br/>
      </w:r>
      <w:r>
        <w:rPr>
          <w:sz w:val="20"/>
        </w:rPr>
        <w:t>9:08  . is not lip service, but it is a solemn declaration. when you discover the truth, when you discover God, when you discover Muhammad as the prophet of God, so, when you discover this fact,</w:t>
      </w:r>
      <w:r>
        <w:br/>
      </w:r>
      <w:r>
        <w:rPr>
          <w:sz w:val="20"/>
        </w:rPr>
        <w:t>9:37  deen you declare</w:t>
      </w:r>
      <w:r>
        <w:br/>
      </w:r>
      <w:r>
        <w:rPr>
          <w:sz w:val="20"/>
        </w:rPr>
        <w:t>9:41  : "so yeah, just it is a it is a declaration. " it is a solemn pledge. when you say kalma,</w:t>
      </w:r>
      <w:r>
        <w:br/>
      </w:r>
      <w:r>
        <w:rPr>
          <w:sz w:val="20"/>
        </w:rPr>
        <w:t>9:55  is not lip service. he is very very serious kind of declaration: "ashhadu an la ilaha illallahu wa ashhadu anna Muhammadan abduhu wa rasuluh".</w:t>
      </w:r>
      <w:r>
        <w:br/>
      </w:r>
      <w:r>
        <w:rPr>
          <w:sz w:val="20"/>
        </w:rPr>
        <w:t>10:10  so, this is imaan. islam begins from imaan. deen, you know,</w:t>
      </w:r>
      <w:r>
        <w:br/>
      </w:r>
      <w:r>
        <w:rPr>
          <w:sz w:val="20"/>
        </w:rPr>
        <w:t>10:22  if you discover god as the almighty, as a creator, as a sustainer, so, it is not simple thing.</w:t>
      </w:r>
      <w:r>
        <w:br/>
      </w:r>
      <w:r>
        <w:rPr>
          <w:sz w:val="20"/>
        </w:rPr>
        <w:t>10:35  it is a great great revolution</w:t>
      </w:r>
      <w:r>
        <w:br/>
      </w:r>
      <w:r>
        <w:rPr>
          <w:sz w:val="20"/>
        </w:rPr>
        <w:t>10:40  . it brings about revolution in your personality.</w:t>
      </w:r>
      <w:r>
        <w:br/>
      </w:r>
      <w:r>
        <w:rPr>
          <w:sz w:val="20"/>
        </w:rPr>
        <w:t>10:47  why? because accountability is attach with imaan. when you when you discover god, you also discover the concept of accountability.</w:t>
      </w:r>
    </w:p>
    <w:p>
      <w:pPr>
        <w:pStyle w:val="Heading2"/>
      </w:pPr>
      <w:r>
        <w:t>Companions shatter the eternal rocks of imperial rule</w:t>
      </w:r>
    </w:p>
    <w:p>
      <w:r>
        <w:rPr>
          <w:color w:val="666666"/>
          <w:sz w:val="18"/>
        </w:rPr>
        <w:t>Between Freedom and Determinism March 25, 2012 · 3m 39s · at 21:49 · https://youtu.be/ApNXrHJD9S4?t=1309</w:t>
      </w:r>
    </w:p>
    <w:p>
      <w:r>
        <w:rPr>
          <w:i/>
        </w:rPr>
        <w:t>“The Bible has a phrase: the eternal rocks were shattered.”</w:t>
      </w:r>
    </w:p>
    <w:p>
      <w:r>
        <w:rPr>
          <w:sz w:val="20"/>
        </w:rPr>
        <w:t>21:49  is tarah ki bohat si cheezein hain, jisko mein kehta hoon munj kiya. Allah ta'ala ne to munj karke isko tod diya, aur ek naya daur shuru hua tareekh mein.</w:t>
      </w:r>
      <w:r>
        <w:br/>
      </w:r>
      <w:r>
        <w:rPr>
          <w:sz w:val="20"/>
        </w:rPr>
        <w:t>22:01  is baat ko mere ilm ke mutabiq sirf ek hi shakhs ne achhi tarah qabz pakda, woh hai Henry Preven, France ka. Muslim murakhin to is se bekhabar hain ke kya waqea pesh aaya,</w:t>
      </w:r>
      <w:r>
        <w:br/>
      </w:r>
      <w:r>
        <w:rPr>
          <w:sz w:val="20"/>
        </w:rPr>
        <w:t>22:16  yani sahaba ke zariye kya waqea pesh aaya ke tareekh ka silsila tod diya. sahaba ne,</w:t>
      </w:r>
      <w:r>
        <w:br/>
      </w:r>
      <w:r>
        <w:rPr>
          <w:sz w:val="20"/>
        </w:rPr>
        <w:t>22:24  yani badshahat ek silsila ban gayi thi tareekh mein, jo nature worship ya jisko hum mushrik kehte hain, us ka sarparast bani hui thi.</w:t>
      </w:r>
      <w:r>
        <w:br/>
      </w:r>
      <w:r>
        <w:rPr>
          <w:sz w:val="20"/>
        </w:rPr>
        <w:t>22:33  iska silsila tod diya.</w:t>
      </w:r>
      <w:r>
        <w:br/>
      </w:r>
      <w:r>
        <w:rPr>
          <w:sz w:val="20"/>
        </w:rPr>
        <w:t>22:42  isko todna aasan nahi tha. unhone apni jaan ko jaan jaan nahi samjha, sab kuch fida kar diya,</w:t>
      </w:r>
      <w:r>
        <w:br/>
      </w:r>
      <w:r>
        <w:rPr>
          <w:sz w:val="20"/>
        </w:rPr>
        <w:t>22:55  yani hathi'on ki fauj ke aage jaake khade ho gaye. iski kahani bohat lambi hai, iski detail mein mein nahi ja raha hoon, lekin mein is jumle ko naqal karta hoon, kehna chahta hoon jo Henry Preven ne likha hai.</w:t>
      </w:r>
      <w:r>
        <w:br/>
      </w:r>
      <w:r>
        <w:rPr>
          <w:sz w:val="20"/>
        </w:rPr>
        <w:t>23:13  ek bohat hi zabardast jumla ke "Islam change the course of human history".</w:t>
      </w:r>
      <w:r>
        <w:br/>
      </w:r>
      <w:r>
        <w:rPr>
          <w:sz w:val="20"/>
        </w:rPr>
        <w:t>23:25  "Islam changed the course of human history". "The traditional order of history was overthrown". "The traditional order of history was overthrown".</w:t>
      </w:r>
      <w:r>
        <w:br/>
      </w:r>
      <w:r>
        <w:rPr>
          <w:sz w:val="20"/>
        </w:rPr>
        <w:t>23:35  isko isne naam diya hai "absolute imperialism". Henry Preven ne isko naam diya hai "absolute imperialism" keh history mein absolute imperialism qaim ho gaya tha.</w:t>
      </w:r>
      <w:r>
        <w:br/>
      </w:r>
      <w:r>
        <w:rPr>
          <w:sz w:val="20"/>
        </w:rPr>
        <w:t>23:49  koi tod nahi paata tha is</w:t>
      </w:r>
      <w:r>
        <w:br/>
      </w:r>
      <w:r>
        <w:rPr>
          <w:sz w:val="20"/>
        </w:rPr>
        <w:t>23:51  ko. to sahaba is ke liye, yani apni jaanon ko</w:t>
      </w:r>
      <w:r>
        <w:br/>
      </w:r>
      <w:r>
        <w:rPr>
          <w:sz w:val="20"/>
        </w:rPr>
        <w:t>24:00  be qeemat kar diya, apni jaanon ko be qeemat kar diya. iski lambi kahani hai. to yeh silsila toota, daur badshahat khatam hua.</w:t>
      </w:r>
      <w:r>
        <w:br/>
      </w:r>
      <w:r>
        <w:rPr>
          <w:sz w:val="20"/>
        </w:rPr>
        <w:t>24:15  iska matlab kya hai?</w:t>
      </w:r>
      <w:r>
        <w:br/>
      </w:r>
      <w:r>
        <w:rPr>
          <w:sz w:val="20"/>
        </w:rPr>
        <w:t>24:17  iska zikr hai Quran ki is ayat mein "wa qatiloo hatta la takuna fitna wa yakuna ad deenu lillah". yeh fitna woh hai, wohi cheez hai imperialism.</w:t>
      </w:r>
      <w:r>
        <w:br/>
      </w:r>
      <w:r>
        <w:rPr>
          <w:sz w:val="20"/>
        </w:rPr>
        <w:t>24:28  isko samajh nahi paate log. sirf Henry Preven ne samjha is raaz ko. yeh fitna woh hai, fitna, is se murad hai wohi jisko Henry Preven kehta hai "absolute imperialism".</w:t>
      </w:r>
      <w:r>
        <w:br/>
      </w:r>
      <w:r>
        <w:rPr>
          <w:sz w:val="20"/>
        </w:rPr>
        <w:t>24:42  koi nahi jaan saka isko siwaye Henry Preven ke.</w:t>
      </w:r>
      <w:r>
        <w:br/>
      </w:r>
      <w:r>
        <w:rPr>
          <w:sz w:val="20"/>
        </w:rPr>
        <w:t>24:46  to "qatiloo hatta la takuna fitna wa yakuna ad deenu lillah". dekhein, yeh waqea woh hai, aisa nahi hua ke foran sab kuch mil gaya. yeh bhi galat hai.</w:t>
      </w:r>
      <w:r>
        <w:br/>
      </w:r>
      <w:r>
        <w:rPr>
          <w:sz w:val="20"/>
        </w:rPr>
        <w:t>24:56  nahi, ek process jari hua jis se nadi mein ek trapped woh raha aur pani sara idhar ruka hua hai.</w:t>
      </w:r>
      <w:r>
        <w:br/>
      </w:r>
      <w:r>
        <w:rPr>
          <w:sz w:val="20"/>
        </w:rPr>
        <w:t>25:07  aap trapped woh hatayein to sudden sara nadi nahi bhar jayegi. bharte bharte time lagega.</w:t>
      </w:r>
      <w:r>
        <w:br/>
      </w:r>
      <w:r>
        <w:rPr>
          <w:sz w:val="20"/>
        </w:rPr>
        <w:t>25:16  to sahaba ne jo waqea kiya ke badi chattan'ein tod dali, unhone yani political imperialism jo tha, woh tod dala unhone. to ek naya process shuru hua. naya process.</w:t>
      </w:r>
    </w:p>
    <w:p>
      <w:pPr>
        <w:pStyle w:val="Heading2"/>
      </w:pPr>
      <w:r>
        <w:t>Prophet's gentle response leads to tribe conversion</w:t>
      </w:r>
    </w:p>
    <w:p>
      <w:r>
        <w:rPr>
          <w:color w:val="666666"/>
          <w:sz w:val="18"/>
        </w:rPr>
        <w:t>Muslims on Eid Milad un Nabi, Feb 28, 2010 · 5m 07s · at 34:37 · https://youtu.be/PwbtLmWBEGY?t=2077</w:t>
      </w:r>
    </w:p>
    <w:p>
      <w:r>
        <w:rPr>
          <w:i/>
        </w:rPr>
        <w:t>“A Bedouin urinated in the mosque”</w:t>
      </w:r>
    </w:p>
    <w:p>
      <w:r>
        <w:rPr>
          <w:sz w:val="20"/>
        </w:rPr>
        <w:t>34:37  idhar bahar rehne wale log.</w:t>
      </w:r>
      <w:r>
        <w:br/>
      </w:r>
      <w:r>
        <w:rPr>
          <w:sz w:val="20"/>
        </w:rPr>
        <w:t>34:42  تو وہ وہ لوگ uncultured ہوتے تھے۔ uncultured.</w:t>
      </w:r>
      <w:r>
        <w:br/>
      </w:r>
      <w:r>
        <w:rPr>
          <w:sz w:val="20"/>
        </w:rPr>
        <w:t>34:46  ankalchard hote the un ko baddu kehte thay.</w:t>
      </w:r>
      <w:r>
        <w:br/>
      </w:r>
      <w:r>
        <w:rPr>
          <w:sz w:val="20"/>
        </w:rPr>
        <w:t>34:50  to woh rasool Allah ka saathi nahi tha woh to abhi isi mushrik mazhab par tha woh.</w:t>
      </w:r>
      <w:r>
        <w:br/>
      </w:r>
      <w:r>
        <w:rPr>
          <w:sz w:val="20"/>
        </w:rPr>
        <w:t>34:55  is ko pata nahi tha ke masjid kya hai.</w:t>
      </w:r>
      <w:r>
        <w:br/>
      </w:r>
      <w:r>
        <w:rPr>
          <w:sz w:val="20"/>
        </w:rPr>
        <w:t>34:59  to is ne masjid ke andar urine kar diya is ko ganda kar diya is ko.</w:t>
      </w:r>
      <w:r>
        <w:br/>
      </w:r>
      <w:r>
        <w:rPr>
          <w:sz w:val="20"/>
        </w:rPr>
        <w:t>35:04  masjid ke andar.</w:t>
      </w:r>
      <w:r>
        <w:br/>
      </w:r>
      <w:r>
        <w:rPr>
          <w:sz w:val="20"/>
        </w:rPr>
        <w:t>35:08  rasool Allah maujood hain wahan par sahaba maujood hain wahan par.</w:t>
      </w:r>
      <w:r>
        <w:br/>
      </w:r>
      <w:r>
        <w:rPr>
          <w:sz w:val="20"/>
        </w:rPr>
        <w:t>35:13  aur is ne masjid ke andar urine kar diya.</w:t>
      </w:r>
      <w:r>
        <w:br/>
      </w:r>
      <w:r>
        <w:rPr>
          <w:sz w:val="20"/>
        </w:rPr>
        <w:t>35:17  to sahaba ghussa ho gaye ja ke is ko pakar thakkar karein is ki.</w:t>
      </w:r>
      <w:r>
        <w:br/>
      </w:r>
      <w:r>
        <w:rPr>
          <w:sz w:val="20"/>
        </w:rPr>
        <w:t>35:21  to rasool Allah ne mana kar diya ke nahi nahi kuch nahi karna hai.</w:t>
      </w:r>
      <w:r>
        <w:br/>
      </w:r>
      <w:r>
        <w:rPr>
          <w:sz w:val="20"/>
        </w:rPr>
        <w:t>35:26  yeh hadith sahih bukhari mein maujood hai.</w:t>
      </w:r>
      <w:r>
        <w:br/>
      </w:r>
      <w:r>
        <w:rPr>
          <w:sz w:val="20"/>
        </w:rPr>
        <w:t>35:30  mana kar diya aap ne is ke khilaf koi kuch action lene se.</w:t>
      </w:r>
      <w:r>
        <w:br/>
      </w:r>
      <w:r>
        <w:rPr>
          <w:sz w:val="20"/>
        </w:rPr>
        <w:t>35:35  aap ne kya kaha? yani bajaye is ko kuch</w:t>
      </w:r>
      <w:r>
        <w:br/>
      </w:r>
      <w:r>
        <w:rPr>
          <w:sz w:val="20"/>
        </w:rPr>
        <w:t>35:39  kehne ke sahaba se aap ne kaha ke ek ek balti pani lao to wahan baha do.</w:t>
      </w:r>
      <w:r>
        <w:br/>
      </w:r>
      <w:r>
        <w:rPr>
          <w:sz w:val="20"/>
        </w:rPr>
        <w:t>35:44  bas saaf ho jayega.</w:t>
      </w:r>
      <w:r>
        <w:br/>
      </w:r>
      <w:r>
        <w:rPr>
          <w:sz w:val="20"/>
        </w:rPr>
        <w:t>35:50  to unhon ne aise hi kiya aur saaf ho gaya.</w:t>
      </w:r>
      <w:r>
        <w:br/>
      </w:r>
      <w:r>
        <w:rPr>
          <w:sz w:val="20"/>
        </w:rPr>
        <w:t>35:55  kuch na daant na maar na kuch na kuch.</w:t>
      </w:r>
      <w:r>
        <w:br/>
      </w:r>
      <w:r>
        <w:rPr>
          <w:sz w:val="20"/>
        </w:rPr>
        <w:t>36:00  ab is ka nateeja kya hua? woh aadmi jo aaya tha bahar ke makkah ke bahar se madina</w:t>
      </w:r>
      <w:r>
        <w:br/>
      </w:r>
      <w:r>
        <w:rPr>
          <w:sz w:val="20"/>
        </w:rPr>
        <w:t>36:05  ke bahar se</w:t>
      </w:r>
      <w:r>
        <w:br/>
      </w:r>
      <w:r>
        <w:rPr>
          <w:sz w:val="20"/>
        </w:rPr>
        <w:t>36:10  yeh waqia madina ka hai kyun ke masjid madina mein banayi gayi thi.</w:t>
      </w:r>
      <w:r>
        <w:br/>
      </w:r>
      <w:r>
        <w:rPr>
          <w:sz w:val="20"/>
        </w:rPr>
        <w:t>36:18  to woh aadmi jab gaya apne tribe mein apne qabile mein to wahan us ne ek qisse ko</w:t>
      </w:r>
      <w:r>
        <w:br/>
      </w:r>
      <w:r>
        <w:rPr>
          <w:sz w:val="20"/>
        </w:rPr>
        <w:t>36:25  bataya ke main madina gaya wahan musalmanon ki masjid thi wahan main ne is ko ganda kar diya.</w:t>
      </w:r>
      <w:r>
        <w:br/>
      </w:r>
      <w:r>
        <w:rPr>
          <w:sz w:val="20"/>
        </w:rPr>
        <w:t>36:33  magar kya hua? wallah ma zajarani Muhammad wallah ma qaharani Muhammad.</w:t>
      </w:r>
      <w:r>
        <w:br/>
      </w:r>
      <w:r>
        <w:rPr>
          <w:sz w:val="20"/>
        </w:rPr>
        <w:t>36:40  Muhammad ne mujhe koi na maar peet ki na mujhe gaali mujhe bura bhala kaha koi daanta dapta</w:t>
      </w:r>
      <w:r>
        <w:br/>
      </w:r>
      <w:r>
        <w:rPr>
          <w:sz w:val="20"/>
        </w:rPr>
        <w:t>36:45  kuch hi nahi.</w:t>
      </w:r>
      <w:r>
        <w:br/>
      </w:r>
      <w:r>
        <w:rPr>
          <w:sz w:val="20"/>
        </w:rPr>
        <w:t>36:49  to woh us ne bataya un logon ko ke wallah ma zajarani Muhammad wallah ma qaharani Muhammad.</w:t>
      </w:r>
      <w:r>
        <w:br/>
      </w:r>
      <w:r>
        <w:rPr>
          <w:sz w:val="20"/>
        </w:rPr>
        <w:t>36:54  to logon ko bohat taajub hua ke ab woh place of worship thi un ke liye woh muqaddas</w:t>
      </w:r>
      <w:r>
        <w:br/>
      </w:r>
      <w:r>
        <w:rPr>
          <w:sz w:val="20"/>
        </w:rPr>
        <w:t>36:58  thi wahan us ne ganda kar diya.</w:t>
      </w:r>
      <w:r>
        <w:br/>
      </w:r>
      <w:r>
        <w:rPr>
          <w:sz w:val="20"/>
        </w:rPr>
        <w:t>37:03  aur ghussa nahin hua woh.</w:t>
      </w:r>
      <w:r>
        <w:br/>
      </w:r>
      <w:r>
        <w:rPr>
          <w:sz w:val="20"/>
        </w:rPr>
        <w:t>37:07  aur us ko pani daal kar saaf kar diya.</w:t>
      </w:r>
      <w:r>
        <w:br/>
      </w:r>
      <w:r>
        <w:rPr>
          <w:sz w:val="20"/>
        </w:rPr>
        <w:t>37:12  ab dekhiye kitna asar hua is ka.</w:t>
      </w:r>
      <w:r>
        <w:br/>
      </w:r>
      <w:r>
        <w:rPr>
          <w:sz w:val="20"/>
        </w:rPr>
        <w:t>37:17  itna asar hua ke saara tribe jo hai is mein rasool Allah ka mission phail gaya.</w:t>
      </w:r>
      <w:r>
        <w:br/>
      </w:r>
      <w:r>
        <w:rPr>
          <w:sz w:val="20"/>
        </w:rPr>
        <w:t>37:22  woh un ka un ka delegation aaya wahan se milne ke liye bhai aap ka deen kya hai?</w:t>
      </w:r>
      <w:r>
        <w:br/>
      </w:r>
      <w:r>
        <w:rPr>
          <w:sz w:val="20"/>
        </w:rPr>
        <w:t>37:27  aap ka mazhab kya hai? In sab ne aap ke is ko qabool kar liya.</w:t>
      </w:r>
      <w:r>
        <w:br/>
      </w:r>
      <w:r>
        <w:rPr>
          <w:sz w:val="20"/>
        </w:rPr>
        <w:t>37:32  aap ke message ko.</w:t>
      </w:r>
      <w:r>
        <w:br/>
      </w:r>
      <w:r>
        <w:rPr>
          <w:sz w:val="20"/>
        </w:rPr>
        <w:t>37:37  aaj kal kya hota hai?</w:t>
      </w:r>
      <w:r>
        <w:br/>
      </w:r>
      <w:r>
        <w:rPr>
          <w:sz w:val="20"/>
        </w:rPr>
        <w:t>37:42  aaj kal yeh hota hai kisi masjid mein agar ek khabar sun jaayen khabar sirf ke wahan khinzir</w:t>
      </w:r>
      <w:r>
        <w:br/>
      </w:r>
      <w:r>
        <w:rPr>
          <w:sz w:val="20"/>
        </w:rPr>
        <w:t>37:48  ka koi daal diya hai kisi ne ya koi aur kisi gandagi daal di is ne to ek</w:t>
      </w:r>
      <w:r>
        <w:br/>
      </w:r>
      <w:r>
        <w:rPr>
          <w:sz w:val="20"/>
        </w:rPr>
        <w:t>37:55  dam achaanak yeh log bhadak uthte hain aur riot shuru ho jaata hai.</w:t>
      </w:r>
      <w:r>
        <w:br/>
      </w:r>
      <w:r>
        <w:rPr>
          <w:sz w:val="20"/>
        </w:rPr>
        <w:t>38:01  jitne company riot India mein hue hain more than fifty tha woh sab isi tarah ki baaton par hue hain.</w:t>
      </w:r>
      <w:r>
        <w:br/>
      </w:r>
      <w:r>
        <w:rPr>
          <w:sz w:val="20"/>
        </w:rPr>
        <w:t>38:08  isi tarah ki baaton par.</w:t>
      </w:r>
      <w:r>
        <w:br/>
      </w:r>
      <w:r>
        <w:rPr>
          <w:sz w:val="20"/>
        </w:rPr>
        <w:t>38:14  ke masjid ko agar aap ne kuch ganda kar diya to saare musalman samajhte hain ke bas is</w:t>
      </w:r>
      <w:r>
        <w:br/>
      </w:r>
      <w:r>
        <w:rPr>
          <w:sz w:val="20"/>
        </w:rPr>
        <w:t>38:19  ko maaro kaato aur riot shuru ho jaata hai.</w:t>
      </w:r>
      <w:r>
        <w:br/>
      </w:r>
      <w:r>
        <w:rPr>
          <w:sz w:val="20"/>
        </w:rPr>
        <w:t>38:24  aap dekhiye ke rasool Allah sallay Allah alayh wasallam ne kya kiya? Isi tarah ke waqey par jis</w:t>
      </w:r>
      <w:r>
        <w:br/>
      </w:r>
      <w:r>
        <w:rPr>
          <w:sz w:val="20"/>
        </w:rPr>
        <w:t>38:29  tarah ka waqea musalman yahan bhadak uthte hain.</w:t>
      </w:r>
      <w:r>
        <w:br/>
      </w:r>
      <w:r>
        <w:rPr>
          <w:sz w:val="20"/>
        </w:rPr>
        <w:t>38:34  aap ne is ko is aadmi ko bilkul maaf kar diya.</w:t>
      </w:r>
      <w:r>
        <w:br/>
      </w:r>
      <w:r>
        <w:rPr>
          <w:sz w:val="20"/>
        </w:rPr>
        <w:t>38:39  aur apne sahaba se kaha ke is ki safai kar do</w:t>
      </w:r>
      <w:r>
        <w:br/>
      </w:r>
      <w:r>
        <w:rPr>
          <w:sz w:val="20"/>
        </w:rPr>
        <w:t>38:44  aur is ka nateeja kya hua ke sare tribe mein aap ne aap ke is ko maan liya. aap ke message ko. aap ki barhai ko aap ke peghamabari ko. aur aaj kya hota hai? aaj kya hota hai ke beshumar log mare jate hain kate jate hain. ghar jalaye jate hain dukanein jalai jati hain. yeh ho raha hai. to rasool allah ko fakhar</w:t>
      </w:r>
      <w:r>
        <w:br/>
      </w:r>
      <w:r>
        <w:rPr>
          <w:sz w:val="20"/>
        </w:rPr>
        <w:t>39:14  bana rakha hai logon ne lekin rasool Allah ka namoona nahin banaya hai.</w:t>
      </w:r>
      <w:r>
        <w:br/>
      </w:r>
      <w:r>
        <w:rPr>
          <w:sz w:val="20"/>
        </w:rPr>
        <w:t>39:19  baarah rabi ul awal is liye nahin hai ke aap fakhr banaayen. Pride banaayen.</w:t>
      </w:r>
      <w:r>
        <w:br/>
      </w:r>
      <w:r>
        <w:rPr>
          <w:sz w:val="20"/>
        </w:rPr>
        <w:t>39:24  yeh ke baarah rabi ul awal ko aap yaad karen rasool Allah ke ke namoone ko aap ke character</w:t>
      </w:r>
      <w:r>
        <w:br/>
      </w:r>
      <w:r>
        <w:rPr>
          <w:sz w:val="20"/>
        </w:rPr>
        <w:t>39:29  ko aap ke is uswa ko isi ko follow karen aap.</w:t>
      </w:r>
      <w:r>
        <w:br/>
      </w:r>
      <w:r>
        <w:rPr>
          <w:sz w:val="20"/>
        </w:rPr>
        <w:t>39:34  mein apna ek qissa arz karta hoon.</w:t>
      </w:r>
      <w:r>
        <w:br/>
      </w:r>
      <w:r>
        <w:rPr>
          <w:sz w:val="20"/>
        </w:rPr>
        <w:t>39:39  yeh kashmir mein</w:t>
      </w:r>
    </w:p>
    <w:p>
      <w:pPr>
        <w:pStyle w:val="Heading2"/>
      </w:pPr>
      <w:r>
        <w:t>Two kinds of dua: memorized words versus a living cry</w:t>
      </w:r>
    </w:p>
    <w:p>
      <w:r>
        <w:rPr>
          <w:color w:val="666666"/>
          <w:sz w:val="18"/>
        </w:rPr>
        <w:t>The Importance of Dua December 15, 2006 · 5m 40s · at 35:03 · https://youtu.be/u4cSEoh_mfY?t=2103</w:t>
      </w:r>
    </w:p>
    <w:p>
      <w:r>
        <w:rPr>
          <w:i/>
        </w:rPr>
        <w:t>“There are two kinds of dua — memorized and living”</w:t>
      </w:r>
    </w:p>
    <w:p>
      <w:r>
        <w:rPr>
          <w:sz w:val="20"/>
        </w:rPr>
        <w:t>35:03  dekhiye, yeh dua jis is hadith mein jis dua ka zikr hai, woh dua kaun si dua hai?</w:t>
      </w:r>
      <w:r>
        <w:br/>
      </w:r>
      <w:r>
        <w:rPr>
          <w:sz w:val="20"/>
        </w:rPr>
        <w:t>35:14  is par ghor karne ke baad maine samjha hai ke aik dua woh hai jo shabdon ko yaad kar ke boli jati hai.</w:t>
      </w:r>
      <w:r>
        <w:br/>
      </w:r>
      <w:r>
        <w:rPr>
          <w:sz w:val="20"/>
        </w:rPr>
        <w:t>35:24  aik dua woh hai jo kisi soorat-e-haal mein aap ki zaban par nikalti hai, ubalti hai apne aap. koi soorat-e-haal paida hoti hai, is soorat-e-haal mein aap ka zehn فعال hota hai, is mein nikal parti hai woh dua aap ki.</w:t>
      </w:r>
      <w:r>
        <w:br/>
      </w:r>
      <w:r>
        <w:rPr>
          <w:sz w:val="20"/>
        </w:rPr>
        <w:t>35:42  woh is dua ke liye yeh baat kahi gayi hai. toh yeh dua hamesha kisi nuqta hawala se nikalti hai. yaani woh dua jo pehli wali jo maine kaha, woh toh toh toh toh toh toh toh toh toh toh rat kar nikalti hai.</w:t>
      </w:r>
      <w:r>
        <w:br/>
      </w:r>
      <w:r>
        <w:rPr>
          <w:sz w:val="20"/>
        </w:rPr>
        <w:t>35:58  rate hue alfaaz hain, rate hue shabdon hain, un ko dohra diya zaban</w:t>
      </w:r>
      <w:r>
        <w:br/>
      </w:r>
      <w:r>
        <w:rPr>
          <w:sz w:val="20"/>
        </w:rPr>
        <w:t>36:02  se. lekin yeh jo doosri dua hai, yeh is ke liye koi nuqta hawala samne aata hai. koi soorat-e-haal paida hoti hai, is mein aap ke andar aik sitara aata hai.</w:t>
      </w:r>
      <w:r>
        <w:br/>
      </w:r>
      <w:r>
        <w:rPr>
          <w:sz w:val="20"/>
        </w:rPr>
        <w:t>36:14  is mein aap bol padte hain. jaise mein chand aik misaal deta hoon aap ke samne. abhi is itwar ko aap ko yaad hoga ke mein bola tha hajj par.</w:t>
      </w:r>
      <w:r>
        <w:br/>
      </w:r>
      <w:r>
        <w:rPr>
          <w:sz w:val="20"/>
        </w:rPr>
        <w:t>36:33  meri taqreer jo thi, hajj par thi.</w:t>
      </w:r>
      <w:r>
        <w:br/>
      </w:r>
      <w:r>
        <w:rPr>
          <w:sz w:val="20"/>
        </w:rPr>
        <w:t>36:37  hajj ke baray mein bolte hue maine kaha ke wahan jo log jatay hain toh wahan hazir hotay hain yeh kehtay hue: labbaik Allahumma labbaik labbaik Allahumma labbaik aye Khuda!</w:t>
      </w:r>
      <w:r>
        <w:br/>
      </w:r>
      <w:r>
        <w:rPr>
          <w:sz w:val="20"/>
        </w:rPr>
        <w:t>36:51  hum hazir hain, aye Khuda! hum hazir hain. yeh kehtay hue saare log Arafat ke maidan mein ikhatta ho jatay hain.</w:t>
      </w:r>
      <w:r>
        <w:br/>
      </w:r>
      <w:r>
        <w:rPr>
          <w:sz w:val="20"/>
        </w:rPr>
        <w:t>36:59  goya ke Khuda ki aik pukaar thi aur saari dunya se musalman nikle, Khuda ke sachay bande, yeh kehtay hue ke: Khudaaya!</w:t>
      </w:r>
      <w:r>
        <w:br/>
      </w:r>
      <w:r>
        <w:rPr>
          <w:sz w:val="20"/>
        </w:rPr>
        <w:t>37:09  teri pukaar par hum hazir hain. toh maine bataya tha ke yeh pukaar kya hai? yeh da'wat il Allah ki pukaar hai.</w:t>
      </w:r>
      <w:r>
        <w:br/>
      </w:r>
      <w:r>
        <w:rPr>
          <w:sz w:val="20"/>
        </w:rPr>
        <w:t>37:20  maine arz kiya tha ke Hazrat Ibrahim, Hazrat Ismail, Hazrat Hajra, yeh teen jo thay, yeh da'wa khandan kaha tha maine in ko.</w:t>
      </w:r>
      <w:r>
        <w:br/>
      </w:r>
      <w:r>
        <w:rPr>
          <w:sz w:val="20"/>
        </w:rPr>
        <w:t>37:29  jise isai muqaddas khandan kehte hain. to maine kaha tha ke yeh daawa khandan tha. daawa khandan. hazrat ibrahim woh shakhs the jinhone bain ul aqwami satah par dawat ka kaam phailaya.</w:t>
      </w:r>
      <w:r>
        <w:br/>
      </w:r>
      <w:r>
        <w:rPr>
          <w:sz w:val="20"/>
        </w:rPr>
        <w:t>37:42  phir apni poori khandan ko jhonk diya. poori khandan ko ja kar jazeera numa mein basa diya. to yeh us ko maine kaha tha daawa khandan.</w:t>
      </w:r>
      <w:r>
        <w:br/>
      </w:r>
      <w:r>
        <w:rPr>
          <w:sz w:val="20"/>
        </w:rPr>
        <w:t>37:52  to yeh maine taqreer ki ke tareekh mein ek daawa khandan wajood mein aai.</w:t>
      </w:r>
      <w:r>
        <w:br/>
      </w:r>
      <w:r>
        <w:rPr>
          <w:sz w:val="20"/>
        </w:rPr>
        <w:t>37:59  is ne jo sargarmiyan dikhayin dawat ke rastay mein, usi ko rehearsal karne ke liye log hajj mein jaate hain. woh alamaati tor par usi ka rehearsal hai.</w:t>
      </w:r>
      <w:r>
        <w:br/>
      </w:r>
      <w:r>
        <w:rPr>
          <w:sz w:val="20"/>
        </w:rPr>
        <w:t>38:11  yaani hajj as rehearsal of dawah work. jo ke us dawah khandan ke zariye wahan par us ilaqay mein paish aaya tha.</w:t>
      </w:r>
      <w:r>
        <w:br/>
      </w:r>
      <w:r>
        <w:rPr>
          <w:sz w:val="20"/>
        </w:rPr>
        <w:t>38:20  to yahan par jo log baithe hue the, to mujhe bataya is mein se sadia ne bataya ke yeh sunte hue is ki aankhon mein aansu aa gaye.</w:t>
      </w:r>
      <w:r>
        <w:br/>
      </w:r>
      <w:r>
        <w:rPr>
          <w:sz w:val="20"/>
        </w:rPr>
        <w:t>38:30  is ne kaha</w:t>
      </w:r>
      <w:r>
        <w:br/>
      </w:r>
      <w:r>
        <w:rPr>
          <w:sz w:val="20"/>
        </w:rPr>
        <w:t>38:39  ke khuda! yeh jo team hai yahan par hai, yeh team bhi labbaik kehte hue teri taraf aa rahi hai.</w:t>
      </w:r>
      <w:r>
        <w:br/>
      </w:r>
      <w:r>
        <w:rPr>
          <w:sz w:val="20"/>
        </w:rPr>
        <w:t>38:47  to bhi is ko bhi to isi group mein shamil kar le.</w:t>
      </w:r>
      <w:r>
        <w:br/>
      </w:r>
      <w:r>
        <w:rPr>
          <w:sz w:val="20"/>
        </w:rPr>
        <w:t>38:54  woh jo group jis ne bain ul aqwami satah par kaam kiya. jis ne hajj, jis ne daawa work ki ek tareekh banai. jis ko har saal haji ja kar ke wahan rehearsal ke roop mein is ka</w:t>
      </w:r>
      <w:r>
        <w:br/>
      </w:r>
      <w:r>
        <w:rPr>
          <w:sz w:val="20"/>
        </w:rPr>
        <w:t>39:10  ahad karte hain ke hum isi tareeqay se dawat ka kaam karenge.</w:t>
      </w:r>
      <w:r>
        <w:br/>
      </w:r>
      <w:r>
        <w:rPr>
          <w:sz w:val="20"/>
        </w:rPr>
        <w:t>39:15  to is ne kaha ke khuda ya! hum bhi labbaik kehte hue hazir hain.</w:t>
      </w:r>
      <w:r>
        <w:br/>
      </w:r>
      <w:r>
        <w:rPr>
          <w:sz w:val="20"/>
        </w:rPr>
        <w:t>39:25  hum ko is daawa group mein shamil kar le. aur humein bhi dawat ki tofeeq ata farma. yeh hai soorat e haal mein dua ka nikalna.</w:t>
      </w:r>
      <w:r>
        <w:br/>
      </w:r>
      <w:r>
        <w:rPr>
          <w:sz w:val="20"/>
        </w:rPr>
        <w:t>39:39  ek woh dua hai ke aap ne rat liya kitab mein. rat kar ke kahin ja kar dohra diya.</w:t>
      </w:r>
      <w:r>
        <w:br/>
      </w:r>
      <w:r>
        <w:rPr>
          <w:sz w:val="20"/>
        </w:rPr>
        <w:t>39:46  aur yeh kya dua hai? jo kisi soorat e haal mein aap ki zuban se ubalti hai. is ka ek nuqta hawala hota hai. is ka matlab yeh nahi ke teen aadmiyon mein hum bhi shamil ho jayen.</w:t>
      </w:r>
      <w:r>
        <w:br/>
      </w:r>
      <w:r>
        <w:rPr>
          <w:sz w:val="20"/>
        </w:rPr>
        <w:t>40:00  teen nabiyon mein se hum bhi shamil ho jayen. yeh matlab nahi hai. woh ek nuqta hawala hai. is nuqta hawala ko le kar ke yeh dua ubalti hai.</w:t>
      </w:r>
      <w:r>
        <w:br/>
      </w:r>
      <w:r>
        <w:rPr>
          <w:sz w:val="20"/>
        </w:rPr>
        <w:t>40:10  agar woh nuqta hawala na ho, aisi dua nahi niklegi.</w:t>
      </w:r>
      <w:r>
        <w:br/>
      </w:r>
      <w:r>
        <w:rPr>
          <w:sz w:val="20"/>
        </w:rPr>
        <w:t>40:14  to is hadees mein jo baat kahi gayi hai, woh yeh hai ke ek dua woh hai jo lafzon se nikalti hai. ek dua woh hai jo dil se ubalti hai. to dil se ubalne wali dua ke liye koi shart chahiye.</w:t>
      </w:r>
      <w:r>
        <w:br/>
      </w:r>
      <w:r>
        <w:rPr>
          <w:sz w:val="20"/>
        </w:rPr>
        <w:t>40:25  koi soorat e haal chahiye. koi nuqta hawala chahiye.</w:t>
      </w:r>
      <w:r>
        <w:br/>
      </w:r>
      <w:r>
        <w:rPr>
          <w:sz w:val="20"/>
        </w:rPr>
        <w:t>40:31  to yeh dua jis ko hasil ho jaye, ke itna zyada is ka zehn فعال ho ke mukhtalif qism ki jo soorat e haal paish aaye, is mein ubal pare jazbat is ke andar se.</w:t>
      </w:r>
    </w:p>
    <w:p>
      <w:pPr>
        <w:pStyle w:val="Heading2"/>
      </w:pPr>
      <w:r>
        <w:t>Only three half-day battles in 23 years, by design</w:t>
      </w:r>
    </w:p>
    <w:p>
      <w:r>
        <w:rPr>
          <w:color w:val="666666"/>
          <w:sz w:val="18"/>
        </w:rPr>
        <w:t>Life of the Prophet of Islam March 22, 2009 · 3m 07s · at 14:52 · https://youtu.be/tCdQ0G7ralM?t=892</w:t>
      </w:r>
    </w:p>
    <w:p>
      <w:r>
        <w:rPr>
          <w:i/>
        </w:rPr>
        <w:t>“صرف تین بار ٹکراؤ ہوا۔ بدر، احد اور حنین”</w:t>
      </w:r>
    </w:p>
    <w:p>
      <w:r>
        <w:rPr>
          <w:sz w:val="20"/>
        </w:rPr>
        <w:t>14:52  is strategy ki wajah se aisa hua k sirf teen bar takrao hua. jis ko kaha jata hai badar, uhud aur hunain.</w:t>
      </w:r>
      <w:r>
        <w:br/>
      </w:r>
      <w:r>
        <w:rPr>
          <w:sz w:val="20"/>
        </w:rPr>
        <w:t>15:02  sirf teen bar.</w:t>
      </w:r>
      <w:r>
        <w:br/>
      </w:r>
      <w:r>
        <w:rPr>
          <w:sz w:val="20"/>
        </w:rPr>
        <w:t>15:04  acha teeno bar kya hua? adhe adhe din ki larai hui. yani dopahar ko shuru hui, sham ko khatam ho gayi. ab dekhiye k larai ki jo history hai bohat si kitabein chapi hain history of war par.</w:t>
      </w:r>
      <w:r>
        <w:br/>
      </w:r>
      <w:r>
        <w:rPr>
          <w:sz w:val="20"/>
        </w:rPr>
        <w:t>15:18  history of war par jo laraiyan huien dunya mein is par baqayda book chapi hain baqayda history of war. aur kaha jata hai k das hazar laraiyan huien.</w:t>
      </w:r>
      <w:r>
        <w:br/>
      </w:r>
      <w:r>
        <w:rPr>
          <w:sz w:val="20"/>
        </w:rPr>
        <w:t>15:31  yani bari bari laraiyan, choti laraiyan to aur zyada. to koi bhi larai aisi nahi hai jo sirf adhe din hui ho.</w:t>
      </w:r>
      <w:r>
        <w:br/>
      </w:r>
      <w:r>
        <w:rPr>
          <w:sz w:val="20"/>
        </w:rPr>
        <w:t>15:41  koi bhi larai nahi aisi hai.</w:t>
      </w:r>
      <w:r>
        <w:br/>
      </w:r>
      <w:r>
        <w:rPr>
          <w:sz w:val="20"/>
        </w:rPr>
        <w:t>15:45  is liye main kahunga k yeh jo teen adhe din ki laraiyan theen yeh is ko is par skirmishes kehna sahi hoga. war nahi. yani all these three wars were skirmishes rather than war.</w:t>
      </w:r>
      <w:r>
        <w:br/>
      </w:r>
      <w:r>
        <w:rPr>
          <w:sz w:val="20"/>
        </w:rPr>
        <w:t>16:02  kyun k mujhe aap bataiye k dunya mein kon si larai aisi hui hai jo adhe din chali ho? chalti rehti hai, chalti rehti hai, chalti rehti hai.</w:t>
      </w:r>
      <w:r>
        <w:br/>
      </w:r>
      <w:r>
        <w:rPr>
          <w:sz w:val="20"/>
        </w:rPr>
        <w:t>16:14  yani mahinon aur salon balkeh do do sal, do sau sal, do do sau sal tak chalti rahen aisi laraiyan dunya mein huien hain.</w:t>
      </w:r>
      <w:r>
        <w:br/>
      </w:r>
      <w:r>
        <w:rPr>
          <w:sz w:val="20"/>
        </w:rPr>
        <w:t>16:25  khud arab mein yeh hal tha k hal hi ne likha hai k woh bakra aur taghlab ki pay hum larai sadi jis mein adhi unhon ne gawai.</w:t>
      </w:r>
      <w:r>
        <w:br/>
      </w:r>
      <w:r>
        <w:rPr>
          <w:sz w:val="20"/>
        </w:rPr>
        <w:t>16:38  yani do tribe k beech mein larai chhari woh ek so sal tak jari rahi arab mein. woh bakra aur taghlab ki baham larai sadi jis mein adhi unhon ne gawai.</w:t>
      </w:r>
      <w:r>
        <w:br/>
      </w:r>
      <w:r>
        <w:rPr>
          <w:sz w:val="20"/>
        </w:rPr>
        <w:t>16:51  to rasool Allah ke apne jo apna jo country tha arab ya arab ke bahir jo dunya thi laraiyan hoti thin wo chalti rehti thin, chalti rehti thin, chalti rehti theen.</w:t>
      </w:r>
      <w:r>
        <w:br/>
      </w:r>
      <w:r>
        <w:rPr>
          <w:sz w:val="20"/>
        </w:rPr>
        <w:t>17:04  aap ne ek larai ko adhe din mein khatam kar diya kyunke aap hamesha avoid karte thay. avoid ki ek poori kitaab likhi jaye to avoidance jo tha aap ka principle of avoidance us par ek poori kitaab aap likh sakte hain.</w:t>
      </w:r>
      <w:r>
        <w:br/>
      </w:r>
      <w:r>
        <w:rPr>
          <w:sz w:val="20"/>
        </w:rPr>
        <w:t>17:20  to is liye main kahunga ke ye jo laraiyan theen teen ye skirmishes theen, ye ye war nahi theen. kyun aap ne aisa kiya?</w:t>
      </w:r>
      <w:r>
        <w:br/>
      </w:r>
      <w:r>
        <w:rPr>
          <w:sz w:val="20"/>
        </w:rPr>
        <w:t>17:30  sirf is liye kiya ke dawah ka kaam kaam ruk jata hai agar aap larai mein ulajh jate to. where there is war, there is no dawah.</w:t>
      </w:r>
      <w:r>
        <w:br/>
      </w:r>
      <w:r>
        <w:rPr>
          <w:sz w:val="20"/>
        </w:rPr>
        <w:t>17:44  to aap ne bar bar yak tarfa yani unilateral sacrifice kar ke unilateral adjustment kar ke avoid kiya war ko taake dawah ka mahol baqi rahe.</w:t>
      </w:r>
      <w:r>
        <w:br/>
      </w:r>
      <w:r>
        <w:rPr>
          <w:sz w:val="20"/>
        </w:rPr>
        <w:t>18:00  dawah ka process jo hai yani chalta rahe, chalta rahe, chalta rahe. phir aap dekhiye</w:t>
      </w:r>
    </w:p>
    <w:p>
      <w:pPr>
        <w:pStyle w:val="Heading2"/>
      </w:pPr>
      <w:r>
        <w:t>Woman as booster: analogy, examples, and conclusion</w:t>
      </w:r>
    </w:p>
    <w:p>
      <w:r>
        <w:rPr>
          <w:color w:val="666666"/>
          <w:sz w:val="18"/>
        </w:rPr>
        <w:t>Place of Woman in Islam-III | March 5, 2006 | Maulana Wahiduddin Khan · 5m 35s · at 5:18 · https://youtu.be/4Z5G3JO07Go?t=318</w:t>
      </w:r>
    </w:p>
    <w:p>
      <w:r>
        <w:rPr>
          <w:i/>
        </w:rPr>
        <w:t>“Warrior ka role adaa kare aur aurat booster ka role”</w:t>
      </w:r>
    </w:p>
    <w:p>
      <w:r>
        <w:rPr>
          <w:sz w:val="20"/>
        </w:rPr>
        <w:t>5:18  warror ka role ada kare aur aurat booster ka role ada kare.</w:t>
      </w:r>
      <w:r>
        <w:br/>
      </w:r>
      <w:r>
        <w:rPr>
          <w:sz w:val="20"/>
        </w:rPr>
        <w:t>5:24  agar yeh baat jaan le to main samajhta hoon ke har aurat jo hai hero ban jaye.</w:t>
      </w:r>
      <w:r>
        <w:br/>
      </w:r>
      <w:r>
        <w:rPr>
          <w:sz w:val="20"/>
        </w:rPr>
        <w:t>5:30  har aurat ek heroic role ada kar sakti hai.</w:t>
      </w:r>
      <w:r>
        <w:br/>
      </w:r>
      <w:r>
        <w:rPr>
          <w:sz w:val="20"/>
        </w:rPr>
        <w:t>5:36  main yahan par ek ek misaal doonga ke ek baat aur arz kar doon.</w:t>
      </w:r>
      <w:r>
        <w:br/>
      </w:r>
      <w:r>
        <w:rPr>
          <w:sz w:val="20"/>
        </w:rPr>
        <w:t>5:43  ek hota hai</w:t>
      </w:r>
      <w:r>
        <w:br/>
      </w:r>
      <w:r>
        <w:rPr>
          <w:sz w:val="20"/>
        </w:rPr>
        <w:t>5:49  individual ke liye booster banna.</w:t>
      </w:r>
      <w:r>
        <w:br/>
      </w:r>
      <w:r>
        <w:rPr>
          <w:sz w:val="20"/>
        </w:rPr>
        <w:t>5:54  ek hota hai group ke liye booster banna.</w:t>
      </w:r>
      <w:r>
        <w:br/>
      </w:r>
      <w:r>
        <w:rPr>
          <w:sz w:val="20"/>
        </w:rPr>
        <w:t>5:59  jaise ke Thomas Alva Edison jo scientist tha us ki maa Nancy ek individual ke liye booster bani.</w:t>
      </w:r>
      <w:r>
        <w:br/>
      </w:r>
      <w:r>
        <w:rPr>
          <w:sz w:val="20"/>
        </w:rPr>
        <w:t>6:04  yani Edison ke liye woh booster bani.</w:t>
      </w:r>
      <w:r>
        <w:br/>
      </w:r>
      <w:r>
        <w:rPr>
          <w:sz w:val="20"/>
        </w:rPr>
        <w:t>6:09  yani ek individual ke liye woh booster bani us ki maa, Nancy.</w:t>
      </w:r>
      <w:r>
        <w:br/>
      </w:r>
      <w:r>
        <w:rPr>
          <w:sz w:val="20"/>
        </w:rPr>
        <w:t>6:15  lekin jab ek aurat</w:t>
      </w:r>
      <w:r>
        <w:br/>
      </w:r>
      <w:r>
        <w:rPr>
          <w:sz w:val="20"/>
        </w:rPr>
        <w:t>6:20  ek educational institution mein parhati hai jo bachche schooling ke liye aaye hue hain un ko educate karti</w:t>
      </w:r>
      <w:r>
        <w:br/>
      </w:r>
      <w:r>
        <w:rPr>
          <w:sz w:val="20"/>
        </w:rPr>
        <w:t>6:26  hai to woh group ko group ke liye booster banti hai.</w:t>
      </w:r>
      <w:r>
        <w:br/>
      </w:r>
      <w:r>
        <w:rPr>
          <w:sz w:val="20"/>
        </w:rPr>
        <w:t>6:32  group ke liye booster banti hai.</w:t>
      </w:r>
      <w:r>
        <w:br/>
      </w:r>
      <w:r>
        <w:rPr>
          <w:sz w:val="20"/>
        </w:rPr>
        <w:t>6:38  ek generation banati hai, generation.</w:t>
      </w:r>
      <w:r>
        <w:br/>
      </w:r>
      <w:r>
        <w:rPr>
          <w:sz w:val="20"/>
        </w:rPr>
        <w:t>6:44  to ek individual ke liye booster banne ki misaal aap paate hain miss nancy mein jo maa thi</w:t>
      </w:r>
      <w:r>
        <w:br/>
      </w:r>
      <w:r>
        <w:rPr>
          <w:sz w:val="20"/>
        </w:rPr>
        <w:t>6:50  edison ki.</w:t>
      </w:r>
      <w:r>
        <w:br/>
      </w:r>
      <w:r>
        <w:rPr>
          <w:sz w:val="20"/>
        </w:rPr>
        <w:t>6:55  aur har woh lady jo poori duty ke sath, duty counselor ban kar ke ek school mein bachon</w:t>
      </w:r>
      <w:r>
        <w:br/>
      </w:r>
      <w:r>
        <w:rPr>
          <w:sz w:val="20"/>
        </w:rPr>
        <w:t>7:00  ko parha rahi hai, us ko educate kar rahi hai, woh poore group ki booster hai.</w:t>
      </w:r>
      <w:r>
        <w:br/>
      </w:r>
      <w:r>
        <w:rPr>
          <w:sz w:val="20"/>
        </w:rPr>
        <w:t>7:06  woh agli generation ko aage barha rahi hai.</w:t>
      </w:r>
      <w:r>
        <w:br/>
      </w:r>
      <w:r>
        <w:rPr>
          <w:sz w:val="20"/>
        </w:rPr>
        <w:t>7:11  bohat bara kaam kar rahi hai woh.</w:t>
      </w:r>
      <w:r>
        <w:br/>
      </w:r>
      <w:r>
        <w:rPr>
          <w:sz w:val="20"/>
        </w:rPr>
        <w:t>7:16  to main yeh keh raha tha ke khuda ne ya creation plan ke mutabiq jo</w:t>
      </w:r>
      <w:r>
        <w:br/>
      </w:r>
      <w:r>
        <w:rPr>
          <w:sz w:val="20"/>
        </w:rPr>
        <w:t>7:21  jo role rakha gaya hai woh yeh hai ke mard performer bane aur aurat booster bane.</w:t>
      </w:r>
      <w:r>
        <w:br/>
      </w:r>
      <w:r>
        <w:rPr>
          <w:sz w:val="20"/>
        </w:rPr>
        <w:t>7:31  us ko samajhne ke liye yeh hadith mein yahi theek yahi baat kahi gayi hai ke jo main ne kaha.</w:t>
      </w:r>
      <w:r>
        <w:br/>
      </w:r>
      <w:r>
        <w:rPr>
          <w:sz w:val="20"/>
        </w:rPr>
        <w:t>7:41  woh yeh hai, hadith mein aata hai ke khair o muta'i al-din</w:t>
      </w:r>
      <w:r>
        <w:br/>
      </w:r>
      <w:r>
        <w:rPr>
          <w:sz w:val="20"/>
        </w:rPr>
        <w:t>7:51  ya al-barrat al-salihah tawana 'ala dinhi.</w:t>
      </w:r>
      <w:r>
        <w:br/>
      </w:r>
      <w:r>
        <w:rPr>
          <w:sz w:val="20"/>
        </w:rPr>
        <w:t>7:58  kisi mard ke liye sab se achhi sab se acha asset ek biwi hai.</w:t>
      </w:r>
      <w:r>
        <w:br/>
      </w:r>
      <w:r>
        <w:rPr>
          <w:sz w:val="20"/>
        </w:rPr>
        <w:t>8:04  salihah, salihah mani sa'un.</w:t>
      </w:r>
      <w:r>
        <w:br/>
      </w:r>
      <w:r>
        <w:rPr>
          <w:sz w:val="20"/>
        </w:rPr>
        <w:t>8:11  ek sa'un biwi.</w:t>
      </w:r>
      <w:r>
        <w:br/>
      </w:r>
      <w:r>
        <w:rPr>
          <w:sz w:val="20"/>
        </w:rPr>
        <w:t>8:17  sa'un ka matlab yeh hota hai jo law of nature ko samajh kar ke us ke mutabiq chalna chahe.</w:t>
      </w:r>
      <w:r>
        <w:br/>
      </w:r>
      <w:r>
        <w:rPr>
          <w:sz w:val="20"/>
        </w:rPr>
        <w:t>8:23  apne potential ko jan kar ke us ka avail karna chahe.</w:t>
      </w:r>
      <w:r>
        <w:br/>
      </w:r>
      <w:r>
        <w:rPr>
          <w:sz w:val="20"/>
        </w:rPr>
        <w:t>8:27  woh sa'un woman hai.</w:t>
      </w:r>
      <w:r>
        <w:br/>
      </w:r>
      <w:r>
        <w:rPr>
          <w:sz w:val="20"/>
        </w:rPr>
        <w:t>8:31  to hadith mein bataya gaya hai ke sab se kisi mard ke liye sab se acha asset kya</w:t>
      </w:r>
      <w:r>
        <w:br/>
      </w:r>
      <w:r>
        <w:rPr>
          <w:sz w:val="20"/>
        </w:rPr>
        <w:t>8:35  hai? Ek salih aurat.</w:t>
      </w:r>
      <w:r>
        <w:br/>
      </w:r>
      <w:r>
        <w:rPr>
          <w:sz w:val="20"/>
        </w:rPr>
        <w:t>8:38  tawana 'ala dinhi.</w:t>
      </w:r>
      <w:r>
        <w:br/>
      </w:r>
      <w:r>
        <w:rPr>
          <w:sz w:val="20"/>
        </w:rPr>
        <w:t>8:42  jo helpful bane us ke deen ke liye.</w:t>
      </w:r>
      <w:r>
        <w:br/>
      </w:r>
      <w:r>
        <w:rPr>
          <w:sz w:val="20"/>
        </w:rPr>
        <w:t>8:46  jo helpful bane us ke mission ke liye.</w:t>
      </w:r>
      <w:r>
        <w:br/>
      </w:r>
      <w:r>
        <w:rPr>
          <w:sz w:val="20"/>
        </w:rPr>
        <w:t>8:50  jo helpful bne us ke us ke wo jo kaam karna chah</w:t>
      </w:r>
      <w:r>
        <w:br/>
      </w:r>
      <w:r>
        <w:rPr>
          <w:sz w:val="20"/>
        </w:rPr>
        <w:t>8:53  ta hai us ke liye.</w:t>
      </w:r>
      <w:r>
        <w:br/>
      </w:r>
      <w:r>
        <w:rPr>
          <w:sz w:val="20"/>
        </w:rPr>
        <w:t>8:58  to ye helpful banna jo hai toween ho, toween ho matlab helpful banna.</w:t>
      </w:r>
      <w:r>
        <w:br/>
      </w:r>
      <w:r>
        <w:rPr>
          <w:sz w:val="20"/>
        </w:rPr>
        <w:t>9:03  to helpful banna kya hai? booster banna.</w:t>
      </w:r>
      <w:r>
        <w:br/>
      </w:r>
      <w:r>
        <w:rPr>
          <w:sz w:val="20"/>
        </w:rPr>
        <w:t>9:08  agar aap lafz badlen to is ka matlab ye hoga ke sab se achhi biwi wo hai jo</w:t>
      </w:r>
      <w:r>
        <w:br/>
      </w:r>
      <w:r>
        <w:rPr>
          <w:sz w:val="20"/>
        </w:rPr>
        <w:t>9:13  mard ko performer ki jagah rakhe aur khud us ki booster ban jaye.</w:t>
      </w:r>
      <w:r>
        <w:br/>
      </w:r>
      <w:r>
        <w:rPr>
          <w:sz w:val="20"/>
        </w:rPr>
        <w:t>9:18  khair o mataa'id dunya al-birr as-saaliha tuween 'ala deenihi.</w:t>
      </w:r>
      <w:r>
        <w:br/>
      </w:r>
      <w:r>
        <w:rPr>
          <w:sz w:val="20"/>
        </w:rPr>
        <w:t>9:23  sab se achhi sab se achha asset isi ke liye wo aurat hai wo wo biwi hai jo</w:t>
      </w:r>
      <w:r>
        <w:br/>
      </w:r>
      <w:r>
        <w:rPr>
          <w:sz w:val="20"/>
        </w:rPr>
        <w:t>9:27  us ke liye us ke deen mein madadgar ban jaye, helpful ban jaye.</w:t>
      </w:r>
      <w:r>
        <w:br/>
      </w:r>
      <w:r>
        <w:rPr>
          <w:sz w:val="20"/>
        </w:rPr>
        <w:t>9:31  deen ko aap greater sense mein lijiye.</w:t>
      </w:r>
      <w:r>
        <w:br/>
      </w:r>
      <w:r>
        <w:rPr>
          <w:sz w:val="20"/>
        </w:rPr>
        <w:t>9:35  yani mission ke sense mein.</w:t>
      </w:r>
      <w:r>
        <w:br/>
      </w:r>
      <w:r>
        <w:rPr>
          <w:sz w:val="20"/>
        </w:rPr>
        <w:t>9:38  zindagi ke program ke sense mein.</w:t>
      </w:r>
      <w:r>
        <w:br/>
      </w:r>
      <w:r>
        <w:rPr>
          <w:sz w:val="20"/>
        </w:rPr>
        <w:t>9:42  koi bada kaam karne ke sense mein.</w:t>
      </w:r>
      <w:r>
        <w:br/>
      </w:r>
      <w:r>
        <w:rPr>
          <w:sz w:val="20"/>
        </w:rPr>
        <w:t>9:46  sab cheez deen se judi hui hai.</w:t>
      </w:r>
      <w:r>
        <w:br/>
      </w:r>
      <w:r>
        <w:rPr>
          <w:sz w:val="20"/>
        </w:rPr>
        <w:t>9:50  to main samajhta hoon ke is hadith mein</w:t>
      </w:r>
      <w:r>
        <w:br/>
      </w:r>
      <w:r>
        <w:rPr>
          <w:sz w:val="20"/>
        </w:rPr>
        <w:t>9:54  isi cheez ko bataya gaya hai jis ko main ne kaha ke sab se achhi biwi sab se</w:t>
      </w:r>
      <w:r>
        <w:br/>
      </w:r>
      <w:r>
        <w:rPr>
          <w:sz w:val="20"/>
        </w:rPr>
        <w:t>10:00  achhi khatoon wo hain jo is scheme ko maanein ke mard ka role performer banna hai aur mera</w:t>
      </w:r>
      <w:r>
        <w:br/>
      </w:r>
      <w:r>
        <w:rPr>
          <w:sz w:val="20"/>
        </w:rPr>
        <w:t>10:06  role booster banna hai.</w:t>
      </w:r>
      <w:r>
        <w:br/>
      </w:r>
      <w:r>
        <w:rPr>
          <w:sz w:val="20"/>
        </w:rPr>
        <w:t>10:12  agar ye zehan aajaye, ye soch aajaye to bilashuba har aurat hero ban jaye.</w:t>
      </w:r>
      <w:r>
        <w:br/>
      </w:r>
      <w:r>
        <w:rPr>
          <w:sz w:val="20"/>
        </w:rPr>
        <w:t>10:18  kyun ke akele abhi jo gender equality ka jo concept hai is mein har aurat akele</w:t>
      </w:r>
      <w:r>
        <w:br/>
      </w:r>
      <w:r>
        <w:rPr>
          <w:sz w:val="20"/>
        </w:rPr>
        <w:t>10:24  he hero banna chahti hai. akele heroic kaam karna chahti hai. to woh to possible nahin hai. woh to possible nahin hai. main aap ko Islam ki history ki aik misaal deta hoon. is baat ko samajhne ke liye. Quran mein hai wajadaka 'a</w:t>
      </w:r>
    </w:p>
    <w:p>
      <w:pPr>
        <w:pStyle w:val="Heading2"/>
      </w:pPr>
      <w:r>
        <w:t>science proves paradise cannot be built on earth</w:t>
      </w:r>
    </w:p>
    <w:p>
      <w:r>
        <w:rPr>
          <w:color w:val="666666"/>
          <w:sz w:val="18"/>
        </w:rPr>
        <w:t>Prophetic Mission in 21st Century October 2, 2011 Maulana Wahiduddin Khan · 5m 59s · at 21:06 · https://youtu.be/ao5gC6SXQXE?t=1266</w:t>
      </w:r>
    </w:p>
    <w:p>
      <w:r>
        <w:rPr>
          <w:i/>
        </w:rPr>
        <w:t>“Yeh dunya ab tumhare liye sirf imtihan ke liye hai”</w:t>
      </w:r>
    </w:p>
    <w:p>
      <w:r>
        <w:rPr>
          <w:sz w:val="20"/>
        </w:rPr>
        <w:t>21:06  ke jo dawat-e-tauheed hai, jo peghambar le kar aaye, is mein yeh bataya jata tha ke yeh dunya ab tumhare liye sirf lau-e-imtihaan ke taur par hai.</w:t>
      </w:r>
      <w:r>
        <w:br/>
      </w:r>
      <w:r>
        <w:rPr>
          <w:sz w:val="20"/>
        </w:rPr>
        <w:t>21:23  Yahan tum apni jannat nahi bana sakte.</w:t>
      </w:r>
      <w:r>
        <w:br/>
      </w:r>
      <w:r>
        <w:rPr>
          <w:sz w:val="20"/>
        </w:rPr>
        <w:t>21:26  Aadmi, aap jante hain ke aadmi kaha jata hai ke my desire seeking animal, my desire seeking animal. Insan chahta hai ke apni ek, apni ek, apni pasand ki ek dunya, apni dunya banaye, yani apni ek, ek dunya banaye jahan woh reh sake apni pasand ke mutabiq.</w:t>
      </w:r>
      <w:r>
        <w:br/>
      </w:r>
      <w:r>
        <w:rPr>
          <w:sz w:val="20"/>
        </w:rPr>
        <w:t>21:46  Isi ko hum jannat kehte hain.</w:t>
      </w:r>
      <w:r>
        <w:br/>
      </w:r>
      <w:r>
        <w:rPr>
          <w:sz w:val="20"/>
        </w:rPr>
        <w:t>21:48  To goya ke har insan jannat ki talash mein hai, har insan ke andar ek mind mein khwab basa hua hai apni pasand ki ek dunya hasil karne ka.</w:t>
      </w:r>
      <w:r>
        <w:br/>
      </w:r>
      <w:r>
        <w:rPr>
          <w:sz w:val="20"/>
        </w:rPr>
        <w:t>21:59  To sare log isi koshish mein the, chahe badshah ho, chahe aam insan ho. Peghambar ne kaha ke yeh mumkin nahi, jannat milegi akhirat mein, is dunya mein nahi.</w:t>
      </w:r>
      <w:r>
        <w:br/>
      </w:r>
      <w:r>
        <w:rPr>
          <w:sz w:val="20"/>
        </w:rPr>
        <w:t>22:11  To insan manne se pyar nahi hota tha.</w:t>
      </w:r>
      <w:r>
        <w:br/>
      </w:r>
      <w:r>
        <w:rPr>
          <w:sz w:val="20"/>
        </w:rPr>
        <w:t>22:14  Puri puri tareekh mein insan yeh karta raha ke dunya mein apni jannat banane ki koshish karta raha, behtareen ghar, behtareen shehar, behtareen saaz-o-saman, yani jis ko bhi zindagi ka aap saman kehte hain,</w:t>
      </w:r>
      <w:r>
        <w:br/>
      </w:r>
      <w:r>
        <w:rPr>
          <w:sz w:val="20"/>
        </w:rPr>
        <w:t>22:32  zindagi ki zaroorat hai, woh sab hum pala hasil ho, perfect shakal mein, ideal shakal mein. To yeh is khwab ko poora karne ke liye insan hamesha koshish karta raha, aur peghambar ki baat ko is ne nahi mana ke hum is dunya mein kar lenge, hum ko akhirat ka intezar karne ki zaroorat nahi hai.</w:t>
      </w:r>
      <w:r>
        <w:br/>
      </w:r>
      <w:r>
        <w:rPr>
          <w:sz w:val="20"/>
        </w:rPr>
        <w:t>22:51  Babar baish koshish ka haal dobara nahi. Is tarah to ilmi taur par yeh koi sabit nahi ho pati thi ke kyun is dunya mein nahi ban sakta.</w:t>
      </w:r>
      <w:r>
        <w:br/>
      </w:r>
      <w:r>
        <w:rPr>
          <w:sz w:val="20"/>
        </w:rPr>
        <w:t>23:01  Ab moajza zamane mein science ne sabit kar diya. Dekhein, ek daleel ek thi pehle zamane mein ke har insan mar jata hai so saal se kam mud</w:t>
      </w:r>
      <w:r>
        <w:br/>
      </w:r>
      <w:r>
        <w:rPr>
          <w:sz w:val="20"/>
        </w:rPr>
        <w:t>23:15  mein. To so saal se kam muddat mein kaise apni jannat bana lega dunya mein? To yeh log kehte the. Jo jo akhirat ko nahi mante ke aap yun koi woh samajhte hain ke aadmi apni hi zindagi hasil kar le.</w:t>
      </w:r>
      <w:r>
        <w:br/>
      </w:r>
      <w:r>
        <w:rPr>
          <w:sz w:val="20"/>
        </w:rPr>
        <w:t>23:30  Yeh to ek tasalsul hai, generation of generation ek koshish chal rahi hai. Aaj hum na hasil kar sakein to hamari agli jannat hasil kar legi.</w:t>
      </w:r>
      <w:r>
        <w:br/>
      </w:r>
      <w:r>
        <w:rPr>
          <w:sz w:val="20"/>
        </w:rPr>
        <w:t>23:40  Yeh daleel di jati thi ke jannat ki talash ek musalsal amal hai. Hum aaj kuch hasil karenge, agli nasal kuch hasil karegi, agli nasal kuch hasil karegi.</w:t>
      </w:r>
      <w:r>
        <w:br/>
      </w:r>
      <w:r>
        <w:rPr>
          <w:sz w:val="20"/>
        </w:rPr>
        <w:t>23:53  Is tarah hote hote hum dunya mein jannat bana lenge. To hum na bana sakein to hamare agli nasal paling paling jannat ko yeh daleel thi.</w:t>
      </w:r>
      <w:r>
        <w:br/>
      </w:r>
      <w:r>
        <w:rPr>
          <w:sz w:val="20"/>
        </w:rPr>
        <w:t>24:03  Lekin ab science ne sabit kar diya ke mumkin nahi, sirf mumkin nahi</w:t>
      </w:r>
      <w:r>
        <w:br/>
      </w:r>
      <w:r>
        <w:rPr>
          <w:sz w:val="20"/>
        </w:rPr>
        <w:t>24:09  hai. Isi wajah se dekhein, 1930 mein ek kitaab chhapi thi jis ka naam tha "Future Stock".</w:t>
      </w:r>
      <w:r>
        <w:br/>
      </w:r>
      <w:r>
        <w:rPr>
          <w:sz w:val="20"/>
        </w:rPr>
        <w:t>24:19  Is kitaab ka musannif tha aalami doctor. Us ne kaha tha ke maujood zamane mein insan Olympic koshish ke nateeje mein industrial age tak pohancha hai.</w:t>
      </w:r>
      <w:r>
        <w:br/>
      </w:r>
      <w:r>
        <w:rPr>
          <w:sz w:val="20"/>
        </w:rPr>
        <w:t>24:32  Ab ki dunya ek aur age mein dakhil hone wali hai. Is ko unhon ne kaha ke super industrial age. Yeh 20 sadi ka khwab tha insan ka ke dunya super industrial age mein dakhil ho rahi hai, yani jannat aage ban jayegi agle daur mein.</w:t>
      </w:r>
      <w:r>
        <w:br/>
      </w:r>
      <w:r>
        <w:rPr>
          <w:sz w:val="20"/>
        </w:rPr>
        <w:t>24:49  Lekin jab 20 sadi khatam hui, ek ek qistein aayin to maloom hua ke woh kuch nahi ban sakta kyunke problem aa gaya, pollution ka, carbon emission ka.</w:t>
      </w:r>
      <w:r>
        <w:br/>
      </w:r>
      <w:r>
        <w:rPr>
          <w:sz w:val="20"/>
        </w:rPr>
        <w:t>25:03  To maloom hua ke yeh to hai end aa gaya, end. Ab modern science jo hai, us ne bataya hai ke yeh dunya mein jo wasail the, woh limited the, unlimited nahi</w:t>
      </w:r>
      <w:r>
        <w:br/>
      </w:r>
      <w:r>
        <w:rPr>
          <w:sz w:val="20"/>
        </w:rPr>
        <w:t>25:17  the. Aur insan ne andha dhund istemal kiya industrialization ke baad. Hote hote woh ab woh khatam ho raha hai.</w:t>
      </w:r>
      <w:r>
        <w:br/>
      </w:r>
      <w:r>
        <w:rPr>
          <w:sz w:val="20"/>
        </w:rPr>
        <w:t>25:27  Pani mein pollution aa gaya, janglat kat gaye, adhura lehar mein hosh paida ho gaya, aur hadithan aitbar se hawa mein pollution aa gaya to har cheez mein limit aa gayi, had aa gayi.</w:t>
      </w:r>
      <w:r>
        <w:br/>
      </w:r>
      <w:r>
        <w:rPr>
          <w:sz w:val="20"/>
        </w:rPr>
        <w:t>25:42  Chunancha ab jo scientists hain, woh kehte hain ke is zameen par hum insan ki abadi nahi, mustaqbil mein nahi.</w:t>
      </w:r>
      <w:r>
        <w:br/>
      </w:r>
      <w:r>
        <w:rPr>
          <w:sz w:val="20"/>
        </w:rPr>
        <w:t>25:52  21 sadi hi aakhri sadi hai, is ke baad dunya is qabil nahi rahe ke aadmi yahan basay.</w:t>
      </w:r>
      <w:r>
        <w:br/>
      </w:r>
      <w:r>
        <w:rPr>
          <w:sz w:val="20"/>
        </w:rPr>
        <w:t>25:59  to chunache ab jo science daan hain, woh keh rahe hain ke hum ko space colony banana chahiye. space colony, yani zameen se urr kar aap hawa fiza mein jayen, woh khala mein hain aur khala mein rahen.</w:t>
      </w:r>
      <w:r>
        <w:br/>
      </w:r>
      <w:r>
        <w:rPr>
          <w:sz w:val="20"/>
        </w:rPr>
        <w:t>26:14  halankay yeh khayali baat hai, yeh romantic baat hai, kyunke space colony agar farz kiya bana bhi paya to wahan pani chahiye, life support sab chahiye, ghiza chahiye.</w:t>
      </w:r>
      <w:r>
        <w:br/>
      </w:r>
      <w:r>
        <w:rPr>
          <w:sz w:val="20"/>
        </w:rPr>
        <w:t>26:25  woh kahan se aye gi sab?</w:t>
      </w:r>
      <w:r>
        <w:br/>
      </w:r>
      <w:r>
        <w:rPr>
          <w:sz w:val="20"/>
        </w:rPr>
        <w:t>26:27  kyunke khala mein to kuch bhi nahi hai. to science ne ab yeh saare science daan, yani is mein university keh rahi hai, mutafqa tor par ke 21 sadi ke wasat tak dunya khatam ho jaye gi.</w:t>
      </w:r>
      <w:r>
        <w:br/>
      </w:r>
      <w:r>
        <w:rPr>
          <w:sz w:val="20"/>
        </w:rPr>
        <w:t>26:45  is se aagay nahi, kuch nahi reh gaya aap par. ab 22, 22 sadi aur insan 22 sadi insan aanay walay hi nahi hain kyunke sab khatam ho chuka hua</w:t>
      </w:r>
      <w:r>
        <w:br/>
      </w:r>
      <w:r>
        <w:rPr>
          <w:sz w:val="20"/>
        </w:rPr>
        <w:t>26:55  hai. to woh jo nazariya tha ke hum is dunya mein nasl dar nasl qabil kar ke jannat bana len ge, woh khwab shuttle ho gaya, woh shuttle ho gaya.</w:t>
      </w:r>
    </w:p>
    <w:p>
      <w:pPr>
        <w:pStyle w:val="Heading2"/>
      </w:pPr>
      <w:r>
        <w:t>Shanti Yatra after Babri Masjid demolition</w:t>
      </w:r>
    </w:p>
    <w:p>
      <w:r>
        <w:rPr>
          <w:color w:val="666666"/>
          <w:sz w:val="18"/>
        </w:rPr>
        <w:t>Islam in Daily Life | December 18, 2007 · 4m 07s · at 0:43 · https://youtu.be/wLp27oWti4c?t=43</w:t>
      </w:r>
    </w:p>
    <w:p>
      <w:r>
        <w:rPr>
          <w:i/>
        </w:rPr>
        <w:t>“December 6, 1992, Babri Masjid demolished...”</w:t>
      </w:r>
    </w:p>
    <w:p>
      <w:r>
        <w:rPr>
          <w:sz w:val="20"/>
        </w:rPr>
        <w:t>0:43  Daily Life".</w:t>
      </w:r>
      <w:r>
        <w:br/>
      </w:r>
      <w:r>
        <w:rPr>
          <w:sz w:val="20"/>
        </w:rPr>
        <w:t>0:51  Islam in Daily Life.</w:t>
      </w:r>
      <w:r>
        <w:br/>
      </w:r>
      <w:r>
        <w:rPr>
          <w:sz w:val="20"/>
        </w:rPr>
        <w:t>0:59  is title ke peeche ek history hai, is ka ek background hai.</w:t>
      </w:r>
      <w:r>
        <w:br/>
      </w:r>
      <w:r>
        <w:rPr>
          <w:sz w:val="20"/>
        </w:rPr>
        <w:t>1:07  dekhiye, December 6, 1992 mein</w:t>
      </w:r>
      <w:r>
        <w:br/>
      </w:r>
      <w:r>
        <w:rPr>
          <w:sz w:val="20"/>
        </w:rPr>
        <w:t>1:15  Oojdiya ki Babri Masjid ko demolish kar diya gaya.</w:t>
      </w:r>
      <w:r>
        <w:br/>
      </w:r>
      <w:r>
        <w:rPr>
          <w:sz w:val="20"/>
        </w:rPr>
        <w:t>1:23  is ke baad Musalmanon mein bohat zabardast reaction hua.</w:t>
      </w:r>
      <w:r>
        <w:br/>
      </w:r>
      <w:r>
        <w:rPr>
          <w:sz w:val="20"/>
        </w:rPr>
        <w:t>1:31  jagah jagah communal rights hue, khaas tor par Bombay mein aur Maharashtra mein.</w:t>
      </w:r>
      <w:r>
        <w:br/>
      </w:r>
      <w:r>
        <w:rPr>
          <w:sz w:val="20"/>
        </w:rPr>
        <w:t>1:38  to is zamane mein</w:t>
      </w:r>
      <w:r>
        <w:br/>
      </w:r>
      <w:r>
        <w:rPr>
          <w:sz w:val="20"/>
        </w:rPr>
        <w:t>1:46  mein ne kai koshishen keen.</w:t>
      </w:r>
      <w:r>
        <w:br/>
      </w:r>
      <w:r>
        <w:rPr>
          <w:sz w:val="20"/>
        </w:rPr>
        <w:t>1:54  is mein se yeh kya tha ke hum ne ek shanti yatra nikala. shanti yatra.</w:t>
      </w:r>
      <w:r>
        <w:br/>
      </w:r>
      <w:r>
        <w:rPr>
          <w:sz w:val="20"/>
        </w:rPr>
        <w:t>2:01  is mein acharya shishir kumar hamare sath the, aur swami shahzadan hamare sath the, aur kai log.</w:t>
      </w:r>
      <w:r>
        <w:br/>
      </w:r>
      <w:r>
        <w:rPr>
          <w:sz w:val="20"/>
        </w:rPr>
        <w:t>2:09  to hum logon ne yeh shanti yatra nik</w:t>
      </w:r>
      <w:r>
        <w:br/>
      </w:r>
      <w:r>
        <w:rPr>
          <w:sz w:val="20"/>
        </w:rPr>
        <w:t>2:16  ala bombay aur poona se, aur hum gaye phir nagpur tak.</w:t>
      </w:r>
      <w:r>
        <w:br/>
      </w:r>
      <w:r>
        <w:rPr>
          <w:sz w:val="20"/>
        </w:rPr>
        <w:t>2:24  do haftay se zyada yeh shanti yatra chali.</w:t>
      </w:r>
      <w:r>
        <w:br/>
      </w:r>
      <w:r>
        <w:rPr>
          <w:sz w:val="20"/>
        </w:rPr>
        <w:t>2:32  is mein hum ne thirty jaghon par, thirty jaghon ko cover kiya.</w:t>
      </w:r>
      <w:r>
        <w:br/>
      </w:r>
      <w:r>
        <w:rPr>
          <w:sz w:val="20"/>
        </w:rPr>
        <w:t>2:40  is mein jain community ne bohat bara</w:t>
      </w:r>
      <w:r>
        <w:br/>
      </w:r>
      <w:r>
        <w:rPr>
          <w:sz w:val="20"/>
        </w:rPr>
        <w:t>2:48  support diya tha.</w:t>
      </w:r>
      <w:r>
        <w:br/>
      </w:r>
      <w:r>
        <w:rPr>
          <w:sz w:val="20"/>
        </w:rPr>
        <w:t>2:54  har jagah unhi ne organize kiya meeting ko aur jalsay ko.</w:t>
      </w:r>
      <w:r>
        <w:br/>
      </w:r>
      <w:r>
        <w:rPr>
          <w:sz w:val="20"/>
        </w:rPr>
        <w:t>2:59  mein samajhta hoon ke bohat hi achhay tareeqay se organize kiya tha unhon ne.</w:t>
      </w:r>
      <w:r>
        <w:br/>
      </w:r>
      <w:r>
        <w:rPr>
          <w:sz w:val="20"/>
        </w:rPr>
        <w:t>3:04  isi liye shanti yatra bohat kamyab rahi.</w:t>
      </w:r>
      <w:r>
        <w:br/>
      </w:r>
      <w:r>
        <w:rPr>
          <w:sz w:val="20"/>
        </w:rPr>
        <w:t>3:09  to aur bohat zabardast farq par gaya is ke baad.</w:t>
      </w:r>
      <w:r>
        <w:br/>
      </w:r>
      <w:r>
        <w:rPr>
          <w:sz w:val="20"/>
        </w:rPr>
        <w:t>3:15  jaise hum ek jagah pohanchay isi</w:t>
      </w:r>
      <w:r>
        <w:br/>
      </w:r>
      <w:r>
        <w:rPr>
          <w:sz w:val="20"/>
        </w:rPr>
        <w:t>3:20  yatra ke zamanay mein, to wahan par right hua tha, ghar jalaye gaye the, aur abhi tak dhuan</w:t>
      </w:r>
      <w:r>
        <w:br/>
      </w:r>
      <w:r>
        <w:rPr>
          <w:sz w:val="20"/>
        </w:rPr>
        <w:t>3:26  nikal raha tha gharon se.</w:t>
      </w:r>
      <w:r>
        <w:br/>
      </w:r>
      <w:r>
        <w:rPr>
          <w:sz w:val="20"/>
        </w:rPr>
        <w:t>3:32  mujhe yaad hai ke mein ek tooti hui deewar par khara ho kar ke wahan mein ne address kiya tha.</w:t>
      </w:r>
      <w:r>
        <w:br/>
      </w:r>
      <w:r>
        <w:rPr>
          <w:sz w:val="20"/>
        </w:rPr>
        <w:t>3:38  hazaron hazar log wahan akatha ho gaye the.</w:t>
      </w:r>
      <w:r>
        <w:br/>
      </w:r>
      <w:r>
        <w:rPr>
          <w:sz w:val="20"/>
        </w:rPr>
        <w:t>3:44  to us waqt</w:t>
      </w:r>
      <w:r>
        <w:br/>
      </w:r>
      <w:r>
        <w:rPr>
          <w:sz w:val="20"/>
        </w:rPr>
        <w:t>3:51  mere aas pas woh jalay hue ghar aur dukanein theen jahan se dhuan nikal raha tha.</w:t>
      </w:r>
      <w:r>
        <w:br/>
      </w:r>
      <w:r>
        <w:rPr>
          <w:sz w:val="20"/>
        </w:rPr>
        <w:t>4:01  to khara ho kar ke mein ne kaha ke hum yahan kis liye aaye hain? hum yahan is</w:t>
      </w:r>
      <w:r>
        <w:br/>
      </w:r>
      <w:r>
        <w:rPr>
          <w:sz w:val="20"/>
        </w:rPr>
        <w:t>4:11  liye aaye hain ke government ke fire brigade jis aag ko bujha na sakay,</w:t>
      </w:r>
      <w:r>
        <w:br/>
      </w:r>
      <w:r>
        <w:rPr>
          <w:sz w:val="20"/>
        </w:rPr>
        <w:t>4:21  is ko hum apni, is ko hum apne aansuon se bujha dein. mein yeh keh raha tha aur ro raha tha. aur majma bhi ro pada. aur waqia yeh hai ke is ke baad kamral right ki aag bujh gayi poore area mein. to is zamane mein mere khayal se tees se zyada meri speeches</w:t>
      </w:r>
    </w:p>
    <w:p>
      <w:pPr>
        <w:pStyle w:val="Heading2"/>
      </w:pPr>
      <w:r>
        <w:t>Calling it discrimination is really following Satan's language</w:t>
      </w:r>
    </w:p>
    <w:p>
      <w:r>
        <w:rPr>
          <w:color w:val="666666"/>
          <w:sz w:val="18"/>
        </w:rPr>
        <w:t>Revival and Revivalist June 7, 2015 · 5m 22s · at 38:37 · https://youtu.be/MCY8AJ87BXc?t=2317</w:t>
      </w:r>
    </w:p>
    <w:p>
      <w:r>
        <w:rPr>
          <w:i/>
        </w:rPr>
        <w:t>“Complaining about discrimination in India — I consider that forbidden”</w:t>
      </w:r>
    </w:p>
    <w:p>
      <w:r>
        <w:rPr>
          <w:sz w:val="20"/>
        </w:rPr>
        <w:t>38:37  ab shikayat ki baatein karna ke India mein discrimination hota hai, yeh sab bilkul mein to us ko haram ke darjay mein galat manta hoon, haram ke darjay mein.</w:t>
      </w:r>
      <w:r>
        <w:br/>
      </w:r>
      <w:r>
        <w:rPr>
          <w:sz w:val="20"/>
        </w:rPr>
        <w:t>38:50  chand din hue aik sahib aaye, un ka ke India mein to discrimination hota hai musalmanon ke sath.</w:t>
      </w:r>
      <w:r>
        <w:br/>
      </w:r>
      <w:r>
        <w:rPr>
          <w:sz w:val="20"/>
        </w:rPr>
        <w:t>38:57  to mein ne kaha ke discrimination ki boli jo bolta hai, woh shaitan ki boli bolta hai. unhon ne kaha, woh kaisay? mein ne kaha, jab Allah taala ne insan ko paida kiya aur us ko khalifa banaya,</w:t>
      </w:r>
      <w:r>
        <w:br/>
      </w:r>
      <w:r>
        <w:rPr>
          <w:sz w:val="20"/>
        </w:rPr>
        <w:t>39:14  to shaitan ne kya kiya tha? yahi to kaha tha ke woh us ko paida kiya gaya mitti se, ab mujhe paida kiya aag se, aur us ko darja nahi diya, us</w:t>
      </w:r>
      <w:r>
        <w:br/>
      </w:r>
      <w:r>
        <w:rPr>
          <w:sz w:val="20"/>
        </w:rPr>
        <w:t>39:25  ko darja nahi diya. yeh to discrimination hai. yani iblis samajhta tha ke darja mujh ko milna chahiye, kyunke mujhe aag se paida kiya gaya hai, aur mil gaya Adam ko.</w:t>
      </w:r>
      <w:r>
        <w:br/>
      </w:r>
      <w:r>
        <w:rPr>
          <w:sz w:val="20"/>
        </w:rPr>
        <w:t>39:39  to yeh to discrimination hai. to sab se pehle dunya mein yeh boli bola kaun?</w:t>
      </w:r>
      <w:r>
        <w:br/>
      </w:r>
      <w:r>
        <w:rPr>
          <w:sz w:val="20"/>
        </w:rPr>
        <w:t>39:49  Satan bola.</w:t>
      </w:r>
      <w:r>
        <w:br/>
      </w:r>
      <w:r>
        <w:rPr>
          <w:sz w:val="20"/>
        </w:rPr>
        <w:t>39:53  yani language of discrimination jo istemal kiya tha, Satan istemal kiya. ab jo yeh boli bolta hai, woh Satan ki pairvi karta hai. aur jante hain, Quran mein likha hua hai, ek ayat hai Quran mein ke jo insan Shaitan ki ko follow karega, us ko aur Shaitan ko dono ko jahannum mein daal diya jayega.</w:t>
      </w:r>
      <w:r>
        <w:br/>
      </w:r>
      <w:r>
        <w:rPr>
          <w:sz w:val="20"/>
        </w:rPr>
        <w:t>40:14  to kitna kitna risky baat hai yeh kehna ke India mein Musalmanon ke sath discrimination hota hai.</w:t>
      </w:r>
      <w:r>
        <w:br/>
      </w:r>
      <w:r>
        <w:rPr>
          <w:sz w:val="20"/>
        </w:rPr>
        <w:t>40:22  yani yeh keh kar aap ne ko aap bracket kar rahe hain Satan se. bohat hi zyada khatarnak baat hai jab aap yeh bolein ke India mein Musalmanon ke sath discrimination hota hai, to aap yeh risk le rahe hain ke aap ko bracket kar diya jaye Satan se.</w:t>
      </w:r>
      <w:r>
        <w:br/>
      </w:r>
      <w:r>
        <w:rPr>
          <w:sz w:val="20"/>
        </w:rPr>
        <w:t>40:40  kehti hai, khatarnak baat hai, yeh</w:t>
      </w:r>
      <w:r>
        <w:br/>
      </w:r>
      <w:r>
        <w:rPr>
          <w:sz w:val="20"/>
        </w:rPr>
        <w:t>40:46  kehti hai, khatarnak baat hai. to baat kya hai? discrimination is a part of nature.</w:t>
      </w:r>
      <w:r>
        <w:br/>
      </w:r>
      <w:r>
        <w:rPr>
          <w:sz w:val="20"/>
        </w:rPr>
        <w:t>40:54  discrimination ek bura naam de diya gaya hai ek haqeeqat ka. discrimination koi cheez hai hi nahi. yani Khuda ki takhleeq mein, Khuda ke creation plan mein, discrimination is nothing.</w:t>
      </w:r>
      <w:r>
        <w:br/>
      </w:r>
      <w:r>
        <w:rPr>
          <w:sz w:val="20"/>
        </w:rPr>
        <w:t>41:08  insan ne ek lafz ijad kiya, ek ek ek negative term, ek reality ka ek negative term hai.</w:t>
      </w:r>
      <w:r>
        <w:br/>
      </w:r>
      <w:r>
        <w:rPr>
          <w:sz w:val="20"/>
        </w:rPr>
        <w:t>41:16  yeh woh kya hai? ke</w:t>
      </w:r>
      <w:r>
        <w:br/>
      </w:r>
      <w:r>
        <w:rPr>
          <w:sz w:val="20"/>
        </w:rPr>
        <w:t>41:21  according to the law of nature, zindagi mein competition hai, challenge hai, koi aage jata hai, koi peechay hota hai. yeh yeh hota hi hota hai. to is ko kaha gaya discrimination.</w:t>
      </w:r>
      <w:r>
        <w:br/>
      </w:r>
      <w:r>
        <w:rPr>
          <w:sz w:val="20"/>
        </w:rPr>
        <w:t>41:33  discrimination nahi hai, woh discrimination nahi hota hai. you are paying the price of your income or your backwardness.</w:t>
      </w:r>
      <w:r>
        <w:br/>
      </w:r>
      <w:r>
        <w:rPr>
          <w:sz w:val="20"/>
        </w:rPr>
        <w:t>41:47  aap ki taleem mein agar peechay reh gaye hain, agar aap ke paas achi degree nahi hai, to aap ko select nahi kiya jayega. to discrimination nahi hai, woh woh aap apni hi backwardness ki qeemat ada kar rahe hain.</w:t>
      </w:r>
      <w:r>
        <w:br/>
      </w:r>
      <w:r>
        <w:rPr>
          <w:sz w:val="20"/>
        </w:rPr>
        <w:t>42:05  to agar hamare leader, hamare likhne aur bolne wale log, hamare jo parche nikalte hain, woh log yeh baat kahein to jahan aadmi dekha ke mera mere sath aisa qissa hua, to woh woh motivation ban jayega ke tum ke woh mislan us ki English kamzor hai to English improve karega, mathematics kamzor hai to mathematics improve karega,</w:t>
      </w:r>
      <w:r>
        <w:br/>
      </w:r>
      <w:r>
        <w:rPr>
          <w:sz w:val="20"/>
        </w:rPr>
        <w:t>42:35  us ka professor degree nahi hai to professor degree lega, aur phir woh aage badh jayega. to jo log Musalmanon ko yeh samajhte rahe hain ke anjam mein Musalmanon ke sath discrimination hota hai, woh Shaitan ki boli bolte hain.</w:t>
      </w:r>
      <w:r>
        <w:br/>
      </w:r>
      <w:r>
        <w:rPr>
          <w:sz w:val="20"/>
        </w:rPr>
        <w:t>42:50  woh yeh risk le rahe hain ke un ko wahi un ka anjam wahi ho jo Shaitan ka anjam muqaddar hai. main discrimination ke concept se bilkul inkar karta hoon.</w:t>
      </w:r>
      <w:r>
        <w:br/>
      </w:r>
      <w:r>
        <w:rPr>
          <w:sz w:val="20"/>
        </w:rPr>
        <w:t>43:00  discrimination koi cheez nahi, koi cheez nahi. ek ghar hai, farz kijiye do bete hain ek ke baap ke.</w:t>
      </w:r>
      <w:r>
        <w:br/>
      </w:r>
      <w:r>
        <w:rPr>
          <w:sz w:val="20"/>
        </w:rPr>
        <w:t>43:11  ek baap, ek bete ne acha parha, job kar raha hai, ghar mein paisa lata hai. acha, doosre bete ne nahi parha, woh paisa nahi nahi lata. to zahir hai ke us ki izzat woh nahi hogi jo ladka paisa lata hai ghar mein, us ki izzat hogi, aur jo paisa nahi lata, us ki izzat nahi hogi.</w:t>
      </w:r>
      <w:r>
        <w:br/>
      </w:r>
      <w:r>
        <w:rPr>
          <w:sz w:val="20"/>
        </w:rPr>
        <w:t>43:29  to yeh discrimination nahi hai. yeh yani apparently, it is discrimination. it is a case of discrimination. apparently, it is a case of discrimination, lekin aisa hai nahi.</w:t>
      </w:r>
      <w:r>
        <w:br/>
      </w:r>
      <w:r>
        <w:rPr>
          <w:sz w:val="20"/>
        </w:rPr>
        <w:t>43:40  woh woh woh ladka jis ne parha nahi, to woh apne na parhne ki price de raha hai.</w:t>
      </w:r>
      <w:r>
        <w:br/>
      </w:r>
      <w:r>
        <w:rPr>
          <w:sz w:val="20"/>
        </w:rPr>
        <w:t>43:52  yani he is paying the price of his own backwardness. koi discrimination ki baat nahi hai.</w:t>
      </w:r>
    </w:p>
    <w:p>
      <w:pPr>
        <w:pStyle w:val="Heading2"/>
      </w:pPr>
      <w:r>
        <w:t>Meaning of Quran verse only purified touch it</w:t>
      </w:r>
    </w:p>
    <w:p>
      <w:r>
        <w:rPr>
          <w:color w:val="666666"/>
          <w:sz w:val="18"/>
        </w:rPr>
        <w:t>Q&amp;A 20 Nov 2011 Maulana Wahiduddin Khan · 3m 41s · at 0:13 · https://youtu.be/7sNDn8Y6jUc?t=13</w:t>
      </w:r>
    </w:p>
    <w:p>
      <w:r>
        <w:rPr>
          <w:i/>
        </w:rPr>
        <w:t>“Moulana, yeh sawaal aaya hai Mr. Shah Nawaz Zafar ka, New Delhi se.”</w:t>
      </w:r>
    </w:p>
    <w:p>
      <w:r>
        <w:rPr>
          <w:sz w:val="20"/>
        </w:rPr>
        <w:t>0:13  molana, yeh sawal aaya hai mr. shahnawaz zafar ka, new delhi se. unhon ne likha hai: "In chapter 56, verse number 79, allah kehta hai: 'la yamassuhu illa al mutahharun'." Which means: "Which one shall touch but those who are clean?" Does it mean those who are paak aur clean can only touch the holy quran?</w:t>
      </w:r>
      <w:r>
        <w:br/>
      </w:r>
      <w:r>
        <w:rPr>
          <w:sz w:val="20"/>
        </w:rPr>
        <w:t>0:41  in this way, the unbelievers who do not maintain cleanliness and women during their period are not allowed to touch or recite the holy quran.</w:t>
      </w:r>
      <w:r>
        <w:br/>
      </w:r>
      <w:r>
        <w:rPr>
          <w:sz w:val="20"/>
        </w:rPr>
        <w:t>0:52  please guide me with your answer.</w:t>
      </w:r>
      <w:r>
        <w:br/>
      </w:r>
      <w:r>
        <w:rPr>
          <w:sz w:val="20"/>
        </w:rPr>
        <w:t>0:57  dekhein, yeh is ayat ka koi taluq</w:t>
      </w:r>
      <w:r>
        <w:br/>
      </w:r>
      <w:r>
        <w:rPr>
          <w:sz w:val="20"/>
        </w:rPr>
        <w:t>1:02  is taharat aur pakizgi se nahi hai jis ko hum samajhte hain. yeh ayat farishton ke baray mein hai. yahan insan ka zikr hi nahi hai.</w:t>
      </w:r>
      <w:r>
        <w:br/>
      </w:r>
      <w:r>
        <w:rPr>
          <w:sz w:val="20"/>
        </w:rPr>
        <w:t>1:15  aur yeh, aap dekhen is ke alfaaz hain</w:t>
      </w:r>
      <w:r>
        <w:br/>
      </w:r>
      <w:r>
        <w:rPr>
          <w:sz w:val="20"/>
        </w:rPr>
        <w:t>1:19  ke "is ko nahi mas karte lekin tahir log". yani aik waqey ka zikr hai, yeh nahi hai ke jab tum quran ko choro to ja kar apne aap ko pak karo.</w:t>
      </w:r>
      <w:r>
        <w:br/>
      </w:r>
      <w:r>
        <w:rPr>
          <w:sz w:val="20"/>
        </w:rPr>
        <w:t>1:33  yeh amar ka seigha nahi hai yahan par.</w:t>
      </w:r>
      <w:r>
        <w:br/>
      </w:r>
      <w:r>
        <w:rPr>
          <w:sz w:val="20"/>
        </w:rPr>
        <w:t>1:36  yeh to khabar di gayi hai. is ke alfaaz yeh nahi hain ke "ae musalmano! jab tum quran ko chho to pehle ja kar wuzu karo".</w:t>
      </w:r>
      <w:r>
        <w:br/>
      </w:r>
      <w:r>
        <w:rPr>
          <w:sz w:val="20"/>
        </w:rPr>
        <w:t>1:45  yeh to hai hi nahi is mein. yeh khud sakhta bana liya gaya hai. is ka tarjuma ayat ka yeh hai ke "nahi</w:t>
      </w:r>
      <w:r>
        <w:br/>
      </w:r>
      <w:r>
        <w:rPr>
          <w:sz w:val="20"/>
        </w:rPr>
        <w:t>1:54  touch karte is ko magar woh log jo ke pak hain". yani already pak hain woh.</w:t>
      </w:r>
      <w:r>
        <w:br/>
      </w:r>
      <w:r>
        <w:rPr>
          <w:sz w:val="20"/>
        </w:rPr>
        <w:t>2:03  aisa nahi ke wuzu kar ke apne aap ko pak banate hain woh. yeh sath kuch bhi taaluq is masle se hai jo bana liya gaya hai.</w:t>
      </w:r>
      <w:r>
        <w:br/>
      </w:r>
      <w:r>
        <w:rPr>
          <w:sz w:val="20"/>
        </w:rPr>
        <w:t>2:14  to farishte 24 ghante har waqt pak hi rehte hain, un ke haan napaki koi tasawwur nahi logon mein. to yaad rakhen ke is mein aik khabar di gayi hai, koi hukum nahi diya gaya hai.</w:t>
      </w:r>
      <w:r>
        <w:br/>
      </w:r>
      <w:r>
        <w:rPr>
          <w:sz w:val="20"/>
        </w:rPr>
        <w:t>2:28  agar hukum hota to is ke alfaaz doosre hote</w:t>
      </w:r>
      <w:r>
        <w:br/>
      </w:r>
      <w:r>
        <w:rPr>
          <w:sz w:val="20"/>
        </w:rPr>
        <w:t>2:31  ke "ae musalmano!" to wohi yahan hota: "ae iman walo! jab tum quran ko chhoona ho, tum ko touch karna ho to pehle ja kar wuzu karo".</w:t>
      </w:r>
      <w:r>
        <w:br/>
      </w:r>
      <w:r>
        <w:rPr>
          <w:sz w:val="20"/>
        </w:rPr>
        <w:t>2:47  ya nahao, kuch bhi jo hota. yeh to hai hi nahi is mein.</w:t>
      </w:r>
      <w:r>
        <w:br/>
      </w:r>
      <w:r>
        <w:rPr>
          <w:sz w:val="20"/>
        </w:rPr>
        <w:t>2:51  aap kisi bhi quran ka le lijiye, is ka tarjuma parhiye. tarjume mein kya hai? tarjume mein aik khabar ki baat ki gayi hai, aik waqea jo ho raha hai us ko bataya gaya ke yeh jo quran utarta hai Allah ki taraf se,</w:t>
      </w:r>
      <w:r>
        <w:br/>
      </w:r>
      <w:r>
        <w:rPr>
          <w:sz w:val="20"/>
        </w:rPr>
        <w:t>3:05  to farishta lata tha is ko.</w:t>
      </w:r>
      <w:r>
        <w:br/>
      </w:r>
      <w:r>
        <w:rPr>
          <w:sz w:val="20"/>
        </w:rPr>
        <w:t>3:08  rasool Allah ke pas quran aata tha farishte ke zariye se. to is mein sirf yeh bataya ke Allah se le kar jo farishte is quran ko nabi tak pohnchte hain, woh bohat hi pak log hain.</w:t>
      </w:r>
      <w:r>
        <w:br/>
      </w:r>
      <w:r>
        <w:rPr>
          <w:sz w:val="20"/>
        </w:rPr>
        <w:t>3:25  yani baqi yahan pak wuzu karne ke silsile mein nahi hai. matlab woh</w:t>
      </w:r>
      <w:r>
        <w:br/>
      </w:r>
      <w:r>
        <w:rPr>
          <w:sz w:val="20"/>
        </w:rPr>
        <w:t>3:32  un ke andar nafarmani nahi hai, un ke andar inhiraf nahi hai, Allah ke hukum se khilaf nahi jate woh. woh har lihaz se pakiza log hain.</w:t>
      </w:r>
      <w:r>
        <w:br/>
      </w:r>
      <w:r>
        <w:rPr>
          <w:sz w:val="20"/>
        </w:rPr>
        <w:t>3:43  to yeh farishton ke baray mein hai aur is ka tarjuma khud batata hai ke yeh insan ke baray mein nahi hai, farishton ke baray mein hai. isi tarah aap ja kar is ka tarjuma parhiye aap.</w:t>
      </w:r>
    </w:p>
    <w:p>
      <w:pPr>
        <w:pStyle w:val="Heading2"/>
      </w:pPr>
      <w:r>
        <w:t>award ceremony story reveals pride vs dawah confusion</w:t>
      </w:r>
    </w:p>
    <w:p>
      <w:r>
        <w:rPr>
          <w:color w:val="666666"/>
          <w:sz w:val="18"/>
        </w:rPr>
        <w:t>Intellectual Empowerment August 22, 2010 · 5m 57s · at 4:48 · https://youtu.be/hMzhnJpdyAg?t=288</w:t>
      </w:r>
    </w:p>
    <w:p>
      <w:r>
        <w:rPr>
          <w:i/>
        </w:rPr>
        <w:t>“پرسوں یعنی 20 اگست کو، تین مورتی آڈیٹوریم میں ایک بہت اسپیشل فنکشن ہوا تھا”</w:t>
      </w:r>
    </w:p>
    <w:p>
      <w:r>
        <w:rPr>
          <w:sz w:val="20"/>
        </w:rPr>
        <w:t>4:48  Parson yani 20 August ko, yahan par New Delhi mein, Teen Murti auditorium mein aik bohat special function hua tha.</w:t>
      </w:r>
      <w:r>
        <w:br/>
      </w:r>
      <w:r>
        <w:rPr>
          <w:sz w:val="20"/>
        </w:rPr>
        <w:t>5:04  Jis mein woh aap ko maloom hoga ke woh Rajiv Gandhi National Sadbhavana Award dene ke liye kiya gaya tha.</w:t>
      </w:r>
      <w:r>
        <w:br/>
      </w:r>
      <w:r>
        <w:rPr>
          <w:sz w:val="20"/>
        </w:rPr>
        <w:t>5:18  To wahan mujh ko bulaya gaya. To wahan par stage par jo thay, mein tha aur Manmohan Singh, Prime Minister Sonia Gandhi, jo Chairman hain ruling party ke,</w:t>
      </w:r>
      <w:r>
        <w:br/>
      </w:r>
      <w:r>
        <w:rPr>
          <w:sz w:val="20"/>
        </w:rPr>
        <w:t>5:33  aur wahan par Mr. Bora. Mr. Bora jo is is ke top ke aadmi hain is circle ke. To yeh log thay.</w:t>
      </w:r>
      <w:r>
        <w:br/>
      </w:r>
      <w:r>
        <w:rPr>
          <w:sz w:val="20"/>
        </w:rPr>
        <w:t>5:42  Aur Dr. Karan Singh thay.</w:t>
      </w:r>
      <w:r>
        <w:br/>
      </w:r>
      <w:r>
        <w:rPr>
          <w:sz w:val="20"/>
        </w:rPr>
        <w:t>5:45  Dr. Karan Singh jo bohat hi maane hue India ke intellectual aur scholar hain.</w:t>
      </w:r>
      <w:r>
        <w:br/>
      </w:r>
      <w:r>
        <w:rPr>
          <w:sz w:val="20"/>
        </w:rPr>
        <w:t>5:55  To Dr. Karan Singh bhi Chairman hain is is ke Sadbhavana Award committee ka ke Chairman hain.</w:t>
      </w:r>
      <w:r>
        <w:br/>
      </w:r>
      <w:r>
        <w:rPr>
          <w:sz w:val="20"/>
        </w:rPr>
        <w:t>6:04  To wahan mujh ko woh diya unhon ne award. Aur wahan par bohat zabardast yani audience tha ke saaray minister wahan baithe hue thay.</w:t>
      </w:r>
      <w:r>
        <w:br/>
      </w:r>
      <w:r>
        <w:rPr>
          <w:sz w:val="20"/>
        </w:rPr>
        <w:t>6:19  Delhi administration ke minister aur Central government ke minister. Bohat hi top ke log thay wahan par.</w:t>
      </w:r>
      <w:r>
        <w:br/>
      </w:r>
      <w:r>
        <w:rPr>
          <w:sz w:val="20"/>
        </w:rPr>
        <w:t>6:30  to wahan par ajeeb baat hai ke sab logon ne CPS ki baatein keen.</w:t>
      </w:r>
      <w:r>
        <w:br/>
      </w:r>
      <w:r>
        <w:rPr>
          <w:sz w:val="20"/>
        </w:rPr>
        <w:t>6:39  doctor karan singh sahab aaye stage par to unhon ne hamara jo chupa hai Quran ka translation angrezi, ek un ke haath mein tha woh, ek haath mein tha Profit of Peace.</w:t>
      </w:r>
      <w:r>
        <w:br/>
      </w:r>
      <w:r>
        <w:rPr>
          <w:sz w:val="20"/>
        </w:rPr>
        <w:t>6:52  woh unhon ne audience ko dikhaya ke dekho yeh kitabein hain. yeh kitabein aap logon ko padhna hai.</w:t>
      </w:r>
      <w:r>
        <w:br/>
      </w:r>
      <w:r>
        <w:rPr>
          <w:sz w:val="20"/>
        </w:rPr>
        <w:t>7:00  to doctor manmohan singh ne CPS ki baat ki. matlab meri baat, CPS ki baat. doctor manmohan singh jo prime minister hain unhon ne wahi baat ki.</w:t>
      </w:r>
      <w:r>
        <w:br/>
      </w:r>
      <w:r>
        <w:rPr>
          <w:sz w:val="20"/>
        </w:rPr>
        <w:t>7:10  aur jo chairman hain ruling party ke Sonia Gandhi unhon ne wahi baat ki. Mr. Bora ne wahi baat ki.</w:t>
      </w:r>
      <w:r>
        <w:br/>
      </w:r>
      <w:r>
        <w:rPr>
          <w:sz w:val="20"/>
        </w:rPr>
        <w:t>7:17  yani stage par goya ke ek tarah ka prachar ho raha tha is mission ka. aur Quran ka tarjuma aur Profit of Peace yeh logon ko diya ja raha tha.</w:t>
      </w:r>
      <w:r>
        <w:br/>
      </w:r>
      <w:r>
        <w:rPr>
          <w:sz w:val="20"/>
        </w:rPr>
        <w:t>7:32  to zahir hai ke bohat hi khushi ki baat thi. ab yeh live telecast hua. yani isi waqt foran ke foran woh Doordarshan ke zariye se saare India mein dikhaya ja raha tha.</w:t>
      </w:r>
      <w:r>
        <w:br/>
      </w:r>
      <w:r>
        <w:rPr>
          <w:sz w:val="20"/>
        </w:rPr>
        <w:t>7:47  phir media mein aaya, akhbaron mein aaya. to wahan par jab function khatam hua to ek musalman wahan par mile auditorium ke andar.</w:t>
      </w:r>
      <w:r>
        <w:br/>
      </w:r>
      <w:r>
        <w:rPr>
          <w:sz w:val="20"/>
        </w:rPr>
        <w:t>7:59  to unhon ne bohat hi jubilantly kaha ke bohat acha laga. bohat acha laga. hamare Islam ki shaan oonchi hui.</w:t>
      </w:r>
      <w:r>
        <w:br/>
      </w:r>
      <w:r>
        <w:rPr>
          <w:sz w:val="20"/>
        </w:rPr>
        <w:t>8:11  hamare Islam ka naam ooncha hua aaj.</w:t>
      </w:r>
      <w:r>
        <w:br/>
      </w:r>
      <w:r>
        <w:rPr>
          <w:sz w:val="20"/>
        </w:rPr>
        <w:t>8:16  to mujhe bohat hi ajeeb laga yeh ke aap ne fakhr ki ghiza li aaj se. is poore waqeye mein jo aap ne liya woh fakhr ki ghiza.</w:t>
      </w:r>
      <w:r>
        <w:br/>
      </w:r>
      <w:r>
        <w:rPr>
          <w:sz w:val="20"/>
        </w:rPr>
        <w:t>8:29  aur main aur mere saathi to yeh soch rahe the ke India mein dawat ke mawaqe kitne alag hain. yani hum ne is waqeye ko is angle se dekha ke khud government ke bare bare log baithe hue hain wahan par.</w:t>
      </w:r>
      <w:r>
        <w:br/>
      </w:r>
      <w:r>
        <w:rPr>
          <w:sz w:val="20"/>
        </w:rPr>
        <w:t>8:46  top most log the wahan par. including prime minister. aur sab log hi CPS ki baat kar rahe the. Quran ka English translation phailaya ja raha tha wahan.</w:t>
      </w:r>
      <w:r>
        <w:br/>
      </w:r>
      <w:r>
        <w:rPr>
          <w:sz w:val="20"/>
        </w:rPr>
        <w:t>8:58  aur Profit of Peace logon ko diya ja raha tha wahan.</w:t>
      </w:r>
      <w:r>
        <w:br/>
      </w:r>
      <w:r>
        <w:rPr>
          <w:sz w:val="20"/>
        </w:rPr>
        <w:t>9:04  to hum is par shukr kar rahe the ke Allah taala ne India mein is dawat ke kitne mawaqe khol rakhe hain. aur main ne apni taqreer mein kaha ke is waqt duniya mein 57 Muslim countries hain.</w:t>
      </w:r>
      <w:r>
        <w:br/>
      </w:r>
      <w:r>
        <w:rPr>
          <w:sz w:val="20"/>
        </w:rPr>
        <w:t>9:21  kisi bhi mulk mein itne mawaqe nahi hatta ke India mein.</w:t>
      </w:r>
      <w:r>
        <w:br/>
      </w:r>
      <w:r>
        <w:rPr>
          <w:sz w:val="20"/>
        </w:rPr>
        <w:t>9:27  to hum ko is baat pe khushi hui ke Allah taala ka shukr ada kiya ke India mein itne mawaqe dawat ke.</w:t>
      </w:r>
      <w:r>
        <w:br/>
      </w:r>
      <w:r>
        <w:rPr>
          <w:sz w:val="20"/>
        </w:rPr>
        <w:t>9:35  aur woh woh fakhr ka pehlu nikal kar ke is par kehne ke hamara Islam, hamare Islam ki shaan buland hui. yeh hai art of thinking na hona.</w:t>
      </w:r>
      <w:r>
        <w:br/>
      </w:r>
      <w:r>
        <w:rPr>
          <w:sz w:val="20"/>
        </w:rPr>
        <w:t>9:46  to sab se bari museebat yeh hai musalmanon mein ke woh cheezon ko fakhr ki nisbat se lete hain.</w:t>
      </w:r>
      <w:r>
        <w:br/>
      </w:r>
      <w:r>
        <w:rPr>
          <w:sz w:val="20"/>
        </w:rPr>
        <w:t>9:54  jab jab fakhr ki nisbat lenge aap to doosra kya hoga? apne liye fakhr, doosre ki nafrat.</w:t>
      </w:r>
      <w:r>
        <w:br/>
      </w:r>
      <w:r>
        <w:rPr>
          <w:sz w:val="20"/>
        </w:rPr>
        <w:t>10:01  koi bhi qaum jo hai jis ke andar fakhr ki nafsiyat aa jaye to fakhr apne liye hota hai. to fakhr aadmi India par nahi karega.</w:t>
      </w:r>
      <w:r>
        <w:br/>
      </w:r>
      <w:r>
        <w:rPr>
          <w:sz w:val="20"/>
        </w:rPr>
        <w:t>10:12  fakhr Indian nation par nahi karega. apne upar fakhr karega. aur doosre ke liye is ke liye kya hoga? nafrat hogi.</w:t>
      </w:r>
      <w:r>
        <w:br/>
      </w:r>
      <w:r>
        <w:rPr>
          <w:sz w:val="20"/>
        </w:rPr>
        <w:t>10:23  yani is ko kahenge otherness ke main ek mein hoon, ek doosra hai.</w:t>
      </w:r>
      <w:r>
        <w:br/>
      </w:r>
      <w:r>
        <w:rPr>
          <w:sz w:val="20"/>
        </w:rPr>
        <w:t>10:31  main aur woh. we and they. lekin dawat ka jo concept hai woh yeh nahi hai. woh sab ko insaan ke roop mein dekhta hai.</w:t>
      </w:r>
    </w:p>
    <w:p>
      <w:pPr>
        <w:pStyle w:val="Heading2"/>
      </w:pPr>
      <w:r>
        <w:t>Peace-based activism as Islam's true method, not violent jihad</w:t>
      </w:r>
    </w:p>
    <w:p>
      <w:r>
        <w:rPr>
          <w:color w:val="666666"/>
          <w:sz w:val="18"/>
        </w:rPr>
        <w:t>Revival of Islam November 7, 2010 · 3m 50s · at 54:47 · https://youtu.be/-aRS72WUTR8?t=3287</w:t>
      </w:r>
    </w:p>
    <w:p>
      <w:r>
        <w:rPr>
          <w:i/>
        </w:rPr>
        <w:t>“Teesri cheez jo hai, woh hai peace-based activism”</w:t>
      </w:r>
    </w:p>
    <w:p>
      <w:r>
        <w:rPr>
          <w:sz w:val="20"/>
        </w:rPr>
        <w:t>54:47  isi tarah se dekhiye, teesri cheez jo hai, woh kya hai? peace based activism,</w:t>
      </w:r>
      <w:r>
        <w:br/>
      </w:r>
      <w:r>
        <w:rPr>
          <w:sz w:val="20"/>
        </w:rPr>
        <w:t>54:55  peace based activism, yaani mabni bar aman jehad. yeh musalman jaante hain nahi hain na? Quran mein saaf saaf hai ke usool al khair, yaani peaceful activism, aazadabest activism. usool al khair ka matlab yeh hai ke peaceful activism aazadabest activism.</w:t>
      </w:r>
      <w:r>
        <w:br/>
      </w:r>
      <w:r>
        <w:rPr>
          <w:sz w:val="20"/>
        </w:rPr>
        <w:t>55:16  aur musalman kya kar rahe hain? jahan dekhiye, wahan ladai bhidai jaari hai.</w:t>
      </w:r>
      <w:r>
        <w:br/>
      </w:r>
      <w:r>
        <w:rPr>
          <w:sz w:val="20"/>
        </w:rPr>
        <w:t>55:22  is zamane ki sabse mashhoor jo jamaat hai, Al Ikhwan Al Musalmoon, jo saare Arab mein phaili hui hai, iska kya usool hai? iska usool hai al jihad o manhujoon.</w:t>
      </w:r>
      <w:r>
        <w:br/>
      </w:r>
      <w:r>
        <w:rPr>
          <w:sz w:val="20"/>
        </w:rPr>
        <w:t>55:36  al jihad o manhujoon ka matlab kya hai? yahan jihad se murad musalha jihad, yaani aam resistance. aam resistance aazad aur method.</w:t>
      </w:r>
      <w:r>
        <w:br/>
      </w:r>
      <w:r>
        <w:rPr>
          <w:sz w:val="20"/>
        </w:rPr>
        <w:t>55:46  aap ghor kijiye, Quran mein likha hai ke usool al khair,</w:t>
      </w:r>
      <w:r>
        <w:br/>
      </w:r>
      <w:r>
        <w:rPr>
          <w:sz w:val="20"/>
        </w:rPr>
        <w:t>55:50  peaceful activism aazadabest activism. yeh keh rahe hain ke aam resistance aazadabest active. resistance, yeh kyun?</w:t>
      </w:r>
      <w:r>
        <w:br/>
      </w:r>
      <w:r>
        <w:rPr>
          <w:sz w:val="20"/>
        </w:rPr>
        <w:t>55:59  yeh zamana bol raha hai. musalmanon ki jo condition hui, zamani halaat ke aitbar se, isi mein sochte rahe, sochte rahe, sochte rahe.</w:t>
      </w:r>
      <w:r>
        <w:br/>
      </w:r>
      <w:r>
        <w:rPr>
          <w:sz w:val="20"/>
        </w:rPr>
        <w:t>56:09  peaceful activism ko jaana nahi sake. woh</w:t>
      </w:r>
      <w:r>
        <w:br/>
      </w:r>
      <w:r>
        <w:rPr>
          <w:sz w:val="20"/>
        </w:rPr>
        <w:t>56:13  Rasool Allah ne bahut baar dimension diya tha Hudaybiyah ke sulah mein peaceful activism ka.</w:t>
      </w:r>
      <w:r>
        <w:br/>
      </w:r>
      <w:r>
        <w:rPr>
          <w:sz w:val="20"/>
        </w:rPr>
        <w:t>56:21  aur is hadith ka amli muzahira tha, yeh hadith mein aata hai ke Allah taala is is is hadith mein ek principle bataya gaya hai, aur Hudaybiyah iska demonstration hai.</w:t>
      </w:r>
      <w:r>
        <w:br/>
      </w:r>
      <w:r>
        <w:rPr>
          <w:sz w:val="20"/>
        </w:rPr>
        <w:t>56:38  yani passage woh hai, zyada effective woh hai, ba-qabile war ke, ladai ke. To Quran mein usool bataya gaya, Rasool Allah ne Hudaybiyah ki shakal mein isko dimension diya, lekin puri puri tareekh chal padi isi par. Ladai bhidai, ladai bhidai, ladai bhidai, aajkal ladai bhidai jari hai.</w:t>
      </w:r>
      <w:r>
        <w:br/>
      </w:r>
      <w:r>
        <w:rPr>
          <w:sz w:val="20"/>
        </w:rPr>
        <w:t>56:59  duniya ke mukhtalif history mein aap jante hain ke aajkal jihad ke naam se aam disclosure jari hai, gun bomb culture chal raha hai.</w:t>
      </w:r>
      <w:r>
        <w:br/>
      </w:r>
      <w:r>
        <w:rPr>
          <w:sz w:val="20"/>
        </w:rPr>
        <w:t>57:09  kyun chal raha hai? Is liye ke zaman e ke asar se jo mindset bana tha Musalmanon ka, us se isko detach karke na soch sake. Woh humein aaj detach karna hai, ek process of detachment chalana hai.</w:t>
      </w:r>
      <w:r>
        <w:br/>
      </w:r>
      <w:r>
        <w:rPr>
          <w:sz w:val="20"/>
        </w:rPr>
        <w:t>57:25  humein apne ko is se alag karke sochna hai, phir hum Quran wale wisdom ko samjhenge. Tab Quran wale wisdom hamare samne aayega,</w:t>
      </w:r>
      <w:r>
        <w:br/>
      </w:r>
      <w:r>
        <w:rPr>
          <w:sz w:val="20"/>
        </w:rPr>
        <w:t>57:37  yani peace based activism saamne aayega. Ab jo soch hai Musalmanon ki, woh Quran se li hui nahi hai, hadith se li hui nahi hai, woh zamani asraat se hai, jo ke jiska qaul tha ke al-harbu khad'atun wa al-harbu khad'atun,</w:t>
      </w:r>
      <w:r>
        <w:br/>
      </w:r>
      <w:r>
        <w:rPr>
          <w:sz w:val="20"/>
        </w:rPr>
        <w:t>57:54  jang kaat jang hai.</w:t>
      </w:r>
      <w:r>
        <w:br/>
      </w:r>
      <w:r>
        <w:rPr>
          <w:sz w:val="20"/>
        </w:rPr>
        <w:t>57:58  lekin is lekin Islam ka usool kya diya? As-salmu khad'atun wa al-harbu khad'atun, yeh</w:t>
      </w:r>
      <w:r>
        <w:br/>
      </w:r>
      <w:r>
        <w:rPr>
          <w:sz w:val="20"/>
        </w:rPr>
        <w:t>58:05  usool diya tha. Usool al-khair ka matlab kya hai? As-salmu khad'atun wa al-harbu khad'atun, yani aman ki taqat zyada badi taqat hai, us se tum tashaddud ko zair kar sakte ho.</w:t>
      </w:r>
      <w:r>
        <w:br/>
      </w:r>
      <w:r>
        <w:rPr>
          <w:sz w:val="20"/>
        </w:rPr>
        <w:t>58:17  lekin Musalman aaj bhi isi mein jeerahe hain. To tajdeed kya hai? Tajdeed yeh hai ke aap usool al-khair ko zinda karein, as-salmu khad'atun wa al-harbu khad'atun ko zinda karein, peace based activism ko zinda karein.</w:t>
      </w:r>
    </w:p>
    <w:p>
      <w:pPr>
        <w:pStyle w:val="Heading2"/>
      </w:pPr>
      <w:r>
        <w:t>Distraction, patience, and simple living for a real prayer life</w:t>
      </w:r>
    </w:p>
    <w:p>
      <w:r>
        <w:rPr>
          <w:color w:val="666666"/>
          <w:sz w:val="18"/>
        </w:rPr>
        <w:t>Dars-e-Quran June 23, 2007 · 4m 24s · at 38:27 · https://youtu.be/ajK0nNrp8n4?t=2307</w:t>
      </w:r>
    </w:p>
    <w:p>
      <w:r>
        <w:rPr>
          <w:i/>
        </w:rPr>
        <w:t>“Sabr ke baghair aadmi sachi namaz nahi parh sakta”</w:t>
      </w:r>
    </w:p>
    <w:p>
      <w:r>
        <w:rPr>
          <w:sz w:val="20"/>
        </w:rPr>
        <w:t>38:27  iske baad jo sabr jo hai, "استعین بالصبر والصلاۃ" dekhen, sabr jo hai, sabr ke baghair aadmi sachi namaz nahin padh sakta.</w:t>
      </w:r>
      <w:r>
        <w:br/>
      </w:r>
      <w:r>
        <w:rPr>
          <w:sz w:val="20"/>
        </w:rPr>
        <w:t>38:41  sabr ke baghair aadmi sachi namaz nahin padh sakta. kyun? har waqt is duniya mein distraction hai, har waqt distraction se apne aap ko bachana zaroori hai taake concentration aap ka na hate,</w:t>
      </w:r>
      <w:r>
        <w:br/>
      </w:r>
      <w:r>
        <w:rPr>
          <w:sz w:val="20"/>
        </w:rPr>
        <w:t>39:03  aap ka jo target hai woh na hate.</w:t>
      </w:r>
      <w:r>
        <w:br/>
      </w:r>
      <w:r>
        <w:rPr>
          <w:sz w:val="20"/>
        </w:rPr>
        <w:t>39:08  to apni soch ko Khuda par baqi rakhna,</w:t>
      </w:r>
      <w:r>
        <w:br/>
      </w:r>
      <w:r>
        <w:rPr>
          <w:sz w:val="20"/>
        </w:rPr>
        <w:t>39:14  apni soch ko concentrate karna Khuda ke upar, yeh tab mumkin hota hai jab aap distraction se bachayein apne aap ko.</w:t>
      </w:r>
      <w:r>
        <w:br/>
      </w:r>
      <w:r>
        <w:rPr>
          <w:sz w:val="20"/>
        </w:rPr>
        <w:t>39:24  woh sari cheezein jin se mana kiya gaya hai Islam mein, woh sab kya hai? woh distraction hai, distraction hai.</w:t>
      </w:r>
      <w:r>
        <w:br/>
      </w:r>
      <w:r>
        <w:rPr>
          <w:sz w:val="20"/>
        </w:rPr>
        <w:t>39:32  woh distraction ki do shakalain hain:</w:t>
      </w:r>
      <w:r>
        <w:br/>
      </w:r>
      <w:r>
        <w:rPr>
          <w:sz w:val="20"/>
        </w:rPr>
        <w:t>39:37  ek woh jo cheezein bilkul haram hain, jaise sharab peena,</w:t>
      </w:r>
      <w:r>
        <w:br/>
      </w:r>
      <w:r>
        <w:rPr>
          <w:sz w:val="20"/>
        </w:rPr>
        <w:t>39:44  to kuch cheezein woh hain jo haram kar di gayi hain. to sharab kya hai? distract karti hai aap ko, aap ke mind ko hatati hai, mind ko doosri taraf le aati hai,</w:t>
      </w:r>
      <w:r>
        <w:br/>
      </w:r>
      <w:r>
        <w:rPr>
          <w:sz w:val="20"/>
        </w:rPr>
        <w:t>39:56  aap ki concentration ko disturb karti hai. lekin aur cheezein bhi isi darje mein hain jo haram to nahin hain, lekin woh distract karti hain, jaise khel kood hai aur entertainment culture hai.</w:t>
      </w:r>
      <w:r>
        <w:br/>
      </w:r>
      <w:r>
        <w:rPr>
          <w:sz w:val="20"/>
        </w:rPr>
        <w:t>40:17  aur aaj kal jo hai, outing aur shopping aur party, yeh sari cheezein distract karti hain aadmi ko.</w:t>
      </w:r>
      <w:r>
        <w:br/>
      </w:r>
      <w:r>
        <w:rPr>
          <w:sz w:val="20"/>
        </w:rPr>
        <w:t>40:27  isi liye kaha gaya hai ke saada zindagi ikhtiyar karo. Islam mein bahut zyada zor diya gaya hai saada zindagi par.</w:t>
      </w:r>
      <w:r>
        <w:br/>
      </w:r>
      <w:r>
        <w:rPr>
          <w:sz w:val="20"/>
        </w:rPr>
        <w:t>40:37  jab tak aap saada zindagi na ikhtiyar karein, har waqt distraction hota rahega.</w:t>
      </w:r>
      <w:r>
        <w:br/>
      </w:r>
      <w:r>
        <w:rPr>
          <w:sz w:val="20"/>
        </w:rPr>
        <w:t>40:45  saada zindagi ki zaroorat isi liye hai ke distraction se apne aap ko bachana. to iske liye sabr chahiye.</w:t>
      </w:r>
      <w:r>
        <w:br/>
      </w:r>
      <w:r>
        <w:rPr>
          <w:sz w:val="20"/>
        </w:rPr>
        <w:t>40:55  har waqt jo cheezein hoti hain, us ki taraf aap ka dil jana chahe ga. aap ko rokna pare ga yeh soch kar ke yeh sab distraction wali baatein hain, mera concentration hat jaye ga Khuda se,</w:t>
      </w:r>
      <w:r>
        <w:br/>
      </w:r>
      <w:r>
        <w:rPr>
          <w:sz w:val="20"/>
        </w:rPr>
        <w:t>41:11  to phir meri namaz namaz nahi hogi.</w:t>
      </w:r>
      <w:r>
        <w:br/>
      </w:r>
      <w:r>
        <w:rPr>
          <w:sz w:val="20"/>
        </w:rPr>
        <w:t>41:14  aik aisa aadmi jo rozana tarah tarah ki cheezon mein busy ho, har waqt is ka distraction hota rehta ho, to zahir hai ke is mein exchange nahi hogi,</w:t>
      </w:r>
      <w:r>
        <w:br/>
      </w:r>
      <w:r>
        <w:rPr>
          <w:sz w:val="20"/>
        </w:rPr>
        <w:t>41:31  concentration nahi hoga. to jab namaz ke liye khara hoga to ritual ke tor par namaz parh le ga, woh bas form ko dohra le ga.</w:t>
      </w:r>
      <w:r>
        <w:br/>
      </w:r>
      <w:r>
        <w:rPr>
          <w:sz w:val="20"/>
        </w:rPr>
        <w:t>41:39  woh</w:t>
      </w:r>
      <w:r>
        <w:br/>
      </w:r>
      <w:r>
        <w:rPr>
          <w:sz w:val="20"/>
        </w:rPr>
        <w:t>41:43  to sachi namaz parhne ke liye zaroori hai sabr. aur sabr kyun zaroori hai? ke sabr hi ki wajah se aap aisa hota hai ke aap apne aap ko distraction se bachate hain, distraction se bachate hain.</w:t>
      </w:r>
      <w:r>
        <w:br/>
      </w:r>
      <w:r>
        <w:rPr>
          <w:sz w:val="20"/>
        </w:rPr>
        <w:t>41:58  kyun ke aap ko shoq hoga ke chalo shopping karein, chalo outing karein, chalo partiyon mein chalein, chalo ho hawk karein, gasp culture chalaein.</w:t>
      </w:r>
      <w:r>
        <w:br/>
      </w:r>
      <w:r>
        <w:rPr>
          <w:sz w:val="20"/>
        </w:rPr>
        <w:t>42:10  yeh sab kya hai? distraction hai.</w:t>
      </w:r>
      <w:r>
        <w:br/>
      </w:r>
      <w:r>
        <w:rPr>
          <w:sz w:val="20"/>
        </w:rPr>
        <w:t>42:13  basic need ke siwa jo kuch bhi aadmi usool karta hai apne aap ko, woh sab distraction hota hai.</w:t>
      </w:r>
      <w:r>
        <w:br/>
      </w:r>
      <w:r>
        <w:rPr>
          <w:sz w:val="20"/>
        </w:rPr>
        <w:t>42:22  to aadmi ko do mein se aik ka choice hai: ya to apne aap ko distraction se bachaye taake woh sachi namaz parh sake, yaani Khuda se sacha contact ban sake is ka,</w:t>
      </w:r>
      <w:r>
        <w:br/>
      </w:r>
      <w:r>
        <w:rPr>
          <w:sz w:val="20"/>
        </w:rPr>
        <w:t>42:37  ya phir woh distraction mein para rahe, para rahe aur sirf ritual wali namaz parh sake, woh form wali namaz, aur Khuda se sacha contact is ka na baney.</w:t>
      </w:r>
    </w:p>
    <w:p>
      <w:pPr>
        <w:pStyle w:val="Heading2"/>
      </w:pPr>
      <w:r>
        <w:t>Right thinking leads to intellectual development</w:t>
      </w:r>
    </w:p>
    <w:p>
      <w:r>
        <w:rPr>
          <w:color w:val="666666"/>
          <w:sz w:val="18"/>
        </w:rPr>
        <w:t>Dars-e-Quran, Chapter 20, Verse 15 October 22, 2017 · 5m 26s · at 2:46 · https://youtu.be/mSEhKbQ1q8Y?t=166</w:t>
      </w:r>
    </w:p>
    <w:p>
      <w:r>
        <w:rPr>
          <w:i/>
        </w:rPr>
        <w:t>“Main ne yeh samjha hai ke Quran ka subject hai”</w:t>
      </w:r>
    </w:p>
    <w:p>
      <w:r>
        <w:rPr>
          <w:sz w:val="20"/>
        </w:rPr>
        <w:t>2:46  maine yeh samjha hai ke quran ka subject hai insaan ko yeh batana ke right way of thinking kya hai.</w:t>
      </w:r>
      <w:r>
        <w:br/>
      </w:r>
      <w:r>
        <w:rPr>
          <w:sz w:val="20"/>
        </w:rPr>
        <w:t>3:01  khud baat kya hai, yeh is ka subject hi nahi.</w:t>
      </w:r>
      <w:r>
        <w:br/>
      </w:r>
      <w:r>
        <w:rPr>
          <w:sz w:val="20"/>
        </w:rPr>
        <w:t>3:08  right way of thinking batana yeh subject hai. yani quran ke mutabiq sachai ek discoverable item hai.</w:t>
      </w:r>
      <w:r>
        <w:br/>
      </w:r>
      <w:r>
        <w:rPr>
          <w:sz w:val="20"/>
        </w:rPr>
        <w:t>3:19  bataya hua item nahi hai. yeh distilled item nahi hai.</w:t>
      </w:r>
      <w:r>
        <w:br/>
      </w:r>
      <w:r>
        <w:rPr>
          <w:sz w:val="20"/>
        </w:rPr>
        <w:t>3:28  balkay discoverable item hai.</w:t>
      </w:r>
      <w:r>
        <w:br/>
      </w:r>
      <w:r>
        <w:rPr>
          <w:sz w:val="20"/>
        </w:rPr>
        <w:t>3:33  yeh baat kisi ko ajeeb lag sakti hai. lekin main sochta hoon ke Allah ne insaan ko jo sab se bara aizaaz diya hai, woh yahi hai ke insaan ko har qism ki salahiyaton se equipped kar diya.</w:t>
      </w:r>
      <w:r>
        <w:br/>
      </w:r>
      <w:r>
        <w:rPr>
          <w:sz w:val="20"/>
        </w:rPr>
        <w:t>3:53  equipped, tayyar. zehan diya. hafza diya. parhne likhne ki taqat di.</w:t>
      </w:r>
      <w:r>
        <w:br/>
      </w:r>
      <w:r>
        <w:rPr>
          <w:sz w:val="20"/>
        </w:rPr>
        <w:t>4:04  discuss karne ke liye zuban di. bohat sari cheezen. yani is ko equipped kar diya ke woh discover kare.</w:t>
      </w:r>
      <w:r>
        <w:br/>
      </w:r>
      <w:r>
        <w:rPr>
          <w:sz w:val="20"/>
        </w:rPr>
        <w:t>4:15  to Quran ka jo subject hai, meri samajh se yeh hai ke insaan ko yeh batana how to think. what is the right way of thinking?</w:t>
      </w:r>
      <w:r>
        <w:br/>
      </w:r>
      <w:r>
        <w:rPr>
          <w:sz w:val="20"/>
        </w:rPr>
        <w:t>4:27  yeh hai.</w:t>
      </w:r>
      <w:r>
        <w:br/>
      </w:r>
      <w:r>
        <w:rPr>
          <w:sz w:val="20"/>
        </w:rPr>
        <w:t>4:31  misal ke taur par dekhiye jo pehli ayat hai Alhamdulillah Rabbil Alameen. yeh kya hai? yeh yahi to hai.</w:t>
      </w:r>
      <w:r>
        <w:br/>
      </w:r>
      <w:r>
        <w:rPr>
          <w:sz w:val="20"/>
        </w:rPr>
        <w:t>4:43  Alhamdulillah Rabbil Alameen ka matlab kya hai? ke aap study karte hain</w:t>
      </w:r>
      <w:r>
        <w:br/>
      </w:r>
      <w:r>
        <w:rPr>
          <w:sz w:val="20"/>
        </w:rPr>
        <w:t>4:53  kainat ki. suraj nikalta hai, chand nikalta hai, barish hoti hai. hazaron lakhon waqiat rozana ho rahe hain.</w:t>
      </w:r>
      <w:r>
        <w:br/>
      </w:r>
      <w:r>
        <w:rPr>
          <w:sz w:val="20"/>
        </w:rPr>
        <w:t>5:06  aap un ko sochte hain dekh dekh kar. hawaen chalti hain. aap sochte hain. aur phir keh uthte hain.</w:t>
      </w:r>
      <w:r>
        <w:br/>
      </w:r>
      <w:r>
        <w:rPr>
          <w:sz w:val="20"/>
        </w:rPr>
        <w:t>5:16  yani aap ke andar se ubal parta hai Alhamdulillah Rabbil Alameen. yeh kalma hai aap ka apni discovery ka.</w:t>
      </w:r>
      <w:r>
        <w:br/>
      </w:r>
      <w:r>
        <w:rPr>
          <w:sz w:val="20"/>
        </w:rPr>
        <w:t>5:27  yeh kalma hai discovery ka. yeh bataya hua kalma nahi hai.</w:t>
      </w:r>
      <w:r>
        <w:br/>
      </w:r>
      <w:r>
        <w:rPr>
          <w:sz w:val="20"/>
        </w:rPr>
        <w:t>5:34  yeh aap ki discovery ka kalma hai. jaise aik martaba aik bahir ki Europe ki aik lady aai.</w:t>
      </w:r>
      <w:r>
        <w:br/>
      </w:r>
      <w:r>
        <w:rPr>
          <w:sz w:val="20"/>
        </w:rPr>
        <w:t>5:46  Taj Mahal dekhti gayi woh Agra mein. to jab us ne dekha Taj Mahal ko</w:t>
      </w:r>
      <w:r>
        <w:br/>
      </w:r>
      <w:r>
        <w:rPr>
          <w:sz w:val="20"/>
        </w:rPr>
        <w:t>5:55  to us ki zuban se achanak nikla wonderful wonderful. kisi ne is ko bataya nahi tha. is lady ko kisi ne nahi bataya tha ke Taj Mahal dekhna to yeh kehna.</w:t>
      </w:r>
      <w:r>
        <w:br/>
      </w:r>
      <w:r>
        <w:rPr>
          <w:sz w:val="20"/>
        </w:rPr>
        <w:t>6:12  Taj Mahal jab dekhna to yeh kehna. nahi. us ke dil ki automatic awaz se khud ba khud bol pari wonderful wonderful wonderful.</w:t>
      </w:r>
      <w:r>
        <w:br/>
      </w:r>
      <w:r>
        <w:rPr>
          <w:sz w:val="20"/>
        </w:rPr>
        <w:t>6:24  to aap jab is paida hon bachpan se aap dekh rahe hain ke kis ne mujhe paida kiya. aur paida karte hi yahan duniya mein mere liye sab kuch de diya ab is ko.</w:t>
      </w:r>
      <w:r>
        <w:br/>
      </w:r>
      <w:r>
        <w:rPr>
          <w:sz w:val="20"/>
        </w:rPr>
        <w:t>6:38  yani suraj bhi hai, hawa bhi hai, ghalla bhi hai, phal bhi hai, pani bhi hai. yeh kaise hai? bohat hi right place hai rehne ke liye zameen.</w:t>
      </w:r>
      <w:r>
        <w:br/>
      </w:r>
      <w:r>
        <w:rPr>
          <w:sz w:val="20"/>
        </w:rPr>
        <w:t>6:49  yeh sab kaise hai? to sochte sochte jaise woh keh pari wonderful. aap keh parhte hain Alhamdulillah Rabbil Alameen.</w:t>
      </w:r>
      <w:r>
        <w:br/>
      </w:r>
      <w:r>
        <w:rPr>
          <w:sz w:val="20"/>
        </w:rPr>
        <w:t>7:03  Khudaya tu kitna bara hai. alfaaz kahan se laoon mein?</w:t>
      </w:r>
      <w:r>
        <w:br/>
      </w:r>
      <w:r>
        <w:rPr>
          <w:sz w:val="20"/>
        </w:rPr>
        <w:t>7:12  Alhamdulillah Rabbil Alameen ka matlab yeh ke Khudaya mere paas to alfaaz hi nahi hain.</w:t>
      </w:r>
      <w:r>
        <w:br/>
      </w:r>
      <w:r>
        <w:rPr>
          <w:sz w:val="20"/>
        </w:rPr>
        <w:t>7:21  Alif Laam Meem jab parhte hain aap woh bhi matlab hai is ka yeh. Khudaya insani zuban mein to alfaaz hi nahi hain. main kaise tera itraaf karoon?</w:t>
      </w:r>
      <w:r>
        <w:br/>
      </w:r>
      <w:r>
        <w:rPr>
          <w:sz w:val="20"/>
        </w:rPr>
        <w:t>7:34  yeh hai maqsad Quran. maqsad Quran hai ke aap ke andar intellectual development paida karna. aap ko sochne wala banana.</w:t>
      </w:r>
      <w:r>
        <w:br/>
      </w:r>
      <w:r>
        <w:rPr>
          <w:sz w:val="20"/>
        </w:rPr>
        <w:t>7:47  right way of thinking aap ke andar lana. yahan tak ke aap aik developed mind ban jayen. aik awaken mind ban jayen.</w:t>
      </w:r>
      <w:r>
        <w:br/>
      </w:r>
      <w:r>
        <w:rPr>
          <w:sz w:val="20"/>
        </w:rPr>
        <w:t>7:58  aur phir keh parhen jaise us ne kaha tha wonderful aap keh saken Alhamdulillah Rabbil Alameen. yeh hai maqsad Quran.</w:t>
      </w:r>
    </w:p>
    <w:p>
      <w:pPr>
        <w:pStyle w:val="Heading2"/>
      </w:pPr>
      <w:r>
        <w:t>A railway history lesson on the power of deliberate thinking</w:t>
      </w:r>
    </w:p>
    <w:p>
      <w:r>
        <w:rPr>
          <w:color w:val="666666"/>
          <w:sz w:val="18"/>
        </w:rPr>
        <w:t>Roza and Quran July 18, 2010 · 3m 57s · at 27:48 · https://youtu.be/TSjqSQEb0EQ?t=1668</w:t>
      </w:r>
    </w:p>
    <w:p>
      <w:r>
        <w:rPr>
          <w:i/>
        </w:rPr>
        <w:t>“A few days ago I read an article about how the railway came to India.”</w:t>
      </w:r>
    </w:p>
    <w:p>
      <w:r>
        <w:rPr>
          <w:sz w:val="20"/>
        </w:rPr>
        <w:t>27:48  sochne se baaten maloom hoti hain. Sochne se. Main abhi apna ek tajruba bataoon. Abhi do chaar din hue, maine ek article parha ke India mein railway kaise aayi, kaise bichhai gayi, is ke baray mein tha woh.</w:t>
      </w:r>
      <w:r>
        <w:br/>
      </w:r>
      <w:r>
        <w:rPr>
          <w:sz w:val="20"/>
        </w:rPr>
        <w:t>28:11  To is mein bataya gaya tha ke 1853 mein, yani 1853</w:t>
      </w:r>
      <w:r>
        <w:br/>
      </w:r>
      <w:r>
        <w:rPr>
          <w:sz w:val="20"/>
        </w:rPr>
        <w:t>28:22  mein, London se ek angrez fauji afsar, jo lieutenant tha, Robert, aaya woh.</w:t>
      </w:r>
      <w:r>
        <w:br/>
      </w:r>
      <w:r>
        <w:rPr>
          <w:sz w:val="20"/>
        </w:rPr>
        <w:t>28:31  To us zamane mein log jahaz se aate the, Calcutta utarte the.</w:t>
      </w:r>
      <w:r>
        <w:br/>
      </w:r>
      <w:r>
        <w:rPr>
          <w:sz w:val="20"/>
        </w:rPr>
        <w:t>28:37  Is ki jo, is ko jana tha Peshawar, Calcutta se Peshawar. Woh Peshawar ke liye bheja gaya tha, woh lieutenant, woh British lieutenant, Robert.</w:t>
      </w:r>
      <w:r>
        <w:br/>
      </w:r>
      <w:r>
        <w:rPr>
          <w:sz w:val="20"/>
        </w:rPr>
        <w:t>28:52  To 1853 mein abhi railway bichhai nahi gayi thi.</w:t>
      </w:r>
      <w:r>
        <w:br/>
      </w:r>
      <w:r>
        <w:rPr>
          <w:sz w:val="20"/>
        </w:rPr>
        <w:t>29:01  Pehli railway jab thori si bichhai gayi Bombay mein, woh 1856 mein bichhai gayi thi.</w:t>
      </w:r>
      <w:r>
        <w:br/>
      </w:r>
      <w:r>
        <w:rPr>
          <w:sz w:val="20"/>
        </w:rPr>
        <w:t>29:07  To 1853 mein yahan railway thi hi nahi. To Calcutta se Peshawar jo gaya woh, is mein is ko teen mahine laga, teen mahine.</w:t>
      </w:r>
      <w:r>
        <w:br/>
      </w:r>
      <w:r>
        <w:rPr>
          <w:sz w:val="20"/>
        </w:rPr>
        <w:t>29:18  Ke Calcutta se aaya Banaras tak Ganga mein kashti ke zariye. Phir wahan se safar kiya kuch door tak ghore ke zariye.</w:t>
      </w:r>
      <w:r>
        <w:br/>
      </w:r>
      <w:r>
        <w:rPr>
          <w:sz w:val="20"/>
        </w:rPr>
        <w:t>29:29  Phir woh kuch dinon tak woh palki ke zariye. Kahin paidal chalna para is ko.</w:t>
      </w:r>
      <w:r>
        <w:br/>
      </w:r>
      <w:r>
        <w:rPr>
          <w:sz w:val="20"/>
        </w:rPr>
        <w:t>29:35  Is tarah se ek bohat hi museebat ka safar tha. Jo teen mahine mein ja kar poora hua.</w:t>
      </w:r>
      <w:r>
        <w:br/>
      </w:r>
      <w:r>
        <w:rPr>
          <w:sz w:val="20"/>
        </w:rPr>
        <w:t>29:44  Ab kya hai? Jab woh chaalees saal ke baad wahan se wapas hua dobara, to Peshawar se Calcutta tak sirf teen din pohancha woh.</w:t>
      </w:r>
      <w:r>
        <w:br/>
      </w:r>
      <w:r>
        <w:rPr>
          <w:sz w:val="20"/>
        </w:rPr>
        <w:t>29:53  sirf teen din. kyon? tab tak railway bichh chuki thi. railway line.</w:t>
      </w:r>
      <w:r>
        <w:br/>
      </w:r>
      <w:r>
        <w:rPr>
          <w:sz w:val="20"/>
        </w:rPr>
        <w:t>29:59  to is ko parh kar maine socha ke main khud isi saal se safar karta hoon train mein.</w:t>
      </w:r>
      <w:r>
        <w:br/>
      </w:r>
      <w:r>
        <w:rPr>
          <w:sz w:val="20"/>
        </w:rPr>
        <w:t>30:08  ghaaliban pehla safar maine unnis so tees mein kiya tha. jab chhota tha main. aaj tak mere zehen mein nahi tha yeh baat.</w:t>
      </w:r>
      <w:r>
        <w:br/>
      </w:r>
      <w:r>
        <w:rPr>
          <w:sz w:val="20"/>
        </w:rPr>
        <w:t>30:19  kyon ke socha nahi tha maine. ke kolkata se peshawar ka safar mein ek aala afsar ko lagta tha teen mahine.</w:t>
      </w:r>
      <w:r>
        <w:br/>
      </w:r>
      <w:r>
        <w:rPr>
          <w:sz w:val="20"/>
        </w:rPr>
        <w:t>30:28  to aam aadmi to pata nahi kitna waqt lagega is ko. yeh is ke liye kashti thi, is ke liye ghore the, is ke liye palki thi, is ke liye madadgar the, jo ke woh aala afsar tha woh.</w:t>
      </w:r>
      <w:r>
        <w:br/>
      </w:r>
      <w:r>
        <w:rPr>
          <w:sz w:val="20"/>
        </w:rPr>
        <w:t>30:43  british daur mein. to itne saare saaman ke bawajood is ko lage teen mahine. to aam aadmi ko to pata nahi kitna lagta hoga waqt, bohat ziyada.</w:t>
      </w:r>
      <w:r>
        <w:br/>
      </w:r>
      <w:r>
        <w:rPr>
          <w:sz w:val="20"/>
        </w:rPr>
        <w:t>30:54  lekin maine socha nahi tha yeh baat.</w:t>
      </w:r>
      <w:r>
        <w:br/>
      </w:r>
      <w:r>
        <w:rPr>
          <w:sz w:val="20"/>
        </w:rPr>
        <w:t>30:58  to agarchay main isi baras se train mein baithta raha hoon, lekin mujhe is ki khabar nahi thi. ke kya museebat hoti thi is zamane mein jab ke yahan railway nahi thi.</w:t>
      </w:r>
      <w:r>
        <w:br/>
      </w:r>
      <w:r>
        <w:rPr>
          <w:sz w:val="20"/>
        </w:rPr>
        <w:t>31:09  aur ab kitni aasani ho gayi hai. aur ab to aap jante hain ke teen, teen yani pehle lage the agar teen mahine, aur phir wapsi mein is ko lage teen din.</w:t>
      </w:r>
      <w:r>
        <w:br/>
      </w:r>
      <w:r>
        <w:rPr>
          <w:sz w:val="20"/>
        </w:rPr>
        <w:t>31:23  ab to aap teen ghante bhi kam waqt mein aap hawai jahaz puhanch jate hain yahan se wahan. to chunke maine socha nahi tha, to mere zehen mein yeh baat thi bhi nahi.</w:t>
      </w:r>
      <w:r>
        <w:br/>
      </w:r>
      <w:r>
        <w:rPr>
          <w:sz w:val="20"/>
        </w:rPr>
        <w:t>31:35  sochne se baatein maloom hoti hain. sochna jo hai wohi, wohi ki hai baaton ko janne ka. sochna.</w:t>
      </w:r>
    </w:p>
    <w:p>
      <w:pPr>
        <w:pStyle w:val="Heading2"/>
      </w:pPr>
      <w:r>
        <w:t>Use lawyer not shrine for property case</w:t>
      </w:r>
    </w:p>
    <w:p>
      <w:r>
        <w:rPr>
          <w:color w:val="666666"/>
          <w:sz w:val="18"/>
        </w:rPr>
        <w:t>Reason and Human Life | June 25, 2008 · 4m 40s · at 11:27 · https://youtu.be/BlKDj7xKEYA?t=687</w:t>
      </w:r>
    </w:p>
    <w:p>
      <w:r>
        <w:rPr>
          <w:i/>
        </w:rPr>
        <w:t>“Why are you going to a shrine?”</w:t>
      </w:r>
    </w:p>
    <w:p>
      <w:r>
        <w:rPr>
          <w:sz w:val="20"/>
        </w:rPr>
        <w:t>11:27  aql rakhte hue aql ko istemal nahi karte.</w:t>
      </w:r>
      <w:r>
        <w:br/>
      </w:r>
      <w:r>
        <w:rPr>
          <w:sz w:val="20"/>
        </w:rPr>
        <w:t>11:31  aur phir pareshan rehte hain.</w:t>
      </w:r>
      <w:r>
        <w:br/>
      </w:r>
      <w:r>
        <w:rPr>
          <w:sz w:val="20"/>
        </w:rPr>
        <w:t>11:36  ek aur sahib mile.</w:t>
      </w:r>
      <w:r>
        <w:br/>
      </w:r>
      <w:r>
        <w:rPr>
          <w:sz w:val="20"/>
        </w:rPr>
        <w:t>11:40  woh ja rahe the ek dargah mein.</w:t>
      </w:r>
      <w:r>
        <w:br/>
      </w:r>
      <w:r>
        <w:rPr>
          <w:sz w:val="20"/>
        </w:rPr>
        <w:t>11:45  main ne poocha ke dargah mein kyun ja rahe hain? ek mashhoor dargah mein jahan hazaron hazar log</w:t>
      </w:r>
      <w:r>
        <w:br/>
      </w:r>
      <w:r>
        <w:rPr>
          <w:sz w:val="20"/>
        </w:rPr>
        <w:t>11:49  shayad rozana jatay hain.</w:t>
      </w:r>
      <w:r>
        <w:br/>
      </w:r>
      <w:r>
        <w:rPr>
          <w:sz w:val="20"/>
        </w:rPr>
        <w:t>11:54  aur chadrein charhatay hain.</w:t>
      </w:r>
      <w:r>
        <w:br/>
      </w:r>
      <w:r>
        <w:rPr>
          <w:sz w:val="20"/>
        </w:rPr>
        <w:t>11:58  pata yeh chala ke woh pareshan hain. main ne kaha kyun pareshan hain bhai? maloom hua ke bees saal se un ka ek property ka case chal raha hai. bees saal se property ka case chal raha hai. to wahan ja rahe hain mint manenge. dargah wale qabr qabr wale se ke mera ki</w:t>
      </w:r>
      <w:r>
        <w:br/>
      </w:r>
      <w:r>
        <w:rPr>
          <w:sz w:val="20"/>
        </w:rPr>
        <w:t>12:28  is mein apni case case jeet jaon to mein yeh karon ga woh karon ga.</w:t>
      </w:r>
      <w:r>
        <w:br/>
      </w:r>
      <w:r>
        <w:rPr>
          <w:sz w:val="20"/>
        </w:rPr>
        <w:t>12:33  mein ne kaha ke wahan kaha rakha hai qabar ko aap khodain to kuch hadiyan milain gi.</w:t>
      </w:r>
      <w:r>
        <w:br/>
      </w:r>
      <w:r>
        <w:rPr>
          <w:sz w:val="20"/>
        </w:rPr>
        <w:t>12:38  in hadiyon se aap ja rahay hain mannat mangnay ke liye.</w:t>
      </w:r>
      <w:r>
        <w:br/>
      </w:r>
      <w:r>
        <w:rPr>
          <w:sz w:val="20"/>
        </w:rPr>
        <w:t>12:43  mein ne kaha yahan bhi reason ko istemal kijiyay.</w:t>
      </w:r>
      <w:r>
        <w:br/>
      </w:r>
      <w:r>
        <w:rPr>
          <w:sz w:val="20"/>
        </w:rPr>
        <w:t>12:48  itna paisa jo kharch kar rahay hain aap.</w:t>
      </w:r>
      <w:r>
        <w:br/>
      </w:r>
      <w:r>
        <w:rPr>
          <w:sz w:val="20"/>
        </w:rPr>
        <w:t>12:53  wahan jayen gay sathiyon ko le kar jayen gay phir ayen gay aur sab bekar</w:t>
      </w:r>
      <w:r>
        <w:br/>
      </w:r>
      <w:r>
        <w:rPr>
          <w:sz w:val="20"/>
        </w:rPr>
        <w:t>12:58  ka paisa aap kharch kar rahay hain.</w:t>
      </w:r>
      <w:r>
        <w:br/>
      </w:r>
      <w:r>
        <w:rPr>
          <w:sz w:val="20"/>
        </w:rPr>
        <w:t>13:03  to mein ne kaha ke case jo hai woh law se decide hota hai.</w:t>
      </w:r>
      <w:r>
        <w:br/>
      </w:r>
      <w:r>
        <w:rPr>
          <w:sz w:val="20"/>
        </w:rPr>
        <w:t>13:07  kisi qabar se nahin.</w:t>
      </w:r>
      <w:r>
        <w:br/>
      </w:r>
      <w:r>
        <w:rPr>
          <w:sz w:val="20"/>
        </w:rPr>
        <w:t>13:11  koi qabar jo hai woh law woh koi qabar jo hai woh case ko decide nahin karti.</w:t>
      </w:r>
      <w:r>
        <w:br/>
      </w:r>
      <w:r>
        <w:rPr>
          <w:sz w:val="20"/>
        </w:rPr>
        <w:t>13:16  law se decide hota hai.</w:t>
      </w:r>
      <w:r>
        <w:br/>
      </w:r>
      <w:r>
        <w:rPr>
          <w:sz w:val="20"/>
        </w:rPr>
        <w:t>13:20  to aap ke liye do mein se aik option hai.</w:t>
      </w:r>
      <w:r>
        <w:br/>
      </w:r>
      <w:r>
        <w:rPr>
          <w:sz w:val="20"/>
        </w:rPr>
        <w:t>13:24  agar aap ke paas paisa hai</w:t>
      </w:r>
      <w:r>
        <w:br/>
      </w:r>
      <w:r>
        <w:rPr>
          <w:sz w:val="20"/>
        </w:rPr>
        <w:t>13:28  to kisi bohat baray wakeel ko hire kijiyay.</w:t>
      </w:r>
      <w:r>
        <w:br/>
      </w:r>
      <w:r>
        <w:rPr>
          <w:sz w:val="20"/>
        </w:rPr>
        <w:t>13:34  yani aap ka jo aap ki jo mukhalif party hai us ka koi wakeel hoga.</w:t>
      </w:r>
      <w:r>
        <w:br/>
      </w:r>
      <w:r>
        <w:rPr>
          <w:sz w:val="20"/>
        </w:rPr>
        <w:t>13:41  us ka koi lawyer hoga.</w:t>
      </w:r>
      <w:r>
        <w:br/>
      </w:r>
      <w:r>
        <w:rPr>
          <w:sz w:val="20"/>
        </w:rPr>
        <w:t>13:47  aap us se bara lawyer hire kijiyay.</w:t>
      </w:r>
      <w:r>
        <w:br/>
      </w:r>
      <w:r>
        <w:rPr>
          <w:sz w:val="20"/>
        </w:rPr>
        <w:t>13:53  to is zamanay mein hamari courton mein jo judgment de atay hain woh judges ke nahin hotay</w:t>
      </w:r>
      <w:r>
        <w:br/>
      </w:r>
      <w:r>
        <w:rPr>
          <w:sz w:val="20"/>
        </w:rPr>
        <w:t>13:59  wakeelon ke hotay hain woh.</w:t>
      </w:r>
      <w:r>
        <w:br/>
      </w:r>
      <w:r>
        <w:rPr>
          <w:sz w:val="20"/>
        </w:rPr>
        <w:t>14:04  wakeelon ke hath mein sara mamla hota hai.</w:t>
      </w:r>
      <w:r>
        <w:br/>
      </w:r>
      <w:r>
        <w:rPr>
          <w:sz w:val="20"/>
        </w:rPr>
        <w:t>14:09  to aap ke paas agar bohat paisa ho bohat paisa ho bohat paisa ho to aik bara wakeel hire kijiyay.</w:t>
      </w:r>
      <w:r>
        <w:br/>
      </w:r>
      <w:r>
        <w:rPr>
          <w:sz w:val="20"/>
        </w:rPr>
        <w:t>14:14  chahe aap ko property se bhi ziyada paisa kharch karna paray.</w:t>
      </w:r>
      <w:r>
        <w:br/>
      </w:r>
      <w:r>
        <w:rPr>
          <w:sz w:val="20"/>
        </w:rPr>
        <w:t>14:19  to woh wakeel aap ko jeeta de ga.</w:t>
      </w:r>
      <w:r>
        <w:br/>
      </w:r>
      <w:r>
        <w:rPr>
          <w:sz w:val="20"/>
        </w:rPr>
        <w:t>14:24  kyunke yeh jo hai court kiya hai court mein kya hota hai sara maamla jo hai woh loop hole t</w:t>
      </w:r>
      <w:r>
        <w:br/>
      </w:r>
      <w:r>
        <w:rPr>
          <w:sz w:val="20"/>
        </w:rPr>
        <w:t>14:29  echnical ground ka hai.</w:t>
      </w:r>
      <w:r>
        <w:br/>
      </w:r>
      <w:r>
        <w:rPr>
          <w:sz w:val="20"/>
        </w:rPr>
        <w:t>14:33  sara maamla technical ground courton mein jo faisle hote hain woh technical technical ground pe hote hain.</w:t>
      </w:r>
      <w:r>
        <w:br/>
      </w:r>
      <w:r>
        <w:rPr>
          <w:sz w:val="20"/>
        </w:rPr>
        <w:t>14:38  har law mein kuch koi loop holes hote hain.</w:t>
      </w:r>
      <w:r>
        <w:br/>
      </w:r>
      <w:r>
        <w:rPr>
          <w:sz w:val="20"/>
        </w:rPr>
        <w:t>14:43  to bara wakeel yeh karta hai ke loop hole talash karta hai.</w:t>
      </w:r>
      <w:r>
        <w:br/>
      </w:r>
      <w:r>
        <w:rPr>
          <w:sz w:val="20"/>
        </w:rPr>
        <w:t>14:47  aur judge ko majboor karta hai ke wahi faisle de jo is ne nikala hai technical point.</w:t>
      </w:r>
      <w:r>
        <w:br/>
      </w:r>
      <w:r>
        <w:rPr>
          <w:sz w:val="20"/>
        </w:rPr>
        <w:t>14:52  to is ke liye aap bara mind hire kijiye.</w:t>
      </w:r>
      <w:r>
        <w:br/>
      </w:r>
      <w:r>
        <w:rPr>
          <w:sz w:val="20"/>
        </w:rPr>
        <w:t>14:57  aur aap ke paas bhi yeh nahi hai to phir compromise kar lijiye.</w:t>
      </w:r>
      <w:r>
        <w:br/>
      </w:r>
      <w:r>
        <w:rPr>
          <w:sz w:val="20"/>
        </w:rPr>
        <w:t>15:01  compromise kar lijiye.</w:t>
      </w:r>
      <w:r>
        <w:br/>
      </w:r>
      <w:r>
        <w:rPr>
          <w:sz w:val="20"/>
        </w:rPr>
        <w:t>15:08  baqi yeh dargah mein jaane se koi faisla nahi ho sakta.</w:t>
      </w:r>
      <w:r>
        <w:br/>
      </w:r>
      <w:r>
        <w:rPr>
          <w:sz w:val="20"/>
        </w:rPr>
        <w:t>15:14  to ab dekhiye ke jo pehla maamla tha khwab wala agar is ko common sense apply karte ho</w:t>
      </w:r>
      <w:r>
        <w:br/>
      </w:r>
      <w:r>
        <w:rPr>
          <w:sz w:val="20"/>
        </w:rPr>
        <w:t>15:21  to kya maloom hota? yeh maloom hota ke prima facie it is sters ejected.</w:t>
      </w:r>
      <w:r>
        <w:br/>
      </w:r>
      <w:r>
        <w:rPr>
          <w:sz w:val="20"/>
        </w:rPr>
        <w:t>15:27  yeh to shaitani khwab hai.</w:t>
      </w:r>
      <w:r>
        <w:br/>
      </w:r>
      <w:r>
        <w:rPr>
          <w:sz w:val="20"/>
        </w:rPr>
        <w:t>15:34  is ko chodo.</w:t>
      </w:r>
      <w:r>
        <w:br/>
      </w:r>
      <w:r>
        <w:rPr>
          <w:sz w:val="20"/>
        </w:rPr>
        <w:t>15:38  dusra maamla jo hai case ka wahan bhi aap common sense use karen.</w:t>
      </w:r>
      <w:r>
        <w:br/>
      </w:r>
      <w:r>
        <w:rPr>
          <w:sz w:val="20"/>
        </w:rPr>
        <w:t>15:43  to kya maloom hoga? seedhi seedhi baat bohat paisa tumhare paas hai ek bara wakeel karo.</w:t>
      </w:r>
      <w:r>
        <w:br/>
      </w:r>
      <w:r>
        <w:rPr>
          <w:sz w:val="20"/>
        </w:rPr>
        <w:t>15:48  woh wakeel jeeta de ga tum ko.</w:t>
      </w:r>
      <w:r>
        <w:br/>
      </w:r>
      <w:r>
        <w:rPr>
          <w:sz w:val="20"/>
        </w:rPr>
        <w:t>15:53  warna yeh to compromise kar lo.</w:t>
      </w:r>
      <w:r>
        <w:br/>
      </w:r>
      <w:r>
        <w:rPr>
          <w:sz w:val="20"/>
        </w:rPr>
        <w:t>15:58  to log superstition mein pade hue hain yeh sab superstition hai.</w:t>
      </w:r>
      <w:r>
        <w:br/>
      </w:r>
      <w:r>
        <w:rPr>
          <w:sz w:val="20"/>
        </w:rPr>
        <w:t>16:02  superstition mein pade hue hain apni reason ko jo khuda ne diya us ko istemal nahi karte.</w:t>
      </w:r>
    </w:p>
    <w:p>
      <w:pPr>
        <w:pStyle w:val="Heading2"/>
      </w:pPr>
      <w:r>
        <w:t>three degrees of faith: creed, insight, mission</w:t>
      </w:r>
    </w:p>
    <w:p>
      <w:r>
        <w:rPr>
          <w:color w:val="666666"/>
          <w:sz w:val="18"/>
        </w:rPr>
        <w:t>Revival of Faith September 25, 2011 Maulana Wahiduddin Khan · 3m 05s · at 46:12 · https://youtu.be/sG_btZMffxg?t=2772</w:t>
      </w:r>
    </w:p>
    <w:p>
      <w:r>
        <w:rPr>
          <w:i/>
        </w:rPr>
        <w:t>“When you embrace faith, first you get a creed”</w:t>
      </w:r>
    </w:p>
    <w:p>
      <w:r>
        <w:rPr>
          <w:sz w:val="20"/>
        </w:rPr>
        <w:t>46:12  imaan ko ikhtiyar karte hain to aap ko ek aqeedah milta hai. aqeedah, aqeedah. agar aap is par study karte hain to aap ka aqeedah marifat banta hai.</w:t>
      </w:r>
      <w:r>
        <w:br/>
      </w:r>
      <w:r>
        <w:rPr>
          <w:sz w:val="20"/>
        </w:rPr>
        <w:t>46:26  to aqeedah jab hai tab bhi koi bari baat nahi hai, marifat bana hai tab bhi koi bohat inqalabi baat nahi hui aap ki zindagi mein. phir jab aisa hota hai ke aap mission ke taur par is ko ikhtiyar karte hain to ek bhonchal aata hai aap ki zindagi mein, ek challenge aata hai aap ki zindagi mein,</w:t>
      </w:r>
      <w:r>
        <w:br/>
      </w:r>
      <w:r>
        <w:rPr>
          <w:sz w:val="20"/>
        </w:rPr>
        <w:t>46:45  aur phir aap ki shakhsiyat be panaah ho jati hai.</w:t>
      </w:r>
      <w:r>
        <w:br/>
      </w:r>
      <w:r>
        <w:rPr>
          <w:sz w:val="20"/>
        </w:rPr>
        <w:t>46:50  is waqt jo imaan barhta hai is ka koi had o hisab nahi hai, koi is ka had o hisab nahi hai. to main yeh arz karunga ke aap mein se har shakhs yeh ahad kare, yeh soche ke sirf kalma parhna kafi nahi hai.</w:t>
      </w:r>
      <w:r>
        <w:br/>
      </w:r>
      <w:r>
        <w:rPr>
          <w:sz w:val="20"/>
        </w:rPr>
        <w:t>47:10  kalma parh liya to yahi kafi nahi hai aur bohat kuch karna hai,</w:t>
      </w:r>
      <w:r>
        <w:br/>
      </w:r>
      <w:r>
        <w:rPr>
          <w:sz w:val="20"/>
        </w:rPr>
        <w:t>47:19  apne kalma ko marifat banana hai. yani shaoori imaan, marifat mani hai shaoori imaan. to pehla darja yeh hai ke aap apne kalma ko sirf talaffuz,</w:t>
      </w:r>
      <w:r>
        <w:br/>
      </w:r>
      <w:r>
        <w:rPr>
          <w:sz w:val="20"/>
        </w:rPr>
        <w:t>47:32  talaffuz ke daira mein na rakhein, lip service ki had tak na rakhein balkeh is ko marifat banayein. marifat, realization, discovery.</w:t>
      </w:r>
      <w:r>
        <w:br/>
      </w:r>
      <w:r>
        <w:rPr>
          <w:sz w:val="20"/>
        </w:rPr>
        <w:t>47:42  is ke liye aap ko study karni hogi, is ke liye contemplation darkar hoga,</w:t>
      </w:r>
      <w:r>
        <w:br/>
      </w:r>
      <w:r>
        <w:rPr>
          <w:sz w:val="20"/>
        </w:rPr>
        <w:t>47:47  is ke liye sochna parega, ghore o fikr karna hoga. is se aap marifat aaye gi. agla darja marifat ka hai. to pehla darja aqeedah ka hua, doosra darja marifat ka hua.</w:t>
      </w:r>
      <w:r>
        <w:br/>
      </w:r>
      <w:r>
        <w:rPr>
          <w:sz w:val="20"/>
        </w:rPr>
        <w:t>48:02  is ke baad aap jab kalma ke andar jo paigham hai, jo message hai, us ko mission bana lein, mission to phir aap be panaah ho jate hain, be panaah ho jate hain.</w:t>
      </w:r>
      <w:r>
        <w:br/>
      </w:r>
      <w:r>
        <w:rPr>
          <w:sz w:val="20"/>
        </w:rPr>
        <w:t>48:16  phir aap ki zindagi mein ek challenge aata hai aur challenge aap ko har lamha aage barhata rehta hai, aage barhata rehta hai. to teen ka yani imaan ke teen darje hue: aqeedah, marifat, mission.</w:t>
      </w:r>
      <w:r>
        <w:br/>
      </w:r>
      <w:r>
        <w:rPr>
          <w:sz w:val="20"/>
        </w:rPr>
        <w:t>48:34  aqeedah se parhein to yeh ek aadmi mutallashi hota hai, seeker hota hai. to agar wahan se agar shuru kijiye to insaan ki zindagi ke char daur ho gaye hain.</w:t>
      </w:r>
      <w:r>
        <w:br/>
      </w:r>
      <w:r>
        <w:rPr>
          <w:sz w:val="20"/>
        </w:rPr>
        <w:t>48:45  pehla daur yeh hai ke woh seeker bana, doosra daur yeh hai ke us ko aqeedah mil gaya, teesra daur yeh hai ke us ne apne aqeeday ko marifat banaya, chautha daur yeh hai ke woh mission, mani mission ban gaya,</w:t>
      </w:r>
      <w:r>
        <w:br/>
      </w:r>
      <w:r>
        <w:rPr>
          <w:sz w:val="20"/>
        </w:rPr>
        <w:t>48:58  mani mission. woh yani giver person ban gaya apni duniya ka.</w:t>
      </w:r>
      <w:r>
        <w:br/>
      </w:r>
      <w:r>
        <w:rPr>
          <w:sz w:val="20"/>
        </w:rPr>
        <w:t>49:06  to is is ki to koi, is ke yani irtiqaa koi had hi nahi, koi had nahi,</w:t>
      </w:r>
    </w:p>
    <w:p>
      <w:pPr>
        <w:pStyle w:val="Heading2"/>
      </w:pPr>
      <w:r>
        <w:t>the five pillars of Islam and the true purpose of fasting</w:t>
      </w:r>
    </w:p>
    <w:p>
      <w:r>
        <w:rPr>
          <w:color w:val="666666"/>
          <w:sz w:val="18"/>
        </w:rPr>
        <w:t>Ramadan The Month of Fasting August 29, 2008 Maulana Wahiduddin Khan · 4m 37s · at 0:36 · https://youtu.be/DcDEAI5bgAg?t=36</w:t>
      </w:r>
    </w:p>
    <w:p>
      <w:r>
        <w:rPr>
          <w:i/>
        </w:rPr>
        <w:t>“Today's topic: Ramadan, the month of fasting”</w:t>
      </w:r>
    </w:p>
    <w:p>
      <w:r>
        <w:rPr>
          <w:sz w:val="20"/>
        </w:rPr>
        <w:t>0:36  aaj ka topic hai:</w:t>
      </w:r>
      <w:r>
        <w:br/>
      </w:r>
      <w:r>
        <w:rPr>
          <w:sz w:val="20"/>
        </w:rPr>
        <w:t>0:41  Ramadan the month of fasting, yani roze ka mahina.</w:t>
      </w:r>
      <w:r>
        <w:br/>
      </w:r>
      <w:r>
        <w:rPr>
          <w:sz w:val="20"/>
        </w:rPr>
        <w:t>0:54  Payambar e Islam Salallahu Alaihi Wasallam ki ek hadith ke mutabiq</w:t>
      </w:r>
      <w:r>
        <w:br/>
      </w:r>
      <w:r>
        <w:rPr>
          <w:sz w:val="20"/>
        </w:rPr>
        <w:t>1:01  islam ke panch rukn hain, yaani panch pillars hain:</w:t>
      </w:r>
      <w:r>
        <w:br/>
      </w:r>
      <w:r>
        <w:rPr>
          <w:sz w:val="20"/>
        </w:rPr>
        <w:t>1:08  imaan, namaz, roza, hajj, aur zakat. is ko kaha jata hai arkan e khamsa.</w:t>
      </w:r>
      <w:r>
        <w:br/>
      </w:r>
      <w:r>
        <w:rPr>
          <w:sz w:val="20"/>
        </w:rPr>
        <w:t>1:22  in panch arkan mein se ek hai roza.</w:t>
      </w:r>
      <w:r>
        <w:br/>
      </w:r>
      <w:r>
        <w:rPr>
          <w:sz w:val="20"/>
        </w:rPr>
        <w:t>1:29  roza poore ek mahine ke liye hota hai, hijri calendar ka nawaan mahina, jis ko ramzan kaha jata hai.</w:t>
      </w:r>
      <w:r>
        <w:br/>
      </w:r>
      <w:r>
        <w:rPr>
          <w:sz w:val="20"/>
        </w:rPr>
        <w:t>1:42  is mahine mein poore ek mahine ke liye roza rakhna yeh hai islam ke panch arkan mein se ek rukn.</w:t>
      </w:r>
      <w:r>
        <w:br/>
      </w:r>
      <w:r>
        <w:rPr>
          <w:sz w:val="20"/>
        </w:rPr>
        <w:t>1:58  urdu mein is ko roza kehte hain, angrezi mein fasting kehte hain, arabic mein is ko saum kaha jata hai.</w:t>
      </w:r>
      <w:r>
        <w:br/>
      </w:r>
      <w:r>
        <w:rPr>
          <w:sz w:val="20"/>
        </w:rPr>
        <w:t>2:11  saum ka matlab hai abstinance, rukna. hadith mein kaha gaya hai ramzan ko shahr e sabr, sabr ka mahina.</w:t>
      </w:r>
      <w:r>
        <w:br/>
      </w:r>
      <w:r>
        <w:rPr>
          <w:sz w:val="20"/>
        </w:rPr>
        <w:t>2:27  to rukne ka mahina ya sabr karne ka mahina dono ek hi baat hain, yaani patience ka mahina.</w:t>
      </w:r>
      <w:r>
        <w:br/>
      </w:r>
      <w:r>
        <w:rPr>
          <w:sz w:val="20"/>
        </w:rPr>
        <w:t>2:39  to bazahir roze ke zamane mein yeh hota hai ke din ke waqt, yaani subah sadiq se suraj ke gharub hone tak, khana aur peena chhod diya jata hai.</w:t>
      </w:r>
      <w:r>
        <w:br/>
      </w:r>
      <w:r>
        <w:rPr>
          <w:sz w:val="20"/>
        </w:rPr>
        <w:t>2:55  yaani khane aur peene se rukna yeh hai roze ki zahiri surat. lekin roza haqeeqat mein har us cheez se rukna hai jis ko Khuda aur Rasool ne mana kiya hai.</w:t>
      </w:r>
      <w:r>
        <w:br/>
      </w:r>
      <w:r>
        <w:rPr>
          <w:sz w:val="20"/>
        </w:rPr>
        <w:t>3:13  har us cheez se rukna hai.</w:t>
      </w:r>
      <w:r>
        <w:br/>
      </w:r>
      <w:r>
        <w:rPr>
          <w:sz w:val="20"/>
        </w:rPr>
        <w:t>3:16  yaani goya ke roza is maqsad ke liye hai ke aadmi apne aap ko Khuda ki mana ki hui cheezon se rokne ka,</w:t>
      </w:r>
      <w:r>
        <w:br/>
      </w:r>
      <w:r>
        <w:rPr>
          <w:sz w:val="20"/>
        </w:rPr>
        <w:t>3:33  rokne ki tarbiyat le. ki</w:t>
      </w:r>
      <w:r>
        <w:br/>
      </w:r>
      <w:r>
        <w:rPr>
          <w:sz w:val="20"/>
        </w:rPr>
        <w:t>3:37  kyun ke dekhiye, ek mahina jab barabar aap roza rakhte hain to psychological strategies jo hain, nafsiyat ka jo mutala hai woh batata hai ke barabar 30 din tak agar aap ek kaam ko karein regular tor par to woh aap ke,</w:t>
      </w:r>
      <w:r>
        <w:br/>
      </w:r>
      <w:r>
        <w:rPr>
          <w:sz w:val="20"/>
        </w:rPr>
        <w:t>4:06  aap ki habit ban jata hai.</w:t>
      </w:r>
      <w:r>
        <w:br/>
      </w:r>
      <w:r>
        <w:rPr>
          <w:sz w:val="20"/>
        </w:rPr>
        <w:t>4:12  yeh hai training, is ka naam hai training. to ek mahine tak jab aap rukte hain, apne aap ko rokate hain khane peene se, galat cheezon se, maslan jhoot bolne se rokate hain,</w:t>
      </w:r>
      <w:r>
        <w:br/>
      </w:r>
      <w:r>
        <w:rPr>
          <w:sz w:val="20"/>
        </w:rPr>
        <w:t>4:26  aur dishonesty se rokate hain, aur violence se rokate hain apne aap ko</w:t>
      </w:r>
      <w:r>
        <w:br/>
      </w:r>
      <w:r>
        <w:rPr>
          <w:sz w:val="20"/>
        </w:rPr>
        <w:t>4:35  . to yeh sari cheezein jo hain, jo mana hain shariyat mein, jab aap us se rokate hain to aap ke andar ek personality banti hai.</w:t>
      </w:r>
      <w:r>
        <w:br/>
      </w:r>
      <w:r>
        <w:rPr>
          <w:sz w:val="20"/>
        </w:rPr>
        <w:t>4:44  ek aisi personality jis mein</w:t>
      </w:r>
      <w:r>
        <w:br/>
      </w:r>
      <w:r>
        <w:rPr>
          <w:sz w:val="20"/>
        </w:rPr>
        <w:t>4:49  negative aspect na ho, sirf positive aspect ho. yeh hai roza. to roza darasal tarbiyat ka mahina hai,</w:t>
      </w:r>
      <w:r>
        <w:br/>
      </w:r>
      <w:r>
        <w:rPr>
          <w:sz w:val="20"/>
        </w:rPr>
        <w:t>5:05  training ka mahina hai, apne aap ko tayyar karne ka mahina hai.</w:t>
      </w:r>
    </w:p>
    <w:p>
      <w:pPr>
        <w:pStyle w:val="Heading2"/>
      </w:pPr>
      <w:r>
        <w:t>Ibrahim, Hajra, and Ismail building the line of prophecy in the desert</w:t>
      </w:r>
    </w:p>
    <w:p>
      <w:r>
        <w:rPr>
          <w:color w:val="666666"/>
          <w:sz w:val="18"/>
        </w:rPr>
        <w:t>A Study of Human History February 5, 2023 · 5m 52s · at 47:21 · https://youtu.be/2aGbbn-RmQQ?t=2841</w:t>
      </w:r>
    </w:p>
    <w:p>
      <w:r>
        <w:rPr>
          <w:i/>
        </w:rPr>
        <w:t>“Allah had to make a whole new plan for humanity”</w:t>
      </w:r>
    </w:p>
    <w:p>
      <w:r>
        <w:rPr>
          <w:sz w:val="20"/>
        </w:rPr>
        <w:t>47:21  جی، آپ میرا لاسٹ سوال Prophet Ibrahim کو لے کر ہے، کیونکہ human history کا ایک بہت ہی conclusion</w:t>
      </w:r>
      <w:r>
        <w:br/>
      </w:r>
      <w:r>
        <w:rPr>
          <w:sz w:val="20"/>
        </w:rPr>
        <w:t>47:30  unhi ke aane ke baad hua.</w:t>
      </w:r>
      <w:r>
        <w:br/>
      </w:r>
      <w:r>
        <w:rPr>
          <w:sz w:val="20"/>
        </w:rPr>
        <w:t>47:32  unko instruction aayi ki woh apni wife aur bachche ko desert mein settle down karein, because ek generation</w:t>
      </w:r>
      <w:r>
        <w:br/>
      </w:r>
      <w:r>
        <w:rPr>
          <w:sz w:val="20"/>
        </w:rPr>
        <w:t>47:39  develop honi thi jo condition free generation ho.</w:t>
      </w:r>
      <w:r>
        <w:br/>
      </w:r>
      <w:r>
        <w:rPr>
          <w:sz w:val="20"/>
        </w:rPr>
        <w:t>47:42  aur yahi baad mein Banu Ismail ke naam se jaani gayi.</w:t>
      </w:r>
      <w:r>
        <w:br/>
      </w:r>
      <w:r>
        <w:rPr>
          <w:sz w:val="20"/>
        </w:rPr>
        <w:t>47:45  to aap, ab main chahta hoon ki us qisse ko lekar aap bataein ki usse kya sabak milta</w:t>
      </w:r>
      <w:r>
        <w:br/>
      </w:r>
      <w:r>
        <w:rPr>
          <w:sz w:val="20"/>
        </w:rPr>
        <w:t>47:50  hai humko.</w:t>
      </w:r>
      <w:r>
        <w:br/>
      </w:r>
      <w:r>
        <w:rPr>
          <w:sz w:val="20"/>
        </w:rPr>
        <w:t>47:52  asal mein allah taala ko bhi nai planning karni padi, kyunki jab dekha ki 124000 paigambar bhejane ke bawajood log sahi raste par nahin aa rahe hain. ab chunki allah ne mukammal azadi de di thi, azadi ki wajah se sara corruption tha. insan apni azadi ka galat istemal karta tha. to phir allah taala ne ek nai planning ki,</w:t>
      </w:r>
      <w:r>
        <w:br/>
      </w:r>
      <w:r>
        <w:rPr>
          <w:sz w:val="20"/>
        </w:rPr>
        <w:t>48:16  kyunki log condition ho jate the. na society mein jo bhi buraiyan hoti thin, vah sab bachcha bahar jata hai. aaj bhi aap vahi dekh lijiye, bachcha bahar jata hai aur sara society se seekh kar aata hai ghar mein. ab ghar wale bhi pareshan hote hain. ab bahar to niklega bachcha. to bahar jab nikalta tha insan, to society mein jo bhi evil thin, to vah vah sab lekar ghar aata</w:t>
      </w:r>
      <w:r>
        <w:br/>
      </w:r>
      <w:r>
        <w:rPr>
          <w:sz w:val="20"/>
        </w:rPr>
        <w:t>48:40  tha. to is wajah se aisi conditioning ho jati thi, aur khas taur par mushrikana culture ki, ke usko todna bahut mushkil ho gaya tha. 900 saal jo hazrat nuh al salam ne kaam kiya, uske bawajood unko followers nahin mile. to aap samajh sakte hain ki kitna mushkil hai. aur vah log pura tarike se well wishing ke sath, sabr ke sath, unki khair khwahi ke sath kaam karte the. uske bawajood unko log nahin mil rahe the.</w:t>
      </w:r>
      <w:r>
        <w:br/>
      </w:r>
      <w:r>
        <w:rPr>
          <w:sz w:val="20"/>
        </w:rPr>
        <w:t>49:09  to is tarike se sailab aaya, great flood, aur tamam log jo hain, doob gaye. phir sirf hazrat nuh al salam ke jo saathi the, to vahi log kashti par sawar hokar vah bache. aur phir unhone sari duniya mein vah log phail gaye. to usi mein se yah log the. kehte hain ki unke char bete the. to vah char bete jagah-jagah, ilakon mein vah base.</w:t>
      </w:r>
      <w:r>
        <w:br/>
      </w:r>
      <w:r>
        <w:rPr>
          <w:sz w:val="20"/>
        </w:rPr>
        <w:t>49:35  to usmein se phir allah ki jo planning thi, vah yah ki ek aisi nasal banai jaye jo is conditioning se mahfuz ho. to is wajah se allah taala ne hazrat ibrahim al salam ko hukm diya ki unki do biwiyan thin, ek hazrat sara aur ek hazrat hajra. to hukm diya ki hazrat hajra aur unke bete ismail ko arab ke sehra mein basa dein.</w:t>
      </w:r>
      <w:r>
        <w:br/>
      </w:r>
      <w:r>
        <w:rPr>
          <w:sz w:val="20"/>
        </w:rPr>
        <w:t>50:02  yah bahut hi, bahut hi mushkil kaam tha, kyunki vahan par kuchh bhi nahin tha. pani, pani tak nahin tha. pani to zaroori hota hai survive karne ke liye. lekin hazrat ibrahim al salam bahut bade paigambar the, aur aur allah taala ne unko khalil ullah kaha hai. to unhone jo allah taala ne kaha, vah unhone kiya.</w:t>
      </w:r>
      <w:r>
        <w:br/>
      </w:r>
      <w:r>
        <w:rPr>
          <w:sz w:val="20"/>
        </w:rPr>
        <w:t>50:25  vah hazrat hajra aur hazrat ismail ko sehra mein le gaye, aur thoda sa ab pani sath mein tha, aur thoda sa kuchh khana vaana. sattu vat us zamane mein hota tha. to vah le jakar unko sehra mein basa diya. phir vah do-teen din ke baad jab vah vapas jaane lage,</w:t>
      </w:r>
      <w:r>
        <w:br/>
      </w:r>
      <w:r>
        <w:rPr>
          <w:sz w:val="20"/>
        </w:rPr>
        <w:t>50:44  to hazrat hajra ne kaha ki aap ja rahe hain yahan, to pani bhi nahin hai. to kya yah allah taala ka hukm hai ya aap apni marzi se aisa kar rahe hain?</w:t>
      </w:r>
      <w:r>
        <w:br/>
      </w:r>
      <w:r>
        <w:rPr>
          <w:sz w:val="20"/>
        </w:rPr>
        <w:t>50:54  to do-teen bar jab unhone kaha, hazrat ibrahim khud hi pareshan rahe honge. to do-teen bar jab unhone kaha, to hazrat ibrahim ne kaha, yah khuda ka hukm hai. phir us waqt hazrat hajra ne kaha ki phir allah hamein zay nahin karega.</w:t>
      </w:r>
      <w:r>
        <w:br/>
      </w:r>
      <w:r>
        <w:rPr>
          <w:sz w:val="20"/>
        </w:rPr>
        <w:t>51:11  phir vah sab aap logon ko kissa maloom hai. phir do-teen jab pani khatm ho gaya, bachcha rone laga. phir vah daudne lage, jo aaj safa aur marwa ke jo jo safa karte hain, marwa aur safa ke beech mein. to vah vahi hai jahan vah hazrat hajra daudi thin. saat bar daudi thin, tab vahan par thak ke baith gai thin. vahin par pani nikla tha.</w:t>
      </w:r>
      <w:r>
        <w:br/>
      </w:r>
      <w:r>
        <w:rPr>
          <w:sz w:val="20"/>
        </w:rPr>
        <w:t>51:36  to phir vahan pani nikal aaya. to phir dheere-dheere vahan kuchh aur log aa gaye, kyunki pani ke bagair to abadi ho hi nahin sakti. na janwar aayenge, na insan aayega. to phir vahan par abadi ho gai. phir hazrat ismail shikar karke laate, aur vah usko bhun-bhun ke kha liya jata. aur pani to tha.</w:t>
      </w:r>
      <w:r>
        <w:br/>
      </w:r>
      <w:r>
        <w:rPr>
          <w:sz w:val="20"/>
        </w:rPr>
        <w:t>51:58  phir uske baad jo hai, vah vahan par ek qabila jurhum aage bas gaya, aur vahan par aapne unhe usi qabile ki ek ladki se shadi kar li. to yah lambi kahani hai. phir uske baad vahan parhai hazaar saal lag gaye.dhai hazaar saal mein jo ek nasal paida hui, aur usmein sehra mein vahan to koi evil hi nahin thi.</w:t>
      </w:r>
      <w:r>
        <w:br/>
      </w:r>
      <w:r>
        <w:rPr>
          <w:sz w:val="20"/>
        </w:rPr>
        <w:t>52:24  vah pahad the, aur us khajoor ke ped the, aur sehra tha. suraj nikalta tha, aur janwar the. kuchh tha hi nahin. koi bhi conditioning, condition hone ke liye koi kuchh tha hi nahin vahan par. to bahut zabardast vah ek nasal vahanhai hazaar saal mein paida hui. aur yahi vah nasal thi jisne,</w:t>
      </w:r>
      <w:r>
        <w:br/>
      </w:r>
      <w:r>
        <w:rPr>
          <w:sz w:val="20"/>
        </w:rPr>
        <w:t>52:50  yahi woh log the jinhone, jinko ashabe rasool kaha jata hai.</w:t>
      </w:r>
      <w:r>
        <w:br/>
      </w:r>
      <w:r>
        <w:rPr>
          <w:sz w:val="20"/>
        </w:rPr>
        <w:t>52:54  unhone rasool Allah sallallahu alaihi wasallam ke sath milkar ek tauheed par ek inqilab paida kiya. To Philip K. Hitti ki ek kitab hai, "History of the Arabs". To usme unhone bahut zabardast us in logo ki sifat ke bare mein likha hai ki unke andar jo akhlaqi sifat thi, woh kamal ke darje mein thi.</w:t>
      </w:r>
    </w:p>
    <w:p>
      <w:pPr>
        <w:pStyle w:val="Heading2"/>
      </w:pPr>
      <w:r>
        <w:t>Prophet's positive status quoism in Mecca</w:t>
      </w:r>
    </w:p>
    <w:p>
      <w:r>
        <w:rPr>
          <w:color w:val="666666"/>
          <w:sz w:val="18"/>
        </w:rPr>
        <w:t>Islam and Peace (Part 2) (English) January 17, 2007 Maulana Wahiduddin Khan · 5m 34s · at 16:00 · https://youtu.be/K5H4b8y4E7g?t=960</w:t>
      </w:r>
    </w:p>
    <w:p>
      <w:r>
        <w:rPr>
          <w:i/>
        </w:rPr>
        <w:t>“In my words Prophet of Islam was”</w:t>
      </w:r>
    </w:p>
    <w:p>
      <w:r>
        <w:rPr>
          <w:sz w:val="20"/>
        </w:rPr>
        <w:t>16:00  in my words, prophet of islam was</w:t>
      </w:r>
      <w:r>
        <w:br/>
      </w:r>
      <w:r>
        <w:rPr>
          <w:sz w:val="20"/>
        </w:rPr>
        <w:t>16:06  greatest state quo quest of the history. but his state quo quest was positive state quo quest.</w:t>
      </w:r>
      <w:r>
        <w:br/>
      </w:r>
      <w:r>
        <w:rPr>
          <w:sz w:val="20"/>
        </w:rPr>
        <w:t>16:20  he was not simply state quo quest. he was, his formula was positive state quo quest.</w:t>
      </w:r>
      <w:r>
        <w:br/>
      </w:r>
      <w:r>
        <w:rPr>
          <w:sz w:val="20"/>
        </w:rPr>
        <w:t>16:31  what it means? it means that accept the state quo and avail the opportunities. this was his formula.</w:t>
      </w:r>
      <w:r>
        <w:br/>
      </w:r>
      <w:r>
        <w:rPr>
          <w:sz w:val="20"/>
        </w:rPr>
        <w:t>16:42  in every situation, there are some problem, but at the same time, there are some opportunities.</w:t>
      </w:r>
      <w:r>
        <w:br/>
      </w:r>
      <w:r>
        <w:rPr>
          <w:sz w:val="20"/>
        </w:rPr>
        <w:t>16:50  this is law of nature.</w:t>
      </w:r>
      <w:r>
        <w:br/>
      </w:r>
      <w:r>
        <w:rPr>
          <w:sz w:val="20"/>
        </w:rPr>
        <w:t>16:55  this is law of nature that in every situation, in every time, in every circumstances,</w:t>
      </w:r>
      <w:r>
        <w:br/>
      </w:r>
      <w:r>
        <w:rPr>
          <w:sz w:val="20"/>
        </w:rPr>
        <w:t>17:06  if there are some problems, at the same time, there are opportunities. so you have to ignore the problems, and you have to avail the opportunities.</w:t>
      </w:r>
      <w:r>
        <w:br/>
      </w:r>
      <w:r>
        <w:rPr>
          <w:sz w:val="20"/>
        </w:rPr>
        <w:t>17:17  this is positive state quo quest.</w:t>
      </w:r>
      <w:r>
        <w:br/>
      </w:r>
      <w:r>
        <w:rPr>
          <w:sz w:val="20"/>
        </w:rPr>
        <w:t>17:22  accept the state quo. ignoring the problem means accepting the state quo.</w:t>
      </w:r>
      <w:r>
        <w:br/>
      </w:r>
      <w:r>
        <w:rPr>
          <w:sz w:val="20"/>
        </w:rPr>
        <w:t>17:35  so accept the state quo and avail the opportunities present in the same situation.</w:t>
      </w:r>
      <w:r>
        <w:br/>
      </w:r>
      <w:r>
        <w:rPr>
          <w:sz w:val="20"/>
        </w:rPr>
        <w:t>17:44  this is the prophetic formula.</w:t>
      </w:r>
      <w:r>
        <w:br/>
      </w:r>
      <w:r>
        <w:rPr>
          <w:sz w:val="20"/>
        </w:rPr>
        <w:t>17:47  and this is, you can give a term it as positive state quo quest.</w:t>
      </w:r>
      <w:r>
        <w:br/>
      </w:r>
      <w:r>
        <w:rPr>
          <w:sz w:val="20"/>
        </w:rPr>
        <w:t>18:01  the prophet adopted this formula everywhere in mecca and medina, both.</w:t>
      </w:r>
      <w:r>
        <w:br/>
      </w:r>
      <w:r>
        <w:rPr>
          <w:sz w:val="20"/>
        </w:rPr>
        <w:t>18:13  for example, when he was in mecca,</w:t>
      </w:r>
      <w:r>
        <w:br/>
      </w:r>
      <w:r>
        <w:rPr>
          <w:sz w:val="20"/>
        </w:rPr>
        <w:t>18:18  there were 360 idols placed in kaaba, in the premises of kaaba. 360.</w:t>
      </w:r>
      <w:r>
        <w:br/>
      </w:r>
      <w:r>
        <w:rPr>
          <w:sz w:val="20"/>
        </w:rPr>
        <w:t>18:29  it was state quo. the state quo, the state quo was quite unpleasant because kaaba was built for tawheed</w:t>
      </w:r>
      <w:r>
        <w:br/>
      </w:r>
      <w:r>
        <w:rPr>
          <w:sz w:val="20"/>
        </w:rPr>
        <w:t>18:45  for</w:t>
      </w:r>
      <w:r>
        <w:br/>
      </w:r>
      <w:r>
        <w:rPr>
          <w:sz w:val="20"/>
        </w:rPr>
        <w:t>18:49  ibadat, but at the time, it was place of idols.</w:t>
      </w:r>
      <w:r>
        <w:br/>
      </w:r>
      <w:r>
        <w:rPr>
          <w:sz w:val="20"/>
        </w:rPr>
        <w:t>19:05  so, so prophet accepted this state quo. he never tried to destroy all those idols.</w:t>
      </w:r>
      <w:r>
        <w:br/>
      </w:r>
      <w:r>
        <w:rPr>
          <w:sz w:val="20"/>
        </w:rPr>
        <w:t>19:17  never, never. but prophet saw that there is an opportunity.</w:t>
      </w:r>
      <w:r>
        <w:br/>
      </w:r>
      <w:r>
        <w:rPr>
          <w:sz w:val="20"/>
        </w:rPr>
        <w:t>19:29  people visit kaaba every day from different towns, different part of the arabia, to worship their idols,</w:t>
      </w:r>
      <w:r>
        <w:br/>
      </w:r>
      <w:r>
        <w:rPr>
          <w:sz w:val="20"/>
        </w:rPr>
        <w:t>19:47  to present their offerings to these idols. so, it was</w:t>
      </w:r>
      <w:r>
        <w:br/>
      </w:r>
      <w:r>
        <w:rPr>
          <w:sz w:val="20"/>
        </w:rPr>
        <w:t>19:56  in, so every day people used to visit kaaba. so there was a gathering. every day, there was a gathering.</w:t>
      </w:r>
      <w:r>
        <w:br/>
      </w:r>
      <w:r>
        <w:rPr>
          <w:sz w:val="20"/>
        </w:rPr>
        <w:t>20:07  so prophet ignored the presence of idols, and he tried to avail this gathering</w:t>
      </w:r>
      <w:r>
        <w:br/>
      </w:r>
      <w:r>
        <w:rPr>
          <w:sz w:val="20"/>
        </w:rPr>
        <w:t>20:17  as an audience. this is the wisdom of the prophet. there were two, there were two phenomena.</w:t>
      </w:r>
      <w:r>
        <w:br/>
      </w:r>
      <w:r>
        <w:rPr>
          <w:sz w:val="20"/>
        </w:rPr>
        <w:t>20:31  one was presence of idols in the premises of Kaba. The second was that there was a gathering in daily basis.</w:t>
      </w:r>
      <w:r>
        <w:br/>
      </w:r>
      <w:r>
        <w:rPr>
          <w:sz w:val="20"/>
        </w:rPr>
        <w:t>20:44  so prophet accepted the states ko. he never tried to destroy those idols.</w:t>
      </w:r>
      <w:r>
        <w:br/>
      </w:r>
      <w:r>
        <w:rPr>
          <w:sz w:val="20"/>
        </w:rPr>
        <w:t>20:54  and at the same time, he availed that gathering as an audience by the idols self.</w:t>
      </w:r>
      <w:r>
        <w:br/>
      </w:r>
      <w:r>
        <w:rPr>
          <w:sz w:val="20"/>
        </w:rPr>
        <w:t>21:08  he use to visit kaba every day and say: "o yaha naas, qoolo la ilaha illa tufleho." use to recite quran.</w:t>
      </w:r>
      <w:r>
        <w:br/>
      </w:r>
      <w:r>
        <w:rPr>
          <w:sz w:val="20"/>
        </w:rPr>
        <w:t>21:20  and gradually, people</w:t>
      </w:r>
      <w:r>
        <w:br/>
      </w:r>
      <w:r>
        <w:rPr>
          <w:sz w:val="20"/>
        </w:rPr>
        <w:t>21:27  accepted islam.</w:t>
      </w:r>
      <w:r>
        <w:br/>
      </w:r>
      <w:r>
        <w:rPr>
          <w:sz w:val="20"/>
        </w:rPr>
        <w:t>21:32  so this waz the prophetic wisd</w:t>
      </w:r>
    </w:p>
    <w:p>
      <w:pPr>
        <w:pStyle w:val="Heading2"/>
      </w:pPr>
      <w:r>
        <w:t>full case for the Islamic formula of mutual respect</w:t>
      </w:r>
    </w:p>
    <w:p>
      <w:r>
        <w:rPr>
          <w:color w:val="666666"/>
          <w:sz w:val="18"/>
        </w:rPr>
        <w:t>Position of Islam in a Pluralistic Society (English) March 12, 2007 Maulana Wahiduddin Khan · 4m 45s · at 4:04 · https://youtu.be/zeBT1HGl2n8?t=244</w:t>
      </w:r>
    </w:p>
    <w:p>
      <w:r>
        <w:rPr>
          <w:i/>
        </w:rPr>
        <w:t>“There are two basic formulas available among religious people.”</w:t>
      </w:r>
    </w:p>
    <w:p>
      <w:r>
        <w:rPr>
          <w:sz w:val="20"/>
        </w:rPr>
        <w:t>4:04  According to my study, there are two basic formulas available among religious people.</w:t>
      </w:r>
      <w:r>
        <w:br/>
      </w:r>
      <w:r>
        <w:rPr>
          <w:sz w:val="20"/>
        </w:rPr>
        <w:t>4:14  One that I may call is based on mutual recognition.</w:t>
      </w:r>
      <w:r>
        <w:br/>
      </w:r>
      <w:r>
        <w:rPr>
          <w:sz w:val="20"/>
        </w:rPr>
        <w:t>4:23  By mutual recognition, I mean that I am true, you are also true. So both are true. This is mutual recognition.</w:t>
      </w:r>
      <w:r>
        <w:br/>
      </w:r>
      <w:r>
        <w:rPr>
          <w:sz w:val="20"/>
        </w:rPr>
        <w:t>4:34  Then the second formula is based on mutual respect. That although maybe there are differences between me and you, but we both would respect each other.</w:t>
      </w:r>
      <w:r>
        <w:br/>
      </w:r>
      <w:r>
        <w:rPr>
          <w:sz w:val="20"/>
        </w:rPr>
        <w:t>4:52  So as far as myself is concerned, I believe that there are very deep kinds of differences among different religions.</w:t>
      </w:r>
      <w:r>
        <w:br/>
      </w:r>
      <w:r>
        <w:rPr>
          <w:sz w:val="20"/>
        </w:rPr>
        <w:t>5:04  You cannot overlook these differences. So this kind of formula, which is based on mutual recognition, is not tenable.</w:t>
      </w:r>
      <w:r>
        <w:br/>
      </w:r>
      <w:r>
        <w:rPr>
          <w:sz w:val="20"/>
        </w:rPr>
        <w:t>5:15  It is not feasible. You may talk in this term, but I don't think that you can convince the other party that there is no difference between me and you because the difference is very, very clear.</w:t>
      </w:r>
      <w:r>
        <w:br/>
      </w:r>
      <w:r>
        <w:rPr>
          <w:sz w:val="20"/>
        </w:rPr>
        <w:t>5:32  Very, very clear.</w:t>
      </w:r>
      <w:r>
        <w:br/>
      </w:r>
      <w:r>
        <w:rPr>
          <w:sz w:val="20"/>
        </w:rPr>
        <w:t>5:34  So as far as my thinking is concerned, I believe in the formula of mutual respect.</w:t>
      </w:r>
      <w:r>
        <w:br/>
      </w:r>
      <w:r>
        <w:rPr>
          <w:sz w:val="20"/>
        </w:rPr>
        <w:t>5:45  And this is the Islamic formula.</w:t>
      </w:r>
      <w:r>
        <w:br/>
      </w:r>
      <w:r>
        <w:rPr>
          <w:sz w:val="20"/>
        </w:rPr>
        <w:t>5:48  You know, in the Qur'an, there is a very relevant verse in these verses.</w:t>
      </w:r>
      <w:r>
        <w:br/>
      </w:r>
      <w:r>
        <w:rPr>
          <w:sz w:val="20"/>
        </w:rPr>
        <w:t>6:01  lakum deenukum waliya deen. These are Qur'anic verses. lakum deenukum waliya deen. It means that for you, your religion; for me, mine.</w:t>
      </w:r>
      <w:r>
        <w:br/>
      </w:r>
      <w:r>
        <w:rPr>
          <w:sz w:val="20"/>
        </w:rPr>
        <w:t>6:15  For you, your religion; for me, mine.</w:t>
      </w:r>
      <w:r>
        <w:br/>
      </w:r>
      <w:r>
        <w:rPr>
          <w:sz w:val="20"/>
        </w:rPr>
        <w:t>6:18  Generally, people speak of two periods of prophetic life. They say that in Makkah, Prophet was not in power.</w:t>
      </w:r>
      <w:r>
        <w:br/>
      </w:r>
      <w:r>
        <w:rPr>
          <w:sz w:val="20"/>
        </w:rPr>
        <w:t>6:31  There was no political power with the party of Prophet. But in Madinah, he became political head. And the things were different from that, which was Makkah.</w:t>
      </w:r>
      <w:r>
        <w:br/>
      </w:r>
      <w:r>
        <w:rPr>
          <w:sz w:val="20"/>
        </w:rPr>
        <w:t>6:44  But</w:t>
      </w:r>
      <w:r>
        <w:br/>
      </w:r>
      <w:r>
        <w:rPr>
          <w:sz w:val="20"/>
        </w:rPr>
        <w:t>6:45  this is a fallacy. It is a misunderstanding. Because according to the scriptures, the same formula was applied in Madinah also when Prophet was in power.</w:t>
      </w:r>
      <w:r>
        <w:br/>
      </w:r>
      <w:r>
        <w:rPr>
          <w:sz w:val="20"/>
        </w:rPr>
        <w:t>7:01  In Makkah, this verse was revealed to Prophet that. lakum deenukum waliya deen. For you, your religion; for me, mine.</w:t>
      </w:r>
      <w:r>
        <w:br/>
      </w:r>
      <w:r>
        <w:rPr>
          <w:sz w:val="20"/>
        </w:rPr>
        <w:t>7:14  And when he settled in Madinah, as a political head, he issued a declaration.</w:t>
      </w:r>
      <w:r>
        <w:br/>
      </w:r>
      <w:r>
        <w:rPr>
          <w:sz w:val="20"/>
        </w:rPr>
        <w:t>7:23  This declaration is called</w:t>
      </w:r>
      <w:r>
        <w:br/>
      </w:r>
      <w:r>
        <w:rPr>
          <w:sz w:val="20"/>
        </w:rPr>
        <w:t>7:28  saheefat ul madinah. In Islamic history, you can read it.</w:t>
      </w:r>
      <w:r>
        <w:br/>
      </w:r>
      <w:r>
        <w:rPr>
          <w:sz w:val="20"/>
        </w:rPr>
        <w:t>7:36  You can find it in these verses. saheefat ul mad</w:t>
      </w:r>
      <w:r>
        <w:br/>
      </w:r>
      <w:r>
        <w:rPr>
          <w:sz w:val="20"/>
        </w:rPr>
        <w:t>7:40  inah. saheefat ul madinah means Madinah Declaration. In this declaration, in Madinah, Prophet added this provision that at that time, you know,</w:t>
      </w:r>
      <w:r>
        <w:br/>
      </w:r>
      <w:r>
        <w:rPr>
          <w:sz w:val="20"/>
        </w:rPr>
        <w:t>8:00  there were it was Madinah was a multi-religious society. Multi-religious society.</w:t>
      </w:r>
      <w:r>
        <w:br/>
      </w:r>
      <w:r>
        <w:rPr>
          <w:sz w:val="20"/>
        </w:rPr>
        <w:t>8:06  So Prophet added this provision in that declaration that. lil yahood deenuhum walil muslimeen deenuhum.</w:t>
      </w:r>
      <w:r>
        <w:br/>
      </w:r>
      <w:r>
        <w:rPr>
          <w:sz w:val="20"/>
        </w:rPr>
        <w:t>8:18  For you, their religion. For Muslims, their religion. The same formula was applied also in Madinah, where Prophet was in power.</w:t>
      </w:r>
      <w:r>
        <w:br/>
      </w:r>
      <w:r>
        <w:rPr>
          <w:sz w:val="20"/>
        </w:rPr>
        <w:t>8:32  So I can say that Islamic formula is based on this principle that follow one and respect all.</w:t>
      </w:r>
      <w:r>
        <w:br/>
      </w:r>
      <w:r>
        <w:rPr>
          <w:sz w:val="20"/>
        </w:rPr>
        <w:t>8:40  Follow one and respect all. This is the Islamic formula about this situation.</w:t>
      </w:r>
    </w:p>
    <w:p>
      <w:pPr>
        <w:pStyle w:val="Heading2"/>
      </w:pPr>
      <w:r>
        <w:t>Prophet's battles were temporary, not central to Islam</w:t>
      </w:r>
    </w:p>
    <w:p>
      <w:r>
        <w:rPr>
          <w:color w:val="666666"/>
          <w:sz w:val="18"/>
        </w:rPr>
        <w:t>Prophetic Mission in History March 06, 2007 · 4m 34s · at 57:28 · https://youtu.be/w7HfRxRVIps?t=3448</w:t>
      </w:r>
    </w:p>
    <w:p>
      <w:r>
        <w:rPr>
          <w:i/>
        </w:rPr>
        <w:t>“What is the meaning of these battles?”</w:t>
      </w:r>
    </w:p>
    <w:p>
      <w:r>
        <w:rPr>
          <w:sz w:val="20"/>
        </w:rPr>
        <w:t>57:28  according to my study, these battles were not real part of islam. instead, they were relative part of islam.</w:t>
      </w:r>
      <w:r>
        <w:br/>
      </w:r>
      <w:r>
        <w:rPr>
          <w:sz w:val="20"/>
        </w:rPr>
        <w:t>57:40  these battles was only a temporary phase of islamic scheme, not a permanent phase.</w:t>
      </w:r>
      <w:r>
        <w:br/>
      </w:r>
      <w:r>
        <w:rPr>
          <w:sz w:val="20"/>
        </w:rPr>
        <w:t>57:53  you know, the prophet of islam has said in clear terms:</w:t>
      </w:r>
      <w:r>
        <w:br/>
      </w:r>
      <w:r>
        <w:rPr>
          <w:sz w:val="20"/>
        </w:rPr>
        <w:t>58:04  la tatamanna li qad 'adu wasallallaha al-'afiyah.</w:t>
      </w:r>
      <w:r>
        <w:br/>
      </w:r>
      <w:r>
        <w:rPr>
          <w:sz w:val="20"/>
        </w:rPr>
        <w:t>58:15  do not wish confrontation with your enemy. ask peace from god. this is a general direction. this was a general teaching of the prophet of islam:</w:t>
      </w:r>
      <w:r>
        <w:br/>
      </w:r>
      <w:r>
        <w:rPr>
          <w:sz w:val="20"/>
        </w:rPr>
        <w:t>58:29  la tatamanna li qad 'adu wasallallaha al-'afiyah. ask peace from god. this is a general direction. this was a general teaching of the prophet of islam:</w:t>
      </w:r>
      <w:r>
        <w:br/>
      </w:r>
      <w:r>
        <w:rPr>
          <w:sz w:val="20"/>
        </w:rPr>
        <w:t>58:42  la tatamanna li qad 'adu wasallallaha al-'afiyah.</w:t>
      </w:r>
      <w:r>
        <w:br/>
      </w:r>
      <w:r>
        <w:rPr>
          <w:sz w:val="20"/>
        </w:rPr>
        <w:t>58:49  do not wish</w:t>
      </w:r>
      <w:r>
        <w:br/>
      </w:r>
      <w:r>
        <w:rPr>
          <w:sz w:val="20"/>
        </w:rPr>
        <w:t>58:54  confrontation with your enemy. ask peace from god. so, this is the basic principle in islam.</w:t>
      </w:r>
      <w:r>
        <w:br/>
      </w:r>
      <w:r>
        <w:rPr>
          <w:sz w:val="20"/>
        </w:rPr>
        <w:t>59:13  so, i say that in islam, peace is the rule and war is a rare exception.</w:t>
      </w:r>
      <w:r>
        <w:br/>
      </w:r>
      <w:r>
        <w:rPr>
          <w:sz w:val="20"/>
        </w:rPr>
        <w:t>59:27  peace is the rule and war is a rare exception.</w:t>
      </w:r>
      <w:r>
        <w:br/>
      </w:r>
      <w:r>
        <w:rPr>
          <w:sz w:val="20"/>
        </w:rPr>
        <w:t>59:35  then, there is a hadith in sahih muslim:</w:t>
      </w:r>
      <w:r>
        <w:br/>
      </w:r>
      <w:r>
        <w:rPr>
          <w:sz w:val="20"/>
        </w:rPr>
        <w:t>59:43  inna allaha</w:t>
      </w:r>
      <w:r>
        <w:br/>
      </w:r>
      <w:r>
        <w:rPr>
          <w:sz w:val="20"/>
        </w:rPr>
        <w:t>59:47  yu'ti mal yu'ti al-'unf.</w:t>
      </w:r>
      <w:r>
        <w:br/>
      </w:r>
      <w:r>
        <w:rPr>
          <w:sz w:val="20"/>
        </w:rPr>
        <w:t>59:55  god grants to non-violence what he does not grant to violence.</w:t>
      </w:r>
      <w:r>
        <w:br/>
      </w:r>
      <w:r>
        <w:rPr>
          <w:sz w:val="20"/>
        </w:rPr>
        <w:t>1:00:07  god grants to non-violence what he does not grant to violence.</w:t>
      </w:r>
      <w:r>
        <w:br/>
      </w:r>
      <w:r>
        <w:rPr>
          <w:sz w:val="20"/>
        </w:rPr>
        <w:t>1:00:15  now, if non-violence is more effective, then how islam can adopt</w:t>
      </w:r>
      <w:r>
        <w:br/>
      </w:r>
      <w:r>
        <w:rPr>
          <w:sz w:val="20"/>
        </w:rPr>
        <w:t>1:00:28  the violent method?</w:t>
      </w:r>
      <w:r>
        <w:br/>
      </w:r>
      <w:r>
        <w:rPr>
          <w:sz w:val="20"/>
        </w:rPr>
        <w:t>1:00:34  if peaceful method is more effective, then how islam can adopt violent method in any situation?</w:t>
      </w:r>
      <w:r>
        <w:br/>
      </w:r>
      <w:r>
        <w:rPr>
          <w:sz w:val="20"/>
        </w:rPr>
        <w:t>1:00:49  it is out of question.</w:t>
      </w:r>
      <w:r>
        <w:br/>
      </w:r>
      <w:r>
        <w:rPr>
          <w:sz w:val="20"/>
        </w:rPr>
        <w:t>1:00:52  only in some compulsive situation,</w:t>
      </w:r>
      <w:r>
        <w:br/>
      </w:r>
      <w:r>
        <w:rPr>
          <w:sz w:val="20"/>
        </w:rPr>
        <w:t>1:00:57  only in some compulsive situation, where no way out. then prophet adopted the choice of war.</w:t>
      </w:r>
      <w:r>
        <w:br/>
      </w:r>
      <w:r>
        <w:rPr>
          <w:sz w:val="20"/>
        </w:rPr>
        <w:t>1:01:08  Otherwise, he was living in peace. Peace was a general rule in Islamic scheme.</w:t>
      </w:r>
      <w:r>
        <w:br/>
      </w:r>
      <w:r>
        <w:rPr>
          <w:sz w:val="20"/>
        </w:rPr>
        <w:t>1:01:19  it is very important to know that in Islam, peace is rule and war is a rare exception.</w:t>
      </w:r>
      <w:r>
        <w:br/>
      </w:r>
      <w:r>
        <w:rPr>
          <w:sz w:val="20"/>
        </w:rPr>
        <w:t>1:01:34  when there is no choice other than to go to war, that is a defensive situation. except defence, there is no war in Islam.</w:t>
      </w:r>
      <w:r>
        <w:br/>
      </w:r>
      <w:r>
        <w:rPr>
          <w:sz w:val="20"/>
        </w:rPr>
        <w:t>1:01:48  except defence, there is no war in Islam. Islam believes in peace and not in</w:t>
      </w:r>
    </w:p>
    <w:p>
      <w:pPr>
        <w:pStyle w:val="Heading2"/>
      </w:pPr>
      <w:r>
        <w:t>How the Quran was revealed and why Ramadan is for studying it</w:t>
      </w:r>
    </w:p>
    <w:p>
      <w:r>
        <w:rPr>
          <w:color w:val="666666"/>
          <w:sz w:val="18"/>
        </w:rPr>
        <w:t>Message of Ramadan April 9, 2023 Prof. Farida Khanam · 3m 15s · at 1:40 · https://youtu.be/z-jsHB1vlV4?t=100</w:t>
      </w:r>
    </w:p>
    <w:p>
      <w:r>
        <w:rPr>
          <w:i/>
        </w:rPr>
        <w:t>“Ramadan is the month when the Quran was revealed”</w:t>
      </w:r>
    </w:p>
    <w:p>
      <w:r>
        <w:rPr>
          <w:sz w:val="20"/>
        </w:rPr>
        <w:t>1:40  aap jaisa ki hum jaante hain ki Ramadan is the month jab Quran utari and it was the first verse that came to Prophet was when he was in the cave Hira near Makkah and takreeban tees saal lage poori Quran ko utarne mein. to there is a close link between Rama Ramadan and Quran.</w:t>
      </w:r>
      <w:r>
        <w:br/>
      </w:r>
      <w:r>
        <w:rPr>
          <w:sz w:val="20"/>
        </w:rPr>
        <w:t>2:04  to mera pehla sawal to aap aapse yahi hai ki aap hum sabko bataen quran aur ramadan ke bare mein, quran kaise padha jaaye aur aur bhi bahut kuch. to aap, aap yahan se shuru kijiye. ji aapne sahi farmaya ki quran jo hai uska mujool hua ramzan mein. quran mein aaya hai surya bukhra mein, shahro ramzan allaji unzila feel quran.</w:t>
      </w:r>
      <w:r>
        <w:br/>
      </w:r>
      <w:r>
        <w:rPr>
          <w:sz w:val="20"/>
        </w:rPr>
        <w:t>2:33  to quran ramzan ke mahine mein utara gaya. to bas tum mein se jo shakhs is mahine ko paaye usmein roze rakhein. alquran ka matlab hai padhi jaane wali kitab. lekin padhi jaane wali kitab se murad sirf tilawat ya recitation nahi hai balki tatabbur, tafakur ke saath padhna, jisko hum keh sakte hain study karna.</w:t>
      </w:r>
      <w:r>
        <w:br/>
      </w:r>
      <w:r>
        <w:rPr>
          <w:sz w:val="20"/>
        </w:rPr>
        <w:t>2:59  to poora tareeke se usko samajhna aur uske paigham ko apni zindagi mein apply karna. isiliye tarabi ka qayam amal mein aaya ki taaki tamam log milkar istemai taur par quran ka telawat mein hissa lein aur uski study mein hissa lein, us par discussion karein aur usko samjhein ki quran ka message kya hai?</w:t>
      </w:r>
      <w:r>
        <w:br/>
      </w:r>
      <w:r>
        <w:rPr>
          <w:sz w:val="20"/>
        </w:rPr>
        <w:t>3:25  to hadith bhi hai ki tum mein sabse behtar wah shakhs hai jo quran ko seekhe aur sikhaye. to ramzan ka mahina jo hai quran par gaur karne ka mahina hai. kai tareeke se namaz, namaz mein quran padha jaata hai. phir tarabi mein poora quran mukammal kiya jaata hai. to is tareeke se aur etkaf mein full time quran padha jaata hai.</w:t>
      </w:r>
      <w:r>
        <w:br/>
      </w:r>
      <w:r>
        <w:rPr>
          <w:sz w:val="20"/>
        </w:rPr>
        <w:t>3:53  usko uske tarj mein padhe jaate hain, usko samjha jaata hai. to is tareeke se quran se hamein poora jo hai rabbani, quran ek rabbani dastar khan hai. to hamein usse wah spiritual food hamein milna chahiye tabhi humne quran ko padha. warna hazrat aisha ki zabaan mein kahenge ki quran ko padha magar nahi padha. to jo far far far karke quran mukammal kar lete hain, to woh uska wah faida nahi hai jo quran ki study karne ka faida hai.</w:t>
      </w:r>
      <w:r>
        <w:br/>
      </w:r>
      <w:r>
        <w:rPr>
          <w:sz w:val="20"/>
        </w:rPr>
        <w:t>4:23  asal mein dekhiye quran khuda ki ek ajeeb nemat hai. allah taala ne divine books har bagambar ke saath bheji apna message, har bagambar ke saath bheja lekin quran hi ek wahid kitab hai jo mehfooz hai. to hamare paas khuda ki mehfooz preserved divine book hai. to usko hum jitna bhi padhein jitna bhi samajhne ki koshish karein, to wah hamare liye kam hai.</w:t>
      </w:r>
      <w:r>
        <w:br/>
      </w:r>
      <w:r>
        <w:rPr>
          <w:sz w:val="20"/>
        </w:rPr>
        <w:t>4:48  quran ke bahut sare maane discover hote hain jab bar bar usko gehrai ke saath hum padhte hain.</w:t>
      </w:r>
      <w:r>
        <w:br/>
      </w:r>
      <w:r>
        <w:rPr>
          <w:sz w:val="20"/>
        </w:rPr>
        <w:t>4:55  to is tareeqe se yeh poora mahina humko isi tarah guzarna chahiye, aur apne distractions ko kam karna</w:t>
      </w:r>
    </w:p>
    <w:p>
      <w:pPr>
        <w:pStyle w:val="Heading2"/>
      </w:pPr>
      <w:r>
        <w:t>Q&amp;A: dawah hurdles and the dua-dawah formula</w:t>
      </w:r>
    </w:p>
    <w:p>
      <w:r>
        <w:rPr>
          <w:color w:val="666666"/>
          <w:sz w:val="18"/>
        </w:rPr>
        <w:t>The Concept of Divine Help June 16, 2013 · 3m 16s · at 45:41 · https://youtu.be/b0QaxGSnAOI?t=2741</w:t>
      </w:r>
    </w:p>
    <w:p>
      <w:r>
        <w:rPr>
          <w:i/>
        </w:rPr>
        <w:t>“مولانا، یہ سوال ابھی آیا ہے لاہور پاکستان سے”</w:t>
      </w:r>
    </w:p>
    <w:p>
      <w:r>
        <w:rPr>
          <w:sz w:val="20"/>
        </w:rPr>
        <w:t>45:41  molana, yeh sawal abhi aaya hai lahore pakistan se muhammad sajjad nawaz sahab ka. unhon ne likha hai: "molana sahab, i am from lahore pakistan</w:t>
      </w:r>
      <w:r>
        <w:br/>
      </w:r>
      <w:r>
        <w:rPr>
          <w:sz w:val="20"/>
        </w:rPr>
        <w:t>45:54  . i fully agree and appreciate your mission of dawah activism with peace. i agree with your point of view on kashmir issue that its political decision has been settled in 1948.</w:t>
      </w:r>
      <w:r>
        <w:br/>
      </w:r>
      <w:r>
        <w:rPr>
          <w:sz w:val="20"/>
        </w:rPr>
        <w:t>46:09  can we take the creation of pakistan in the same way that it was decided practically august 14, 1947?</w:t>
      </w:r>
      <w:r>
        <w:br/>
      </w:r>
      <w:r>
        <w:rPr>
          <w:sz w:val="20"/>
        </w:rPr>
        <w:t>46:19  now, our task is to explore opportunities for dawah work and utilize them in a positive way. we are a small team in pakistan and work with quran and your literature.</w:t>
      </w:r>
      <w:r>
        <w:br/>
      </w:r>
      <w:r>
        <w:rPr>
          <w:sz w:val="20"/>
        </w:rPr>
        <w:t>46:34  sometimes your views about pakistan cause big hurdles for us in doing dawah work in pakistan."</w:t>
      </w:r>
      <w:r>
        <w:br/>
      </w:r>
      <w:r>
        <w:rPr>
          <w:sz w:val="20"/>
        </w:rPr>
        <w:t>46:44  bohat sahi aap ne kaha, aur main dua karta hoon ke allah taala aap ko himmat de. aur dekhiye, dawat ke rastay mein agar hurdles aate hain to aap ke reward ko barhate hain.</w:t>
      </w:r>
      <w:r>
        <w:br/>
      </w:r>
      <w:r>
        <w:rPr>
          <w:sz w:val="20"/>
        </w:rPr>
        <w:t>46:59  wo agar bilkul sab kuch saboot ho, aur aap bohat hi air conditioned kamray mein aur air conditioned car mein baith kar safar kar rahe hain, har taraf taaliyan baj rahi hain aap ke liye, to koi aap ko inaam nahi mile ga.</w:t>
      </w:r>
      <w:r>
        <w:br/>
      </w:r>
      <w:r>
        <w:rPr>
          <w:sz w:val="20"/>
        </w:rPr>
        <w:t>47:15  jo hurdles hain, jo rukawatein hain, wo to booster hain aap ke liye. booster! to aap yahi kaam karte rahiye, aur kisi ki parwah mat kijiye.</w:t>
      </w:r>
      <w:r>
        <w:br/>
      </w:r>
      <w:r>
        <w:rPr>
          <w:sz w:val="20"/>
        </w:rPr>
        <w:t>47:27  sirf kal jo maine taqreer ki thi, mujh se poocha gaya to maine kaha ke dawat ka mission jo hai, sirf do formulay se chalta hai: dua aur dawat.</w:t>
      </w:r>
      <w:r>
        <w:br/>
      </w:r>
      <w:r>
        <w:rPr>
          <w:sz w:val="20"/>
        </w:rPr>
        <w:t>47:39  dua aur dawat! to aap dawat dijiye aur dua kijiye. dawat dijiye aur dua kijiye.</w:t>
      </w:r>
      <w:r>
        <w:br/>
      </w:r>
      <w:r>
        <w:rPr>
          <w:sz w:val="20"/>
        </w:rPr>
        <w:t>47:46  aur allah ka wada hai ke jo dawat ka kaam kare ga, us ki madad zaroor kare ga allah taala. koi aap ko kuch bigar nahi sakta, bashart e keh aap peaceful rahen, logon ke khair khwah rahen,</w:t>
      </w:r>
      <w:r>
        <w:br/>
      </w:r>
      <w:r>
        <w:rPr>
          <w:sz w:val="20"/>
        </w:rPr>
        <w:t>47:59  reaction ka tareeqa ikhtiyar na karen, negative thought ka shikar na hon. to zaroor hai ke allah ke farishtay aap ke paas aayen ge, aap ki madad hasil hogi.</w:t>
      </w:r>
      <w:r>
        <w:br/>
      </w:r>
      <w:r>
        <w:rPr>
          <w:sz w:val="20"/>
        </w:rPr>
        <w:t>48:13  apni taraf se logon ko har giz mauqa mat dijiye. agar aap ghussa ho jayen, aap react karen, aap negative thinking aap ke andar aa jaye, aap tashaddud karen,</w:t>
      </w:r>
      <w:r>
        <w:br/>
      </w:r>
      <w:r>
        <w:rPr>
          <w:sz w:val="20"/>
        </w:rPr>
        <w:t>48:28  to aap logon ko mauqa de den ge. agar aap aisa na karen to bilashuba allah ki madad aayegi, farishtay aayen ge, aur har mauqa par aap ko kamyabi hasil hogi.</w:t>
      </w:r>
      <w:r>
        <w:br/>
      </w:r>
      <w:r>
        <w:rPr>
          <w:sz w:val="20"/>
        </w:rPr>
        <w:t>48:40  purely dawah work, baghair kisi tashaddud ke, baghair kisi nafrat ke, baghair kisi, yani kisi ke khilaaf bad dua nahi karna hai.</w:t>
      </w:r>
      <w:r>
        <w:br/>
      </w:r>
      <w:r>
        <w:rPr>
          <w:sz w:val="20"/>
        </w:rPr>
        <w:t>48:52  sirf dua hi karna hai, sirf dua karna hai. yahi karte rahiye.</w:t>
      </w:r>
    </w:p>
    <w:p>
      <w:pPr>
        <w:pStyle w:val="Heading2"/>
      </w:pPr>
      <w:r>
        <w:t>Hadith on extremism: how politics became faith in Pakistan, Kashmir</w:t>
      </w:r>
    </w:p>
    <w:p>
      <w:r>
        <w:rPr>
          <w:color w:val="666666"/>
          <w:sz w:val="18"/>
        </w:rPr>
        <w:t>The Lesson of History September 21, 2014 · 5m 40s · at 10:40 · https://youtu.be/aMVHLKMkhcQ?t=640</w:t>
      </w:r>
    </w:p>
    <w:p>
      <w:r>
        <w:rPr>
          <w:i/>
        </w:rPr>
        <w:t>“Hadith mein aata hai: iyyakum wal ghuluw fid deen”</w:t>
      </w:r>
    </w:p>
    <w:p>
      <w:r>
        <w:rPr>
          <w:sz w:val="20"/>
        </w:rPr>
        <w:t>10:40  hadees mein aata hai ke ayyakum wal ghuloo fid deen wa innama khaliqa min khaliq min kan qablakum bil ghuloo fid deen ke ummat e muslema ko Allah taala ne farmaya ke dekho, tum ghuloo ka shikar na hona.</w:t>
      </w:r>
      <w:r>
        <w:br/>
      </w:r>
      <w:r>
        <w:rPr>
          <w:sz w:val="20"/>
        </w:rPr>
        <w:t>10:57  kyunke doosri qaumein jo halak huin, ghuloo se halak huin. dekhiye, ghuloo kya hai? ghuloo asal an yahi hai.</w:t>
      </w:r>
      <w:r>
        <w:br/>
      </w:r>
      <w:r>
        <w:rPr>
          <w:sz w:val="20"/>
        </w:rPr>
        <w:t>11:05  ghuloo ke lafzi maani hain extremism, inteha pasandi. lekin inteha pasandi ya extremism aata kaise hai?</w:t>
      </w:r>
      <w:r>
        <w:br/>
      </w:r>
      <w:r>
        <w:rPr>
          <w:sz w:val="20"/>
        </w:rPr>
        <w:t>11:15  aata is tarah ke kisi cheez ko aap bana dete hain aqeeday ka masla. jaise 1927 se pehle mein jo dekhta tha har jagah, ladke dhanda le le kar daurte the aur naare lagate the,</w:t>
      </w:r>
      <w:r>
        <w:br/>
      </w:r>
      <w:r>
        <w:rPr>
          <w:sz w:val="20"/>
        </w:rPr>
        <w:t>11:30  Pakistan ka matlab kya hai? la ilaha illallah Pakistan ka matlab kya hai? la ilaha illallah. yaani Pakistan aik qaumi issue tha, us ko bana diya mazhabi issue.</w:t>
      </w:r>
      <w:r>
        <w:br/>
      </w:r>
      <w:r>
        <w:rPr>
          <w:sz w:val="20"/>
        </w:rPr>
        <w:t>11:43  Pakistan poori tarah se aik qaumi issue tha, is ka Islam se koi taalluq nahin tha. lekin jab aap ne kaha ke Pakistan ka matlab kya hai? la ilaha illallah, to aap ne Pakistani tehreek ko aqeeday ka masla bana diya.</w:t>
      </w:r>
      <w:r>
        <w:br/>
      </w:r>
      <w:r>
        <w:rPr>
          <w:sz w:val="20"/>
        </w:rPr>
        <w:t>11:59  isi liye aaj tak Pakistan mein rethinking nahin aayi. rethinking nahin aayi. aise hi Kashmir mein dekhiye, unhon ne jo tehreek chalayi, us ko naam rakh diya Nizam e Mustafa.</w:t>
      </w:r>
      <w:r>
        <w:br/>
      </w:r>
      <w:r>
        <w:rPr>
          <w:sz w:val="20"/>
        </w:rPr>
        <w:t>12:14  Pakistan ki tarah Kashmir ki tehreek bhi mukammal taur par Kashmiri qaumiyat ki tehreek thi. qaumiyat ki. lekin jab unhon ne kaha ke Nizam e Mustafa, to us ko aap unhon ne aqeeday ka masla bana diya.</w:t>
      </w:r>
      <w:r>
        <w:br/>
      </w:r>
      <w:r>
        <w:rPr>
          <w:sz w:val="20"/>
        </w:rPr>
        <w:t>12:28  aqeeday ka masla. matlab hamare deen ka masla hai, shariyat ka masla hai. isi mein jannat jahannum ka inhisaar hai. to koi sochega nahin.</w:t>
      </w:r>
      <w:r>
        <w:br/>
      </w:r>
      <w:r>
        <w:rPr>
          <w:sz w:val="20"/>
        </w:rPr>
        <w:t>12:37  to aaj tak Kashmiriyon mein sahi maanon mein rethinking nahin aayi. kyunke is ko unhon ne bana diya aqeeday ka masla. yahi ghuloo hai.</w:t>
      </w:r>
      <w:r>
        <w:br/>
      </w:r>
      <w:r>
        <w:rPr>
          <w:sz w:val="20"/>
        </w:rPr>
        <w:t>12:46  Rasool Allah ne farmaya tha ke dekho, ghuloo mat karna. kyunke ghuloo mein qaumein halak hoti hain. ghuloo ka matlab yeh hai ke aik cheez jo aik aik aik aam tarz ki baat ho, aik amli baat ho, aik dunyawi baat ho, aik secular baat ho, us ko aap bana dein aqeeday ki baat.</w:t>
      </w:r>
      <w:r>
        <w:br/>
      </w:r>
      <w:r>
        <w:rPr>
          <w:sz w:val="20"/>
        </w:rPr>
        <w:t>13:07  to aqeeday ki baat sirf wohi hai jo Quran mein hai. aap izafa karenge to aap ghalati karenge. yaad rakhiye, Quran mein kahin likha nahin hai ke Pakistan banwao to woh aqeedah nahin ho sakta.</w:t>
      </w:r>
      <w:r>
        <w:br/>
      </w:r>
      <w:r>
        <w:rPr>
          <w:sz w:val="20"/>
        </w:rPr>
        <w:t>13:24  Quran mein yeh likha hua nahin ke Kashmir mein Nizam e Mustafa chalao to aqeedah nahin ho sakta. aqeedah jitna bhi hai, sab Quran mein bata diya</w:t>
      </w:r>
      <w:r>
        <w:br/>
      </w:r>
      <w:r>
        <w:rPr>
          <w:sz w:val="20"/>
        </w:rPr>
        <w:t>13:34  gaya hai. ab kisi aur cheez ko aap aqeedah banayein to ghalati aap ki hogi, ghuloo hoga woh. aise hi dekhiye, Falasteen ke masle mein ko Arabon mein aaj tak rethinking nahin aayi.</w:t>
      </w:r>
      <w:r>
        <w:br/>
      </w:r>
      <w:r>
        <w:rPr>
          <w:sz w:val="20"/>
        </w:rPr>
        <w:t>13:46  is ki wajah kya hai? Falasteen ka issue mere nazdeek mukammal taur par qaumi issue hai. Arab qaumiyat ka issue hai. bas. is ka Islam se koi taalluq nahin hai.</w:t>
      </w:r>
      <w:r>
        <w:br/>
      </w:r>
      <w:r>
        <w:rPr>
          <w:sz w:val="20"/>
        </w:rPr>
        <w:t>13:57  lekin jitne leader hain, kya karte hain?</w:t>
      </w:r>
      <w:r>
        <w:br/>
      </w:r>
      <w:r>
        <w:rPr>
          <w:sz w:val="20"/>
        </w:rPr>
        <w:t>14:01  woh kehte hain ke yeh Masjid Aqsa ki baazyabi ka masla hai. yaani agar yeh kehte hain ke Arab qaumiyat ka masla hai to woh secular rehta, aap us par rethinking kar sakte the.</w:t>
      </w:r>
      <w:r>
        <w:br/>
      </w:r>
      <w:r>
        <w:rPr>
          <w:sz w:val="20"/>
        </w:rPr>
        <w:t>14:14  lekin jab aap ne yeh keh diya ke yeh to hamari qibla awwal ki baazyabi ka masla hai, to aqeeday ka masla bana diya aap ne. phir aap kabhi rethink nahin karenge.</w:t>
      </w:r>
      <w:r>
        <w:br/>
      </w:r>
      <w:r>
        <w:rPr>
          <w:sz w:val="20"/>
        </w:rPr>
        <w:t>14:24  marein, kaatein, tabaah hon, aap rethink nahin karenge.</w:t>
      </w:r>
      <w:r>
        <w:br/>
      </w:r>
      <w:r>
        <w:rPr>
          <w:sz w:val="20"/>
        </w:rPr>
        <w:t>14:29  jaise Rasool Allah Khatam un Nabiyyin hain, to koi aap ko maare, kaate, kuch bhi kare, aap chhodenge nahin, us ko nahin chhodenge. kyunke ab aqeedah isi se juda hua hai.</w:t>
      </w:r>
      <w:r>
        <w:br/>
      </w:r>
      <w:r>
        <w:rPr>
          <w:sz w:val="20"/>
        </w:rPr>
        <w:t>14:41  to Falasteen ka masla jo yaqeeni taur par tha, Arab qaumiyat ka masla. dekhiye, hota yeh hai, agar aap aqeeday ka masla na banayein to aap result ko le kar sochte hain.</w:t>
      </w:r>
      <w:r>
        <w:br/>
      </w:r>
      <w:r>
        <w:rPr>
          <w:sz w:val="20"/>
        </w:rPr>
        <w:t>14:57  aqeeday ka masla na banayein to result ko le kar sochte hain. Falasteen ka masla agar aap rakhte, Arab qaumiyat ka masla, to aap result ko le kar sochte hain ke sab yeh to tabaahi, tabaahi ho rahi hai, chhod do.</w:t>
      </w:r>
      <w:r>
        <w:br/>
      </w:r>
      <w:r>
        <w:rPr>
          <w:sz w:val="20"/>
        </w:rPr>
        <w:t>15:11  tabahi se kya faida? jab bhi aap dekhiye, aqide se bahar koi masla rahega to woh result ko lekar usko aap judge karenge.</w:t>
      </w:r>
      <w:r>
        <w:br/>
      </w:r>
      <w:r>
        <w:rPr>
          <w:sz w:val="20"/>
        </w:rPr>
        <w:t>15:23  result ko lekar judge karenge.</w:t>
      </w:r>
      <w:r>
        <w:br/>
      </w:r>
      <w:r>
        <w:rPr>
          <w:sz w:val="20"/>
        </w:rPr>
        <w:t>15:25  result nikla to theek hai, nahi nikla to chhod denge isko. lekin jab isko aqide ka masla bana denge aap, to aap kabhi result lekar nahi sochenge.</w:t>
      </w:r>
      <w:r>
        <w:br/>
      </w:r>
      <w:r>
        <w:rPr>
          <w:sz w:val="20"/>
        </w:rPr>
        <w:t>15:35  yeh to marenge, katenge, samajhte hain ke jannat mil to phir bhi mil jayegi, marne ke baad. to yeh hai Allah, Rasool Allah salallahu alaihi wasallam ne isi ko bataya tha ke dekho tum ghalu mat karna.</w:t>
      </w:r>
      <w:r>
        <w:br/>
      </w:r>
      <w:r>
        <w:rPr>
          <w:sz w:val="20"/>
        </w:rPr>
        <w:t>15:48  ghalu ke lafzi maane inteha pasandi, extreme</w:t>
      </w:r>
      <w:r>
        <w:br/>
      </w:r>
      <w:r>
        <w:rPr>
          <w:sz w:val="20"/>
        </w:rPr>
        <w:t>15:51  ism. yani ek cheez jo aqide ka masla nahi hai, usko badalna aqide ka masla hai. yahi to extremism hai. ek cheez jo haqiqatan aqide ka masla nahi hai,</w:t>
      </w:r>
      <w:r>
        <w:br/>
      </w:r>
      <w:r>
        <w:rPr>
          <w:sz w:val="20"/>
        </w:rPr>
        <w:t>16:05  usko aap bana dein aqide ka masla. yeh ghalu hai. maslan koi family ka masla hai, business ka masla hai, job ka masla hai, qaumi masla hai, to usko aap rethinking karenge.</w:t>
      </w:r>
    </w:p>
    <w:p>
      <w:pPr>
        <w:pStyle w:val="Heading2"/>
      </w:pPr>
      <w:r>
        <w:t>Ism-e-Azam: definition and example from Lodhi Garden</w:t>
      </w:r>
    </w:p>
    <w:p>
      <w:r>
        <w:rPr>
          <w:color w:val="666666"/>
          <w:sz w:val="18"/>
        </w:rPr>
        <w:t>Q&amp;A 7 Nov, 2007 - Maulana Wahiduddin Khan · 4m 01s · at 5:48 · https://youtu.be/82gnng-T5xE?t=348</w:t>
      </w:r>
    </w:p>
    <w:p>
      <w:r>
        <w:rPr>
          <w:i/>
        </w:rPr>
        <w:t>“Dekhiye, dua, dua do qisam ki hoti hai”</w:t>
      </w:r>
    </w:p>
    <w:p>
      <w:r>
        <w:rPr>
          <w:sz w:val="20"/>
        </w:rPr>
        <w:t>5:48  dekhein, dua, dua do qism ki hoti hai meri samajh ke mutabiq. aik dua woh hai jis mein aap apni need ko le kar ke Khuda se maang rahe hote hain.</w:t>
      </w:r>
      <w:r>
        <w:br/>
      </w:r>
      <w:r>
        <w:rPr>
          <w:sz w:val="20"/>
        </w:rPr>
        <w:t>6:04  koi bhi aap ki need hai ke meri Khuda mujhe health de de, Khuda mujhe ghar nahi, mere paas ghar ho jaye. to apni kisi need ko le kar ke aap Khuda ko pukaarte hain.</w:t>
      </w:r>
      <w:r>
        <w:br/>
      </w:r>
      <w:r>
        <w:rPr>
          <w:sz w:val="20"/>
        </w:rPr>
        <w:t>6:20  yeh dua ki</w:t>
      </w:r>
      <w:r>
        <w:br/>
      </w:r>
      <w:r>
        <w:rPr>
          <w:sz w:val="20"/>
        </w:rPr>
        <w:t>6:22  ki aik qism hai jis mein is is ka talluq ism e azam se nahi hai. ism e azam woh hai jis mein khud Khuda ko aap involve kar saken.</w:t>
      </w:r>
      <w:r>
        <w:br/>
      </w:r>
      <w:r>
        <w:rPr>
          <w:sz w:val="20"/>
        </w:rPr>
        <w:t>6:36  khud Khuda ko involve kar saken, yani woh Khuda ka masla ban jaye.</w:t>
      </w:r>
      <w:r>
        <w:br/>
      </w:r>
      <w:r>
        <w:rPr>
          <w:sz w:val="20"/>
        </w:rPr>
        <w:t>6:42  jo jo masla aap ka tha, jo jo problem aap ka tha, woh Khuda ka problem ban jaye. bas log is dhang par pukaarna, wohi ism e azam hai.</w:t>
      </w:r>
      <w:r>
        <w:br/>
      </w:r>
      <w:r>
        <w:rPr>
          <w:sz w:val="20"/>
        </w:rPr>
        <w:t>6:52  to ism e azam se murad koi style ya method hai, na ke koi aik naam.</w:t>
      </w:r>
      <w:r>
        <w:br/>
      </w:r>
      <w:r>
        <w:rPr>
          <w:sz w:val="20"/>
        </w:rPr>
        <w:t>7:00  jaise ke main apne kuch saathi'on ke sath Lodi Garden mein gaya, yahan par.</w:t>
      </w:r>
      <w:r>
        <w:br/>
      </w:r>
      <w:r>
        <w:rPr>
          <w:sz w:val="20"/>
        </w:rPr>
        <w:t>7:09  to wahan par maine aik experience bataya.</w:t>
      </w:r>
      <w:r>
        <w:br/>
      </w:r>
      <w:r>
        <w:rPr>
          <w:sz w:val="20"/>
        </w:rPr>
        <w:t>7:15  main batata hoon ke yahi ism e azam hai, mere experience ke mutabiq. kahin likha hua nahi kitabon mein ke, yani, aik dua woh thi jo main karta hoon ke Khuda mujhe bakhsh de, Khuda mujhe ilm de de, Khuda mujhe samajh de de.</w:t>
      </w:r>
      <w:r>
        <w:br/>
      </w:r>
      <w:r>
        <w:rPr>
          <w:sz w:val="20"/>
        </w:rPr>
        <w:t>7:33  to main apni aik cheez maang raha hoon Khuda se. aik yeh hai ke maine is ko Khuda ka problem bana diya.</w:t>
      </w:r>
      <w:r>
        <w:br/>
      </w:r>
      <w:r>
        <w:rPr>
          <w:sz w:val="20"/>
        </w:rPr>
        <w:t>7:41  to maine kaha ke main aisi, main aik dua nikli meri zuban se ke Khuda ya, yeh, yani,</w:t>
      </w:r>
      <w:r>
        <w:br/>
      </w:r>
      <w:r>
        <w:rPr>
          <w:sz w:val="20"/>
        </w:rPr>
        <w:t>7:54  to, yani, main sab aap sab logon ke liye dua kiya, maine poori team ke liye dua kiya, maine ke Khuda, main aur meri team, yeh least deserving candidate hai paradise ke liye.</w:t>
      </w:r>
      <w:r>
        <w:br/>
      </w:r>
      <w:r>
        <w:rPr>
          <w:sz w:val="20"/>
        </w:rPr>
        <w:t>8:12  hum sab log kamzor hain</w:t>
      </w:r>
      <w:r>
        <w:br/>
      </w:r>
      <w:r>
        <w:rPr>
          <w:sz w:val="20"/>
        </w:rPr>
        <w:t>8:14  to meri team aur hum sab log least deserving candidate hain paradise ke liye.</w:t>
      </w:r>
      <w:r>
        <w:br/>
      </w:r>
      <w:r>
        <w:rPr>
          <w:sz w:val="20"/>
        </w:rPr>
        <w:t>8:24  to agar to hum sab logon ko jannat mein jagah de de to teri glory mein aik aik izafa ho jayega. teri glory mein aik addition hoga ji ke aik teri glory un logon ke sath hogi ke jo wahan par bare bare, yani, bohat kuch kiya hoga, unhon ne le kar aayenge.</w:t>
      </w:r>
      <w:r>
        <w:br/>
      </w:r>
      <w:r>
        <w:rPr>
          <w:sz w:val="20"/>
        </w:rPr>
        <w:t>8:44  to jo deserving candidate hon paradise ke liye. to teri aik glory ka application woh hoga jab tu deserving candidate ke liye paradise ki gate khulega.</w:t>
      </w:r>
      <w:r>
        <w:br/>
      </w:r>
      <w:r>
        <w:rPr>
          <w:sz w:val="20"/>
        </w:rPr>
        <w:t>9:01  agar to angel se kahe ke Khuda un logon ke liye khol de jo least deserving candidate hain to teri glory mein aik nai cheez ka izafa hoga.</w:t>
      </w:r>
      <w:r>
        <w:br/>
      </w:r>
      <w:r>
        <w:rPr>
          <w:sz w:val="20"/>
        </w:rPr>
        <w:t>9:11  woh saare zameen aasman dekhenge, khuda ne dekho, un ko bhi khol diya, un ke liye bhi. itna zyada khuda ke andar barhai thi.</w:t>
      </w:r>
      <w:r>
        <w:br/>
      </w:r>
      <w:r>
        <w:rPr>
          <w:sz w:val="20"/>
        </w:rPr>
        <w:t>9:19  to aap khuda, tere greatness ka ek naya, ek ek naya izhaar hoga. is tarah ek greatness woh hoga jab ke tu deserving candidate ko paradise mein jagah dega.</w:t>
      </w:r>
      <w:r>
        <w:br/>
      </w:r>
      <w:r>
        <w:rPr>
          <w:sz w:val="20"/>
        </w:rPr>
        <w:t>9:32  aur tere greatness ka ek aur naya izhaar hoga. yeh</w:t>
      </w:r>
      <w:r>
        <w:br/>
      </w:r>
      <w:r>
        <w:rPr>
          <w:sz w:val="20"/>
        </w:rPr>
        <w:t>9:36  teri glory mein ek aur cheez add ho jayegi ke tu ne least deserving candidate ko bhi paradise, un ke liye bhi paradise gate khol diya. main samajhta hoon ke isi tarah ki duaon ka naam ism e azam hai.</w:t>
      </w:r>
    </w:p>
    <w:p>
      <w:pPr>
        <w:pStyle w:val="Heading2"/>
      </w:pPr>
      <w:r>
        <w:t>Three historical periods and self-style criteria</w:t>
      </w:r>
    </w:p>
    <w:p>
      <w:r>
        <w:rPr>
          <w:color w:val="666666"/>
          <w:sz w:val="18"/>
        </w:rPr>
        <w:t>End of Human History | April 04, 2010 | Maulana Wahiduddin Khan · 4m 38s · at 1:47 · https://youtu.be/hQJWf-erWx8?t=107</w:t>
      </w:r>
    </w:p>
    <w:p>
      <w:r>
        <w:rPr>
          <w:i/>
        </w:rPr>
        <w:t>“آدم سے لے کر بار بار پیغمبر آتے رہے۔”</w:t>
      </w:r>
    </w:p>
    <w:p>
      <w:r>
        <w:rPr>
          <w:sz w:val="20"/>
        </w:rPr>
        <w:t>1:47  adam se le kar bar bar peghamabar ate rahe.</w:t>
      </w:r>
      <w:r>
        <w:br/>
      </w:r>
      <w:r>
        <w:rPr>
          <w:sz w:val="20"/>
        </w:rPr>
        <w:t>1:53  woh tha ailaan-e-haq ka daur.</w:t>
      </w:r>
      <w:r>
        <w:br/>
      </w:r>
      <w:r>
        <w:rPr>
          <w:sz w:val="20"/>
        </w:rPr>
        <w:t>2:00  phir doosra daur aaya, jis ko izhaar-e-deen kaha jata gaya hai quran majeed mein, woh ashaab-e-rasool</w:t>
      </w:r>
      <w:r>
        <w:br/>
      </w:r>
      <w:r>
        <w:rPr>
          <w:sz w:val="20"/>
        </w:rPr>
        <w:t>2:07  ke zariye izhaar-e-deen hua.</w:t>
      </w:r>
      <w:r>
        <w:br/>
      </w:r>
      <w:r>
        <w:rPr>
          <w:sz w:val="20"/>
        </w:rPr>
        <w:t>2:14  ab tareekh teesre daur mein hai, jis ko hadees mein idkhaal-e-kalma kaha gaya hai.</w:t>
      </w:r>
      <w:r>
        <w:br/>
      </w:r>
      <w:r>
        <w:rPr>
          <w:sz w:val="20"/>
        </w:rPr>
        <w:t>2:21  toh ab koi agar paighambar banna chahe toh woh chapter toh close ho chuka.</w:t>
      </w:r>
      <w:r>
        <w:br/>
      </w:r>
      <w:r>
        <w:rPr>
          <w:sz w:val="20"/>
        </w:rPr>
        <w:t>2:27  izhaar-e-deen ke naam par koi political hangaame kare toh woh bhi deewangi hai, woh bhi chapter close</w:t>
      </w:r>
      <w:r>
        <w:br/>
      </w:r>
      <w:r>
        <w:rPr>
          <w:sz w:val="20"/>
        </w:rPr>
        <w:t>2:33  ho chuka hai.</w:t>
      </w:r>
      <w:r>
        <w:br/>
      </w:r>
      <w:r>
        <w:rPr>
          <w:sz w:val="20"/>
        </w:rPr>
        <w:t>2:39  ab jo chapter khula hua hai, woh hai ikhwaan-e-rasool wala chapter, ke jis ko shauq ho ke</w:t>
      </w:r>
      <w:r>
        <w:br/>
      </w:r>
      <w:r>
        <w:rPr>
          <w:sz w:val="20"/>
        </w:rPr>
        <w:t>2:45  Allah ke saamne</w:t>
      </w:r>
      <w:r>
        <w:br/>
      </w:r>
      <w:r>
        <w:rPr>
          <w:sz w:val="20"/>
        </w:rPr>
        <w:t>2:51  is aakhri credit ko le kar pahunche, jis ko ikhwaan-e-rasool ka title diya gaya hai.</w:t>
      </w:r>
      <w:r>
        <w:br/>
      </w:r>
      <w:r>
        <w:rPr>
          <w:sz w:val="20"/>
        </w:rPr>
        <w:t>3:01  toh ab yahi yahi khaali hai aur sab khaane band ho chuke hain, aur koi khaana nahi hai ab.</w:t>
      </w:r>
      <w:r>
        <w:br/>
      </w:r>
      <w:r>
        <w:rPr>
          <w:sz w:val="20"/>
        </w:rPr>
        <w:t>3:11  log chunke ikhwaan-e-rasool ka jo maamla hai, us ke</w:t>
      </w:r>
      <w:r>
        <w:br/>
      </w:r>
      <w:r>
        <w:rPr>
          <w:sz w:val="20"/>
        </w:rPr>
        <w:t>3:21  saath kuch aur cheezein judi hui hain, dajjal ka aana, mehdi ka aana, maseeh ka aana.</w:t>
      </w:r>
      <w:r>
        <w:br/>
      </w:r>
      <w:r>
        <w:rPr>
          <w:sz w:val="20"/>
        </w:rPr>
        <w:t>3:29  toh log samajhte hain ke abhi kahan, abhi toh dajjal nahi aaya, abhi maseeh nahi aaya, abhi mehdi</w:t>
      </w:r>
      <w:r>
        <w:br/>
      </w:r>
      <w:r>
        <w:rPr>
          <w:sz w:val="20"/>
        </w:rPr>
        <w:t>3:37  zaahir nahi hue.</w:t>
      </w:r>
      <w:r>
        <w:br/>
      </w:r>
      <w:r>
        <w:rPr>
          <w:sz w:val="20"/>
        </w:rPr>
        <w:t>3:45  yeh zehan rukawat hai logon ke liye is baat mein ke woh daudein is aakhri credit ko lene ke liye.</w:t>
      </w:r>
      <w:r>
        <w:br/>
      </w:r>
      <w:r>
        <w:rPr>
          <w:sz w:val="20"/>
        </w:rPr>
        <w:t>3:53  mein yeh kehna chahta hoon ke yeh wohi theek wohi fana hai jo rasool Allah ke zamane mein</w:t>
      </w:r>
      <w:r>
        <w:br/>
      </w:r>
      <w:r>
        <w:rPr>
          <w:sz w:val="20"/>
        </w:rPr>
        <w:t>3:59  pesh aaya tha.</w:t>
      </w:r>
      <w:r>
        <w:br/>
      </w:r>
      <w:r>
        <w:rPr>
          <w:sz w:val="20"/>
        </w:rPr>
        <w:t>4:05  dekhiye, rasool Allah woh paighambar the jin ke baare mein pichli kitabon mein, yaani pichli kitabon se muraad</w:t>
      </w:r>
      <w:r>
        <w:br/>
      </w:r>
      <w:r>
        <w:rPr>
          <w:sz w:val="20"/>
        </w:rPr>
        <w:t>4:11  hai old testament aur new testament, us mein aap ke baare mein prediction maujood thi.</w:t>
      </w:r>
      <w:r>
        <w:br/>
      </w:r>
      <w:r>
        <w:rPr>
          <w:sz w:val="20"/>
        </w:rPr>
        <w:t>4:17  aap jab aaye toh woh pehchan sakte the</w:t>
      </w:r>
      <w:r>
        <w:br/>
      </w:r>
      <w:r>
        <w:rPr>
          <w:sz w:val="20"/>
        </w:rPr>
        <w:t>4:23  rasool Allah ko, lekin unhone criteria badal diya, criteria badal diya unhone.</w:t>
      </w:r>
      <w:r>
        <w:br/>
      </w:r>
      <w:r>
        <w:rPr>
          <w:sz w:val="20"/>
        </w:rPr>
        <w:t>4:29  unhone samjha ke woh aadmi aayega toh israaeeli nasal mein aayega, ismaeel nasal mein nahi</w:t>
      </w:r>
      <w:r>
        <w:br/>
      </w:r>
      <w:r>
        <w:rPr>
          <w:sz w:val="20"/>
        </w:rPr>
        <w:t>4:35  aa sakta hai, kyunke jitne paighambar aaye the woh sab israaeeli nasal mein aaye the.</w:t>
      </w:r>
      <w:r>
        <w:br/>
      </w:r>
      <w:r>
        <w:rPr>
          <w:sz w:val="20"/>
        </w:rPr>
        <w:t>4:41  toh chunke rasool Allah ismaaeeli nasal mein the, banu ismaeel mein se the, banu israel mein nahi the,</w:t>
      </w:r>
      <w:r>
        <w:br/>
      </w:r>
      <w:r>
        <w:rPr>
          <w:sz w:val="20"/>
        </w:rPr>
        <w:t>4:47  to bas isi ko le kar ke aap ka inkar kar diya. yeh</w:t>
      </w:r>
      <w:r>
        <w:br/>
      </w:r>
      <w:r>
        <w:rPr>
          <w:sz w:val="20"/>
        </w:rPr>
        <w:t>4:54  hai self style criteria.</w:t>
      </w:r>
      <w:r>
        <w:br/>
      </w:r>
      <w:r>
        <w:rPr>
          <w:sz w:val="20"/>
        </w:rPr>
        <w:t>4:59  theek wahi ab sawal kar rahe hain aaj jo hadith mein aata hai ke tum wahi kab kab</w:t>
      </w:r>
      <w:r>
        <w:br/>
      </w:r>
      <w:r>
        <w:rPr>
          <w:sz w:val="20"/>
        </w:rPr>
        <w:t>5:04  karoge jo yahood ne kiya, yahan tak ke woh agar go ke bill mein ghus jayen to</w:t>
      </w:r>
      <w:r>
        <w:br/>
      </w:r>
      <w:r>
        <w:rPr>
          <w:sz w:val="20"/>
        </w:rPr>
        <w:t>5:09  wahan bhi ghus jaoge.</w:t>
      </w:r>
      <w:r>
        <w:br/>
      </w:r>
      <w:r>
        <w:rPr>
          <w:sz w:val="20"/>
        </w:rPr>
        <w:t>5:14  is waqt theek musalmanon ki yahi position hai ke criteria badal rakha hai.</w:t>
      </w:r>
      <w:r>
        <w:br/>
      </w:r>
      <w:r>
        <w:rPr>
          <w:sz w:val="20"/>
        </w:rPr>
        <w:t>5:19  unhon ne criteria ka kya kar rakha tha</w:t>
      </w:r>
      <w:r>
        <w:br/>
      </w:r>
      <w:r>
        <w:rPr>
          <w:sz w:val="20"/>
        </w:rPr>
        <w:t>5:24  ke nabi jo aayega woh to israaeeli nasal se aayega, ab jo aa gaya ismaeel ki</w:t>
      </w:r>
      <w:r>
        <w:br/>
      </w:r>
      <w:r>
        <w:rPr>
          <w:sz w:val="20"/>
        </w:rPr>
        <w:t>5:31  nasal se to is ka inkar kar diya unhon ne.</w:t>
      </w:r>
      <w:r>
        <w:br/>
      </w:r>
      <w:r>
        <w:rPr>
          <w:sz w:val="20"/>
        </w:rPr>
        <w:t>5:37  to yeh hai self style criteria.</w:t>
      </w:r>
      <w:r>
        <w:br/>
      </w:r>
      <w:r>
        <w:rPr>
          <w:sz w:val="20"/>
        </w:rPr>
        <w:t>5:43  dekhiye, is ki wajah se kisi ke kisi ka crime kam nahi hota, yeh crime hai jo yahood</w:t>
      </w:r>
      <w:r>
        <w:br/>
      </w:r>
      <w:r>
        <w:rPr>
          <w:sz w:val="20"/>
        </w:rPr>
        <w:t>5:49  ne kiya ke kahin yeh likha nahi tha ke woh jo nabi aayega woh</w:t>
      </w:r>
      <w:r>
        <w:br/>
      </w:r>
      <w:r>
        <w:rPr>
          <w:sz w:val="20"/>
        </w:rPr>
        <w:t>5:55  israel ki nasal se aaye ga, yeh to khud bana liya unhone. is mein yeh hai ke bhaiyon mein se aaye ga, bhaiyon mein se aaye ga to bhai to yeh banu ismaeel the. is waqt musalman kya kar rahe hain ke unhone khud sakhta tor par dajjal aur mehdi o masih ka aik aik aik aik concept bana liya hai ke dajjal koi himalaya pahad jaisa koi shakhs ho</w:t>
      </w:r>
    </w:p>
    <w:p>
      <w:pPr>
        <w:pStyle w:val="Heading2"/>
      </w:pPr>
      <w:r>
        <w:t>The Hudaybiyyah treaty as a 'clear victory'</w:t>
      </w:r>
    </w:p>
    <w:p>
      <w:r>
        <w:rPr>
          <w:color w:val="666666"/>
          <w:sz w:val="18"/>
        </w:rPr>
        <w:t>Islma A Religion of Peace (English) January 7, 2010 · 3m 19s · at 33:18 · https://youtu.be/YKg_GJj8Hvg?t=1998</w:t>
      </w:r>
    </w:p>
    <w:p>
      <w:r>
        <w:rPr>
          <w:i/>
        </w:rPr>
        <w:t>“You know what happened in Arabia during the Prophet's time?”</w:t>
      </w:r>
    </w:p>
    <w:p>
      <w:r>
        <w:rPr>
          <w:sz w:val="20"/>
        </w:rPr>
        <w:t>33:18  you know what happened in arabia during the prophet's time?</w:t>
      </w:r>
      <w:r>
        <w:br/>
      </w:r>
      <w:r>
        <w:rPr>
          <w:sz w:val="20"/>
        </w:rPr>
        <w:t>33:26  At that time, there were religious persecutions. They were, they became hostile to Islam.</w:t>
      </w:r>
      <w:r>
        <w:br/>
      </w:r>
      <w:r>
        <w:rPr>
          <w:sz w:val="20"/>
        </w:rPr>
        <w:t>33:41  their culture was fighting at that time. So, the world war against the Prophet of Islam,</w:t>
      </w:r>
      <w:r>
        <w:br/>
      </w:r>
      <w:r>
        <w:rPr>
          <w:sz w:val="20"/>
        </w:rPr>
        <w:t>33:54  unilaterally.</w:t>
      </w:r>
      <w:r>
        <w:br/>
      </w:r>
      <w:r>
        <w:rPr>
          <w:sz w:val="20"/>
        </w:rPr>
        <w:t>33:57  din, prophet of Islam entered in negotiations. After long negotiation, he was able to final, to finalize a peace treaty.</w:t>
      </w:r>
      <w:r>
        <w:br/>
      </w:r>
      <w:r>
        <w:rPr>
          <w:sz w:val="20"/>
        </w:rPr>
        <w:t>34:09  at is called Hudaybiyyah, Hudaybiyyah treaty.</w:t>
      </w:r>
      <w:r>
        <w:br/>
      </w:r>
      <w:r>
        <w:rPr>
          <w:sz w:val="20"/>
        </w:rPr>
        <w:t>34:14  If you, if you read, if you see this, the provision of this treaty, you will find that all the conditions were in favor of the opponent party.</w:t>
      </w:r>
      <w:r>
        <w:br/>
      </w:r>
      <w:r>
        <w:rPr>
          <w:sz w:val="20"/>
        </w:rPr>
        <w:t>34:35  profit of islam accepted all da conditions presented by da opposite party, only for one, y?</w:t>
      </w:r>
      <w:r>
        <w:br/>
      </w:r>
      <w:r>
        <w:rPr>
          <w:sz w:val="20"/>
        </w:rPr>
        <w:t>34:45  only for one purpose, that to establish peace. So, after establishing this treaty, this called Hudaybiyyah, God Almighty revealed this verse in the Qur</w:t>
      </w:r>
      <w:r>
        <w:br/>
      </w:r>
      <w:r>
        <w:rPr>
          <w:sz w:val="20"/>
        </w:rPr>
        <w:t>35:01  an: "Inna al-Fath al-Mubin". vi giv yu clear victory. at dat time, der was no victory.</w:t>
      </w:r>
      <w:r>
        <w:br/>
      </w:r>
      <w:r>
        <w:rPr>
          <w:sz w:val="20"/>
        </w:rPr>
        <w:t>35:11  It was, apparently, it was a defeat. It was not victory. But Quran says that God gave you clear victory.</w:t>
      </w:r>
      <w:r>
        <w:br/>
      </w:r>
      <w:r>
        <w:rPr>
          <w:sz w:val="20"/>
        </w:rPr>
        <w:t>35:23  Why? This agreement, Hudaybiyyah agreement, opened the door of opportunity.</w:t>
      </w:r>
      <w:r>
        <w:br/>
      </w:r>
      <w:r>
        <w:rPr>
          <w:sz w:val="20"/>
        </w:rPr>
        <w:t>35:34  Before this treaty, there was no interaction, no discussion, no meeting, no relationship between the two party.</w:t>
      </w:r>
      <w:r>
        <w:br/>
      </w:r>
      <w:r>
        <w:rPr>
          <w:sz w:val="20"/>
        </w:rPr>
        <w:t>35:47  but then, but after, after finalizing this treaty, peace treaty, all the doors were open.</w:t>
      </w:r>
      <w:r>
        <w:br/>
      </w:r>
      <w:r>
        <w:rPr>
          <w:sz w:val="20"/>
        </w:rPr>
        <w:t>35:57  Now, there was discussion, there was interaction, there was meetings, everything.</w:t>
      </w:r>
      <w:r>
        <w:br/>
      </w:r>
      <w:r>
        <w:rPr>
          <w:sz w:val="20"/>
        </w:rPr>
        <w:t>36:05  so,</w:t>
      </w:r>
      <w:r>
        <w:br/>
      </w:r>
      <w:r>
        <w:rPr>
          <w:sz w:val="20"/>
        </w:rPr>
        <w:t>36:08  The Prophet used this as an opportunity for disseminating his mission. In this sense, it was Fath al-Mubin or clear victory, that you accepted their condition, and in return, you achieved opportunity.</w:t>
      </w:r>
      <w:r>
        <w:br/>
      </w:r>
      <w:r>
        <w:rPr>
          <w:sz w:val="20"/>
        </w:rPr>
        <w:t>36:30  dis was da Fath al-Mubin or clear victory.</w:t>
      </w:r>
    </w:p>
    <w:p>
      <w:pPr>
        <w:pStyle w:val="Heading2"/>
      </w:pPr>
      <w:r>
        <w:t>Companion story and spirit of fasting</w:t>
      </w:r>
    </w:p>
    <w:p>
      <w:r>
        <w:rPr>
          <w:color w:val="666666"/>
          <w:sz w:val="18"/>
        </w:rPr>
        <w:t>Ramazan Training for Leading A Cautious Life April 24, 2020 Maulana Wahiduddin Khan · 4m 42s · at 6:11 · https://youtu.be/IBChjhcEDh0?t=371</w:t>
      </w:r>
    </w:p>
    <w:p>
      <w:r>
        <w:rPr>
          <w:i/>
        </w:rPr>
        <w:t>“Ek sahabi ka waqia hai do sahaba ke darmiyan ikhtilaf”</w:t>
      </w:r>
    </w:p>
    <w:p>
      <w:r>
        <w:rPr>
          <w:sz w:val="20"/>
        </w:rPr>
        <w:t>6:11  ek sahabi ka waqia hai.</w:t>
      </w:r>
      <w:r>
        <w:br/>
      </w:r>
      <w:r>
        <w:rPr>
          <w:sz w:val="20"/>
        </w:rPr>
        <w:t>6:18  do sahaba ke darmiyan</w:t>
      </w:r>
      <w:r>
        <w:br/>
      </w:r>
      <w:r>
        <w:rPr>
          <w:sz w:val="20"/>
        </w:rPr>
        <w:t>6:23  ikhtilaf ki baatein ho gayeen, koi lain den ka mamla tha, phir is par.</w:t>
      </w:r>
      <w:r>
        <w:br/>
      </w:r>
      <w:r>
        <w:rPr>
          <w:sz w:val="20"/>
        </w:rPr>
        <w:t>6:33  to ek shakhs is sahabi se mile, unhon ne kaha ke yeh woh to</w:t>
      </w:r>
      <w:r>
        <w:br/>
      </w:r>
      <w:r>
        <w:rPr>
          <w:sz w:val="20"/>
        </w:rPr>
        <w:t>6:45  aise hain, waise hain. yani masla to kisi ek cheez ke baray mein tha, lekin woh lage doosri baaton ko shamil kar ke is sahabi ko bura bara batane mein.</w:t>
      </w:r>
      <w:r>
        <w:br/>
      </w:r>
      <w:r>
        <w:rPr>
          <w:sz w:val="20"/>
        </w:rPr>
        <w:t>7:04  to doosre sahabi ne foran kaha, ma fa inna ma baynana lab yabrugh deenana khamosh, apni zaban band rakho,</w:t>
      </w:r>
      <w:r>
        <w:br/>
      </w:r>
      <w:r>
        <w:rPr>
          <w:sz w:val="20"/>
        </w:rPr>
        <w:t>7:20  kyunke hamare aur un ke darmiyan</w:t>
      </w:r>
      <w:r>
        <w:br/>
      </w:r>
      <w:r>
        <w:rPr>
          <w:sz w:val="20"/>
        </w:rPr>
        <w:t>7:23  jo ikhtilaf hai, woh hamare ek isi maslay tak rahega,</w:t>
      </w:r>
      <w:r>
        <w:br/>
      </w:r>
      <w:r>
        <w:rPr>
          <w:sz w:val="20"/>
        </w:rPr>
        <w:t>7:35  woh hamare deen tak nahi pahunchega. ke is ikhtilaf mein aap yeh nahi kahenge ke yeh aadmi to shuru ka be deen hai,</w:t>
      </w:r>
      <w:r>
        <w:br/>
      </w:r>
      <w:r>
        <w:rPr>
          <w:sz w:val="20"/>
        </w:rPr>
        <w:t>7:50  yeh nahi kahenge hum.</w:t>
      </w:r>
      <w:r>
        <w:br/>
      </w:r>
      <w:r>
        <w:rPr>
          <w:sz w:val="20"/>
        </w:rPr>
        <w:t>7:56  to is ka matlab yeh hai ke rozay ka mahina</w:t>
      </w:r>
      <w:r>
        <w:br/>
      </w:r>
      <w:r>
        <w:rPr>
          <w:sz w:val="20"/>
        </w:rPr>
        <w:t>8:04  ehtiyat wali zindagi ki tarbiyat ka mahina hai.</w:t>
      </w:r>
      <w:r>
        <w:br/>
      </w:r>
      <w:r>
        <w:rPr>
          <w:sz w:val="20"/>
        </w:rPr>
        <w:t>8:13  rozay ka mahina ehtiyat wali zindagi ka mahina hai.</w:t>
      </w:r>
      <w:r>
        <w:br/>
      </w:r>
      <w:r>
        <w:rPr>
          <w:sz w:val="20"/>
        </w:rPr>
        <w:t>8:23  woh jo qissa tha, woh tha zameen ki lain den ka qissa tha.</w:t>
      </w:r>
      <w:r>
        <w:br/>
      </w:r>
      <w:r>
        <w:rPr>
          <w:sz w:val="20"/>
        </w:rPr>
        <w:t>8:34  zameen ke mamlay mein shikayat ho gayi thi.</w:t>
      </w:r>
      <w:r>
        <w:br/>
      </w:r>
      <w:r>
        <w:rPr>
          <w:sz w:val="20"/>
        </w:rPr>
        <w:t>8:41  to ek aadmi ne</w:t>
      </w:r>
      <w:r>
        <w:br/>
      </w:r>
      <w:r>
        <w:rPr>
          <w:sz w:val="20"/>
        </w:rPr>
        <w:t>8:47  un se mile aur kaha ke arey un ka to un ke deen ka kya aitbar hai?</w:t>
      </w:r>
      <w:r>
        <w:br/>
      </w:r>
      <w:r>
        <w:rPr>
          <w:sz w:val="20"/>
        </w:rPr>
        <w:t>8:57  to baat to thi zameen ke lain den ki, aur us ne un ke deen par shakk karna shuru kar diya.</w:t>
      </w:r>
      <w:r>
        <w:br/>
      </w:r>
      <w:r>
        <w:rPr>
          <w:sz w:val="20"/>
        </w:rPr>
        <w:t>9:10  to unhon ne kaha ke ma fa inna ma baynana lab yabrugh deenana</w:t>
      </w:r>
      <w:r>
        <w:br/>
      </w:r>
      <w:r>
        <w:rPr>
          <w:sz w:val="20"/>
        </w:rPr>
        <w:t>9:18  chhupo, door ho, hamare darmiyan jo shikayat hai, woh hamare deen tak nahi jayegi.</w:t>
      </w:r>
      <w:r>
        <w:br/>
      </w:r>
      <w:r>
        <w:rPr>
          <w:sz w:val="20"/>
        </w:rPr>
        <w:t>9:33  to yeh parhezgari ki zindagi, ehtiyat ki zindagi,</w:t>
      </w:r>
      <w:r>
        <w:br/>
      </w:r>
      <w:r>
        <w:rPr>
          <w:sz w:val="20"/>
        </w:rPr>
        <w:t>9:42  tarbiyat pure saal ke liye hoti hai, sare maah, balkeh balkeh puri zindagi ke liye hoti hai.</w:t>
      </w:r>
      <w:r>
        <w:br/>
      </w:r>
      <w:r>
        <w:rPr>
          <w:sz w:val="20"/>
        </w:rPr>
        <w:t>9:58  yeh bohat hi zyada zaroori hai, kyunke log samajhte hain ke bas roza ek ka ek form hai, is form ko ada kar lo, bas ho gaya, roza ho gaya.</w:t>
      </w:r>
      <w:r>
        <w:br/>
      </w:r>
      <w:r>
        <w:rPr>
          <w:sz w:val="20"/>
        </w:rPr>
        <w:t>10:17  roze ko ek form kamane mein lete hain, isprit kamane mein nahi.</w:t>
      </w:r>
      <w:r>
        <w:br/>
      </w:r>
      <w:r>
        <w:rPr>
          <w:sz w:val="20"/>
        </w:rPr>
        <w:t>10:29  to roze ko agar aap form kamane mein lein to woh roza nahi hoga, woh ek rasam hogi.</w:t>
      </w:r>
      <w:r>
        <w:br/>
      </w:r>
      <w:r>
        <w:rPr>
          <w:sz w:val="20"/>
        </w:rPr>
        <w:t>10:43  roza yeh hai ke iske liye isprit hai, is isprit ke sath roza rakha jaye.</w:t>
      </w:r>
    </w:p>
    <w:p>
      <w:pPr>
        <w:pStyle w:val="Heading2"/>
      </w:pPr>
      <w:r>
        <w:t>Moses story reveals scientific truth about God</w:t>
      </w:r>
    </w:p>
    <w:p>
      <w:r>
        <w:rPr>
          <w:color w:val="666666"/>
          <w:sz w:val="18"/>
        </w:rPr>
        <w:t>Dars-e-Quran, Chapter 7 Verse 143 December 10, 2017 · 5m 12s · at 3:21 · https://youtu.be/O0OU7qnpEaY?t=201</w:t>
      </w:r>
    </w:p>
    <w:p>
      <w:r>
        <w:rPr>
          <w:i/>
        </w:rPr>
        <w:t>“This dialogue between Allah and Moses in the Quran”</w:t>
      </w:r>
    </w:p>
    <w:p>
      <w:r>
        <w:rPr>
          <w:sz w:val="20"/>
        </w:rPr>
        <w:t>3:21  10 december 2017. quran mein yeh jo mukalma bataya gaya hai allah aur moosa ke darmiyan,</w:t>
      </w:r>
      <w:r>
        <w:br/>
      </w:r>
      <w:r>
        <w:rPr>
          <w:sz w:val="20"/>
        </w:rPr>
        <w:t>3:37  yeh bible mein bhi aaya hai with minor difference.</w:t>
      </w:r>
      <w:r>
        <w:br/>
      </w:r>
      <w:r>
        <w:rPr>
          <w:sz w:val="20"/>
        </w:rPr>
        <w:t>3:48  yeh sirf ek qissa nahi hai, ek mazhabi qissa. is mein ek bohat badi scientific haqeeqat bayan ki gayi hai allah rab ul alameen ko dekhne ke bare mein.</w:t>
      </w:r>
      <w:r>
        <w:br/>
      </w:r>
      <w:r>
        <w:rPr>
          <w:sz w:val="20"/>
        </w:rPr>
        <w:t>4:09  saare log yeh kehte hain ke agar allah hai to hamein dikhai de.</w:t>
      </w:r>
      <w:r>
        <w:br/>
      </w:r>
      <w:r>
        <w:rPr>
          <w:sz w:val="20"/>
        </w:rPr>
        <w:t>4:17  sab logon ka yahi kehna hai ke jis tarah hum dekhte hain cheezon ko, waise hi allah rab ul alameen bhi hamein dikhai de to hum us ko manenge.</w:t>
      </w:r>
      <w:r>
        <w:br/>
      </w:r>
      <w:r>
        <w:rPr>
          <w:sz w:val="20"/>
        </w:rPr>
        <w:t>4:30  yeh ek poori tareekh ka ek sawal tha.</w:t>
      </w:r>
      <w:r>
        <w:br/>
      </w:r>
      <w:r>
        <w:rPr>
          <w:sz w:val="20"/>
        </w:rPr>
        <w:t>4:35  maooda zamane mein, yaani twenty century mein, is ka aakhri jawab de diya gaya.</w:t>
      </w:r>
      <w:r>
        <w:br/>
      </w:r>
      <w:r>
        <w:rPr>
          <w:sz w:val="20"/>
        </w:rPr>
        <w:t>4:46  woh yeh ke dekhne ka ek hi level hai, chahe tum cheezon ko dekhna chaho ya us ke khaliq ko dekhna chaho.</w:t>
      </w:r>
      <w:r>
        <w:br/>
      </w:r>
      <w:r>
        <w:rPr>
          <w:sz w:val="20"/>
        </w:rPr>
        <w:t>5:00  tum ek hi level par sab ko dekh sakte ho, ek hi level par. to jis level par tum cheezon ko dekhte ho, woh level bhi wahi hai jis level par khuda bhi dikhai deta hai.</w:t>
      </w:r>
      <w:r>
        <w:br/>
      </w:r>
      <w:r>
        <w:rPr>
          <w:sz w:val="20"/>
        </w:rPr>
        <w:t>5:19  yeh ek ek bilkul hi انقلابی baat thi jis ko quran mein ailaan kiya gaya. aap jante hain ke hazrat moosa ka zamana saare teen hazar saal pehle ka zamana hai,</w:t>
      </w:r>
      <w:r>
        <w:br/>
      </w:r>
      <w:r>
        <w:rPr>
          <w:sz w:val="20"/>
        </w:rPr>
        <w:t>5:36  yaani pre historic age, saare teen hazar saal pehle ka zamana. us waqt se yeh baat kahi gayi thi.</w:t>
      </w:r>
      <w:r>
        <w:br/>
      </w:r>
      <w:r>
        <w:rPr>
          <w:sz w:val="20"/>
        </w:rPr>
        <w:t>5:52  is qisse mein sirf moosa ki kahani nahi hai, yeh ek haqeeqat ka bayan hai ke jis tarah se moosa</w:t>
      </w:r>
      <w:r>
        <w:br/>
      </w:r>
      <w:r>
        <w:rPr>
          <w:sz w:val="20"/>
        </w:rPr>
        <w:t>6:06  ne dekhna chaha magar woh dekh na sake, siwaye is ke ke</w:t>
      </w:r>
      <w:r>
        <w:br/>
      </w:r>
      <w:r>
        <w:rPr>
          <w:sz w:val="20"/>
        </w:rPr>
        <w:t>6:16  pahaad phat gaya.</w:t>
      </w:r>
      <w:r>
        <w:br/>
      </w:r>
      <w:r>
        <w:rPr>
          <w:sz w:val="20"/>
        </w:rPr>
        <w:t>6:19  to yeh waqea mount sinai ka hai, yaani koh toor ka, aur bohat hi ajeeb waqea hai.</w:t>
      </w:r>
      <w:r>
        <w:br/>
      </w:r>
      <w:r>
        <w:rPr>
          <w:sz w:val="20"/>
        </w:rPr>
        <w:t>6:32  yeh waqea jis tarah se quran mein aaya hai, aisi woh bible mein bhi aaya hai. is mein kya maloom hua?</w:t>
      </w:r>
      <w:r>
        <w:br/>
      </w:r>
      <w:r>
        <w:rPr>
          <w:sz w:val="20"/>
        </w:rPr>
        <w:t>6:44  is mein yeh maloom hua ke tum chahte ho allah rab ul alameen ko barah e raast, direct taur par dekhna hai, magar tum allah rab ul alameen ko direct taur par nahi dekh sakte.</w:t>
      </w:r>
      <w:r>
        <w:br/>
      </w:r>
      <w:r>
        <w:rPr>
          <w:sz w:val="20"/>
        </w:rPr>
        <w:t>7:01  ek aur level par tum ko khuda dikhai dega, yaani khuda ke zahoor ka ek asar, ek effect.</w:t>
      </w:r>
      <w:r>
        <w:br/>
      </w:r>
      <w:r>
        <w:rPr>
          <w:sz w:val="20"/>
        </w:rPr>
        <w:t>7:14  kyun ke khuda mountain par zahir hua to wahan uska ek asar zahir hua, yaani woh phat gaya.</w:t>
      </w:r>
      <w:r>
        <w:br/>
      </w:r>
      <w:r>
        <w:rPr>
          <w:sz w:val="20"/>
        </w:rPr>
        <w:t>7:25  is satah par moosa ne khuda ko dekha, khud khud khaliq ki zaat ki satah par nahi, balke allah rab ul alameen ke ek effect, effect ki satah par.</w:t>
      </w:r>
      <w:r>
        <w:br/>
      </w:r>
      <w:r>
        <w:rPr>
          <w:sz w:val="20"/>
        </w:rPr>
        <w:t>7:48  to yeh baat kahi gayi thi quran mein bohat pehle, lekin insaan ko is baat ka sahi ilm nahi tha ke is ka matlab kya hai.</w:t>
      </w:r>
      <w:r>
        <w:br/>
      </w:r>
      <w:r>
        <w:rPr>
          <w:sz w:val="20"/>
        </w:rPr>
        <w:t>8:02  to aap jante hain ke quran mein yeh bhi kaha gaya hai ke "haq".</w:t>
      </w:r>
      <w:r>
        <w:br/>
      </w:r>
      <w:r>
        <w:rPr>
          <w:sz w:val="20"/>
        </w:rPr>
        <w:t>8:12  to isi qism ki to hai yeh "afaq" mein Allah dikhayega. aisi cheezen hain, yahi tum jaan loge ke quran mein kya baat kahi gayi thi,</w:t>
      </w:r>
      <w:r>
        <w:br/>
      </w:r>
      <w:r>
        <w:rPr>
          <w:sz w:val="20"/>
        </w:rPr>
        <w:t>8:27  isko daryaft kar loge.</w:t>
      </w:r>
    </w:p>
    <w:p>
      <w:pPr>
        <w:pStyle w:val="Heading2"/>
      </w:pPr>
      <w:r>
        <w:t>why God requires a purified soul before granting entry to paradise</w:t>
      </w:r>
    </w:p>
    <w:p>
      <w:r>
        <w:rPr>
          <w:color w:val="666666"/>
          <w:sz w:val="18"/>
        </w:rPr>
        <w:t>Journey of Civilization January 14, 2007 · 3m 50s · at 1:13:47 · https://youtu.be/ZCFRrqmfms4?t=4427</w:t>
      </w:r>
    </w:p>
    <w:p>
      <w:r>
        <w:rPr>
          <w:i/>
        </w:rPr>
        <w:t>“Phir is par maine socha ke khuda kyun aisa karega”</w:t>
      </w:r>
    </w:p>
    <w:p>
      <w:r>
        <w:rPr>
          <w:sz w:val="20"/>
        </w:rPr>
        <w:t>1:13:47  isi liye hadith mein aata hai ke. jannat mein.</w:t>
      </w:r>
      <w:r>
        <w:br/>
      </w:r>
      <w:r>
        <w:rPr>
          <w:sz w:val="20"/>
        </w:rPr>
        <w:t>1:13:54  ek kode ke barabar jagah. yani yun keh sakte hain ke aap. do meter ke barabar jagah bhi. itni qeemti hai ke sari duniya is ke barabar nahin ho sakti.</w:t>
      </w:r>
      <w:r>
        <w:br/>
      </w:r>
      <w:r>
        <w:rPr>
          <w:sz w:val="20"/>
        </w:rPr>
        <w:t>1:14:08  phir is par maine socha ke Khuda. kyun aisa karega ke is ko wahan. jannat mein nahin basayega.</w:t>
      </w:r>
      <w:r>
        <w:br/>
      </w:r>
      <w:r>
        <w:rPr>
          <w:sz w:val="20"/>
        </w:rPr>
        <w:t>1:14:17  is par ghor kijiye doosri aayaton ko hadithon ko mila kar ke. to ek bahut badi baat samajh mein aayi. woh yeh hai. ke jannat kya hai.</w:t>
      </w:r>
      <w:r>
        <w:br/>
      </w:r>
      <w:r>
        <w:rPr>
          <w:sz w:val="20"/>
        </w:rPr>
        <w:t>1:14:28  jannat mukammal duniya hai. misali duniya hai. to aisi duniya mein rehne ke liye. aadmi par chahiye mukammal.</w:t>
      </w:r>
      <w:r>
        <w:br/>
      </w:r>
      <w:r>
        <w:rPr>
          <w:sz w:val="20"/>
        </w:rPr>
        <w:t>1:14:39  aadmi par chahiye misali.</w:t>
      </w:r>
      <w:r>
        <w:br/>
      </w:r>
      <w:r>
        <w:rPr>
          <w:sz w:val="20"/>
        </w:rPr>
        <w:t>1:14:44  to is duniya mein insan ne agar apne aap ko. waisa nahin banaya hai jaisa ke wahan. chahiye basne ke liye. to kaise Khuda wahan dakhil kar dega.</w:t>
      </w:r>
      <w:r>
        <w:br/>
      </w:r>
      <w:r>
        <w:rPr>
          <w:sz w:val="20"/>
        </w:rPr>
        <w:t>1:14:55  kya kisi mahal mein aap bheed bakri ko dakhil kar sakte hain. kisi mahal mein aap gande logon ko dakhil kar sakte hain.</w:t>
      </w:r>
      <w:r>
        <w:br/>
      </w:r>
      <w:r>
        <w:rPr>
          <w:sz w:val="20"/>
        </w:rPr>
        <w:t>1:15:04  nahin kar sakte aap. is duniya mein aap ko apne aap ko pak karna hai. pak rooh banana hai. zalik jaza muntazak.</w:t>
      </w:r>
      <w:r>
        <w:br/>
      </w:r>
      <w:r>
        <w:rPr>
          <w:sz w:val="20"/>
        </w:rPr>
        <w:t>1:15:16  to jis aadmi ne apne aap ko pak rooh nahin banaya. jis aadmi ne apne aap ko manfi se pak nahin kiya. musbat sochne wala nahin bana.</w:t>
      </w:r>
      <w:r>
        <w:br/>
      </w:r>
      <w:r>
        <w:rPr>
          <w:sz w:val="20"/>
        </w:rPr>
        <w:t>1:15:27  woh aadmi wahan ke liye mozu nahin hoga. wahan woh mustahiq umeedwar nahin banega is ke liye. to aisa nahin ke saada taur par Khuda woh to bharti kar de is ko.</w:t>
      </w:r>
      <w:r>
        <w:br/>
      </w:r>
      <w:r>
        <w:rPr>
          <w:sz w:val="20"/>
        </w:rPr>
        <w:t>1:15:36  bheed bakri ki tarah daal de is ko</w:t>
      </w:r>
      <w:r>
        <w:br/>
      </w:r>
      <w:r>
        <w:rPr>
          <w:sz w:val="20"/>
        </w:rPr>
        <w:t>1:15:38  . nahin jannat mein. basne ke liye aadmi ko. yahin par apne ko tayyar karna pada.</w:t>
      </w:r>
      <w:r>
        <w:br/>
      </w:r>
      <w:r>
        <w:rPr>
          <w:sz w:val="20"/>
        </w:rPr>
        <w:t>1:15:50  yehi par tayyar karna hai. jo dunya mein apne aap ko is tarah tayyar kare. ke woh musbat soch ke sath reh sakta hai. woh pak rooh ke sath reh sakta hai.</w:t>
      </w:r>
      <w:r>
        <w:br/>
      </w:r>
      <w:r>
        <w:rPr>
          <w:sz w:val="20"/>
        </w:rPr>
        <w:t>1:16:01  woh manfi khayalat. har qism ke manfi khayalat se khali ho kar reh sakat</w:t>
      </w:r>
      <w:r>
        <w:br/>
      </w:r>
      <w:r>
        <w:rPr>
          <w:sz w:val="20"/>
        </w:rPr>
        <w:t>1:16:05  a hai. woh jannat ki society ko bhi kharab kar de ga woh. aap ghor kijiye ke ek mahal mein agar hum ek. ek gande aadmi ko dakhil kar dein.</w:t>
      </w:r>
      <w:r>
        <w:br/>
      </w:r>
      <w:r>
        <w:rPr>
          <w:sz w:val="20"/>
        </w:rPr>
        <w:t>1:16:14  to sare mahal ko kharab kar de ga woh. to jis aadmi ne apne aap ko dunya mein pak nahi kiya hai. aisa nahi ho sakta ke jannat mein us ko dakhil kar diya jaye.</w:t>
      </w:r>
      <w:r>
        <w:br/>
      </w:r>
      <w:r>
        <w:rPr>
          <w:sz w:val="20"/>
        </w:rPr>
        <w:t>1:16:25  rehmat ke taur par. mamla rehmat ka. agarche hai lekin us ke liye rehmat hai jis ne apne aap ko pak kiya hai.</w:t>
      </w:r>
      <w:r>
        <w:br/>
      </w:r>
      <w:r>
        <w:rPr>
          <w:sz w:val="20"/>
        </w:rPr>
        <w:t>1:16:35  jis ne pak nahi kiya. us ke liye rehmat kahan. yani pak karne ke baad bhi. khuda ki rehmat hi se aadmi jannat paye ga. lekin pehle pak to kare woh.</w:t>
      </w:r>
      <w:r>
        <w:br/>
      </w:r>
      <w:r>
        <w:rPr>
          <w:sz w:val="20"/>
        </w:rPr>
        <w:t>1:16:47  to ek pak rooh hi. jannat ke liye mustahiq umeedwar banegi.</w:t>
      </w:r>
      <w:r>
        <w:br/>
      </w:r>
      <w:r>
        <w:rPr>
          <w:sz w:val="20"/>
        </w:rPr>
        <w:t>1:16:55  jis ke andar sau fisad musbat soch ho. manfi soch se pak ho. jis ne apni rooh ko har qism ke.</w:t>
      </w:r>
      <w:r>
        <w:br/>
      </w:r>
      <w:r>
        <w:rPr>
          <w:sz w:val="20"/>
        </w:rPr>
        <w:t>1:17:06  har qism ke lalach lalach se apne aap ko pak kiya ho. tab woh is qabil thehre ga ke jannat mein dakhil kiya jaye.</w:t>
      </w:r>
      <w:r>
        <w:br/>
      </w:r>
      <w:r>
        <w:rPr>
          <w:sz w:val="20"/>
        </w:rPr>
        <w:t>1:17:18  sirf pak rooh hi mustahiq karengi. jannat mein dakhle ke liye.</w:t>
      </w:r>
      <w:r>
        <w:br/>
      </w:r>
      <w:r>
        <w:rPr>
          <w:sz w:val="20"/>
        </w:rPr>
        <w:t>1:17:26  meri dua hai ke Allah taala hum sab ko. tofeeq de ke hum apne aap ko pak rooh banayein. taake hum jannat mein dakhle ke mustahiq thehrein.</w:t>
      </w:r>
    </w:p>
    <w:p>
      <w:pPr>
        <w:pStyle w:val="Heading2"/>
      </w:pPr>
      <w:r>
        <w:t>Full search across religions leads to Maulana via Sri Sri Ravi Shankar conversation</w:t>
      </w:r>
    </w:p>
    <w:p>
      <w:r>
        <w:rPr>
          <w:color w:val="666666"/>
          <w:sz w:val="18"/>
        </w:rPr>
        <w:t>Experiences Sharing by CPS Members November 11, 2006 Maulana Wahiduddin Khan · 5m 54s · at 21:48 · https://youtu.be/VhS3VofQlHo?t=1308</w:t>
      </w:r>
    </w:p>
    <w:p>
      <w:r>
        <w:rPr>
          <w:i/>
        </w:rPr>
        <w:t>“The truth, why don't you go and meet this priest”</w:t>
      </w:r>
    </w:p>
    <w:p>
      <w:r>
        <w:rPr>
          <w:sz w:val="20"/>
        </w:rPr>
        <w:t>21:48  the truth why dont you go and meet this priest i would say fine so long he is a christian its okay because christians are very very a peace loving people i am okay about them or the indian pujari and pandit i am okay with that something very strange happen with me w change my life a i had gone a to spain on a vacation and i was travelling in a train from metro to barcelona</w:t>
      </w:r>
      <w:r>
        <w:br/>
      </w:r>
      <w:r>
        <w:rPr>
          <w:sz w:val="20"/>
        </w:rPr>
        <w:t>22:12  is i got a chance to be with shri shri ravi shankar who is a very renowned a spiritual so called scholar within the vedanta fold i met him and i sat with him in the train and we got into a conversation he was with his entaus of art of living while he was sitting and having a conversation with him i asked him one question asked shri shri tell me one thing he said what i said is happiness is something which is very well embedded into everybody mind</w:t>
      </w:r>
      <w:r>
        <w:br/>
      </w:r>
      <w:r>
        <w:rPr>
          <w:sz w:val="20"/>
        </w:rPr>
        <w:t>22:42  if you ask anybody young people old whoever what is your ultimate destination they say we want peace and contentment and happiness thats the end objective of everyone so he said ya definitely i said if happiness is something which we are born with i mean as a you know goal where is the object of that happiness so he said to me in hindi just translate right now he said to me in that a open your eyes and see everywhere is happiness</w:t>
      </w:r>
      <w:r>
        <w:br/>
      </w:r>
      <w:r>
        <w:rPr>
          <w:sz w:val="20"/>
        </w:rPr>
        <w:t>23:11  and when i i retaliate in in in telling a shri shri that i have done everything in the world which people told them it give them happiness but it only gave me dispiter to minutes to hours to years or maybe 20 years i was a highly pampered child and if my father would not book me on a trip to go abroad overseas with my friends i thought there was something wrong in his love</w:t>
      </w:r>
      <w:r>
        <w:br/>
      </w:r>
      <w:r>
        <w:rPr>
          <w:sz w:val="20"/>
        </w:rPr>
        <w:t>23:38  for me so on a Thursday evening i have to make you know request to my dad the</w:t>
      </w:r>
      <w:r>
        <w:br/>
      </w:r>
      <w:r>
        <w:rPr>
          <w:sz w:val="20"/>
        </w:rPr>
        <w:t>23:42  listen tomorrow i want to go to London with my friends and if he would not book me on</w:t>
      </w:r>
      <w:r>
        <w:br/>
      </w:r>
      <w:r>
        <w:rPr>
          <w:sz w:val="20"/>
        </w:rPr>
        <w:t>23:45  that flight there was really something drastically wrong with his love so so that is a kind of</w:t>
      </w:r>
      <w:r>
        <w:br/>
      </w:r>
      <w:r>
        <w:rPr>
          <w:sz w:val="20"/>
        </w:rPr>
        <w:t>23:50  stuff that i grew with but as i grew older i realized that at 24 i had achieved everything</w:t>
      </w:r>
      <w:r>
        <w:br/>
      </w:r>
      <w:r>
        <w:rPr>
          <w:sz w:val="20"/>
        </w:rPr>
        <w:t>23:56  in my life money was never an issue for me and my family or nothing like that but</w:t>
      </w:r>
      <w:r>
        <w:br/>
      </w:r>
      <w:r>
        <w:rPr>
          <w:sz w:val="20"/>
        </w:rPr>
        <w:t>24:01  something lacked in my life as i grew up materially my vacuum inside me only grew</w:t>
      </w:r>
      <w:r>
        <w:br/>
      </w:r>
      <w:r>
        <w:rPr>
          <w:sz w:val="20"/>
        </w:rPr>
        <w:t>24:08  and that made me question to my own self that if god is given everything and everything is available in this world why is it that every after having everything in the world why does my vacuum only increase that question really really made me search and find out a person a relationship money job which would fill that vacuum up and i went in search with that high</w:t>
      </w:r>
      <w:r>
        <w:br/>
      </w:r>
      <w:r>
        <w:rPr>
          <w:sz w:val="20"/>
        </w:rPr>
        <w:t>24:35  and low i went everywhere in the world to look for an aalim who would teach me and make me understand religion thats when i read an article of maulana in a newspaper in fact before that i went into jamaat-e-islami group as well and i met them and i questioned them i said i want to know about islam so they gave me a list about 20 books and each book had things like how to build a good character with the islam woman in islam purdah system in islam hijab or wh</w:t>
      </w:r>
      <w:r>
        <w:br/>
      </w:r>
      <w:r>
        <w:rPr>
          <w:sz w:val="20"/>
        </w:rPr>
        <w:t>25:04  that whatever i said these things are good these books are good if a person is embracing Islam</w:t>
      </w:r>
      <w:r>
        <w:br/>
      </w:r>
      <w:r>
        <w:rPr>
          <w:sz w:val="20"/>
        </w:rPr>
        <w:t>25:09  the questions have not reached that state what books do you have for non-muslims</w:t>
      </w:r>
      <w:r>
        <w:br/>
      </w:r>
      <w:r>
        <w:rPr>
          <w:sz w:val="20"/>
        </w:rPr>
        <w:t>25:15  der vaj a gentleman in vid in the group in the delegation he came up to me he</w:t>
      </w:r>
      <w:r>
        <w:br/>
      </w:r>
      <w:r>
        <w:rPr>
          <w:sz w:val="20"/>
        </w:rPr>
        <w:t>25:19  sed sister if you dont mind why dont you read this book of Maulana ch is called the</w:t>
      </w:r>
      <w:r>
        <w:br/>
      </w:r>
      <w:r>
        <w:rPr>
          <w:sz w:val="20"/>
        </w:rPr>
        <w:t>25:22  god araizes he sed Maulana Wahiduddin Khan you read this book i gift it to you and i</w:t>
      </w:r>
      <w:r>
        <w:br/>
      </w:r>
      <w:r>
        <w:rPr>
          <w:sz w:val="20"/>
        </w:rPr>
        <w:t>25:28  sed how come this book is not there in your library he sed well der certain reason for</w:t>
      </w:r>
      <w:r>
        <w:br/>
      </w:r>
      <w:r>
        <w:rPr>
          <w:sz w:val="20"/>
        </w:rPr>
        <w:t>25:32  as not having this book but you must read it i</w:t>
      </w:r>
      <w:r>
        <w:br/>
      </w:r>
      <w:r>
        <w:rPr>
          <w:sz w:val="20"/>
        </w:rPr>
        <w:t>25:35  read the book in about three weeks and then i read a article of maulana in hindustan times daily and after read the article i took an appointment with him and i came and met him and i still remember when i came in the first time to meet him i was not a allied to be listening to a maulana because everybody told me dont go to wallavi and maulana because my experience with them had been very very bad</w:t>
      </w:r>
      <w:r>
        <w:br/>
      </w:r>
      <w:r>
        <w:rPr>
          <w:sz w:val="20"/>
        </w:rPr>
        <w:t>26:03  any aalim or any maulana that i spoke to they would say they would not give me any reasons and would tell me to accept something and this was something which was completely impossible for me to accept so when i came to maulana he completely reconditioned my mind and he gave me a reason which was higher than my own belief system and unless someone gives you that that reason you can never never change</w:t>
      </w:r>
      <w:r>
        <w:br/>
      </w:r>
      <w:r>
        <w:rPr>
          <w:sz w:val="20"/>
        </w:rPr>
        <w:t>26:28  and when he told me the real face of islam like l l of us me rajat and khalid we all came together initially we immediate change our stance and i started reading about islam and second thing that he told me very clearly which i remember still he said he said what is your objective in life as the truth is my objective in life he said if truth is your objective in life then you have to rise above emotional biases if truth is your objective then you have to rise above emotional by</w:t>
      </w:r>
      <w:r>
        <w:br/>
      </w:r>
      <w:r>
        <w:rPr>
          <w:sz w:val="20"/>
        </w:rPr>
        <w:t>26:55  ases means do not be conditioned that you should get answers within what text you are searching in completely focus yourself on the truth and read based on a criteria read all the scr</w:t>
      </w:r>
      <w:r>
        <w:br/>
      </w:r>
      <w:r>
        <w:rPr>
          <w:sz w:val="20"/>
        </w:rPr>
        <w:t>27:11  ipcture i red vedanta i red christianity i red everything i red bible everything you name it i</w:t>
      </w:r>
      <w:r>
        <w:br/>
      </w:r>
      <w:r>
        <w:rPr>
          <w:sz w:val="20"/>
        </w:rPr>
        <w:t>27:16  red complete vid an open thought and iventure den red the quran and understood about it and den</w:t>
      </w:r>
      <w:r>
        <w:br/>
      </w:r>
      <w:r>
        <w:rPr>
          <w:sz w:val="20"/>
        </w:rPr>
        <w:t>27:22  finally a got into the islamic spirituality ts my journey a vel i vat to start like to</w:t>
      </w:r>
      <w:r>
        <w:br/>
      </w:r>
      <w:r>
        <w:rPr>
          <w:sz w:val="20"/>
        </w:rPr>
        <w:t>27:29  start by saying that i vas i vas just a normal teenager you know he used to live</w:t>
      </w:r>
      <w:r>
        <w:br/>
      </w:r>
      <w:r>
        <w:rPr>
          <w:sz w:val="20"/>
        </w:rPr>
        <w:t>27:34  for you know for for music and fashion and everything that you know like vordly pleasure and all</w:t>
      </w:r>
      <w:r>
        <w:br/>
      </w:r>
      <w:r>
        <w:rPr>
          <w:sz w:val="20"/>
        </w:rPr>
        <w:t>27:42  but then after coming to cps i was made to made to understand the the creation plan of god which is to live for the here after and not for this world and these these classes have made me become more spiritual and and whatever i do to whatever i do i am i am i am particular conscious of god</w:t>
      </w:r>
    </w:p>
    <w:p>
      <w:pPr>
        <w:pStyle w:val="Heading2"/>
      </w:pPr>
      <w:r>
        <w:t>Full argument: dua's acceptance depends on God's plan and patience</w:t>
      </w:r>
    </w:p>
    <w:p>
      <w:r>
        <w:rPr>
          <w:color w:val="666666"/>
          <w:sz w:val="18"/>
        </w:rPr>
        <w:t>The Importance of Dua | April 4, 2016 | Maulana Wahiduddin Khan · 5m 02s · at 8:27 · https://youtu.be/B9d4B3Nqiww?t=507</w:t>
      </w:r>
    </w:p>
    <w:p>
      <w:r>
        <w:rPr>
          <w:i/>
        </w:rPr>
        <w:t>“Dua wohi qubool hogi jo creation plan ke mutabiq ho”</w:t>
      </w:r>
    </w:p>
    <w:p>
      <w:r>
        <w:rPr>
          <w:sz w:val="20"/>
        </w:rPr>
        <w:t>8:27  dekhiye, yeh bohat important question hai. achi tarah samajh lijiye ke dua wahi qabool hogi jo creational plan of God ke mutabiq ho. iske khilaf ho to quwa'an dua qabool nahi hogi. chahe property ko nuqsaan pahunchaye, jaise ke ek waqea hua Madinah mein jisko kehte hain Bir Ma'unah. wahan jo mukhalifeen the Islam ke</w:t>
      </w:r>
      <w:r>
        <w:br/>
      </w:r>
      <w:r>
        <w:rPr>
          <w:sz w:val="20"/>
        </w:rPr>
        <w:t>8:57  unho ne bohat se sahaba ko qatal kar diya.</w:t>
      </w:r>
      <w:r>
        <w:br/>
      </w:r>
      <w:r>
        <w:rPr>
          <w:sz w:val="20"/>
        </w:rPr>
        <w:t>9:03  to rasool Allah ki zuban se nikla lanat kalma, lanat apne lanat ke logon par.</w:t>
      </w:r>
      <w:r>
        <w:br/>
      </w:r>
      <w:r>
        <w:rPr>
          <w:sz w:val="20"/>
        </w:rPr>
        <w:t>9:09  to qabool nahi hui woh, balke wahi aa gayi farishte ke zariye se ke tum yeh kaam chhod</w:t>
      </w:r>
      <w:r>
        <w:br/>
      </w:r>
      <w:r>
        <w:rPr>
          <w:sz w:val="20"/>
        </w:rPr>
        <w:t>9:15  do, bad dua mat karo.</w:t>
      </w:r>
      <w:r>
        <w:br/>
      </w:r>
      <w:r>
        <w:rPr>
          <w:sz w:val="20"/>
        </w:rPr>
        <w:t>9:21  to is ke baad aap ne koi bad dua nahi ki. kyun?</w:t>
      </w:r>
      <w:r>
        <w:br/>
      </w:r>
      <w:r>
        <w:rPr>
          <w:sz w:val="20"/>
        </w:rPr>
        <w:t>9:27  dekhiye, insan ke mamle ka faisla kisi ki bad dua se nahi ho sakta ke aap bad dua</w:t>
      </w:r>
      <w:r>
        <w:br/>
      </w:r>
      <w:r>
        <w:rPr>
          <w:sz w:val="20"/>
        </w:rPr>
        <w:t>9:32  karte ho aur woh is ka bura ho ho jaye.</w:t>
      </w:r>
      <w:r>
        <w:br/>
      </w:r>
      <w:r>
        <w:rPr>
          <w:sz w:val="20"/>
        </w:rPr>
        <w:t>9:36  laisa lil insani illa ma sa'a.</w:t>
      </w:r>
      <w:r>
        <w:br/>
      </w:r>
      <w:r>
        <w:rPr>
          <w:sz w:val="20"/>
        </w:rPr>
        <w:t>9:40  insan ke sath jo kuch hota hai woh is ke apne hi amal ka nateeja hota hai.</w:t>
      </w:r>
      <w:r>
        <w:br/>
      </w:r>
      <w:r>
        <w:rPr>
          <w:sz w:val="20"/>
        </w:rPr>
        <w:t>9:45  kisi ki dua se hota hai na bad dua se.</w:t>
      </w:r>
      <w:r>
        <w:br/>
      </w:r>
      <w:r>
        <w:rPr>
          <w:sz w:val="20"/>
        </w:rPr>
        <w:t>9:49  kisi ki dua se na to kuch jannat mile gi na kisi ki bad dua se koi hell</w:t>
      </w:r>
      <w:r>
        <w:br/>
      </w:r>
      <w:r>
        <w:rPr>
          <w:sz w:val="20"/>
        </w:rPr>
        <w:t>9:53  chala jayega.</w:t>
      </w:r>
      <w:r>
        <w:br/>
      </w:r>
      <w:r>
        <w:rPr>
          <w:sz w:val="20"/>
        </w:rPr>
        <w:t>9:58  chahe property ko na ho. to dua ke liye samajhna chahiye ke hamari khwahish ek hai, hum is khwahish ke liye dua kar rahe hain. That is not enough. Aap ko janna padega ke aap ki jo khwahish hai, jo aap dua kar rahe hain, woh according to the creation plan hai ya ya ya is se alag hai. Is se alag hai to kabhi nahi qabool hogi. To log bas jaante hain ke mujhe mujhe falan meri zaroorat hai, falan meri khwahish hai, l</w:t>
      </w:r>
      <w:r>
        <w:br/>
      </w:r>
      <w:r>
        <w:rPr>
          <w:sz w:val="20"/>
        </w:rPr>
        <w:t>10:28  agta hai dua karne. ab jab dua poori nahi hoti to kehte hain ke dekho meri dua Allah ne qabool nahi ki. masla yeh nahi ke Allah ne qabool nahi ki, masla yeh hai ke kyunke woh Rabbul Alameen ke plan ke khilaf thi, to plan ke khilaf ho to Paighambar ki dua dua bhi qabool nahi hoti. to jab aap dua karein to is se pehle yeh samjhein, jaanen ke aap jo dua karne ja rahe hain</w:t>
      </w:r>
      <w:r>
        <w:br/>
      </w:r>
      <w:r>
        <w:rPr>
          <w:sz w:val="20"/>
        </w:rPr>
        <w:t>10:58  woh Allah rab ul alameen ki jo scheme of things hai, us ke khilaf to nahi hai.</w:t>
      </w:r>
      <w:r>
        <w:br/>
      </w:r>
      <w:r>
        <w:rPr>
          <w:sz w:val="20"/>
        </w:rPr>
        <w:t>11:03  us ke khilaf hai to kabhi nahi qabool hogi.</w:t>
      </w:r>
      <w:r>
        <w:br/>
      </w:r>
      <w:r>
        <w:rPr>
          <w:sz w:val="20"/>
        </w:rPr>
        <w:t>11:08  woh yeh hai raaz dua ki qabooliyat ka.</w:t>
      </w:r>
      <w:r>
        <w:br/>
      </w:r>
      <w:r>
        <w:rPr>
          <w:sz w:val="20"/>
        </w:rPr>
        <w:t>11:13  So prayer is accepted only if it is in accordance with God's creation plan and God's scheme of things.</w:t>
      </w:r>
      <w:r>
        <w:br/>
      </w:r>
      <w:r>
        <w:rPr>
          <w:sz w:val="20"/>
        </w:rPr>
        <w:t>11:18  If it goes against the creation plan of God, then it will not be accepted.</w:t>
      </w:r>
      <w:r>
        <w:br/>
      </w:r>
      <w:r>
        <w:rPr>
          <w:sz w:val="20"/>
        </w:rPr>
        <w:t>11:23  But Maulana, you often tell us that after doing dua, we should keep</w:t>
      </w:r>
      <w:r>
        <w:br/>
      </w:r>
      <w:r>
        <w:rPr>
          <w:sz w:val="20"/>
        </w:rPr>
        <w:t>11:28  chance and give time to God to create favorable situations to accept our prayer.</w:t>
      </w:r>
      <w:r>
        <w:br/>
      </w:r>
      <w:r>
        <w:rPr>
          <w:sz w:val="20"/>
        </w:rPr>
        <w:t>11:35  so what is the importance of patience after doing dua? haan, dekhiye, insan ke bare mein quran mein</w:t>
      </w:r>
      <w:r>
        <w:br/>
      </w:r>
      <w:r>
        <w:rPr>
          <w:sz w:val="20"/>
        </w:rPr>
        <w:t>11:43  aaya hai ke khuliqa al insanu min ajil, ajil yani insan ka jald bazi hai.</w:t>
      </w:r>
      <w:r>
        <w:br/>
      </w:r>
      <w:r>
        <w:rPr>
          <w:sz w:val="20"/>
        </w:rPr>
        <w:t>11:51  insan ki nature mein jald bazi hai, lekin Allah jald baz nahi hai.</w:t>
      </w:r>
      <w:r>
        <w:br/>
      </w:r>
      <w:r>
        <w:rPr>
          <w:sz w:val="20"/>
        </w:rPr>
        <w:t>11:58  yeh bhi hadees mein aata hai ke insaan jald baaz hai jabke Khuda jald baaz nahi hai. to agar aap dua karein aur chahein jaldi se poori ho jaaye to jis se aap maang rahe hain, woh to jald baaz hai hi nahi. to kaise qabool hogi? yeh kabhi nahi samajhna chahiye ke sirf dua kar dena kaafi hai aur qabool ho jayegi. isi condition ko poora karna padega. yahan tak ke prophet ke liye bhi zaroori hai. yeh chahe dekhi</w:t>
      </w:r>
      <w:r>
        <w:br/>
      </w:r>
      <w:r>
        <w:rPr>
          <w:sz w:val="20"/>
        </w:rPr>
        <w:t>12:28  e, ab sari dunya ke musalman qunut nazar padhte hain fajar ke namaz ke baad, yani lanat karte</w:t>
      </w:r>
      <w:r>
        <w:br/>
      </w:r>
      <w:r>
        <w:rPr>
          <w:sz w:val="20"/>
        </w:rPr>
        <w:t>12:34  hain un logon ko jin ko woh kafir samajhte hain, dushman samajhte hain.</w:t>
      </w:r>
      <w:r>
        <w:br/>
      </w:r>
      <w:r>
        <w:rPr>
          <w:sz w:val="20"/>
        </w:rPr>
        <w:t>12:40  aaj tak yeh dua qabool nahi hui.</w:t>
      </w:r>
      <w:r>
        <w:br/>
      </w:r>
      <w:r>
        <w:rPr>
          <w:sz w:val="20"/>
        </w:rPr>
        <w:t>12:46  jabke hadith mein aata hai ke rasool Allah ne chhod diya is ko ek bar karne ke baad.</w:t>
      </w:r>
      <w:r>
        <w:br/>
      </w:r>
      <w:r>
        <w:rPr>
          <w:sz w:val="20"/>
        </w:rPr>
        <w:t>12:52  log abhi tak kiye chale hain kyunke kisi ki lanat se kisi bigadna nahi, kisi</w:t>
      </w:r>
      <w:r>
        <w:br/>
      </w:r>
      <w:r>
        <w:rPr>
          <w:sz w:val="20"/>
        </w:rPr>
        <w:t>12:58  ki dua se kisi ko banega nahi, kisi ki lanat se kisi ko bigde nahi.</w:t>
      </w:r>
      <w:r>
        <w:br/>
      </w:r>
      <w:r>
        <w:rPr>
          <w:sz w:val="20"/>
        </w:rPr>
        <w:t>13:04  yeh allah ka apna faisla hai.</w:t>
      </w:r>
      <w:r>
        <w:br/>
      </w:r>
      <w:r>
        <w:rPr>
          <w:sz w:val="20"/>
        </w:rPr>
        <w:t>13:09  allah ka apna faisla hai.</w:t>
      </w:r>
      <w:r>
        <w:br/>
      </w:r>
      <w:r>
        <w:rPr>
          <w:sz w:val="20"/>
        </w:rPr>
        <w:t>13:14  to aap jab bhi dua karein to pari dua ki sharton ko zaroor poora karein, warna aap kya</w:t>
      </w:r>
      <w:r>
        <w:br/>
      </w:r>
      <w:r>
        <w:rPr>
          <w:sz w:val="20"/>
        </w:rPr>
        <w:t>13:19  ہے؟ آپ کا اور فرسٹریشن آئے گا، الٹا ہو جائے گا آپ کا، یعنی کہ counterproductive بن</w:t>
      </w:r>
      <w:r>
        <w:br/>
      </w:r>
      <w:r>
        <w:rPr>
          <w:sz w:val="20"/>
        </w:rPr>
        <w:t>13:24  jaati hai aap ki dua.</w:t>
      </w:r>
    </w:p>
    <w:p>
      <w:pPr>
        <w:pStyle w:val="Heading2"/>
      </w:pPr>
      <w:r>
        <w:t>Scientific method proves unseen realities like God</w:t>
      </w:r>
    </w:p>
    <w:p>
      <w:r>
        <w:rPr>
          <w:color w:val="666666"/>
          <w:sz w:val="18"/>
        </w:rPr>
        <w:t>The Existence of God July 23, 2017 Maulana Wahiduddin Khan · 5m 44s · at 2:56 · https://youtu.be/shLM_JhG3iE?t=176</w:t>
      </w:r>
    </w:p>
    <w:p>
      <w:r>
        <w:rPr>
          <w:i/>
        </w:rPr>
        <w:t>“Mujhe koi logic, koi rational argument mujhe nahi mila”</w:t>
      </w:r>
    </w:p>
    <w:p>
      <w:r>
        <w:rPr>
          <w:sz w:val="20"/>
        </w:rPr>
        <w:t>2:56  mujhe koi logic, koi rational argument mujhe nahi mila. maslan dekhen, sab se zyada jo istemal kiya jata tha jo baat yeh hai ke Khuda hai to dikhai kyun nahi deta?</w:t>
      </w:r>
      <w:r>
        <w:br/>
      </w:r>
      <w:r>
        <w:rPr>
          <w:sz w:val="20"/>
        </w:rPr>
        <w:t>3:14  jaise suraj hum dekhte hain, chand dekhte hain, sitara dekhte hain to Khuda ko to hum dekh rahe hain, aisa hona chahiye. lekin aap dekhen, insan ke paas jo baaton ko samajhne ke liye jo ilm hai woh science hai.</w:t>
      </w:r>
      <w:r>
        <w:br/>
      </w:r>
      <w:r>
        <w:rPr>
          <w:sz w:val="20"/>
        </w:rPr>
        <w:t>3:31  sab se bada ilm jo insan ke paas hai baaton ko samajhne ke liye woh science hai. to science ka development jo hua to woh yahan tak pahuncha, yani 20th century ke shuru mein, aaghaz mein ke</w:t>
      </w:r>
      <w:r>
        <w:br/>
      </w:r>
      <w:r>
        <w:rPr>
          <w:sz w:val="20"/>
        </w:rPr>
        <w:t>3:51  ek bahut hi important discovery hui.</w:t>
      </w:r>
      <w:r>
        <w:br/>
      </w:r>
      <w:r>
        <w:rPr>
          <w:sz w:val="20"/>
        </w:rPr>
        <w:t>3:59  woh thi</w:t>
      </w:r>
      <w:r>
        <w:br/>
      </w:r>
      <w:r>
        <w:rPr>
          <w:sz w:val="20"/>
        </w:rPr>
        <w:t>4:03  ke insan ne daryaft kiya ke jis cheez ko hum kehte hain atom, uska ek ek uska ek part hai, uska ek particle hai jo subatomic particle kaha jata hai,</w:t>
      </w:r>
      <w:r>
        <w:br/>
      </w:r>
      <w:r>
        <w:rPr>
          <w:sz w:val="20"/>
        </w:rPr>
        <w:t>4:18  to woh dikhai nahi deta. kisi bhi durbin ya khurdbeen se hum subatomic particle ko dekh nahi sakte, jabke hum logically hum ko manne par majboor hain.</w:t>
      </w:r>
      <w:r>
        <w:br/>
      </w:r>
      <w:r>
        <w:rPr>
          <w:sz w:val="20"/>
        </w:rPr>
        <w:t>4:34  Logically. kyunke dekhen, purely scientific aitbar se jab uska jaiza yeh liya jaye to maloom hoga ke agar hum subatomic particle ko na manen to hamein atom hi ka inkar karna padega, khud atom ka.</w:t>
      </w:r>
      <w:r>
        <w:br/>
      </w:r>
      <w:r>
        <w:rPr>
          <w:sz w:val="20"/>
        </w:rPr>
        <w:t>4:51  Atom ko na manen to poori duniya ki har cheez ka inkar karna padega, sari kainaat ka inkar karna padega. bahut mushkil masla yeh tha.</w:t>
      </w:r>
      <w:r>
        <w:br/>
      </w:r>
      <w:r>
        <w:rPr>
          <w:sz w:val="20"/>
        </w:rPr>
        <w:t>5:01  aap subatomic particle ko na manen to phir aap ko manna padega ke yeh atom nahi hai. Atom ko na manen to manna padega ke universe nahi hai.</w:t>
      </w:r>
      <w:r>
        <w:br/>
      </w:r>
      <w:r>
        <w:rPr>
          <w:sz w:val="20"/>
        </w:rPr>
        <w:t>5:10  to yeh kaise keh sakte hain aap? kaise aisa keh sakte hain aap? yeh aap kehne ki position mein aap nahi hain. to phir kya discovery hui?</w:t>
      </w:r>
      <w:r>
        <w:br/>
      </w:r>
      <w:r>
        <w:rPr>
          <w:sz w:val="20"/>
        </w:rPr>
        <w:t>5:22  yeh discovery hui ke</w:t>
      </w:r>
      <w:r>
        <w:br/>
      </w:r>
      <w:r>
        <w:rPr>
          <w:sz w:val="20"/>
        </w:rPr>
        <w:t>5:28  sab duniya ki tamam cheezen aap jante hain ke move kar rahi hain, harkat mein hain. to subatomic particle jo hai woh bhi harkat mein hai, agarche woh bilkul hi dikhai nahi deta kisi bhi tareeqe se.</w:t>
      </w:r>
      <w:r>
        <w:br/>
      </w:r>
      <w:r>
        <w:rPr>
          <w:sz w:val="20"/>
        </w:rPr>
        <w:t>5:43  yahan tak ke scientist ne keh diya ke woh waves of probability hai. Waves of probability.</w:t>
      </w:r>
      <w:r>
        <w:br/>
      </w:r>
      <w:r>
        <w:rPr>
          <w:sz w:val="20"/>
        </w:rPr>
        <w:t>5:54  to ab sawal yeh tha ke aap kaise manen isko? inkar karen to inkar kar nahi sakte, iska inkar karenge to har cheez ka inkar karna padega.</w:t>
      </w:r>
      <w:r>
        <w:br/>
      </w:r>
      <w:r>
        <w:rPr>
          <w:sz w:val="20"/>
        </w:rPr>
        <w:t>6:07  to discovery hui ke yeh jo subatomic particle hain jo move karte hain, move to woh ek right sense mein ek ek ek heat generate karte hain.</w:t>
      </w:r>
      <w:r>
        <w:br/>
      </w:r>
      <w:r>
        <w:rPr>
          <w:sz w:val="20"/>
        </w:rPr>
        <w:t>6:29  yani subatomic particle jo chalte hain bahut tezi ke sath, agarche unka wajood science ke mutabiq koi observable nahi hai, to woh heat generate karte hain.</w:t>
      </w:r>
      <w:r>
        <w:br/>
      </w:r>
      <w:r>
        <w:rPr>
          <w:sz w:val="20"/>
        </w:rPr>
        <w:t>6:43  to agarche hum subatomic particle ko nahi dekhte, isko hum detect nahi kar sakte, lekin heat ko hum detect kar pate hain.</w:t>
      </w:r>
      <w:r>
        <w:br/>
      </w:r>
      <w:r>
        <w:rPr>
          <w:sz w:val="20"/>
        </w:rPr>
        <w:t>6:53  Detect. to iska matlab hai ke hum yahan pe yeh manna padega ke agarche hum subatomic particle ko nahi dekhte, lekin iske effects hain, iska effect.</w:t>
      </w:r>
      <w:r>
        <w:br/>
      </w:r>
      <w:r>
        <w:rPr>
          <w:sz w:val="20"/>
        </w:rPr>
        <w:t>7:08  yani iske harkat se jo jo heat generate hoti hai, usko hum experience karte hain.</w:t>
      </w:r>
      <w:r>
        <w:br/>
      </w:r>
      <w:r>
        <w:rPr>
          <w:sz w:val="20"/>
        </w:rPr>
        <w:t>7:18  to effects se hum ne manna padega, iske effects ke bare mein yahan koi cheez hai jis ko hum atomic particle kahen, subatomic particle.</w:t>
      </w:r>
      <w:r>
        <w:br/>
      </w:r>
      <w:r>
        <w:rPr>
          <w:sz w:val="20"/>
        </w:rPr>
        <w:t>7:29  to iske baad science mein ek ek naya ek ek baat add karni padi, kyunke yeh tha, yani is matlab mein tha ke probably there is a subatomic particle.</w:t>
      </w:r>
      <w:r>
        <w:br/>
      </w:r>
      <w:r>
        <w:rPr>
          <w:sz w:val="20"/>
        </w:rPr>
        <w:t>7:50  yani science ki zuban mein jo baat aap keh sakte the, ab yeh thi ke probably, kyunke dekh to sakte nahi aap, probably there is a subatomic particle.</w:t>
      </w:r>
      <w:r>
        <w:br/>
      </w:r>
      <w:r>
        <w:rPr>
          <w:sz w:val="20"/>
        </w:rPr>
        <w:t>8:04  yeh manna pada ke probability is a way of argument. yani probability ko bhi manna pada science mein, jis tarah observation ya experience waghera ek yani aisi cheez hai jis ko hum ko logically manna padta hai.</w:t>
      </w:r>
      <w:r>
        <w:br/>
      </w:r>
      <w:r>
        <w:rPr>
          <w:sz w:val="20"/>
        </w:rPr>
        <w:t>8:23  to probability ko manna pada, aur yeh manna pada ke ke probability jo hai, probability woh agarche less than certainty hai, lekin woh more than perhaps hai.</w:t>
      </w:r>
    </w:p>
    <w:p>
      <w:pPr>
        <w:pStyle w:val="Heading2"/>
      </w:pPr>
      <w:r>
        <w:t>Personal transformation and rediscover Islam</w:t>
      </w:r>
    </w:p>
    <w:p>
      <w:r>
        <w:rPr>
          <w:color w:val="666666"/>
          <w:sz w:val="18"/>
        </w:rPr>
        <w:t>The Task Ahead | October 11, 2009 | Maulana Wahiduddin Khan · 5m 35s · at 24:07 · https://youtu.be/07gb5LwpFpg?t=1447</w:t>
      </w:r>
    </w:p>
    <w:p>
      <w:r>
        <w:rPr>
          <w:i/>
        </w:rPr>
        <w:t>“Allah ne aahista kiya ke main negative thinking se khali ho gaya.”</w:t>
      </w:r>
    </w:p>
    <w:p>
      <w:r>
        <w:rPr>
          <w:sz w:val="20"/>
        </w:rPr>
        <w:t>24:07  se Allah taala ne ahista kiya ke mein negative thinking se bilkul hi khali kar diya ab is ko. koi aisa operation meri zindagi mein hua bachpan mein mein chhat se gir pada tha. aur gir kar behosh ho gaya tha. sara khoon beh gaya tha. yani teesri manzil se doosri manzil par gir gaya tha. jab mein gaon mein rehta tha badhiya mein tab ki baat hai. chhota tha. to shayad isi mein kuch operation mere dimagh ka hua ke mere dimagh se negati</w:t>
      </w:r>
      <w:r>
        <w:br/>
      </w:r>
      <w:r>
        <w:rPr>
          <w:sz w:val="20"/>
        </w:rPr>
        <w:t>24:37  vote khatam ho gayi.</w:t>
      </w:r>
      <w:r>
        <w:br/>
      </w:r>
      <w:r>
        <w:rPr>
          <w:sz w:val="20"/>
        </w:rPr>
        <w:t>24:42  kisi bhi waqeye ko is ke baad se main ne negative andaaz mein nahi dekha.</w:t>
      </w:r>
      <w:r>
        <w:br/>
      </w:r>
      <w:r>
        <w:rPr>
          <w:sz w:val="20"/>
        </w:rPr>
        <w:t>24:47  misal ke taur par dekhiye hamare bare bhai hote hain aap aalamah sohail.</w:t>
      </w:r>
      <w:r>
        <w:br/>
      </w:r>
      <w:r>
        <w:rPr>
          <w:sz w:val="20"/>
        </w:rPr>
        <w:t>24:52  wo freedom fighter the, main bhi un ke sath isi mein rehta tha chote par.</w:t>
      </w:r>
      <w:r>
        <w:br/>
      </w:r>
      <w:r>
        <w:rPr>
          <w:sz w:val="20"/>
        </w:rPr>
        <w:t>24:57  to wo us waqt kya kehte the? keh hindu India mein hindu musalman jo ladte hain wo angrez</w:t>
      </w:r>
      <w:r>
        <w:br/>
      </w:r>
      <w:r>
        <w:rPr>
          <w:sz w:val="20"/>
        </w:rPr>
        <w:t>25:03  ladwa raha hai.</w:t>
      </w:r>
      <w:r>
        <w:br/>
      </w:r>
      <w:r>
        <w:rPr>
          <w:sz w:val="20"/>
        </w:rPr>
        <w:t>25:08  to un ka sher tha: "yun sheesha o saghar takrayein, munh dekhte mein kuchla jayen." yani sheesha aur</w:t>
      </w:r>
      <w:r>
        <w:br/>
      </w:r>
      <w:r>
        <w:rPr>
          <w:sz w:val="20"/>
        </w:rPr>
        <w:t>25:13  saghar yani yeh dekhiye yeh glass hai aur yeh sheesha bhi hai.</w:t>
      </w:r>
      <w:r>
        <w:br/>
      </w:r>
      <w:r>
        <w:rPr>
          <w:sz w:val="20"/>
        </w:rPr>
        <w:t>25:18  to sheesha aur glass ek hi cheez hai.</w:t>
      </w:r>
      <w:r>
        <w:br/>
      </w:r>
      <w:r>
        <w:rPr>
          <w:sz w:val="20"/>
        </w:rPr>
        <w:t>25:24  to unhone kaha tha keh "yun sheesha o saghar takrayein, munh dekhte mein kuchla jayen." yeh sheesha</w:t>
      </w:r>
      <w:r>
        <w:br/>
      </w:r>
      <w:r>
        <w:rPr>
          <w:sz w:val="20"/>
        </w:rPr>
        <w:t>25:29  aur glass dono ek hi cheez hain phir bhi lad rahe hain aapas mein.</w:t>
      </w:r>
      <w:r>
        <w:br/>
      </w:r>
      <w:r>
        <w:rPr>
          <w:sz w:val="20"/>
        </w:rPr>
        <w:t>25:34  woh hindu musalman ek hai bilkul aur angrez ladwa rahe hain hum ko.</w:t>
      </w:r>
      <w:r>
        <w:br/>
      </w:r>
      <w:r>
        <w:rPr>
          <w:sz w:val="20"/>
        </w:rPr>
        <w:t>25:39  1947 mein india azaad ho gaya. aur us ke baad bhi larai chalti rahi. kamra right shuru ho gaye. to kya hua? iqbal sohail sahib negative ho gaye. iqbal sohail kaha tha unhone mere bade bhai the woh. lekin mein aap jante hain ke mein family ko le kar koi bhi</w:t>
      </w:r>
      <w:r>
        <w:br/>
      </w:r>
      <w:r>
        <w:rPr>
          <w:sz w:val="20"/>
        </w:rPr>
        <w:t>26:09  meri soch nahi chalti. mein koi na family hai na koi dost hai na koi kuch nahi. mera sab kuch khuda hai. sab kuch mera khuda hai. to unhone phir sher kaha kya? is ke baad unhone yeh kaha: "tumhari pasti fitrat na thi yun aashiqa rab tak ke thi deewar zinda raaz dil ki parda daar ab tak." yani hinduo ke bare mein kaha unhone ke hindu bohat hi pa</w:t>
      </w:r>
      <w:r>
        <w:br/>
      </w:r>
      <w:r>
        <w:rPr>
          <w:sz w:val="20"/>
        </w:rPr>
        <w:t>26:39  sath thay lekin chupi hui thi angrezon ki wajah se un ki.</w:t>
      </w:r>
      <w:r>
        <w:br/>
      </w:r>
      <w:r>
        <w:rPr>
          <w:sz w:val="20"/>
        </w:rPr>
        <w:t>26:43  tumhari pasti fitrat na thi youn aashiqa rab tak ke thi deewar zinda raaz dil ki parda daar ab tak.</w:t>
      </w:r>
      <w:r>
        <w:br/>
      </w:r>
      <w:r>
        <w:rPr>
          <w:sz w:val="20"/>
        </w:rPr>
        <w:t>26:47  main khuda hafiz se kabhi hindu se nafrat nahi ki maine.</w:t>
      </w:r>
      <w:r>
        <w:br/>
      </w:r>
      <w:r>
        <w:rPr>
          <w:sz w:val="20"/>
        </w:rPr>
        <w:t>26:51  woh ek naya morr aa gaya mere liye.</w:t>
      </w:r>
      <w:r>
        <w:br/>
      </w:r>
      <w:r>
        <w:rPr>
          <w:sz w:val="20"/>
        </w:rPr>
        <w:t>26:55  jab maine dekha ke hindu musalman ab bhi lad rahe hain.</w:t>
      </w:r>
      <w:r>
        <w:br/>
      </w:r>
      <w:r>
        <w:rPr>
          <w:sz w:val="20"/>
        </w:rPr>
        <w:t>26:59  angrez jaane ke baad bhi.</w:t>
      </w:r>
      <w:r>
        <w:br/>
      </w:r>
      <w:r>
        <w:rPr>
          <w:sz w:val="20"/>
        </w:rPr>
        <w:t>27:02  toh maine kaha ke mera goal galat tha.</w:t>
      </w:r>
      <w:r>
        <w:br/>
      </w:r>
      <w:r>
        <w:rPr>
          <w:sz w:val="20"/>
        </w:rPr>
        <w:t>27:06  goal azadi nahi thi, goal truth thi, truth, sachai.</w:t>
      </w:r>
      <w:r>
        <w:br/>
      </w:r>
      <w:r>
        <w:rPr>
          <w:sz w:val="20"/>
        </w:rPr>
        <w:t>27:10  wohin se yani 47 se mere andar ek naya انقلاب aaya. 47 se. mein ne 1936 mein jab hamare bhai sahab upa ke member member bane the upa assembly mein 1936 mein. us waqt se shuru hui thi meri zindagi yani 70 saal pehle. to 70 saal pehle kya tha mein samajhta tha ke angrez sare jo malady hai india mein us ke zimmedar angrez hain. to angrez jayenge to hindu musalman jo hain aapas mein</w:t>
      </w:r>
      <w:r>
        <w:br/>
      </w:r>
      <w:r>
        <w:rPr>
          <w:sz w:val="20"/>
        </w:rPr>
        <w:t>27:40  khoob dost ban kar rahenge.</w:t>
      </w:r>
      <w:r>
        <w:br/>
      </w:r>
      <w:r>
        <w:rPr>
          <w:sz w:val="20"/>
        </w:rPr>
        <w:t>27:45  aur 47 mein jab hindu musalman phir ladne lage.</w:t>
      </w:r>
      <w:r>
        <w:br/>
      </w:r>
      <w:r>
        <w:rPr>
          <w:sz w:val="20"/>
        </w:rPr>
        <w:t>27:49  toh na sirf Iqbal Sohail sari India one to all sare log jo hain sare musalman hindu se</w:t>
      </w:r>
      <w:r>
        <w:br/>
      </w:r>
      <w:r>
        <w:rPr>
          <w:sz w:val="20"/>
        </w:rPr>
        <w:t>27:54  nafrat karne lage.</w:t>
      </w:r>
      <w:r>
        <w:br/>
      </w:r>
      <w:r>
        <w:rPr>
          <w:sz w:val="20"/>
        </w:rPr>
        <w:t>27:58  sare hi musalman ek bhi is mein exception nahi yaad rakhiye.</w:t>
      </w:r>
      <w:r>
        <w:br/>
      </w:r>
      <w:r>
        <w:rPr>
          <w:sz w:val="20"/>
        </w:rPr>
        <w:t>28:02  ke pehle nafrat karte thay woh angrez se ab karne lage hindu se.</w:t>
      </w:r>
      <w:r>
        <w:br/>
      </w:r>
      <w:r>
        <w:rPr>
          <w:sz w:val="20"/>
        </w:rPr>
        <w:t>28:07  main akela exception tha ke maine kaha ke yeh sab yeh yeh goal hi galat tha.</w:t>
      </w:r>
      <w:r>
        <w:br/>
      </w:r>
      <w:r>
        <w:rPr>
          <w:sz w:val="20"/>
        </w:rPr>
        <w:t>28:11  sahi goal hai sachai ki talash, khuda ki talash.</w:t>
      </w:r>
      <w:r>
        <w:br/>
      </w:r>
      <w:r>
        <w:rPr>
          <w:sz w:val="20"/>
        </w:rPr>
        <w:t>28:15  aur us waqt se meri zindagi mein ek naya inqilab aaya.</w:t>
      </w:r>
      <w:r>
        <w:br/>
      </w:r>
      <w:r>
        <w:rPr>
          <w:sz w:val="20"/>
        </w:rPr>
        <w:t>28:19  toh yeh jo hamare leader thay chahe arab hon ya ghair arab.</w:t>
      </w:r>
      <w:r>
        <w:br/>
      </w:r>
      <w:r>
        <w:rPr>
          <w:sz w:val="20"/>
        </w:rPr>
        <w:t>28:23  bas angrezon se nafrat karne lage, Americans se nafrat karne lage.</w:t>
      </w:r>
      <w:r>
        <w:br/>
      </w:r>
      <w:r>
        <w:rPr>
          <w:sz w:val="20"/>
        </w:rPr>
        <w:t>28:26  French se nafrat karne lage.</w:t>
      </w:r>
      <w:r>
        <w:br/>
      </w:r>
      <w:r>
        <w:rPr>
          <w:sz w:val="20"/>
        </w:rPr>
        <w:t>28:30  kyun ke unhon ne khilafat empire ko khatam kiya tha.</w:t>
      </w:r>
      <w:r>
        <w:br/>
      </w:r>
      <w:r>
        <w:rPr>
          <w:sz w:val="20"/>
        </w:rPr>
        <w:t>28:34  aur Mughal empire ko khatam kiya tha.</w:t>
      </w:r>
      <w:r>
        <w:br/>
      </w:r>
      <w:r>
        <w:rPr>
          <w:sz w:val="20"/>
        </w:rPr>
        <w:t>28:38  lekin sochne ki baat yeh thi ke introspection aata hai unhon ne un ke andar. ke hamari</w:t>
      </w:r>
      <w:r>
        <w:br/>
      </w:r>
      <w:r>
        <w:rPr>
          <w:sz w:val="20"/>
        </w:rPr>
        <w:t>28:42  kon si weakness thi jis ki waja se aisa hua.</w:t>
      </w:r>
      <w:r>
        <w:br/>
      </w:r>
      <w:r>
        <w:rPr>
          <w:sz w:val="20"/>
        </w:rPr>
        <w:t>28:47  yad rakhiye hamesha aap ki internal weakness se aisi baatein hua karti hain.</w:t>
      </w:r>
      <w:r>
        <w:br/>
      </w:r>
      <w:r>
        <w:rPr>
          <w:sz w:val="20"/>
        </w:rPr>
        <w:t>28:52  koi zulm nahi, koi conspiracy nahi.</w:t>
      </w:r>
      <w:r>
        <w:br/>
      </w:r>
      <w:r>
        <w:rPr>
          <w:sz w:val="20"/>
        </w:rPr>
        <w:t>28:57  koi bahir ka koi kuch nahi karta.</w:t>
      </w:r>
      <w:r>
        <w:br/>
      </w:r>
      <w:r>
        <w:rPr>
          <w:sz w:val="20"/>
        </w:rPr>
        <w:t>29:02  aap ki apni weakness jo hai usi sab kuch hota hai jo hota hai.</w:t>
      </w:r>
      <w:r>
        <w:br/>
      </w:r>
      <w:r>
        <w:rPr>
          <w:sz w:val="20"/>
        </w:rPr>
        <w:t>29:07  to ab ab jo kya hua? ke reaction</w:t>
      </w:r>
      <w:r>
        <w:br/>
      </w:r>
      <w:r>
        <w:rPr>
          <w:sz w:val="20"/>
        </w:rPr>
        <w:t>29:12  kar ke un ke khilaf lage taqreerain karne.</w:t>
      </w:r>
      <w:r>
        <w:br/>
      </w:r>
      <w:r>
        <w:rPr>
          <w:sz w:val="20"/>
        </w:rPr>
        <w:t>29:15  jo Muhammaduddin Owain thay woh Paris pohanch gaye.</w:t>
      </w:r>
      <w:r>
        <w:br/>
      </w:r>
      <w:r>
        <w:rPr>
          <w:sz w:val="20"/>
        </w:rPr>
        <w:t>29:18  wahan se nikalte thay al-Urdu al-Asqa.</w:t>
      </w:r>
      <w:r>
        <w:br/>
      </w:r>
      <w:r>
        <w:rPr>
          <w:sz w:val="20"/>
        </w:rPr>
        <w:t>29:22  kyun ke yahan par mauqa nahi dekha unhon ne.</w:t>
      </w:r>
      <w:r>
        <w:br/>
      </w:r>
      <w:r>
        <w:rPr>
          <w:sz w:val="20"/>
        </w:rPr>
        <w:t>29:25  jo Paris se nikalte thay al-Urdu al-Asqa.</w:t>
      </w:r>
      <w:r>
        <w:br/>
      </w:r>
      <w:r>
        <w:rPr>
          <w:sz w:val="20"/>
        </w:rPr>
        <w:t>29:29  colonialism ke khilaf.</w:t>
      </w:r>
      <w:r>
        <w:br/>
      </w:r>
      <w:r>
        <w:rPr>
          <w:sz w:val="20"/>
        </w:rPr>
        <w:t>29:32  aag barshate thay aag.</w:t>
      </w:r>
      <w:r>
        <w:br/>
      </w:r>
      <w:r>
        <w:rPr>
          <w:sz w:val="20"/>
        </w:rPr>
        <w:t>29:35  is se kuch nahi kaam chala.</w:t>
      </w:r>
      <w:r>
        <w:br/>
      </w:r>
      <w:r>
        <w:rPr>
          <w:sz w:val="20"/>
        </w:rPr>
        <w:t>29:39  to kya hua phir ladaai chhedi jihad ke naam par is se bhi kuch kaam nahi chala.</w:t>
      </w:r>
    </w:p>
    <w:p>
      <w:pPr>
        <w:pStyle w:val="Heading2"/>
      </w:pPr>
      <w:r>
        <w:t>Two aspects: reawakening and reinterpretation</w:t>
      </w:r>
    </w:p>
    <w:p>
      <w:r>
        <w:rPr>
          <w:color w:val="666666"/>
          <w:sz w:val="18"/>
        </w:rPr>
        <w:t>The Concept of Tajdid in Islam April 19, 2007 · 3m 17s · at 3:44 · https://youtu.be/xOF-8m3m7KA?t=224</w:t>
      </w:r>
    </w:p>
    <w:p>
      <w:r>
        <w:rPr>
          <w:i/>
        </w:rPr>
        <w:t>“Now, there are two different aspects of this Tajdeed.”</w:t>
      </w:r>
    </w:p>
    <w:p>
      <w:r>
        <w:rPr>
          <w:sz w:val="20"/>
        </w:rPr>
        <w:t>3:44  now, there are two different aspects of this tajdeed.</w:t>
      </w:r>
      <w:r>
        <w:br/>
      </w:r>
      <w:r>
        <w:rPr>
          <w:sz w:val="20"/>
        </w:rPr>
        <w:t>3:57  one i can say reawakening. the second i can say reinterpretation.</w:t>
      </w:r>
      <w:r>
        <w:br/>
      </w:r>
      <w:r>
        <w:rPr>
          <w:sz w:val="20"/>
        </w:rPr>
        <w:t>4:09  the first aspect means deterioration in practice.</w:t>
      </w:r>
      <w:r>
        <w:br/>
      </w:r>
      <w:r>
        <w:rPr>
          <w:sz w:val="20"/>
        </w:rPr>
        <w:t>4:19  this is where we find a reference in this regard in the hadith</w:t>
      </w:r>
      <w:r>
        <w:br/>
      </w:r>
      <w:r>
        <w:rPr>
          <w:sz w:val="20"/>
        </w:rPr>
        <w:t>4:26  . the prophet of islam has said: "masaj ma'amra wa hi kharab min al-hadi". the day will come when masjids are full, but there is no guide, there is no hidayat.</w:t>
      </w:r>
      <w:r>
        <w:br/>
      </w:r>
      <w:r>
        <w:rPr>
          <w:sz w:val="20"/>
        </w:rPr>
        <w:t>4:50  that means spirit.</w:t>
      </w:r>
      <w:r>
        <w:br/>
      </w:r>
      <w:r>
        <w:rPr>
          <w:sz w:val="20"/>
        </w:rPr>
        <w:t>4:53  so activities are there, but spirit is not. it means that salat, sirat, salat prayer will be there,</w:t>
      </w:r>
      <w:r>
        <w:br/>
      </w:r>
      <w:r>
        <w:rPr>
          <w:sz w:val="20"/>
        </w:rPr>
        <w:t>5:09  but only some rituals, only a form.</w:t>
      </w:r>
      <w:r>
        <w:br/>
      </w:r>
      <w:r>
        <w:rPr>
          <w:sz w:val="20"/>
        </w:rPr>
        <w:t>5:16  as far as the spirit is concerned, so spirit is not there.</w:t>
      </w:r>
      <w:r>
        <w:br/>
      </w:r>
      <w:r>
        <w:rPr>
          <w:sz w:val="20"/>
        </w:rPr>
        <w:t>5:23  so this is deterioration. when salat becomes spirit less, that is deterioration.</w:t>
      </w:r>
      <w:r>
        <w:br/>
      </w:r>
      <w:r>
        <w:rPr>
          <w:sz w:val="20"/>
        </w:rPr>
        <w:t>5:36  so here revival means to revive the spirit of salat</w:t>
      </w:r>
      <w:r>
        <w:br/>
      </w:r>
      <w:r>
        <w:rPr>
          <w:sz w:val="20"/>
        </w:rPr>
        <w:t>5:46  . when salat is based, when salat is reduced to a form.</w:t>
      </w:r>
      <w:r>
        <w:br/>
      </w:r>
      <w:r>
        <w:rPr>
          <w:sz w:val="20"/>
        </w:rPr>
        <w:t>5:54  when prayer salat is reduced to a form or set of rituals, you have to reestablish it in spirit.</w:t>
      </w:r>
      <w:r>
        <w:br/>
      </w:r>
      <w:r>
        <w:rPr>
          <w:sz w:val="20"/>
        </w:rPr>
        <w:t>6:06  so in islam, spirit based ibadah is required or not simply form based ibadah.</w:t>
      </w:r>
      <w:r>
        <w:br/>
      </w:r>
      <w:r>
        <w:rPr>
          <w:sz w:val="20"/>
        </w:rPr>
        <w:t>6:18  so is the first aspect. every time when islamic practice, islamic ibadah reduces to a form, to rituals, then it is duty of scholars, duty of mujaddid to</w:t>
      </w:r>
      <w:r>
        <w:br/>
      </w:r>
      <w:r>
        <w:rPr>
          <w:sz w:val="20"/>
        </w:rPr>
        <w:t>6:44  inculcate spirit, to base it on spirit.</w:t>
      </w:r>
      <w:r>
        <w:br/>
      </w:r>
      <w:r>
        <w:rPr>
          <w:sz w:val="20"/>
        </w:rPr>
        <w:t>6:52  because spirit based ibadah is required or not</w:t>
      </w:r>
    </w:p>
    <w:p>
      <w:pPr>
        <w:pStyle w:val="Heading2"/>
      </w:pPr>
      <w:r>
        <w:t>Formula for peaceful life is forgiveness</w:t>
      </w:r>
    </w:p>
    <w:p>
      <w:r>
        <w:rPr>
          <w:color w:val="666666"/>
          <w:sz w:val="18"/>
        </w:rPr>
        <w:t>Character for Paradise Feb. 16, 2019 · 4m 15s · at 36:28 · https://youtu.be/kMURA2gUDN8?t=2188</w:t>
      </w:r>
    </w:p>
    <w:p>
      <w:r>
        <w:rPr>
          <w:i/>
        </w:rPr>
        <w:t>“Pur aman zindagi ka formula kya hai?”</w:t>
      </w:r>
    </w:p>
    <w:p>
      <w:r>
        <w:rPr>
          <w:sz w:val="20"/>
        </w:rPr>
        <w:t>36:28  Ah Maulana, ek sawal bheja hai Maulana Iqbal Umri ne Chennai se. Unhone likha hai: "Pur aman zindagi ka formula kya hai?</w:t>
      </w:r>
      <w:r>
        <w:br/>
      </w:r>
      <w:r>
        <w:rPr>
          <w:sz w:val="20"/>
        </w:rPr>
        <w:t>36:40  Is ko wazeh karein." Main toh samajhta hoon ke yahi formula sab se strong formula hai ke</w:t>
      </w:r>
      <w:r>
        <w:br/>
      </w:r>
      <w:r>
        <w:rPr>
          <w:sz w:val="20"/>
        </w:rPr>
        <w:t>36:53  yeh samjha jaye ke aman ke baghair jannat mein dakhila nahi milega kyunke woh darussalam hai.</w:t>
      </w:r>
      <w:r>
        <w:br/>
      </w:r>
      <w:r>
        <w:rPr>
          <w:sz w:val="20"/>
        </w:rPr>
        <w:t>37:03  Aman jo hai, jannat jo hai, woh darussalam hai. Toh agar hamara andar peaceful behavior nahi hoga toh jannat milne wali nahi.</w:t>
      </w:r>
      <w:r>
        <w:br/>
      </w:r>
      <w:r>
        <w:rPr>
          <w:sz w:val="20"/>
        </w:rPr>
        <w:t>37:24  Isi liye aap dekhiye, Sahaba ki zindagi ko dekhiye. Saare Sahaba jo hai, yaani andeshe mein jite the ke pata nahi akhirat mein kya hoga.</w:t>
      </w:r>
      <w:r>
        <w:br/>
      </w:r>
      <w:r>
        <w:rPr>
          <w:sz w:val="20"/>
        </w:rPr>
        <w:t>37:40  Jo taqwa, jiske andar mizaj ho, jo andeshe bajiye, jo dar laga ho ke pata nahi Allah taala mujhe mere saath kya mamla karne wale hain, toh woh kabhi bhi yeh sab harkat nahi karega.</w:t>
      </w:r>
      <w:r>
        <w:br/>
      </w:r>
      <w:r>
        <w:rPr>
          <w:sz w:val="20"/>
        </w:rPr>
        <w:t>37:58  Toh taqwa ka mizaj sab se zyada aadmi ko bachane wala mizaj hai.</w:t>
      </w:r>
      <w:r>
        <w:br/>
      </w:r>
      <w:r>
        <w:rPr>
          <w:sz w:val="20"/>
        </w:rPr>
        <w:t>38:11  Aap gaur kijiye, jo yeh kahe ke idhar main insano ko marunga aur idhar main jannat ke darwaze khul jayenge, woh sab se zyada jannat ko se bekhabar hai.</w:t>
      </w:r>
      <w:r>
        <w:br/>
      </w:r>
      <w:r>
        <w:rPr>
          <w:sz w:val="20"/>
        </w:rPr>
        <w:t>38:24  kyunke Bukhari mein ek riwayat hai ke Rasool Allah ne apne bare mein farmaya:</w:t>
      </w:r>
      <w:r>
        <w:br/>
      </w:r>
      <w:r>
        <w:rPr>
          <w:sz w:val="20"/>
        </w:rPr>
        <w:t>38:35  "wallah la adri, wallah la adri, wa ana rasoolullah, may folo bi wala bikum." khud rasoolullah kehte hain ke mujhe pata nahi mere sath kya hoga,</w:t>
      </w:r>
      <w:r>
        <w:br/>
      </w:r>
      <w:r>
        <w:rPr>
          <w:sz w:val="20"/>
        </w:rPr>
        <w:t>38:51  tumhare sath kya hoga. to jo jab ye nafsiyat mein jiye aadmi to wo soch bhi nahi sakta ke wo doosron ko pathar mare, doosron ko</w:t>
      </w:r>
      <w:r>
        <w:br/>
      </w:r>
      <w:r>
        <w:rPr>
          <w:sz w:val="20"/>
        </w:rPr>
        <w:t>39:07  bam mare, doosron ko gun chalaye, soch hi nahi sakta wo. to apne apne bachao ki fikr mein laga laga rahega.</w:t>
      </w:r>
      <w:r>
        <w:br/>
      </w:r>
      <w:r>
        <w:rPr>
          <w:sz w:val="20"/>
        </w:rPr>
        <w:t>39:26  maulana, ye jo aap ne ye bataya ke paradise ka character jo hai, ye peaceful character hai, yani dunya aadmi jab peaceful rahega to paradise mein ja sakta hai.</w:t>
      </w:r>
      <w:r>
        <w:br/>
      </w:r>
      <w:r>
        <w:rPr>
          <w:sz w:val="20"/>
        </w:rPr>
        <w:t>39:37  to is par baz log ye kehte hain ke ye to sahi baat hai, lekin is dunya ke andar hum ko peace ke sath rehne kahan diya jata hai ke hum peace ke sath rahen? hum par zulm hota hai, to is ka badla to lena hai.</w:t>
      </w:r>
      <w:r>
        <w:br/>
      </w:r>
      <w:r>
        <w:rPr>
          <w:sz w:val="20"/>
        </w:rPr>
        <w:t>39:49  to mera sawal is par ye hai ke peaceful character ki shuruat apne aap se karni hai ya doosron se? hum ko umeed rakhna hai ke wo ek mahol hum ko faraham karenge peace ke sath rehne ka, to hum peaceful reh sakte hain.</w:t>
      </w:r>
      <w:r>
        <w:br/>
      </w:r>
      <w:r>
        <w:rPr>
          <w:sz w:val="20"/>
        </w:rPr>
        <w:t>40:04  badla to islam mein hai nahi, ye to tribal culture tha.</w:t>
      </w:r>
      <w:r>
        <w:br/>
      </w:r>
      <w:r>
        <w:rPr>
          <w:sz w:val="20"/>
        </w:rPr>
        <w:t>40:13  af af hai, islam mein maaf karna hai,</w:t>
      </w:r>
      <w:r>
        <w:br/>
      </w:r>
      <w:r>
        <w:rPr>
          <w:sz w:val="20"/>
        </w:rPr>
        <w:t>40:23  maaf karna hai. Allah rasoolullah ko hukum diya tha ke logon ko maaf karo,</w:t>
      </w:r>
      <w:r>
        <w:br/>
      </w:r>
      <w:r>
        <w:rPr>
          <w:sz w:val="20"/>
        </w:rPr>
        <w:t>40:34  to badla lena culture islam mein nahi hai, bas islam mein to maaf kar dene ka culture hai.</w:t>
      </w:r>
    </w:p>
    <w:p>
      <w:pPr>
        <w:pStyle w:val="Heading2"/>
      </w:pPr>
      <w:r>
        <w:t>Political revolt is haram with examples</w:t>
      </w:r>
    </w:p>
    <w:p>
      <w:r>
        <w:rPr>
          <w:color w:val="666666"/>
          <w:sz w:val="18"/>
        </w:rPr>
        <w:t>Charity in Islam (In Conversation with Maulana) July 22, 2007 · 6m 06s · at 22:31 · https://youtu.be/FGw1nzGmS4g?t=1351</w:t>
      </w:r>
    </w:p>
    <w:p>
      <w:r>
        <w:rPr>
          <w:i/>
        </w:rPr>
        <w:t>“Yad rakhiye, jo muslim countries mein siyasaat hai, woh sab haram hai.”</w:t>
      </w:r>
    </w:p>
    <w:p>
      <w:r>
        <w:rPr>
          <w:sz w:val="20"/>
        </w:rPr>
        <w:t>22:31  yaad rakhiye, jo muslim countries mein jo chal rahi hai siyasat, wo sab haraam hai. haraam, ismein koi shaq nahin hai. chand saal pehle main ek arab country mein gaya, to wahan 200 muslim ladke the, naujawan. to unka jo leader tha, wo kuch uske aur mere mujhse mile aur bahut gamzada the aur bahut bahut hi afsos mein dikhai padte the. wo to baat kya thi?</w:t>
      </w:r>
      <w:r>
        <w:br/>
      </w:r>
      <w:r>
        <w:rPr>
          <w:sz w:val="20"/>
        </w:rPr>
        <w:t>22:59  in 200 arab ladke the, wo arab. in 200 arab ladkon ne wahan jo ruler hai, main us mulk ka naam nahin lunga, uske khilaf unhone size banai, usko overthrow karne ki,</w:t>
      </w:r>
      <w:r>
        <w:br/>
      </w:r>
      <w:r>
        <w:rPr>
          <w:sz w:val="20"/>
        </w:rPr>
        <w:t>23:15  usko unseat karne ki.</w:t>
      </w:r>
      <w:r>
        <w:br/>
      </w:r>
      <w:r>
        <w:rPr>
          <w:sz w:val="20"/>
        </w:rPr>
        <w:t>23:18  inki size khul gayi, yeh pakde gaye aur jail mein band kar diya.</w:t>
      </w:r>
      <w:r>
        <w:br/>
      </w:r>
      <w:r>
        <w:rPr>
          <w:sz w:val="20"/>
        </w:rPr>
        <w:t>23:24  phir yeh maafi maang kar ke bahar aaye.</w:t>
      </w:r>
      <w:r>
        <w:br/>
      </w:r>
      <w:r>
        <w:rPr>
          <w:sz w:val="20"/>
        </w:rPr>
        <w:t>23:26  government ne unko kaha ke agar tum maafi maang lo writing mein, toh hum tumko chhod denge.</w:t>
      </w:r>
      <w:r>
        <w:br/>
      </w:r>
      <w:r>
        <w:rPr>
          <w:sz w:val="20"/>
        </w:rPr>
        <w:t>23:32  toh maafi maang kar ke bahar aaye.</w:t>
      </w:r>
      <w:r>
        <w:br/>
      </w:r>
      <w:r>
        <w:rPr>
          <w:sz w:val="20"/>
        </w:rPr>
        <w:t>23:34  ab bahut zyada samajhte, samajhte ke humne kufr kar diya hai ke humne maafi maang li zalim hukoomat</w:t>
      </w:r>
      <w:r>
        <w:br/>
      </w:r>
      <w:r>
        <w:rPr>
          <w:sz w:val="20"/>
        </w:rPr>
        <w:t>23:41  ke kh se, toh humne bahut galat kaam kiya.</w:t>
      </w:r>
      <w:r>
        <w:br/>
      </w:r>
      <w:r>
        <w:rPr>
          <w:sz w:val="20"/>
        </w:rPr>
        <w:t>23:45  toh maine kaha, aapne bahut achha kaam kiya.</w:t>
      </w:r>
      <w:r>
        <w:br/>
      </w:r>
      <w:r>
        <w:rPr>
          <w:sz w:val="20"/>
        </w:rPr>
        <w:t>23:47  jo pehle kar rahe hain, woh galat tha.</w:t>
      </w:r>
      <w:r>
        <w:br/>
      </w:r>
      <w:r>
        <w:rPr>
          <w:sz w:val="20"/>
        </w:rPr>
        <w:t>23:50  jo aap pehle kar rahe the</w:t>
      </w:r>
      <w:r>
        <w:br/>
      </w:r>
      <w:r>
        <w:rPr>
          <w:sz w:val="20"/>
        </w:rPr>
        <w:t>23:53  ruler ke khilaaf, woh galat tha, woh haraam tha.</w:t>
      </w:r>
      <w:r>
        <w:br/>
      </w:r>
      <w:r>
        <w:rPr>
          <w:sz w:val="20"/>
        </w:rPr>
        <w:t>23:55  yeh toh bilkul theek kaam kiya aapne.</w:t>
      </w:r>
      <w:r>
        <w:br/>
      </w:r>
      <w:r>
        <w:rPr>
          <w:sz w:val="20"/>
        </w:rPr>
        <w:t>23:59  government se takraav na kijiye.</w:t>
      </w:r>
      <w:r>
        <w:br/>
      </w:r>
      <w:r>
        <w:rPr>
          <w:sz w:val="20"/>
        </w:rPr>
        <w:t>24:02  government</w:t>
      </w:r>
      <w:r>
        <w:br/>
      </w:r>
      <w:r>
        <w:rPr>
          <w:sz w:val="20"/>
        </w:rPr>
        <w:t>24:02  ko avoid kijiye.</w:t>
      </w:r>
      <w:r>
        <w:br/>
      </w:r>
      <w:r>
        <w:rPr>
          <w:sz w:val="20"/>
        </w:rPr>
        <w:t>24:04  woh achhe ya bure, usko chhod dijiye.</w:t>
      </w:r>
      <w:r>
        <w:br/>
      </w:r>
      <w:r>
        <w:rPr>
          <w:sz w:val="20"/>
        </w:rPr>
        <w:t>24:06  aur bahut opportunity aaj bhi aapke country mein, usko avail kijiye.</w:t>
      </w:r>
      <w:r>
        <w:br/>
      </w:r>
      <w:r>
        <w:rPr>
          <w:sz w:val="20"/>
        </w:rPr>
        <w:t>24:10  bas education hai, dawa work hai</w:t>
      </w:r>
      <w:r>
        <w:br/>
      </w:r>
      <w:r>
        <w:rPr>
          <w:sz w:val="20"/>
        </w:rPr>
        <w:t>24:14  aur bahut sare deeni kaam hain.</w:t>
      </w:r>
      <w:r>
        <w:br/>
      </w:r>
      <w:r>
        <w:rPr>
          <w:sz w:val="20"/>
        </w:rPr>
        <w:t>24:17  masjid badalne wale kaam sab aapko azaadi hai, woh kijiye.</w:t>
      </w:r>
      <w:r>
        <w:br/>
      </w:r>
      <w:r>
        <w:rPr>
          <w:sz w:val="20"/>
        </w:rPr>
        <w:t>24:21  aap janab, woh itna khush ho gaye.</w:t>
      </w:r>
      <w:r>
        <w:br/>
      </w:r>
      <w:r>
        <w:rPr>
          <w:sz w:val="20"/>
        </w:rPr>
        <w:t>24:22  sab log batate the ki uska chehre ka rang badal gaya.</w:t>
      </w:r>
      <w:r>
        <w:br/>
      </w:r>
      <w:r>
        <w:rPr>
          <w:sz w:val="20"/>
        </w:rPr>
        <w:t>24:27  samajhta tha ki maine haram kaam kar rakha hai.</w:t>
      </w:r>
      <w:r>
        <w:br/>
      </w:r>
      <w:r>
        <w:rPr>
          <w:sz w:val="20"/>
        </w:rPr>
        <w:t>24:30  ab samjhe ki nahi, woh haram kaam tha jo pehle wala tha.</w:t>
      </w:r>
      <w:r>
        <w:br/>
      </w:r>
      <w:r>
        <w:rPr>
          <w:sz w:val="20"/>
        </w:rPr>
        <w:t>24:33  ab hum sahi kaam kar rahe hain.</w:t>
      </w:r>
      <w:r>
        <w:br/>
      </w:r>
      <w:r>
        <w:rPr>
          <w:sz w:val="20"/>
        </w:rPr>
        <w:t>24:36  toh yeh sab</w:t>
      </w:r>
      <w:r>
        <w:br/>
      </w:r>
      <w:r>
        <w:rPr>
          <w:sz w:val="20"/>
        </w:rPr>
        <w:t>24:38  be be yaani baseless fatwe log dete rehte hain.</w:t>
      </w:r>
      <w:r>
        <w:br/>
      </w:r>
      <w:r>
        <w:rPr>
          <w:sz w:val="20"/>
        </w:rPr>
        <w:t>24:43  main jab Palestine gaya tha, Palestine,</w:t>
      </w:r>
      <w:r>
        <w:br/>
      </w:r>
      <w:r>
        <w:rPr>
          <w:sz w:val="20"/>
        </w:rPr>
        <w:t>24:47  to wahan par kya</w:t>
      </w:r>
      <w:r>
        <w:br/>
      </w:r>
      <w:r>
        <w:rPr>
          <w:sz w:val="20"/>
        </w:rPr>
        <w:t>24:49  hua? jab hum namaz padhne gaye masjid aqsa mein, to sannata tha. bilkul yaani siway masjid imam ke, wahan koi tha hi nahin. kyon</w:t>
      </w:r>
      <w:r>
        <w:br/>
      </w:r>
      <w:r>
        <w:rPr>
          <w:sz w:val="20"/>
        </w:rPr>
        <w:t>25:00  jante hain aap? kyon fatwa de diya gaya hai ki jab tak yahudiyon ka occupation hai yahan, tab tak yahan namaz padhna jaiz nahin hai. yahan jo namaz jo hai, jaiz hi nahin hai us waqt tak,</w:t>
      </w:r>
      <w:r>
        <w:br/>
      </w:r>
      <w:r>
        <w:rPr>
          <w:sz w:val="20"/>
        </w:rPr>
        <w:t>25:15  jab tak uska occupation chal raha hai. to log aate nahin. local log to padh sakte hain, lekin bahar walon ke liye namaz jaiz nahin hai. wahan par to koi jata hi nahin. wahan par masjid aqsa mein sannata rehta hai. to ek professor the morocco ke,</w:t>
      </w:r>
      <w:r>
        <w:br/>
      </w:r>
      <w:r>
        <w:rPr>
          <w:sz w:val="20"/>
        </w:rPr>
        <w:t>25:32  woh aa gaye the.</w:t>
      </w:r>
      <w:r>
        <w:br/>
      </w:r>
      <w:r>
        <w:rPr>
          <w:sz w:val="20"/>
        </w:rPr>
        <w:t>25:35  woh bechare bahut gam mein rehte the, bahut udaas rehte the.</w:t>
      </w:r>
      <w:r>
        <w:br/>
      </w:r>
      <w:r>
        <w:rPr>
          <w:sz w:val="20"/>
        </w:rPr>
        <w:t>25:39  halanki woh professor the Morocco university mein.</w:t>
      </w:r>
      <w:r>
        <w:br/>
      </w:r>
      <w:r>
        <w:rPr>
          <w:sz w:val="20"/>
        </w:rPr>
        <w:t>25:42  toh maine poocha unse,</w:t>
      </w:r>
      <w:r>
        <w:br/>
      </w:r>
      <w:r>
        <w:rPr>
          <w:sz w:val="20"/>
        </w:rPr>
        <w:t>25:44  toh unhone kaha ki fatwa hai ki yahan par aana, namaz padhna jaiz nahi hai.</w:t>
      </w:r>
      <w:r>
        <w:br/>
      </w:r>
      <w:r>
        <w:rPr>
          <w:sz w:val="20"/>
        </w:rPr>
        <w:t>25:49  aur main aa gaya hoon, main ek ek najayz kaam kar raha hoon.</w:t>
      </w:r>
      <w:r>
        <w:br/>
      </w:r>
      <w:r>
        <w:rPr>
          <w:sz w:val="20"/>
        </w:rPr>
        <w:t>25:53  maine kaha, fatwa hi najayz hai.</w:t>
      </w:r>
      <w:r>
        <w:br/>
      </w:r>
      <w:r>
        <w:rPr>
          <w:sz w:val="20"/>
        </w:rPr>
        <w:t>25:55  woh aap toh jaiz kaam kar rahe hain.</w:t>
      </w:r>
      <w:r>
        <w:br/>
      </w:r>
      <w:r>
        <w:rPr>
          <w:sz w:val="20"/>
        </w:rPr>
        <w:t>25:59  woh fatwa najayz hai.</w:t>
      </w:r>
      <w:r>
        <w:br/>
      </w:r>
      <w:r>
        <w:rPr>
          <w:sz w:val="20"/>
        </w:rPr>
        <w:t>26:00  aap aapne najayz kaam nahi kiya hai.</w:t>
      </w:r>
      <w:r>
        <w:br/>
      </w:r>
      <w:r>
        <w:rPr>
          <w:sz w:val="20"/>
        </w:rPr>
        <w:t>26:03  to phir unko bataya maine ki dekhiye,</w:t>
      </w:r>
      <w:r>
        <w:br/>
      </w:r>
      <w:r>
        <w:rPr>
          <w:sz w:val="20"/>
        </w:rPr>
        <w:t>26:08  yahudiyon ka occupation jo hai, isse koi masla badalta nahin hai. maine kaha ki rasoolullah sallallahu alaihi wasallam, quran mein likha hua hai ki subhan allah,</w:t>
      </w:r>
      <w:r>
        <w:br/>
      </w:r>
      <w:r>
        <w:rPr>
          <w:sz w:val="20"/>
        </w:rPr>
        <w:t>26:22  masjid haram, masjid aqsa. ki rasoolullah jo hai, makkah se masjid aqsa mein gaye. aapne wahan namaz padhi. to maine kaha, aap jante hain ab kab hua tha?</w:t>
      </w:r>
      <w:r>
        <w:br/>
      </w:r>
      <w:r>
        <w:rPr>
          <w:sz w:val="20"/>
        </w:rPr>
        <w:t>26:31  yeh hua tha 622 mein. 622 mein us waqt kya tha?</w:t>
      </w:r>
      <w:r>
        <w:br/>
      </w:r>
      <w:r>
        <w:rPr>
          <w:sz w:val="20"/>
        </w:rPr>
        <w:t>26:39  yahan par romans rule kar rahe the. yahan par us waqt palestine mein romans jo the, wo rule kar rahe the. wo roman empire ka ek hissa tha. to jab yahan par roman jo hai, zahir hai ki wo non muslim the, mushrik the. to rasoolullah agar yahan namaz padhe mushrik rule ke under mein,</w:t>
      </w:r>
      <w:r>
        <w:br/>
      </w:r>
      <w:r>
        <w:rPr>
          <w:sz w:val="20"/>
        </w:rPr>
        <w:t>27:03  to yeh mufti kaun hote hain? fatwa dene wale ki hum nahin padh sakte namaz?</w:t>
      </w:r>
      <w:r>
        <w:br/>
      </w:r>
      <w:r>
        <w:rPr>
          <w:sz w:val="20"/>
        </w:rPr>
        <w:t>27:07  hum bhi padh sakte hain. ab itna khush ho gaya, itna khush ho gaya ki bahut khush hua. aap gaur kijiye ki rasoolullah quran mein likha hua hai ki rasoolullah aaye masjid aqsa mein. to jab aaye, to us waqt k</w:t>
      </w:r>
      <w:r>
        <w:br/>
      </w:r>
      <w:r>
        <w:rPr>
          <w:sz w:val="20"/>
        </w:rPr>
        <w:t>27:23  ya tha? wahan muslim rule tha. wahan par muslim rule to nahin tha. wahan par romans rule kar rahe the, jo mushrik the, non muslim the.</w:t>
      </w:r>
      <w:r>
        <w:br/>
      </w:r>
      <w:r>
        <w:rPr>
          <w:sz w:val="20"/>
        </w:rPr>
        <w:t>27:37  to rasoolullah ne is tarike se humein bataya hai ki political rule jo hai, yeh sab bilkul alag cheezein hain. uska ibadat se koi talluq nahin hai.</w:t>
      </w:r>
      <w:r>
        <w:br/>
      </w:r>
      <w:r>
        <w:rPr>
          <w:sz w:val="20"/>
        </w:rPr>
        <w:t>27:52  profit ne ibadat ko aur politics ko detach kar diya, alag kar diya ek doosre se.</w:t>
      </w:r>
      <w:r>
        <w:br/>
      </w:r>
      <w:r>
        <w:rPr>
          <w:sz w:val="20"/>
        </w:rPr>
        <w:t>27:59  rule koi bhi kare, ibadat hum khuda ki karna hai, hum woh karte rahenge.</w:t>
      </w:r>
      <w:r>
        <w:br/>
      </w:r>
      <w:r>
        <w:rPr>
          <w:sz w:val="20"/>
        </w:rPr>
        <w:t>28:03  usko to aap dono dono ko alag kar diya.</w:t>
      </w:r>
      <w:r>
        <w:br/>
      </w:r>
      <w:r>
        <w:rPr>
          <w:sz w:val="20"/>
        </w:rPr>
        <w:t>28:07  ab jo mufti fatwa de, uska fatwa hi galat hai.</w:t>
      </w:r>
      <w:r>
        <w:br/>
      </w:r>
      <w:r>
        <w:rPr>
          <w:sz w:val="20"/>
        </w:rPr>
        <w:t>28:10  uske fatwe ko hum reject kar denge.</w:t>
      </w:r>
      <w:r>
        <w:br/>
      </w:r>
      <w:r>
        <w:rPr>
          <w:sz w:val="20"/>
        </w:rPr>
        <w:t>28:14  usko his fata is rejected.</w:t>
      </w:r>
      <w:r>
        <w:br/>
      </w:r>
      <w:r>
        <w:rPr>
          <w:sz w:val="20"/>
        </w:rPr>
        <w:t>28:19  ab woh bahut hi khush ho gaye.</w:t>
      </w:r>
      <w:r>
        <w:br/>
      </w:r>
      <w:r>
        <w:rPr>
          <w:sz w:val="20"/>
        </w:rPr>
        <w:t>28:23  to mere nazdeek yeh jo baatein karte hain log, muslim ke ruler jo hai, kharab ho gaya, uski</w:t>
      </w:r>
      <w:r>
        <w:br/>
      </w:r>
      <w:r>
        <w:rPr>
          <w:sz w:val="20"/>
        </w:rPr>
        <w:t>28:28  kharabi karna, yeh sab bilkul yaani yeh haram siyasat hai.</w:t>
      </w:r>
      <w:r>
        <w:br/>
      </w:r>
      <w:r>
        <w:rPr>
          <w:sz w:val="20"/>
        </w:rPr>
        <w:t>28:33  bila shubah hai, unlawful siyasat hai.</w:t>
      </w:r>
      <w:r>
        <w:br/>
      </w:r>
      <w:r>
        <w:rPr>
          <w:sz w:val="20"/>
        </w:rPr>
        <w:t>28:35  yeh aur saare muslim countries</w:t>
      </w:r>
    </w:p>
    <w:p>
      <w:pPr>
        <w:pStyle w:val="Heading2"/>
      </w:pPr>
      <w:r>
        <w:t>How a hadith on Laylatul Qadr traveled across continents</w:t>
      </w:r>
    </w:p>
    <w:p>
      <w:r>
        <w:rPr>
          <w:color w:val="666666"/>
          <w:sz w:val="18"/>
        </w:rPr>
        <w:t>The Nigh of Destiny (Shab-e-Qadr) October 7, 2007 · 3m 22s · at 0:55 · https://youtu.be/SsDv69B_uDk?t=55</w:t>
      </w:r>
    </w:p>
    <w:p>
      <w:r>
        <w:rPr>
          <w:i/>
        </w:rPr>
        <w:t>“A hadith came in Musnad Imam Ahmad ibn Hanbal”</w:t>
      </w:r>
    </w:p>
    <w:p>
      <w:r>
        <w:rPr>
          <w:sz w:val="20"/>
        </w:rPr>
        <w:t>0:55  reason yeh hai ke ek hadith aayi hai musnad imam ahmad ibn hanbal mein, jo hadith ki goya encyclopedia samjhai jati hai.</w:t>
      </w:r>
      <w:r>
        <w:br/>
      </w:r>
      <w:r>
        <w:rPr>
          <w:sz w:val="20"/>
        </w:rPr>
        <w:t>1:10  musnad ahmad ke naam se woh mashhoor hai, is mein 30,000 hadisein hain.</w:t>
      </w:r>
      <w:r>
        <w:br/>
      </w:r>
      <w:r>
        <w:rPr>
          <w:sz w:val="20"/>
        </w:rPr>
        <w:t>1:19  unki umr hui 75 saal. 75 saal mein unhon ne pata nahi kitne countries ke safar kiye, asia aur africa mein.</w:t>
      </w:r>
      <w:r>
        <w:br/>
      </w:r>
      <w:r>
        <w:rPr>
          <w:sz w:val="20"/>
        </w:rPr>
        <w:t>1:31  bohat hi hairat hoti hai agar aap parhein unki zindagi ko. ahmad ibn hanbal, jo paida hue the baghdad mein, kitne sare safar kiye aur 30 aadhi hadisein ikattha karein.</w:t>
      </w:r>
      <w:r>
        <w:br/>
      </w:r>
      <w:r>
        <w:rPr>
          <w:sz w:val="20"/>
        </w:rPr>
        <w:t>1:45  kyun ke rasool allah ke baad jo aap ke companions the, wohi to hadison ke narrator the, woh sab phail gaye idhar udhar.</w:t>
      </w:r>
      <w:r>
        <w:br/>
      </w:r>
      <w:r>
        <w:rPr>
          <w:sz w:val="20"/>
        </w:rPr>
        <w:t>1:58  aisa nahi tha ke woh makkah madinah mein sab ke sab hon. koi idhar chala gaya, koi idhar chala gaya. to mukhtalif countries mein woh phail gaye.</w:t>
      </w:r>
      <w:r>
        <w:br/>
      </w:r>
      <w:r>
        <w:rPr>
          <w:sz w:val="20"/>
        </w:rPr>
        <w:t>2:14  jaise kal turki ke ek sahib aaye the yahan, woh tv se jure hue hain, woh ek interview liya unhon ne.</w:t>
      </w:r>
      <w:r>
        <w:br/>
      </w:r>
      <w:r>
        <w:rPr>
          <w:sz w:val="20"/>
        </w:rPr>
        <w:t>2:29  unhon ne bataya ke turki mein ek sahabi ki qabr hai. ek sahabi ki qabr.</w:t>
      </w:r>
      <w:r>
        <w:br/>
      </w:r>
      <w:r>
        <w:rPr>
          <w:sz w:val="20"/>
        </w:rPr>
        <w:t>2:40  ab bataein ke turki kahan aur makkah madinah kahan</w:t>
      </w:r>
      <w:r>
        <w:br/>
      </w:r>
      <w:r>
        <w:rPr>
          <w:sz w:val="20"/>
        </w:rPr>
        <w:t>2:43  ? turki toh europe ka ek part hai. toh gharaẓ hai ke saare sahaba, jo koi 140,000 ki tadad mein the, rasool Allah ka jab wafat hui hai toh sahaba ki tadad 140,000 se zyada ho chuki thi.</w:t>
      </w:r>
      <w:r>
        <w:br/>
      </w:r>
      <w:r>
        <w:rPr>
          <w:sz w:val="20"/>
        </w:rPr>
        <w:t>3:08  toh yeh log phail gaye aap ke baad mukhtalif countries mein dawah work ke liye. dawah work ke liye. toh jahan gaye wohin par rahe, wohin un ke saathi bane, wohin un ke disciples hue,</w:t>
      </w:r>
      <w:r>
        <w:br/>
      </w:r>
      <w:r>
        <w:rPr>
          <w:sz w:val="20"/>
        </w:rPr>
        <w:t>3:24  wohin se unhon ne apni baatein kahin logon ko. toh narrators jo hain woh poore poore globe par bikhre hue the us zamane ke lihaaz se.</w:t>
      </w:r>
      <w:r>
        <w:br/>
      </w:r>
      <w:r>
        <w:rPr>
          <w:sz w:val="20"/>
        </w:rPr>
        <w:t>3:34  toh ahmad ibn hambal ne bohat zyada travel kiya. woh 75 saal ki umar mein is is zamane ke lihaaz se kaise kiya unhon ne, main toh hairaan hota hoon.</w:t>
      </w:r>
      <w:r>
        <w:br/>
      </w:r>
      <w:r>
        <w:rPr>
          <w:sz w:val="20"/>
        </w:rPr>
        <w:t>3:49  beh-haal is tarah unhon ne 30,000 hadith-ein, hadith-ein toh aur zyada jama kiya lekin 30,000 unhon ne compile kiya apni kitaab mein.</w:t>
      </w:r>
      <w:r>
        <w:br/>
      </w:r>
      <w:r>
        <w:rPr>
          <w:sz w:val="20"/>
        </w:rPr>
        <w:t>4:00  toh is mein se ek hadith woh hai jo tafsir mein agar aap dekhna chahein toh tafsir al-qurtubi ne is ko naqal kiya hai aur tafsir ibn kathir mein woh naqal hui hai.</w:t>
      </w:r>
    </w:p>
    <w:p>
      <w:pPr>
        <w:pStyle w:val="Heading2"/>
      </w:pPr>
      <w:r>
        <w:t>Salman Farisi's full lesson on moderation in devotion</w:t>
      </w:r>
    </w:p>
    <w:p>
      <w:r>
        <w:rPr>
          <w:color w:val="666666"/>
          <w:sz w:val="18"/>
        </w:rPr>
        <w:t>Lessons From The Life of Abu Darda (ra) November 9, 2025 · 3m 58s · at 4:34 · https://youtu.be/5V4oxolMiBA?t=274</w:t>
      </w:r>
    </w:p>
    <w:p>
      <w:r>
        <w:rPr>
          <w:i/>
        </w:rPr>
        <w:t>“Salman Farisi advises Abu Darda to find balance”</w:t>
      </w:r>
    </w:p>
    <w:p>
      <w:r>
        <w:rPr>
          <w:sz w:val="20"/>
        </w:rPr>
        <w:t>4:34  so during this pairing, he paired hazrat salman al farisi and hazrat abu darda as brothers in faith. there is a very interesting incident that when hazrat abu darda became overly ascetic, then hazrat salman al farisi advised him to maintain balance</w:t>
      </w:r>
      <w:r>
        <w:br/>
      </w:r>
      <w:r>
        <w:rPr>
          <w:sz w:val="20"/>
        </w:rPr>
        <w:t>4:52  . please tell us about this incident. yar, you have rightly said that hazrat salman farisi raziallahu anhu was the brother of abu darda, and once he came to the house of abu darda raziallahu anhu,</w:t>
      </w:r>
      <w:r>
        <w:br/>
      </w:r>
      <w:r>
        <w:rPr>
          <w:sz w:val="20"/>
        </w:rPr>
        <w:t>5:10  and um Darda was not in good state. So he asked, "Shaqqi, what is the matter with you?"</w:t>
      </w:r>
      <w:r>
        <w:br/>
      </w:r>
      <w:r>
        <w:rPr>
          <w:sz w:val="20"/>
        </w:rPr>
        <w:t>5:19  and um darda said, "abu darda,</w:t>
      </w:r>
      <w:r>
        <w:br/>
      </w:r>
      <w:r>
        <w:rPr>
          <w:sz w:val="20"/>
        </w:rPr>
        <w:t>5:27  your brother abu darda has no interest in worldly life." so his wife, um darda, complained to salman farisi about his excessive devotion, and that left little time for rest or for family.</w:t>
      </w:r>
      <w:r>
        <w:br/>
      </w:r>
      <w:r>
        <w:rPr>
          <w:sz w:val="20"/>
        </w:rPr>
        <w:t>5:47  so when abu darda came, actually he was not present at that time. so when abu darda came, he brought some food for salman farisi, and he said, "please have the food." and salman farisi said, "i will not eat until you eat." so abu darda said, "but i am fasting." and salman said, "you must break your fast.</w:t>
      </w:r>
      <w:r>
        <w:br/>
      </w:r>
      <w:r>
        <w:rPr>
          <w:sz w:val="20"/>
        </w:rPr>
        <w:t>6:12  this is a voluntary</w:t>
      </w:r>
      <w:r>
        <w:br/>
      </w:r>
      <w:r>
        <w:rPr>
          <w:sz w:val="20"/>
        </w:rPr>
        <w:t>6:14  fast. so with reluctance, abu darda broke his fast, and both of them ate together. then at night, also he got up to pray, and salman farsi said, "no, sleep.</w:t>
      </w:r>
      <w:r>
        <w:br/>
      </w:r>
      <w:r>
        <w:rPr>
          <w:sz w:val="20"/>
        </w:rPr>
        <w:t>6:27  sleep for a while." in the night, again he got up to pray, and again he said, "no, you sleep now." so when the fajr time was near, then he wake him up, "that now you get up and you can pray now.</w:t>
      </w:r>
      <w:r>
        <w:br/>
      </w:r>
      <w:r>
        <w:rPr>
          <w:sz w:val="20"/>
        </w:rPr>
        <w:t>6:43  so and he gave a very beautiful advice to him, a golden piece of advice. he said, "that your body has a right on you, your family has a right on you, your lord has a right on you,</w:t>
      </w:r>
      <w:r>
        <w:br/>
      </w:r>
      <w:r>
        <w:rPr>
          <w:sz w:val="20"/>
        </w:rPr>
        <w:t>7:07  and give each of them their due</w:t>
      </w:r>
      <w:r>
        <w:br/>
      </w:r>
      <w:r>
        <w:rPr>
          <w:sz w:val="20"/>
        </w:rPr>
        <w:t>7:12  right." so next morning, abu darda r.a. went to the prophet and complained, "that my brother salman forced me to break my fast, and he said, 'that your lord has a right on you, your body has a right on you, your family has a right on you, and give each of them their due right.'" so rasul allah said, "sadaqa salman.</w:t>
      </w:r>
      <w:r>
        <w:br/>
      </w:r>
      <w:r>
        <w:rPr>
          <w:sz w:val="20"/>
        </w:rPr>
        <w:t>7:35  salman has spoken the truth."</w:t>
      </w:r>
      <w:r>
        <w:br/>
      </w:r>
      <w:r>
        <w:rPr>
          <w:sz w:val="20"/>
        </w:rPr>
        <w:t>7:38  so when should bring balance and harmony in life, so moderation is part of devotion.</w:t>
      </w:r>
      <w:r>
        <w:br/>
      </w:r>
      <w:r>
        <w:rPr>
          <w:sz w:val="20"/>
        </w:rPr>
        <w:t>7:51  right. such a simple and non materialistic attribute, doctor sahib, i really like many of his sayings. one of his dua, i really loved, when hazrat abu darda prayed, he said, "that god, i seek refuge in you from the scattering of the heart." so</w:t>
      </w:r>
      <w:r>
        <w:br/>
      </w:r>
      <w:r>
        <w:rPr>
          <w:sz w:val="20"/>
        </w:rPr>
        <w:t>8:08  he was asked, "what is what you mean by scattering of the heart?" so he said, "to have wealth in every valley." it clearly tells us that distraction and wealth are directly proportional.</w:t>
      </w:r>
      <w:r>
        <w:br/>
      </w:r>
      <w:r>
        <w:rPr>
          <w:sz w:val="20"/>
        </w:rPr>
        <w:t>8:21  if you seek more wealth, then you be more distracted, and your spiritual equilibrium will be disturbed. so its very important that you, you know, to have a balance in life.</w:t>
      </w:r>
    </w:p>
    <w:p>
      <w:pPr>
        <w:pStyle w:val="Heading2"/>
      </w:pPr>
      <w:r>
        <w:t>Staying focused leads to divine provision</w:t>
      </w:r>
    </w:p>
    <w:p>
      <w:r>
        <w:rPr>
          <w:color w:val="666666"/>
          <w:sz w:val="18"/>
        </w:rPr>
        <w:t>Importance of Focused Thinking March 7, 2010 Maulana Wahiduddin Khan · 5m 41s · at 11:59 · https://youtu.be/eD4bs3E5WHE?t=719</w:t>
      </w:r>
    </w:p>
    <w:p>
      <w:r>
        <w:rPr>
          <w:i/>
        </w:rPr>
        <w:t>“To bohat dinon ki study ke baad maine ek kitaab likhi, da Prophet of Peace.”</w:t>
      </w:r>
    </w:p>
    <w:p>
      <w:r>
        <w:rPr>
          <w:sz w:val="20"/>
        </w:rPr>
        <w:t>11:59  to bohat dinon ki study ke baad main ne aik kitab likhi, the prophet of peace. acha, jab yeh kitab tayar ho gayi to aik aik senior writer hamare pas aye,</w:t>
      </w:r>
      <w:r>
        <w:br/>
      </w:r>
      <w:r>
        <w:rPr>
          <w:sz w:val="20"/>
        </w:rPr>
        <w:t>12:17  un ko main ne bataya ke main ne is kitab tayar ki hai. to unhon ne jante hain kya kaha? yeh title flop ho jayega.</w:t>
      </w:r>
      <w:r>
        <w:br/>
      </w:r>
      <w:r>
        <w:rPr>
          <w:sz w:val="20"/>
        </w:rPr>
        <w:t>12:29  jo kitab chhapegi da profit of peace ke naam se, woh marketable nahin hogi, koi is ko dhyan nahin dega.</w:t>
      </w:r>
      <w:r>
        <w:br/>
      </w:r>
      <w:r>
        <w:rPr>
          <w:sz w:val="20"/>
        </w:rPr>
        <w:t>12:39  un ka kya suggestion tha ke aap is kitab ko thoda sa rearrange kar ke likhein aur is ka title likhiye, why bin laden was wrong.</w:t>
      </w:r>
      <w:r>
        <w:br/>
      </w:r>
      <w:r>
        <w:rPr>
          <w:sz w:val="20"/>
        </w:rPr>
        <w:t>12:53  why bin laden was wrong. dekhein, mera kya hai? islam ka key study mein negative response nahin kar sakta.</w:t>
      </w:r>
      <w:r>
        <w:br/>
      </w:r>
      <w:r>
        <w:rPr>
          <w:sz w:val="20"/>
        </w:rPr>
        <w:t>13:03  bin laden ek negative personality hai, bin laden negativity ka badshah hai. to mera dil yeh gawara nahin karta ke main kisi negative point of reference ko le kar ke islam ka mutala karoon.</w:t>
      </w:r>
      <w:r>
        <w:br/>
      </w:r>
      <w:r>
        <w:rPr>
          <w:sz w:val="20"/>
        </w:rPr>
        <w:t>13:21  bin laden ko le kar agar main likhoon rasool Allah par to that is negative point of reference. main to is ko gawara nahin karta.</w:t>
      </w:r>
      <w:r>
        <w:br/>
      </w:r>
      <w:r>
        <w:rPr>
          <w:sz w:val="20"/>
        </w:rPr>
        <w:t>13:30  main to ek saal tak kitab rakhi rahi kyunke mera jo focus tha woh sirf ek cheez par tha, rasool Allah ki seerat actual jo hai, us ko logon ke samne lana.</w:t>
      </w:r>
      <w:r>
        <w:br/>
      </w:r>
      <w:r>
        <w:rPr>
          <w:sz w:val="20"/>
        </w:rPr>
        <w:t>13:43  yeh rukon tha ke main ab unhon ne jo kaha media ko le kar ke ke media mein bin laden chhaya hua hai, bin laden ne mein media bohat hi un ko flash karta hai, bin laden ko.</w:t>
      </w:r>
      <w:r>
        <w:br/>
      </w:r>
      <w:r>
        <w:rPr>
          <w:sz w:val="20"/>
        </w:rPr>
        <w:t>13:57  to bin laden jo hai, already ek non personality ban gaya hai ke islam ko represent karne ke liye. to us ko le kar ke aap bolenge, aap jaldi se log padhenge.</w:t>
      </w:r>
      <w:r>
        <w:br/>
      </w:r>
      <w:r>
        <w:rPr>
          <w:sz w:val="20"/>
        </w:rPr>
        <w:t>14:10  lekin mera dil gawara nahin kiya ke main rasool Allah ki seerat ko bin laden ke reference se padhoon. ek negative, ek negative reference hai.</w:t>
      </w:r>
      <w:r>
        <w:br/>
      </w:r>
      <w:r>
        <w:rPr>
          <w:sz w:val="20"/>
        </w:rPr>
        <w:t>14:20  profit of islam was a positive personality in complete sense of the world. to us ko main ek negative personality ke reference se padhoon, yeh mera dil gawara nahin karta tha.</w:t>
      </w:r>
      <w:r>
        <w:br/>
      </w:r>
      <w:r>
        <w:rPr>
          <w:sz w:val="20"/>
        </w:rPr>
        <w:t>14:33  that was rukon for me.</w:t>
      </w:r>
      <w:r>
        <w:br/>
      </w:r>
      <w:r>
        <w:rPr>
          <w:sz w:val="20"/>
        </w:rPr>
        <w:t>14:39  to ek saal tak kitab rakhi rahi. ab dekhein kya hota hai. dekhein, jab aap insan ko chhodte hain to khuda ko mil jata, khuda aap pa lete hain, aap khuda ko pa lete hain.</w:t>
      </w:r>
      <w:r>
        <w:br/>
      </w:r>
      <w:r>
        <w:rPr>
          <w:sz w:val="20"/>
        </w:rPr>
        <w:t>14:51  is raat ko nahin samajhte log,</w:t>
      </w:r>
      <w:r>
        <w:br/>
      </w:r>
      <w:r>
        <w:rPr>
          <w:sz w:val="20"/>
        </w:rPr>
        <w:t>14:56  is raat ko nahin samajhte log. khuda isi waqt milta hai jab insan ko aap chhod chuke hon. agar main atka rehta hoon media mein, bin laden mein to khuda ki rehmat meri taraf nahin aati.</w:t>
      </w:r>
      <w:r>
        <w:br/>
      </w:r>
      <w:r>
        <w:rPr>
          <w:sz w:val="20"/>
        </w:rPr>
        <w:t>15:11  yeh bohat hi important point hai ke khuda ko aap is waqt paate hain jab insan ko chhod chuke hon. aap to main ne chhod diya media, kuch bhi kahe, bin laden ka mamla, kuch bhi, hamein is se koi matlab nahin.</w:t>
      </w:r>
      <w:r>
        <w:br/>
      </w:r>
      <w:r>
        <w:rPr>
          <w:sz w:val="20"/>
        </w:rPr>
        <w:t>15:28  ek saal tak kitab padhi rahi, is ke baad achhanak telephone aata hai, penguin ka jo dilib jo incharge hai, ek lady, us ka telephone aata hai.</w:t>
      </w:r>
      <w:r>
        <w:br/>
      </w:r>
      <w:r>
        <w:rPr>
          <w:sz w:val="20"/>
        </w:rPr>
        <w:t>15:43  ab kahan kahan se is ko mera reference mila? bahar kahin, kisi bahar ke mulk mein, ke woh ek aadmi dil india mein hai, us ko is se milo.</w:t>
      </w:r>
      <w:r>
        <w:br/>
      </w:r>
      <w:r>
        <w:rPr>
          <w:sz w:val="20"/>
        </w:rPr>
        <w:t>15:54  to woh lady aayi mere paas, to main ne aise hi bas ek ek ek zikr kar diya.</w:t>
      </w:r>
      <w:r>
        <w:br/>
      </w:r>
      <w:r>
        <w:rPr>
          <w:sz w:val="20"/>
        </w:rPr>
        <w:t>16:07  woh to aayi thi ek courtesy visit ke liye, yahi hamare office mein, Nizamuddin mein, woh courtesy visit ke liye aayi thi.</w:t>
      </w:r>
      <w:r>
        <w:br/>
      </w:r>
      <w:r>
        <w:rPr>
          <w:sz w:val="20"/>
        </w:rPr>
        <w:t>16:17  woh kyunke kisi ne mere bare mein kaha tha ke woh ek aadmi milne qabil hai, to main ne zikr kar diya ke main ne ek kitab likhi hai, us ka title yeh hai, the prophet of peace.</w:t>
      </w:r>
      <w:r>
        <w:br/>
      </w:r>
      <w:r>
        <w:rPr>
          <w:sz w:val="20"/>
        </w:rPr>
        <w:t>16:32  to us ne kaha ke achha mujhe dijiye, main dekhoongi. us ko hum ne hamare paas us ka jo draft tha, woh de diya, typed le gayi.</w:t>
      </w:r>
      <w:r>
        <w:br/>
      </w:r>
      <w:r>
        <w:rPr>
          <w:sz w:val="20"/>
        </w:rPr>
        <w:t>16:45  woh chand hi din ke baad padhne ke baad us ka telephone aaya ke hum is ko chhapne ke raazi hain. unexpected ly, without any request, without any application, without any lobbying,</w:t>
      </w:r>
      <w:r>
        <w:br/>
      </w:r>
      <w:r>
        <w:rPr>
          <w:sz w:val="20"/>
        </w:rPr>
        <w:t>17:00  kuch bhi nahin, kuch bhi nahin. phir us ne accept kiya, hamare log, hamari team ke log us se mile aur use kaha ke hum is ko chhapenge.</w:t>
      </w:r>
      <w:r>
        <w:br/>
      </w:r>
      <w:r>
        <w:rPr>
          <w:sz w:val="20"/>
        </w:rPr>
        <w:t>17:18  aur woh chhap kar ke aa chuki hai. yahan aap dekh sakte hain, hamare office mein mil rahi hai. woh aap us ko chahein to le sakte hain, yeh neeche ke office mein jo hai.</w:t>
      </w:r>
      <w:r>
        <w:br/>
      </w:r>
      <w:r>
        <w:rPr>
          <w:sz w:val="20"/>
        </w:rPr>
        <w:t>17:28  to penguin se pehli baar, penguin matlab kisi international publishers, aaj ke kai international publishers jo bohat hi well known hain, to pehli baar kisi aalim ki kitab chhapi hai.</w:t>
      </w:r>
    </w:p>
    <w:p>
      <w:pPr>
        <w:pStyle w:val="Heading2"/>
      </w:pPr>
      <w:r>
        <w:t>Da'wa mindset of love vs political hate</w:t>
      </w:r>
    </w:p>
    <w:p>
      <w:r>
        <w:rPr>
          <w:color w:val="666666"/>
          <w:sz w:val="18"/>
        </w:rPr>
        <w:t>The Importance of Ijtihad August 1, 2010 · 4m 43s · at 44:36 · https://youtu.be/3q98aQ-j2ks?t=2676</w:t>
      </w:r>
    </w:p>
    <w:p>
      <w:r>
        <w:rPr>
          <w:i/>
        </w:rPr>
        <w:t>“Isi se saara character banta hai. Dekhiye, daai agar sach much daai”</w:t>
      </w:r>
    </w:p>
    <w:p>
      <w:r>
        <w:rPr>
          <w:sz w:val="20"/>
        </w:rPr>
        <w:t>44:36  isi se sara character banta hai. dekhiye, daai agar sach much daai koi hoga to kabhi bhi insan se nafrat nahi kare ga.</w:t>
      </w:r>
      <w:r>
        <w:br/>
      </w:r>
      <w:r>
        <w:rPr>
          <w:sz w:val="20"/>
        </w:rPr>
        <w:t>44:47  kyun? jis tarah se ek ek businessman apne customer se nafrat nahi kar sakta, namumkin hai. is ka jo culture hai, woh customer friendly culture hai.</w:t>
      </w:r>
      <w:r>
        <w:br/>
      </w:r>
      <w:r>
        <w:rPr>
          <w:sz w:val="20"/>
        </w:rPr>
        <w:t>45:00  businessman ka culture hai customer friendly culture.</w:t>
      </w:r>
      <w:r>
        <w:br/>
      </w:r>
      <w:r>
        <w:rPr>
          <w:sz w:val="20"/>
        </w:rPr>
        <w:t>45:10  businessman ka culture hai customer friend</w:t>
      </w:r>
      <w:r>
        <w:br/>
      </w:r>
      <w:r>
        <w:rPr>
          <w:sz w:val="20"/>
        </w:rPr>
        <w:t>45:13  ly culture. aise hi daai ka culture hai madu friendly culture ya insan friendly culture.</w:t>
      </w:r>
      <w:r>
        <w:br/>
      </w:r>
      <w:r>
        <w:rPr>
          <w:sz w:val="20"/>
        </w:rPr>
        <w:t>45:22  daai ko doosron ke dil jeetna hai, daai ko doosre ke zehn badalna hai, daai doosron ke yaani soch ko badalna hai.</w:t>
      </w:r>
      <w:r>
        <w:br/>
      </w:r>
      <w:r>
        <w:rPr>
          <w:sz w:val="20"/>
        </w:rPr>
        <w:t>45:33  daai ko yeh tadap hai ke is ko mein jannat le jaon taake mujhe bhi jannat milay.</w:t>
      </w:r>
      <w:r>
        <w:br/>
      </w:r>
      <w:r>
        <w:rPr>
          <w:sz w:val="20"/>
        </w:rPr>
        <w:t>45:40  agar aap ne doosron ki jannat ke aap hareess nahi bane to aap ko apni jannat hi mujtaba hai.</w:t>
      </w:r>
      <w:r>
        <w:br/>
      </w:r>
      <w:r>
        <w:rPr>
          <w:sz w:val="20"/>
        </w:rPr>
        <w:t>45:48  to jab aadmi is tarah ki soch hogi us ki to nafrat ka koi is mein khana hi nahi.</w:t>
      </w:r>
      <w:r>
        <w:br/>
      </w:r>
      <w:r>
        <w:rPr>
          <w:sz w:val="20"/>
        </w:rPr>
        <w:t>45:57  wo to madu friendly banega, insaan friendly banega, doosre ki dua karega.</w:t>
      </w:r>
      <w:r>
        <w:br/>
      </w:r>
      <w:r>
        <w:rPr>
          <w:sz w:val="20"/>
        </w:rPr>
        <w:t>46:05  dekhen, makkah mein ek lady thi jinka naam tha hind, bohat dushman thi musalmanon ki, bohat dushman thi.</w:t>
      </w:r>
      <w:r>
        <w:br/>
      </w:r>
      <w:r>
        <w:rPr>
          <w:sz w:val="20"/>
        </w:rPr>
        <w:t>46:16  fateh makkah ke agle hi dinon musalman ho gayi.</w:t>
      </w:r>
      <w:r>
        <w:br/>
      </w:r>
      <w:r>
        <w:rPr>
          <w:sz w:val="20"/>
        </w:rPr>
        <w:t>46:21  to logon ne poocha ke aakhir kya tumhare andar baat aayi ke tum aaj islam qabool kar liya? wahan koi compreshion nahi tha, koi koi bhi nahi. to us ne kaha ke main ne ek ajeeb o ghareeb cheez dekhi,</w:t>
      </w:r>
      <w:r>
        <w:br/>
      </w:r>
      <w:r>
        <w:rPr>
          <w:sz w:val="20"/>
        </w:rPr>
        <w:t>46:34  yeh jo musalman aaye the madinah se, 10 tha, aa kar ke in ko yahan ghalba mil gaya. wo wahan ladaai nahi hui thi, unhon ne march kiya tha, unhon ne surrender kar diya tha.</w:t>
      </w:r>
      <w:r>
        <w:br/>
      </w:r>
      <w:r>
        <w:rPr>
          <w:sz w:val="20"/>
        </w:rPr>
        <w:t>46:49  to us ne bataya ke yeh log, main ne dekha ke raat bhar ka'aba ke andar duaen karte rahe, hamare liye duaen karte rahe, hamari hidayat ke liye ro ro kar ke ke khuda makkah walon ko hidayat de.</w:t>
      </w:r>
      <w:r>
        <w:br/>
      </w:r>
      <w:r>
        <w:rPr>
          <w:sz w:val="20"/>
        </w:rPr>
        <w:t>47:05  yaani jo fateh the, jinhon ne fateh kiya tha makkah ko, us zamane mein jo badshah log hote the, fateh karte the aur sharaben peete the, un ka haan raqs o saroood ke mehfilen hoti theen,</w:t>
      </w:r>
      <w:r>
        <w:br/>
      </w:r>
      <w:r>
        <w:rPr>
          <w:sz w:val="20"/>
        </w:rPr>
        <w:t>47:25  fakhar ki baaten karte the.</w:t>
      </w:r>
      <w:r>
        <w:br/>
      </w:r>
      <w:r>
        <w:rPr>
          <w:sz w:val="20"/>
        </w:rPr>
        <w:t>47:27  to us ne kaha ke hum ne dekha ke yeh jo log aaye the madinah se, jinhon ne jahan jo makkah fateh kiya, unhon ne to unhon ne yahan kuch bhi nahi kiya.</w:t>
      </w:r>
      <w:r>
        <w:br/>
      </w:r>
      <w:r>
        <w:rPr>
          <w:sz w:val="20"/>
        </w:rPr>
        <w:t>47:41  yeh raat bhar ka'aba mein namazen parh ke dua karte rahe ke khuda ya makkah walon ko hidayat de.</w:t>
      </w:r>
      <w:r>
        <w:br/>
      </w:r>
      <w:r>
        <w:rPr>
          <w:sz w:val="20"/>
        </w:rPr>
        <w:t>47:50  is cheez ne mere dil ko pighla diya.</w:t>
      </w:r>
      <w:r>
        <w:br/>
      </w:r>
      <w:r>
        <w:rPr>
          <w:sz w:val="20"/>
        </w:rPr>
        <w:t>47:55  us ko hind jigar khwaar kehte hain.</w:t>
      </w:r>
      <w:r>
        <w:br/>
      </w:r>
      <w:r>
        <w:rPr>
          <w:sz w:val="20"/>
        </w:rPr>
        <w:t>48:00  yeh hai da'i ka dil.</w:t>
      </w:r>
      <w:r>
        <w:br/>
      </w:r>
      <w:r>
        <w:rPr>
          <w:sz w:val="20"/>
        </w:rPr>
        <w:t>48:07  yeh hai da'i ka dil. la ilaha illallah ka baakh nafsak allah kaun momineen rasool allah ke bare mein farmaaya gaya ke tum aisa lagta hai ke tum un ki dardmandi mein, un ki fikr mein apne aap hi ko halak kar dalo ge ke wo sachai par aa jayen.</w:t>
      </w:r>
      <w:r>
        <w:br/>
      </w:r>
      <w:r>
        <w:rPr>
          <w:sz w:val="20"/>
        </w:rPr>
        <w:t>48:23  wo</w:t>
      </w:r>
      <w:r>
        <w:br/>
      </w:r>
      <w:r>
        <w:rPr>
          <w:sz w:val="20"/>
        </w:rPr>
        <w:t>48:28  to islam ka jo character tha, wo tha da'wa based, aur da'wat ka matlab kya tha? ke insaanon se mohabbat, koi rivalry nahi, insaan se koi dushmani nahi.</w:t>
      </w:r>
      <w:r>
        <w:br/>
      </w:r>
      <w:r>
        <w:rPr>
          <w:sz w:val="20"/>
        </w:rPr>
        <w:t>48:41  islam se Hazrat Masih ka jo qaul hai ke "love your enemy", wo kya hai? wo da'i ki zuban hai. wo</w:t>
      </w:r>
      <w:r>
        <w:br/>
      </w:r>
      <w:r>
        <w:rPr>
          <w:sz w:val="20"/>
        </w:rPr>
        <w:t>48:51  da'i sab se mohabbat karta hai, hatta ke dushman se bhi.</w:t>
      </w:r>
      <w:r>
        <w:br/>
      </w:r>
      <w:r>
        <w:rPr>
          <w:sz w:val="20"/>
        </w:rPr>
        <w:t>48:57  jo da'i hota hai, da'i us ke dil mein nafrat koi khana nahi hota. har ek se mohabbat karta hai, jaise businessman har ek se mohabbat karta hai.</w:t>
      </w:r>
      <w:r>
        <w:br/>
      </w:r>
      <w:r>
        <w:rPr>
          <w:sz w:val="20"/>
        </w:rPr>
        <w:t>49:09  kyun? har ek se us ko business apna chalana hai. yeh maamla da'i ka hota hai.</w:t>
      </w:r>
    </w:p>
    <w:p>
      <w:pPr>
        <w:pStyle w:val="Heading2"/>
      </w:pPr>
      <w:r>
        <w:t>Day of Judgment accountability and final conclusion</w:t>
      </w:r>
    </w:p>
    <w:p>
      <w:r>
        <w:rPr>
          <w:color w:val="666666"/>
          <w:sz w:val="18"/>
        </w:rPr>
        <w:t>The Concept of Muhasibah in Islam | August 14, 2007 · 5m 39s · at 53:26 · https://youtu.be/Z4mx_t4useI?t=3206</w:t>
      </w:r>
    </w:p>
    <w:p>
      <w:r>
        <w:rPr>
          <w:i/>
        </w:rPr>
        <w:t>“God gave you life. Where did you spend it?”</w:t>
      </w:r>
    </w:p>
    <w:p>
      <w:r>
        <w:rPr>
          <w:sz w:val="20"/>
        </w:rPr>
        <w:t>53:26  God gave you life.</w:t>
      </w:r>
      <w:r>
        <w:br/>
      </w:r>
      <w:r>
        <w:rPr>
          <w:sz w:val="20"/>
        </w:rPr>
        <w:t>53:29  So where you spent your life?</w:t>
      </w:r>
      <w:r>
        <w:br/>
      </w:r>
      <w:r>
        <w:rPr>
          <w:sz w:val="20"/>
        </w:rPr>
        <w:t>53:33  God gave you time.</w:t>
      </w:r>
      <w:r>
        <w:br/>
      </w:r>
      <w:r>
        <w:rPr>
          <w:sz w:val="20"/>
        </w:rPr>
        <w:t>53:37  Where you spent your time?</w:t>
      </w:r>
      <w:r>
        <w:br/>
      </w:r>
      <w:r>
        <w:rPr>
          <w:sz w:val="20"/>
        </w:rPr>
        <w:t>53:41  Then God gave you youth age.</w:t>
      </w:r>
      <w:r>
        <w:br/>
      </w:r>
      <w:r>
        <w:rPr>
          <w:sz w:val="20"/>
        </w:rPr>
        <w:t>53:44  Youth age is great, great blessing.</w:t>
      </w:r>
      <w:r>
        <w:br/>
      </w:r>
      <w:r>
        <w:rPr>
          <w:sz w:val="20"/>
        </w:rPr>
        <w:t>53:48  Youth age is great blessing for anyone.</w:t>
      </w:r>
      <w:r>
        <w:br/>
      </w:r>
      <w:r>
        <w:rPr>
          <w:sz w:val="20"/>
        </w:rPr>
        <w:t>53:52  So God gave you youth age the energy. So for</w:t>
      </w:r>
      <w:r>
        <w:br/>
      </w:r>
      <w:r>
        <w:rPr>
          <w:sz w:val="20"/>
        </w:rPr>
        <w:t>53:56  what purpose you spent your youth age?</w:t>
      </w:r>
      <w:r>
        <w:br/>
      </w:r>
      <w:r>
        <w:rPr>
          <w:sz w:val="20"/>
        </w:rPr>
        <w:t>54:02  Then God gave you maal, money.</w:t>
      </w:r>
      <w:r>
        <w:br/>
      </w:r>
      <w:r>
        <w:rPr>
          <w:sz w:val="20"/>
        </w:rPr>
        <w:t>54:08  Maal is also a great blessing.</w:t>
      </w:r>
      <w:r>
        <w:br/>
      </w:r>
      <w:r>
        <w:rPr>
          <w:sz w:val="20"/>
        </w:rPr>
        <w:t>54:14  So God gave you maal, money.</w:t>
      </w:r>
      <w:r>
        <w:br/>
      </w:r>
      <w:r>
        <w:rPr>
          <w:sz w:val="20"/>
        </w:rPr>
        <w:t>54:21  And where you spent this money this will be asked and you will be</w:t>
      </w:r>
      <w:r>
        <w:br/>
      </w:r>
      <w:r>
        <w:rPr>
          <w:sz w:val="20"/>
        </w:rPr>
        <w:t>54:27  you will have to answer.</w:t>
      </w:r>
      <w:r>
        <w:br/>
      </w:r>
      <w:r>
        <w:rPr>
          <w:sz w:val="20"/>
        </w:rPr>
        <w:t>54:37  So it is very, very, very serious matter. Serious matter.</w:t>
      </w:r>
      <w:r>
        <w:br/>
      </w:r>
      <w:r>
        <w:rPr>
          <w:sz w:val="20"/>
        </w:rPr>
        <w:t>54:47  There is a Hadith It means that everyone who was</w:t>
      </w:r>
      <w:r>
        <w:br/>
      </w:r>
      <w:r>
        <w:rPr>
          <w:sz w:val="20"/>
        </w:rPr>
        <w:t>54:57  interrogated on the Day of Judgment he will be punished. He will be punished. So interrogation in the Day of Judgment is very, very, very difficult matter. So we have to pre</w:t>
      </w:r>
      <w:r>
        <w:br/>
      </w:r>
      <w:r>
        <w:rPr>
          <w:sz w:val="20"/>
        </w:rPr>
        <w:t>55:27  pare ourselves. So Prophet of Islam has said "Reckon yourself before being reckoned with." Before interrogation on the Day of Judgment you have to interrogate yourself so</w:t>
      </w:r>
      <w:r>
        <w:br/>
      </w:r>
      <w:r>
        <w:rPr>
          <w:sz w:val="20"/>
        </w:rPr>
        <w:t>55:57  that you may correct yourself.</w:t>
      </w:r>
      <w:r>
        <w:br/>
      </w:r>
      <w:r>
        <w:rPr>
          <w:sz w:val="20"/>
        </w:rPr>
        <w:t>56:08  So present so Muhasaba in the present world saves you from the Muhasaba on the Day of Judgment.</w:t>
      </w:r>
      <w:r>
        <w:br/>
      </w:r>
      <w:r>
        <w:rPr>
          <w:sz w:val="20"/>
        </w:rPr>
        <w:t>56:20  Muhasaba of the present world Muhasaba of pre-death period will save you from the Muhasaba of post-death period.</w:t>
      </w:r>
      <w:r>
        <w:br/>
      </w:r>
      <w:r>
        <w:rPr>
          <w:sz w:val="20"/>
        </w:rPr>
        <w:t>56:31  Muhasaba of pre-death period will save you the Muhasaba of post-death period.</w:t>
      </w:r>
      <w:r>
        <w:br/>
      </w:r>
      <w:r>
        <w:rPr>
          <w:sz w:val="20"/>
        </w:rPr>
        <w:t>56:39  So Muhasaba is very important.</w:t>
      </w:r>
      <w:r>
        <w:br/>
      </w:r>
      <w:r>
        <w:rPr>
          <w:sz w:val="20"/>
        </w:rPr>
        <w:t>56:46  Muhasaba means introspection.</w:t>
      </w:r>
      <w:r>
        <w:br/>
      </w:r>
      <w:r>
        <w:rPr>
          <w:sz w:val="20"/>
        </w:rPr>
        <w:t>56:54  Introspection self-thinking to find out your own mistakes</w:t>
      </w:r>
      <w:r>
        <w:br/>
      </w:r>
      <w:r>
        <w:rPr>
          <w:sz w:val="20"/>
        </w:rPr>
        <w:t>57:02  this is Muhasaba.</w:t>
      </w:r>
      <w:r>
        <w:br/>
      </w:r>
      <w:r>
        <w:rPr>
          <w:sz w:val="20"/>
        </w:rPr>
        <w:t>57:06  And Muhasaba is an integral part of Iman.</w:t>
      </w:r>
      <w:r>
        <w:br/>
      </w:r>
      <w:r>
        <w:rPr>
          <w:sz w:val="20"/>
        </w:rPr>
        <w:t>57:10  Muhasaba is an integral part of Islam.</w:t>
      </w:r>
      <w:r>
        <w:br/>
      </w:r>
      <w:r>
        <w:rPr>
          <w:sz w:val="20"/>
        </w:rPr>
        <w:t>57:15  Muhasaba is an integral part of God consciousness.</w:t>
      </w:r>
      <w:r>
        <w:br/>
      </w:r>
      <w:r>
        <w:rPr>
          <w:sz w:val="20"/>
        </w:rPr>
        <w:t>57:19  Muhasaba is an integral part of Taqwa.</w:t>
      </w:r>
      <w:r>
        <w:br/>
      </w:r>
      <w:r>
        <w:rPr>
          <w:sz w:val="20"/>
        </w:rPr>
        <w:t>57:23  Without Muhasaba there is no Islam.</w:t>
      </w:r>
      <w:r>
        <w:br/>
      </w:r>
      <w:r>
        <w:rPr>
          <w:sz w:val="20"/>
        </w:rPr>
        <w:t>57:28  Without Muhasaba there is no Muslim personality.</w:t>
      </w:r>
      <w:r>
        <w:br/>
      </w:r>
      <w:r>
        <w:rPr>
          <w:sz w:val="20"/>
        </w:rPr>
        <w:t>57:32  Muhasaba is a self-correcting process.</w:t>
      </w:r>
      <w:r>
        <w:br/>
      </w:r>
      <w:r>
        <w:rPr>
          <w:sz w:val="20"/>
        </w:rPr>
        <w:t>57:37  Muhasaba is a self-correcting process.</w:t>
      </w:r>
      <w:r>
        <w:br/>
      </w:r>
      <w:r>
        <w:rPr>
          <w:sz w:val="20"/>
        </w:rPr>
        <w:t>57:41  Every day you need Muhasaba.</w:t>
      </w:r>
      <w:r>
        <w:br/>
      </w:r>
      <w:r>
        <w:rPr>
          <w:sz w:val="20"/>
        </w:rPr>
        <w:t>57:45  Every day and night.</w:t>
      </w:r>
      <w:r>
        <w:br/>
      </w:r>
      <w:r>
        <w:rPr>
          <w:sz w:val="20"/>
        </w:rPr>
        <w:t>57:49  Thus you can save yourself from Satan.</w:t>
      </w:r>
      <w:r>
        <w:br/>
      </w:r>
      <w:r>
        <w:rPr>
          <w:sz w:val="20"/>
        </w:rPr>
        <w:t>57:54  Through Muhasaba you can save yourself from Satan.</w:t>
      </w:r>
      <w:r>
        <w:br/>
      </w:r>
      <w:r>
        <w:rPr>
          <w:sz w:val="20"/>
        </w:rPr>
        <w:t>57:58  Through Muhasaba you can save</w:t>
      </w:r>
      <w:r>
        <w:br/>
      </w:r>
      <w:r>
        <w:rPr>
          <w:sz w:val="20"/>
        </w:rPr>
        <w:t>58:02  yourself from your temptations.</w:t>
      </w:r>
      <w:r>
        <w:br/>
      </w:r>
      <w:r>
        <w:rPr>
          <w:sz w:val="20"/>
        </w:rPr>
        <w:t>58:09  Through Muhasaba you can save yourself from egoism.</w:t>
      </w:r>
      <w:r>
        <w:br/>
      </w:r>
      <w:r>
        <w:rPr>
          <w:sz w:val="20"/>
        </w:rPr>
        <w:t>58:16  Through Muhasaba you can save yourself from arrogance.</w:t>
      </w:r>
      <w:r>
        <w:br/>
      </w:r>
      <w:r>
        <w:rPr>
          <w:sz w:val="20"/>
        </w:rPr>
        <w:t>58:22  Through Muhasaba you can save yourself from bad intentions.</w:t>
      </w:r>
      <w:r>
        <w:br/>
      </w:r>
      <w:r>
        <w:rPr>
          <w:sz w:val="20"/>
        </w:rPr>
        <w:t>58:29  So Muhasaba Muhasaba is a self-correcting process</w:t>
      </w:r>
      <w:r>
        <w:br/>
      </w:r>
      <w:r>
        <w:rPr>
          <w:sz w:val="20"/>
        </w:rPr>
        <w:t>58:35  . Muhasaba is a self-correcting process in Islam. A qoolu qawli hadha wa astaghfirullaha li wa lakum ajmaeen.</w:t>
      </w:r>
    </w:p>
    <w:p>
      <w:pPr>
        <w:pStyle w:val="Heading2"/>
      </w:pPr>
      <w:r>
        <w:t>Muslim militancy failure and need for reassessment</w:t>
      </w:r>
    </w:p>
    <w:p>
      <w:r>
        <w:rPr>
          <w:color w:val="666666"/>
          <w:sz w:val="18"/>
        </w:rPr>
        <w:t>Muslims: A Reassessment | July 23, 2007 · 4m 44s · at 9:30 · https://youtu.be/GGbpsnYmdT0?t=570</w:t>
      </w:r>
    </w:p>
    <w:p>
      <w:r>
        <w:rPr>
          <w:i/>
        </w:rPr>
        <w:t>“What happened? All the Muslims involved in militancy.”</w:t>
      </w:r>
    </w:p>
    <w:p>
      <w:r>
        <w:rPr>
          <w:sz w:val="20"/>
        </w:rPr>
        <w:t>9:30  Both the problems started almost in 1948.</w:t>
      </w:r>
      <w:r>
        <w:br/>
      </w:r>
      <w:r>
        <w:rPr>
          <w:sz w:val="20"/>
        </w:rPr>
        <w:t>9:39  So what happened?</w:t>
      </w:r>
      <w:r>
        <w:br/>
      </w:r>
      <w:r>
        <w:rPr>
          <w:sz w:val="20"/>
        </w:rPr>
        <w:t>9:48  All the Muslims involved in militancy.</w:t>
      </w:r>
      <w:r>
        <w:br/>
      </w:r>
      <w:r>
        <w:rPr>
          <w:sz w:val="20"/>
        </w:rPr>
        <w:t>9:57  Some Muslims engaged themselves in a practical sense, and other Muslims,</w:t>
      </w:r>
      <w:r>
        <w:br/>
      </w:r>
      <w:r>
        <w:rPr>
          <w:sz w:val="20"/>
        </w:rPr>
        <w:t>10:06  although those Muslims who involved themselves practically, they were not very large numbers, but other Muslims accepted it as theright action. So the whole Muslim Ummah endorsed this kind of action in both the places, in Pal</w:t>
      </w:r>
      <w:r>
        <w:br/>
      </w:r>
      <w:r>
        <w:rPr>
          <w:sz w:val="20"/>
        </w:rPr>
        <w:t>10:36  estine and Kashmir.</w:t>
      </w:r>
      <w:r>
        <w:br/>
      </w:r>
      <w:r>
        <w:rPr>
          <w:sz w:val="20"/>
        </w:rPr>
        <w:t>10:46  Muslims engaged in militancy, that is armed struggle, armed struggle, and all the other Muslims endorsed their action.</w:t>
      </w:r>
      <w:r>
        <w:br/>
      </w:r>
      <w:r>
        <w:rPr>
          <w:sz w:val="20"/>
        </w:rPr>
        <w:t>10:57  Perhaps I was the only exception in the Muslim world who was</w:t>
      </w:r>
      <w:r>
        <w:br/>
      </w:r>
      <w:r>
        <w:rPr>
          <w:sz w:val="20"/>
        </w:rPr>
        <w:t>11:07  against this kind of militancy.</w:t>
      </w:r>
      <w:r>
        <w:br/>
      </w:r>
      <w:r>
        <w:rPr>
          <w:sz w:val="20"/>
        </w:rPr>
        <w:t>11:15  So now, after sixty years, we find the whole plan flopped.</w:t>
      </w:r>
      <w:r>
        <w:br/>
      </w:r>
      <w:r>
        <w:rPr>
          <w:sz w:val="20"/>
        </w:rPr>
        <w:t>11:22  Muslims achieved nothing.</w:t>
      </w:r>
      <w:r>
        <w:br/>
      </w:r>
      <w:r>
        <w:rPr>
          <w:sz w:val="20"/>
        </w:rPr>
        <w:t>11:30  It was completely a loss, loss of money, loss of lives.</w:t>
      </w:r>
      <w:r>
        <w:br/>
      </w:r>
      <w:r>
        <w:rPr>
          <w:sz w:val="20"/>
        </w:rPr>
        <w:t>11:38  Everything was lost without any gain.</w:t>
      </w:r>
      <w:r>
        <w:br/>
      </w:r>
      <w:r>
        <w:rPr>
          <w:sz w:val="20"/>
        </w:rPr>
        <w:t>11:46  So we have to reassess why it happened.</w:t>
      </w:r>
      <w:r>
        <w:br/>
      </w:r>
      <w:r>
        <w:rPr>
          <w:sz w:val="20"/>
        </w:rPr>
        <w:t>11:53  Although there is a verse in the Quran, "antumul aaloona in kuntum mu'mineen, qataf lahul mu'minoon." The Muslims</w:t>
      </w:r>
      <w:r>
        <w:br/>
      </w:r>
      <w:r>
        <w:rPr>
          <w:sz w:val="20"/>
        </w:rPr>
        <w:t>12:01  are bound to gain success</w:t>
      </w:r>
      <w:r>
        <w:br/>
      </w:r>
      <w:r>
        <w:rPr>
          <w:sz w:val="20"/>
        </w:rPr>
        <w:t xml:space="preserve">12:09  </w:t>
      </w:r>
      <w:r>
        <w:br/>
      </w:r>
      <w:r>
        <w:rPr>
          <w:sz w:val="20"/>
        </w:rPr>
        <w:t>12:16  So why this happened?</w:t>
      </w:r>
      <w:r>
        <w:br/>
      </w:r>
      <w:r>
        <w:rPr>
          <w:sz w:val="20"/>
        </w:rPr>
        <w:t>12:24  That after sixty years of struggle, Muslims are facing nothing but loss in terms of money, in terms of life.</w:t>
      </w:r>
      <w:r>
        <w:br/>
      </w:r>
      <w:r>
        <w:rPr>
          <w:sz w:val="20"/>
        </w:rPr>
        <w:t>12:31  They sacrificed everything on these two fronts, but they failed completely because they deviated from the</w:t>
      </w:r>
      <w:r>
        <w:br/>
      </w:r>
      <w:r>
        <w:rPr>
          <w:sz w:val="20"/>
        </w:rPr>
        <w:t>12:39  path of the Prophet.</w:t>
      </w:r>
      <w:r>
        <w:br/>
      </w:r>
      <w:r>
        <w:rPr>
          <w:sz w:val="20"/>
        </w:rPr>
        <w:t>12:46  It was a case of deviation rather than a case of following.</w:t>
      </w:r>
      <w:r>
        <w:br/>
      </w:r>
      <w:r>
        <w:rPr>
          <w:sz w:val="20"/>
        </w:rPr>
        <w:t>12:54  So this is a case, and we have to apply the Prophet's hadith on this case.</w:t>
      </w:r>
      <w:r>
        <w:br/>
      </w:r>
      <w:r>
        <w:rPr>
          <w:sz w:val="20"/>
        </w:rPr>
        <w:t>13:02  Here I would like to refer to a well-known hadith</w:t>
      </w:r>
      <w:r>
        <w:br/>
      </w:r>
      <w:r>
        <w:rPr>
          <w:sz w:val="20"/>
        </w:rPr>
        <w:t>13:10  from Al-Bukhari.</w:t>
      </w:r>
      <w:r>
        <w:br/>
      </w:r>
      <w:r>
        <w:rPr>
          <w:sz w:val="20"/>
        </w:rPr>
        <w:t>13:16  There is a hadith narrated by Aisha.</w:t>
      </w:r>
      <w:r>
        <w:br/>
      </w:r>
      <w:r>
        <w:rPr>
          <w:sz w:val="20"/>
        </w:rPr>
        <w:t>13:23  In this hadith, we find the general policy of the Prophet of Islam.</w:t>
      </w:r>
      <w:r>
        <w:br/>
      </w:r>
      <w:r>
        <w:rPr>
          <w:sz w:val="20"/>
        </w:rPr>
        <w:t>13:29  In this hadith, we find the general policy of the Prophet of Islam.</w:t>
      </w:r>
      <w:r>
        <w:br/>
      </w:r>
      <w:r>
        <w:rPr>
          <w:sz w:val="20"/>
        </w:rPr>
        <w:t>13:36  This hadith says,</w:t>
      </w:r>
      <w:r>
        <w:br/>
      </w:r>
      <w:r>
        <w:rPr>
          <w:sz w:val="20"/>
        </w:rPr>
        <w:t>13:42  "Ma khaira rasoolullahi sallallahu alaihi wasallam bayna amrain illa ikhtaara aishah rahimah." Whenever the Prophet had</w:t>
      </w:r>
      <w:r>
        <w:br/>
      </w:r>
      <w:r>
        <w:rPr>
          <w:sz w:val="20"/>
        </w:rPr>
        <w:t>13:53  to choose between the two, he always opted for an easier course of action rather than a harder</w:t>
      </w:r>
      <w:r>
        <w:br/>
      </w:r>
      <w:r>
        <w:rPr>
          <w:sz w:val="20"/>
        </w:rPr>
        <w:t>14:04  course of action.</w:t>
      </w:r>
    </w:p>
    <w:p>
      <w:pPr>
        <w:pStyle w:val="Heading2"/>
      </w:pPr>
      <w:r>
        <w:t>Finishing Prophet's mission in 21st century</w:t>
      </w:r>
    </w:p>
    <w:p>
      <w:r>
        <w:rPr>
          <w:color w:val="666666"/>
          <w:sz w:val="18"/>
        </w:rPr>
        <w:t>Launch of Maulana Wahiduddin Khan Peace Foundation April 2, 2016 · 5m 45s · at 23:06 · https://youtu.be/rzojs7eGG4M?t=1386</w:t>
      </w:r>
    </w:p>
    <w:p>
      <w:r>
        <w:rPr>
          <w:i/>
        </w:rPr>
        <w:t>“To main yeh kahunga aap ke liye khushkhabri hai”</w:t>
      </w:r>
    </w:p>
    <w:p>
      <w:r>
        <w:rPr>
          <w:sz w:val="20"/>
        </w:rPr>
        <w:t>23:06  lekin abhi aisa hua nahi. to main yeh kahunga aap ke liye khushkhabri hai ke aap woh log hain, aap sab 21st century ke believers,</w:t>
      </w:r>
      <w:r>
        <w:br/>
      </w:r>
      <w:r>
        <w:rPr>
          <w:sz w:val="20"/>
        </w:rPr>
        <w:t>23:21  woh log hain jin ko yeh opportunity mili hai ke woh prophet ke is unfinished agenda ko finish karen.</w:t>
      </w:r>
      <w:r>
        <w:br/>
      </w:r>
      <w:r>
        <w:rPr>
          <w:sz w:val="20"/>
        </w:rPr>
        <w:t>23:33  prophet ke is unfinished agenda ko mukammal karen. yani prophet ki live book ko shayad unhe to pahunchayen.</w:t>
      </w:r>
      <w:r>
        <w:br/>
      </w:r>
      <w:r>
        <w:rPr>
          <w:sz w:val="20"/>
        </w:rPr>
        <w:t>23:46  us ko main kahunga ke jab main sochta hoon to mere mind mein yeh aata hai ke what a thrilling idea!</w:t>
      </w:r>
      <w:r>
        <w:br/>
      </w:r>
      <w:r>
        <w:rPr>
          <w:sz w:val="20"/>
        </w:rPr>
        <w:t>23:57  what a thrilling idea! that in the 21st century we are in a position to finish the unfinished mission of the prophet of Islam.</w:t>
      </w:r>
      <w:r>
        <w:br/>
      </w:r>
      <w:r>
        <w:rPr>
          <w:sz w:val="20"/>
        </w:rPr>
        <w:t>24:13  kisi ajeeb baat hai!</w:t>
      </w:r>
      <w:r>
        <w:br/>
      </w:r>
      <w:r>
        <w:rPr>
          <w:sz w:val="20"/>
        </w:rPr>
        <w:t>24:17  ek thrilling, yeh ek ek thrilling idea hai, yeh thrilling discovery hai</w:t>
      </w:r>
      <w:r>
        <w:br/>
      </w:r>
      <w:r>
        <w:rPr>
          <w:sz w:val="20"/>
        </w:rPr>
        <w:t>24:27  ke hum is position mein hain aaj. aaj ke mani kya hain? aaj print media hai, electronic media hai, paper industry hai, openness hai, communication hai.</w:t>
      </w:r>
      <w:r>
        <w:br/>
      </w:r>
      <w:r>
        <w:rPr>
          <w:sz w:val="20"/>
        </w:rPr>
        <w:t>24:40  yani woh sari cheezen jo us ke liye support keh sakti hain, woh sab aaj, woh sab maloom ho chuki hain. there is the freedom hai.</w:t>
      </w:r>
      <w:r>
        <w:br/>
      </w:r>
      <w:r>
        <w:rPr>
          <w:sz w:val="20"/>
        </w:rPr>
        <w:t>24:54  jaise hum aaj yahan par jo program kar rahe hain, ab se do hazar pehle, do hazar saal pehle ya chand hazar saal pehle possible hi nahi tha ke aazadana tor par koi mazhab wala is tarah ka program kare.</w:t>
      </w:r>
      <w:r>
        <w:br/>
      </w:r>
      <w:r>
        <w:rPr>
          <w:sz w:val="20"/>
        </w:rPr>
        <w:t>25:13  is daur mein badshahon ka dunya mein qabza tha.</w:t>
      </w:r>
      <w:r>
        <w:br/>
      </w:r>
      <w:r>
        <w:rPr>
          <w:sz w:val="20"/>
        </w:rPr>
        <w:t>25:19  quran mein aata hai ke qayamat mein Allah zameen aasman ko apne hath mein le lega aur kahega ke kahan hain woh log?</w:t>
      </w:r>
      <w:r>
        <w:br/>
      </w:r>
      <w:r>
        <w:rPr>
          <w:sz w:val="20"/>
        </w:rPr>
        <w:t>25:29  aur hadith mein aata hai ke hadith mein alfaaz aate hain ke in al-jabbaroon, in al-mutakabbirun, in malik al-ard. yani kahan hain woh log jo zameen par qabza kar ke chahte the ke Allah ke mansoobe ko fail kar dein?</w:t>
      </w:r>
      <w:r>
        <w:br/>
      </w:r>
      <w:r>
        <w:rPr>
          <w:sz w:val="20"/>
        </w:rPr>
        <w:t>25:46  in al-jabbaroon, in al-mutakabbirun, in malik al-ard. to Allah taala ne is daur ko khatm kiya. yani kingship ke daur ko khatm kiya aur phir saare mawaqe khol diye aap ke liye, including religious freedom.</w:t>
      </w:r>
      <w:r>
        <w:br/>
      </w:r>
      <w:r>
        <w:rPr>
          <w:sz w:val="20"/>
        </w:rPr>
        <w:t>26:08  to aap kaun si record hain? kaun si rukawat hai?</w:t>
      </w:r>
      <w:r>
        <w:br/>
      </w:r>
      <w:r>
        <w:rPr>
          <w:sz w:val="20"/>
        </w:rPr>
        <w:t>26:17  hamare area mein, UP mein ek sahab the, woh zyada parhe likhe nahi the. to woh un ka karobar yeh tha ke woh chanda karte the, chande ka ek ek percentage lete the.</w:t>
      </w:r>
      <w:r>
        <w:br/>
      </w:r>
      <w:r>
        <w:rPr>
          <w:sz w:val="20"/>
        </w:rPr>
        <w:t>26:35  woh to theka lete the masjid ka. kisi ko masjid banwana ho, un ko theka de do. woh chanda layenge, 50 percent un ka, 50 percent masjid walon ka.</w:t>
      </w:r>
      <w:r>
        <w:br/>
      </w:r>
      <w:r>
        <w:rPr>
          <w:sz w:val="20"/>
        </w:rPr>
        <w:t>26:49  to jaate the idhar udhar, kuch baatein batate the ke jannat ke ke masjid banane se itna sawab hai, masjid banane mein itna reward milega.</w:t>
      </w:r>
      <w:r>
        <w:br/>
      </w:r>
      <w:r>
        <w:rPr>
          <w:sz w:val="20"/>
        </w:rPr>
        <w:t>26:59  ise batate the, phir kehte the: "kud dhama dham jannat mein! kud dhama dham jannat mein!" to main samajhta hoon ke zyada sahi baat yeh hai ke daudo Allah ki dawat ki taraf, daudo ghawam mission ki taraf,</w:t>
      </w:r>
      <w:r>
        <w:br/>
      </w:r>
      <w:r>
        <w:rPr>
          <w:sz w:val="20"/>
        </w:rPr>
        <w:t>27:18  kyunki sab se zyada reward isi ka milega akhirat mein.</w:t>
      </w:r>
      <w:r>
        <w:br/>
      </w:r>
      <w:r>
        <w:rPr>
          <w:sz w:val="20"/>
        </w:rPr>
        <w:t>27:26  main nahi samajhta ke is aasman ke neeche, is zameen ke upar koi is se bhi bada mission hai. sab se bada mission bilashuba yahi hai ke Allah ke kalam ko, Allah ke paigham ko sari dunya tak pahunchaya jaye.</w:t>
      </w:r>
      <w:r>
        <w:br/>
      </w:r>
      <w:r>
        <w:rPr>
          <w:sz w:val="20"/>
        </w:rPr>
        <w:t>27:43  sab se bada mission.</w:t>
      </w:r>
      <w:r>
        <w:br/>
      </w:r>
      <w:r>
        <w:rPr>
          <w:sz w:val="20"/>
        </w:rPr>
        <w:t>27:45  aur jab sab se bada mission yeh hai to bilashuba sab se bada reward bhi is ke liye hai, sab se bada reward bhi is ke liye hai.</w:t>
      </w:r>
      <w:r>
        <w:br/>
      </w:r>
      <w:r>
        <w:rPr>
          <w:sz w:val="20"/>
        </w:rPr>
        <w:t>27:58  to aap ke liye main samajhta hoon koi exclude nahi hai. aap ko Allah taala ne building de di, literature de diya, team de di, audience de diya, azadi de di.</w:t>
      </w:r>
      <w:r>
        <w:br/>
      </w:r>
      <w:r>
        <w:rPr>
          <w:sz w:val="20"/>
        </w:rPr>
        <w:t>28:12  yani sab kuch Allah taala ne de diya. ab idhar kis baat ka? idhar udhar kis baat ka? idhar kis baat ka?</w:t>
      </w:r>
      <w:r>
        <w:br/>
      </w:r>
      <w:r>
        <w:rPr>
          <w:sz w:val="20"/>
        </w:rPr>
        <w:t>28:25  aap ghaur kijiye ke aaj Delhi mein aap hain aur kaisa daur hai ke jab ke yani electronics ka daur hai.</w:t>
      </w:r>
      <w:r>
        <w:br/>
      </w:r>
      <w:r>
        <w:rPr>
          <w:sz w:val="20"/>
        </w:rPr>
        <w:t>28:37  yani ek building mein bait karein, aap saare alam tak pahuncha sakte hain apna paigham. kaisi ajeeb baat hai!</w:t>
      </w:r>
    </w:p>
    <w:p>
      <w:pPr>
        <w:pStyle w:val="Heading2"/>
      </w:pPr>
      <w:r>
        <w:t>The complete argument against excessive ritual worship</w:t>
      </w:r>
    </w:p>
    <w:p>
      <w:r>
        <w:rPr>
          <w:color w:val="666666"/>
          <w:sz w:val="18"/>
        </w:rPr>
        <w:t>Tasawwuf Tajdeed-e-Deen Book by Maulana Wahiduddin Khan · 5m 10s · at 5:49 · https://youtu.be/65H0szmbebY?t=349</w:t>
      </w:r>
    </w:p>
    <w:p>
      <w:r>
        <w:rPr>
          <w:i/>
        </w:rPr>
        <w:t>“Three men came to the Prophet's wives asking about his worship”</w:t>
      </w:r>
    </w:p>
    <w:p>
      <w:r>
        <w:rPr>
          <w:sz w:val="20"/>
        </w:rPr>
        <w:t>5:49  ibadat ke masnoon tareeqon mein is qism ka izafa sarahatan mamnoo qarar diya gaya tha.</w:t>
      </w:r>
      <w:r>
        <w:br/>
      </w:r>
      <w:r>
        <w:rPr>
          <w:sz w:val="20"/>
        </w:rPr>
        <w:t>5:55  bukhari o muslim ne hazrat anas se riwayat kiya hai: "ja thalathat al-rah ila buyoot azwaj al-nabi sallall</w:t>
      </w:r>
      <w:r>
        <w:br/>
      </w:r>
      <w:r>
        <w:rPr>
          <w:sz w:val="20"/>
        </w:rPr>
        <w:t>6:01  allah alayhi wasallam an ibadat al-nabi sallall allah alayhi wasallam".</w:t>
      </w:r>
      <w:r>
        <w:br/>
      </w:r>
      <w:r>
        <w:rPr>
          <w:sz w:val="20"/>
        </w:rPr>
        <w:t>6:47  teen musalman azwaj e rasool ke gharon par aaye aur aap ki ibadat ke baray mein daryaft kiya. jab unhen pata jab unhen bataya gaya to unhen aap ki ibadat bohat kam maloom hui.</w:t>
      </w:r>
      <w:r>
        <w:br/>
      </w:r>
      <w:r>
        <w:rPr>
          <w:sz w:val="20"/>
        </w:rPr>
        <w:t>6:59  unhon ne kaha: "rasool Allah sallallahu alaihi wasallam se hamara kya muqabla? aap ke to tamam aglay pichlay gunah maaf kar diye gaye hain." phir un mein se ek ne kaha: "main to rat bhar namazen parhunga." doosre ne kaha: "main musalsal roze rakhunga."</w:t>
      </w:r>
      <w:r>
        <w:br/>
      </w:r>
      <w:r>
        <w:rPr>
          <w:sz w:val="20"/>
        </w:rPr>
        <w:t>7:15  teesre ne kaha: "main tajarrud ki zindagi ikhtiyar karunga aur auraton se koi ta'alluq na rakhunga." phir rasool Allah sallallahu alaihi wasallam tashreef laye.</w:t>
      </w:r>
      <w:r>
        <w:br/>
      </w:r>
      <w:r>
        <w:rPr>
          <w:sz w:val="20"/>
        </w:rPr>
        <w:t>7:23  aap ne farmaya: "kya tum hi woh log ho jinhon ne aisa aur aisa kaha hai? suno, Khuda ki qasam, main tum mein main tum mein Khuda ki qasam, main tum sab mein zyada Khuda se darne wala aur muttaqi hoon,</w:t>
      </w:r>
      <w:r>
        <w:br/>
      </w:r>
      <w:r>
        <w:rPr>
          <w:sz w:val="20"/>
        </w:rPr>
        <w:t>7:39  magar main roza bhi rakhta hoon aur nahi bhi rakhta, namaz bhi parhta hoon aur sota bhi hoon aur auraton se nikah karta hoon. yeh meri sunnat hai aur jo meri sunnat ko chhoday woh mujh se nahi." ek aur riwayat is tarah se hai:</w:t>
      </w:r>
      <w:r>
        <w:br/>
      </w:r>
      <w:r>
        <w:rPr>
          <w:sz w:val="20"/>
        </w:rPr>
        <w:t>7:55  aap ke ashaab mein se kuch logon ne irada kiya ke dunya ko tark kar dain aur auraton se qata ta'alluq kar lain aur rahb</w:t>
      </w:r>
      <w:r>
        <w:br/>
      </w:r>
      <w:r>
        <w:rPr>
          <w:sz w:val="20"/>
        </w:rPr>
        <w:t>8:04  ban jayain. rasool Allah sallallahu alaihi wasallam ko maloom hua to aap wa'az ke liye kharay hue aur un ke muta'alliq sakht guftagu farmayi.</w:t>
      </w:r>
      <w:r>
        <w:br/>
      </w:r>
      <w:r>
        <w:rPr>
          <w:sz w:val="20"/>
        </w:rPr>
        <w:t>8:13  aap ne kaha: "tum se pehle jo log halak hue woh isi qism ki shiddat ki wajah se halak hue. unhon ne apne upar shiddat ki to Allah ne bhi un par shiddat ki.</w:t>
      </w:r>
      <w:r>
        <w:br/>
      </w:r>
      <w:r>
        <w:rPr>
          <w:sz w:val="20"/>
        </w:rPr>
        <w:t>8:25  unhi ki baqaya hai jo sawame mein hai.</w:t>
      </w:r>
      <w:r>
        <w:br/>
      </w:r>
      <w:r>
        <w:rPr>
          <w:sz w:val="20"/>
        </w:rPr>
        <w:t>8:28  tum log Allah ki ibadat karo, us ke sath kisi cheez ko shareek na karo. haj karo, umrah karo aur seedhe raho, tumhare sath seedha mu'amla kiya jayega."</w:t>
      </w:r>
      <w:r>
        <w:br/>
      </w:r>
      <w:r>
        <w:rPr>
          <w:sz w:val="20"/>
        </w:rPr>
        <w:t>8:41  in 'ibad al-duha' ki madafaat mein jo literature tayar hua, uska khulasa Maulana Abdul Hay Laknawi 1264 ta 1304 hijri ki kitab "Iqamat al-Hujjat 'ala Ann al-Ikthar fi al-Ta'abbud Laysa Bid'ah Halab" 1966 mein dekha ja sakta hai.</w:t>
      </w:r>
      <w:r>
        <w:br/>
      </w:r>
      <w:r>
        <w:rPr>
          <w:sz w:val="20"/>
        </w:rPr>
        <w:t>9:03  tahum is mein koi shakk nahi ke in tamam dalail ki qadr o qeemat sirf is waqt tak hai jab ke muta'alliqh akabir ke amal ka lazman sahi hona bator peshgi mafrooze ke maan liya jaye.</w:t>
      </w:r>
      <w:r>
        <w:br/>
      </w:r>
      <w:r>
        <w:rPr>
          <w:sz w:val="20"/>
        </w:rPr>
        <w:t>9:17  agar is mafrooze ko zehan se nikal diya jaye to maloom hoga ke in tawjeehat ki ilmi aitbar se koi haqeeqi</w:t>
      </w:r>
      <w:r>
        <w:br/>
      </w:r>
      <w:r>
        <w:rPr>
          <w:sz w:val="20"/>
        </w:rPr>
        <w:t>9:24  qat nahi. misaal ke taur par kaha jata hai ke paighambar e islam ne apni ummat par shafqat ki waja se kam ibadaten keen kyunke aap agar zyada ibadat karte to sari ummat par waisa hi karna farz ho jata.</w:t>
      </w:r>
      <w:r>
        <w:br/>
      </w:r>
      <w:r>
        <w:rPr>
          <w:sz w:val="20"/>
        </w:rPr>
        <w:t>9:38  kan yترك kثرت العبادات شفقت علی امتی ورحمت علی اتباعہ لیتحرج باتباع فی ذالک۔</w:t>
      </w:r>
      <w:r>
        <w:br/>
      </w:r>
      <w:r>
        <w:rPr>
          <w:sz w:val="20"/>
        </w:rPr>
        <w:t>9:50  is istidlal ki kamzori is waqe se sabit hoti hai ke ibadat mein tashaddud ke bajaye aap ka etidal agar ummat par shafqat ki waja se tha to aap ne doosre mamle mein "lعلک باقع نفسک اللہ یکون مومنین" shiaarat teen ka uswa apni ummat ke liye kyun chora?</w:t>
      </w:r>
      <w:r>
        <w:br/>
      </w:r>
      <w:r>
        <w:rPr>
          <w:sz w:val="20"/>
        </w:rPr>
        <w:t>10:09  haqeeqat yeh hai ke Allah taala ko apne momin bando se yeh matloob hi nahi ke woh is qism ke karishme dikhayein ke maghrib ke wazu se fajar ki namaz pachas saal tak padh</w:t>
      </w:r>
      <w:r>
        <w:br/>
      </w:r>
      <w:r>
        <w:rPr>
          <w:sz w:val="20"/>
        </w:rPr>
        <w:t>10:20  te rahen aur rozana uth uth bar Quran khatam kar dalen. apne jism ko ghair zarori mashaqqat mein dalna ya raat din kuch ishkal ibadat ko dohrate rehna woh cheez nahi jo Allah taala ko matloob ho.</w:t>
      </w:r>
      <w:r>
        <w:br/>
      </w:r>
      <w:r>
        <w:rPr>
          <w:sz w:val="20"/>
        </w:rPr>
        <w:t>10:34  is ko jo cheez is ko jo cheez matloob hai woh andarooni taur par yeh hai ke is ke bande is ki mohabbat aur khauf se sarshar hon aur kharji taur par yeh ke ek taraf apne amal ko zindagi ek taraf apne amal ko zindagi ki tamam sargarmiyon mein khudai taleem ke mutabiq banayein aur doosri taraf doosre bandagan e khuda ko Allah ke daira mein lane ki koshish karein.</w:t>
      </w:r>
    </w:p>
    <w:p>
      <w:pPr>
        <w:pStyle w:val="Heading2"/>
      </w:pPr>
      <w:r>
        <w:t>Homelessness to launching Al-Risala</w:t>
      </w:r>
    </w:p>
    <w:p>
      <w:r>
        <w:rPr>
          <w:color w:val="666666"/>
          <w:sz w:val="18"/>
        </w:rPr>
        <w:t>How to Remove Tension February 11, 2007 Maulana Wahiduddin Khan · 4m 03s · at 42:39 · https://youtu.be/_PB2YOm8cV8?t=2559</w:t>
      </w:r>
    </w:p>
    <w:p>
      <w:r>
        <w:rPr>
          <w:i/>
        </w:rPr>
        <w:t>“Aur main to sau baar kam se kam bata sakta hoon”</w:t>
      </w:r>
    </w:p>
    <w:p>
      <w:r>
        <w:rPr>
          <w:sz w:val="20"/>
        </w:rPr>
        <w:t>42:39  aur main to yani so bar kam az kam bata sakta hoon aap ko bar bar aisa hua ke tension ne mujhe aik nai dunya se</w:t>
      </w:r>
      <w:r>
        <w:br/>
      </w:r>
      <w:r>
        <w:rPr>
          <w:sz w:val="20"/>
        </w:rPr>
        <w:t>42:50  mili mujhe jaisay isi dilli mein dekhiye isi dilli mein aisa hua ke 1975 mein mein isi dilli mein mein be ghar ho gaya be ghar ho gaya jab aik aik aik zamanay mein aik haftay mein aik din nikalta tha mein is ka editor tha achaanak unhon ne band kar diya unhon ne.</w:t>
      </w:r>
      <w:r>
        <w:br/>
      </w:r>
      <w:r>
        <w:rPr>
          <w:sz w:val="20"/>
        </w:rPr>
        <w:t>43:15  ab mein bilkul aik be ghar shakhs ban gaya isi dilli mein 1975 mein to logon ne mujh se kaha ke in par case kijiye.</w:t>
      </w:r>
      <w:r>
        <w:br/>
      </w:r>
      <w:r>
        <w:rPr>
          <w:sz w:val="20"/>
        </w:rPr>
        <w:t>43:25  aur yeh lambi kahani hai har aadmi karta hai to case kijiye case kijiye lekin mein ne kya faisla kiya?</w:t>
      </w:r>
      <w:r>
        <w:br/>
      </w:r>
      <w:r>
        <w:rPr>
          <w:sz w:val="20"/>
        </w:rPr>
        <w:t>43:35  ke is haftay ke parche ke bahar bhi aik dunya hai woh dunya pehle hi mere qabzay mein hai.</w:t>
      </w:r>
      <w:r>
        <w:br/>
      </w:r>
      <w:r>
        <w:rPr>
          <w:sz w:val="20"/>
        </w:rPr>
        <w:t>43:44  woh jo aik haftay ka parcha tha aik i association ka is ka aik office tha to kya wohi kal dunya hai is ke bahar bohat bari dunya hai.</w:t>
      </w:r>
      <w:r>
        <w:br/>
      </w:r>
      <w:r>
        <w:rPr>
          <w:sz w:val="20"/>
        </w:rPr>
        <w:t>43:54  trillion time ziyada bari dunya to mein aik saal tak chala is tarah ka qissa phir mein ne apna magazine nikala.</w:t>
      </w:r>
      <w:r>
        <w:br/>
      </w:r>
      <w:r>
        <w:rPr>
          <w:sz w:val="20"/>
        </w:rPr>
        <w:t>44:04  1975 hi ke aakhir mein.</w:t>
      </w:r>
      <w:r>
        <w:br/>
      </w:r>
      <w:r>
        <w:rPr>
          <w:sz w:val="20"/>
        </w:rPr>
        <w:t>44:10  is ka naam mein ne rakha Al-Risala Al-Risala means the message Al-Risala ka matlab hai the message urdu mein english mein aur hindi mein.</w:t>
      </w:r>
      <w:r>
        <w:br/>
      </w:r>
      <w:r>
        <w:rPr>
          <w:sz w:val="20"/>
        </w:rPr>
        <w:t>44:21  to woh us waqt se baqaaida tareeqay se barabar nikal raha hai aaj aur poore yaani urdu jo muslim lafz jo hai is ka munfarid parcha maana jata hai woh.</w:t>
      </w:r>
      <w:r>
        <w:br/>
      </w:r>
      <w:r>
        <w:rPr>
          <w:sz w:val="20"/>
        </w:rPr>
        <w:t>44:33  aap ghhor kijiye ke mein barabar pakistan par tanqeed karta hoon jo mein jinnah par tanqeed karta hoon iqbal par tanqeed karta hoon.</w:t>
      </w:r>
      <w:r>
        <w:br/>
      </w:r>
      <w:r>
        <w:rPr>
          <w:sz w:val="20"/>
        </w:rPr>
        <w:t>44:43  aap jante hain ke iqbal jo thay woh pakistan ke sochne walay thay jinnah sahib thay jo pakistan ke builder thay.</w:t>
      </w:r>
      <w:r>
        <w:br/>
      </w:r>
      <w:r>
        <w:rPr>
          <w:sz w:val="20"/>
        </w:rPr>
        <w:t>44:51  to mein aur abdullah al mehdi jo pakistan ke is mein bohat un ka darja mila un ko to mein barabar pakistan ko kehta hoon ke yeh koi yaani yeh koi kaam nahi tha jo musalmanon ne kiya.</w:t>
      </w:r>
      <w:r>
        <w:br/>
      </w:r>
      <w:r>
        <w:rPr>
          <w:sz w:val="20"/>
        </w:rPr>
        <w:t>45:06  partition ko mein kehta hoon ke yeh koi kaam nahi tha jo musalmanon ne kiya to mein iqbal par tanqeed karta hoon mehdi par tanqeed karta hoon jinnah par tanqeed karta hoon.</w:t>
      </w:r>
      <w:r>
        <w:br/>
      </w:r>
      <w:r>
        <w:rPr>
          <w:sz w:val="20"/>
        </w:rPr>
        <w:t>45:14  p</w:t>
      </w:r>
      <w:r>
        <w:br/>
      </w:r>
      <w:r>
        <w:rPr>
          <w:sz w:val="20"/>
        </w:rPr>
        <w:t>45:15  har bhi mera parcha jo hai akela parcha india ka hai jo wahan par dobara chhapaya jata hai har mahine har mahine.</w:t>
      </w:r>
      <w:r>
        <w:br/>
      </w:r>
      <w:r>
        <w:rPr>
          <w:sz w:val="20"/>
        </w:rPr>
        <w:t>45:25  kyun ke woh log nazar andaz nahi kar sakte Al-Risala ke parche ko is mein itni ziyada aur baatein hoti hain is aik baat ko chhod kar ke is liye un logon ko mujh se mohabbat nafrat ka ta'alluq hai.</w:t>
      </w:r>
      <w:r>
        <w:br/>
      </w:r>
      <w:r>
        <w:rPr>
          <w:sz w:val="20"/>
        </w:rPr>
        <w:t>45:34  mohabbat nafrat ke aik fisad agar woh baatein hoti hain jo unhein achhi nahi lagti hain kyun ke 90 fisad baatein woh baatein hoti hoti hain 99 fisad.</w:t>
      </w:r>
      <w:r>
        <w:br/>
      </w:r>
      <w:r>
        <w:rPr>
          <w:sz w:val="20"/>
        </w:rPr>
        <w:t>45:44  is ka koi un ke paas mutabadil nahi hai kisi bhi magazine mein woh baat nahi pa sakte woh arabic mein farsi mein english mein urdu mein kisi bhi zaban mein.</w:t>
      </w:r>
      <w:r>
        <w:br/>
      </w:r>
      <w:r>
        <w:rPr>
          <w:sz w:val="20"/>
        </w:rPr>
        <w:t>45:54  jo hamare parche mein hoti hain.</w:t>
      </w:r>
      <w:r>
        <w:br/>
      </w:r>
      <w:r>
        <w:rPr>
          <w:sz w:val="20"/>
        </w:rPr>
        <w:t>45:58  to mein ne parcha apna nikala aur khoob mehnat kar ke parhta tha mein.</w:t>
      </w:r>
      <w:r>
        <w:br/>
      </w:r>
      <w:r>
        <w:rPr>
          <w:sz w:val="20"/>
        </w:rPr>
        <w:t>46:03  bohat saare magazine bohat saare risalay bohat saari kitaben aur bilkul nai baatein lata tha risalay mein nai baatein jo is se pehle kabhi na kisi ne socha tha aur na woh chhapi theen woh baatein.</w:t>
      </w:r>
      <w:r>
        <w:br/>
      </w:r>
      <w:r>
        <w:rPr>
          <w:sz w:val="20"/>
        </w:rPr>
        <w:t>46:17  to Khuda ke fazal se yaani 75 mein agar mein samajhta ke meri tareekh khatam ho gayi mera chapter band ho chuka.</w:t>
      </w:r>
      <w:r>
        <w:br/>
      </w:r>
      <w:r>
        <w:rPr>
          <w:sz w:val="20"/>
        </w:rPr>
        <w:t>46:26  to mein bhi khudkushi kar sakta tha.</w:t>
      </w:r>
      <w:r>
        <w:br/>
      </w:r>
      <w:r>
        <w:rPr>
          <w:sz w:val="20"/>
        </w:rPr>
        <w:t>46:30  lekin mein ne phir se apna naya chapter khola is waqt ke muqablay mein aaj mein samajhta hoon ke million time ziyada bara kaam Allah taala mujh se le rahe hain million time ziyada bara kaam le rahe hain mujh se.</w:t>
      </w:r>
    </w:p>
    <w:p>
      <w:pPr>
        <w:pStyle w:val="Heading2"/>
      </w:pPr>
      <w:r>
        <w:t>Prophet's equal treatment of Jews and Muslims in Medina</w:t>
      </w:r>
    </w:p>
    <w:p>
      <w:r>
        <w:rPr>
          <w:color w:val="666666"/>
          <w:sz w:val="18"/>
        </w:rPr>
        <w:t>Importance of Peace November 29, 2013 · 4m 08s · at 16:22 · https://youtu.be/ojJ4gCFf-YE?t=982</w:t>
      </w:r>
    </w:p>
    <w:p>
      <w:r>
        <w:rPr>
          <w:i/>
        </w:rPr>
        <w:t>“At that time there were three Jewish tribes in Medina”</w:t>
      </w:r>
    </w:p>
    <w:p>
      <w:r>
        <w:rPr>
          <w:sz w:val="20"/>
        </w:rPr>
        <w:t>16:22  then, you know, at that time, there were three Jewish tribes in Madinah. Almost half the population of Madinah consisted Jews.</w:t>
      </w:r>
      <w:r>
        <w:br/>
      </w:r>
      <w:r>
        <w:rPr>
          <w:sz w:val="20"/>
        </w:rPr>
        <w:t>16:40  but prophet, what he</w:t>
      </w:r>
      <w:r>
        <w:br/>
      </w:r>
      <w:r>
        <w:rPr>
          <w:sz w:val="20"/>
        </w:rPr>
        <w:t>16:43  happened? when prophet</w:t>
      </w:r>
      <w:r>
        <w:br/>
      </w:r>
      <w:r>
        <w:rPr>
          <w:sz w:val="20"/>
        </w:rPr>
        <w:t>16:47  settled in Madinah, he opted the qibla of Yehud.</w:t>
      </w:r>
      <w:r>
        <w:br/>
      </w:r>
      <w:r>
        <w:rPr>
          <w:sz w:val="20"/>
        </w:rPr>
        <w:t>16:59  prophet's qibla was Kaaba, but he opted for qibla of yehud. why? only to avoid confliction.</w:t>
      </w:r>
      <w:r>
        <w:br/>
      </w:r>
      <w:r>
        <w:rPr>
          <w:sz w:val="20"/>
        </w:rPr>
        <w:t>17:14  very strange. At that time, again, there were two options: either to adopt Kaaba as Qibla or confliction, violence, hate,</w:t>
      </w:r>
      <w:r>
        <w:br/>
      </w:r>
      <w:r>
        <w:rPr>
          <w:sz w:val="20"/>
        </w:rPr>
        <w:t>17:28  that was bound to lead to war. So prophet left Kaaba and he opted qibla as qibla.</w:t>
      </w:r>
      <w:r>
        <w:br/>
      </w:r>
      <w:r>
        <w:rPr>
          <w:sz w:val="20"/>
        </w:rPr>
        <w:t>17:41  this was, this was policy of peace. policy of peace. then, when prophet settled in madinah, he issued a declaration called in in history: sahifat al-madinah.</w:t>
      </w:r>
      <w:r>
        <w:br/>
      </w:r>
      <w:r>
        <w:rPr>
          <w:sz w:val="20"/>
        </w:rPr>
        <w:t>18:03  sahifat al-madinah means madinah declaration. in this madinah declaration, he included a provision in these verses:</w:t>
      </w:r>
      <w:r>
        <w:br/>
      </w:r>
      <w:r>
        <w:rPr>
          <w:sz w:val="20"/>
        </w:rPr>
        <w:t>18:20  "lil yahud dinuhum walil muslimin dinuhum, faaju darjan far muslim darjan." it means that he</w:t>
      </w:r>
      <w:r>
        <w:br/>
      </w:r>
      <w:r>
        <w:rPr>
          <w:sz w:val="20"/>
        </w:rPr>
        <w:t>18:35  he placed the both communities on equal level. there is no difference between muslims and jews.</w:t>
      </w:r>
      <w:r>
        <w:br/>
      </w:r>
      <w:r>
        <w:rPr>
          <w:sz w:val="20"/>
        </w:rPr>
        <w:t>18:46  he gave equal status to the both communities: muslims and jews, lil muslimin dinuhum, walil yahud dinuhum.</w:t>
      </w:r>
      <w:r>
        <w:br/>
      </w:r>
      <w:r>
        <w:rPr>
          <w:sz w:val="20"/>
        </w:rPr>
        <w:t>19:00  then, i will,</w:t>
      </w:r>
      <w:r>
        <w:br/>
      </w:r>
      <w:r>
        <w:rPr>
          <w:sz w:val="20"/>
        </w:rPr>
        <w:t>19:04  i will tell you a very very strange story.</w:t>
      </w:r>
      <w:r>
        <w:br/>
      </w:r>
      <w:r>
        <w:rPr>
          <w:sz w:val="20"/>
        </w:rPr>
        <w:t>19:11  when prophet was in madinah, it happened one day that prophet saw a funeral procession passing through a street in madinah.</w:t>
      </w:r>
      <w:r>
        <w:br/>
      </w:r>
      <w:r>
        <w:rPr>
          <w:sz w:val="20"/>
        </w:rPr>
        <w:t>19:26  prophet was seated at that time. he stood up in respect in seeing that funeral.</w:t>
      </w:r>
      <w:r>
        <w:br/>
      </w:r>
      <w:r>
        <w:rPr>
          <w:sz w:val="20"/>
        </w:rPr>
        <w:t>19:36  he stood up in respect. so, one of the companions said: "o prophet, it was funeral of jew, not of muslim,</w:t>
      </w:r>
      <w:r>
        <w:br/>
      </w:r>
      <w:r>
        <w:rPr>
          <w:sz w:val="20"/>
        </w:rPr>
        <w:t>19:50  and you are respecting a jewish body." then, what was the reply? the prophet of islam said: "alihi nafs, alihi nafs, was he not a human being." here you can see that prophet was able to discover a commonality between muslim and jew:</w:t>
      </w:r>
      <w:r>
        <w:br/>
      </w:r>
      <w:r>
        <w:rPr>
          <w:sz w:val="20"/>
        </w:rPr>
        <w:t>20:17  equal status,</w:t>
      </w:r>
      <w:r>
        <w:br/>
      </w:r>
      <w:r>
        <w:rPr>
          <w:sz w:val="20"/>
        </w:rPr>
        <w:t>20:19  no difference at all. alihi nafs, was he not a human being. this is the true spirit of islam.</w:t>
      </w:r>
    </w:p>
    <w:p>
      <w:pPr>
        <w:pStyle w:val="Heading2"/>
      </w:pPr>
      <w:r>
        <w:t>why no new prophet is needed after a preserved book</w:t>
      </w:r>
    </w:p>
    <w:p>
      <w:r>
        <w:rPr>
          <w:color w:val="666666"/>
          <w:sz w:val="18"/>
        </w:rPr>
        <w:t>Stress and Spirituality January 1, 2012 · 4m 47s · at 1:30:24 · https://youtu.be/TPhXL9-g6ME?t=5424</w:t>
      </w:r>
    </w:p>
    <w:p>
      <w:r>
        <w:rPr>
          <w:i/>
        </w:rPr>
        <w:t>“Why do people think a new prophet must keep coming?”</w:t>
      </w:r>
    </w:p>
    <w:p>
      <w:r>
        <w:rPr>
          <w:sz w:val="20"/>
        </w:rPr>
        <w:t>1:30:24  Mr. Asif ka new New Delhi se sawal aaya hai. unhone likha hai: "har ummat ke liye ek paighambar hai.</w:t>
      </w:r>
      <w:r>
        <w:br/>
      </w:r>
      <w:r>
        <w:rPr>
          <w:sz w:val="20"/>
        </w:rPr>
        <w:t>1:30:34  har ummat ka ek waqt muqarrar hai. Allah ke paighambar ek ke baad ek ate rahenge." Quran ke Chapter Ten, Verse number Forty Seven mein aaya hai: likulli al-ummah rasool.</w:t>
      </w:r>
      <w:r>
        <w:br/>
      </w:r>
      <w:r>
        <w:rPr>
          <w:sz w:val="20"/>
        </w:rPr>
        <w:t>1:30:48  Maulana sahib, iska kya matlab hai? Muhammad sahib ke baad koi rasool nahi aayega jabke Quran shareef hamein saaf saaf bayan karta hai ke Allah ke rasool ate rahenge.</w:t>
      </w:r>
      <w:r>
        <w:br/>
      </w:r>
      <w:r>
        <w:rPr>
          <w:sz w:val="20"/>
        </w:rPr>
        <w:t>1:31:01  yeh kaha hai ke ate rahenge</w:t>
      </w:r>
      <w:r>
        <w:br/>
      </w:r>
      <w:r>
        <w:rPr>
          <w:sz w:val="20"/>
        </w:rPr>
        <w:t>1:31:03  ? yeh ate rahenge kaha hai? likulli qawmin har qoum ke hath gumane, har ek giroh ke nabi aaya. yeh jo aap jo nikal rahe hain continuation, yeh yeh kahan is mein likha hua hai?</w:t>
      </w:r>
      <w:r>
        <w:br/>
      </w:r>
      <w:r>
        <w:rPr>
          <w:sz w:val="20"/>
        </w:rPr>
        <w:t>1:31:19  dekhiye, yeh bahut badi fallacy hai, bahut badi galatfehmi hai. rasool naya is waqt aata hai jabke pichhle rasool ki layi hui hidayat mehfooz na rahi ho.</w:t>
      </w:r>
      <w:r>
        <w:br/>
      </w:r>
      <w:r>
        <w:rPr>
          <w:sz w:val="20"/>
        </w:rPr>
        <w:t>1:31:34  yeh usool samajh lijiye aap. dunya mein Khuda ke deen ki numaindagi ya to living paighambar karta hai ya Khuda ki book karti hai. agar Khuda ki book maujood hai to living paighambar ki zaroorat nahi hai.</w:t>
      </w:r>
      <w:r>
        <w:br/>
      </w:r>
      <w:r>
        <w:rPr>
          <w:sz w:val="20"/>
        </w:rPr>
        <w:t>1:31:48  to jo ayatein hain iska matlab yahi hai ke Allah ne paighambar bheja. usne Allah ki kitab logon ke samne pesh ki. lekin woh kitab phir mehfooz nahi rahi to phir dobara paighambar bhejna pada.</w:t>
      </w:r>
      <w:r>
        <w:br/>
      </w:r>
      <w:r>
        <w:rPr>
          <w:sz w:val="20"/>
        </w:rPr>
        <w:t>1:32:01  dobara bhejna pada. ab Muhammad sallallahu alaihi wasallam jo jo kitab laye Quran woh poori tarah mehfooz hai. is mein ek ayat ke barabar bhi koi cheez yani na badli hai na mitti hai na kuch hua hai.</w:t>
      </w:r>
      <w:r>
        <w:br/>
      </w:r>
      <w:r>
        <w:rPr>
          <w:sz w:val="20"/>
        </w:rPr>
        <w:t>1:32:17  to ab paighambar kis liye? naya paighambar kis liye? Quran is zamane mein paighambar ki jagah par hai.</w:t>
      </w:r>
      <w:r>
        <w:br/>
      </w:r>
      <w:r>
        <w:rPr>
          <w:sz w:val="20"/>
        </w:rPr>
        <w:t>1:32:26  Quran ko numaindagi kar raha hai. maqsad yeh nahi ke ek living ke paighambar maujood ho. yaad rakhiye ke maqsad yeh nahi ke living paighambar maujood ho.</w:t>
      </w:r>
      <w:r>
        <w:br/>
      </w:r>
      <w:r>
        <w:rPr>
          <w:sz w:val="20"/>
        </w:rPr>
        <w:t>1:32:38  maqsad yeh hai ke mehfooz kitab ilahi maujood ho.</w:t>
      </w:r>
      <w:r>
        <w:br/>
      </w:r>
      <w:r>
        <w:rPr>
          <w:sz w:val="20"/>
        </w:rPr>
        <w:t>1:32:43  to kya aap ko agar hidayat chahiye Allah taala ki to aap ko ek chalta phirta insan dekh chahiye? is dekhein aap. yani ek sacha seekhar hai.</w:t>
      </w:r>
      <w:r>
        <w:br/>
      </w:r>
      <w:r>
        <w:rPr>
          <w:sz w:val="20"/>
        </w:rPr>
        <w:t>1:32:53  ek aadmi janna chahta hai ke Allah ka mansha kya hai? to kya usko aap chahiye ke ek ek road pe ek aadmi chalta phirta ho? nahi, woh book agar uske paas hai Allah ki mehfooz book, is mein aap padh lijiye.</w:t>
      </w:r>
      <w:r>
        <w:br/>
      </w:r>
      <w:r>
        <w:rPr>
          <w:sz w:val="20"/>
        </w:rPr>
        <w:t>1:33:07  is se aap ko hidayat mil jayegi.</w:t>
      </w:r>
      <w:r>
        <w:br/>
      </w:r>
      <w:r>
        <w:rPr>
          <w:sz w:val="20"/>
        </w:rPr>
        <w:t>1:33:09  to yeh bahut badi fallacy hai yeh ke is se log sabit karte hain ke is zamane mein ek paighambar aana chahiye. yeh bilkul absurd hai, illogical hai, baseless hai yeh baat.</w:t>
      </w:r>
      <w:r>
        <w:br/>
      </w:r>
      <w:r>
        <w:rPr>
          <w:sz w:val="20"/>
        </w:rPr>
        <w:t>1:33:21  yaad rakhiye, paighambar jo bar bar aaye to uski wajah yeh thi ke pichhle paighambar ke jo ke zariye Allah taala ne jo hidayat bheji thi woh mehfooz nahi rahi.</w:t>
      </w:r>
      <w:r>
        <w:br/>
      </w:r>
      <w:r>
        <w:rPr>
          <w:sz w:val="20"/>
        </w:rPr>
        <w:t>1:33:34  ab jo rasool Allah sallallahu alaihi wasallam jo Muhammad Muhammad sallallahu alaihi wasallam jo the unke zariye Allah taala ne Quran bheja to woh Quran mukammal mehfooz hai.</w:t>
      </w:r>
      <w:r>
        <w:br/>
      </w:r>
      <w:r>
        <w:rPr>
          <w:sz w:val="20"/>
        </w:rPr>
        <w:t>1:33:44  ab jo seekhar ho woh Quran ko padhe. Plus yeh hai ke khud rasool Allah sallallahu alaihi wasallam ki seerat bhi mehfooz hai. aap ke kalmat jo hain hadith wahi mehfooz hain.</w:t>
      </w:r>
      <w:r>
        <w:br/>
      </w:r>
      <w:r>
        <w:rPr>
          <w:sz w:val="20"/>
        </w:rPr>
        <w:t>1:33:53  is se aap jaan lijie ke islam kya hai, allah ki marzi kya hai.</w:t>
      </w:r>
      <w:r>
        <w:br/>
      </w:r>
      <w:r>
        <w:rPr>
          <w:sz w:val="20"/>
        </w:rPr>
        <w:t>1:33:58  to maqsad yeh hai yani allah taala ke guidance ko jaan lena na ke kisi ko chalte phirte dekhna road par.</w:t>
      </w:r>
      <w:r>
        <w:br/>
      </w:r>
      <w:r>
        <w:rPr>
          <w:sz w:val="20"/>
        </w:rPr>
        <w:t>1:34:10  yeh bohat bari fallacy hai jis mein log kuch log pade hue hain. aur is ki koi buniyad nahi hai. yeh khud sakhta dimagh ko aplaye karna hai.</w:t>
      </w:r>
      <w:r>
        <w:br/>
      </w:r>
      <w:r>
        <w:rPr>
          <w:sz w:val="20"/>
        </w:rPr>
        <w:t>1:34:18  allah taala ka ki marzi kya hai is ko jaane baghair. ab dekhiye, printing press ka zamana aa gaya. yani allah taala ne printing press paida kiya.</w:t>
      </w:r>
      <w:r>
        <w:br/>
      </w:r>
      <w:r>
        <w:rPr>
          <w:sz w:val="20"/>
        </w:rPr>
        <w:t>1:34:31  ab quran sirf pehle zamane mein shuru mein quran jo hai ya to mushaf hi hota tha ya hath ka likha hua hota tha. ab to bohat umda chapa hua, bohat hi sahi, bohat hi khoobsurat,</w:t>
      </w:r>
      <w:r>
        <w:br/>
      </w:r>
      <w:r>
        <w:rPr>
          <w:sz w:val="20"/>
        </w:rPr>
        <w:t>1:34:43  bohat hi achhe andaaz mein yani is ke sath binding ke sath. to aap isi ko isi ko dekh kar, isi ko padh kar ke aap allah ki yani guidance lijie, sirat-e-mustaqeem ko daryaft kijie.</w:t>
      </w:r>
      <w:r>
        <w:br/>
      </w:r>
      <w:r>
        <w:rPr>
          <w:sz w:val="20"/>
        </w:rPr>
        <w:t>1:34:58  ab living peghambar ki zaroorat nahi hai. mehfooz khulasa yeh hai ke jab mehfooz kitab maujood hai to phir living peghambar ki zaroorat nahi hai.</w:t>
      </w:r>
    </w:p>
    <w:p>
      <w:pPr>
        <w:pStyle w:val="Heading2"/>
      </w:pPr>
      <w:r>
        <w:t>Fasting timing and signs of ummah's decline</w:t>
      </w:r>
    </w:p>
    <w:p>
      <w:r>
        <w:rPr>
          <w:color w:val="666666"/>
          <w:sz w:val="18"/>
        </w:rPr>
        <w:t>Ramadan and The Quran 14 oct 2005 - Maulana Wahiduddin Khan · 4m 47s · at 15:47 · https://youtu.be/t_Ciia8JlBk?t=947</w:t>
      </w:r>
    </w:p>
    <w:p>
      <w:r>
        <w:rPr>
          <w:i/>
        </w:rPr>
        <w:t>“Rozay ka waqt kis tarah hota hai”</w:t>
      </w:r>
    </w:p>
    <w:p>
      <w:r>
        <w:rPr>
          <w:sz w:val="20"/>
        </w:rPr>
        <w:t>15:47  ab dekhiye, waqt ko lijiye. roze ka waqt jo hota hai woh kis tarah hota hai? subah ko jis ko kehte hain English mein "morning twilight" ya</w:t>
      </w:r>
      <w:r>
        <w:br/>
      </w:r>
      <w:r>
        <w:rPr>
          <w:sz w:val="20"/>
        </w:rPr>
        <w:t>16:05  Urdu mein kehte hain "subah sadiq". To jab "morning twilight" hoti hai,</w:t>
      </w:r>
      <w:r>
        <w:br/>
      </w:r>
      <w:r>
        <w:rPr>
          <w:sz w:val="20"/>
        </w:rPr>
        <w:t>16:15  us waqt se roza shuru hota hai. us waqt tak aap kha bhi sakte hain, us ke baad nahi. aur phir sham ko jab sunset hota hai, tab roza khatam hota hai.</w:t>
      </w:r>
      <w:r>
        <w:br/>
      </w:r>
      <w:r>
        <w:rPr>
          <w:sz w:val="20"/>
        </w:rPr>
        <w:t>16:27  to goya "morning to light" se le kar sunset tak ka waqt roze ka waqt hai.</w:t>
      </w:r>
      <w:r>
        <w:br/>
      </w:r>
      <w:r>
        <w:rPr>
          <w:sz w:val="20"/>
        </w:rPr>
        <w:t>16:33  aur main samajhta hoon ke yeh bohat hi scientific timing hai. yeh roze ki yeh timing bohat hi scientific hai.</w:t>
      </w:r>
      <w:r>
        <w:br/>
      </w:r>
      <w:r>
        <w:rPr>
          <w:sz w:val="20"/>
        </w:rPr>
        <w:t>16:45  sehri hadith mein aata hai ke تصحروا فإن في السحور بركة</w:t>
      </w:r>
      <w:r>
        <w:br/>
      </w:r>
      <w:r>
        <w:rPr>
          <w:sz w:val="20"/>
        </w:rPr>
        <w:t>16:52  yani sehri khao, kyunke sehri mein barkat hai. sehri kehte hain wohi "morning to light" se pehle jo khaya jata hai, usi ko hum kehte hain sehri.</w:t>
      </w:r>
      <w:r>
        <w:br/>
      </w:r>
      <w:r>
        <w:rPr>
          <w:sz w:val="20"/>
        </w:rPr>
        <w:t>17:06  to</w:t>
      </w:r>
      <w:r>
        <w:br/>
      </w:r>
      <w:r>
        <w:rPr>
          <w:sz w:val="20"/>
        </w:rPr>
        <w:t>17:10  yeh kyun farmaya aap ne ke sehri khao, kyunke sehri mein barkat hai, blessing khuda ki hai. is mein is ki wajah yeh hai ke aap roze hain khuda ki yaad ke liye.</w:t>
      </w:r>
      <w:r>
        <w:br/>
      </w:r>
      <w:r>
        <w:rPr>
          <w:sz w:val="20"/>
        </w:rPr>
        <w:t>17:25  to aap agar soye pade rahen</w:t>
      </w:r>
      <w:r>
        <w:br/>
      </w:r>
      <w:r>
        <w:rPr>
          <w:sz w:val="20"/>
        </w:rPr>
        <w:t>17:29  subah tak aur bohat der mein uthen, aur us waqt baghair sehri ke bhi roza shuru kar dein to kai ghante aap ne khuda ki yaad ke kho diye,</w:t>
      </w:r>
      <w:r>
        <w:br/>
      </w:r>
      <w:r>
        <w:rPr>
          <w:sz w:val="20"/>
        </w:rPr>
        <w:t>17:43  kho diye. kyunke jab aap uthen ge,</w:t>
      </w:r>
      <w:r>
        <w:br/>
      </w:r>
      <w:r>
        <w:rPr>
          <w:sz w:val="20"/>
        </w:rPr>
        <w:t>17:48  wazu karenge, namaz padhenge, aur phir sehri khayenge to barabar is sari activity jo hai, is mein aap ko khuda yaad aata rahega.</w:t>
      </w:r>
      <w:r>
        <w:br/>
      </w:r>
      <w:r>
        <w:rPr>
          <w:sz w:val="20"/>
        </w:rPr>
        <w:t>18:01  to khuda ki yaad ka jo lamha hai, woh aap kho denge. is waqt agar aap sehri na khayen aur subah ko sote rahen, pade rahen.</w:t>
      </w:r>
      <w:r>
        <w:br/>
      </w:r>
      <w:r>
        <w:rPr>
          <w:sz w:val="20"/>
        </w:rPr>
        <w:t>18:10  isi liye kaha ke tasahharu fa in fis suhoor barakah. Sehri khao, kyunke is mein barkat hai. Rooh taaza hoti hai, mind fresh hota hai, dilon mein Khuda ki yaad barhti hai.</w:t>
      </w:r>
      <w:r>
        <w:br/>
      </w:r>
      <w:r>
        <w:rPr>
          <w:sz w:val="20"/>
        </w:rPr>
        <w:t>18:25  yeh saari baatein hoti hain.</w:t>
      </w:r>
      <w:r>
        <w:br/>
      </w:r>
      <w:r>
        <w:rPr>
          <w:sz w:val="20"/>
        </w:rPr>
        <w:t>18:28  to iftar ke baray mein bhi hadith aati hai ke iftar mein jaldi karo.</w:t>
      </w:r>
      <w:r>
        <w:br/>
      </w:r>
      <w:r>
        <w:rPr>
          <w:sz w:val="20"/>
        </w:rPr>
        <w:t>18:41  to hadith mein aata hai ke meri ummat is waqt, is waqt tak,</w:t>
      </w:r>
      <w:r>
        <w:br/>
      </w:r>
      <w:r>
        <w:rPr>
          <w:sz w:val="20"/>
        </w:rPr>
        <w:t>18:47  is waqt tak khair par rahe gi, bhalaai par rahe gi, jab tak woh ma ajjal al fitr, jab tak woh iftar mein jaldi kare.</w:t>
      </w:r>
      <w:r>
        <w:br/>
      </w:r>
      <w:r>
        <w:rPr>
          <w:sz w:val="20"/>
        </w:rPr>
        <w:t>19:01  dekhein, jaldi ka matlab yeh nahi ke time se pehle kha lein.</w:t>
      </w:r>
      <w:r>
        <w:br/>
      </w:r>
      <w:r>
        <w:rPr>
          <w:sz w:val="20"/>
        </w:rPr>
        <w:t>19:07  ke time agar is par ek chhe baje hai to das minute pehle hi iftar kar lein, yeh matlab nahi hai. Is ka matlab hai ke time hote hi iftar kar lein.</w:t>
      </w:r>
      <w:r>
        <w:br/>
      </w:r>
      <w:r>
        <w:rPr>
          <w:sz w:val="20"/>
        </w:rPr>
        <w:t>19:19  farzi ki chhe baj kar teen minute par hai to chhe baj kar teen minute par foran iftar kar lein.</w:t>
      </w:r>
      <w:r>
        <w:br/>
      </w:r>
      <w:r>
        <w:rPr>
          <w:sz w:val="20"/>
        </w:rPr>
        <w:t>19:26  aaj kal riwaj hai ehtiyati taakhir ka, yaani chhe baj kar teen minute par hai to do minute ehtiyat kar le kar ke woh chhe baj kar paanch minute par iftar karein ge.</w:t>
      </w:r>
      <w:r>
        <w:br/>
      </w:r>
      <w:r>
        <w:rPr>
          <w:sz w:val="20"/>
        </w:rPr>
        <w:t>19:39  is ko Rasool Allah ne mana kiya. Lekin is mein jo yeh yeh jo aaya hai</w:t>
      </w:r>
      <w:r>
        <w:br/>
      </w:r>
      <w:r>
        <w:rPr>
          <w:sz w:val="20"/>
        </w:rPr>
        <w:t>19:45  ke meri ummat is waqt tak khair par rahe gi jab tak woh iftar mein jaldi kare, ma ajjal al fitr, to is ka matlab kya hai?</w:t>
      </w:r>
      <w:r>
        <w:br/>
      </w:r>
      <w:r>
        <w:rPr>
          <w:sz w:val="20"/>
        </w:rPr>
        <w:t>19:57  is par maine socha to meri sar mein yeh baat aati hai ke iftar mein</w:t>
      </w:r>
      <w:r>
        <w:br/>
      </w:r>
      <w:r>
        <w:rPr>
          <w:sz w:val="20"/>
        </w:rPr>
        <w:t>20:03  der karna ehtiyat ka naam le kar yeh darasal alamat hai millat ke, Muslim millat ke, yaani decline ki,</w:t>
      </w:r>
      <w:r>
        <w:br/>
      </w:r>
      <w:r>
        <w:rPr>
          <w:sz w:val="20"/>
        </w:rPr>
        <w:t>20:19  zawaal ki. Jab qaum par woh waqt aa jata hai jis ko decline kehte hain, zawaal aa jata hai to kya hota hai ke form hi sab kuch ban jata hai,</w:t>
      </w:r>
    </w:p>
    <w:p>
      <w:pPr>
        <w:pStyle w:val="Heading2"/>
      </w:pPr>
      <w:r>
        <w:t>From boredom to peace by finding truth in creation</w:t>
      </w:r>
    </w:p>
    <w:p>
      <w:r>
        <w:rPr>
          <w:color w:val="666666"/>
          <w:sz w:val="18"/>
        </w:rPr>
        <w:t>Peace of Mind April 19, 2015 · 5m 41s · at 3:06 · https://youtu.be/nYvd93Af2YI?t=186</w:t>
      </w:r>
    </w:p>
    <w:p>
      <w:r>
        <w:rPr>
          <w:i/>
        </w:rPr>
        <w:t>“Dekhiye ye aaj ka daily newspaper hai”</w:t>
      </w:r>
    </w:p>
    <w:p>
      <w:r>
        <w:rPr>
          <w:sz w:val="20"/>
        </w:rPr>
        <w:t>3:06  dekhen yeh aaj ka daily newspaper hai. Is mein aik article chhaapa hai. "Why Live A Boring Life".</w:t>
      </w:r>
      <w:r>
        <w:br/>
      </w:r>
      <w:r>
        <w:rPr>
          <w:sz w:val="20"/>
        </w:rPr>
        <w:t>3:22  "Why Live A Boring Life".</w:t>
      </w:r>
      <w:r>
        <w:br/>
      </w:r>
      <w:r>
        <w:rPr>
          <w:sz w:val="20"/>
        </w:rPr>
        <w:t>3:28  yani kyun hum boring zindagi guzaar rahe hain. Is par main sochne laga.</w:t>
      </w:r>
      <w:r>
        <w:br/>
      </w:r>
      <w:r>
        <w:rPr>
          <w:sz w:val="20"/>
        </w:rPr>
        <w:t>3:39  main apne ghar ke bahar, hamare ghar ke bahar jo</w:t>
      </w:r>
      <w:r>
        <w:br/>
      </w:r>
      <w:r>
        <w:rPr>
          <w:sz w:val="20"/>
        </w:rPr>
        <w:t>3:46  jagah hai khuli wahan par baitha hua tha. To mere saamne se gaadiyan guzar rahi theen. Cars, motorcycles.</w:t>
      </w:r>
      <w:r>
        <w:br/>
      </w:r>
      <w:r>
        <w:rPr>
          <w:sz w:val="20"/>
        </w:rPr>
        <w:t>3:58  woh bar bar woh horn baja rahe thay, horn. To horn mujh ko disturb kar raha tha.</w:t>
      </w:r>
      <w:r>
        <w:br/>
      </w:r>
      <w:r>
        <w:rPr>
          <w:sz w:val="20"/>
        </w:rPr>
        <w:t>4:06  to main us waqt ke boarding ke, boredom ke haalat mein tha. Bor ho raha tha. To main ne socha ke dunya to boring experience se bhari hui hai.</w:t>
      </w:r>
      <w:r>
        <w:br/>
      </w:r>
      <w:r>
        <w:rPr>
          <w:sz w:val="20"/>
        </w:rPr>
        <w:t>4:22  to kaise hum apne ko boredom se bachayen? Is par sochne laga main.</w:t>
      </w:r>
      <w:r>
        <w:br/>
      </w:r>
      <w:r>
        <w:rPr>
          <w:sz w:val="20"/>
        </w:rPr>
        <w:t>4:35  to meri samajh mein us waqt aik ayat, Quran Majeed ki aik ayat aayi. "Ala bi zikr Allah tatma'inn al-qulub".</w:t>
      </w:r>
      <w:r>
        <w:br/>
      </w:r>
      <w:r>
        <w:rPr>
          <w:sz w:val="20"/>
        </w:rPr>
        <w:t>4:44  yaad rakho allah ki yaad se dilon ko itminan hasil hota hai.</w:t>
      </w:r>
      <w:r>
        <w:br/>
      </w:r>
      <w:r>
        <w:rPr>
          <w:sz w:val="20"/>
        </w:rPr>
        <w:t>4:56  phir maine socha ke allah ko yaad karne ka se itminan kaise hasil hota hai? kaise</w:t>
      </w:r>
      <w:r>
        <w:br/>
      </w:r>
      <w:r>
        <w:rPr>
          <w:sz w:val="20"/>
        </w:rPr>
        <w:t>5:03  ? is ka matlab hai ke god ka jo creation hai, god ne jo duniya banai hai is mein sochna.</w:t>
      </w:r>
      <w:r>
        <w:br/>
      </w:r>
      <w:r>
        <w:rPr>
          <w:sz w:val="20"/>
        </w:rPr>
        <w:t>5:14  phir yeh sochte hue mere mind mein yeh aya ke jis tarah hamare road par gadiyan chal rahi hain,</w:t>
      </w:r>
      <w:r>
        <w:br/>
      </w:r>
      <w:r>
        <w:rPr>
          <w:sz w:val="20"/>
        </w:rPr>
        <w:t>5:28  woh ek movement hai. aise poori universe mein movement hai.</w:t>
      </w:r>
      <w:r>
        <w:br/>
      </w:r>
      <w:r>
        <w:rPr>
          <w:sz w:val="20"/>
        </w:rPr>
        <w:t>5:33  aap jante hain ke poori universe on the move hai. yeh stars chal rahe hain. planets chal rahe hain.</w:t>
      </w:r>
      <w:r>
        <w:br/>
      </w:r>
      <w:r>
        <w:rPr>
          <w:sz w:val="20"/>
        </w:rPr>
        <w:t>5:44  suraj, chand chal rahe hain. aur un ki jo speed hai hamare hawai jahazon se zyada tez hai.</w:t>
      </w:r>
      <w:r>
        <w:br/>
      </w:r>
      <w:r>
        <w:rPr>
          <w:sz w:val="20"/>
        </w:rPr>
        <w:t>5:54  magar wahan koi shor nahin. wahan koi noise nahin. wahan koi horn nahin bajata.</w:t>
      </w:r>
      <w:r>
        <w:br/>
      </w:r>
      <w:r>
        <w:rPr>
          <w:sz w:val="20"/>
        </w:rPr>
        <w:t>6:06  to maine socha ke yeh to hamari bohat choti duniya hai. yeh road hai is par sawariyan guzar rahi hain to bohat choti duniya hai. jo zyada bari duniya hai wahan bhi vehicle chal rahe hain.</w:t>
      </w:r>
      <w:r>
        <w:br/>
      </w:r>
      <w:r>
        <w:rPr>
          <w:sz w:val="20"/>
        </w:rPr>
        <w:t>6:20  koi shor nahin. to is par maine daryaft kiya creator ko. ke creator kitna bara hai.</w:t>
      </w:r>
      <w:r>
        <w:br/>
      </w:r>
      <w:r>
        <w:rPr>
          <w:sz w:val="20"/>
        </w:rPr>
        <w:t>6:30  kitna zyada taqat wala hai.</w:t>
      </w:r>
      <w:r>
        <w:br/>
      </w:r>
      <w:r>
        <w:rPr>
          <w:sz w:val="20"/>
        </w:rPr>
        <w:t>6:36  ke itni bari duniya woh chala raha hai. itni bari duniya mein har taraf harkat hai, har taraf movement hai. magar kahin na koi horn bajata, na koi shor hota.</w:t>
      </w:r>
      <w:r>
        <w:br/>
      </w:r>
      <w:r>
        <w:rPr>
          <w:sz w:val="20"/>
        </w:rPr>
        <w:t>6:49  koi noise pollution nahin. to khuda ki azmat, khuda ki barai jab main sochne laga to har cheez beminaimaz ho gai.</w:t>
      </w:r>
      <w:r>
        <w:br/>
      </w:r>
      <w:r>
        <w:rPr>
          <w:sz w:val="20"/>
        </w:rPr>
        <w:t>6:59  har cheez beminaimaz ho gai. yeh hai peace of mind.</w:t>
      </w:r>
      <w:r>
        <w:br/>
      </w:r>
      <w:r>
        <w:rPr>
          <w:sz w:val="20"/>
        </w:rPr>
        <w:t>7:05  to main samajhta hoon ke peace of mind jo hai woh yeh hai ke hum cheezon mein ya creation mein creator ko discover karen.</w:t>
      </w:r>
      <w:r>
        <w:br/>
      </w:r>
      <w:r>
        <w:rPr>
          <w:sz w:val="20"/>
        </w:rPr>
        <w:t>7:19  isi isi se hamein peace of mind milega. kyunke is ke baad hamein ek hamare andar ek creative thinking aayegi. ek high thinking aayegi.</w:t>
      </w:r>
      <w:r>
        <w:br/>
      </w:r>
      <w:r>
        <w:rPr>
          <w:sz w:val="20"/>
        </w:rPr>
        <w:t>7:29  ek bare level par jeene ke qabil ho jayenge. wohi hamein peace of mind dega.</w:t>
      </w:r>
      <w:r>
        <w:br/>
      </w:r>
      <w:r>
        <w:rPr>
          <w:sz w:val="20"/>
        </w:rPr>
        <w:t>7:37  phir mujhe yaad aya burton hursell ne, burton hursell ki ek kitab hai</w:t>
      </w:r>
      <w:r>
        <w:br/>
      </w:r>
      <w:r>
        <w:rPr>
          <w:sz w:val="20"/>
        </w:rPr>
        <w:t>7:46  human knowledge. is mein woh likhta hai ke knowledge ki do qismen hain. knowledge of things, knowledge of truth.</w:t>
      </w:r>
      <w:r>
        <w:br/>
      </w:r>
      <w:r>
        <w:rPr>
          <w:sz w:val="20"/>
        </w:rPr>
        <w:t>7:58  cheezon ka ilm aur sachai ka ilm.</w:t>
      </w:r>
      <w:r>
        <w:br/>
      </w:r>
      <w:r>
        <w:rPr>
          <w:sz w:val="20"/>
        </w:rPr>
        <w:t>8:04  is par sochte hue, sochte hue, sochte hue mujhe samajh aya ke duniya mein har jitne bhi things item hain har cheez mein truth maujood hai.</w:t>
      </w:r>
      <w:r>
        <w:br/>
      </w:r>
      <w:r>
        <w:rPr>
          <w:sz w:val="20"/>
        </w:rPr>
        <w:t>8:20  hum agar hum sirf thing ko dekhenge to hamein hum bore ho jayenge. lekin agar thing ko dekhte hue hum deeper sense mein len is ko aur is ko hum truth tak pahunch jayen.</w:t>
      </w:r>
      <w:r>
        <w:br/>
      </w:r>
      <w:r>
        <w:rPr>
          <w:sz w:val="20"/>
        </w:rPr>
        <w:t>8:35  to wahan ek aisi bari duniya mil jayegi hamein jeene ke liye. ke wahan boredom bilkul minimize ho jayega. wahan har cheez beminaimaz ho jayegi.</w:t>
      </w:r>
    </w:p>
    <w:p>
      <w:pPr>
        <w:pStyle w:val="Heading2"/>
      </w:pPr>
      <w:r>
        <w:t>Creation plan, peace, and true jihad</w:t>
      </w:r>
    </w:p>
    <w:p>
      <w:r>
        <w:rPr>
          <w:color w:val="666666"/>
          <w:sz w:val="18"/>
        </w:rPr>
        <w:t>The History of Peace · 4m 49s · at 29:47 · https://youtu.be/JQqjd39ZOsI?t=1787</w:t>
      </w:r>
    </w:p>
    <w:p>
      <w:r>
        <w:rPr>
          <w:i/>
        </w:rPr>
        <w:t>“The question of peace and war is not an alien question.”</w:t>
      </w:r>
    </w:p>
    <w:p>
      <w:r>
        <w:rPr>
          <w:sz w:val="20"/>
        </w:rPr>
        <w:t>29:47  very much attached to the whole question of—of human life. any if we want to understand what is war and what is peace,</w:t>
      </w:r>
      <w:r>
        <w:br/>
      </w:r>
      <w:r>
        <w:rPr>
          <w:sz w:val="20"/>
        </w:rPr>
        <w:t>30:01  so we have to know what is the creation plan of God.</w:t>
      </w:r>
      <w:r>
        <w:br/>
      </w:r>
      <w:r>
        <w:rPr>
          <w:sz w:val="20"/>
        </w:rPr>
        <w:t>30:08  kreshan plan without knowing the Christian of—without knowing the Christian plan of God, you cannot understand anything, including the issue of peace and war.</w:t>
      </w:r>
      <w:r>
        <w:br/>
      </w:r>
      <w:r>
        <w:rPr>
          <w:sz w:val="20"/>
        </w:rPr>
        <w:t>30:24  This is a very important principle. So first of—first of all, you have to know what is the Christian plan of God.</w:t>
      </w:r>
      <w:r>
        <w:br/>
      </w:r>
      <w:r>
        <w:rPr>
          <w:sz w:val="20"/>
        </w:rPr>
        <w:t>30:37  The Quran plan of God is not based on fighting, is not based on war.</w:t>
      </w:r>
      <w:r>
        <w:br/>
      </w:r>
      <w:r>
        <w:rPr>
          <w:sz w:val="20"/>
        </w:rPr>
        <w:t>30:46  it is based on development and progress.</w:t>
      </w:r>
      <w:r>
        <w:br/>
      </w:r>
      <w:r>
        <w:rPr>
          <w:sz w:val="20"/>
        </w:rPr>
        <w:t>30:54  gad almaiți vant pipl</w:t>
      </w:r>
      <w:r>
        <w:br/>
      </w:r>
      <w:r>
        <w:rPr>
          <w:sz w:val="20"/>
        </w:rPr>
        <w:t>31:02  to unfold their abilities. You know, God created man with enormous potentials.</w:t>
      </w:r>
      <w:r>
        <w:br/>
      </w:r>
      <w:r>
        <w:rPr>
          <w:sz w:val="20"/>
        </w:rPr>
        <w:t>31:12  Every human, every individual brain contains hundred million billion billion particles.</w:t>
      </w:r>
      <w:r>
        <w:br/>
      </w:r>
      <w:r>
        <w:rPr>
          <w:sz w:val="20"/>
        </w:rPr>
        <w:t>31:23  Why this enormous particles? Why this enormous potential in human mind? Certainly, it is not for fighting, it is not for killing.</w:t>
      </w:r>
      <w:r>
        <w:br/>
      </w:r>
      <w:r>
        <w:rPr>
          <w:sz w:val="20"/>
        </w:rPr>
        <w:t>31:37  yu no, dir is a veri val nown vars in da quran dat</w:t>
      </w:r>
      <w:r>
        <w:br/>
      </w:r>
      <w:r>
        <w:rPr>
          <w:sz w:val="20"/>
        </w:rPr>
        <w:t>31:48  at—at till such that if you kill the single person, you kill the whole humanity.</w:t>
      </w:r>
      <w:r>
        <w:br/>
      </w:r>
      <w:r>
        <w:rPr>
          <w:sz w:val="20"/>
        </w:rPr>
        <w:t>31:58  hol hiomaniti.</w:t>
      </w:r>
      <w:r>
        <w:br/>
      </w:r>
      <w:r>
        <w:rPr>
          <w:sz w:val="20"/>
        </w:rPr>
        <w:t>32:03  man qatal nafs bagair nafs qatala.</w:t>
      </w:r>
      <w:r>
        <w:br/>
      </w:r>
      <w:r>
        <w:rPr>
          <w:sz w:val="20"/>
        </w:rPr>
        <w:t>32:10  If you killed a single person, a single woman or single man, you have killed the whole humanity. You can see here what is the creation plan of God.</w:t>
      </w:r>
      <w:r>
        <w:br/>
      </w:r>
      <w:r>
        <w:rPr>
          <w:sz w:val="20"/>
        </w:rPr>
        <w:t>32:23  God created you for living, for life, not for death. Why you want to—to kill all these peoples?</w:t>
      </w:r>
      <w:r>
        <w:br/>
      </w:r>
      <w:r>
        <w:rPr>
          <w:sz w:val="20"/>
        </w:rPr>
        <w:t>32:35  Jihad has a positive meaning. Generally, people take it as a negative—in the negative sense. People think that jihad means fighting, killing.</w:t>
      </w:r>
      <w:r>
        <w:br/>
      </w:r>
      <w:r>
        <w:rPr>
          <w:sz w:val="20"/>
        </w:rPr>
        <w:t>32:46  no.</w:t>
      </w:r>
      <w:r>
        <w:br/>
      </w:r>
      <w:r>
        <w:rPr>
          <w:sz w:val="20"/>
        </w:rPr>
        <w:t>32:49  Jihad is a positive principle. Why am I saying like this? Because there is very verse, very very well known verse in the Quran.</w:t>
      </w:r>
      <w:r>
        <w:br/>
      </w:r>
      <w:r>
        <w:rPr>
          <w:sz w:val="20"/>
        </w:rPr>
        <w:t>33:01  in the—in the surah, in—in chapter 25. vajahidhum bih jidad kabira.</w:t>
      </w:r>
      <w:r>
        <w:br/>
      </w:r>
      <w:r>
        <w:rPr>
          <w:sz w:val="20"/>
        </w:rPr>
        <w:t>33:12  vajahidhum bih jidad kabira. Do great jihad with the help of the Quran. Do great jihad with the help of the Quran.</w:t>
      </w:r>
      <w:r>
        <w:br/>
      </w:r>
      <w:r>
        <w:rPr>
          <w:sz w:val="20"/>
        </w:rPr>
        <w:t>33:26  You see, Quran is a book, a book of ideology. How you can kill people with Quran?</w:t>
      </w:r>
      <w:r>
        <w:br/>
      </w:r>
      <w:r>
        <w:rPr>
          <w:sz w:val="20"/>
        </w:rPr>
        <w:t>33:36  Quran is not a gun, Quran is not a bomb, Quran is not a sword. So how you can fight with Quran? How you can kill people with the Quran?</w:t>
      </w:r>
      <w:r>
        <w:br/>
      </w:r>
      <w:r>
        <w:rPr>
          <w:sz w:val="20"/>
        </w:rPr>
        <w:t>33:49  vajahidhum bih jidad kabira. Do great jihad with the help of the Quran. It means that jihad means ideological effort.</w:t>
      </w:r>
      <w:r>
        <w:br/>
      </w:r>
      <w:r>
        <w:rPr>
          <w:sz w:val="20"/>
        </w:rPr>
        <w:t>34:01  jihad minz aiḍalajikal afort.</w:t>
      </w:r>
      <w:r>
        <w:br/>
      </w:r>
      <w:r>
        <w:rPr>
          <w:sz w:val="20"/>
        </w:rPr>
        <w:t>34:06  do great jihad with the help of the Quran means</w:t>
      </w:r>
      <w:r>
        <w:br/>
      </w:r>
      <w:r>
        <w:rPr>
          <w:sz w:val="20"/>
        </w:rPr>
        <w:t>34:13  that jihad is an ideological effort, a peaceful struggle, without fighting, without going to war.</w:t>
      </w:r>
      <w:r>
        <w:br/>
      </w:r>
      <w:r>
        <w:rPr>
          <w:sz w:val="20"/>
        </w:rPr>
        <w:t>34:22  This is true jihad. Jihad is a positive. Jihad has a positive meaning. Jihad is not a negative teaching.</w:t>
      </w:r>
    </w:p>
    <w:p>
      <w:pPr>
        <w:pStyle w:val="Heading2"/>
      </w:pPr>
      <w:r>
        <w:t>Full lecture on Paradise in the Making</w:t>
      </w:r>
    </w:p>
    <w:p>
      <w:r>
        <w:rPr>
          <w:color w:val="666666"/>
          <w:sz w:val="18"/>
        </w:rPr>
        <w:t>Paradise in the Making I March 27, 2011- Maulana Wahiduddin Khan · 4m 30s · at 0:39 · https://youtu.be/uIhsvD9JGmY?t=39</w:t>
      </w:r>
    </w:p>
    <w:p>
      <w:r>
        <w:rPr>
          <w:i/>
        </w:rPr>
        <w:t>“Paradise in the Making.”</w:t>
      </w:r>
    </w:p>
    <w:p>
      <w:r>
        <w:rPr>
          <w:sz w:val="20"/>
        </w:rPr>
        <w:t>0:39  paradise in the making. yani jannat zer-e-ta'meer.</w:t>
      </w:r>
      <w:r>
        <w:br/>
      </w:r>
      <w:r>
        <w:rPr>
          <w:sz w:val="20"/>
        </w:rPr>
        <w:t>0:48  paradise in the making.</w:t>
      </w:r>
      <w:r>
        <w:br/>
      </w:r>
      <w:r>
        <w:rPr>
          <w:sz w:val="20"/>
        </w:rPr>
        <w:t>0:53  yeh baat mujhe</w:t>
      </w:r>
      <w:r>
        <w:br/>
      </w:r>
      <w:r>
        <w:rPr>
          <w:sz w:val="20"/>
        </w:rPr>
        <w:t>0:57  aik inspiration ke taur par mere zehn mein aai.</w:t>
      </w:r>
      <w:r>
        <w:br/>
      </w:r>
      <w:r>
        <w:rPr>
          <w:sz w:val="20"/>
        </w:rPr>
        <w:t>1:03  mujhe aisa lagta hai ke is waqt jo dunya mein tod phod hai, muslim mulkon mein bhi aur secular mulkon mein bhi, jaise idhar Libya mein, idhar Japan mein,</w:t>
      </w:r>
      <w:r>
        <w:br/>
      </w:r>
      <w:r>
        <w:rPr>
          <w:sz w:val="20"/>
        </w:rPr>
        <w:t>1:20  aur har jagah kuch na kuch hai, morals har jagah hai, yeh aik bulldozing process hai.</w:t>
      </w:r>
      <w:r>
        <w:br/>
      </w:r>
      <w:r>
        <w:rPr>
          <w:sz w:val="20"/>
        </w:rPr>
        <w:t>1:30  yeh saada baat nahi hai.</w:t>
      </w:r>
      <w:r>
        <w:br/>
      </w:r>
      <w:r>
        <w:rPr>
          <w:sz w:val="20"/>
        </w:rPr>
        <w:t>1:36  sab insani jo civilization thi, us ko bulldoze kiya ja raha hai. Albata aik nai dunya banni wali hai.</w:t>
      </w:r>
      <w:r>
        <w:br/>
      </w:r>
      <w:r>
        <w:rPr>
          <w:sz w:val="20"/>
        </w:rPr>
        <w:t>1:49  aik taraf Middle East ke mulkon mein jo ho raha hai, woh is baat ki alamat hai ke musalmanon ne jo dunya banai, us se Khuda raazi nahi hai.</w:t>
      </w:r>
      <w:r>
        <w:br/>
      </w:r>
      <w:r>
        <w:rPr>
          <w:sz w:val="20"/>
        </w:rPr>
        <w:t>2:05  woh un ki apni qaumi mazhab ke mutabiq thi, Khudai mazhab ke mutabiq nahi thi. Isi tarah se Japan mein jo ho raha hai, woh bhi aik alamat hai ke secular qaumon ne jo dunya banai,</w:t>
      </w:r>
      <w:r>
        <w:br/>
      </w:r>
      <w:r>
        <w:rPr>
          <w:sz w:val="20"/>
        </w:rPr>
        <w:t>2:23  us se bhi Khuda raazi nahi hai.</w:t>
      </w:r>
      <w:r>
        <w:br/>
      </w:r>
      <w:r>
        <w:rPr>
          <w:sz w:val="20"/>
        </w:rPr>
        <w:t>2:28  is liye ab sab ko bulldoze kiya ja raha hai. Aur woh waqt aa gaya hai ke jis ko hum kehte hain qayamat.</w:t>
      </w:r>
      <w:r>
        <w:br/>
      </w:r>
      <w:r>
        <w:rPr>
          <w:sz w:val="20"/>
        </w:rPr>
        <w:t>2:39  qayamat kya hai? Qayamat aik had-e-fasal hai. Yani qayamat se pehle human civilization thi, qayamat ke baad divine civilization shuru hogi.</w:t>
      </w:r>
      <w:r>
        <w:br/>
      </w:r>
      <w:r>
        <w:rPr>
          <w:sz w:val="20"/>
        </w:rPr>
        <w:t>2:56  qayamat koi tabahi ki baat nahi hai. Nahi. Aik history ka end aur doosri history ki beginning, jis ka naam hai qayamat.</w:t>
      </w:r>
      <w:r>
        <w:br/>
      </w:r>
      <w:r>
        <w:rPr>
          <w:sz w:val="20"/>
        </w:rPr>
        <w:t>3:11  Quran mein dekhiye,</w:t>
      </w:r>
      <w:r>
        <w:br/>
      </w:r>
      <w:r>
        <w:rPr>
          <w:sz w:val="20"/>
        </w:rPr>
        <w:t>3:15  bohat si ayat is is is ki taraf ishara karti hain.</w:t>
      </w:r>
      <w:r>
        <w:br/>
      </w:r>
      <w:r>
        <w:rPr>
          <w:sz w:val="20"/>
        </w:rPr>
        <w:t>3:21  aik ayat jo Surah Ibrahim mein hai, chapter number 14:</w:t>
      </w:r>
      <w:r>
        <w:br/>
      </w:r>
      <w:r>
        <w:rPr>
          <w:sz w:val="20"/>
        </w:rPr>
        <w:t>3:30  Yom tubaddal al-ardhu ghair al-ardh.</w:t>
      </w:r>
      <w:r>
        <w:br/>
      </w:r>
      <w:r>
        <w:rPr>
          <w:sz w:val="20"/>
        </w:rPr>
        <w:t>3:36  yani jis din zameen badal kar aik aur zameen bana di jayegi. Yeh sab yeh alfaaz hain na</w:t>
      </w:r>
      <w:r>
        <w:br/>
      </w:r>
      <w:r>
        <w:rPr>
          <w:sz w:val="20"/>
        </w:rPr>
        <w:t>3:45  ? Ji. Yubaddal hai. Yom tubaddal. Hain? Yom tubaddal. Yom tubaddal al-ardhu ghair al-ardh.</w:t>
      </w:r>
      <w:r>
        <w:br/>
      </w:r>
      <w:r>
        <w:rPr>
          <w:sz w:val="20"/>
        </w:rPr>
        <w:t>3:56  is ka matlab yeh hai: when the earth shall be changed into another world, another earth.</w:t>
      </w:r>
      <w:r>
        <w:br/>
      </w:r>
      <w:r>
        <w:rPr>
          <w:sz w:val="20"/>
        </w:rPr>
        <w:t>4:08  when the earth shall be changed into another earth.</w:t>
      </w:r>
      <w:r>
        <w:br/>
      </w:r>
      <w:r>
        <w:rPr>
          <w:sz w:val="20"/>
        </w:rPr>
        <w:t>4:15  yani yeh yeh jo zameen hai, yeh jo dunya hai, is ko badal kar aik aur dunya banai jayegi.</w:t>
      </w:r>
      <w:r>
        <w:br/>
      </w:r>
      <w:r>
        <w:rPr>
          <w:sz w:val="20"/>
        </w:rPr>
        <w:t>4:25  Surah Taha mein hai ke pahadon ko Khuda tod dega. Wa yadhurruha kasafan safsafan. Poori zameen jo hai, aik ko aik level kar diya jayega.</w:t>
      </w:r>
      <w:r>
        <w:br/>
      </w:r>
      <w:r>
        <w:rPr>
          <w:sz w:val="20"/>
        </w:rPr>
        <w:t>4:39  yeh Surah Taha mein hai.</w:t>
      </w:r>
    </w:p>
    <w:p>
      <w:pPr>
        <w:pStyle w:val="Heading2"/>
      </w:pPr>
      <w:r>
        <w:t>Building a line of action: planning, discovery, and appointing a leader</w:t>
      </w:r>
    </w:p>
    <w:p>
      <w:r>
        <w:rPr>
          <w:color w:val="666666"/>
          <w:sz w:val="18"/>
        </w:rPr>
        <w:t>Kashmir Dwah Meet November 27, 2011 · 4m 35s · at 39:27 · https://youtu.be/1eNX-LJ65so?t=2367</w:t>
      </w:r>
    </w:p>
    <w:p>
      <w:r>
        <w:rPr>
          <w:i/>
        </w:rPr>
        <w:t>“Line of action do cheezon ka naam hai”</w:t>
      </w:r>
    </w:p>
    <w:p>
      <w:r>
        <w:rPr>
          <w:sz w:val="20"/>
        </w:rPr>
        <w:t>39:27  lekin aik baat yeh bhi arz karun ke dekhiye, aap kaam jo karna hai, aap ko bohat hi planning ke sath kaam karna hai. aik sahib ne mujh se poocha ke woh bhi ghaleban kashmiri thay ke hamare liye line of action kya hona chahiye?</w:t>
      </w:r>
      <w:r>
        <w:br/>
      </w:r>
      <w:r>
        <w:rPr>
          <w:sz w:val="20"/>
        </w:rPr>
        <w:t>39:47  line of action. maine socha ke line of action jo hai do cheezon ka naam hai,</w:t>
      </w:r>
      <w:r>
        <w:br/>
      </w:r>
      <w:r>
        <w:rPr>
          <w:sz w:val="20"/>
        </w:rPr>
        <w:t>39:59  do cheezon ka naam hai yani planning aur discovery.</w:t>
      </w:r>
      <w:r>
        <w:br/>
      </w:r>
      <w:r>
        <w:rPr>
          <w:sz w:val="20"/>
        </w:rPr>
        <w:t>40:09  planning aur discovery yani planning kya hai?</w:t>
      </w:r>
      <w:r>
        <w:br/>
      </w:r>
      <w:r>
        <w:rPr>
          <w:sz w:val="20"/>
        </w:rPr>
        <w:t>40:16  discovery kya hai? discovery naam hai mawaqe ko daryaft karne ka aur planning naam hai mawaqe ko avail karne ki jo aap mansooba bandi karte hain us ka.</w:t>
      </w:r>
      <w:r>
        <w:br/>
      </w:r>
      <w:r>
        <w:rPr>
          <w:sz w:val="20"/>
        </w:rPr>
        <w:t>40:29  to 50 feesad naam hai yeh yani 50 feesad yeh hai ke aap janiye ke aap ke halaat ke andar mawaqe kya hain</w:t>
      </w:r>
      <w:r>
        <w:br/>
      </w:r>
      <w:r>
        <w:rPr>
          <w:sz w:val="20"/>
        </w:rPr>
        <w:t>40:40  aur 50 feesad baat yeh hai ke aap aap is ke mutabiq apni planning karen.</w:t>
      </w:r>
      <w:r>
        <w:br/>
      </w:r>
      <w:r>
        <w:rPr>
          <w:sz w:val="20"/>
        </w:rPr>
        <w:t>40:53  yeh 50-50 ka mamla hai,</w:t>
      </w:r>
      <w:r>
        <w:br/>
      </w:r>
      <w:r>
        <w:rPr>
          <w:sz w:val="20"/>
        </w:rPr>
        <w:t>41:00  yeh 50-50 ka mamla hai.</w:t>
      </w:r>
      <w:r>
        <w:br/>
      </w:r>
      <w:r>
        <w:rPr>
          <w:sz w:val="20"/>
        </w:rPr>
        <w:t>41:06  to aap ko aik taraf to yeh daryaft karna hai ke kashmir mein kya mawaqe hain? jaisa ke bahs kiya, mawaqe yahan yeh hain ke wahan par madu har saal, balkay har din wahan fauj ke fauj aa raha hai.</w:t>
      </w:r>
      <w:r>
        <w:br/>
      </w:r>
      <w:r>
        <w:rPr>
          <w:sz w:val="20"/>
        </w:rPr>
        <w:t>41:24  yeh mawaqe hain. is ko le ke planning kya karna hai? military ko khatam karna, tashaddud ko khatam karna, nafr</w:t>
      </w:r>
      <w:r>
        <w:br/>
      </w:r>
      <w:r>
        <w:rPr>
          <w:sz w:val="20"/>
        </w:rPr>
        <w:t>41:34  t ko khatam karna, yeh planning.</w:t>
      </w:r>
      <w:r>
        <w:br/>
      </w:r>
      <w:r>
        <w:rPr>
          <w:sz w:val="20"/>
        </w:rPr>
        <w:t>41:39  aur phir aap dekhen ke wahan par aik dawah explosion hoga. dawah explosion islam ki tareekh phir se likhi jayegi.</w:t>
      </w:r>
      <w:r>
        <w:br/>
      </w:r>
      <w:r>
        <w:rPr>
          <w:sz w:val="20"/>
        </w:rPr>
        <w:t>41:48  woh jo maine arz kiya ke logon ne likh rakha hai ke "god cast to the world of violence", aap likhenge inshallah ke "no god cast to the world of pe</w:t>
      </w:r>
      <w:r>
        <w:br/>
      </w:r>
      <w:r>
        <w:rPr>
          <w:sz w:val="20"/>
        </w:rPr>
        <w:t>42:03  ace". yeh maqdar hai aap ke liye.</w:t>
      </w:r>
      <w:r>
        <w:br/>
      </w:r>
      <w:r>
        <w:rPr>
          <w:sz w:val="20"/>
        </w:rPr>
        <w:t>42:09  lekin planning mein dekhen, kai cheezein hoti hain. is mein se aik planning mein aik cheez yeh bhi hai ijtimaeet.</w:t>
      </w:r>
      <w:r>
        <w:br/>
      </w:r>
      <w:r>
        <w:rPr>
          <w:sz w:val="20"/>
        </w:rPr>
        <w:t>42:20  ijtimaeet aap ko apne kaam ko organize karna hai, munazzam karna hai. organized way mein apni koshish ko chalana hai, haphazard way mein nahi.</w:t>
      </w:r>
      <w:r>
        <w:br/>
      </w:r>
      <w:r>
        <w:rPr>
          <w:sz w:val="20"/>
        </w:rPr>
        <w:t>42:34  hadith hadith mein aata hai ke tum mein se agar do ho to aik ko ameer bana le, teen ho to do ke upar aik ameer ban jaye.</w:t>
      </w:r>
      <w:r>
        <w:br/>
      </w:r>
      <w:r>
        <w:rPr>
          <w:sz w:val="20"/>
        </w:rPr>
        <w:t>42:47  hadith mein aata hai ke "yad Allah ya al-jamaa". jamaa se murad hai organized kaam. yahan jamaa jo hai is ka matlab hai jab aap organized way mein kaam karte hain to Allah ki madad aati hai.</w:t>
      </w:r>
      <w:r>
        <w:br/>
      </w:r>
      <w:r>
        <w:rPr>
          <w:sz w:val="20"/>
        </w:rPr>
        <w:t>43:03  to organization ka aaghaz kya hai? apne mein se kisi ek ko head banana. head</w:t>
      </w:r>
      <w:r>
        <w:br/>
      </w:r>
      <w:r>
        <w:rPr>
          <w:sz w:val="20"/>
        </w:rPr>
        <w:t>43:11  baghair head ke koi organization nahi chalti. to mein aap sab logon se kahunga ke aap ek naya faisla lijiye,</w:t>
      </w:r>
      <w:r>
        <w:br/>
      </w:r>
      <w:r>
        <w:rPr>
          <w:sz w:val="20"/>
        </w:rPr>
        <w:t>43:23  woh hai ke aap apne andar se ek ek ek ek ko head banaiye, ek ko ameer banaiye. aur jahan tak mein samajhta hoon ke aap ka head banne ke liye sab se behtar shakhs hain mister hamdullah hameed.</w:t>
      </w:r>
      <w:r>
        <w:br/>
      </w:r>
      <w:r>
        <w:rPr>
          <w:sz w:val="20"/>
        </w:rPr>
        <w:t>43:38  to agar mujhe aap haq dein to mein aaj se yeh kehta hoon ke hamdullah hameed sahib kashmir ke da'oti nizam ke head hain, ameer hain.</w:t>
      </w:r>
      <w:r>
        <w:br/>
      </w:r>
      <w:r>
        <w:rPr>
          <w:sz w:val="20"/>
        </w:rPr>
        <w:t>43:53  agar mujhe aap haq dein to mein yeh ailan karunga. hum is ki ijazat karte hain, hum is ki ijazat karte hain, aap ki taeed karte hain, qadar karte hain aap ki.</w:t>
      </w:r>
    </w:p>
    <w:p>
      <w:pPr>
        <w:pStyle w:val="Heading2"/>
      </w:pPr>
      <w:r>
        <w:t>Why the Prophet accepted Medina's offer of leadership</w:t>
      </w:r>
    </w:p>
    <w:p>
      <w:r>
        <w:rPr>
          <w:color w:val="666666"/>
          <w:sz w:val="18"/>
        </w:rPr>
        <w:t>The Importance of Wisdom February 22, 2009 · 3m 59s · at 12:42 · https://youtu.be/2E7WtpqtFgw?t=762</w:t>
      </w:r>
    </w:p>
    <w:p>
      <w:r>
        <w:rPr>
          <w:i/>
        </w:rPr>
        <w:t>“Rasulullah SAW ko Madina walon ki taraf se offer mila”</w:t>
      </w:r>
    </w:p>
    <w:p>
      <w:r>
        <w:rPr>
          <w:sz w:val="20"/>
        </w:rPr>
        <w:t>12:42  misal ke taur par dekhiye. rasool Allah sallallahu alaihi wasallam ko madina walon ke tehat offer mila ke aap makka mein aap ko log satate hain, pareshan karte hain.</w:t>
      </w:r>
      <w:r>
        <w:br/>
      </w:r>
      <w:r>
        <w:rPr>
          <w:sz w:val="20"/>
        </w:rPr>
        <w:t>12:54  aap madina aa jaiye. is ke peeche ek bohat bara background tha. khwah makhwah nahi hua tha yeh. dekhiye, jo log sirf aqeedat mandi ke tehat seerat ko parhte hain,</w:t>
      </w:r>
      <w:r>
        <w:br/>
      </w:r>
      <w:r>
        <w:rPr>
          <w:sz w:val="20"/>
        </w:rPr>
        <w:t>13:07  ke bas afzal-ul-anbiya ki seerat parh rahe hain. to aisi kitabein likhte hain, jaise mein ne ek kitab parhi, us mein rasool Allah ki paidaish ko likha tha, "Aftab-e-risalat taloo hua".</w:t>
      </w:r>
      <w:r>
        <w:br/>
      </w:r>
      <w:r>
        <w:rPr>
          <w:sz w:val="20"/>
        </w:rPr>
        <w:t>13:22  yeh nahi likha ke rasool Allah ki paidaish hui. "Aftab-e-risalat taloo hua".</w:t>
      </w:r>
      <w:r>
        <w:br/>
      </w:r>
      <w:r>
        <w:rPr>
          <w:sz w:val="20"/>
        </w:rPr>
        <w:t>13:27  aap ki wafat hui to kya likha? "Aftab-e-risalat gharoob ho gaya". yeh bilkul hi yani ghair-elmi, ghair-scientific tareeqa hai.</w:t>
      </w:r>
      <w:r>
        <w:br/>
      </w:r>
      <w:r>
        <w:rPr>
          <w:sz w:val="20"/>
        </w:rPr>
        <w:t>13:37  to log isi tarah ke jeete hain log. yani fazail ki zuban mein bolte hain, aqeedat mandi ki zuban bolte hain, karamat aur moajzaat ki zuban mein samajhna chahte hain.</w:t>
      </w:r>
      <w:r>
        <w:br/>
      </w:r>
      <w:r>
        <w:rPr>
          <w:sz w:val="20"/>
        </w:rPr>
        <w:t>13:47  woh kuch nahi jante. scientific study of seerah jo hai, yeh bilkul maadoom hai hamari tareekh mein aur aaj bhi.</w:t>
      </w:r>
      <w:r>
        <w:br/>
      </w:r>
      <w:r>
        <w:rPr>
          <w:sz w:val="20"/>
        </w:rPr>
        <w:t>13:57  rasool Allah ki seerat ka scientific mutalia log jante hi nahi. bas fazail mutalia aur karamati mutalia, moajzati mutalia jante hain.</w:t>
      </w:r>
      <w:r>
        <w:br/>
      </w:r>
      <w:r>
        <w:rPr>
          <w:sz w:val="20"/>
        </w:rPr>
        <w:t>14:09  is wajah se jo gehri haqiqatein hain, un se bekhabar rehte hain woh. to arbon ki taraf jo offer mila tha aap ka, us ke peeche bohat bari baat thi.</w:t>
      </w:r>
      <w:r>
        <w:br/>
      </w:r>
      <w:r>
        <w:rPr>
          <w:sz w:val="20"/>
        </w:rPr>
        <w:t>14:20  aaj is ka ishara mila, milta hai aap ko hazrat yusuf, hazrat aisha ke is mein.</w:t>
      </w:r>
      <w:r>
        <w:br/>
      </w:r>
      <w:r>
        <w:rPr>
          <w:sz w:val="20"/>
        </w:rPr>
        <w:t>14:25  hazrat aisha ne is baat ko, hazrat aisha bohat hi zaheen, bohat hi intelligent, intelligent lady theen, bohat hi brilliant lady theen woh. unhon ne is baat ki taraf ishara kiya hai ke kiya mamla tha.</w:t>
      </w:r>
      <w:r>
        <w:br/>
      </w:r>
      <w:r>
        <w:rPr>
          <w:sz w:val="20"/>
        </w:rPr>
        <w:t>14:38  to madine mein dekhiye, do arab qabailay thay, aus aur khazraj. isi ke sath wahan par kuch yahoodi abad thay, un ka qabailay alag thay.</w:t>
      </w:r>
      <w:r>
        <w:br/>
      </w:r>
      <w:r>
        <w:rPr>
          <w:sz w:val="20"/>
        </w:rPr>
        <w:t>14:52  to aus aur khazraj mein jo ladaai hui, dono kamzor ho gaye. yaani arbon ki taqat kamzor ho gayi madina mein. ab is ka aik wahan par aik leadership mein aik vacuum paida ho gaya.</w:t>
      </w:r>
      <w:r>
        <w:br/>
      </w:r>
      <w:r>
        <w:rPr>
          <w:sz w:val="20"/>
        </w:rPr>
        <w:t>15:06  ab yahoodi chahte thay is vacuum ko pur karein. to jo saadat wahan mili hui thi, jo dabdaba mila hua tha arbon ko, wahan ab dabdaba qaim ho gaya yahoodion ka.</w:t>
      </w:r>
      <w:r>
        <w:br/>
      </w:r>
      <w:r>
        <w:rPr>
          <w:sz w:val="20"/>
        </w:rPr>
        <w:t>15:19  to unhon ne rasool Allah sal Allah alaih wasallam ko bulaya, aik arab leader ko. aap ko unhon ne aik arab leader ke taur par invite kiya. jab aap puhnche wahan par madina to aus o khazraj ne aap ka istiqbal kiya tha, yeh keh kar ke aap do aadmi thay, aap thay hazrat abubakar thay,</w:t>
      </w:r>
      <w:r>
        <w:br/>
      </w:r>
      <w:r>
        <w:rPr>
          <w:sz w:val="20"/>
        </w:rPr>
        <w:t>15:37  aamreen muta ne. yeh keh kar un ko welcome kiya tha. aate hi aap ko unhon ne apna sardar bana liya.</w:t>
      </w:r>
      <w:r>
        <w:br/>
      </w:r>
      <w:r>
        <w:rPr>
          <w:sz w:val="20"/>
        </w:rPr>
        <w:t>15:49  yaani aik arab leader un ko chahiye tha counter karne ke liye, yeh jewish tribes ko. to kiya keh unhon ne apne interest ke liye aisa socha?</w:t>
      </w:r>
      <w:r>
        <w:br/>
      </w:r>
      <w:r>
        <w:rPr>
          <w:sz w:val="20"/>
        </w:rPr>
        <w:t>16:02  to rasool Allah sal Allah alaih wasallam ne sawal nahi kiya ke tum to apne interest ke liye soch rahe ho, mujhe aisi offer lena nahi hai. is ko aap ne samjha ke kisi aik situation create hui hai, jis ko mujhe avail karna hai.</w:t>
      </w:r>
      <w:r>
        <w:br/>
      </w:r>
      <w:r>
        <w:rPr>
          <w:sz w:val="20"/>
        </w:rPr>
        <w:t>16:17  aur foran aap makkah chhod kar madina chale gaye aur phir aik nai history shuru hui Islam ki. to situation jab bhi create hoti hai to jo fareeq saani hai, jo other party hai, is mein is ka koi interest involve rehta hai.</w:t>
      </w:r>
      <w:r>
        <w:br/>
      </w:r>
      <w:r>
        <w:rPr>
          <w:sz w:val="20"/>
        </w:rPr>
        <w:t>16:34  yehi, yehi nature of nature hai. yehi hona hai, hona hai is dunya mein.</w:t>
      </w:r>
    </w:p>
    <w:p>
      <w:pPr>
        <w:pStyle w:val="Heading2"/>
      </w:pPr>
      <w:r>
        <w:t>Why popular de-stressing methods and books are false solutions</w:t>
      </w:r>
    </w:p>
    <w:p>
      <w:r>
        <w:rPr>
          <w:color w:val="666666"/>
          <w:sz w:val="18"/>
        </w:rPr>
        <w:t>The Problem of Misunderstanding January 1, 2008 · 5m 58s · at 0:32 · https://youtu.be/CTmUoJ714fg?t=32</w:t>
      </w:r>
    </w:p>
    <w:p>
      <w:r>
        <w:rPr>
          <w:i/>
        </w:rPr>
        <w:t>“The topic for this evening is the way of de-stressing”</w:t>
      </w:r>
    </w:p>
    <w:p>
      <w:r>
        <w:rPr>
          <w:sz w:val="20"/>
        </w:rPr>
        <w:t>0:32  the topic for this evening is the way of distressing.</w:t>
      </w:r>
      <w:r>
        <w:br/>
      </w:r>
      <w:r>
        <w:rPr>
          <w:sz w:val="20"/>
        </w:rPr>
        <w:t>0:43  you know, stress or tension is the most common phenomena of your present world.</w:t>
      </w:r>
      <w:r>
        <w:br/>
      </w:r>
      <w:r>
        <w:rPr>
          <w:sz w:val="20"/>
        </w:rPr>
        <w:t>0:55  every man and woman is suffering from this problem.</w:t>
      </w:r>
      <w:r>
        <w:br/>
      </w:r>
      <w:r>
        <w:rPr>
          <w:sz w:val="20"/>
        </w:rPr>
        <w:t>1:04  there are hundred and thousand people who are said to be master of distressing.</w:t>
      </w:r>
      <w:r>
        <w:br/>
      </w:r>
      <w:r>
        <w:rPr>
          <w:sz w:val="20"/>
        </w:rPr>
        <w:t>1:14  dear professionals. They invite people to come at their centers,</w:t>
      </w:r>
      <w:r>
        <w:br/>
      </w:r>
      <w:r>
        <w:rPr>
          <w:sz w:val="20"/>
        </w:rPr>
        <w:t>1:28  and</w:t>
      </w:r>
      <w:r>
        <w:br/>
      </w:r>
      <w:r>
        <w:rPr>
          <w:sz w:val="20"/>
        </w:rPr>
        <w:t>1:31  they will de-stressing their tension. I have surveyed these people</w:t>
      </w:r>
      <w:r>
        <w:br/>
      </w:r>
      <w:r>
        <w:rPr>
          <w:sz w:val="20"/>
        </w:rPr>
        <w:t>1:42  . i found that this is only a false hopes business.</w:t>
      </w:r>
      <w:r>
        <w:br/>
      </w:r>
      <w:r>
        <w:rPr>
          <w:sz w:val="20"/>
        </w:rPr>
        <w:t>1:54  those techniques that de have involved, that de have evolved for this purpose, is completely failure.</w:t>
      </w:r>
      <w:r>
        <w:br/>
      </w:r>
      <w:r>
        <w:rPr>
          <w:sz w:val="20"/>
        </w:rPr>
        <w:t>2:09  i will give you some example.</w:t>
      </w:r>
      <w:r>
        <w:br/>
      </w:r>
      <w:r>
        <w:rPr>
          <w:sz w:val="20"/>
        </w:rPr>
        <w:t>2:12  der is a well known book in this subject. the title is "a monk who sold his ferrari".</w:t>
      </w:r>
      <w:r>
        <w:br/>
      </w:r>
      <w:r>
        <w:rPr>
          <w:sz w:val="20"/>
        </w:rPr>
        <w:t>2:27  this book</w:t>
      </w:r>
      <w:r>
        <w:br/>
      </w:r>
      <w:r>
        <w:rPr>
          <w:sz w:val="20"/>
        </w:rPr>
        <w:t>2:32  is in</w:t>
      </w:r>
      <w:r>
        <w:br/>
      </w:r>
      <w:r>
        <w:rPr>
          <w:sz w:val="20"/>
        </w:rPr>
        <w:t>2:36  this book, der is a story.</w:t>
      </w:r>
      <w:r>
        <w:br/>
      </w:r>
      <w:r>
        <w:rPr>
          <w:sz w:val="20"/>
        </w:rPr>
        <w:t>2:38  one american who was successful lawyer. he was owner of a ferrari and all that. but he was suffering tension or stress.</w:t>
      </w:r>
      <w:r>
        <w:br/>
      </w:r>
      <w:r>
        <w:rPr>
          <w:sz w:val="20"/>
        </w:rPr>
        <w:t>2:51  so some one told him that, "leave america and go to himalayan jungles, and you will find solace and stress free life".</w:t>
      </w:r>
      <w:r>
        <w:br/>
      </w:r>
      <w:r>
        <w:rPr>
          <w:sz w:val="20"/>
        </w:rPr>
        <w:t>3:08  so this lawyer sold his ferrari and went to himalayan region.</w:t>
      </w:r>
      <w:r>
        <w:br/>
      </w:r>
      <w:r>
        <w:rPr>
          <w:sz w:val="20"/>
        </w:rPr>
        <w:t>3:19  and according to the story, he achieved stress free life. the first, i would like to say that this book is a fiction, not a real story.</w:t>
      </w:r>
      <w:r>
        <w:br/>
      </w:r>
      <w:r>
        <w:rPr>
          <w:sz w:val="20"/>
        </w:rPr>
        <w:t>3:39  if it is a solution, then why not a real story? why a fiction? in fiction, you can write any thing</w:t>
      </w:r>
      <w:r>
        <w:br/>
      </w:r>
      <w:r>
        <w:rPr>
          <w:sz w:val="20"/>
        </w:rPr>
        <w:t>3:51  . then the other</w:t>
      </w:r>
      <w:r>
        <w:br/>
      </w:r>
      <w:r>
        <w:rPr>
          <w:sz w:val="20"/>
        </w:rPr>
        <w:t>3:57  objection is that, this is not a solution at all, because god created you with mind with so many qualities.</w:t>
      </w:r>
      <w:r>
        <w:br/>
      </w:r>
      <w:r>
        <w:rPr>
          <w:sz w:val="20"/>
        </w:rPr>
        <w:t>4:11  so you have to, you have to use all these qualities. you have to live in this world.</w:t>
      </w:r>
      <w:r>
        <w:br/>
      </w:r>
      <w:r>
        <w:rPr>
          <w:sz w:val="20"/>
        </w:rPr>
        <w:t>4:23  it is, it is not, it this kind of solution is not for a human being. if you go to malia and live in jungle, it is nothing but neutralization,</w:t>
      </w:r>
      <w:r>
        <w:br/>
      </w:r>
      <w:r>
        <w:rPr>
          <w:sz w:val="20"/>
        </w:rPr>
        <w:t>4:40  living just like an animal. so this book is not a real story. it is simply a fiction.</w:t>
      </w:r>
      <w:r>
        <w:br/>
      </w:r>
      <w:r>
        <w:rPr>
          <w:sz w:val="20"/>
        </w:rPr>
        <w:t>4:51  then if it was a real story, then again, i would like to say that is not solution. animalization is not solution.</w:t>
      </w:r>
      <w:r>
        <w:br/>
      </w:r>
      <w:r>
        <w:rPr>
          <w:sz w:val="20"/>
        </w:rPr>
        <w:t>5:02  then i happen to meet some masters of de stressing. they told me that their technique is based on stop thinking process.</w:t>
      </w:r>
      <w:r>
        <w:br/>
      </w:r>
      <w:r>
        <w:rPr>
          <w:sz w:val="20"/>
        </w:rPr>
        <w:t>5:16  stop thinking.</w:t>
      </w:r>
      <w:r>
        <w:br/>
      </w:r>
      <w:r>
        <w:rPr>
          <w:sz w:val="20"/>
        </w:rPr>
        <w:t>5:18  they said that all those worries and tension are phenomena of thinking. so stop your thinking, and then you are free of stress.</w:t>
      </w:r>
      <w:r>
        <w:br/>
      </w:r>
      <w:r>
        <w:rPr>
          <w:sz w:val="20"/>
        </w:rPr>
        <w:t>5:31  again, i would like to say that this nothing but alike animalization. you know, thinking is the most important quality of a mind.</w:t>
      </w:r>
      <w:r>
        <w:br/>
      </w:r>
      <w:r>
        <w:rPr>
          <w:sz w:val="20"/>
        </w:rPr>
        <w:t>5:44  mind is, it is said that mind is a thinking and thinking animal. so if you become thinking less, then you are an animal.</w:t>
      </w:r>
      <w:r>
        <w:br/>
      </w:r>
      <w:r>
        <w:rPr>
          <w:sz w:val="20"/>
        </w:rPr>
        <w:t>5:56  so what the, what the use of this kind of technique</w:t>
      </w:r>
      <w:r>
        <w:br/>
      </w:r>
      <w:r>
        <w:rPr>
          <w:sz w:val="20"/>
        </w:rPr>
        <w:t>6:01  ? i would like to say that the basic, the basic fault in this technique is that they take problem as an evil.</w:t>
      </w:r>
      <w:r>
        <w:br/>
      </w:r>
      <w:r>
        <w:rPr>
          <w:sz w:val="20"/>
        </w:rPr>
        <w:t>6:17  they take problem as an evil. but history show that problem is a part of life</w:t>
      </w:r>
    </w:p>
    <w:p>
      <w:pPr>
        <w:pStyle w:val="Heading2"/>
      </w:pPr>
      <w:r>
        <w:t>Palestinian movement is un-Islamic; need peaceful activism</w:t>
      </w:r>
    </w:p>
    <w:p>
      <w:r>
        <w:rPr>
          <w:color w:val="666666"/>
          <w:sz w:val="18"/>
        </w:rPr>
        <w:t>Q&amp;A 13 JAN 2008 Maulana Wahiduddin Khan · 3m 35s · at 0:41 · https://youtu.be/MADrJIsr4FI?t=41</w:t>
      </w:r>
    </w:p>
    <w:p>
      <w:r>
        <w:rPr>
          <w:i/>
        </w:rPr>
        <w:t>“Look, violence is because they had another option.”</w:t>
      </w:r>
    </w:p>
    <w:p>
      <w:r>
        <w:rPr>
          <w:sz w:val="20"/>
        </w:rPr>
        <w:t>0:41  dekhiye, violence isliye hai ke un ke liye dua doosra option bhi tha. peaceful activism ka un ka option tha un ke paas, to bombardment ki kya zaroorat hai?</w:t>
      </w:r>
      <w:r>
        <w:br/>
      </w:r>
      <w:r>
        <w:rPr>
          <w:sz w:val="20"/>
        </w:rPr>
        <w:t>0:54  problem jab paida hota hai, to hamesha aap ke paas do option hote hain. hamesha peaceful activism aur violent activism. to rasool Allah ka tareeqa kya hai</w:t>
      </w:r>
      <w:r>
        <w:br/>
      </w:r>
      <w:r>
        <w:rPr>
          <w:sz w:val="20"/>
        </w:rPr>
        <w:t>1:08  ? कि आप peaceful activism को लें, violent activism छोड़ दें।</w:t>
      </w:r>
      <w:r>
        <w:br/>
      </w:r>
      <w:r>
        <w:rPr>
          <w:sz w:val="20"/>
        </w:rPr>
        <w:t>1:12  bukhari mein saaf-saaf riwayat hai ki ma khair rasool allah salallaho alaihe wasallam bain amrain ila ikhtar</w:t>
      </w:r>
      <w:r>
        <w:br/>
      </w:r>
      <w:r>
        <w:rPr>
          <w:sz w:val="20"/>
        </w:rPr>
        <w:t>1:19  عيسى رحمه yani jab peaceful activism ka option</w:t>
      </w:r>
      <w:r>
        <w:br/>
      </w:r>
      <w:r>
        <w:rPr>
          <w:sz w:val="20"/>
        </w:rPr>
        <w:t>1:26  अवेलेबल हो, तो उस वक्त violent activism का ऑप्शन कभी भी नहीं लिया जाएगा।</w:t>
      </w:r>
      <w:r>
        <w:br/>
      </w:r>
      <w:r>
        <w:rPr>
          <w:sz w:val="20"/>
        </w:rPr>
        <w:t>1:35  to filistiniyon ke liye aaj nahin, 1948 se hai ye option maujood tha.</w:t>
      </w:r>
      <w:r>
        <w:br/>
      </w:r>
      <w:r>
        <w:rPr>
          <w:sz w:val="20"/>
        </w:rPr>
        <w:t>1:39  kyon unhonne ladai chhod di?</w:t>
      </w:r>
      <w:r>
        <w:br/>
      </w:r>
      <w:r>
        <w:rPr>
          <w:sz w:val="20"/>
        </w:rPr>
        <w:t>1:41  kyun bombardment karne lage woh? koi rukawat nahi thi un ke liye. to mein samajhta hoon ke asal galti yahan hai ke unhon ne galat option liya. agar problem hua tha, to problem hone ke baad bhi peaceful</w:t>
      </w:r>
      <w:r>
        <w:br/>
      </w:r>
      <w:r>
        <w:rPr>
          <w:sz w:val="20"/>
        </w:rPr>
        <w:t>1:59  method par chal sakte the wo.</w:t>
      </w:r>
      <w:r>
        <w:br/>
      </w:r>
      <w:r>
        <w:rPr>
          <w:sz w:val="20"/>
        </w:rPr>
        <w:t>2:03  balki main kahoon ke wahan double galti wo kar rahe hain. double galti. double galti kar rahe hain wo. ek ye ke unke liye poore manav mein peaceful method ka option maujood tha, phir bhi unhone</w:t>
      </w:r>
      <w:r>
        <w:br/>
      </w:r>
      <w:r>
        <w:rPr>
          <w:sz w:val="20"/>
        </w:rPr>
        <w:t>2:22  violent method ka option liya. jo bila shubah rasoolullah ke tareeqe ke khilaf tha. doosra ye ke islam mein jihad state ke liye hai.</w:t>
      </w:r>
      <w:r>
        <w:br/>
      </w:r>
      <w:r>
        <w:rPr>
          <w:sz w:val="20"/>
        </w:rPr>
        <w:t>2:35  aam logon ke liye nahi hai. ye to state nahi hai jo lad rahe hain. ye inhe haq hi nahi hai. ye to bilkul hi analaf hai ye sara kaam. الرحيل للامام ka matlab yeh hai ke agar koi situation paida hoti hai, war like situation, to wahan par state action legi. aam log nahi.</w:t>
      </w:r>
      <w:r>
        <w:br/>
      </w:r>
      <w:r>
        <w:rPr>
          <w:sz w:val="20"/>
        </w:rPr>
        <w:t>2:57  to ye to double manav mein ye analaf hai. ye islamic nahi hai. awwal is aitbaar se ke unhone koi koi bhi excuse yaad rakhi. koi bhi excuse kafi nahi hai. isi liye khuda ke nazdeek inke ye log unwanted ho gaye.</w:t>
      </w:r>
      <w:r>
        <w:br/>
      </w:r>
      <w:r>
        <w:rPr>
          <w:sz w:val="20"/>
        </w:rPr>
        <w:t>3:16  aap dekhiye ke 60 baras ho gaye unko jihad karte hue. paya kya</w:t>
      </w:r>
      <w:r>
        <w:br/>
      </w:r>
      <w:r>
        <w:rPr>
          <w:sz w:val="20"/>
        </w:rPr>
        <w:t>3:23  ? kuch bhi nahi. ulta kho diya. 1948 mein filistiniyon ke paas palestine ka 2/3 mila hua tha. 2/3. 1/3 tha is yahudiyon ke paas. 2/3 tha filistiniyon ke paas. arbon ke paas. aaj</w:t>
      </w:r>
      <w:r>
        <w:br/>
      </w:r>
      <w:r>
        <w:rPr>
          <w:sz w:val="20"/>
        </w:rPr>
        <w:t>3:41  kya hai? aaj to kuchh bhi nahin hai.</w:t>
      </w:r>
      <w:r>
        <w:br/>
      </w:r>
      <w:r>
        <w:rPr>
          <w:sz w:val="20"/>
        </w:rPr>
        <w:t>3:42  do strip hain, gazza aur ariha.</w:t>
      </w:r>
      <w:r>
        <w:br/>
      </w:r>
      <w:r>
        <w:rPr>
          <w:sz w:val="20"/>
        </w:rPr>
        <w:t>3:47  strip hai, wo bhi kuchh nahin.</w:t>
      </w:r>
      <w:r>
        <w:br/>
      </w:r>
      <w:r>
        <w:rPr>
          <w:sz w:val="20"/>
        </w:rPr>
        <w:t>3:50  wo bhi kuchh nahin.</w:t>
      </w:r>
      <w:r>
        <w:br/>
      </w:r>
      <w:r>
        <w:rPr>
          <w:sz w:val="20"/>
        </w:rPr>
        <w:t>3:52  to agar ye sachmuch jihad hota, to quran mein saaf-saaf likha hua hai ki jihad karne wale ko</w:t>
      </w:r>
      <w:r>
        <w:br/>
      </w:r>
      <w:r>
        <w:rPr>
          <w:sz w:val="20"/>
        </w:rPr>
        <w:t>3:58  khuda ki madad milti hai.</w:t>
      </w:r>
      <w:r>
        <w:br/>
      </w:r>
      <w:r>
        <w:rPr>
          <w:sz w:val="20"/>
        </w:rPr>
        <w:t>4:02  sachmuch agar jihad kiya jaaye, to khuda ki madad milegi.</w:t>
      </w:r>
      <w:r>
        <w:br/>
      </w:r>
      <w:r>
        <w:rPr>
          <w:sz w:val="20"/>
        </w:rPr>
        <w:t>4:05  to jihad tha agar ye, to 60 baras mein jihad khuda ki madad kyon nahin aai?</w:t>
      </w:r>
      <w:r>
        <w:br/>
      </w:r>
      <w:r>
        <w:rPr>
          <w:sz w:val="20"/>
        </w:rPr>
        <w:t>4:11  kyun nahi aayi? bataiye. ye jihad tha hi nahi.</w:t>
      </w:r>
    </w:p>
    <w:p>
      <w:pPr>
        <w:pStyle w:val="Heading2"/>
      </w:pPr>
      <w:r>
        <w:t>Muslims unaware and American example</w:t>
      </w:r>
    </w:p>
    <w:p>
      <w:r>
        <w:rPr>
          <w:color w:val="666666"/>
          <w:sz w:val="18"/>
        </w:rPr>
        <w:t>Muslims in the Modern Age, Jan 18, 2009 · 3m 36s · at 0:21 · https://youtu.be/7zDCFtOSWSw?t=21</w:t>
      </w:r>
    </w:p>
    <w:p>
      <w:r>
        <w:rPr>
          <w:i/>
        </w:rPr>
        <w:t>“The theme for this morning is Muslims in the Modern Age”</w:t>
      </w:r>
    </w:p>
    <w:p>
      <w:r>
        <w:rPr>
          <w:sz w:val="20"/>
        </w:rPr>
        <w:t>0:21  The theme for this morning is "Muslims in the Modern Age."</w:t>
      </w:r>
      <w:r>
        <w:br/>
      </w:r>
      <w:r>
        <w:rPr>
          <w:sz w:val="20"/>
        </w:rPr>
        <w:t>0:34  Yesterday I happened to meet two English journalists.</w:t>
      </w:r>
      <w:r>
        <w:br/>
      </w:r>
      <w:r>
        <w:rPr>
          <w:sz w:val="20"/>
        </w:rPr>
        <w:t>0:44  One was a senior journalist from India, and the second was a lady journalist from some foreign countr</w:t>
      </w:r>
      <w:r>
        <w:br/>
      </w:r>
      <w:r>
        <w:rPr>
          <w:sz w:val="20"/>
        </w:rPr>
        <w:t>0:55  y. Both wanted to know my opinion about the Palestinian problem or Arab-Israel problem.</w:t>
      </w:r>
      <w:r>
        <w:br/>
      </w:r>
      <w:r>
        <w:rPr>
          <w:sz w:val="20"/>
        </w:rPr>
        <w:t>1:10  I said that</w:t>
      </w:r>
      <w:r>
        <w:br/>
      </w:r>
      <w:r>
        <w:rPr>
          <w:sz w:val="20"/>
        </w:rPr>
        <w:t>1:16  the Arab-Israel issue is only an offshoot of a greater issue.</w:t>
      </w:r>
      <w:r>
        <w:br/>
      </w:r>
      <w:r>
        <w:rPr>
          <w:sz w:val="20"/>
        </w:rPr>
        <w:t>1:29  The Palestinian problem is only an offshoot of a greater problem. They wanted to know what is that greater problem with Muslims.</w:t>
      </w:r>
      <w:r>
        <w:br/>
      </w:r>
      <w:r>
        <w:rPr>
          <w:sz w:val="20"/>
        </w:rPr>
        <w:t>1:43  I said that</w:t>
      </w:r>
      <w:r>
        <w:br/>
      </w:r>
      <w:r>
        <w:rPr>
          <w:sz w:val="20"/>
        </w:rPr>
        <w:t>1:47  I have studied most of those materials published by Muslim scholars during the 20th century in Urdu, in English, in Arabic.</w:t>
      </w:r>
      <w:r>
        <w:br/>
      </w:r>
      <w:r>
        <w:rPr>
          <w:sz w:val="20"/>
        </w:rPr>
        <w:t>2:04  And I can say with conviction that the most important problem with Muslims is that they lack</w:t>
      </w:r>
      <w:r>
        <w:br/>
      </w:r>
      <w:r>
        <w:rPr>
          <w:sz w:val="20"/>
        </w:rPr>
        <w:t>2:24  the</w:t>
      </w:r>
      <w:r>
        <w:br/>
      </w:r>
      <w:r>
        <w:rPr>
          <w:sz w:val="20"/>
        </w:rPr>
        <w:t>2:27  intellectual awakening.</w:t>
      </w:r>
      <w:r>
        <w:br/>
      </w:r>
      <w:r>
        <w:rPr>
          <w:sz w:val="20"/>
        </w:rPr>
        <w:t>2:31  They don't know what is the present age.</w:t>
      </w:r>
      <w:r>
        <w:br/>
      </w:r>
      <w:r>
        <w:rPr>
          <w:sz w:val="20"/>
        </w:rPr>
        <w:t>2:37  I am saying this about all those Muslims, not only Indian Muslims, from Arabs to non-Arabs, from India to America.</w:t>
      </w:r>
      <w:r>
        <w:br/>
      </w:r>
      <w:r>
        <w:rPr>
          <w:sz w:val="20"/>
        </w:rPr>
        <w:t>2:51  All these Muslims are quite unaware of what is the present age.</w:t>
      </w:r>
      <w:r>
        <w:br/>
      </w:r>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r>
        <w:br/>
      </w:r>
      <w:r>
        <w:rPr>
          <w:sz w:val="20"/>
        </w:rPr>
        <w:t>3:51  They don't know what is the spirit of the age.</w:t>
      </w:r>
    </w:p>
    <w:p>
      <w:pPr>
        <w:pStyle w:val="Heading2"/>
      </w:pPr>
      <w:r>
        <w:t>Today's sacrifice: use resources for dawah</w:t>
      </w:r>
    </w:p>
    <w:p>
      <w:r>
        <w:rPr>
          <w:color w:val="666666"/>
          <w:sz w:val="18"/>
        </w:rPr>
        <w:t>The Spirit of Sacrifice August 22, 2018 Maulana Wahiduddin Khan · 5m 23s · at 19:19 · https://youtu.be/Vihc_L70yPw?t=1159</w:t>
      </w:r>
    </w:p>
    <w:p>
      <w:r>
        <w:rPr>
          <w:i/>
        </w:rPr>
        <w:t>“Aaj ki qurabani yeh hai ke nafrat ko khatam karo”</w:t>
      </w:r>
    </w:p>
    <w:p>
      <w:r>
        <w:rPr>
          <w:sz w:val="20"/>
        </w:rPr>
        <w:t>19:19  toh bas yeh yeh inqilab, yeh yeh qurbani darkar hai aaj ke nafrat ko khatm karau, ghussa ko khatm karein aur jo aaj dawat ke mawaqe hain, us ko istemal karein.</w:t>
      </w:r>
      <w:r>
        <w:br/>
      </w:r>
      <w:r>
        <w:rPr>
          <w:sz w:val="20"/>
        </w:rPr>
        <w:t>19:35  misal ke taur par dekhiye, jo aaj ka jo daur hai, us mein ek nayi cheez paida hui hai, tourism.</w:t>
      </w:r>
      <w:r>
        <w:br/>
      </w:r>
      <w:r>
        <w:rPr>
          <w:sz w:val="20"/>
        </w:rPr>
        <w:t>19:46  yeh jo ilaaqa hai, woh jis mein iraq hai, sham hai, arab hai, urdun hai, yeh sara jo ilaaqa hai, wahan bohat zyada mawaqe hain tourism ke aur bohat wahan aate hain siyah, tourist.</w:t>
      </w:r>
      <w:r>
        <w:br/>
      </w:r>
      <w:r>
        <w:rPr>
          <w:sz w:val="20"/>
        </w:rPr>
        <w:t>20:11  lekin koi chunke logon ke andar yeh zehan nahi hai, log toh bas khali paisa kamane lage hue hain. Aaj sare musalman ek hi kaam mein lage hue hain, paisa kamana, paisa kamana, paisa kamana.</w:t>
      </w:r>
      <w:r>
        <w:br/>
      </w:r>
      <w:r>
        <w:rPr>
          <w:sz w:val="20"/>
        </w:rPr>
        <w:t>20:25  toh yeh jo tourist aate hain sari duniya se is ilaaqe mein aur doosre ilaaqon mein, toh un ko dawat ke liye available nahi kar paate.</w:t>
      </w:r>
      <w:r>
        <w:br/>
      </w:r>
      <w:r>
        <w:rPr>
          <w:sz w:val="20"/>
        </w:rPr>
        <w:t>20:38  woh toh aaj ki qurbani jo hai, woh yeh hai ke log saada zindagi ikhtiyar karein, luxury ko chhodein aur</w:t>
      </w:r>
      <w:r>
        <w:br/>
      </w:r>
      <w:r>
        <w:rPr>
          <w:sz w:val="20"/>
        </w:rPr>
        <w:t>20:52  aur jo un ke paas taqat hai, jo maal hai, us ko jhonk dein dawat ke liye. Aaj ki qurbani yeh hai,</w:t>
      </w:r>
      <w:r>
        <w:br/>
      </w:r>
      <w:r>
        <w:rPr>
          <w:sz w:val="20"/>
        </w:rPr>
        <w:t>21:04  saada zindagi kafi hai zindagi guzarne ke liye. Toh aaj ki qurbani yeh hai ke log saada zindagi guzarein aur yeh jo maal ko apna but maan liya hai,</w:t>
      </w:r>
      <w:r>
        <w:br/>
      </w:r>
      <w:r>
        <w:rPr>
          <w:sz w:val="20"/>
        </w:rPr>
        <w:t>21:20  bas paisa kamana, paisa kamana, paisa kamana, is ke bajaye woh dawat ke mawaqe ko available karna, yeh yeh is ko banayein apna nishana, apna goal.</w:t>
      </w:r>
      <w:r>
        <w:br/>
      </w:r>
      <w:r>
        <w:rPr>
          <w:sz w:val="20"/>
        </w:rPr>
        <w:t>21:34  sab se sab se zyada is mein apna waqt lagayein, is mein apna paisa lagayein, is mein apni qawaid lagayein taake sari duniya tak islam ka paigham pohanch jaye.</w:t>
      </w:r>
      <w:r>
        <w:br/>
      </w:r>
      <w:r>
        <w:rPr>
          <w:sz w:val="20"/>
        </w:rPr>
        <w:t>21:49  aur is ki is ki mutayyan shakal yeh hai ke quran ka tarjuma har zaban mein, quran ka tarjuma har zaban mein chhap kar ke us ko sari duniya ke logon tak pahunchana.</w:t>
      </w:r>
      <w:r>
        <w:br/>
      </w:r>
      <w:r>
        <w:rPr>
          <w:sz w:val="20"/>
        </w:rPr>
        <w:t>22:06  aaj ka jo qurbani hai, aaj ki jo sab se bada kaam hai, aaj ka jo zibah azeem hai, woh yahi hai.</w:t>
      </w:r>
      <w:r>
        <w:br/>
      </w:r>
      <w:r>
        <w:rPr>
          <w:sz w:val="20"/>
        </w:rPr>
        <w:t>22:16  zibah azeem ka waqia ek bar ke liye nahi hua tha, balke aage ki tareekh mein bhi hone wala tha ke jab duniya mein sari technology maloom ho jaye, jab mawaqe khul jayein, jab age of communication aa jaye,</w:t>
      </w:r>
      <w:r>
        <w:br/>
      </w:r>
      <w:r>
        <w:rPr>
          <w:sz w:val="20"/>
        </w:rPr>
        <w:t>22:37  tab ek nayi qurbani darkar hogi. Wahi ke log apne apne paise ko, apni energy ko, apne waqt ko lagayein dawat mein, yani quran ka tarjuma har zaban mein tayyar karna aur us ko sari duniya mein pahuncha dena.</w:t>
      </w:r>
      <w:r>
        <w:br/>
      </w:r>
      <w:r>
        <w:rPr>
          <w:sz w:val="20"/>
        </w:rPr>
        <w:t>22:54  jis ki peshin goi hadith ki gayi hai ke "la yubqa ala wajh al-ard bayt madr wa la 'abr illa adkhala Allah kalimat al-Islam" ke koi chhota ya koi bada ghar aisa na bache jahan Allah ka kalma,</w:t>
      </w:r>
      <w:r>
        <w:br/>
      </w:r>
      <w:r>
        <w:rPr>
          <w:sz w:val="20"/>
        </w:rPr>
        <w:t>23:18  quran ka paigham pohnch na jae. to hazrat ibrahim ne aur hazrat ismail ne, hazrat hajra ne mil kar ke ek nasl banai thi.</w:t>
      </w:r>
      <w:r>
        <w:br/>
      </w:r>
      <w:r>
        <w:rPr>
          <w:sz w:val="20"/>
        </w:rPr>
        <w:t>23:33  is nasl se ek inqilab lana tha, wo inqilab aa chuka, wo inqilab aa chuka. ab is ko available karna hai, wo inqilab jo hai, ek opportunity hai, opportunity.</w:t>
      </w:r>
      <w:r>
        <w:br/>
      </w:r>
      <w:r>
        <w:rPr>
          <w:sz w:val="20"/>
        </w:rPr>
        <w:t>23:46  ab aaj ki nasl ko yeh karna hai ke is ko is mawaqe ko available kare. is available karne mein jo bhi karna ho, kare, yani apni energy kharch karna ho, paisa kharch karna ho,</w:t>
      </w:r>
      <w:r>
        <w:br/>
      </w:r>
      <w:r>
        <w:rPr>
          <w:sz w:val="20"/>
        </w:rPr>
        <w:t>24:04  jo bhi is mein dena ho, is ko qurbani ki had tak dein. tab ja kar ke ummat par ka fariza ada hoga.</w:t>
      </w:r>
      <w:r>
        <w:br/>
      </w:r>
      <w:r>
        <w:rPr>
          <w:sz w:val="20"/>
        </w:rPr>
        <w:t>24:20  to mein samajhta hoon ke eid al adha ka asal paigham yahi hai ke hazrat ibrahim ki qurbani se jo mawaqe paida hue hain, un mawaqe ko available karna aur is available karne ke liye jo bhi qurbani dena pare, us ko dena.</w:t>
      </w:r>
    </w:p>
    <w:p>
      <w:pPr>
        <w:pStyle w:val="Heading2"/>
      </w:pPr>
      <w:r>
        <w:t>This world is an initial model; perfect world awaits</w:t>
      </w:r>
    </w:p>
    <w:p>
      <w:r>
        <w:rPr>
          <w:color w:val="666666"/>
          <w:sz w:val="18"/>
        </w:rPr>
        <w:t>Creation Plan of God August 2, 2020 Maulana Wahiduddin Khan · 3m 41s · at 10:40 · https://youtu.be/Gne8s7vy6NM?t=640</w:t>
      </w:r>
    </w:p>
    <w:p>
      <w:r>
        <w:rPr>
          <w:i/>
        </w:rPr>
        <w:t>“Yeh saari duniya jo banai gayi hai”</w:t>
      </w:r>
    </w:p>
    <w:p>
      <w:r>
        <w:rPr>
          <w:sz w:val="20"/>
        </w:rPr>
        <w:t>10:40  yeh saari duniya jo banayi gayi hai, jo kuch banaya gaya hai, woh sab ibtidai model hai. jisme pollution bhi hai, jisme negative thinking bhi hai,</w:t>
      </w:r>
      <w:r>
        <w:br/>
      </w:r>
      <w:r>
        <w:rPr>
          <w:sz w:val="20"/>
        </w:rPr>
        <w:t>10:55  jisme yeh bhi hai, woh bhi hai.</w:t>
      </w:r>
      <w:r>
        <w:br/>
      </w:r>
      <w:r>
        <w:rPr>
          <w:sz w:val="20"/>
        </w:rPr>
        <w:t>10:57  lekin profiled duniya hogi, woh</w:t>
      </w:r>
      <w:r>
        <w:br/>
      </w:r>
      <w:r>
        <w:rPr>
          <w:sz w:val="20"/>
        </w:rPr>
        <w:t>11:03  iski, is poora profiled duniya ke liye jo afraad honge, woh yahin chhat chhaante jayenge farishton ke zariye.</w:t>
      </w:r>
      <w:r>
        <w:br/>
      </w:r>
      <w:r>
        <w:rPr>
          <w:sz w:val="20"/>
        </w:rPr>
        <w:t>11:16  phir wahan kaam kya hoga?</w:t>
      </w:r>
      <w:r>
        <w:br/>
      </w:r>
      <w:r>
        <w:rPr>
          <w:sz w:val="20"/>
        </w:rPr>
        <w:t>11:22  yani wahan jo kaam hoga, yeh nahin ke aish o ishrat nahin, ek aala civilization.</w:t>
      </w:r>
      <w:r>
        <w:br/>
      </w:r>
      <w:r>
        <w:rPr>
          <w:sz w:val="20"/>
        </w:rPr>
        <w:t>11:33  woh jo unse kaha tha, Alvin Toffler, Alvin Toffler,</w:t>
      </w:r>
      <w:r>
        <w:br/>
      </w:r>
      <w:r>
        <w:rPr>
          <w:sz w:val="20"/>
        </w:rPr>
        <w:t>11:39  is duniya ko mutaarif kiya isne. toh isne kaha ke duniya ek aise daur ki taraf ja rahi hai. Alvin Toffler ne kaha, jo ghaliban 70, 70 saal pehle paida hua tha,</w:t>
      </w:r>
      <w:r>
        <w:br/>
      </w:r>
      <w:r>
        <w:rPr>
          <w:sz w:val="20"/>
        </w:rPr>
        <w:t>11:56  yeh duniya ek aise daur ki taraf ja rahi hai</w:t>
      </w:r>
      <w:r>
        <w:br/>
      </w:r>
      <w:r>
        <w:rPr>
          <w:sz w:val="20"/>
        </w:rPr>
        <w:t>11:59  jo perfect daur hoga.</w:t>
      </w:r>
      <w:r>
        <w:br/>
      </w:r>
      <w:r>
        <w:rPr>
          <w:sz w:val="20"/>
        </w:rPr>
        <w:t>12:06  har cheez perfect.</w:t>
      </w:r>
      <w:r>
        <w:br/>
      </w:r>
      <w:r>
        <w:rPr>
          <w:sz w:val="20"/>
        </w:rPr>
        <w:t>12:14  toh main samajhta hoon ke isne jo guess kiya tha, woh bilkul sahi guess tha.</w:t>
      </w:r>
      <w:r>
        <w:br/>
      </w:r>
      <w:r>
        <w:rPr>
          <w:sz w:val="20"/>
        </w:rPr>
        <w:t>12:26  isme jo mausam hoga, perfect mausam hoga. isme pollution nahin hoga.</w:t>
      </w:r>
      <w:r>
        <w:br/>
      </w:r>
      <w:r>
        <w:rPr>
          <w:sz w:val="20"/>
        </w:rPr>
        <w:t>12:43  har cheez purified hogi.</w:t>
      </w:r>
      <w:r>
        <w:br/>
      </w:r>
      <w:r>
        <w:rPr>
          <w:sz w:val="20"/>
        </w:rPr>
        <w:t>12:52  aur bahut hi achhe, good debt wahan hoga. har aadmi jo hai,</w:t>
      </w:r>
      <w:r>
        <w:br/>
      </w:r>
      <w:r>
        <w:rPr>
          <w:sz w:val="20"/>
        </w:rPr>
        <w:t>13:05  har aadmi best, behtareen</w:t>
      </w:r>
      <w:r>
        <w:br/>
      </w:r>
      <w:r>
        <w:rPr>
          <w:sz w:val="20"/>
        </w:rPr>
        <w:t>13:12  jawaar wala hoga. har aadmi ko doosre se achha parho, parho, parho, pados milega, milega.</w:t>
      </w:r>
      <w:r>
        <w:br/>
      </w:r>
      <w:r>
        <w:rPr>
          <w:sz w:val="20"/>
        </w:rPr>
        <w:t>13:30  kaisi ajeeb hogi woh duniya.</w:t>
      </w:r>
      <w:r>
        <w:br/>
      </w:r>
      <w:r>
        <w:rPr>
          <w:sz w:val="20"/>
        </w:rPr>
        <w:t>13:35  toh woh duniya jab banegi, uske liye aur bhi kuch iski pehchan hai. maslan quran mein ghaliban do aayatein ya teen aayatein hain</w:t>
      </w:r>
      <w:r>
        <w:br/>
      </w:r>
      <w:r>
        <w:rPr>
          <w:sz w:val="20"/>
        </w:rPr>
        <w:t>13:54  keh wahan par</w:t>
      </w:r>
      <w:r>
        <w:br/>
      </w:r>
      <w:r>
        <w:rPr>
          <w:sz w:val="20"/>
        </w:rPr>
        <w:t>13:59  tamam aala Allah khul jayenge.</w:t>
      </w:r>
      <w:r>
        <w:br/>
      </w:r>
      <w:r>
        <w:rPr>
          <w:sz w:val="20"/>
        </w:rPr>
        <w:t>14:06  tamam aala Allah khul jayenge. Allah ke kalmat sab khul jayenge.</w:t>
      </w:r>
    </w:p>
    <w:p>
      <w:pPr>
        <w:pStyle w:val="Heading2"/>
      </w:pPr>
      <w:r>
        <w:t>Hadith and story of Umar's visitor</w:t>
      </w:r>
    </w:p>
    <w:p>
      <w:r>
        <w:rPr>
          <w:color w:val="666666"/>
          <w:sz w:val="18"/>
        </w:rPr>
        <w:t>When God's Name is Invoked December 21, 2019 - Interaction with Maulana Wahiduddin Khan, · 4m 56s · at 0:15 · https://youtu.be/jgNjICoo-Cw?t=15</w:t>
      </w:r>
    </w:p>
    <w:p>
      <w:r>
        <w:rPr>
          <w:i/>
        </w:rPr>
        <w:t>“Maulana ek hadith riwayat ki gayi hai.”</w:t>
      </w:r>
    </w:p>
    <w:p>
      <w:r>
        <w:rPr>
          <w:sz w:val="20"/>
        </w:rPr>
        <w:t>0:15  maulana ek hadith abu huraira aur anas bin malik se riwayat ki gayi hai, is ko mukhtalif muhaddiseen ne riwayat kiya, misaal ke taur par bazzar ne riwayat kiya hai aur doosre logon ne.</w:t>
      </w:r>
      <w:r>
        <w:br/>
      </w:r>
      <w:r>
        <w:rPr>
          <w:sz w:val="20"/>
        </w:rPr>
        <w:t>0:32  is ke alfaaz hain: "jab tum logon ko Allah ka wasta diya jaye to ruk jao" jab tum logon ko Allah ka wasta diya jaye to ruk jao.</w:t>
      </w:r>
      <w:r>
        <w:br/>
      </w:r>
      <w:r>
        <w:rPr>
          <w:sz w:val="20"/>
        </w:rPr>
        <w:t>0:42  is ka matlab kya hai?</w:t>
      </w:r>
      <w:r>
        <w:br/>
      </w:r>
      <w:r>
        <w:rPr>
          <w:sz w:val="20"/>
        </w:rPr>
        <w:t>0:52  dekhen, jahan tak main samajhta hoon, is hadith ko hum ek aur waqe se samajh sakte hain.</w:t>
      </w:r>
      <w:r>
        <w:br/>
      </w:r>
      <w:r>
        <w:rPr>
          <w:sz w:val="20"/>
        </w:rPr>
        <w:t>1:03  ek waqia aata hai ke jab hazrat umar, hazrat umar jab khaleefa thay to ek aadmi un ke ghar par un se milne ke liye aaya.</w:t>
      </w:r>
      <w:r>
        <w:br/>
      </w:r>
      <w:r>
        <w:rPr>
          <w:sz w:val="20"/>
        </w:rPr>
        <w:t>1:28  to us waqt hazrat umar so rahe thay, yeh bataya gaya un ko.</w:t>
      </w:r>
      <w:r>
        <w:br/>
      </w:r>
      <w:r>
        <w:rPr>
          <w:sz w:val="20"/>
        </w:rPr>
        <w:t>1:39  to jo darwaze par baitha hua tha, un ka khadim us ke paas baat woh baith gaye aur baatein hone lagin.</w:t>
      </w:r>
      <w:r>
        <w:br/>
      </w:r>
      <w:r>
        <w:rPr>
          <w:sz w:val="20"/>
        </w:rPr>
        <w:t>1:55  to</w:t>
      </w:r>
      <w:r>
        <w:br/>
      </w:r>
      <w:r>
        <w:rPr>
          <w:sz w:val="20"/>
        </w:rPr>
        <w:t>1:59  aane wala shakhs us ne poocha khadim se ke umar ke baray mein tumhari kya rai hai?</w:t>
      </w:r>
      <w:r>
        <w:br/>
      </w:r>
      <w:r>
        <w:rPr>
          <w:sz w:val="20"/>
        </w:rPr>
        <w:t>2:13  yani khaleefa ke baray mein tumhari kya rai hai?</w:t>
      </w:r>
      <w:r>
        <w:br/>
      </w:r>
      <w:r>
        <w:rPr>
          <w:sz w:val="20"/>
        </w:rPr>
        <w:t>2:20  to us aadmi ne kaha ke umar bohat achay aadmi hain, lekin jab un ko ghussa aata hai</w:t>
      </w:r>
      <w:r>
        <w:br/>
      </w:r>
      <w:r>
        <w:rPr>
          <w:sz w:val="20"/>
        </w:rPr>
        <w:t>2:33  to woh</w:t>
      </w:r>
      <w:r>
        <w:br/>
      </w:r>
      <w:r>
        <w:rPr>
          <w:sz w:val="20"/>
        </w:rPr>
        <w:t>2:39  bohat ziyada aapas mein aa jatay hain.</w:t>
      </w:r>
      <w:r>
        <w:br/>
      </w:r>
      <w:r>
        <w:rPr>
          <w:sz w:val="20"/>
        </w:rPr>
        <w:t>2:48  to aane walay ne kaha jo ke yaqeenan ho sakta hai ke sahabi hon woh</w:t>
      </w:r>
      <w:r>
        <w:br/>
      </w:r>
      <w:r>
        <w:rPr>
          <w:sz w:val="20"/>
        </w:rPr>
        <w:t>2:57  ke main umar ko janta hoon,</w:t>
      </w:r>
      <w:r>
        <w:br/>
      </w:r>
      <w:r>
        <w:rPr>
          <w:sz w:val="20"/>
        </w:rPr>
        <w:t>3:05  un ke ghusay ke waqt un ko chup karanay ka behtareen tareeqa yeh hai</w:t>
      </w:r>
      <w:r>
        <w:br/>
      </w:r>
      <w:r>
        <w:rPr>
          <w:sz w:val="20"/>
        </w:rPr>
        <w:t>3:14  ke tum koi ayat parh do.</w:t>
      </w:r>
      <w:r>
        <w:br/>
      </w:r>
      <w:r>
        <w:rPr>
          <w:sz w:val="20"/>
        </w:rPr>
        <w:t>3:20  is se maloom hota hai ke jo hadees parhi gayi hai, is ka matlab yeh nahi hai ghaliban ke jab chup karaya jaye,</w:t>
      </w:r>
      <w:r>
        <w:br/>
      </w:r>
      <w:r>
        <w:rPr>
          <w:sz w:val="20"/>
        </w:rPr>
        <w:t>3:35  chup karanay ka matlab nahi hai, balkay yeh hai ke koi ayat parh di jaye, koi Allah ki</w:t>
      </w:r>
      <w:r>
        <w:br/>
      </w:r>
      <w:r>
        <w:rPr>
          <w:sz w:val="20"/>
        </w:rPr>
        <w:t>3:49  quran ki koi ayat parh di jaye</w:t>
      </w:r>
      <w:r>
        <w:br/>
      </w:r>
      <w:r>
        <w:rPr>
          <w:sz w:val="20"/>
        </w:rPr>
        <w:t>3:55  to woh aadmi chup ho jayega. yeh matlab hai ghaliban is ka.</w:t>
      </w:r>
      <w:r>
        <w:br/>
      </w:r>
      <w:r>
        <w:rPr>
          <w:sz w:val="20"/>
        </w:rPr>
        <w:t>4:08  jaise main aik martaba bahar aik carforst mein tha to aane walay log baithe hue thay,</w:t>
      </w:r>
      <w:r>
        <w:br/>
      </w:r>
      <w:r>
        <w:rPr>
          <w:sz w:val="20"/>
        </w:rPr>
        <w:t>4:23  aapas mein baatein bhi kar rahay thay. to aane wala shakhs mulk ka Prime Minister tha,</w:t>
      </w:r>
      <w:r>
        <w:br/>
      </w:r>
      <w:r>
        <w:rPr>
          <w:sz w:val="20"/>
        </w:rPr>
        <w:t>4:35  bohat jalal wala aadmi tha.</w:t>
      </w:r>
      <w:r>
        <w:br/>
      </w:r>
      <w:r>
        <w:rPr>
          <w:sz w:val="20"/>
        </w:rPr>
        <w:t>4:47  to kisi ne keh diya ke Prime Minister sahib aa rahay hain. jaise hi unhon ne yeh kaha, sab</w:t>
      </w:r>
      <w:r>
        <w:br/>
      </w:r>
      <w:r>
        <w:rPr>
          <w:sz w:val="20"/>
        </w:rPr>
        <w:t>5:00  ek second mein chup ho gaye.</w:t>
      </w:r>
      <w:r>
        <w:br/>
      </w:r>
      <w:r>
        <w:rPr>
          <w:sz w:val="20"/>
        </w:rPr>
        <w:t>5:04  yeh matlab hai is ka.</w:t>
      </w:r>
    </w:p>
    <w:p>
      <w:pPr>
        <w:pStyle w:val="Heading2"/>
      </w:pPr>
      <w:r>
        <w:t>Islam's rules on war and definition of terrorism</w:t>
      </w:r>
    </w:p>
    <w:p>
      <w:r>
        <w:rPr>
          <w:color w:val="666666"/>
          <w:sz w:val="18"/>
        </w:rPr>
        <w:t>Islam and Peace (English) January 17, 2007 · 5m 45s · at 1:00:29 · https://youtu.be/OsmlU1RTo7k?t=3629</w:t>
      </w:r>
    </w:p>
    <w:p>
      <w:r>
        <w:rPr>
          <w:i/>
        </w:rPr>
        <w:t>“In Islam, there is only defensive war, never aggressive war”</w:t>
      </w:r>
    </w:p>
    <w:p>
      <w:r>
        <w:rPr>
          <w:sz w:val="20"/>
        </w:rPr>
        <w:t>1:00:29  so, you have to know that in islam,</w:t>
      </w:r>
      <w:r>
        <w:br/>
      </w:r>
      <w:r>
        <w:rPr>
          <w:sz w:val="20"/>
        </w:rPr>
        <w:t>1:00:38  peace is the rule and war is an exception.</w:t>
      </w:r>
      <w:r>
        <w:br/>
      </w:r>
      <w:r>
        <w:rPr>
          <w:sz w:val="20"/>
        </w:rPr>
        <w:t>1:00:43  peace is the rule and war is an exception. you know, quran contains 6500, near about 6500 verses.</w:t>
      </w:r>
      <w:r>
        <w:br/>
      </w:r>
      <w:r>
        <w:rPr>
          <w:sz w:val="20"/>
        </w:rPr>
        <w:t>1:00:57  all these verses, more than 99 percent of these verses deal about peace and tolerance and justice and moral values.</w:t>
      </w:r>
      <w:r>
        <w:br/>
      </w:r>
      <w:r>
        <w:rPr>
          <w:sz w:val="20"/>
        </w:rPr>
        <w:t>1:01:10  in less than one percent are those verses that deal about defensive war, defensive war.</w:t>
      </w:r>
      <w:r>
        <w:br/>
      </w:r>
      <w:r>
        <w:rPr>
          <w:sz w:val="20"/>
        </w:rPr>
        <w:t>1:01:20  then, so the first point that in islam, there is only defensive war, not aggressive war.</w:t>
      </w:r>
      <w:r>
        <w:br/>
      </w:r>
      <w:r>
        <w:rPr>
          <w:sz w:val="20"/>
        </w:rPr>
        <w:t>1:01:32  aggressive war is not allowed in islam. then, there is another principle.</w:t>
      </w:r>
      <w:r>
        <w:br/>
      </w:r>
      <w:r>
        <w:rPr>
          <w:sz w:val="20"/>
        </w:rPr>
        <w:t>1:01:41  there is a well known principle in islamic sharia that al-harbu lil-imam.</w:t>
      </w:r>
      <w:r>
        <w:br/>
      </w:r>
      <w:r>
        <w:rPr>
          <w:sz w:val="20"/>
        </w:rPr>
        <w:t>1:01:52  it is well accepted principle in islamic sharia, al-harbu lil-imam. it means that to declare a war is a prerogative of islamic state.</w:t>
      </w:r>
      <w:r>
        <w:br/>
      </w:r>
      <w:r>
        <w:rPr>
          <w:sz w:val="20"/>
        </w:rPr>
        <w:t>1:02:13  al-harbu lil-imam, it means that war, although war is allowed in defensive situation, but even at that time, even in defensive situation, only state is allowed to go to war.</w:t>
      </w:r>
      <w:r>
        <w:br/>
      </w:r>
      <w:r>
        <w:rPr>
          <w:sz w:val="20"/>
        </w:rPr>
        <w:t>1:02:32  non-governmental are not allowed to go to war.</w:t>
      </w:r>
      <w:r>
        <w:br/>
      </w:r>
      <w:r>
        <w:rPr>
          <w:sz w:val="20"/>
        </w:rPr>
        <w:t>1:02:44  so, even in defensive situation, only state is allowed to go to war.</w:t>
      </w:r>
      <w:r>
        <w:br/>
      </w:r>
      <w:r>
        <w:rPr>
          <w:sz w:val="20"/>
        </w:rPr>
        <w:t>1:02:54  non-governmental agencies are not allowed. for them, it is haram.</w:t>
      </w:r>
      <w:r>
        <w:br/>
      </w:r>
      <w:r>
        <w:rPr>
          <w:sz w:val="20"/>
        </w:rPr>
        <w:t>1:03:03  so, according to islam, the definition of terrorism, i will tell you what is the definition of terrorism in islam.</w:t>
      </w:r>
      <w:r>
        <w:br/>
      </w:r>
      <w:r>
        <w:rPr>
          <w:sz w:val="20"/>
        </w:rPr>
        <w:t>1:03:15  it is very, it is a very important question. what is the definition of terrorism?</w:t>
      </w:r>
      <w:r>
        <w:br/>
      </w:r>
      <w:r>
        <w:rPr>
          <w:sz w:val="20"/>
        </w:rPr>
        <w:t>1:03:25  so, according to islam, the definition of terrorism is use of arms by other than state,</w:t>
      </w:r>
      <w:r>
        <w:br/>
      </w:r>
      <w:r>
        <w:rPr>
          <w:sz w:val="20"/>
        </w:rPr>
        <w:t>1:03:39  other than established state</w:t>
      </w:r>
      <w:r>
        <w:br/>
      </w:r>
      <w:r>
        <w:rPr>
          <w:sz w:val="20"/>
        </w:rPr>
        <w:t>1:03:41  . use of arms by other than established state. this is the definition of terrorism.</w:t>
      </w:r>
      <w:r>
        <w:br/>
      </w:r>
      <w:r>
        <w:rPr>
          <w:sz w:val="20"/>
        </w:rPr>
        <w:t>1:03:51  so, no private person, no organization</w:t>
      </w:r>
      <w:r>
        <w:br/>
      </w:r>
      <w:r>
        <w:rPr>
          <w:sz w:val="20"/>
        </w:rPr>
        <w:t>1:04:00  a deen government is allowed to go to war.</w:t>
      </w:r>
      <w:r>
        <w:br/>
      </w:r>
      <w:r>
        <w:rPr>
          <w:sz w:val="20"/>
        </w:rPr>
        <w:t>1:04:06  deen, there are some other conditions.</w:t>
      </w:r>
      <w:r>
        <w:br/>
      </w:r>
      <w:r>
        <w:rPr>
          <w:sz w:val="20"/>
        </w:rPr>
        <w:t>1:04:13  for example,</w:t>
      </w:r>
      <w:r>
        <w:br/>
      </w:r>
      <w:r>
        <w:rPr>
          <w:sz w:val="20"/>
        </w:rPr>
        <w:t>1:04:17  by taking this teaching, you can say that</w:t>
      </w:r>
      <w:r>
        <w:br/>
      </w:r>
      <w:r>
        <w:rPr>
          <w:sz w:val="20"/>
        </w:rPr>
        <w:t>1:04:25  you know, there are several kinds of wars. This are called as guerrilla war, proxy war, etc.</w:t>
      </w:r>
      <w:r>
        <w:br/>
      </w:r>
      <w:r>
        <w:rPr>
          <w:sz w:val="20"/>
        </w:rPr>
        <w:t>1:04:37  so, I can say that in Islam, there is no guerrilla war, no proxy war, no aggressive war, and also no undeclared war.</w:t>
      </w:r>
      <w:r>
        <w:br/>
      </w:r>
      <w:r>
        <w:rPr>
          <w:sz w:val="20"/>
        </w:rPr>
        <w:t>1:04:51  Quran says, it means that if you want to go to war, even in defensive situation, you have to declare from this day, we and you are at war.</w:t>
      </w:r>
      <w:r>
        <w:br/>
      </w:r>
      <w:r>
        <w:rPr>
          <w:sz w:val="20"/>
        </w:rPr>
        <w:t>1:05:09  compulsory. So, there is no undeclared war in Islam.</w:t>
      </w:r>
      <w:r>
        <w:br/>
      </w:r>
      <w:r>
        <w:rPr>
          <w:sz w:val="20"/>
        </w:rPr>
        <w:t>1:05:18  so, guerrilla war, proxy war, secret war, undeclared war, aggressive war,</w:t>
      </w:r>
      <w:r>
        <w:br/>
      </w:r>
      <w:r>
        <w:rPr>
          <w:sz w:val="20"/>
        </w:rPr>
        <w:t>1:05:29  wars by other by agencies other than government, other than state.</w:t>
      </w:r>
      <w:r>
        <w:br/>
      </w:r>
      <w:r>
        <w:rPr>
          <w:sz w:val="20"/>
        </w:rPr>
        <w:t>1:05:38  so, all these wars are haram in Islam.</w:t>
      </w:r>
      <w:r>
        <w:br/>
      </w:r>
      <w:r>
        <w:rPr>
          <w:sz w:val="20"/>
        </w:rPr>
        <w:t>1:05:44  only one kind of war is lawful in Islam, that is defensive war by an established government.</w:t>
      </w:r>
      <w:r>
        <w:br/>
      </w:r>
      <w:r>
        <w:rPr>
          <w:sz w:val="20"/>
        </w:rPr>
        <w:t>1:06:00  it is very very clear in Islam.</w:t>
      </w:r>
      <w:r>
        <w:br/>
      </w:r>
      <w:r>
        <w:rPr>
          <w:sz w:val="20"/>
        </w:rPr>
        <w:t>1:06:09  it is very very clear in Islam.</w:t>
      </w:r>
    </w:p>
    <w:p>
      <w:pPr>
        <w:pStyle w:val="Heading2"/>
      </w:pPr>
      <w:r>
        <w:t>Prophet's wars and the danger of difference</w:t>
      </w:r>
    </w:p>
    <w:p>
      <w:r>
        <w:rPr>
          <w:color w:val="666666"/>
          <w:sz w:val="18"/>
        </w:rPr>
        <w:t>In Conversation with Maulana Wahiduddin Khan | June 16, 2007 · 3m 01s · at 15:25 · https://youtu.be/MG2XRUY4FBM?t=925</w:t>
      </w:r>
    </w:p>
    <w:p>
      <w:r>
        <w:rPr>
          <w:i/>
        </w:rPr>
        <w:t>“Prophet never started any war.”</w:t>
      </w:r>
    </w:p>
    <w:p>
      <w:r>
        <w:rPr>
          <w:sz w:val="20"/>
        </w:rPr>
        <w:t>15:25  so, prophet ali salam never started any war.</w:t>
      </w:r>
      <w:r>
        <w:br/>
      </w:r>
      <w:r>
        <w:rPr>
          <w:sz w:val="20"/>
        </w:rPr>
        <w:t>15:32  never, never, never.</w:t>
      </w:r>
      <w:r>
        <w:br/>
      </w:r>
      <w:r>
        <w:rPr>
          <w:sz w:val="20"/>
        </w:rPr>
        <w:t>15:38  his policy was was stated by his his his his his wife ayesha in these words.</w:t>
      </w:r>
      <w:r>
        <w:br/>
      </w:r>
      <w:r>
        <w:rPr>
          <w:sz w:val="20"/>
        </w:rPr>
        <w:t>15:44  these was the general policy of the prophet.</w:t>
      </w:r>
      <w:r>
        <w:br/>
      </w:r>
      <w:r>
        <w:rPr>
          <w:sz w:val="20"/>
        </w:rPr>
        <w:t>15:50  mayra rasulullah sallallahu alaihi wasallam ban amran illatara rahma.</w:t>
      </w:r>
      <w:r>
        <w:br/>
      </w:r>
      <w:r>
        <w:rPr>
          <w:sz w:val="20"/>
        </w:rPr>
        <w:t>15:56  whenever the prophet had to choose between the two, he always opted for easier option and not the harder option. so, what is easier option and what is harder option? war is harder option and peace is easier option. this was the general policy of the prophet. prophet always opted for peaceful acti</w:t>
      </w:r>
      <w:r>
        <w:br/>
      </w:r>
      <w:r>
        <w:rPr>
          <w:sz w:val="20"/>
        </w:rPr>
        <w:t>16:26  vizm, peaceful method, rather than wireless method. it is wrong to say that prophet fought so much war. not not it is it is incorrect. Maulana, in one he never fought any war except some wars that was defensive war. Maulana, in one of the battle which prophet himsel</w:t>
      </w:r>
      <w:r>
        <w:br/>
      </w:r>
      <w:r>
        <w:rPr>
          <w:sz w:val="20"/>
        </w:rPr>
        <w:t>16:56  fought, which was called the battle of uhud, muslims lost that battle.</w:t>
      </w:r>
      <w:r>
        <w:br/>
      </w:r>
      <w:r>
        <w:rPr>
          <w:sz w:val="20"/>
        </w:rPr>
        <w:t>17:01  what was the reason of losing that battle and what lessons can we take from it?</w:t>
      </w:r>
      <w:r>
        <w:br/>
      </w:r>
      <w:r>
        <w:rPr>
          <w:sz w:val="20"/>
        </w:rPr>
        <w:t>17:06  due to difference.</w:t>
      </w:r>
      <w:r>
        <w:br/>
      </w:r>
      <w:r>
        <w:rPr>
          <w:sz w:val="20"/>
        </w:rPr>
        <w:t>17:11  the reason is given in the quran.</w:t>
      </w:r>
      <w:r>
        <w:br/>
      </w:r>
      <w:r>
        <w:rPr>
          <w:sz w:val="20"/>
        </w:rPr>
        <w:t>17:16  hattada fasiltum watnajtum filam.</w:t>
      </w:r>
      <w:r>
        <w:br/>
      </w:r>
      <w:r>
        <w:rPr>
          <w:sz w:val="20"/>
        </w:rPr>
        <w:t>17:22  it means that it was your difference during the war that</w:t>
      </w:r>
      <w:r>
        <w:br/>
      </w:r>
      <w:r>
        <w:rPr>
          <w:sz w:val="20"/>
        </w:rPr>
        <w:t>17:27  resulted into into failure.</w:t>
      </w:r>
      <w:r>
        <w:br/>
      </w:r>
      <w:r>
        <w:rPr>
          <w:sz w:val="20"/>
        </w:rPr>
        <w:t>17:33  so, by this, the lesson is that difference difference is not any not is not an evil.</w:t>
      </w:r>
      <w:r>
        <w:br/>
      </w:r>
      <w:r>
        <w:rPr>
          <w:sz w:val="20"/>
        </w:rPr>
        <w:t>17:39  but in during war, difference is becomes evil.</w:t>
      </w:r>
      <w:r>
        <w:br/>
      </w:r>
      <w:r>
        <w:rPr>
          <w:sz w:val="20"/>
        </w:rPr>
        <w:t>17:45  So, these people, these Muslims, indulged in difference during war.</w:t>
      </w:r>
      <w:r>
        <w:br/>
      </w:r>
      <w:r>
        <w:rPr>
          <w:sz w:val="20"/>
        </w:rPr>
        <w:t>17:51  that was wrong.</w:t>
      </w:r>
      <w:r>
        <w:br/>
      </w:r>
      <w:r>
        <w:rPr>
          <w:sz w:val="20"/>
        </w:rPr>
        <w:t>17:57  so, other than war, you you may indulge in differences. they are not evil. but but during war, it is unlawful. so, these people, these muslims, engaged in difference during war. that was disastrous. and the result was defeat. Maulana, there is another widely accepted concept among muslims, which is darul ha</w:t>
      </w:r>
    </w:p>
    <w:p>
      <w:pPr>
        <w:pStyle w:val="Heading2"/>
      </w:pPr>
      <w:r>
        <w:t>The Prophet's suffering at Taif and his mercy</w:t>
      </w:r>
    </w:p>
    <w:p>
      <w:r>
        <w:rPr>
          <w:color w:val="666666"/>
          <w:sz w:val="18"/>
        </w:rPr>
        <w:t>Hadith-e-Rasool (Sayings of The Prophet of Islam) 20 June 2010 · 4m 13s · at 1:23:18 · https://youtu.be/eOZy3kYKTn0?t=4998</w:t>
      </w:r>
    </w:p>
    <w:p>
      <w:r>
        <w:rPr>
          <w:i/>
        </w:rPr>
        <w:t>“What the Prophet did was a tremendous sacrifice”</w:t>
      </w:r>
    </w:p>
    <w:p>
      <w:r>
        <w:rPr>
          <w:sz w:val="20"/>
        </w:rPr>
        <w:t>1:23:18  iska matlab yeh hai ke rasool Allah nay jo kaam kiya woh bilashuba ek bohat hi bara yani sacrifice ka kaam tha</w:t>
      </w:r>
      <w:r>
        <w:br/>
      </w:r>
      <w:r>
        <w:rPr>
          <w:sz w:val="20"/>
        </w:rPr>
        <w:t>1:23:30  yani aise daur mein jab ke yeh kehna ke Khuda ek hai use pathar mare jatay thay aaj ka zamana nahi tha woh aaj aap ko azadi hai religious freedom hai aisa nahi tha wahan par</w:t>
      </w:r>
      <w:r>
        <w:br/>
      </w:r>
      <w:r>
        <w:rPr>
          <w:sz w:val="20"/>
        </w:rPr>
        <w:t>1:23:48  chunaanche aap ko bohat takleefein di gayi misaal ke tor par taif gaye aap yehi pegham le kar ke Khuda ek hai to wahan ke sardaron se mile</w:t>
      </w:r>
      <w:r>
        <w:br/>
      </w:r>
      <w:r>
        <w:rPr>
          <w:sz w:val="20"/>
        </w:rPr>
        <w:t>1:23:59  aap sardaron nay kya kiya mazaaq uraya aap ka ke tum Khuda ko tumhi milay thay pegham bar banane ke liye dekho apni shakal bhai woh hamare aap jaisay insan thay rasool Allah koi haath ya pahar to thay nahi to unhon nay kaha ke rasool Khuda ko tum bhi milay thay ke tum ko pegham bar banake bhej diya tum to kuch hum ko nahi lagte koi khaas adami ho</w:t>
      </w:r>
      <w:r>
        <w:br/>
      </w:r>
      <w:r>
        <w:rPr>
          <w:sz w:val="20"/>
        </w:rPr>
        <w:t>1:24:28  aaj aap rasool Allah ko iski tareekh ya waqiat ke sath shamil karke dekhte hain to lagta hai ke rasool Allah bohat hi baray dikhai partay hain aap us waqt ek aam insan thay to unhon nay apne larkon ko keh diya ke inko maar ke bhagao pathar mara in logon nay</w:t>
      </w:r>
      <w:r>
        <w:br/>
      </w:r>
      <w:r>
        <w:rPr>
          <w:sz w:val="20"/>
        </w:rPr>
        <w:t>1:24:50  to pathar marte marte bahar le gaye aur wahan par aap ke aap bodies zakmi ho gaya khoon banne laga khoon banne na khilaya na pilaya na chaye na sharbat na pani maar ke bhaga diya</w:t>
      </w:r>
      <w:r>
        <w:br/>
      </w:r>
      <w:r>
        <w:rPr>
          <w:sz w:val="20"/>
        </w:rPr>
        <w:t>1:25:12  us waqt Allah taala ne malik al jabal ko bheja pahadon ke farishte ko bheja ke woh aya woh utha ke kaha ke aye Muhammad main malik al jabal hoon</w:t>
      </w:r>
      <w:r>
        <w:br/>
      </w:r>
      <w:r>
        <w:rPr>
          <w:sz w:val="20"/>
        </w:rPr>
        <w:t>1:25:29  yeh mere hath mein pahadon ko ulat pulat kar sakta hoon main to Taif jo tha us mein dono taraf pahadiyan thi beech mein woh taun tha idhar udhar pahadiyan thi</w:t>
      </w:r>
      <w:r>
        <w:br/>
      </w:r>
      <w:r>
        <w:rPr>
          <w:sz w:val="20"/>
        </w:rPr>
        <w:t>1:25:41  ke agar aap mere paas woh taqat taqat hai ke main dono pahadiyon ko aise mila doon aur log aapas mein karr reh jayein to aap mujhe kya hukum dete hain unhone jo aap ka zulm kiya hai woh Allah ne dekha to mujhe bheja hai aap ke paas to aap ne farmaya ke nahi</w:t>
      </w:r>
      <w:r>
        <w:br/>
      </w:r>
      <w:r>
        <w:rPr>
          <w:sz w:val="20"/>
        </w:rPr>
        <w:t>1:26:10  main chahta hoon ke zinda rahein unki naslein paida hon unke bete pote paida hon un mein log milenge jo jo sachai ko manen aur sachcha kaam karein yani na sirf present ko balkeh future tak se aap unke hope lagaye hue the to kitna zyada apne qurbaniyan dein</w:t>
      </w:r>
      <w:r>
        <w:br/>
      </w:r>
      <w:r>
        <w:rPr>
          <w:sz w:val="20"/>
        </w:rPr>
        <w:t>1:26:33  aap ki qurbaniyon se aisa ek inqilab aaya ke insani tareekh religious persecution ke daur se nikal kar ke religious freedom ke daur mein aayi yeh mamooli baat nahi hai aisi hazaron cheezein woh jab aap ka naam aya to aap ko yaad aana chahiye ke aap sach much benefactor hain sab se bade sacrifice kiya aap ne insani tareekh ko to hum parasti se nikal kar ke science mein laye</w:t>
      </w:r>
      <w:r>
        <w:br/>
      </w:r>
      <w:r>
        <w:rPr>
          <w:sz w:val="20"/>
        </w:rPr>
        <w:t>1:27:03  insani tareekh ko religious persecution se nikal kar ke religious freedom ke daur mein laye ek poora ek naya zamana paida kiya aap ne tabah maj is tarah aitmad se yahan baith kar baatein kar rahe hain to Rasool Allah ka jo contribution hai history mein contribution usko yaad kar ke jab hum kehte hain to usi ka naam darood hai aur aaj kal jo logon ka rawaj hai woh to kuch bhi nahi hai to nothing hai kuch bhi nahi</w:t>
      </w:r>
    </w:p>
    <w:p>
      <w:pPr>
        <w:pStyle w:val="Heading2"/>
      </w:pPr>
      <w:r>
        <w:t>Full wisdom of patience: sabr and the Hudaibiya treaty</w:t>
      </w:r>
    </w:p>
    <w:p>
      <w:r>
        <w:rPr>
          <w:color w:val="666666"/>
          <w:sz w:val="18"/>
        </w:rPr>
        <w:t>Prophetic Wisdom July 23, 2016 Maulana Wahiduddin Khan · 5m 02s · at 8:48 · https://youtu.be/aaXBGgyvWOU?t=528</w:t>
      </w:r>
    </w:p>
    <w:p>
      <w:r>
        <w:rPr>
          <w:i/>
        </w:rPr>
        <w:t>“Quran repeatedly says 'be patient' — but why?”</w:t>
      </w:r>
    </w:p>
    <w:p>
      <w:r>
        <w:rPr>
          <w:sz w:val="20"/>
        </w:rPr>
        <w:t>8:48  quran mein hai ke bar bar yeh hai ke sabar karo. bolay: "rabbaka fasbir".</w:t>
      </w:r>
      <w:r>
        <w:br/>
      </w:r>
      <w:r>
        <w:rPr>
          <w:sz w:val="20"/>
        </w:rPr>
        <w:t>8:56  surah mudassir mein: "sabar karo, sabar karo". ab sabar karo ki hikmat kya hai? is kyun hum sabar karen? yeh quran mein nahi hai.</w:t>
      </w:r>
      <w:r>
        <w:br/>
      </w:r>
      <w:r>
        <w:rPr>
          <w:sz w:val="20"/>
        </w:rPr>
        <w:t>9:07  quran mein nahi hai. yeh is ka ta'alluq wisdom se hai. hadith mein hum ko wisdom milti hai ke hum kyun sabar karen.</w:t>
      </w:r>
      <w:r>
        <w:br/>
      </w:r>
      <w:r>
        <w:rPr>
          <w:sz w:val="20"/>
        </w:rPr>
        <w:t>9:18  wo kaise? aap hadith ke maani hain ke hadith ke maani ke rasool Allah yani teen cheezon ko hadith mana jata hai.</w:t>
      </w:r>
      <w:r>
        <w:br/>
      </w:r>
      <w:r>
        <w:rPr>
          <w:sz w:val="20"/>
        </w:rPr>
        <w:t>9:28  teen cheezon ko: qaul, amal, taqreer. hadith ka teen cheezon ka maani aata hai: qaul, amal, taqreer.</w:t>
      </w:r>
      <w:r>
        <w:br/>
      </w:r>
      <w:r>
        <w:rPr>
          <w:sz w:val="20"/>
        </w:rPr>
        <w:t>9:37  yani rasool Allah ne jo kaha, wo hadith hai. aap ne jo kiya, yani sunnat. mein sunnat kahunga ke rasool Allah ne jo kaha, wo sunnat hai.</w:t>
      </w:r>
      <w:r>
        <w:br/>
      </w:r>
      <w:r>
        <w:rPr>
          <w:sz w:val="20"/>
        </w:rPr>
        <w:t>9:49  jo aap ne amal kiya, wo sunnat hai. aur aap ke samne koi amal kiya gaya, aap us ko khamosh khamosh rahe to goya aap ne is ka consent de diya, to wo bhi sunnat ho gaya.</w:t>
      </w:r>
      <w:r>
        <w:br/>
      </w:r>
      <w:r>
        <w:rPr>
          <w:sz w:val="20"/>
        </w:rPr>
        <w:t>10:03  to dekhiye, jo mein keh raha hoon ke ke quran mein sabar ka hukum hai, lekin is ki jo hikmat hai, wo hadith se maloom hoti hai.</w:t>
      </w:r>
      <w:r>
        <w:br/>
      </w:r>
      <w:r>
        <w:rPr>
          <w:sz w:val="20"/>
        </w:rPr>
        <w:t>10:14  yeh kaise maloom hogi? rasool ke amal ka mutala karen aap. rasool ke amal ka mutala. to rasool ka amal is hukum ki ki tashreeh ban jayega aap ke liye ke sabar karo.</w:t>
      </w:r>
      <w:r>
        <w:br/>
      </w:r>
      <w:r>
        <w:rPr>
          <w:sz w:val="20"/>
        </w:rPr>
        <w:t>10:31  to mein ne jo mutala kiya hai, mein samajhta hoon ke is is sabar ka matlab yeh hai ke to buy time for for the sake of better planning.</w:t>
      </w:r>
      <w:r>
        <w:br/>
      </w:r>
      <w:r>
        <w:rPr>
          <w:sz w:val="20"/>
        </w:rPr>
        <w:t>10:52  to buy time for the sake of better planning. yani koi situation create hui to agar aap mustahil ho jayen, aap ladne lagen to aap ko better planning ke liye time hi nahi nahi mila.</w:t>
      </w:r>
      <w:r>
        <w:br/>
      </w:r>
      <w:r>
        <w:rPr>
          <w:sz w:val="20"/>
        </w:rPr>
        <w:t>11:09  react, aap ne react kar diya. bas react karne se to kuch hota nahi. react karne se kuch nahi pa pa sakte aap.</w:t>
      </w:r>
      <w:r>
        <w:br/>
      </w:r>
      <w:r>
        <w:rPr>
          <w:sz w:val="20"/>
        </w:rPr>
        <w:t>11:17  to jab koi situation create create ho to aap ko react nahi karna chahiye. isi ko kehta hai sabar. jab aap react na karen to aap sabar karte hain.</w:t>
      </w:r>
      <w:r>
        <w:br/>
      </w:r>
      <w:r>
        <w:rPr>
          <w:sz w:val="20"/>
        </w:rPr>
        <w:t>11:28  jab aap sabar karte hain to aap kya karte hain? aap time lete hain better planning ke liye.</w:t>
      </w:r>
      <w:r>
        <w:br/>
      </w:r>
      <w:r>
        <w:rPr>
          <w:sz w:val="20"/>
        </w:rPr>
        <w:t>11:40  jaise ek misaal deta hoon mein aap ko. rasool Allah sal Allah alayh wasallam ja rahe thay umrah karne ke liye madina se makka. wahan unhon ne roka, unhon ne umrah nahi karne denge.</w:t>
      </w:r>
      <w:r>
        <w:br/>
      </w:r>
      <w:r>
        <w:rPr>
          <w:sz w:val="20"/>
        </w:rPr>
        <w:t>11:52  to baat cheet hoti rahi. aakhir mein yeh hua ke unhi ki condition par, un ki un ki unilateral condition par agreement hua.</w:t>
      </w:r>
      <w:r>
        <w:br/>
      </w:r>
      <w:r>
        <w:rPr>
          <w:sz w:val="20"/>
        </w:rPr>
        <w:t>12:06  wo tha das saal ka peace agreement. to yeh kya tha? ke aap ne socha soch kar ke yeh tay kiya ke agar hum lad jayen to hudaybiyah mein ek aur uhud banega.</w:t>
      </w:r>
      <w:r>
        <w:br/>
      </w:r>
      <w:r>
        <w:rPr>
          <w:sz w:val="20"/>
        </w:rPr>
        <w:t>12:22  yeh ahad mein 70 sahaba maare gaye. To to hudaybiya mein bhi is tarah maare jayenge log. To to faida to kuch hua nahin.</w:t>
      </w:r>
      <w:r>
        <w:br/>
      </w:r>
      <w:r>
        <w:rPr>
          <w:sz w:val="20"/>
        </w:rPr>
        <w:t>12:33  To aap ne jang ko avoid karne ke liye peaceful agreement kiya taake aap ko time mil jaye better planning ke liye, sochne ke liye, mashwara karne ke liye.</w:t>
      </w:r>
      <w:r>
        <w:br/>
      </w:r>
      <w:r>
        <w:rPr>
          <w:sz w:val="20"/>
        </w:rPr>
        <w:t>12:47  Yeh hai hadith ka contribution. Hadith ka ya sunnat ka contribution. Agar aap Quran ko kahein ke mujhe Quran kafi hai, jaise koi logon ne kaha tha ke hasbana kitab Allah.</w:t>
      </w:r>
      <w:r>
        <w:br/>
      </w:r>
      <w:r>
        <w:rPr>
          <w:sz w:val="20"/>
        </w:rPr>
        <w:t>13:02  Koi log the, unhone kehte the ke hasbana kitab Allah, hum ko Quran kafi hai. Lekin jo aisa karega, usko Allah ki right jo guidance hai, woh nahin milegi.</w:t>
      </w:r>
      <w:r>
        <w:br/>
      </w:r>
      <w:r>
        <w:rPr>
          <w:sz w:val="20"/>
        </w:rPr>
        <w:t>13:16  Kyunke is mein to tadabbur karna chahiye. Quran mein hukum hai: tadabbur karo. Quran mein hukum de diya gaya hai, lekin iski wisdom samajhne ke liye aur iska application samajhne ke liye aap ko tadabbur karna padega.</w:t>
      </w:r>
      <w:r>
        <w:br/>
      </w:r>
      <w:r>
        <w:rPr>
          <w:sz w:val="20"/>
        </w:rPr>
        <w:t>13:33  To tadabbur karne ke liye sabr karna padta hai. To Quran mein hukum hai sabr ka, aur hadith batati hai, hadith ya sunnat ke was wisdom behind sabr.</w:t>
      </w:r>
      <w:r>
        <w:br/>
      </w:r>
      <w:r>
        <w:rPr>
          <w:sz w:val="20"/>
        </w:rPr>
        <w:t>13:47  Yeh hai dono ka talluq.</w:t>
      </w:r>
    </w:p>
    <w:p>
      <w:pPr>
        <w:pStyle w:val="Heading2"/>
      </w:pPr>
      <w:r>
        <w:t>Kashmir and Pakistan finally admit violence was the wrong fight</w:t>
      </w:r>
    </w:p>
    <w:p>
      <w:r>
        <w:rPr>
          <w:color w:val="666666"/>
          <w:sz w:val="18"/>
        </w:rPr>
        <w:t>Choice Between Right and Wrong Battlefield January 26, 2007 Maulana Wahiddduin Khan · 5m 54s · at 10:43 · https://youtu.be/F-onKK3Ibcc?t=643</w:t>
      </w:r>
    </w:p>
    <w:p>
      <w:r>
        <w:rPr>
          <w:i/>
        </w:rPr>
        <w:t>“Here's an example from the 23rd January Times of India”</w:t>
      </w:r>
    </w:p>
    <w:p>
      <w:r>
        <w:rPr>
          <w:sz w:val="20"/>
        </w:rPr>
        <w:t>10:43  to is ki aik example dekhiye yeh hai ke mere haath mein 23 ka yeh times of India hai. 23 January ka.</w:t>
      </w:r>
      <w:r>
        <w:br/>
      </w:r>
      <w:r>
        <w:rPr>
          <w:sz w:val="20"/>
        </w:rPr>
        <w:t>10:52  isi mahina January ka 23. is mein aik report hai Pakistan ke baray mein. Kashmir ke leader,</w:t>
      </w:r>
      <w:r>
        <w:br/>
      </w:r>
      <w:r>
        <w:rPr>
          <w:sz w:val="20"/>
        </w:rPr>
        <w:t>11:04  mein in ka naam lene ki zaroorat nahi hai, aap is mein naam parh sakte hain is war mein. Pakistan gaye.</w:t>
      </w:r>
      <w:r>
        <w:br/>
      </w:r>
      <w:r>
        <w:rPr>
          <w:sz w:val="20"/>
        </w:rPr>
        <w:t>11:12  Pakistan mein ja kar unhon ne elaan kiya</w:t>
      </w:r>
      <w:r>
        <w:br/>
      </w:r>
      <w:r>
        <w:rPr>
          <w:sz w:val="20"/>
        </w:rPr>
        <w:t>11:16  ke violence ke zariye hum Kashmir mein kuch pa nahi sakte. hamein violence ko chhodna chahiye.</w:t>
      </w:r>
      <w:r>
        <w:br/>
      </w:r>
      <w:r>
        <w:rPr>
          <w:sz w:val="20"/>
        </w:rPr>
        <w:t>11:27  yeh parhiye ga yeh kya hai yeh? zor se parhiye ga Mirwaiz call for terror groups to shun violence has received widespread support from Kashmiris</w:t>
      </w:r>
      <w:r>
        <w:br/>
      </w:r>
      <w:r>
        <w:rPr>
          <w:sz w:val="20"/>
        </w:rPr>
        <w:t>11:40  yeh aaj keh rahe hain yeh log. aik waqt tha ke Kashmir mein aik insaan bhi nahi tha jo yeh baat kahe. Pakistan mein aik insaan nahi tha jo yeh baat kahe.</w:t>
      </w:r>
      <w:r>
        <w:br/>
      </w:r>
      <w:r>
        <w:rPr>
          <w:sz w:val="20"/>
        </w:rPr>
        <w:t>11:51  mein Pakistan mein is se pehle gaya tha, bohat pehle ki baat hai. to yeh baat mein ne kahi thi Lahore college mein. to mera do din ka program tha wahan.</w:t>
      </w:r>
      <w:r>
        <w:br/>
      </w:r>
      <w:r>
        <w:rPr>
          <w:sz w:val="20"/>
        </w:rPr>
        <w:t>12:02  pehlay din jab mein ne yeh kahi to wahan to bohat se log, aik poora bheed aa gayi thi wahan meri baat sunne ke liye.</w:t>
      </w:r>
      <w:r>
        <w:br/>
      </w:r>
      <w:r>
        <w:rPr>
          <w:sz w:val="20"/>
        </w:rPr>
        <w:t>12:07  lekin jab mein ne yeh baat kahi ke Kashmir ko aap bhula dein to aglay din mera jalsa hi cancel kar diya gaya. doosra doosra jalsa hi nahi hua.</w:t>
      </w:r>
      <w:r>
        <w:br/>
      </w:r>
      <w:r>
        <w:rPr>
          <w:sz w:val="20"/>
        </w:rPr>
        <w:t>12:18  itna josh mein thay woh aaj. aaj aaj yahi baat kahi ja rahi hai Pakistan mein aur koi bharkta nahi.</w:t>
      </w:r>
      <w:r>
        <w:br/>
      </w:r>
      <w:r>
        <w:rPr>
          <w:sz w:val="20"/>
        </w:rPr>
        <w:t>12:29  to is ko mein aqalmandi nahi kahunga. agar kho kar kisi ne seekha to kya seekha?</w:t>
      </w:r>
      <w:r>
        <w:br/>
      </w:r>
      <w:r>
        <w:rPr>
          <w:sz w:val="20"/>
        </w:rPr>
        <w:t>12:34  ab Kashmir tabah ho gaya, Pakistan tabah ho gaya, tab aap yeh keh rahe hain. mein samajhta hoon ke abhi aadhi baat hai. aap ko kehna chahiye ke I was blind then we were blind that time yeh kehna chahiye aap ko.</w:t>
      </w:r>
      <w:r>
        <w:br/>
      </w:r>
      <w:r>
        <w:rPr>
          <w:sz w:val="20"/>
        </w:rPr>
        <w:t>12:49  yeh kyun nahi kehte aap ke hum ne, hum yeh andha pan tha ke hum ne larai chheri jis ka koi result nikalne wala nahi tha. to abhi bhi yeh to keh rahe hain ke hamein chhod dena chahiye violence.</w:t>
      </w:r>
      <w:r>
        <w:br/>
      </w:r>
      <w:r>
        <w:rPr>
          <w:sz w:val="20"/>
        </w:rPr>
        <w:t>13:02  abhi koi yeh nahi keh raha hai ke hum us waqt hum mad ho gaye thay ke larai ko samajhte thay solution.</w:t>
      </w:r>
      <w:r>
        <w:br/>
      </w:r>
      <w:r>
        <w:rPr>
          <w:sz w:val="20"/>
        </w:rPr>
        <w:t>13:11  jab tak yeh na kahein, yaad rakhein jab tak koi la ilaha na kahe illa Allah, is ka nahi hota. sirf illa Allah kehne se kalma poora nahi hota.</w:t>
      </w:r>
      <w:r>
        <w:br/>
      </w:r>
      <w:r>
        <w:rPr>
          <w:sz w:val="20"/>
        </w:rPr>
        <w:t>13:20  aap ko la ilaha kehna pare ga. isi tarah se aap ko kehna pare ga ke hum us waqt mad ho gaye thay.</w:t>
      </w:r>
      <w:r>
        <w:br/>
      </w:r>
      <w:r>
        <w:rPr>
          <w:sz w:val="20"/>
        </w:rPr>
        <w:t>13:28  jab tak aap I was wrong na kahein, tab tak aap ki koi baat ki koi value nahi hai. dekhiye, mein arz karta hoon ke October, aap ko pata hai ke October 1989 mein Kashmir mein militancy shuru hui thi.</w:t>
      </w:r>
      <w:r>
        <w:br/>
      </w:r>
      <w:r>
        <w:rPr>
          <w:sz w:val="20"/>
        </w:rPr>
        <w:t>13:49  October 1989 mein. is se aik mahina pehle mein wahan gaya tha.</w:t>
      </w:r>
      <w:r>
        <w:br/>
      </w:r>
      <w:r>
        <w:rPr>
          <w:sz w:val="20"/>
        </w:rPr>
        <w:t>13:59  aik mahina ya dedh mahina pehle. wahan mein ne Tagore Hall mein, Srinagar ke Tagore Hall mein aik speech di thi. is speech ka audio tape maujood hai abhi bhi.</w:t>
      </w:r>
      <w:r>
        <w:br/>
      </w:r>
      <w:r>
        <w:rPr>
          <w:sz w:val="20"/>
        </w:rPr>
        <w:t>14:11  Hameedullah Hameed ke paas jo wahan rehte hain.</w:t>
      </w:r>
      <w:r>
        <w:br/>
      </w:r>
      <w:r>
        <w:rPr>
          <w:sz w:val="20"/>
        </w:rPr>
        <w:t>14:16  us waqt mein ne kaha tha kyunke us waqt har taraf yahi baatein ho rahi theen ke hum ko jihad chherna hai. hum ko armed struggle karna hai.</w:t>
      </w:r>
      <w:r>
        <w:br/>
      </w:r>
      <w:r>
        <w:rPr>
          <w:sz w:val="20"/>
        </w:rPr>
        <w:t>14:26  yeh sab baatein ho rahi theen. aur taqreeban yaqeen hi ho gaya tha ke log jihad ke naam par wahan military insurgency shuru kar denge.</w:t>
      </w:r>
      <w:r>
        <w:br/>
      </w:r>
      <w:r>
        <w:rPr>
          <w:sz w:val="20"/>
        </w:rPr>
        <w:t>14:35  chunanche October mein shuru ho gayi woh. is se koi aik mahina ya dedh mahina pehle mein wahan gaya tha aur mein wahan speech di thi Tagore Hall mein.</w:t>
      </w:r>
      <w:r>
        <w:br/>
      </w:r>
      <w:r>
        <w:rPr>
          <w:sz w:val="20"/>
        </w:rPr>
        <w:t>14:44  us waqt mein ne kaha tha ke agar aap ne military chhera, yani yahan par violence, to unilateral طور par aap hi ko is ka laat uthana pare ga.</w:t>
      </w:r>
      <w:r>
        <w:br/>
      </w:r>
      <w:r>
        <w:rPr>
          <w:sz w:val="20"/>
        </w:rPr>
        <w:t>14:57  aur kuch bhi aap payenge nahin. aap ke liye koi option nahin is ke siwa ke aap you have to accept the reality</w:t>
      </w:r>
      <w:r>
        <w:br/>
      </w:r>
      <w:r>
        <w:rPr>
          <w:sz w:val="20"/>
        </w:rPr>
        <w:t>15:06  is waqt mein ne kaha tha ke kashmir ka india se talluq aik reality ban chuka hai. So you have to accept the reality</w:t>
      </w:r>
      <w:r>
        <w:br/>
      </w:r>
      <w:r>
        <w:rPr>
          <w:sz w:val="20"/>
        </w:rPr>
        <w:t>15:18  yeh baat mein ne khalsa logon se bhi kahi thi punjab mein ke kya aap log tehreek chala rahe hain? kabhi bhi khalsa government nahin banegi india mein.</w:t>
      </w:r>
      <w:r>
        <w:br/>
      </w:r>
      <w:r>
        <w:rPr>
          <w:sz w:val="20"/>
        </w:rPr>
        <w:t>15:27  impossible hai.</w:t>
      </w:r>
      <w:r>
        <w:br/>
      </w:r>
      <w:r>
        <w:rPr>
          <w:sz w:val="20"/>
        </w:rPr>
        <w:t>15:30  impossible hai. koi country ke aap apne apne border par aik aisi state create karega jo woh chhede hue ho, aap ke sath jang chhede hue ho.</w:t>
      </w:r>
      <w:r>
        <w:br/>
      </w:r>
      <w:r>
        <w:rPr>
          <w:sz w:val="20"/>
        </w:rPr>
        <w:t>15:41  woh kaun state dunya mein aisi bewakoof ho sakti hai ke aisi border state create karta hai? woh kabhi bhi india khalsa government nahin banne dega punjab mein.</w:t>
      </w:r>
      <w:r>
        <w:br/>
      </w:r>
      <w:r>
        <w:rPr>
          <w:sz w:val="20"/>
        </w:rPr>
        <w:t>15:53  is waqt mein ne kaha tha jab ke dhoom thi wahan par punjab mein. aur mein ne, mein, mein article bhi chhapwa tha hindustan times mein. is mein yahi is ka woh tha ke you have to accept the reality dono ke liye kaha tha mein ne.</w:t>
      </w:r>
      <w:r>
        <w:br/>
      </w:r>
      <w:r>
        <w:rPr>
          <w:sz w:val="20"/>
        </w:rPr>
        <w:t>16:07  kashmir ke liye bhi aur punjab ke liye bhi. to punjab mein to bohat pehle unhon ne reality ko accept kar liya. aur kashmir ne ab accept kiya hai.</w:t>
      </w:r>
      <w:r>
        <w:br/>
      </w:r>
      <w:r>
        <w:rPr>
          <w:sz w:val="20"/>
        </w:rPr>
        <w:t>16:19  to mein jab wahan gaya tha aur tagore hall mein jo speech di thi mein ne, to wahan mein ne aik hadith sunai. mein ne kaha ke dekhiye, aap log musalman hain aur nizam e mustafa ke naam par aap tehreek chala rahe hain.</w:t>
      </w:r>
    </w:p>
    <w:p>
      <w:pPr>
        <w:pStyle w:val="Heading2"/>
      </w:pPr>
      <w:r>
        <w:t>Mysterious 1984 Casablanca trip shows God never abandons you</w:t>
      </w:r>
    </w:p>
    <w:p>
      <w:r>
        <w:rPr>
          <w:color w:val="666666"/>
          <w:sz w:val="18"/>
        </w:rPr>
        <w:t>Personality Building January 05, 2014 · 5m 10s · at 17:41 · https://youtu.be/3Zppdm2K4ug?t=1061</w:t>
      </w:r>
    </w:p>
    <w:p>
      <w:r>
        <w:rPr>
          <w:i/>
        </w:rPr>
        <w:t>“In 1984 I got a plane ticket with no explanation”</w:t>
      </w:r>
    </w:p>
    <w:p>
      <w:r>
        <w:rPr>
          <w:sz w:val="20"/>
        </w:rPr>
        <w:t>17:41  to kal jab main soch raha tha to mujhe yaad aaya ke 1984 ka waqia hai. 1984 mein mera aik safar hua tha.</w:t>
      </w:r>
      <w:r>
        <w:br/>
      </w:r>
      <w:r>
        <w:rPr>
          <w:sz w:val="20"/>
        </w:rPr>
        <w:t>17:55  to is mein aisa hua ke mujhe aik aik aik hawa jahaz ka aik ticket mila.</w:t>
      </w:r>
      <w:r>
        <w:br/>
      </w:r>
      <w:r>
        <w:rPr>
          <w:sz w:val="20"/>
        </w:rPr>
        <w:t>18:06  is mein kuch bhi nahi likha tha siwaye is ke ke is pe likha hua tha New Delhi, Casablanca, New Delhi.</w:t>
      </w:r>
      <w:r>
        <w:br/>
      </w:r>
      <w:r>
        <w:rPr>
          <w:sz w:val="20"/>
        </w:rPr>
        <w:t>18:15  bas yeh first class ka ticket tha. aur is pe kuch bhi pata nahi tha ke yeh kahan, kis jagah mujhe bulaya gaya hai, wahan kya waqia hai, kya conference hai, kuch bhi nahi.</w:t>
      </w:r>
      <w:r>
        <w:br/>
      </w:r>
      <w:r>
        <w:rPr>
          <w:sz w:val="20"/>
        </w:rPr>
        <w:t>18:24  na koi letter nahi. yaani is is is ticket ke saath koi letter mere paas nahi tha.</w:t>
      </w:r>
      <w:r>
        <w:br/>
      </w:r>
      <w:r>
        <w:rPr>
          <w:sz w:val="20"/>
        </w:rPr>
        <w:t>18:32  achha, us waqt to main nahi jaanta tha ke Casablanca kahan hai. 1984 mein mujhe pata nahi tha ke Casablanca kahan hai.</w:t>
      </w:r>
      <w:r>
        <w:br/>
      </w:r>
      <w:r>
        <w:rPr>
          <w:sz w:val="20"/>
        </w:rPr>
        <w:t>18:41  dunya kis hisse mein hai. bilkul yaani this name was quite unknown to me.</w:t>
      </w:r>
      <w:r>
        <w:br/>
      </w:r>
      <w:r>
        <w:rPr>
          <w:sz w:val="20"/>
        </w:rPr>
        <w:t>18:50  to ab main sochta tha kya karoon?</w:t>
      </w:r>
      <w:r>
        <w:br/>
      </w:r>
      <w:r>
        <w:rPr>
          <w:sz w:val="20"/>
        </w:rPr>
        <w:t>18:55  to chuna ke mere paas aik ticket tha, return ticket, to sochta tha ke chalo bhai wahan se wapas aa jayenge agar wahan koi kuch nahi hua to.</w:t>
      </w:r>
      <w:r>
        <w:br/>
      </w:r>
      <w:r>
        <w:rPr>
          <w:sz w:val="20"/>
        </w:rPr>
        <w:t>19:06  to bilkul isi halat mein main gaya airport par aur jahaz mein baith gaya. boarding card le kar ke. har lamha mein sochta tha ke kahan utrega jahaz, kahan jayega, kaun sa Casablanca, kya cheez hai.</w:t>
      </w:r>
      <w:r>
        <w:br/>
      </w:r>
      <w:r>
        <w:rPr>
          <w:sz w:val="20"/>
        </w:rPr>
        <w:t>19:22  to aakhir kaar jab beech mein ek jagah yaani jahaz badalna tha, aakhir kaar jab yeh elaan hua, elaan kiya air hostess ne ke hum ab casablanca mein utarne wale hain, to mere dil ki dharkan taiz ho gayi.</w:t>
      </w:r>
      <w:r>
        <w:br/>
      </w:r>
      <w:r>
        <w:rPr>
          <w:sz w:val="20"/>
        </w:rPr>
        <w:t>19:41  ke pata nahi kya hoga wahan. achha, is ke baad jab mein utra, mein airport par mujhe receive karne ke liye koi aadmi maujood nahi tha.</w:t>
      </w:r>
      <w:r>
        <w:br/>
      </w:r>
      <w:r>
        <w:rPr>
          <w:sz w:val="20"/>
        </w:rPr>
        <w:t>19:53  ab mujhe aur pareshani hui. mein sochta tha ke shayad jo log mujhe, jinhone mujhe bulaya hai, woh maujood hon wahan. to pareshani ke aalam mein mein airport ki building ke bahar aaya.</w:t>
      </w:r>
      <w:r>
        <w:br/>
      </w:r>
      <w:r>
        <w:rPr>
          <w:sz w:val="20"/>
        </w:rPr>
        <w:t>20:08  ab idhar udhar dekh raha hoon. to saamne ek shakhs tha, thodi halki daadhi thi us ki. woh lagta tha dekhne mein ke india ya pakistan ka aadmi hai woh.</w:t>
      </w:r>
      <w:r>
        <w:br/>
      </w:r>
      <w:r>
        <w:rPr>
          <w:sz w:val="20"/>
        </w:rPr>
        <w:t>20:20  to meri taraf badha woh. aur urdu mein baat ki. wahan par sab log french mein bolte the. airport par jitne log bhi the, sab french mein bolte the.</w:t>
      </w:r>
      <w:r>
        <w:br/>
      </w:r>
      <w:r>
        <w:rPr>
          <w:sz w:val="20"/>
        </w:rPr>
        <w:t>20:30  na english mein, na arabic mein. to samajh nahi aata ke mein kis se baat karoon. woh aadmi mere paas aaya. woh urdu mein bola.</w:t>
      </w:r>
      <w:r>
        <w:br/>
      </w:r>
      <w:r>
        <w:rPr>
          <w:sz w:val="20"/>
        </w:rPr>
        <w:t>20:39  woh us ne bataya ke mein pakistan ka hoon. yahan mein koi job mera hai, yahan par.</w:t>
      </w:r>
      <w:r>
        <w:br/>
      </w:r>
      <w:r>
        <w:rPr>
          <w:sz w:val="20"/>
        </w:rPr>
        <w:t>20:49  to mein ne mein ne us se kaha ke mere paas aisa ticket aaya tha, mein yahan par aa gaya. mujhe kuch pata nahi ke mein kahan jaon. kis ne mujhe bulaya hai? to mujhe woh le kar ke police ke wahan par ek ek ek control room tha, us mein police ka, wahan par le gaya mujhe.</w:t>
      </w:r>
      <w:r>
        <w:br/>
      </w:r>
      <w:r>
        <w:rPr>
          <w:sz w:val="20"/>
        </w:rPr>
        <w:t>21:07  woh french mein baat kiya us se, police wale se. to police wale ne bataya ke humein kuch pata nahi hai, sirf yeh ke ek conference ho rahi hai falan hotel mein</w:t>
      </w:r>
      <w:r>
        <w:br/>
      </w:r>
      <w:r>
        <w:rPr>
          <w:sz w:val="20"/>
        </w:rPr>
        <w:t>21:17  . is se zyada hum kuch nahi bata sakte aap ko. ek hotel ka naam liya us ne. ek conference ho rahi hai. woh arabon ki conference thi woh.</w:t>
      </w:r>
      <w:r>
        <w:br/>
      </w:r>
      <w:r>
        <w:rPr>
          <w:sz w:val="20"/>
        </w:rPr>
        <w:t>21:27  to woh aadmi mujhe apni gaadi mein bithaya. apni gaadi mein bithaa kar use use kaha ke mein aap ko gate pe utaar doonga. hotel ke gate pe utaar doonga.</w:t>
      </w:r>
      <w:r>
        <w:br/>
      </w:r>
      <w:r>
        <w:rPr>
          <w:sz w:val="20"/>
        </w:rPr>
        <w:t>21:39  is ke baad mujhe, mujhe is ke baad mein aap ka aur kuch nahi kar sakta.</w:t>
      </w:r>
      <w:r>
        <w:br/>
      </w:r>
      <w:r>
        <w:rPr>
          <w:sz w:val="20"/>
        </w:rPr>
        <w:t>21:45  to gate pe utaar diya us ne aur chala gaya. ab mein darte darte hotel ke andar dakhil hua. to jaise hi mein dakhil hua andar aur mein wahan pahuncha reception mein,</w:t>
      </w:r>
      <w:r>
        <w:br/>
      </w:r>
      <w:r>
        <w:rPr>
          <w:sz w:val="20"/>
        </w:rPr>
        <w:t>22:00  to wahan jo log the woh sab lage mujh ke ahlan wa sahlan marhaba aap welcome to you yaani sab mujhe janne wale the woh.</w:t>
      </w:r>
      <w:r>
        <w:br/>
      </w:r>
      <w:r>
        <w:rPr>
          <w:sz w:val="20"/>
        </w:rPr>
        <w:t>22:12  is ki wajah yeh thi ke woh ek arab mulk ki taraf se woh jalsa tha, casablanca aap jante hain ke morocco mein hai. is se pehle kai baar mein un ki conferenceon mein gaya tha to mujhe pehchante the.</w:t>
      </w:r>
      <w:r>
        <w:br/>
      </w:r>
      <w:r>
        <w:rPr>
          <w:sz w:val="20"/>
        </w:rPr>
        <w:t>22:23  to koi kehta tha ke yeh lijiye aap ke room ki chabi hai, koi kehta tha ke yeh yeh bag lijiye aap, koi kehta tha ke yeh aap ka woh hai identity card hai.</w:t>
      </w:r>
      <w:r>
        <w:br/>
      </w:r>
      <w:r>
        <w:rPr>
          <w:sz w:val="20"/>
        </w:rPr>
        <w:t>22:36  to jab mujhe yaad aaya yeh waqia</w:t>
      </w:r>
      <w:r>
        <w:br/>
      </w:r>
      <w:r>
        <w:rPr>
          <w:sz w:val="20"/>
        </w:rPr>
        <w:t>22:39  to mein ne kaha yahi hai Allah ke Allah ka response jo quran mein hai ke khuda har har haal mein insaan ki madad ke liye maujood hota hai.</w:t>
      </w:r>
    </w:p>
    <w:p>
      <w:pPr>
        <w:pStyle w:val="Heading2"/>
      </w:pPr>
      <w:r>
        <w:t>Divine plan of spreading humanity through history</w:t>
      </w:r>
    </w:p>
    <w:p>
      <w:r>
        <w:rPr>
          <w:color w:val="666666"/>
          <w:sz w:val="18"/>
        </w:rPr>
        <w:t>Divine Plan | March 12, 2017 · 6m 07s · at 0:44 · https://youtu.be/dqB4muqGG4I?t=44</w:t>
      </w:r>
    </w:p>
    <w:p>
      <w:r>
        <w:rPr>
          <w:i/>
        </w:rPr>
        <w:t>“Allah ki scheme of things mein se ek ye hai”</w:t>
      </w:r>
    </w:p>
    <w:p>
      <w:r>
        <w:rPr>
          <w:sz w:val="20"/>
        </w:rPr>
        <w:t>0:44  allah taala ki jo scheme of things hain is mein se ek yeh hai ke insaan phailay phailay</w:t>
      </w:r>
      <w:r>
        <w:br/>
      </w:r>
      <w:r>
        <w:rPr>
          <w:sz w:val="20"/>
        </w:rPr>
        <w:t>0:54  phailay samait kar na reh jaye is ko quran mein bas kaha gaya surah nisa ki pehli ayat</w:t>
      </w:r>
      <w:r>
        <w:br/>
      </w:r>
      <w:r>
        <w:rPr>
          <w:sz w:val="20"/>
        </w:rPr>
        <w:t>1:04  mein hai ke bas min bas mani phailna spread spreading process aise hi surah juma</w:t>
      </w:r>
      <w:r>
        <w:br/>
      </w:r>
      <w:r>
        <w:rPr>
          <w:sz w:val="20"/>
        </w:rPr>
        <w:t>1:14  mein hai in tashrih fil arz wa ibtigha' min fadlillah wa zkurullah kathiran to bas aur intishar fil</w:t>
      </w:r>
      <w:r>
        <w:br/>
      </w:r>
      <w:r>
        <w:rPr>
          <w:sz w:val="20"/>
        </w:rPr>
        <w:t>1:25  arz jo hai yeh divine plan ka ek hissa hai divine plan ka hissa hai yahan tak ke</w:t>
      </w:r>
      <w:r>
        <w:br/>
      </w:r>
      <w:r>
        <w:rPr>
          <w:sz w:val="20"/>
        </w:rPr>
        <w:t>1:35  agar insaan aam tareeqay se na phailay to khuda compulsion create karta hai phailo</w:t>
      </w:r>
      <w:r>
        <w:br/>
      </w:r>
      <w:r>
        <w:rPr>
          <w:sz w:val="20"/>
        </w:rPr>
        <w:t>1:45  jaise Hazrat Noah ke zamane mein jo toofan aaya tha is ko log samajhte hain ke woh sirf</w:t>
      </w:r>
      <w:r>
        <w:br/>
      </w:r>
      <w:r>
        <w:rPr>
          <w:sz w:val="20"/>
        </w:rPr>
        <w:t>1:53  azaab tha azaab nahi tha woh woh yahi tha ke log phailen adam ke baad jo nasal bani</w:t>
      </w:r>
      <w:r>
        <w:br/>
      </w:r>
      <w:r>
        <w:rPr>
          <w:sz w:val="20"/>
        </w:rPr>
        <w:t>2:01  insaan ki woh bohat dinon tak abad rahi is hissay mein jo dajla o furat ke darmiyan hai</w:t>
      </w:r>
      <w:r>
        <w:br/>
      </w:r>
      <w:r>
        <w:rPr>
          <w:sz w:val="20"/>
        </w:rPr>
        <w:t>2:08  jisko kehte hain mesopotamia</w:t>
      </w:r>
      <w:r>
        <w:br/>
      </w:r>
      <w:r>
        <w:rPr>
          <w:sz w:val="20"/>
        </w:rPr>
        <w:t>2:16  pas mesopotamia mein woh log rehte thay is se bahar nikle nahi woh to toofan aaya bohat zabardast</w:t>
      </w:r>
      <w:r>
        <w:br/>
      </w:r>
      <w:r>
        <w:rPr>
          <w:sz w:val="20"/>
        </w:rPr>
        <w:t>2:26  is toofan mein kashti pe par kar log gaye idhar udhar to allah taala ne compulsion create kiya</w:t>
      </w:r>
      <w:r>
        <w:br/>
      </w:r>
      <w:r>
        <w:rPr>
          <w:sz w:val="20"/>
        </w:rPr>
        <w:t>2:37  woh jaen yahan wahan to wahan se nikal kar woh asia africa europe mein phail gaye yeh</w:t>
      </w:r>
      <w:r>
        <w:br/>
      </w:r>
      <w:r>
        <w:rPr>
          <w:sz w:val="20"/>
        </w:rPr>
        <w:t>2:47  compulsion create kar ke insaan ko phailana tha baad ke zamanay mein Allah taala ne interest create kiya</w:t>
      </w:r>
      <w:r>
        <w:br/>
      </w:r>
      <w:r>
        <w:rPr>
          <w:sz w:val="20"/>
        </w:rPr>
        <w:t>2:57  is se log idhar udhar janay lage yani business ka interest tourism ka interest job ka interest is</w:t>
      </w:r>
      <w:r>
        <w:br/>
      </w:r>
      <w:r>
        <w:rPr>
          <w:sz w:val="20"/>
        </w:rPr>
        <w:t>3:07  se woh cheez paida hui</w:t>
      </w:r>
      <w:r>
        <w:br/>
      </w:r>
      <w:r>
        <w:rPr>
          <w:sz w:val="20"/>
        </w:rPr>
        <w:t>3:17  jisko kehte hain diaspora to sari dunya mein log phailnay lage yeh phailna jo hai yeh Allah</w:t>
      </w:r>
      <w:r>
        <w:br/>
      </w:r>
      <w:r>
        <w:rPr>
          <w:sz w:val="20"/>
        </w:rPr>
        <w:t>3:25  taala ki scheme of things ka aik hissa hai kyunke sari tarqqiyan aisi hoti hain jab aap ka</w:t>
      </w:r>
      <w:r>
        <w:br/>
      </w:r>
      <w:r>
        <w:rPr>
          <w:sz w:val="20"/>
        </w:rPr>
        <w:t>3:32  bade paimane par interaction ho bade paimane par aap logon se milen bade paimane par aap ka takrao</w:t>
      </w:r>
      <w:r>
        <w:br/>
      </w:r>
      <w:r>
        <w:rPr>
          <w:sz w:val="20"/>
        </w:rPr>
        <w:t>3:40  ho logon se competition ho challenge ho</w:t>
      </w:r>
      <w:r>
        <w:br/>
      </w:r>
      <w:r>
        <w:rPr>
          <w:sz w:val="20"/>
        </w:rPr>
        <w:t>3:47  to zyada se zyada log phailen isi liye Rasool Allah salla Allahu alaihi wasallam ne Hazrat alwida ke</w:t>
      </w:r>
      <w:r>
        <w:br/>
      </w:r>
      <w:r>
        <w:rPr>
          <w:sz w:val="20"/>
        </w:rPr>
        <w:t>3:57  khutbe mein kaha tha ke tum phail jao tum log mera message sari dunya ke liye hai tum</w:t>
      </w:r>
      <w:r>
        <w:br/>
      </w:r>
      <w:r>
        <w:rPr>
          <w:sz w:val="20"/>
        </w:rPr>
        <w:t>4:07  phail jao isi liye aap jaen arab to aap dekhen ge ke makkah aur madinah mein</w:t>
      </w:r>
      <w:r>
        <w:br/>
      </w:r>
      <w:r>
        <w:rPr>
          <w:sz w:val="20"/>
        </w:rPr>
        <w:t>4:17  sahaba ki qabrein bohat kam hain kyunke zyada tar woh log bahar gae bahar hi kaam kiya bahar</w:t>
      </w:r>
      <w:r>
        <w:br/>
      </w:r>
      <w:r>
        <w:rPr>
          <w:sz w:val="20"/>
        </w:rPr>
        <w:t>4:25  phail gaye wahi unki qabar bani to mukhtalif tareeqay se Allah taala aisa karte hain ke phailana</w:t>
      </w:r>
      <w:r>
        <w:br/>
      </w:r>
      <w:r>
        <w:rPr>
          <w:sz w:val="20"/>
        </w:rPr>
        <w:t>4:32  phailana phailana badqismati se hamare beeswin sadi mein jo hamare jo leader uthe muslim leader woh is raaz</w:t>
      </w:r>
      <w:r>
        <w:br/>
      </w:r>
      <w:r>
        <w:rPr>
          <w:sz w:val="20"/>
        </w:rPr>
        <w:t>4:40  ko jante nahi the to unhon ne kya kiya muslim pocket ka concept nikala muslim pocket har taraf muslim pak</w:t>
      </w:r>
      <w:r>
        <w:br/>
      </w:r>
      <w:r>
        <w:rPr>
          <w:sz w:val="20"/>
        </w:rPr>
        <w:t>4:48  ket jis ka secular naam hai balkanization har jagah muslim pocket jahan chotay sa musalmanon ka group hai</w:t>
      </w:r>
      <w:r>
        <w:br/>
      </w:r>
      <w:r>
        <w:rPr>
          <w:sz w:val="20"/>
        </w:rPr>
        <w:t>4:55  wahan pocket bosnia mein pocket burma mein pocket india mein pocket yeh Allah taala ki scheme jo hai</w:t>
      </w:r>
      <w:r>
        <w:br/>
      </w:r>
      <w:r>
        <w:rPr>
          <w:sz w:val="20"/>
        </w:rPr>
        <w:t>5:03  is ke khilaf hai yeh isi liye yeh kamyab nahi hua muslim pocket jo banaye logon ne idhar</w:t>
      </w:r>
      <w:r>
        <w:br/>
      </w:r>
      <w:r>
        <w:rPr>
          <w:sz w:val="20"/>
        </w:rPr>
        <w:t>5:10  udhar mulk ke andar mulk ke bahar pak</w:t>
      </w:r>
      <w:r>
        <w:br/>
      </w:r>
      <w:r>
        <w:rPr>
          <w:sz w:val="20"/>
        </w:rPr>
        <w:t>5:18  t pocket pocket pocket hamare rehnuma bilkul hi jante nahi thay is raaz ko ke Allah taala ka matlab hai ke log phailen to phailen ge woh business ke liye tourism ke liye politics ke liye lekin sath ساتھ ساتھ ساتھ kya hoga Allah ke paigham phailay ga Allah ke paigham bhi phailay ga idhar udhar jaise dekhen abbasi khalifa par</w:t>
      </w:r>
      <w:r>
        <w:br/>
      </w:r>
      <w:r>
        <w:rPr>
          <w:sz w:val="20"/>
        </w:rPr>
        <w:t>5:48  log log bohat fakhr karte hain abbasi khilafat par lekin Allah taala ko symptom matloob nahi tha to</w:t>
      </w:r>
      <w:r>
        <w:br/>
      </w:r>
      <w:r>
        <w:rPr>
          <w:sz w:val="20"/>
        </w:rPr>
        <w:t>5:58  tatari hamla hua tatari hamle ne bilkul logon ko dhakka de kar muntashir kiya chunache yeh hua ke</w:t>
      </w:r>
      <w:r>
        <w:br/>
      </w:r>
      <w:r>
        <w:rPr>
          <w:sz w:val="20"/>
        </w:rPr>
        <w:t>6:08  bohat zyada bari tadad mein musalman labor ban kar tatariyon ki</w:t>
      </w:r>
      <w:r>
        <w:br/>
      </w:r>
      <w:r>
        <w:rPr>
          <w:sz w:val="20"/>
        </w:rPr>
        <w:t>6:18  abadiyon mein dakhil ho gaye labor ban kar jaise aaj kal jate hain qanoon ke liye europe africa</w:t>
      </w:r>
      <w:r>
        <w:br/>
      </w:r>
      <w:r>
        <w:rPr>
          <w:sz w:val="20"/>
        </w:rPr>
        <w:t>6:26  to tatariyon ki abadiyon mein musalman labor ban kar dakhil ho gaye is se kya hua interaction hua</w:t>
      </w:r>
      <w:r>
        <w:br/>
      </w:r>
      <w:r>
        <w:rPr>
          <w:sz w:val="20"/>
        </w:rPr>
        <w:t>6:35  interaction ke zariye dawat phail gayi aur yahi cheez hai jis ki wajah se tatari bari tadad in</w:t>
      </w:r>
      <w:r>
        <w:br/>
      </w:r>
      <w:r>
        <w:rPr>
          <w:sz w:val="20"/>
        </w:rPr>
        <w:t>6:43  ki islam mein dakhil ho gayi</w:t>
      </w:r>
    </w:p>
    <w:p>
      <w:pPr>
        <w:pStyle w:val="Heading2"/>
      </w:pPr>
      <w:r>
        <w:t>Hadith-based marriage advice: accept no spouse is ideal</w:t>
      </w:r>
    </w:p>
    <w:p>
      <w:r>
        <w:rPr>
          <w:color w:val="666666"/>
          <w:sz w:val="18"/>
        </w:rPr>
        <w:t>The Status of Women in Islam (English) February 28, 2007 Maulana Wahiduddin Khan · 3m 41s · at 1:04:15 · https://youtu.be/pSLnXzYImXo?t=3855</w:t>
      </w:r>
    </w:p>
    <w:p>
      <w:r>
        <w:rPr>
          <w:i/>
        </w:rPr>
        <w:t>“Then there is a very important hadith”</w:t>
      </w:r>
    </w:p>
    <w:p>
      <w:r>
        <w:rPr>
          <w:sz w:val="20"/>
        </w:rPr>
        <w:t>1:04:15  Then, there is a very important hadith</w:t>
      </w:r>
      <w:r>
        <w:br/>
      </w:r>
      <w:r>
        <w:rPr>
          <w:sz w:val="20"/>
        </w:rPr>
        <w:t>1:04:22  das hadith addresses to husband.</w:t>
      </w:r>
      <w:r>
        <w:br/>
      </w:r>
      <w:r>
        <w:rPr>
          <w:sz w:val="20"/>
        </w:rPr>
        <w:t>1:04:28  you know, when</w:t>
      </w:r>
      <w:r>
        <w:br/>
      </w:r>
      <w:r>
        <w:rPr>
          <w:sz w:val="20"/>
        </w:rPr>
        <w:t>1:04:31  a man and woman</w:t>
      </w:r>
      <w:r>
        <w:br/>
      </w:r>
      <w:r>
        <w:rPr>
          <w:sz w:val="20"/>
        </w:rPr>
        <w:t>1:04:35  are together in marriage</w:t>
      </w:r>
      <w:r>
        <w:br/>
      </w:r>
      <w:r>
        <w:rPr>
          <w:sz w:val="20"/>
        </w:rPr>
        <w:t>1:04:39  and start living together,</w:t>
      </w:r>
      <w:r>
        <w:br/>
      </w:r>
      <w:r>
        <w:rPr>
          <w:sz w:val="20"/>
        </w:rPr>
        <w:t>1:04:44  then sometimes there are differences, controversies.</w:t>
      </w:r>
      <w:r>
        <w:br/>
      </w:r>
      <w:r>
        <w:rPr>
          <w:sz w:val="20"/>
        </w:rPr>
        <w:t>1:04:52  So this hadith says: "Fa in kariha minha shay'un raziya minhu akhar." This hadith addresses to husband that if you find that in your wife, there are some dislikes.</w:t>
      </w:r>
      <w:r>
        <w:br/>
      </w:r>
      <w:r>
        <w:rPr>
          <w:sz w:val="20"/>
        </w:rPr>
        <w:t>1:05:14  So you have to see, you have to see the things in a greater, in a deeper sense, because God created men or women with great potential</w:t>
      </w:r>
      <w:r>
        <w:br/>
      </w:r>
      <w:r>
        <w:rPr>
          <w:sz w:val="20"/>
        </w:rPr>
        <w:t>1:05:32  in some respect. Maybe your wife is not fulfilling your desires, but in some other sense,</w:t>
      </w:r>
      <w:r>
        <w:br/>
      </w:r>
      <w:r>
        <w:rPr>
          <w:sz w:val="20"/>
        </w:rPr>
        <w:t>1:05:45  you will find that she is very competent, very very competent.</w:t>
      </w:r>
      <w:r>
        <w:br/>
      </w:r>
      <w:r>
        <w:rPr>
          <w:sz w:val="20"/>
        </w:rPr>
        <w:t>1:05:55  So it is also a very important principle of successful marriage.</w:t>
      </w:r>
      <w:r>
        <w:br/>
      </w:r>
      <w:r>
        <w:rPr>
          <w:sz w:val="20"/>
        </w:rPr>
        <w:t>1:06:04  according to the nature, no man or woman are ideal person. there is no such thing as ideal husband or ideal wife.</w:t>
      </w:r>
      <w:r>
        <w:br/>
      </w:r>
      <w:r>
        <w:rPr>
          <w:sz w:val="20"/>
        </w:rPr>
        <w:t>1:06:18  every human being is less than ideal.</w:t>
      </w:r>
      <w:r>
        <w:br/>
      </w:r>
      <w:r>
        <w:rPr>
          <w:sz w:val="20"/>
        </w:rPr>
        <w:t>1:06:24  so both are less than ideal. to this principle is applied to the both</w:t>
      </w:r>
      <w:r>
        <w:br/>
      </w:r>
      <w:r>
        <w:rPr>
          <w:sz w:val="20"/>
        </w:rPr>
        <w:t>1:06:34  . both have to understand, have to see the things in a wider sense.</w:t>
      </w:r>
      <w:r>
        <w:br/>
      </w:r>
      <w:r>
        <w:rPr>
          <w:sz w:val="20"/>
        </w:rPr>
        <w:t>1:06:46  if they judge their spouses by the ideal euristic, both will fall into despair.</w:t>
      </w:r>
      <w:r>
        <w:br/>
      </w:r>
      <w:r>
        <w:rPr>
          <w:sz w:val="20"/>
        </w:rPr>
        <w:t>1:07:04  so it is best formula for a successful marriage life that both must admit that both are less than ideal.</w:t>
      </w:r>
      <w:r>
        <w:br/>
      </w:r>
      <w:r>
        <w:rPr>
          <w:sz w:val="20"/>
        </w:rPr>
        <w:t>1:07:21  neither man and nor woman is ideal person.</w:t>
      </w:r>
      <w:r>
        <w:br/>
      </w:r>
      <w:r>
        <w:rPr>
          <w:sz w:val="20"/>
        </w:rPr>
        <w:t>1:07:28  so when both will accept this natural fact, both will be able to</w:t>
      </w:r>
      <w:r>
        <w:br/>
      </w:r>
      <w:r>
        <w:rPr>
          <w:sz w:val="20"/>
        </w:rPr>
        <w:t>1:07:39  adjust and have a success, successfull, successfull marriage life.</w:t>
      </w:r>
      <w:r>
        <w:br/>
      </w:r>
      <w:r>
        <w:rPr>
          <w:sz w:val="20"/>
        </w:rPr>
        <w:t>1:07:52  then, about the</w:t>
      </w:r>
    </w:p>
    <w:p>
      <w:pPr>
        <w:pStyle w:val="Heading2"/>
      </w:pPr>
      <w:r>
        <w:t>Introduction to imaan and marifat with Quranic example</w:t>
      </w:r>
    </w:p>
    <w:p>
      <w:r>
        <w:rPr>
          <w:color w:val="666666"/>
          <w:sz w:val="18"/>
        </w:rPr>
        <w:t>Imaan and Marefat | July 28, 2008 | Maulana Wahiduddin Khan · 4m 37s · at 2:02 · https://youtu.be/uS8cxd8ApSA?t=122</w:t>
      </w:r>
    </w:p>
    <w:p>
      <w:r>
        <w:rPr>
          <w:i/>
        </w:rPr>
        <w:t>“Bismillah ir-Rahman ir-Rahim, Rabb ishrah li sadri”</w:t>
      </w:r>
    </w:p>
    <w:p>
      <w:r>
        <w:rPr>
          <w:sz w:val="20"/>
        </w:rPr>
        <w:t>2:15  aj ka topic hai: iman and realization of god, yani iman aur marifat. yeh bahut hi im</w:t>
      </w:r>
      <w:r>
        <w:br/>
      </w:r>
      <w:r>
        <w:rPr>
          <w:sz w:val="20"/>
        </w:rPr>
        <w:t>2:34  portant topic hai islam mein. is ko bahut gehrai ke sath samajhna chahiye ke iman kya hai, marifat kya hai, khuda ka realization kya hai. kyunke isi par poora islam base karta hai. j</w:t>
      </w:r>
      <w:r>
        <w:br/>
      </w:r>
      <w:r>
        <w:rPr>
          <w:sz w:val="20"/>
        </w:rPr>
        <w:t>2:56  aisa iman, waisa islam. to is wajah se is ko samajhna chahiye, bahut gehrai ke sath. yahan mein ek principle arz karunga ke k</w:t>
      </w:r>
      <w:r>
        <w:br/>
      </w:r>
      <w:r>
        <w:rPr>
          <w:sz w:val="20"/>
        </w:rPr>
        <w:t>3:14  is tarah se quran ko samjha jaye. kuch principle bataye gaye hain quran ko samajhne ke liye, ulma ne bataye hain. in mein se ek principle yeh hai: quran yufassiru ba'duhu ba'da. y</w:t>
      </w:r>
      <w:r>
        <w:br/>
      </w:r>
      <w:r>
        <w:rPr>
          <w:sz w:val="20"/>
        </w:rPr>
        <w:t>3:34  ani quran ka ek hissa is ke doosre hisse ki commentary hai, is ke doosre hisse ko explain karta hai. chunke quran ki jo ayatein hain, qura</w:t>
      </w:r>
      <w:r>
        <w:br/>
      </w:r>
      <w:r>
        <w:rPr>
          <w:sz w:val="20"/>
        </w:rPr>
        <w:t>3:52  n mein aap jante hain ke koi taqreeban saade chhe hazar ayatein hain. to in ayaton ko samajhne ke liye hamein poori ayaton ko samne rakhna padta hai. ek ayat doosri ayat se juri hui hoti hai. ek ayat</w:t>
      </w:r>
      <w:r>
        <w:br/>
      </w:r>
      <w:r>
        <w:rPr>
          <w:sz w:val="20"/>
        </w:rPr>
        <w:t>4:10  ka taluq doosri ayaton se hota hai. is liye kisi ek ayat ko ya verse ko samajhne ke liye zaroori hai ke doosre verses bhi hamare dhyan mein hon. tab hum is ko gehrai ke sath samajh payenge. ab</w:t>
      </w:r>
      <w:r>
        <w:br/>
      </w:r>
      <w:r>
        <w:rPr>
          <w:sz w:val="20"/>
        </w:rPr>
        <w:t>4:30  mein aap ko example deta hoon ek, ke yeh jo principle hai, quran yufassiru ba'duhu ba'da, kis tarah hamein quran ko samajhne mein madad deta hai. to quran ki surah hai an</w:t>
      </w:r>
      <w:r>
        <w:br/>
      </w:r>
      <w:r>
        <w:rPr>
          <w:sz w:val="20"/>
        </w:rPr>
        <w:t>4:49  nasa. an-nasa mein ek ayat hai: ya ayyuhallazina amanu aminu. aye iman lane walo, iman lao. ab yahan par dekhein, bahut anokha andaaz hai yeh, ke</w:t>
      </w:r>
      <w:r>
        <w:br/>
      </w:r>
      <w:r>
        <w:rPr>
          <w:sz w:val="20"/>
        </w:rPr>
        <w:t>5:08  jo log iman la chuke hain, jo log already momin hain, un se kaha gaya ke tum log iman lao. is ka kya matlab hai? iman ke baad ek aur iman, is ka kya matlab hai? to woh</w:t>
      </w:r>
      <w:r>
        <w:br/>
      </w:r>
      <w:r>
        <w:rPr>
          <w:sz w:val="20"/>
        </w:rPr>
        <w:t>5:26  bahut der se is par soch raha tha. to quran ki ek ayat ne is ko khol diya. woh ayat hai surah al-maidah mein. aur yani para saat ke shuru mein. w</w:t>
      </w:r>
      <w:r>
        <w:br/>
      </w:r>
      <w:r>
        <w:rPr>
          <w:sz w:val="20"/>
        </w:rPr>
        <w:t>5:45  a-izā sam'aw mā unzila 'alā r-rasūli tarā aynahum tafnī mimmā 'arafū min al-ḥaqqi. is ka translation yeh hai: aur jab unhone suna. dekhein, yeh jo hai, ayat</w:t>
      </w:r>
      <w:r>
        <w:br/>
      </w:r>
      <w:r>
        <w:rPr>
          <w:sz w:val="20"/>
        </w:rPr>
        <w:t>6:04  utri thi is waqt, jabke kuch christians aaye the yaman se, to rasool Allah ke paas aaye madina mein. unhon ne aap se baat ki, quran ko suna, un ke dil mein quran utar gaya, aur unhon ne</w:t>
      </w:r>
      <w:r>
        <w:br/>
      </w:r>
      <w:r>
        <w:rPr>
          <w:sz w:val="20"/>
        </w:rPr>
        <w:t>6:22  ailaan kar diya ke hum is par iman late hain. isi qisse ka zikr hai yahan par. is ka translation yeh hai ke jab unhon ne suna is kalam ko jo utra hai peghambar par, to tum dekhoge</w:t>
      </w:r>
    </w:p>
    <w:p>
      <w:pPr>
        <w:pStyle w:val="Heading2"/>
      </w:pPr>
      <w:r>
        <w:t>Full definition: what paradise is and how it's earned</w:t>
      </w:r>
    </w:p>
    <w:p>
      <w:r>
        <w:rPr>
          <w:color w:val="666666"/>
          <w:sz w:val="18"/>
        </w:rPr>
        <w:t>Paradise (English) March 13, 2007 · 5m 26s · at 0:31 · https://youtu.be/6v_B5P17kQM?t=31</w:t>
      </w:r>
    </w:p>
    <w:p>
      <w:r>
        <w:rPr>
          <w:i/>
        </w:rPr>
        <w:t>“The theme for the present topic is Paradise. What is Paradise?”</w:t>
      </w:r>
    </w:p>
    <w:p>
      <w:r>
        <w:rPr>
          <w:sz w:val="20"/>
        </w:rPr>
        <w:t>0:31  the theme for the present topic is "paradise". what is paradise?</w:t>
      </w:r>
      <w:r>
        <w:br/>
      </w:r>
      <w:r>
        <w:rPr>
          <w:sz w:val="20"/>
        </w:rPr>
        <w:t>0:41  paradise is</w:t>
      </w:r>
      <w:r>
        <w:br/>
      </w:r>
      <w:r>
        <w:rPr>
          <w:sz w:val="20"/>
        </w:rPr>
        <w:t>0:45  the ideal place of eternal happiness.</w:t>
      </w:r>
      <w:r>
        <w:br/>
      </w:r>
      <w:r>
        <w:rPr>
          <w:sz w:val="20"/>
        </w:rPr>
        <w:t>0:55  paradise will be rewarded to those fortunate persons who stand the divine test in this world</w:t>
      </w:r>
      <w:r>
        <w:br/>
      </w:r>
      <w:r>
        <w:rPr>
          <w:sz w:val="20"/>
        </w:rPr>
        <w:t>1:16  now,</w:t>
      </w:r>
      <w:r>
        <w:br/>
      </w:r>
      <w:r>
        <w:rPr>
          <w:sz w:val="20"/>
        </w:rPr>
        <w:t>1:21  God created</w:t>
      </w:r>
      <w:r>
        <w:br/>
      </w:r>
      <w:r>
        <w:rPr>
          <w:sz w:val="20"/>
        </w:rPr>
        <w:t>1:25  universe according to scientific calculation.</w:t>
      </w:r>
      <w:r>
        <w:br/>
      </w:r>
      <w:r>
        <w:rPr>
          <w:sz w:val="20"/>
        </w:rPr>
        <w:t>1:34  universe was created before 13 billion years.</w:t>
      </w:r>
      <w:r>
        <w:br/>
      </w:r>
      <w:r>
        <w:rPr>
          <w:sz w:val="20"/>
        </w:rPr>
        <w:t>1:44  Then, God created planet Earth.</w:t>
      </w:r>
      <w:r>
        <w:br/>
      </w:r>
      <w:r>
        <w:rPr>
          <w:sz w:val="20"/>
        </w:rPr>
        <w:t>1:52  Planet Earth is very unique and only one exception in the whole universe.</w:t>
      </w:r>
      <w:r>
        <w:br/>
      </w:r>
      <w:r>
        <w:rPr>
          <w:sz w:val="20"/>
        </w:rPr>
        <w:t>2:08  Planet Earth is the only place where all those things are provided, which is called life support system.</w:t>
      </w:r>
      <w:r>
        <w:br/>
      </w:r>
      <w:r>
        <w:rPr>
          <w:sz w:val="20"/>
        </w:rPr>
        <w:t>2:30  Without life support system, man cannot exist.</w:t>
      </w:r>
      <w:r>
        <w:br/>
      </w:r>
      <w:r>
        <w:rPr>
          <w:sz w:val="20"/>
        </w:rPr>
        <w:t>2:39  So, after this,</w:t>
      </w:r>
      <w:r>
        <w:br/>
      </w:r>
      <w:r>
        <w:rPr>
          <w:sz w:val="20"/>
        </w:rPr>
        <w:t>2:45  after creating this planet and after providing all the support systems, God created man and settled him on this planet.</w:t>
      </w:r>
      <w:r>
        <w:br/>
      </w:r>
      <w:r>
        <w:rPr>
          <w:sz w:val="20"/>
        </w:rPr>
        <w:t>3:05  This was the beginning of human history. Then, God send prophets in every time and at every place.</w:t>
      </w:r>
      <w:r>
        <w:br/>
      </w:r>
      <w:r>
        <w:rPr>
          <w:sz w:val="20"/>
        </w:rPr>
        <w:t>3:26  These prophets came to give the guidance</w:t>
      </w:r>
      <w:r>
        <w:br/>
      </w:r>
      <w:r>
        <w:rPr>
          <w:sz w:val="20"/>
        </w:rPr>
        <w:t>3:33  . They told the mankind how to live on this world.</w:t>
      </w:r>
      <w:r>
        <w:br/>
      </w:r>
      <w:r>
        <w:rPr>
          <w:sz w:val="20"/>
        </w:rPr>
        <w:t>3:45  So, according to the guidance, all these things which we find on this planet are not gift or reward.</w:t>
      </w:r>
      <w:r>
        <w:br/>
      </w:r>
      <w:r>
        <w:rPr>
          <w:sz w:val="20"/>
        </w:rPr>
        <w:t>3:58  Everything is a test paper</w:t>
      </w:r>
      <w:r>
        <w:br/>
      </w:r>
      <w:r>
        <w:rPr>
          <w:sz w:val="20"/>
        </w:rPr>
        <w:t>4:03  . All those things that we enjoy on this planet are just test papers.</w:t>
      </w:r>
      <w:r>
        <w:br/>
      </w:r>
      <w:r>
        <w:rPr>
          <w:sz w:val="20"/>
        </w:rPr>
        <w:t>4:15  Then, God gave man freedom. Freedom is very unique quality an</w:t>
      </w:r>
      <w:r>
        <w:br/>
      </w:r>
      <w:r>
        <w:rPr>
          <w:sz w:val="20"/>
        </w:rPr>
        <w:t>4:30  d it is</w:t>
      </w:r>
      <w:r>
        <w:br/>
      </w:r>
      <w:r>
        <w:rPr>
          <w:sz w:val="20"/>
        </w:rPr>
        <w:t>4:34  given only for test. So, God</w:t>
      </w:r>
      <w:r>
        <w:br/>
      </w:r>
      <w:r>
        <w:rPr>
          <w:sz w:val="20"/>
        </w:rPr>
        <w:t>4:43  through angels</w:t>
      </w:r>
      <w:r>
        <w:br/>
      </w:r>
      <w:r>
        <w:rPr>
          <w:sz w:val="20"/>
        </w:rPr>
        <w:t>4:48  sees how every man and woman how they are exercising their freedom.</w:t>
      </w:r>
      <w:r>
        <w:br/>
      </w:r>
      <w:r>
        <w:rPr>
          <w:sz w:val="20"/>
        </w:rPr>
        <w:t>5:00  Those who misuse this freedom, they will be punished.</w:t>
      </w:r>
      <w:r>
        <w:br/>
      </w:r>
      <w:r>
        <w:rPr>
          <w:sz w:val="20"/>
        </w:rPr>
        <w:t>5:11  And those who</w:t>
      </w:r>
      <w:r>
        <w:br/>
      </w:r>
      <w:r>
        <w:rPr>
          <w:sz w:val="20"/>
        </w:rPr>
        <w:t>5:17  use their freedom according to the</w:t>
      </w:r>
      <w:r>
        <w:br/>
      </w:r>
      <w:r>
        <w:rPr>
          <w:sz w:val="20"/>
        </w:rPr>
        <w:t>5:22  divine guidance, they will be rewarded paradise.</w:t>
      </w:r>
      <w:r>
        <w:br/>
      </w:r>
      <w:r>
        <w:rPr>
          <w:sz w:val="20"/>
        </w:rPr>
        <w:t>5:30  So, this is the concept of paradise</w:t>
      </w:r>
      <w:r>
        <w:br/>
      </w:r>
      <w:r>
        <w:rPr>
          <w:sz w:val="20"/>
        </w:rPr>
        <w:t>5:37  in Islam. Now, I would like to refer some verses from Quran and Hadith that tell us who are those blessed people</w:t>
      </w:r>
    </w:p>
    <w:p>
      <w:pPr>
        <w:pStyle w:val="Heading2"/>
      </w:pPr>
      <w:r>
        <w:t>Studying Bible to understand Quran deeply</w:t>
      </w:r>
    </w:p>
    <w:p>
      <w:r>
        <w:rPr>
          <w:color w:val="666666"/>
          <w:sz w:val="18"/>
        </w:rPr>
        <w:t>Changing Reference from War to Peace 10 Aug, 2019 - Maulana Wahiduddin Khan · 5m 56s · at 15:39 · https://youtu.be/gHKpwaSy1Ec?t=939</w:t>
      </w:r>
    </w:p>
    <w:p>
      <w:r>
        <w:rPr>
          <w:i/>
        </w:rPr>
        <w:t>“اب دیکھیں، میں اپنا قصہ بتاتا ہوں آپ کو”</w:t>
      </w:r>
    </w:p>
    <w:p>
      <w:r>
        <w:rPr>
          <w:sz w:val="20"/>
        </w:rPr>
        <w:t>15:39  ab dekhen, main apna qissa batata hoon aap ko. yahan par aik colony hai, is colony ka naam hai</w:t>
      </w:r>
      <w:r>
        <w:br/>
      </w:r>
      <w:r>
        <w:rPr>
          <w:sz w:val="20"/>
        </w:rPr>
        <w:t>15:55  woh bukhari nagar. aik colony hai to</w:t>
      </w:r>
      <w:r>
        <w:br/>
      </w:r>
      <w:r>
        <w:rPr>
          <w:sz w:val="20"/>
        </w:rPr>
        <w:t>16:07  woh hamare zamane mein bani thi jab hum dilli mein aaye. ab to bari colony ban gayi hai. woh shah prashad bukhari nagar.</w:t>
      </w:r>
      <w:r>
        <w:br/>
      </w:r>
      <w:r>
        <w:rPr>
          <w:sz w:val="20"/>
        </w:rPr>
        <w:t>16:20  aap jante hain ke shah prashad aik jensen ke leader, leader thay. shah prashad bukhari, bukhari ji jensen ke leader, leader thay.</w:t>
      </w:r>
      <w:r>
        <w:br/>
      </w:r>
      <w:r>
        <w:rPr>
          <w:sz w:val="20"/>
        </w:rPr>
        <w:t>16:37  to un ke naam par aik bani hai colony. to ghaliban 1975 ki baat hai, 1975.</w:t>
      </w:r>
      <w:r>
        <w:br/>
      </w:r>
      <w:r>
        <w:rPr>
          <w:sz w:val="20"/>
        </w:rPr>
        <w:t>16:54  to us waqt main dilli mein kahin aur rehta tha.</w:t>
      </w:r>
      <w:r>
        <w:br/>
      </w:r>
      <w:r>
        <w:rPr>
          <w:sz w:val="20"/>
        </w:rPr>
        <w:t>17:03  to main ne chhe mahine ke liye wahan par aik aik ghar liya, chhe mahine ke liye.</w:t>
      </w:r>
      <w:r>
        <w:br/>
      </w:r>
      <w:r>
        <w:rPr>
          <w:sz w:val="20"/>
        </w:rPr>
        <w:t>17:18  is zamane mein in ka kiraya paanch sau rupay tha per month. aaj ke lehaz se</w:t>
      </w:r>
      <w:r>
        <w:br/>
      </w:r>
      <w:r>
        <w:rPr>
          <w:sz w:val="20"/>
        </w:rPr>
        <w:t>17:27  paanch sau bohat ziyada hai, bohat ziyada hai. to main poore chhe mahine is colony ke is ghar mein raha.</w:t>
      </w:r>
      <w:r>
        <w:br/>
      </w:r>
      <w:r>
        <w:rPr>
          <w:sz w:val="20"/>
        </w:rPr>
        <w:t>17:44  dhamija aik thay, un ka woh ghar tha.</w:t>
      </w:r>
      <w:r>
        <w:br/>
      </w:r>
      <w:r>
        <w:rPr>
          <w:sz w:val="20"/>
        </w:rPr>
        <w:t>17:50  is dhamija neeche thay, main oopar bane kiraya par liya tha.</w:t>
      </w:r>
      <w:r>
        <w:br/>
      </w:r>
      <w:r>
        <w:rPr>
          <w:sz w:val="20"/>
        </w:rPr>
        <w:t>17:59  to aap jante hain chhe mahine kya kiya? main ne</w:t>
      </w:r>
      <w:r>
        <w:br/>
      </w:r>
      <w:r>
        <w:rPr>
          <w:sz w:val="20"/>
        </w:rPr>
        <w:t>18:05  chhe mahine wahan us waqt bohat pais tha. ab to suna hai ke wahan bheer bhaad ho gayi hai. us waqt bohat pais tha, wahan</w:t>
      </w:r>
      <w:r>
        <w:br/>
      </w:r>
      <w:r>
        <w:rPr>
          <w:sz w:val="20"/>
        </w:rPr>
        <w:t>18:19  bohat pais tha is zamane mein. to poora chhe mahine main ne aik hi kaam kiya, aik hi kaam kiya.</w:t>
      </w:r>
      <w:r>
        <w:br/>
      </w:r>
      <w:r>
        <w:rPr>
          <w:sz w:val="20"/>
        </w:rPr>
        <w:t>18:31  woh hai bible ka mutala. bible jo old testament aur new testament ka majmooa kehte hain, bible.</w:t>
      </w:r>
      <w:r>
        <w:br/>
      </w:r>
      <w:r>
        <w:rPr>
          <w:sz w:val="20"/>
        </w:rPr>
        <w:t>18:44  old testament aur new testament ke majmooe ko kehte hain bible.</w:t>
      </w:r>
      <w:r>
        <w:br/>
      </w:r>
      <w:r>
        <w:rPr>
          <w:sz w:val="20"/>
        </w:rPr>
        <w:t>18:56  to woh main ne hasil kiya kahin se aur is ka aik is ka english translation aur aik urdu translation do hasil kiya main ne.</w:t>
      </w:r>
      <w:r>
        <w:br/>
      </w:r>
      <w:r>
        <w:rPr>
          <w:sz w:val="20"/>
        </w:rPr>
        <w:t>19:12  yeh english translation aur urdu translation.</w:t>
      </w:r>
      <w:r>
        <w:br/>
      </w:r>
      <w:r>
        <w:rPr>
          <w:sz w:val="20"/>
        </w:rPr>
        <w:t>19:19  to yeh bible jo thi, is ko main ne chhe mahine tak koi doosra kaam nahi kiya.</w:t>
      </w:r>
      <w:r>
        <w:br/>
      </w:r>
      <w:r>
        <w:rPr>
          <w:sz w:val="20"/>
        </w:rPr>
        <w:t>19:28  chhe mahine tak main ne koi doosra kaam nahi kiya, bas isi ko parhta raha, parhta raha, parhta raha. yani word by word main ne bible ko parha chhe mahine tak.</w:t>
      </w:r>
      <w:r>
        <w:br/>
      </w:r>
      <w:r>
        <w:rPr>
          <w:sz w:val="20"/>
        </w:rPr>
        <w:t>19:41  to main keh sakta hoon ke quran fahmi mein mujhe bohat ziyada faida mila hai. jo log yeh mante hain ke ke</w:t>
      </w:r>
      <w:r>
        <w:br/>
      </w:r>
      <w:r>
        <w:rPr>
          <w:sz w:val="20"/>
        </w:rPr>
        <w:t>19:58  rabt banar ayat, rabt banar sur, yeh qaleed hai, main is ko sahi nahi samajhta. is yeh maan kar ke aap quran ko mehdood kar rahe hain, mehdood kar dete hain.</w:t>
      </w:r>
      <w:r>
        <w:br/>
      </w:r>
      <w:r>
        <w:rPr>
          <w:sz w:val="20"/>
        </w:rPr>
        <w:t>20:12  wohi ayaten jo aas paas hain, bas usi ko sochte rahiye. nahi, aap tareekh ko milaiye, pichle nabiyon ke</w:t>
      </w:r>
      <w:r>
        <w:br/>
      </w:r>
      <w:r>
        <w:rPr>
          <w:sz w:val="20"/>
        </w:rPr>
        <w:t>20:28  par jo kalam utra, us ko milaiye.</w:t>
      </w:r>
      <w:r>
        <w:br/>
      </w:r>
      <w:r>
        <w:rPr>
          <w:sz w:val="20"/>
        </w:rPr>
        <w:t>20:33  jo relevant baaten hain quran se, us ko milaiye. tab aap ko samjhenge quran. main inshallah kisi moqa par yeh bataunga ke bible ke mutale se mujhe kya kya faiday hue hain.</w:t>
      </w:r>
      <w:r>
        <w:br/>
      </w:r>
      <w:r>
        <w:rPr>
          <w:sz w:val="20"/>
        </w:rPr>
        <w:t>20:51  quran fahmi mein mere paas bohat se references hain ke bible ke mutale se mujhe quran fahmi mein bohat zabardast faiday hasil hue.</w:t>
      </w:r>
      <w:r>
        <w:br/>
      </w:r>
      <w:r>
        <w:rPr>
          <w:sz w:val="20"/>
        </w:rPr>
        <w:t>21:05  woh mein misalein doon ga aap ko kisi moqay par. to jo log yeh samajhte hain ke</w:t>
      </w:r>
      <w:r>
        <w:br/>
      </w:r>
      <w:r>
        <w:rPr>
          <w:sz w:val="20"/>
        </w:rPr>
        <w:t>21:16  rabt banar ayat, rabt banar sur, yeh bilkul mein is ko nahi manta. yeh quran ko mehdood karna hai, mehdood. quran to sari karat ka waqeem man ayat samawat wal ardh yamarun alaiha wa man mardun.</w:t>
      </w:r>
    </w:p>
    <w:p>
      <w:pPr>
        <w:pStyle w:val="Heading2"/>
      </w:pPr>
      <w:r>
        <w:t>Eternal, sorrow-free life, sealed by a final verse</w:t>
      </w:r>
    </w:p>
    <w:p>
      <w:r>
        <w:rPr>
          <w:color w:val="666666"/>
          <w:sz w:val="18"/>
        </w:rPr>
        <w:t>Model of Paradise June 22, 2014 · 5m 46s · at 37:13 · https://youtu.be/7jXD8E_dN-E?t=2233</w:t>
      </w:r>
    </w:p>
    <w:p>
      <w:r>
        <w:rPr>
          <w:i/>
        </w:rPr>
        <w:t>“Aakhirat mein insaan ko ek taraf yeh hoga ke eternal life hogi”</w:t>
      </w:r>
    </w:p>
    <w:p>
      <w:r>
        <w:rPr>
          <w:sz w:val="20"/>
        </w:rPr>
        <w:t>37:13  yeh jo do lafz hain, woh isi ke maani mein hain. eternal life is tarah mile gi ke wahan khauf khud nahin hoga.</w:t>
      </w:r>
      <w:r>
        <w:br/>
      </w:r>
      <w:r>
        <w:rPr>
          <w:sz w:val="20"/>
        </w:rPr>
        <w:t>37:21  eternal life ke sath aisa hoga ke bimari nahin, accident nahin, border nahin, thakan nahin, kuch bhi nahin.</w:t>
      </w:r>
      <w:r>
        <w:br/>
      </w:r>
      <w:r>
        <w:rPr>
          <w:sz w:val="20"/>
        </w:rPr>
        <w:t>37:32  to eternal life ke sath sath jo yeh baat hai, ek aur jagah aaya hai quran mein ke ahle jannat kahenge: "Ashab an al-huzn" alhamdulillah alladhi ashab an al-huzn ke Allah ka shukar hai jis ne hum se huzn,</w:t>
      </w:r>
      <w:r>
        <w:br/>
      </w:r>
      <w:r>
        <w:rPr>
          <w:sz w:val="20"/>
        </w:rPr>
        <w:t>37:50  haan, huzn se hum ko yani huzn se bacha liya. huzn ka matlab hota hai gham, takleef, sorrow.</w:t>
      </w:r>
      <w:r>
        <w:br/>
      </w:r>
      <w:r>
        <w:rPr>
          <w:sz w:val="20"/>
        </w:rPr>
        <w:t>38:02  to huzn bohat hi ek comprehensive term hai, bohat hi jama lafz hai. har qism ki jo jo unwanted situation aati hai duniya mein, physical such, woh woh sab cover karta hai.</w:t>
      </w:r>
      <w:r>
        <w:br/>
      </w:r>
      <w:r>
        <w:rPr>
          <w:sz w:val="20"/>
        </w:rPr>
        <w:t>38:18  yeh lafz</w:t>
      </w:r>
      <w:r>
        <w:br/>
      </w:r>
      <w:r>
        <w:rPr>
          <w:sz w:val="20"/>
        </w:rPr>
        <w:t>38:19  goya ke jannat mein eternal life hogi is tarah se ke wahan par kabhi jawani khatam nahin hogi, koi barhapa nahin aayega, kabhi accident nahin hoga, kabhi sar mein dard nahin hoga.</w:t>
      </w:r>
      <w:r>
        <w:br/>
      </w:r>
      <w:r>
        <w:rPr>
          <w:sz w:val="20"/>
        </w:rPr>
        <w:t>38:37  abhi kal mere pas ek sahib ka telephone aaya, un ko daant mein dard shuru ho gaya. to aap jante hain, daant ka dard mein bari takleef hoti hai aadmi ko.</w:t>
      </w:r>
      <w:r>
        <w:br/>
      </w:r>
      <w:r>
        <w:rPr>
          <w:sz w:val="20"/>
        </w:rPr>
        <w:t>38:48  to unhon ne bataya ke main ne dard ki ek dawa kha li aur zuban chhale pad gaye. to kya daant ka dard ek ek aisa masla hai ke dawa khai to phir ek aur naya masla paida ho jaye?</w:t>
      </w:r>
      <w:r>
        <w:br/>
      </w:r>
      <w:r>
        <w:rPr>
          <w:sz w:val="20"/>
        </w:rPr>
        <w:t>39:04  yeh sab duniya ke masail hain. to eternal life is tarah hogi ke in sare masail minus ho, minus ho chuke honge.</w:t>
      </w:r>
      <w:r>
        <w:br/>
      </w:r>
      <w:r>
        <w:rPr>
          <w:sz w:val="20"/>
        </w:rPr>
        <w:t>39:16  yeh sab farishtay karenge.</w:t>
      </w:r>
      <w:r>
        <w:br/>
      </w:r>
      <w:r>
        <w:rPr>
          <w:sz w:val="20"/>
        </w:rPr>
        <w:t>39:18  to farishtay maadi aitbar se aap ko ek mehfooz zindagi den ge, aap ki tamam zarooraton ka charge le len ge. yeh sab hoga.</w:t>
      </w:r>
      <w:r>
        <w:br/>
      </w:r>
      <w:r>
        <w:rPr>
          <w:sz w:val="20"/>
        </w:rPr>
        <w:t>39:28  aap ko farigh kar diya jaye ga ke aap ka alao Allah ko daryaft karen, kalmat Allah ko discover karen.</w:t>
      </w:r>
      <w:r>
        <w:br/>
      </w:r>
      <w:r>
        <w:rPr>
          <w:sz w:val="20"/>
        </w:rPr>
        <w:t>39:37  to aap ghor kijiye ke kaisi ajeeb ghareeb yeh duniya, zameen, duniya hogi.</w:t>
      </w:r>
      <w:r>
        <w:br/>
      </w:r>
      <w:r>
        <w:rPr>
          <w:sz w:val="20"/>
        </w:rPr>
        <w:t>39:43  hadith mein aata hai ke jannat ke baray mein: la ayn raat wa la udhun sumi'at wa la khatar ala qalb bashar</w:t>
      </w:r>
      <w:r>
        <w:br/>
      </w:r>
      <w:r>
        <w:rPr>
          <w:sz w:val="20"/>
        </w:rPr>
        <w:t>39:56  na kisi aankh ne dekha, na kisi kaan ne suna, aur na kisi ke dil mein khayal guzra is ka.</w:t>
      </w:r>
      <w:r>
        <w:br/>
      </w:r>
      <w:r>
        <w:rPr>
          <w:sz w:val="20"/>
        </w:rPr>
        <w:t>40:09  to dekhen, yeh koi bawulki ki baat nahin hai.</w:t>
      </w:r>
      <w:r>
        <w:br/>
      </w:r>
      <w:r>
        <w:rPr>
          <w:sz w:val="20"/>
        </w:rPr>
        <w:t>40:13  aap ghor kijiye ke perfection aur imperfection mein kitna farq hai. hum duniya mein chezen istemal karte hain, woh imperfect hoti hain.</w:t>
      </w:r>
      <w:r>
        <w:br/>
      </w:r>
      <w:r>
        <w:rPr>
          <w:sz w:val="20"/>
        </w:rPr>
        <w:t>40:24  har cheez jab perfection shakal mein mil gayi to woh ajeeb ghareeb cheez hoti hai. woh us ko hum soch nahin sakte ke woh kya cheez hogi.</w:t>
      </w:r>
      <w:r>
        <w:br/>
      </w:r>
      <w:r>
        <w:rPr>
          <w:sz w:val="20"/>
        </w:rPr>
        <w:t>40:36  khud quran mein bhi yeh aaya hai ke wa la ya'lamu nafsun ma ukhfiya lahum min quran kisi insan ko pata nahin ke is ke liye aankhon ki kya thandak rakhi gayi hai jannat mein.</w:t>
      </w:r>
      <w:r>
        <w:br/>
      </w:r>
      <w:r>
        <w:rPr>
          <w:sz w:val="20"/>
        </w:rPr>
        <w:t>40:51  to in sab ko le kar jab main ne socha ke jannat ka model kya ho sakta hai, to meri samajh mein aaya ke is duniya mein hum do cheezon se mahroom hain.</w:t>
      </w:r>
      <w:r>
        <w:br/>
      </w:r>
      <w:r>
        <w:rPr>
          <w:sz w:val="20"/>
        </w:rPr>
        <w:t>41:10  aik hai eternity,</w:t>
      </w:r>
      <w:r>
        <w:br/>
      </w:r>
      <w:r>
        <w:rPr>
          <w:sz w:val="20"/>
        </w:rPr>
        <w:t>41:13  humein eternal life hasil nahi.</w:t>
      </w:r>
      <w:r>
        <w:br/>
      </w:r>
      <w:r>
        <w:rPr>
          <w:sz w:val="20"/>
        </w:rPr>
        <w:t>41:19  aur doosri cheez hai ke intellectual level par hum jee nahi paate. Intellectual, intellectual activities ke satah par hum koi life nahi bana paate kyunke phanse rehte hain maadi zarooraton mein.</w:t>
      </w:r>
      <w:r>
        <w:br/>
      </w:r>
      <w:r>
        <w:rPr>
          <w:sz w:val="20"/>
        </w:rPr>
        <w:t>41:36  to jannat mein aik taraf eternal life milegi aur saare dukh, saare huzu aur khauf hadaf ho chuke honge.</w:t>
      </w:r>
      <w:r>
        <w:br/>
      </w:r>
      <w:r>
        <w:rPr>
          <w:sz w:val="20"/>
        </w:rPr>
        <w:t>41:48  aur phir aise mawaqe milenge ke aap apne intellectual jo salahiyat aap ki hai, us ko khoob unfold karein, khoob discovery karein.</w:t>
      </w:r>
      <w:r>
        <w:br/>
      </w:r>
      <w:r>
        <w:rPr>
          <w:sz w:val="20"/>
        </w:rPr>
        <w:t>42:01  aur unlimited tor par discovery karte rahein, woh khatam nahi hoga kabhi. Eternally woh khatam na hoga. To yeh model meri samajh mein aata hai jannat ka.</w:t>
      </w:r>
      <w:r>
        <w:br/>
      </w:r>
      <w:r>
        <w:rPr>
          <w:sz w:val="20"/>
        </w:rPr>
        <w:t>42:15  to Quran mein aaya ke wa limisli haza fal ya'malil a'miloon jannat ke baray mein zikr karne ke baad farmaya:</w:t>
      </w:r>
      <w:r>
        <w:br/>
      </w:r>
      <w:r>
        <w:rPr>
          <w:sz w:val="20"/>
        </w:rPr>
        <w:t>42:28  wa limisli haza fal ya'malil a'miloon yani yeh hai, yeh hai woh cheez jis ke liye amal karne wale amal karein.</w:t>
      </w:r>
      <w:r>
        <w:br/>
      </w:r>
      <w:r>
        <w:rPr>
          <w:sz w:val="20"/>
        </w:rPr>
        <w:t>42:38  wa limisli haza fal ya'malil a'miloon ke yeh woh cheez hai jis ke liye amal karne wale amal karein. Yani tumhari jo hasti jo chahti hai, jo tumhari arzoo hai, tumhari woh kamil shakal mein milegi jannat mein.</w:t>
      </w:r>
      <w:r>
        <w:br/>
      </w:r>
      <w:r>
        <w:rPr>
          <w:sz w:val="20"/>
        </w:rPr>
        <w:t>42:54  to is ke liye apni zindagi ko tayyar karo.</w:t>
      </w:r>
    </w:p>
    <w:p>
      <w:pPr>
        <w:pStyle w:val="Heading2"/>
      </w:pPr>
      <w:r>
        <w:t>Boycotting Western goods is pointless — the Denmark story</w:t>
      </w:r>
    </w:p>
    <w:p>
      <w:r>
        <w:rPr>
          <w:color w:val="666666"/>
          <w:sz w:val="18"/>
        </w:rPr>
        <w:t>Spirit of Ramadan June 14, 2015 · 5m 48s · at 34:32 · https://youtu.be/mKQdhE2rhdQ?t=2072</w:t>
      </w:r>
    </w:p>
    <w:p>
      <w:r>
        <w:rPr>
          <w:i/>
        </w:rPr>
        <w:t>“Duniya ko kya khair de sakte hain hum?”</w:t>
      </w:r>
    </w:p>
    <w:p>
      <w:r>
        <w:rPr>
          <w:sz w:val="20"/>
        </w:rPr>
        <w:t>34:32  ek nayi planning duniya ko kya khair de sakte hain hum, duniya ko kya good hum de sakte hain?</w:t>
      </w:r>
      <w:r>
        <w:br/>
      </w:r>
      <w:r>
        <w:rPr>
          <w:sz w:val="20"/>
        </w:rPr>
        <w:t>34:38  kyunke musalman woh hai jo naafe ho, giver. musalman ko duniya ka giver member banna hai, duniya ki society ka giver member, taker nahi.</w:t>
      </w:r>
      <w:r>
        <w:br/>
      </w:r>
      <w:r>
        <w:rPr>
          <w:sz w:val="20"/>
        </w:rPr>
        <w:t>34:51  wa ma mind for naas pillar.</w:t>
      </w:r>
      <w:r>
        <w:br/>
      </w:r>
      <w:r>
        <w:rPr>
          <w:sz w:val="20"/>
        </w:rPr>
        <w:t>34:55  to mein samajhta hoon ke aanay walay ramzan mein hum ko yeh chahiye, aur mein Allah ke fazl se khud is mein shareek hoon ke hum yeh sochen ke hum dunya ko kya de sakte hain.</w:t>
      </w:r>
      <w:r>
        <w:br/>
      </w:r>
      <w:r>
        <w:rPr>
          <w:sz w:val="20"/>
        </w:rPr>
        <w:t>35:11  dunya ko aap industry ke sath kuch nahi de sakte, gas library nahi de sakte aap. aur karwayaat, karwayaat kahan den ge?</w:t>
      </w:r>
      <w:r>
        <w:br/>
      </w:r>
      <w:r>
        <w:rPr>
          <w:sz w:val="20"/>
        </w:rPr>
        <w:t>35:21  kal mein ne ek arab scholar ki ek taqreer parhi, idhar unhon ne likha hai ke is mein kaha tha unhon ne ke hum ko maghrib ke saman ka boycott karna chahiye.</w:t>
      </w:r>
      <w:r>
        <w:br/>
      </w:r>
      <w:r>
        <w:rPr>
          <w:sz w:val="20"/>
        </w:rPr>
        <w:t>35:33  to mujhe bohat ta'ajjub hua, maghrib ke saman ka boycott kar ke aap kya karein ge? kai baar yeh baatein kahi gayi hain, kai baar ke maghrib ke saman ka boycott.</w:t>
      </w:r>
      <w:r>
        <w:br/>
      </w:r>
      <w:r>
        <w:rPr>
          <w:sz w:val="20"/>
        </w:rPr>
        <w:t>35:46  maghribi kitaab ko sab cheez mil rahi hai, boycott karein ge aap? yaani jo aadmi taqreer kar raha tha, mein ne socha khud us ki jeb mein jo mobile hoga, woh maghrib pe din hai, us ka jo kapra pehanne hoga, woh maghrib pe din hai,</w:t>
      </w:r>
      <w:r>
        <w:br/>
      </w:r>
      <w:r>
        <w:rPr>
          <w:sz w:val="20"/>
        </w:rPr>
        <w:t>36:02  jis loud speaker bol raha hoga, woh maghrib pe din hai. to kaise boycott karein ge aap? yeh koi planning nahi hai ke aap planning karein ke hamein boycott karna hai maghrib ke maal maal ka</w:t>
      </w:r>
      <w:r>
        <w:br/>
      </w:r>
      <w:r>
        <w:rPr>
          <w:sz w:val="20"/>
        </w:rPr>
        <w:t>36:14  . nahi, hum ne dena hai. aap aise literature tayyar kijiye jo un ke Islam ki sachai ko un par babraan kare, un ko is Islam ki sachai ko maanne wala banaye.</w:t>
      </w:r>
      <w:r>
        <w:br/>
      </w:r>
      <w:r>
        <w:rPr>
          <w:sz w:val="20"/>
        </w:rPr>
        <w:t>36:29  maal nahi kaatne se kya faida? maal kaatne se kya faida?</w:t>
      </w:r>
      <w:r>
        <w:br/>
      </w:r>
      <w:r>
        <w:rPr>
          <w:sz w:val="20"/>
        </w:rPr>
        <w:t>36:34  yaani ek ek lateefa arz karunga, jab cartoon chupa tha Denmark ke parche mein to Muslim countries mein yahi naarha utha tha ke Denmark ke Denmark jo hai, woh wahan mulk product bohat hai.</w:t>
      </w:r>
      <w:r>
        <w:br/>
      </w:r>
      <w:r>
        <w:rPr>
          <w:sz w:val="20"/>
        </w:rPr>
        <w:t>36:54  wahan par</w:t>
      </w:r>
      <w:r>
        <w:br/>
      </w:r>
      <w:r>
        <w:rPr>
          <w:sz w:val="20"/>
        </w:rPr>
        <w:t>36:55  Denmark mein jo doodh se banne walay saman hotay hain, us ka bohat wahan par industries hain, bohat ziyada mulk product ki.</w:t>
      </w:r>
      <w:r>
        <w:br/>
      </w:r>
      <w:r>
        <w:rPr>
          <w:sz w:val="20"/>
        </w:rPr>
        <w:t>37:05  to hamein Denmark ke mulk products ka boycott karna chahiye.</w:t>
      </w:r>
      <w:r>
        <w:br/>
      </w:r>
      <w:r>
        <w:rPr>
          <w:sz w:val="20"/>
        </w:rPr>
        <w:t>37:13  to mujhe mujhe pata chala tha ke kuch gharon mein josh mein is pe amal kiya unhon ne. yaani Denmark se aata tha jo jo butter aur doosre mulk product, us ko boycott kiya unhon ne.</w:t>
      </w:r>
      <w:r>
        <w:br/>
      </w:r>
      <w:r>
        <w:rPr>
          <w:sz w:val="20"/>
        </w:rPr>
        <w:t>37:27  to chand din ke baad un ke bachon ne kaha ke bhai yeh nahi khana hai. yaani doosre mulkon ke mangwa ke ghar mein fridge mein rakh diya unhon ne, doosre mulkon ke ke mulk products.</w:t>
      </w:r>
      <w:r>
        <w:br/>
      </w:r>
      <w:r>
        <w:rPr>
          <w:sz w:val="20"/>
        </w:rPr>
        <w:t>37:38  to bachon ne kaha hamein hamein nahi khana, hamein to wahi chahiye,</w:t>
      </w:r>
      <w:r>
        <w:br/>
      </w:r>
      <w:r>
        <w:rPr>
          <w:sz w:val="20"/>
        </w:rPr>
        <w:t>37:42  hamein wahi Denmark wala chahiye kyunke sab se aala quality ka hota hai Denmark ka. to kya hua? maa baap jo thay, unhon ne surrender kar diya.</w:t>
      </w:r>
      <w:r>
        <w:br/>
      </w:r>
      <w:r>
        <w:rPr>
          <w:sz w:val="20"/>
        </w:rPr>
        <w:t>37:53  jo bachay bachon ne kaha, wahi wahi karne lagay. to aisa yaani ridiculous hai, aisa naarha dena jo chalne wala na ho, jo naarha chalne wala na ho.</w:t>
      </w:r>
      <w:r>
        <w:br/>
      </w:r>
      <w:r>
        <w:rPr>
          <w:sz w:val="20"/>
        </w:rPr>
        <w:t>38:05  to ridiculous hai. kya aap awaz par nahi urein ge? kya aap car par nahi baithein ge? kya aap mobile istemal nahi karein ge?</w:t>
      </w:r>
      <w:r>
        <w:br/>
      </w:r>
      <w:r>
        <w:rPr>
          <w:sz w:val="20"/>
        </w:rPr>
        <w:t>38:12  har har cheez to wahin se aati hai, wahin unhi ki technology hai jo jo agar doosre jagahon par saman ban raha hai to woh bhi unhi ki technology hai, unhi ka expert hai.</w:t>
      </w:r>
      <w:r>
        <w:br/>
      </w:r>
      <w:r>
        <w:rPr>
          <w:sz w:val="20"/>
        </w:rPr>
        <w:t>38:25  to mein yahi kahunga ke is baar hum mein se har shakhs ko ramzan mein yeh spirit jagana hai, yaani giving spirit.</w:t>
      </w:r>
      <w:r>
        <w:br/>
      </w:r>
      <w:r>
        <w:rPr>
          <w:sz w:val="20"/>
        </w:rPr>
        <w:t>38:40  ab dunya ko kya dein?</w:t>
      </w:r>
      <w:r>
        <w:br/>
      </w:r>
      <w:r>
        <w:rPr>
          <w:sz w:val="20"/>
        </w:rPr>
        <w:t>38:43  to mein arz karunga ke hamare paas dene ke liye sirf ek cheez hai, woh hai ideology, tauheed ki ideology. hamare paas kuch nahi hai dene ke liye kyunke saare technology to unhi ke hain, har cheez unhi se lete hain.</w:t>
      </w:r>
      <w:r>
        <w:br/>
      </w:r>
      <w:r>
        <w:rPr>
          <w:sz w:val="20"/>
        </w:rPr>
        <w:t>38:59  saare market, saare saabiq center unhi ki technology se bhare hue hain. lekin ek cheez hamare paas woh hai jo un ke paas nahi hai, woh hai ideology,</w:t>
      </w:r>
      <w:r>
        <w:br/>
      </w:r>
      <w:r>
        <w:rPr>
          <w:sz w:val="20"/>
        </w:rPr>
        <w:t>39:09  ideology of truth. hamare paas yeh cheez maujood hai. to hamein isi ki planning karna chahiye, dawat ki planning,</w:t>
      </w:r>
      <w:r>
        <w:br/>
      </w:r>
      <w:r>
        <w:rPr>
          <w:sz w:val="20"/>
        </w:rPr>
        <w:t>39:24  quran ko har zaban mein tarjuma kar ke logon tak pohnchana, sirat rasool pe kitab mein likh kar ke, yani peaceful andaz mein is ko logon tak pohnchana har zaban mein.</w:t>
      </w:r>
      <w:r>
        <w:br/>
      </w:r>
      <w:r>
        <w:rPr>
          <w:sz w:val="20"/>
        </w:rPr>
        <w:t>39:39  to hamari jo jo planning hoti hogi, wo ideology based hogi. ye nahi ke maal ka boycott karein, un ke khilaf mazameen chapaein, un ke khilaf taqreerein karein.</w:t>
      </w:r>
      <w:r>
        <w:br/>
      </w:r>
      <w:r>
        <w:rPr>
          <w:sz w:val="20"/>
        </w:rPr>
        <w:t>39:49  ye koi planning nahi hai. dekhein, jo jo planning chalne wali na ho, jo effective na ho, wo planning nahi hai.</w:t>
      </w:r>
      <w:r>
        <w:br/>
      </w:r>
      <w:r>
        <w:rPr>
          <w:sz w:val="20"/>
        </w:rPr>
        <w:t>39:58  wo koi bhi doosri planning to musalman bohat kar chuke hain, wo effective nahi hui.</w:t>
      </w:r>
      <w:r>
        <w:br/>
      </w:r>
      <w:r>
        <w:rPr>
          <w:sz w:val="20"/>
        </w:rPr>
        <w:t>40:08  to jo mansooba amal mein na aa sake, matlab result jo chahte hain aap, wo result is se na nikle, to wo wo mansooba nahi tha, wo planning nahi thi.</w:t>
      </w:r>
    </w:p>
    <w:p>
      <w:pPr>
        <w:pStyle w:val="Heading2"/>
      </w:pPr>
      <w:r>
        <w:t>personal history with Kashmir since 1968 and its resolution</w:t>
      </w:r>
    </w:p>
    <w:p>
      <w:r>
        <w:rPr>
          <w:color w:val="666666"/>
          <w:sz w:val="18"/>
        </w:rPr>
        <w:t>A Talk by Maulana Wahiduddin Khan Given to Members of CPS - Kashmir 1st December 2012 · 3m 37s · at 0:31 · https://youtu.be/EJdrj1olpic?t=31</w:t>
      </w:r>
    </w:p>
    <w:p>
      <w:r>
        <w:rPr>
          <w:i/>
        </w:rPr>
        <w:t>“My connection with Kashmir goes back to 1968”</w:t>
      </w:r>
    </w:p>
    <w:p>
      <w:r>
        <w:rPr>
          <w:sz w:val="20"/>
        </w:rPr>
        <w:t>0:31  aaj december 2012 ki pehli tareekh hai. is waqt mein</w:t>
      </w:r>
      <w:r>
        <w:br/>
      </w:r>
      <w:r>
        <w:rPr>
          <w:sz w:val="20"/>
        </w:rPr>
        <w:t>0:44  kashmiri bhaiyon ko address kar raha hoon.</w:t>
      </w:r>
      <w:r>
        <w:br/>
      </w:r>
      <w:r>
        <w:rPr>
          <w:sz w:val="20"/>
        </w:rPr>
        <w:t>0:52  kashmir se mera talluq bohat purana hai. fikri hasiyat se, pehli baar jab maine likha tha kashmir par to 1968 mein likha tha,</w:t>
      </w:r>
      <w:r>
        <w:br/>
      </w:r>
      <w:r>
        <w:rPr>
          <w:sz w:val="20"/>
        </w:rPr>
        <w:t>1:09  1968</w:t>
      </w:r>
      <w:r>
        <w:br/>
      </w:r>
      <w:r>
        <w:rPr>
          <w:sz w:val="20"/>
        </w:rPr>
        <w:t>1:13  . is waqt mein al jazeera weekly ka editor tha, to is mein maine ek mazmoon likha tha kashmir par.</w:t>
      </w:r>
      <w:r>
        <w:br/>
      </w:r>
      <w:r>
        <w:rPr>
          <w:sz w:val="20"/>
        </w:rPr>
        <w:t>1:29  is ke baad mein bar bar likhta raha, aur meri soch kashmir ke baray mein 1968 se ab tak ek hi hai.</w:t>
      </w:r>
      <w:r>
        <w:br/>
      </w:r>
      <w:r>
        <w:rPr>
          <w:sz w:val="20"/>
        </w:rPr>
        <w:t>1:44  meri soch ka jo khulasa tha, us ko aap is tarah samajh sakte hain ke</w:t>
      </w:r>
      <w:r>
        <w:br/>
      </w:r>
      <w:r>
        <w:rPr>
          <w:sz w:val="20"/>
        </w:rPr>
        <w:t>1:56  maine ek mazmoon likha tha jo chupa tha hindustan times mein, yaani dilli dilli ke angrezi akhbar mein, hindustan times mein.</w:t>
      </w:r>
      <w:r>
        <w:br/>
      </w:r>
      <w:r>
        <w:rPr>
          <w:sz w:val="20"/>
        </w:rPr>
        <w:t>2:11  to is ka title tha "acceptance of reality", yaani haqeeqat ka etraf.</w:t>
      </w:r>
      <w:r>
        <w:br/>
      </w:r>
      <w:r>
        <w:rPr>
          <w:sz w:val="20"/>
        </w:rPr>
        <w:t>2:22  to mera kehna yeh tha ke kashmiriyon ke liye success ka ek hi rasta hai, woh hai yeh ke woh haqeeqat ko maan lain.</w:t>
      </w:r>
      <w:r>
        <w:br/>
      </w:r>
      <w:r>
        <w:rPr>
          <w:sz w:val="20"/>
        </w:rPr>
        <w:t>2:37  haqeeqat se takrana sirf apni tabahi mein izafa karta hai.</w:t>
      </w:r>
      <w:r>
        <w:br/>
      </w:r>
      <w:r>
        <w:rPr>
          <w:sz w:val="20"/>
        </w:rPr>
        <w:t>2:49  to mein kashmir se itna zyada wabasta raha hoon ke yeh kehna mubalgha na hoga, exaggeration na hoga ke aap log agar</w:t>
      </w:r>
      <w:r>
        <w:br/>
      </w:r>
      <w:r>
        <w:rPr>
          <w:sz w:val="20"/>
        </w:rPr>
        <w:t>3:08  kashmiri by birth hain to mein kashmiri by choice hoon.</w:t>
      </w:r>
      <w:r>
        <w:br/>
      </w:r>
      <w:r>
        <w:rPr>
          <w:sz w:val="20"/>
        </w:rPr>
        <w:t>3:19  meri tamanna hai ke kashmir ke log taraqqi karain,</w:t>
      </w:r>
      <w:r>
        <w:br/>
      </w:r>
      <w:r>
        <w:rPr>
          <w:sz w:val="20"/>
        </w:rPr>
        <w:t>3:27  un ko</w:t>
      </w:r>
      <w:r>
        <w:br/>
      </w:r>
      <w:r>
        <w:rPr>
          <w:sz w:val="20"/>
        </w:rPr>
        <w:t>3:30  allah taala har tarah ki madad farmaye.</w:t>
      </w:r>
      <w:r>
        <w:br/>
      </w:r>
      <w:r>
        <w:rPr>
          <w:sz w:val="20"/>
        </w:rPr>
        <w:t>3:35  to mein aap sab logon ko salam karta hoon, aur aap sab logon ke liye duain karta hoon.</w:t>
      </w:r>
      <w:r>
        <w:br/>
      </w:r>
      <w:r>
        <w:rPr>
          <w:sz w:val="20"/>
        </w:rPr>
        <w:t>3:51  is waqt jo kuch mein kehna chahta hoon, woh dobara wohi hai jo mein hindustan times mein likha tha ke "acceptance of reality",</w:t>
      </w:r>
      <w:r>
        <w:br/>
      </w:r>
      <w:r>
        <w:rPr>
          <w:sz w:val="20"/>
        </w:rPr>
        <w:t>4:03  haqeeqat ka etraf.</w:t>
      </w:r>
    </w:p>
    <w:p>
      <w:pPr>
        <w:pStyle w:val="Heading2"/>
      </w:pPr>
      <w:r>
        <w:t>Shukr a warning through loss of freedom</w:t>
      </w:r>
    </w:p>
    <w:p>
      <w:r>
        <w:rPr>
          <w:color w:val="666666"/>
          <w:sz w:val="18"/>
        </w:rPr>
        <w:t>Covid Reminder The Need for Shukr April 12, 2020 Maulana Wahiduddin Khan · 6m 01s · at 0:17 · https://youtu.be/LETHR-bNgtQ?t=17</w:t>
      </w:r>
    </w:p>
    <w:p>
      <w:r>
        <w:rPr>
          <w:i/>
        </w:rPr>
        <w:t>“Aaj ka mawzu shukar hai.”</w:t>
      </w:r>
    </w:p>
    <w:p>
      <w:r>
        <w:rPr>
          <w:sz w:val="20"/>
        </w:rPr>
        <w:t>0:17  aaj ka mozu shukr hai. is hisse mein hum aaj</w:t>
      </w:r>
      <w:r>
        <w:br/>
      </w:r>
      <w:r>
        <w:rPr>
          <w:sz w:val="20"/>
        </w:rPr>
        <w:t>0:30  aik aayat ka mutala karen ge. woh aayat yeh hai.</w:t>
      </w:r>
      <w:r>
        <w:br/>
      </w:r>
      <w:r>
        <w:rPr>
          <w:sz w:val="20"/>
        </w:rPr>
        <w:t>0:37  surah ibrahim, aayat number 7. waizana rabbukum la in shaqartum la azeedannakum wa la in kafartum inna azabi lashadeed</w:t>
      </w:r>
      <w:r>
        <w:br/>
      </w:r>
      <w:r>
        <w:rPr>
          <w:sz w:val="20"/>
        </w:rPr>
        <w:t>0:51  dekhen, yeh is aayat mein kaha gaya hai ke Allah ne hukum diya hai</w:t>
      </w:r>
      <w:r>
        <w:br/>
      </w:r>
      <w:r>
        <w:rPr>
          <w:sz w:val="20"/>
        </w:rPr>
        <w:t>1:01  ke shukr guzar bande ban kar raho. agar shukr guzar bande ban kar raho ge to tum ko mazeed diya jaye ga.</w:t>
      </w:r>
      <w:r>
        <w:br/>
      </w:r>
      <w:r>
        <w:rPr>
          <w:sz w:val="20"/>
        </w:rPr>
        <w:t>1:15  aur agar nashukri ka tareeqa ikhtiyar karo ge</w:t>
      </w:r>
      <w:r>
        <w:br/>
      </w:r>
      <w:r>
        <w:rPr>
          <w:sz w:val="20"/>
        </w:rPr>
        <w:t>1:21  to us waqt sakht pakar bhi hogi.</w:t>
      </w:r>
      <w:r>
        <w:br/>
      </w:r>
      <w:r>
        <w:rPr>
          <w:sz w:val="20"/>
        </w:rPr>
        <w:t>1:27  to yeh aayat mein</w:t>
      </w:r>
      <w:r>
        <w:br/>
      </w:r>
      <w:r>
        <w:rPr>
          <w:sz w:val="20"/>
        </w:rPr>
        <w:t>1:31  soch raha tha ke isi mein aaj ke jo halaat ka</w:t>
      </w:r>
      <w:r>
        <w:br/>
      </w:r>
      <w:r>
        <w:rPr>
          <w:sz w:val="20"/>
        </w:rPr>
        <w:t>1:39  jawab hai. aaj ka jo halaat hain, sach poochhen to woh</w:t>
      </w:r>
      <w:r>
        <w:br/>
      </w:r>
      <w:r>
        <w:rPr>
          <w:sz w:val="20"/>
        </w:rPr>
        <w:t>1:49  azab to nahin hain, woh qayamat qayamat bhi nahin hain.</w:t>
      </w:r>
      <w:r>
        <w:br/>
      </w:r>
      <w:r>
        <w:rPr>
          <w:sz w:val="20"/>
        </w:rPr>
        <w:t>1:57  woh</w:t>
      </w:r>
      <w:r>
        <w:br/>
      </w:r>
      <w:r>
        <w:rPr>
          <w:sz w:val="20"/>
        </w:rPr>
        <w:t>2:04  warning hai. warning. warning kis baat ki? ke hum ko</w:t>
      </w:r>
      <w:r>
        <w:br/>
      </w:r>
      <w:r>
        <w:rPr>
          <w:sz w:val="20"/>
        </w:rPr>
        <w:t>2:14  zabardast</w:t>
      </w:r>
      <w:r>
        <w:br/>
      </w:r>
      <w:r>
        <w:rPr>
          <w:sz w:val="20"/>
        </w:rPr>
        <w:t>2:19  mawaqe mile thay shukr ke,</w:t>
      </w:r>
      <w:r>
        <w:br/>
      </w:r>
      <w:r>
        <w:rPr>
          <w:sz w:val="20"/>
        </w:rPr>
        <w:t>2:23  lekin hum ne is par positive response nahin diya.</w:t>
      </w:r>
      <w:r>
        <w:br/>
      </w:r>
      <w:r>
        <w:rPr>
          <w:sz w:val="20"/>
        </w:rPr>
        <w:t>2:32  to ab jo ho raha hai woh bator</w:t>
      </w:r>
      <w:r>
        <w:br/>
      </w:r>
      <w:r>
        <w:rPr>
          <w:sz w:val="20"/>
        </w:rPr>
        <w:t>2:42  warning hai ke ab ab se sambhal jao, warna aur sakht pakar hogi.</w:t>
      </w:r>
      <w:r>
        <w:br/>
      </w:r>
      <w:r>
        <w:rPr>
          <w:sz w:val="20"/>
        </w:rPr>
        <w:t>2:57  dekhen, aaj kal jo halaat hain ke hum ghar se bahar nahin nikal sakte,</w:t>
      </w:r>
      <w:r>
        <w:br/>
      </w:r>
      <w:r>
        <w:rPr>
          <w:sz w:val="20"/>
        </w:rPr>
        <w:t>3:07  traffic rukawatein hain, to aap soch jante hain ke iski wajah se kitna zyada pareshani hai.</w:t>
      </w:r>
      <w:r>
        <w:br/>
      </w:r>
      <w:r>
        <w:rPr>
          <w:sz w:val="20"/>
        </w:rPr>
        <w:t>3:24  to hum yeh to yaad aa raha hai hum ko ke hum ko pareshani ho gayi hai.</w:t>
      </w:r>
      <w:r>
        <w:br/>
      </w:r>
      <w:r>
        <w:rPr>
          <w:sz w:val="20"/>
        </w:rPr>
        <w:t>3:34  positive pareshani kis baat ki?</w:t>
      </w:r>
      <w:r>
        <w:br/>
      </w:r>
      <w:r>
        <w:rPr>
          <w:sz w:val="20"/>
        </w:rPr>
        <w:t>3:41  azaadi ki jo nemmat thi woh mehdood banon mein, limited banon mein chhin gayi hai.</w:t>
      </w:r>
      <w:r>
        <w:br/>
      </w:r>
      <w:r>
        <w:rPr>
          <w:sz w:val="20"/>
        </w:rPr>
        <w:t>3:53  mehdood banon mein, limited banon mein.</w:t>
      </w:r>
      <w:r>
        <w:br/>
      </w:r>
      <w:r>
        <w:rPr>
          <w:sz w:val="20"/>
        </w:rPr>
        <w:t>4:01  ab hum ko mehsoos ho raha hai ke ke hum jo azaadi ke saath rehte the yahan, jab tha bazaar gaye, jab tha park gaye, jab tha is ghar se guzar gaye,</w:t>
      </w:r>
      <w:r>
        <w:br/>
      </w:r>
      <w:r>
        <w:rPr>
          <w:sz w:val="20"/>
        </w:rPr>
        <w:t>4:17  to</w:t>
      </w:r>
      <w:r>
        <w:br/>
      </w:r>
      <w:r>
        <w:rPr>
          <w:sz w:val="20"/>
        </w:rPr>
        <w:t>4:21  ab mehdood banon mein woh chhin gaya hai to kitni pareshani ho rahi hai.</w:t>
      </w:r>
      <w:r>
        <w:br/>
      </w:r>
      <w:r>
        <w:rPr>
          <w:sz w:val="20"/>
        </w:rPr>
        <w:t>4:29  to sach poochhein to yahan tak ke hum agar hamein zaroorat ho</w:t>
      </w:r>
      <w:r>
        <w:br/>
      </w:r>
      <w:r>
        <w:rPr>
          <w:sz w:val="20"/>
        </w:rPr>
        <w:t>4:40  medical aid ki to hum doctor ya hospital se aazadana taur par consult nahi kar sakte.</w:t>
      </w:r>
      <w:r>
        <w:br/>
      </w:r>
      <w:r>
        <w:rPr>
          <w:sz w:val="20"/>
        </w:rPr>
        <w:t>4:52  to</w:t>
      </w:r>
      <w:r>
        <w:br/>
      </w:r>
      <w:r>
        <w:rPr>
          <w:sz w:val="20"/>
        </w:rPr>
        <w:t>4:57  yeh cheezein is se pehle bilkul freely available theen. bilkul freely.</w:t>
      </w:r>
      <w:r>
        <w:br/>
      </w:r>
      <w:r>
        <w:rPr>
          <w:sz w:val="20"/>
        </w:rPr>
        <w:t>5:09  to ab jab woh un par pabandi lag gayi, limited pabandi, to hum ko ehsaas ho raha hai ke kitni bari museebat hai, kitni bari nemmat hai azaadi.</w:t>
      </w:r>
      <w:r>
        <w:br/>
      </w:r>
      <w:r>
        <w:rPr>
          <w:sz w:val="20"/>
        </w:rPr>
        <w:t>5:25  to yeh azaadi</w:t>
      </w:r>
      <w:r>
        <w:br/>
      </w:r>
      <w:r>
        <w:rPr>
          <w:sz w:val="20"/>
        </w:rPr>
        <w:t>5:28  to bohat si limitations mein chhani hai. misaal ke taur par dekhein, hawa se faida uthana, suraj se faida uthana, yeh is ki bhi to azaadi hai.</w:t>
      </w:r>
      <w:r>
        <w:br/>
      </w:r>
      <w:r>
        <w:rPr>
          <w:sz w:val="20"/>
        </w:rPr>
        <w:t>5:47  aakhri din se faida uthana.</w:t>
      </w:r>
      <w:r>
        <w:br/>
      </w:r>
      <w:r>
        <w:rPr>
          <w:sz w:val="20"/>
        </w:rPr>
        <w:t>5:54  saal mein ghalla bona aur ghalla agan nikaalna.</w:t>
      </w:r>
      <w:r>
        <w:br/>
      </w:r>
      <w:r>
        <w:rPr>
          <w:sz w:val="20"/>
        </w:rPr>
        <w:t>6:03  bazaar se samaan khareedna. to aaj pehle aap ko aazadana taur par har cheez ka mauqa tha.</w:t>
      </w:r>
    </w:p>
    <w:p>
      <w:pPr>
        <w:pStyle w:val="Heading2"/>
      </w:pPr>
      <w:r>
        <w:t>Love for God is criterion of faith</w:t>
      </w:r>
    </w:p>
    <w:p>
      <w:r>
        <w:rPr>
          <w:color w:val="666666"/>
          <w:sz w:val="18"/>
        </w:rPr>
        <w:t>Quotes from the Quran 9 March 2007 - Maulana Wahiduddin Khan · 4m 33s · at 12:28 · https://youtu.be/UXuOgVLaWYA?t=748</w:t>
      </w:r>
    </w:p>
    <w:p>
      <w:r>
        <w:rPr>
          <w:i/>
        </w:rPr>
        <w:t>“Dekhiye, insaan ko jo kuch mila hai by nature”</w:t>
      </w:r>
    </w:p>
    <w:p>
      <w:r>
        <w:rPr>
          <w:sz w:val="20"/>
        </w:rPr>
        <w:t>12:28  dekhiye, insaan ko jo kuch mila hai by nature, is mein sab se ziyada, sab se ziyada precious cheez jo hai, woh kya hai?</w:t>
      </w:r>
      <w:r>
        <w:br/>
      </w:r>
      <w:r>
        <w:rPr>
          <w:sz w:val="20"/>
        </w:rPr>
        <w:t>12:43  love hai, mohabbat hai. is se ziyada qeemti cheez koi aur insaan ke paas nahin.</w:t>
      </w:r>
      <w:r>
        <w:br/>
      </w:r>
      <w:r>
        <w:rPr>
          <w:sz w:val="20"/>
        </w:rPr>
        <w:t>12:59  is ka matlab kya hai? jab aik aadmi khuda ko is ki asal hesiyat mein discover kare ke woh mera creator hai, woh mera sustainer hai,</w:t>
      </w:r>
      <w:r>
        <w:br/>
      </w:r>
      <w:r>
        <w:rPr>
          <w:sz w:val="20"/>
        </w:rPr>
        <w:t>13:16  isi se</w:t>
      </w:r>
      <w:r>
        <w:br/>
      </w:r>
      <w:r>
        <w:rPr>
          <w:sz w:val="20"/>
        </w:rPr>
        <w:t>13:20  saari blessing, isi ki taraf se hai,</w:t>
      </w:r>
      <w:r>
        <w:br/>
      </w:r>
      <w:r>
        <w:rPr>
          <w:sz w:val="20"/>
        </w:rPr>
        <w:t>13:25  woh almighty hai.</w:t>
      </w:r>
      <w:r>
        <w:br/>
      </w:r>
      <w:r>
        <w:rPr>
          <w:sz w:val="20"/>
        </w:rPr>
        <w:t>13:27  jab aap khuda ko is ki jo us ki jo attributes hain, us ke sath discover karein ge to is ka bilkul, it is but natural ke aisa hoga ke khuda aap ka sab se bara concern ban jaye ga, supreme concern.</w:t>
      </w:r>
      <w:r>
        <w:br/>
      </w:r>
      <w:r>
        <w:rPr>
          <w:sz w:val="20"/>
        </w:rPr>
        <w:t>13:50  aur aap ke dil mein khuda hi ke liye jo yeh love ke jo sentiments hain, mohabbat ke jo jazbat hain, woh ubal parein ge sirf khuda ke liye.</w:t>
      </w:r>
      <w:r>
        <w:br/>
      </w:r>
      <w:r>
        <w:rPr>
          <w:sz w:val="20"/>
        </w:rPr>
        <w:t>14:09  zahir hai ke aap sochiye, khuda ki discovery ke baad agar aisa ho ke aap ke paas jo sab se precious cheez hai, love, wohi aap khuda ko na dein to aap ne kuch bhi nahin diya khuda ko.</w:t>
      </w:r>
      <w:r>
        <w:br/>
      </w:r>
      <w:r>
        <w:rPr>
          <w:sz w:val="20"/>
        </w:rPr>
        <w:t>14:31  kuch bhi nahin diya.</w:t>
      </w:r>
      <w:r>
        <w:br/>
      </w:r>
      <w:r>
        <w:rPr>
          <w:sz w:val="20"/>
        </w:rPr>
        <w:t>14:34  aap ghore kijiye, kitni seedhi baat hai, kitni fitri baat hai, bilkul understandable baat hai ke khuda jo aap ka creator hai, aap ka sustainer hai,</w:t>
      </w:r>
      <w:r>
        <w:br/>
      </w:r>
      <w:r>
        <w:rPr>
          <w:sz w:val="20"/>
        </w:rPr>
        <w:t>14:52  sab kuch isi se aap ko mila hai, har har moment. to woh aap ko discover ho jaye to aisa ho nahin sakta hai ke aap ki sab se bari cheez jo hai, wohi na dein aap us ko, yaani love.</w:t>
      </w:r>
      <w:r>
        <w:br/>
      </w:r>
      <w:r>
        <w:rPr>
          <w:sz w:val="20"/>
        </w:rPr>
        <w:t>15:13  to farmaya ke wa allazeena aamanoo ashadd hubban lillahi jo imaan walay log hain, woh khuda se sab se ziyada mohabbat karte hain.</w:t>
      </w:r>
      <w:r>
        <w:br/>
      </w:r>
      <w:r>
        <w:rPr>
          <w:sz w:val="20"/>
        </w:rPr>
        <w:t>15:32  dekhiye, is se kya maloom hua?</w:t>
      </w:r>
      <w:r>
        <w:br/>
      </w:r>
      <w:r>
        <w:rPr>
          <w:sz w:val="20"/>
        </w:rPr>
        <w:t>15:38  is se aik bohat bari cheez maloom hui, woh hai criterion of faith.</w:t>
      </w:r>
      <w:r>
        <w:br/>
      </w:r>
      <w:r>
        <w:rPr>
          <w:sz w:val="20"/>
        </w:rPr>
        <w:t>15:48  criterion of faith yaani koi aadmi agar yeh janna chahe ke mujh ko imaan mila ke nahin mila, mujh ko faith mila ke nahin mila,</w:t>
      </w:r>
      <w:r>
        <w:br/>
      </w:r>
      <w:r>
        <w:rPr>
          <w:sz w:val="20"/>
        </w:rPr>
        <w:t>16:03  mujh ko khuda ki discovery hui ya nahin hui, koi yeh janna chahe to is ka criterion yeh hai ke apne dil mein woh jhanake,</w:t>
      </w:r>
      <w:r>
        <w:br/>
      </w:r>
      <w:r>
        <w:rPr>
          <w:sz w:val="20"/>
        </w:rPr>
        <w:t>16:19  khud apne dil mein, aur dekhe ke kya sach much khuda hi is ka sab se ziyada mehboob ban gaya hai?</w:t>
      </w:r>
      <w:r>
        <w:br/>
      </w:r>
      <w:r>
        <w:rPr>
          <w:sz w:val="20"/>
        </w:rPr>
        <w:t>16:34  kya sach much khuda hi is ka sab se ziyada concern ban gaya hai?</w:t>
      </w:r>
      <w:r>
        <w:br/>
      </w:r>
      <w:r>
        <w:rPr>
          <w:sz w:val="20"/>
        </w:rPr>
        <w:t>16:39  kya aisa hua hai ke mohabbat ke jo jazbat hain, mohabbat ka jo insaan ke andar jo sentiment hai, woh sab se ziyada khuda ki taraf mael ho gaya hai?</w:t>
      </w:r>
      <w:r>
        <w:br/>
      </w:r>
      <w:r>
        <w:rPr>
          <w:sz w:val="20"/>
        </w:rPr>
        <w:t>16:58  yeh hai criterion.</w:t>
      </w:r>
    </w:p>
    <w:p>
      <w:pPr>
        <w:pStyle w:val="Heading2"/>
      </w:pPr>
      <w:r>
        <w:t>Blessed groups after the Prophet</w:t>
      </w:r>
    </w:p>
    <w:p>
      <w:r>
        <w:rPr>
          <w:color w:val="666666"/>
          <w:sz w:val="18"/>
        </w:rPr>
        <w:t>Ikhwane Rasool from supersition to science -19-4-09 · 5m 35s · at 29:23 · https://youtu.be/f7E3bzA5h-M?t=1763</w:t>
      </w:r>
    </w:p>
    <w:p>
      <w:r>
        <w:rPr>
          <w:i/>
        </w:rPr>
        <w:t>“Throughout history, there have been special groups of God”</w:t>
      </w:r>
    </w:p>
    <w:p>
      <w:r>
        <w:rPr>
          <w:sz w:val="20"/>
        </w:rPr>
        <w:t>29:23  To yeh ek historical process chala ja raha hai par pehle se chala aa raha hai, chala aa raha hai, chala aa raha hai. To is waqt mein jo baat kehna chahta hoon aap ko wo yeh hai ke poori tareekh mein dekhiye aap kuch group ko Khuda ke khaas bande maana gaya hai poori tareekh mein.</w:t>
      </w:r>
      <w:r>
        <w:br/>
      </w:r>
      <w:r>
        <w:rPr>
          <w:sz w:val="20"/>
        </w:rPr>
        <w:t>29:44  Kuch insaanon mein kuch group aise nikle jo Khuda ke khaas bande the yaani selected log the jis par ke especially blessed people the wo.</w:t>
      </w:r>
      <w:r>
        <w:br/>
      </w:r>
      <w:r>
        <w:rPr>
          <w:sz w:val="20"/>
        </w:rPr>
        <w:t>29:57  Sab se pehla group jo hai wo prophets ka hai. Prophets ka. Ke sab se pehle prophet the Adam phir Nuh phir bohat se prophet aaye ek lakh chobees hazar kaha jata hai ke aaye.</w:t>
      </w:r>
      <w:r>
        <w:br/>
      </w:r>
      <w:r>
        <w:rPr>
          <w:sz w:val="20"/>
        </w:rPr>
        <w:t>30:12  To yeh group jo hai yeh blessed group tha Khuda ka pehla blessed group. Lekin Rasool Allah ke baad nabuwat khatam ho gayi. To ab yeh group to ab hone wala nahi hai.</w:t>
      </w:r>
      <w:r>
        <w:br/>
      </w:r>
      <w:r>
        <w:rPr>
          <w:sz w:val="20"/>
        </w:rPr>
        <w:t>30:24  Jo jo ban gaya wo ban gaya. Is ke baad ashaab-e-Rasool ka group hai. Companion of the Prophet of Islam. Un ki tadad bhi batai jati hai ke ek lakh chobees hazar ya ek lakh chalis hazar hai.</w:t>
      </w:r>
      <w:r>
        <w:br/>
      </w:r>
      <w:r>
        <w:rPr>
          <w:sz w:val="20"/>
        </w:rPr>
        <w:t>30:40  To yeh yeh group jo hai abhi abhi nahi ab nahi banne wala hai. Kyun ke is mein sohbat shart hai. Jinhone Rasool Allah ko ki sohbat uthai Rasool Allah se direct unhone</w:t>
      </w:r>
      <w:r>
        <w:br/>
      </w:r>
      <w:r>
        <w:rPr>
          <w:sz w:val="20"/>
        </w:rPr>
        <w:t>30:58  direct aap jinhon ne paya aap se</w:t>
      </w:r>
      <w:r>
        <w:br/>
      </w:r>
      <w:r>
        <w:rPr>
          <w:sz w:val="20"/>
        </w:rPr>
        <w:t>31:02  yaani faiz paya</w:t>
      </w:r>
      <w:r>
        <w:br/>
      </w:r>
      <w:r>
        <w:rPr>
          <w:sz w:val="20"/>
        </w:rPr>
        <w:t>31:05  to woh the Ashab-e-Rasool yaani Rasool Allah ke companions Rasool Allah ke sohbat yafta</w:t>
      </w:r>
      <w:r>
        <w:br/>
      </w:r>
      <w:r>
        <w:rPr>
          <w:sz w:val="20"/>
        </w:rPr>
        <w:t>31:14  to yeh group jo ab nahi</w:t>
      </w:r>
      <w:r>
        <w:br/>
      </w:r>
      <w:r>
        <w:rPr>
          <w:sz w:val="20"/>
        </w:rPr>
        <w:t>31:16  hai banne wala jo banna tha woh ban chuke kyunke rasool Allah ki zindagi hi mein ban sakta</w:t>
      </w:r>
      <w:r>
        <w:br/>
      </w:r>
      <w:r>
        <w:rPr>
          <w:sz w:val="20"/>
        </w:rPr>
        <w:t>31:22  tha woh rasool Allah ke contemporary ahle iman jo the wahi the bas lekin yeh Khuda ki kitni</w:t>
      </w:r>
      <w:r>
        <w:br/>
      </w:r>
      <w:r>
        <w:rPr>
          <w:sz w:val="20"/>
        </w:rPr>
        <w:t>31:29  بڑی رحمت ہے کہ list list جو ہے اس کا ختم نہیں ہوا یعنی یعنی comma نہیں comma</w:t>
      </w:r>
      <w:r>
        <w:br/>
      </w:r>
      <w:r>
        <w:rPr>
          <w:sz w:val="20"/>
        </w:rPr>
        <w:t>31:33  hi lagaya abhi full stop nahi laga yeh bohat hi important baat hai samjhiye is ko</w:t>
      </w:r>
      <w:r>
        <w:br/>
      </w:r>
      <w:r>
        <w:rPr>
          <w:sz w:val="20"/>
        </w:rPr>
        <w:t>31:41  Ke Khuda ke jo special groups hain jo Khuda ke khaas bande hain un ke kai group hain lekin is mein abhi tak full stop chala ja raha hai nahi comma chala ja raha hai full stop nahi lagaya abhi tak</w:t>
      </w:r>
      <w:r>
        <w:br/>
      </w:r>
      <w:r>
        <w:rPr>
          <w:sz w:val="20"/>
        </w:rPr>
        <w:t>31:59  Is ke bare mein hum bhi is mein include ho sakte hain is mein ek group dekhiye hadith mein aata hai ikhwaan-e-Rasool jo sahaba ke baad hain ikhwaan-e-Rasool brothers of the prophet yeh group sahaba ke baad ka group hai special group hai wo</w:t>
      </w:r>
      <w:r>
        <w:br/>
      </w:r>
      <w:r>
        <w:rPr>
          <w:sz w:val="20"/>
        </w:rPr>
        <w:t>32:21  ab jis ko Khuda tofeeq de woh is group mein shamil ho sakta hai ikhwan rasool ke group</w:t>
      </w:r>
      <w:r>
        <w:br/>
      </w:r>
      <w:r>
        <w:rPr>
          <w:sz w:val="20"/>
        </w:rPr>
        <w:t>32:27  mein aise ek group ke pesheen koi prediction hadith mein hai jis ko ke jo Cyprus ka safar</w:t>
      </w:r>
      <w:r>
        <w:br/>
      </w:r>
      <w:r>
        <w:rPr>
          <w:sz w:val="20"/>
        </w:rPr>
        <w:t>32:34  karega Cyprus is is ke bare mein maine tafseel se likha hai risale mein jis ko</w:t>
      </w:r>
      <w:r>
        <w:br/>
      </w:r>
      <w:r>
        <w:rPr>
          <w:sz w:val="20"/>
        </w:rPr>
        <w:t>32:41  arabic mein qabrus kehte hain</w:t>
      </w:r>
      <w:r>
        <w:br/>
      </w:r>
      <w:r>
        <w:rPr>
          <w:sz w:val="20"/>
        </w:rPr>
        <w:t>32:46  Cyprus ka safar jahan ke ek ek sahabi</w:t>
      </w:r>
      <w:r>
        <w:br/>
      </w:r>
      <w:r>
        <w:rPr>
          <w:sz w:val="20"/>
        </w:rPr>
        <w:t>32:53  Ek sahabi'a ki qabr hai us ko mein ne khud dekha wahan jab mein gaya tha wahan to us Rasool Allah ne is mein bataya ke ek group sa is sahabi'a ek group sahaba ka jayega wahan jis mein yeh shamil hongi yeh</w:t>
      </w:r>
      <w:r>
        <w:br/>
      </w:r>
      <w:r>
        <w:rPr>
          <w:sz w:val="20"/>
        </w:rPr>
        <w:t>33:11  Aur un ki wahan qabr bani hai abhi bhi wo qabr maujood hai wahan pe lekin ek doosra group baad ko jayega un ke baad to yeh is group ka is group ka bhi yaani is group mein shamil hona bhi aap ke liye ek ek gaaye ek ek hopeful wo hai possibility</w:t>
      </w:r>
      <w:r>
        <w:br/>
      </w:r>
      <w:r>
        <w:rPr>
          <w:sz w:val="20"/>
        </w:rPr>
        <w:t>33:35  to rasool Allah ke baad peghambar ke baad sahaba the sahaba ke baad ikhwan rasool hain is ke</w:t>
      </w:r>
      <w:r>
        <w:br/>
      </w:r>
      <w:r>
        <w:rPr>
          <w:sz w:val="20"/>
        </w:rPr>
        <w:t>33:42  baad woh group jo Cyprus jayega woh hai phir</w:t>
      </w:r>
      <w:r>
        <w:br/>
      </w:r>
      <w:r>
        <w:rPr>
          <w:sz w:val="20"/>
        </w:rPr>
        <w:t>33:47  phir aur bhi group hain bohat hi zabardast hadithon mein aaya hai woh main batana chahta hoon aap</w:t>
      </w:r>
      <w:r>
        <w:br/>
      </w:r>
      <w:r>
        <w:rPr>
          <w:sz w:val="20"/>
        </w:rPr>
        <w:t>33:53  کو یعنی ابھی بھی full stop نہیں لگایا ابھی ابھی کام بھی چل رہا ہے</w:t>
      </w:r>
      <w:r>
        <w:br/>
      </w:r>
      <w:r>
        <w:rPr>
          <w:sz w:val="20"/>
        </w:rPr>
        <w:t>34:00  to woh group jo kya hai is ko samjhiye aap</w:t>
      </w:r>
      <w:r>
        <w:br/>
      </w:r>
      <w:r>
        <w:rPr>
          <w:sz w:val="20"/>
        </w:rPr>
        <w:t>34:07  jo shayad sab se sab se zyada blessed group hai</w:t>
      </w:r>
      <w:r>
        <w:br/>
      </w:r>
      <w:r>
        <w:rPr>
          <w:sz w:val="20"/>
        </w:rPr>
        <w:t>34:12  sab se zyada blessed group hai</w:t>
      </w:r>
      <w:r>
        <w:br/>
      </w:r>
      <w:r>
        <w:rPr>
          <w:sz w:val="20"/>
        </w:rPr>
        <w:t>34:15  kyunke is group ke bare mein hadith mein aata hai ke khud Khawand jalal Khuda yani khud Allah</w:t>
      </w:r>
      <w:r>
        <w:br/>
      </w:r>
      <w:r>
        <w:rPr>
          <w:sz w:val="20"/>
        </w:rPr>
        <w:t>34:22  تعالیٰ اس پر فخر کرے گا He Himself will show</w:t>
      </w:r>
      <w:r>
        <w:br/>
      </w:r>
      <w:r>
        <w:rPr>
          <w:sz w:val="20"/>
        </w:rPr>
        <w:t>34:30  pride He He Himself will take these group as His as His pride</w:t>
      </w:r>
      <w:r>
        <w:br/>
      </w:r>
      <w:r>
        <w:rPr>
          <w:sz w:val="20"/>
        </w:rPr>
        <w:t>34:39  to is ko main arz karna chahta hoon aap ko dekhiye Quran mein</w:t>
      </w:r>
      <w:r>
        <w:br/>
      </w:r>
      <w:r>
        <w:rPr>
          <w:sz w:val="20"/>
        </w:rPr>
        <w:t>34:44  Quran mein surah baqarah mein</w:t>
      </w:r>
    </w:p>
    <w:p>
      <w:pPr>
        <w:pStyle w:val="Heading2"/>
      </w:pPr>
      <w:r>
        <w:t>Body versus soul: the law of nature behind fasting</w:t>
      </w:r>
    </w:p>
    <w:p>
      <w:r>
        <w:rPr>
          <w:color w:val="666666"/>
          <w:sz w:val="18"/>
        </w:rPr>
        <w:t>Post Fasting Period September 04, 2011 · 3m 09s · at 3:26 · https://youtu.be/njQ14sZvkXc?t=206</w:t>
      </w:r>
    </w:p>
    <w:p>
      <w:r>
        <w:rPr>
          <w:i/>
        </w:rPr>
        <w:t>“Dekhiye, insaan ke andar do pehlu hain”</w:t>
      </w:r>
    </w:p>
    <w:p>
      <w:r>
        <w:rPr>
          <w:sz w:val="20"/>
        </w:rPr>
        <w:t>3:26  dekhiye, insaan ke andar do pehlu hain.</w:t>
      </w:r>
      <w:r>
        <w:br/>
      </w:r>
      <w:r>
        <w:rPr>
          <w:sz w:val="20"/>
        </w:rPr>
        <w:t>3:34  ek hamara body hai, woh physical aspect hai hamara. doosra hai hamara soul, woh hamara spiritual aspect hai.</w:t>
      </w:r>
      <w:r>
        <w:br/>
      </w:r>
      <w:r>
        <w:rPr>
          <w:sz w:val="20"/>
        </w:rPr>
        <w:t>3:44  to yeh law of nature hai ke agar ek ko aap zyada feed karenge, doosre ko starvation ho jayega.</w:t>
      </w:r>
      <w:r>
        <w:br/>
      </w:r>
      <w:r>
        <w:rPr>
          <w:sz w:val="20"/>
        </w:rPr>
        <w:t>3:56  yani ek badhega to doosra ghatega. yeh hai law of nature.</w:t>
      </w:r>
      <w:r>
        <w:br/>
      </w:r>
      <w:r>
        <w:rPr>
          <w:sz w:val="20"/>
        </w:rPr>
        <w:t>4:02  to roza sach poochhen to isi is qanoon-e-fitrat ko batane ke liye hai. yani dekhiye, zindagi ke do tareeqe hain.</w:t>
      </w:r>
      <w:r>
        <w:br/>
      </w:r>
      <w:r>
        <w:rPr>
          <w:sz w:val="20"/>
        </w:rPr>
        <w:t>4:17  ek hai simple living, high thinking. yani agar simple ka matlab hai saada zindagi aap ki hogi to kya hoga?</w:t>
      </w:r>
      <w:r>
        <w:br/>
      </w:r>
      <w:r>
        <w:rPr>
          <w:sz w:val="20"/>
        </w:rPr>
        <w:t>4:27  aap ke paas high thinking aayegi.</w:t>
      </w:r>
      <w:r>
        <w:br/>
      </w:r>
      <w:r>
        <w:rPr>
          <w:sz w:val="20"/>
        </w:rPr>
        <w:t>4:30  yani maadi mamlaat mein agar aap saadgi ikhtiyar karenge, that will lead to intellectual development.</w:t>
      </w:r>
      <w:r>
        <w:br/>
      </w:r>
      <w:r>
        <w:rPr>
          <w:sz w:val="20"/>
        </w:rPr>
        <w:t>4:39  yeh hai simple living, high thinking. yani saada zindagi ikhtiyar karo maadi cheezon ke mamle mein. to iska nateeja kya hoga?</w:t>
      </w:r>
      <w:r>
        <w:br/>
      </w:r>
      <w:r>
        <w:rPr>
          <w:sz w:val="20"/>
        </w:rPr>
        <w:t>4:50  tumhare andar intellectual development rahega, spiritual development rahega. yeh hai. iska ulta kya hai?</w:t>
      </w:r>
      <w:r>
        <w:br/>
      </w:r>
      <w:r>
        <w:rPr>
          <w:sz w:val="20"/>
        </w:rPr>
        <w:t>4:58  luxurious living, best thinking. yani khoob aaram ki zindagi guzaro aur intellectual sense mein bewakoof ban jao.</w:t>
      </w:r>
      <w:r>
        <w:br/>
      </w:r>
      <w:r>
        <w:rPr>
          <w:sz w:val="20"/>
        </w:rPr>
        <w:t>5:09  to aaenda cheap thinking aa jaye. yeh law of nature hai. ismein koi exception nahin. koi exception nahin.</w:t>
      </w:r>
      <w:r>
        <w:br/>
      </w:r>
      <w:r>
        <w:rPr>
          <w:sz w:val="20"/>
        </w:rPr>
        <w:t>5:22  to roza jo hai in do tareeqon mein se ek tareeqa ek option lene ka naam hai. yani ek tareeqa woh hai ke aap khoob aaram-o-rahat mein rahen, aish-o-aram mein rahen, aur iski price yeh den ke aap intellectual door ban jayen.</w:t>
      </w:r>
      <w:r>
        <w:br/>
      </w:r>
      <w:r>
        <w:rPr>
          <w:sz w:val="20"/>
        </w:rPr>
        <w:t>5:43  intellectual door ban jayen. yani zehni budhape ka shikar ho jayen aap</w:t>
      </w:r>
      <w:r>
        <w:br/>
      </w:r>
      <w:r>
        <w:rPr>
          <w:sz w:val="20"/>
        </w:rPr>
        <w:t>5:47  ۔ ek zindagi yeh hai. aur doosri zindagi yeh hai ke aap</w:t>
      </w:r>
      <w:r>
        <w:br/>
      </w:r>
      <w:r>
        <w:rPr>
          <w:sz w:val="20"/>
        </w:rPr>
        <w:t>5:54  simple living, high thinking ka tareeqa ikhtiyar karen. yani maadi zarooraton ke mamle mein need based life. need based.</w:t>
      </w:r>
      <w:r>
        <w:br/>
      </w:r>
      <w:r>
        <w:rPr>
          <w:sz w:val="20"/>
        </w:rPr>
        <w:t>6:04  sirf zarooraton ki had tak iktefa karen aap. aur aaram-o-aish mil na jayen to kya</w:t>
      </w:r>
      <w:r>
        <w:br/>
      </w:r>
      <w:r>
        <w:rPr>
          <w:sz w:val="20"/>
        </w:rPr>
        <w:t>6:12  hoga? aap ko mauqa milega sochne ka, study ka, observation ka, zyada gehrai mein baaton ko samajhne ka.</w:t>
      </w:r>
      <w:r>
        <w:br/>
      </w:r>
      <w:r>
        <w:rPr>
          <w:sz w:val="20"/>
        </w:rPr>
        <w:t>6:22  that will lead to intellectual development. to yeh do option mein se ek option lene ka mamla hai. koi ritual nahin hai yeh. yeh bohat hi zyada samajhne ki baat hai.</w:t>
      </w:r>
    </w:p>
    <w:p>
      <w:pPr>
        <w:pStyle w:val="Heading2"/>
      </w:pPr>
      <w:r>
        <w:t>The full story of Adam, freedom, and its misuse</w:t>
      </w:r>
    </w:p>
    <w:p>
      <w:r>
        <w:rPr>
          <w:color w:val="666666"/>
          <w:sz w:val="18"/>
        </w:rPr>
        <w:t>Between Freedom and Determinism March 25, 2012 · 4m 08s · at 8:29 · https://youtu.be/ApNXrHJD9S4?t=509</w:t>
      </w:r>
    </w:p>
    <w:p>
      <w:r>
        <w:rPr>
          <w:i/>
        </w:rPr>
        <w:t>“Where does human life actually begin?”</w:t>
      </w:r>
    </w:p>
    <w:p>
      <w:r>
        <w:rPr>
          <w:sz w:val="20"/>
        </w:rPr>
        <w:t>8:29  dekhiye, insaan ki zindagi shuru kahan se hoti hai? insaan ki history jab Adam ko, yaani pehle insaan ko, Allah ne paida kiya.</w:t>
      </w:r>
      <w:r>
        <w:br/>
      </w:r>
      <w:r>
        <w:rPr>
          <w:sz w:val="20"/>
        </w:rPr>
        <w:t>8:40  farahmair begins the human history. to Allah ne Adam ko jannat mein kaha ke jannat mein raho, tum azaad ho,</w:t>
      </w:r>
      <w:r>
        <w:br/>
      </w:r>
      <w:r>
        <w:rPr>
          <w:sz w:val="20"/>
        </w:rPr>
        <w:t>8:56  poori jannat tumhare liye hai.</w:t>
      </w:r>
      <w:r>
        <w:br/>
      </w:r>
      <w:r>
        <w:rPr>
          <w:sz w:val="20"/>
        </w:rPr>
        <w:t>8:59  lekin ek darakht tha wahan, forbidden tree, uska paas na jaana, uska phal na khana.</w:t>
      </w:r>
      <w:r>
        <w:br/>
      </w:r>
      <w:r>
        <w:rPr>
          <w:sz w:val="20"/>
        </w:rPr>
        <w:t>9:10  to kya hua</w:t>
      </w:r>
      <w:r>
        <w:br/>
      </w:r>
      <w:r>
        <w:rPr>
          <w:sz w:val="20"/>
        </w:rPr>
        <w:t>9:13  ? kuch din tak to Adam usse door rahe, lekin phir temptation woh hota hai, temptation, temptation ko woh bardasht na kar saka, sakm kar diya unhone temptation ko, aur woh us darakht tak chale gaye, wahan uska phal kha liya.</w:t>
      </w:r>
      <w:r>
        <w:br/>
      </w:r>
      <w:r>
        <w:rPr>
          <w:sz w:val="20"/>
        </w:rPr>
        <w:t>9:35  that was first misuse of freedom.</w:t>
      </w:r>
      <w:r>
        <w:br/>
      </w:r>
      <w:r>
        <w:rPr>
          <w:sz w:val="20"/>
        </w:rPr>
        <w:t>9:41  insaan ki tareekh mein misuse of freedom ka yeh pehla case tha. to Allah taala ne uske baad inko wahan se nikaal diya aur is is planet earth par inko basaya.</w:t>
      </w:r>
      <w:r>
        <w:br/>
      </w:r>
      <w:r>
        <w:rPr>
          <w:sz w:val="20"/>
        </w:rPr>
        <w:t>9:54  iska matlab kya tha? ke pehla jo mauqa diya tha insaan ko Allah taala ne, wohi ke poori poori bashar majmoo'a jannat mein rahe, saare ke saare mard, saare ke saare auratein.</w:t>
      </w:r>
      <w:r>
        <w:br/>
      </w:r>
      <w:r>
        <w:rPr>
          <w:sz w:val="20"/>
        </w:rPr>
        <w:t>10:09  lekin jab misuse of freedom hua Adam ki taraf se aur Hawa ki taraf se, to Allah ne kya faisla kiya? ab wohi jo deviate kiya tha, phir loop line par Allah taala le aaye.</w:t>
      </w:r>
      <w:r>
        <w:br/>
      </w:r>
      <w:r>
        <w:rPr>
          <w:sz w:val="20"/>
        </w:rPr>
        <w:t>10:22  woh kya tha? ab yeh Allah ne faisla kiya ke ab</w:t>
      </w:r>
      <w:r>
        <w:br/>
      </w:r>
      <w:r>
        <w:rPr>
          <w:sz w:val="20"/>
        </w:rPr>
        <w:t>10:30  selective basis par logon ke liye jannat ka faisla kiya jayega, general basis par nahi.</w:t>
      </w:r>
      <w:r>
        <w:br/>
      </w:r>
      <w:r>
        <w:rPr>
          <w:sz w:val="20"/>
        </w:rPr>
        <w:t>10:36  isi ko main keh raha hoon ke debate kar jab kiya insaan ne, to dobara usko sirat mustaqeem par laate rahe. "walillah qasada al-sabeel wa ma ja'ira wa law shaa'a lahadakum ajmaeen" jahan ja'ira, yaani muta'affir, yaani deviate karna, koi deviated rasta,</w:t>
      </w:r>
      <w:r>
        <w:br/>
      </w:r>
      <w:r>
        <w:rPr>
          <w:sz w:val="20"/>
        </w:rPr>
        <w:t>10:58  derail hona, aur to aj bain, yaani agar chahta to sab ko isi raste par daal deta.</w:t>
      </w:r>
      <w:r>
        <w:br/>
      </w:r>
      <w:r>
        <w:rPr>
          <w:sz w:val="20"/>
        </w:rPr>
        <w:t>11:06  lekin aisa nahi kiya, Allah ne sab ko chhod diya, lekin saath saath woh usko manage karta raha.</w:t>
      </w:r>
      <w:r>
        <w:br/>
      </w:r>
      <w:r>
        <w:rPr>
          <w:sz w:val="20"/>
        </w:rPr>
        <w:t>11:13  to pehle Allah ka mansooba yeh tha ke general basis par sab ko jannat mile, lekin jab insaan ne uska saboot nahi diya.</w:t>
      </w:r>
      <w:r>
        <w:br/>
      </w:r>
      <w:r>
        <w:rPr>
          <w:sz w:val="20"/>
        </w:rPr>
        <w:t>11:24  kyunki dekhein, jannat un logon ke liye hai jo poori tarah predictable ban chuke hon, jo poori tarah misuse of freedom se paak hon.</w:t>
      </w:r>
      <w:r>
        <w:br/>
      </w:r>
      <w:r>
        <w:rPr>
          <w:sz w:val="20"/>
        </w:rPr>
        <w:t>11:37  apni azadi se woh theek theek choice lete rahein, aise log jin mein jayenge.</w:t>
      </w:r>
      <w:r>
        <w:br/>
      </w:r>
      <w:r>
        <w:rPr>
          <w:sz w:val="20"/>
        </w:rPr>
        <w:t>11:43  ek hi cheez yaad rakhiye, apni azadi se, kyunke wahan poori azadi hogi jin mein, mukammal azadi.</w:t>
      </w:r>
      <w:r>
        <w:br/>
      </w:r>
      <w:r>
        <w:rPr>
          <w:sz w:val="20"/>
        </w:rPr>
        <w:t>11:53  lekin log itne zyada self-restrained honge, itne zyada conscious honge, kabhi bhi wrong choice nahi lenge, woh hamesha right choice lenge.</w:t>
      </w:r>
      <w:r>
        <w:br/>
      </w:r>
      <w:r>
        <w:rPr>
          <w:sz w:val="20"/>
        </w:rPr>
        <w:t>12:05  toh jo statist mein poora utre, uske liye jannat hai.</w:t>
      </w:r>
      <w:r>
        <w:br/>
      </w:r>
      <w:r>
        <w:rPr>
          <w:sz w:val="20"/>
        </w:rPr>
        <w:t>12:08  toh pehle Allah taala ne sabke liye jannat ka mauqa de diya tha, lekin jab insaan fail ho gaya toh ab yeh hua ke jo log test mein poore utre hain, unke liye jannat rahegi.</w:t>
      </w:r>
      <w:r>
        <w:br/>
      </w:r>
      <w:r>
        <w:rPr>
          <w:sz w:val="20"/>
        </w:rPr>
        <w:t>12:23  insaan ko is basis par is duniya mein rakha gaya. yeh duniya kya hai? yeh yeh selecting ground hai. ab insaan chal raha hai, chal raha hai, aur fard fard ka record likh rahe hain malaika.</w:t>
      </w:r>
    </w:p>
    <w:p>
      <w:pPr>
        <w:pStyle w:val="Heading2"/>
      </w:pPr>
      <w:r>
        <w:t>Running a mission needs wisdom, not blind martyrdom</w:t>
      </w:r>
    </w:p>
    <w:p>
      <w:r>
        <w:rPr>
          <w:color w:val="666666"/>
          <w:sz w:val="18"/>
        </w:rPr>
        <w:t>Prophet of Rahamat November 30, 2013 Maulana Wahiduddin Khan · 3m 48s · at 45:41 · https://youtu.be/Ufw57FQtEtA?t=2741</w:t>
      </w:r>
    </w:p>
    <w:p>
      <w:r>
        <w:rPr>
          <w:i/>
        </w:rPr>
        <w:t>“Running a mission requires a great deal of wisdom”</w:t>
      </w:r>
    </w:p>
    <w:p>
      <w:r>
        <w:rPr>
          <w:sz w:val="20"/>
        </w:rPr>
        <w:t>45:41  isi liye maine aksar sochta hoon ke mission chalana bohat hi wisdom chahiye. wisdom</w:t>
      </w:r>
      <w:r>
        <w:br/>
      </w:r>
      <w:r>
        <w:rPr>
          <w:sz w:val="20"/>
        </w:rPr>
        <w:t>45:51  andha dhund mission nahi chal sakta. hamare Muslim countries mein jo nakami ho rahi hai, kyunke wisdom ke baghair chala rahe hain, to kya keh raha hai?</w:t>
      </w:r>
      <w:r>
        <w:br/>
      </w:r>
      <w:r>
        <w:rPr>
          <w:sz w:val="20"/>
        </w:rPr>
        <w:t>46:02  khwahish shahadat, is ka naam rakh rakha hai shahadat. bhi yeh keho ke mar kat rahe hain, yeh keho.</w:t>
      </w:r>
      <w:r>
        <w:br/>
      </w:r>
      <w:r>
        <w:rPr>
          <w:sz w:val="20"/>
        </w:rPr>
        <w:t>46:10  saare Muslim countries mein kya hai? log shahadat ka title liye hue hain, woh sab shahadat nahi hai, woh marna kutna hai. yani aap ka mitti kaag toot raha hai to aap kahein, "dekho, shaheed ho gaye, dekho, shahadat ka darja mil gaya".</w:t>
      </w:r>
      <w:r>
        <w:br/>
      </w:r>
      <w:r>
        <w:rPr>
          <w:sz w:val="20"/>
        </w:rPr>
        <w:t>46:25  kuch nahi hai.</w:t>
      </w:r>
      <w:r>
        <w:br/>
      </w:r>
      <w:r>
        <w:rPr>
          <w:sz w:val="20"/>
        </w:rPr>
        <w:t>46:27  wisdom na hone ki wajah se aap khwamkhwah lad rahe hain, mar rahe hain, kat rahe hain, aur is ko is ki tabeer ke liye, is ko justification ke liye aap kehte hain ke yeh shahadat hai.</w:t>
      </w:r>
      <w:r>
        <w:br/>
      </w:r>
      <w:r>
        <w:rPr>
          <w:sz w:val="20"/>
        </w:rPr>
        <w:t>46:48  to Umar arsalna ke Allah Rahmatulilalameen mein jo Rahmatulilalameen ka lafz hai, kisi mysterious sense mein nahi hai, fazilat ke sense mein nahi hai.</w:t>
      </w:r>
      <w:r>
        <w:br/>
      </w:r>
      <w:r>
        <w:rPr>
          <w:sz w:val="20"/>
        </w:rPr>
        <w:t>46:59  woh is sense mein hai ke Allah Ta'ala yani har in manage kar rahe hain is is is kainat ko, is is zindagi ko.</w:t>
      </w:r>
      <w:r>
        <w:br/>
      </w:r>
      <w:r>
        <w:rPr>
          <w:sz w:val="20"/>
        </w:rPr>
        <w:t>47:10  kal yauum huwa fi sha'n ka ma'ni yahi hai ke Khuda haran alive hai, haran active hai, haran woh manage kar raha hai.</w:t>
      </w:r>
      <w:r>
        <w:br/>
      </w:r>
      <w:r>
        <w:rPr>
          <w:sz w:val="20"/>
        </w:rPr>
        <w:t>47:21  ab is mein tum ko apni sawari chalani hai, to tum bohat hi wisdom kar ke sath jaanna parega ke kidhar rasta hai, kidhar rasta nahi hai,</w:t>
      </w:r>
      <w:r>
        <w:br/>
      </w:r>
      <w:r>
        <w:rPr>
          <w:sz w:val="20"/>
        </w:rPr>
        <w:t>47:34  kidhar mudna hai, kidhar mudna nahi hai, kahan rukna hai, kahan rukna nahi hai. yeh apni apni baseerat se jaanna parega, kyunke farishta awaz nahi lagaye ga.</w:t>
      </w:r>
      <w:r>
        <w:br/>
      </w:r>
      <w:r>
        <w:rPr>
          <w:sz w:val="20"/>
        </w:rPr>
        <w:t>47:48  Khuda ka jo management hai, woh awaz nahi lagaye ga. you have to apply your own wisdom,</w:t>
      </w:r>
      <w:r>
        <w:br/>
      </w:r>
      <w:r>
        <w:rPr>
          <w:sz w:val="20"/>
        </w:rPr>
        <w:t>48:00  tab kamyabi hai.</w:t>
      </w:r>
      <w:r>
        <w:br/>
      </w:r>
      <w:r>
        <w:rPr>
          <w:sz w:val="20"/>
        </w:rPr>
        <w:t>48:04  yani aap dekhein, Quran mein hai ke "antumul aaloona in kuntum momineen" ke tum hi kamyab ho gaye ho ke tum momin ho, aur har jagah musalman nakam ho rahe hain.</w:t>
      </w:r>
      <w:r>
        <w:br/>
      </w:r>
      <w:r>
        <w:rPr>
          <w:sz w:val="20"/>
        </w:rPr>
        <w:t>48:16  jitne bhi aap logon ne jin ko shaheed bana rakha hai, woh kya hai? nakami kaise ho? beshumar logon ko aap logon ne shaheed bana rakha hai, lekin woh kya hota hai?</w:t>
      </w:r>
      <w:r>
        <w:br/>
      </w:r>
      <w:r>
        <w:rPr>
          <w:sz w:val="20"/>
        </w:rPr>
        <w:t>48:26  nakami kaise hai? khwamkhwah lad gaye, mar gaye, kat gaye,</w:t>
      </w:r>
      <w:r>
        <w:br/>
      </w:r>
      <w:r>
        <w:rPr>
          <w:sz w:val="20"/>
        </w:rPr>
        <w:t>48:34  woh nakami kaise hai? woh to nakami kyun ho gayi? kyunke wisdom apply nahi kiya unhone.</w:t>
      </w:r>
      <w:r>
        <w:br/>
      </w:r>
      <w:r>
        <w:rPr>
          <w:sz w:val="20"/>
        </w:rPr>
        <w:t>48:44  wisdom apply nahi kiya. apni planning mein dekhein, jab bhi aap koi planning karte hain to bohat sa expert, jaise ek bara pul banana hai, aap ko ek bari building banani hai, to bohat se experts involve hote hain,</w:t>
      </w:r>
      <w:r>
        <w:br/>
      </w:r>
      <w:r>
        <w:rPr>
          <w:sz w:val="20"/>
        </w:rPr>
        <w:t>49:01  mukhtalif cheezon ke expert.</w:t>
      </w:r>
      <w:r>
        <w:br/>
      </w:r>
      <w:r>
        <w:rPr>
          <w:sz w:val="20"/>
        </w:rPr>
        <w:t>49:04  jaise main Chicago gaya to wahan par jo CS building hai, sau story se bhi zyada hai, woh to sara naam likha hua, yeh woh, yeh woh ke har cheez ke expert baithe, aur sab logon ne socha ke kis tarah building banai jaye.</w:t>
      </w:r>
      <w:r>
        <w:br/>
      </w:r>
      <w:r>
        <w:rPr>
          <w:sz w:val="20"/>
        </w:rPr>
        <w:t>49:22  to saare expert ke mashware ke baad woh building khadi hui.</w:t>
      </w:r>
    </w:p>
    <w:p>
      <w:pPr>
        <w:pStyle w:val="Heading2"/>
      </w:pPr>
      <w:r>
        <w:t>Cause-and-effect epistemology, the universe as canvas of recognition</w:t>
      </w:r>
    </w:p>
    <w:p>
      <w:r>
        <w:rPr>
          <w:color w:val="666666"/>
          <w:sz w:val="18"/>
        </w:rPr>
        <w:t>Realization of God November 26, 2024 · 5m 56s · at 25:41 · https://youtu.be/AG1gtOdLvGs?t=1541</w:t>
      </w:r>
    </w:p>
    <w:p>
      <w:r>
        <w:rPr>
          <w:i/>
        </w:rPr>
        <w:t>“Rabbi arini anzur ilayk, ae mere Rab main aap ko dekhna chahta hoon.”</w:t>
      </w:r>
    </w:p>
    <w:p>
      <w:r>
        <w:rPr>
          <w:sz w:val="20"/>
        </w:rPr>
        <w:t>25:41  kya Allah ko dekh kar pehchan na hai? to yeh bhi impossible baat hai.</w:t>
      </w:r>
      <w:r>
        <w:br/>
      </w:r>
      <w:r>
        <w:rPr>
          <w:sz w:val="20"/>
        </w:rPr>
        <w:t>25:48  is liye ke yeh jo desire hai Allah ko dekhne ki, yeh jo khwahish hai, yeh har insaan ke andar paai jaati hai ke woh khalq ko dekhe, apne Rab ko dekhe.</w:t>
      </w:r>
      <w:r>
        <w:br/>
      </w:r>
      <w:r>
        <w:rPr>
          <w:sz w:val="20"/>
        </w:rPr>
        <w:t>26:01  aur ghaliban yahi woh ehsaas hai jis ne baad mein but parasti ko janam diya. achha, ke khalq ko dekhne ki achha, khalq ko dekhne ki chahat, khalq ko dekhne ki khwahish.</w:t>
      </w:r>
      <w:r>
        <w:br/>
      </w:r>
      <w:r>
        <w:rPr>
          <w:sz w:val="20"/>
        </w:rPr>
        <w:t>26:15  ji, magar Quran mein Allah taala ne is baat ko wazeh kar diya ek paighambar ke zariye se. hmm, aisi hi khwahish Hazrat Musa ke andar bhi jaagi thi.</w:t>
      </w:r>
      <w:r>
        <w:br/>
      </w:r>
      <w:r>
        <w:rPr>
          <w:sz w:val="20"/>
        </w:rPr>
        <w:t>26:25  ji, unhone Allah se kaha tha ke RABBI ARINI ANZUR ILAIK ke a mere Rab, main aap ko dekhna chahta hoon. hmm, to Allah ne kaha ke LAN TARANI dekho, yeh to impossible sawal tum ne kar diya.</w:t>
      </w:r>
      <w:r>
        <w:br/>
      </w:r>
      <w:r>
        <w:rPr>
          <w:sz w:val="20"/>
        </w:rPr>
        <w:t>26:39  yeh to hone wala nahi hai, aisa nahi ho sakta hai.</w:t>
      </w:r>
      <w:r>
        <w:br/>
      </w:r>
      <w:r>
        <w:rPr>
          <w:sz w:val="20"/>
        </w:rPr>
        <w:t>26:43  is ke baad Allah ne kaha ke tum pahaad ki taraf dekho, agar yeh apni jagah barkarar reh jaye to tum humein dekh loge.</w:t>
      </w:r>
      <w:r>
        <w:br/>
      </w:r>
      <w:r>
        <w:rPr>
          <w:sz w:val="20"/>
        </w:rPr>
        <w:t>26:55  ji, to ek tajalli se woh pahaad reza reza ho gaya aur Hazrat Musa behosh ho kar gir pade. dekhiye, is ka matlab kya hai?</w:t>
      </w:r>
      <w:r>
        <w:br/>
      </w:r>
      <w:r>
        <w:rPr>
          <w:sz w:val="20"/>
        </w:rPr>
        <w:t>27:04  yeh saada baat nahi hai, yeh bohat gehri baat hai. is par Maulana ne bohat achhe mazameen likhe hain, kitabein, apni kitab "Kitab ul Marifat" mein.</w:t>
      </w:r>
      <w:r>
        <w:br/>
      </w:r>
      <w:r>
        <w:rPr>
          <w:sz w:val="20"/>
        </w:rPr>
        <w:t>27:14  Maulana ne is silsile mein bohat badi baat yeh ki</w:t>
      </w:r>
      <w:r>
        <w:br/>
      </w:r>
      <w:r>
        <w:rPr>
          <w:sz w:val="20"/>
        </w:rPr>
        <w:t>27:17  ke dekhiye, Allah ki marifat effects ke zariye se ho sakti hai, cause and effect. yaani aap pahaad ka ka jo reza reza hona hai, woh ek woh ek cheez hai jis ke zariye se aap pehchan sakte hain.</w:t>
      </w:r>
      <w:r>
        <w:br/>
      </w:r>
      <w:r>
        <w:rPr>
          <w:sz w:val="20"/>
        </w:rPr>
        <w:t>27:31  dekhiye, jaise jo hai electron hain, un ki gardish ko koi dekh nahi sakta hai, woh invisible hai. aap microscope laga kar ke bhi dekh nahi s</w:t>
      </w:r>
      <w:r>
        <w:br/>
      </w:r>
      <w:r>
        <w:rPr>
          <w:sz w:val="20"/>
        </w:rPr>
        <w:t>27:40  akte hain. ji, lekin woh is ke effect se pehchan sakte hain ke wahan par jo heat generate hoti hai, woh heat bata rahi hai ke yahan par ek zabardast gardish jaari hai.</w:t>
      </w:r>
      <w:r>
        <w:br/>
      </w:r>
      <w:r>
        <w:rPr>
          <w:sz w:val="20"/>
        </w:rPr>
        <w:t>27:53  to woh heat se jo hai na maloom kiya jata hai. ji, bilkul yahi maamla Allah ki marifat ka bhi hai ke Allah ko koi dekh kar ke nahi, balke Allah taala ki nishaniyon ko, jis ko Quran mein jo hai Aayaatullah kaha gaya hai.</w:t>
      </w:r>
      <w:r>
        <w:br/>
      </w:r>
      <w:r>
        <w:rPr>
          <w:sz w:val="20"/>
        </w:rPr>
        <w:t>28:07  achha,</w:t>
      </w:r>
      <w:r>
        <w:br/>
      </w:r>
      <w:r>
        <w:rPr>
          <w:sz w:val="20"/>
        </w:rPr>
        <w:t>28:08  keh Allah taala ne poori kainat mein, poori universe mein, zarray se le kar kehkeshan tak, bari bari jo stars hain, planets hain, galaxies hain, un ko dekh kar ke pehchana ja sakta hai.</w:t>
      </w:r>
      <w:r>
        <w:br/>
      </w:r>
      <w:r>
        <w:rPr>
          <w:sz w:val="20"/>
        </w:rPr>
        <w:t>28:23  yahi jo hai na Allah tak aik bande ko pohncha sakte hain. Lekin is ke liye aik aur marhala is se pehle zaroori hai, woh yeh hai ke banda wahi ke zariye se Allah taala ke baray mein jaan le,</w:t>
      </w:r>
      <w:r>
        <w:br/>
      </w:r>
      <w:r>
        <w:rPr>
          <w:sz w:val="20"/>
        </w:rPr>
        <w:t>28:38  Allah ke wajood ko tasleem karay. Hmm, is ke baad jab Allah ki azmat ko woh samajhna chahta hai, hmm, to sab se bara zariya jo hai, yeh poori ki poori hamare charon taraf phailai hui jo kainat, phaili hui jo kainat hai, woh sab se bara zariya hai.</w:t>
      </w:r>
      <w:r>
        <w:br/>
      </w:r>
      <w:r>
        <w:rPr>
          <w:sz w:val="20"/>
        </w:rPr>
        <w:t>28:54  ji, dekhiye, insan ko rehne ke liye yeh pachis hazar mile ka jo hamara jo planet Earth hai, yeh kafi tha. Magar itni azeem kainat Khuda ne kyun banai?</w:t>
      </w:r>
      <w:r>
        <w:br/>
      </w:r>
      <w:r>
        <w:rPr>
          <w:sz w:val="20"/>
        </w:rPr>
        <w:t>29:04  hmm</w:t>
      </w:r>
      <w:r>
        <w:br/>
      </w:r>
      <w:r>
        <w:rPr>
          <w:sz w:val="20"/>
        </w:rPr>
        <w:t>29:05  yeh asal mein marifat ke liye Khuda ne banai. Yeh poori universe jo hai na marifat ka canvas hai. Hmm, jis ke zariye se hum Allah ki azmat ka, Allah ki qudrat ka mushahida kar sakte hain.</w:t>
      </w:r>
      <w:r>
        <w:br/>
      </w:r>
      <w:r>
        <w:rPr>
          <w:sz w:val="20"/>
        </w:rPr>
        <w:t>29:18  ji, dekhiye, Quran mein hum jab parhte hain Allah ke baray mein to yeh Khuda ka aik description hai. Hmm, ke Khuda apne baray mein batata hai.</w:t>
      </w:r>
      <w:r>
        <w:br/>
      </w:r>
      <w:r>
        <w:rPr>
          <w:sz w:val="20"/>
        </w:rPr>
        <w:t>29:28  magar jab hum kainat ko dete hain, dekhte hain, hmm, to Khuda apni qudraton ka ko kainat mein demonstrate karta hai.</w:t>
      </w:r>
      <w:r>
        <w:br/>
      </w:r>
      <w:r>
        <w:rPr>
          <w:sz w:val="20"/>
        </w:rPr>
        <w:t>29:38  ji, is liye Quran mein jo hai bataya gaya ke Allah taala marifat ka canvas insan ke samne aisa barhanay walay hain.</w:t>
      </w:r>
      <w:r>
        <w:br/>
      </w:r>
      <w:r>
        <w:rPr>
          <w:sz w:val="20"/>
        </w:rPr>
        <w:t>29:47  aage jab naya daur aye ga, scientific daur, is se pehle chounke nature subject of worship ban chuka tha, log us ko ibadat karte thay nature ki, is liye woh Khuda tak nahi pohanch sakay.</w:t>
      </w:r>
      <w:r>
        <w:br/>
      </w:r>
      <w:r>
        <w:rPr>
          <w:sz w:val="20"/>
        </w:rPr>
        <w:t>30:03  woh samajh bethe ke chand aik Khuda hai, suraj aik Khuda hai, aur daryaon ki ibadatein, nadiyon ki, aur phir janwaron ki, yeh sab mamla shuru ho chuka tha.</w:t>
      </w:r>
      <w:r>
        <w:br/>
      </w:r>
      <w:r>
        <w:rPr>
          <w:sz w:val="20"/>
        </w:rPr>
        <w:t>30:16  to wahan tak insan nahi pohanch pa raha tha. Hmm, magar Allah taala ne bataya ke yeh daur khatam hoga,</w:t>
      </w:r>
      <w:r>
        <w:br/>
      </w:r>
      <w:r>
        <w:rPr>
          <w:sz w:val="20"/>
        </w:rPr>
        <w:t>30:23  aik naya daur shuru hoga, jabke insan jo hai kainat ki study shuru kare ga. Hmm, is ke baad Allah ne kaha hai ke sanurihim ayatina fil afaqi wa fi anfusihim ke Allah afaq aur anfus mein itni nishaniyan apni khol denge ke aik insan aik cell ki study karay.</w:t>
      </w:r>
      <w:r>
        <w:br/>
      </w:r>
      <w:r>
        <w:rPr>
          <w:sz w:val="20"/>
        </w:rPr>
        <w:t>30:41  dekhein, human cell ki agar study karein, human cell bilkul different hai. Ji,</w:t>
      </w:r>
      <w:r>
        <w:br/>
      </w:r>
      <w:r>
        <w:rPr>
          <w:sz w:val="20"/>
        </w:rPr>
        <w:t>30:45  animal cell dekhein, woh is se bhi bilkul alag hai. Hmm, aur agar aap plant cell ko dekhein to woh bilkul uska jo structure hai, woh bilkul different hai.</w:t>
      </w:r>
      <w:r>
        <w:br/>
      </w:r>
      <w:r>
        <w:rPr>
          <w:sz w:val="20"/>
        </w:rPr>
        <w:t>30:54  hmm, yeh kaisi ajeeb baat hai ke cell, cell se insan bhi bana hai, cell se plants bhi bane hain, aur animal bhi bane hain.</w:t>
      </w:r>
      <w:r>
        <w:br/>
      </w:r>
      <w:r>
        <w:rPr>
          <w:sz w:val="20"/>
        </w:rPr>
        <w:t>31:04  magar yeh kitna different Allah taala ne un ko banaya hai.</w:t>
      </w:r>
      <w:r>
        <w:br/>
      </w:r>
      <w:r>
        <w:rPr>
          <w:sz w:val="20"/>
        </w:rPr>
        <w:t>31:08  to is andaaz se jab hum dekhte hain to afaq se le kar anfus tak, yeh kankar se le kar kehkeshan tak, sab jo hai insan ko Allah ki marifat tak pohanchane ka zariya ban jatay hain.</w:t>
      </w:r>
      <w:r>
        <w:br/>
      </w:r>
      <w:r>
        <w:rPr>
          <w:sz w:val="20"/>
        </w:rPr>
        <w:t>31:22  to is tarah jo hai hum tadabbur ke zariye Quran mein aur kainat mein tafakkur ke zariye, ji, Quran mein aik taraf aap Quran parhenge afala yanzuruna ila al ibili kaifa khuliqat to hum parh rahe hain Quran, lekin</w:t>
      </w:r>
    </w:p>
    <w:p>
      <w:pPr>
        <w:pStyle w:val="Heading2"/>
      </w:pPr>
      <w:r>
        <w:t>Ibrahim leaves Hajra and infant Ismail in Mecca</w:t>
      </w:r>
    </w:p>
    <w:p>
      <w:r>
        <w:rPr>
          <w:color w:val="666666"/>
          <w:sz w:val="18"/>
        </w:rPr>
        <w:t>Hajj In the Footsteps of Prophet Ibrahim June 16, 2024 · 4m 39s · at 15:28 · https://youtu.be/wAMsw43dhmg?t=928</w:t>
      </w:r>
    </w:p>
    <w:p>
      <w:r>
        <w:rPr>
          <w:i/>
        </w:rPr>
        <w:t>“Ibrahim was ordered by God to travel to Mecca”</w:t>
      </w:r>
    </w:p>
    <w:p>
      <w:r>
        <w:rPr>
          <w:sz w:val="20"/>
        </w:rPr>
        <w:t>15:28  ein. ya, this is a very interesting question, because ibrahim alaihissalam was ordered by god to travel to mecca, and at that time,</w:t>
      </w:r>
      <w:r>
        <w:br/>
      </w:r>
      <w:r>
        <w:rPr>
          <w:sz w:val="20"/>
        </w:rPr>
        <w:t>15:41  ismail was born. he was, he was like a infant, and hajra, ismail alaihissalam mother.</w:t>
      </w:r>
      <w:r>
        <w:br/>
      </w:r>
      <w:r>
        <w:rPr>
          <w:sz w:val="20"/>
        </w:rPr>
        <w:t>15:49  so, again, these three people started from palestine, and angel jibril was guiding them. so, probably, they were travelling on a mule or some kind of donkey.</w:t>
      </w:r>
      <w:r>
        <w:br/>
      </w:r>
      <w:r>
        <w:rPr>
          <w:sz w:val="20"/>
        </w:rPr>
        <w:t>16:08  so, three of them, ibrahim alaihissalam, ismail alaihissalam, who was just a child, a infant, and hajra, razi allah anha. so, they, they travelled with angel jibril,</w:t>
      </w:r>
      <w:r>
        <w:br/>
      </w:r>
      <w:r>
        <w:rPr>
          <w:sz w:val="20"/>
        </w:rPr>
        <w:t>16:22  and whenever a town or a small village passed, ibrahim alaihissalam was in, in joy, would ask jibril, "that is this the place where god wanted us to go?"</w:t>
      </w:r>
      <w:r>
        <w:br/>
      </w:r>
      <w:r>
        <w:rPr>
          <w:sz w:val="20"/>
        </w:rPr>
        <w:t>16:41  " so, jibril said, "no, you have to go further. you have to go further." so, every time, some town or some village or some city would they pass through, they ibrahim would think that this is the place where god wanted us to go. but jibril said, "no, we have to go further and further." and its was a very long and tiring journey</w:t>
      </w:r>
      <w:r>
        <w:br/>
      </w:r>
      <w:r>
        <w:rPr>
          <w:sz w:val="20"/>
        </w:rPr>
        <w:t>17:04  .. and finally, they reached to a place, which was kind of barren, uncultivated, no humans, no trees, only sand, stones, and some mountains here and there. so, jibril said, "this is the place where god wanted you to go." so,</w:t>
      </w:r>
      <w:r>
        <w:br/>
      </w:r>
      <w:r>
        <w:rPr>
          <w:sz w:val="20"/>
        </w:rPr>
        <w:t>17:30  they were very tired. hajra must have been very tired</w:t>
      </w:r>
      <w:r>
        <w:br/>
      </w:r>
      <w:r>
        <w:rPr>
          <w:sz w:val="20"/>
        </w:rPr>
        <w:t>17:34  .. so, ibrahim alaihissalam said to hajra, "you sit under that tree with ismail." and he gave some dates in a bag and a water skin with some water. and she started to go away. so, hajra got up and follow him and said, "why you are leaving us here alone?"</w:t>
      </w:r>
      <w:r>
        <w:br/>
      </w:r>
      <w:r>
        <w:rPr>
          <w:sz w:val="20"/>
        </w:rPr>
        <w:t>18:00  there is no human being, there is no water, there is no food, there is no nothing.</w:t>
      </w:r>
      <w:r>
        <w:br/>
      </w:r>
      <w:r>
        <w:rPr>
          <w:sz w:val="20"/>
        </w:rPr>
        <w:t>18:05  so, how can we survive?" but ibrahim alaihissalam didn't reply. he kept quiet. so, she ask the same question again, and still, ibrahim alaihissalam didn't say a word. and then she again, two three times, she ask the same question, "how can we survive in this place, and you are leaving us alone?"</w:t>
      </w:r>
      <w:r>
        <w:br/>
      </w:r>
      <w:r>
        <w:rPr>
          <w:sz w:val="20"/>
        </w:rPr>
        <w:t>18:29  so, finally, hajra ask ibrahim alaihissalam, "has god ordered you to do this?" ji, so ibrahim alaihissalam said, "yes." he said, "yes." so,</w:t>
      </w:r>
      <w:r>
        <w:br/>
      </w:r>
      <w:r>
        <w:rPr>
          <w:sz w:val="20"/>
        </w:rPr>
        <w:t>18:45  hajra said, "then god will not waste us." that was</w:t>
      </w:r>
      <w:r>
        <w:br/>
      </w:r>
      <w:r>
        <w:rPr>
          <w:sz w:val="20"/>
        </w:rPr>
        <w:t>18:50  the trust. that was the trust, because of that, today, all the pilgrims walk her footsteps, which is, which is amazing. so, ibrahim alaihissalam walked a little further area, which is called saniya.</w:t>
      </w:r>
      <w:r>
        <w:br/>
      </w:r>
      <w:r>
        <w:rPr>
          <w:sz w:val="20"/>
        </w:rPr>
        <w:t>19:11  so, there he stood, and from there, hajra could not see, see him little far. and he raised his hands and prayed.</w:t>
      </w:r>
      <w:r>
        <w:br/>
      </w:r>
      <w:r>
        <w:rPr>
          <w:sz w:val="20"/>
        </w:rPr>
        <w:t>19:27  he faced towards qibla and prayed, "rabbana, inni askan tu min zurriyati biwad ji biwad ghair ji zarain in the bab al haram."</w:t>
      </w:r>
      <w:r>
        <w:br/>
      </w:r>
      <w:r>
        <w:rPr>
          <w:sz w:val="20"/>
        </w:rPr>
        <w:t>19:42  avar lord, i have settled some of my offsprings in the uncultivated valley near your sacred house." phir ibrahim alaihissalam ne dua ki ki, "me allah give them sustenance and me allah support. me allah they get support from the local people." so, in this way, ibrahim alaihissalam pred and left makkah.</w:t>
      </w:r>
    </w:p>
    <w:p>
      <w:pPr>
        <w:pStyle w:val="Heading2"/>
      </w:pPr>
      <w:r>
        <w:t>Heart-based vs mind-based spirituality and permanent transformation</w:t>
      </w:r>
    </w:p>
    <w:p>
      <w:r>
        <w:rPr>
          <w:color w:val="666666"/>
          <w:sz w:val="18"/>
        </w:rPr>
        <w:t>Spirituality in Daily Life 13 Aug 2016 - Maulana Wahiduddin Khan · 5m 18s · at 6:04 · https://youtu.be/SB0AF0Q9aTE?t=364</w:t>
      </w:r>
    </w:p>
    <w:p>
      <w:r>
        <w:rPr>
          <w:i/>
        </w:rPr>
        <w:t>“Dekhiye, main bahut se logon se mila hun jo is line ke the.”</w:t>
      </w:r>
    </w:p>
    <w:p>
      <w:r>
        <w:rPr>
          <w:sz w:val="20"/>
        </w:rPr>
        <w:t>6:04  dekhiye, main bahut se logon se mila hoon jo is line ke the. kitabein padhi hain. badi mashhoor kitab hai "the monk who sold his priory". to main to isi nateeje pahuncha hoon ki</w:t>
      </w:r>
      <w:r>
        <w:br/>
      </w:r>
      <w:r>
        <w:rPr>
          <w:sz w:val="20"/>
        </w:rPr>
        <w:t>6:21  heart based spirituality mein aadmi ko jo cheez milti hai, wo bekhudi kahiye, usko ecstasy kahiye. to usmein aadmi ko thodi der ke liye zaroor milta hai. zaroor.</w:t>
      </w:r>
      <w:r>
        <w:br/>
      </w:r>
      <w:r>
        <w:rPr>
          <w:sz w:val="20"/>
        </w:rPr>
        <w:t>6:38  thodi der ke liye wo bhool jaata hai problem ko. is tarah ki cheez to hoti hai usmein. lekin wo thodi cheez ke liye, thodi der ke liye. mustaqil taur par usko peace of mind nahi milta. main ek saahab se mila jo</w:t>
      </w:r>
      <w:r>
        <w:br/>
      </w:r>
      <w:r>
        <w:rPr>
          <w:sz w:val="20"/>
        </w:rPr>
        <w:t>6:56  is tarah ke ek center mein jaate the. unka ki wo bahut hi educated aadmi the. wo unhone kaha ki wahan hum jaate hain to kuch khaas tarah ka chanting, kuch khaas tarah ka course ise hota hai.</w:t>
      </w:r>
      <w:r>
        <w:br/>
      </w:r>
      <w:r>
        <w:rPr>
          <w:sz w:val="20"/>
        </w:rPr>
        <w:t>7:15  to unhone kaha ki mera tajurba to yeh hai ki jab tak hum us course ke darmiyan rehte hain, tab tak humko achha lagta hai. lekin jab usse bahar aate hain, to phir wahi duniya jo pehle thi. to main sochta hoon ki yeh koi goal nahi ho sakta.</w:t>
      </w:r>
      <w:r>
        <w:br/>
      </w:r>
      <w:r>
        <w:rPr>
          <w:sz w:val="20"/>
        </w:rPr>
        <w:t>7:35  spirituality wo hai jo permanently aapko aapke andar koi transformation laaye. permanently aapko kuch cheez de. aur wo mil sakta hai aapko intellectual development ke zariye se.</w:t>
      </w:r>
      <w:r>
        <w:br/>
      </w:r>
      <w:r>
        <w:rPr>
          <w:sz w:val="20"/>
        </w:rPr>
        <w:t>7:51  aur ye usi ko sochta hai ki jab aap cheezon ke darmiyan rahe, to usse aap extract karein spirituality ko. kyunki insaan rehta hai bahar material duniya mein. isse bahar to ja nahi sakta wo. to har lamha insaan ko kisi na kisi</w:t>
      </w:r>
      <w:r>
        <w:br/>
      </w:r>
      <w:r>
        <w:rPr>
          <w:sz w:val="20"/>
        </w:rPr>
        <w:t>8:10  material tajurbe se saap ka pesh aata hai. to jo developed mind hai, wo bas material cheezon se extract karta hai. jis tarah shaad ki makkhi aati hai baag mein,</w:t>
      </w:r>
      <w:r>
        <w:br/>
      </w:r>
      <w:r>
        <w:rPr>
          <w:sz w:val="20"/>
        </w:rPr>
        <w:t>8:28  to wo phool ke paas jaati hai. aur phool se wo extract karti hai nectar. nectar. aise hi spirituality ka maamla hai. lekin</w:t>
      </w:r>
      <w:r>
        <w:br/>
      </w:r>
      <w:r>
        <w:rPr>
          <w:sz w:val="20"/>
        </w:rPr>
        <w:t>8:44  iske liye zaroori hai ki aapka mind develop hua ho. jab aap ek mind, jab aap ek developed mind ban chuke ho, to jo cheez aap dekhein, to aap wahan par discover kar lein ki ek ek spiritual nectar maujood hai har cheez mein.</w:t>
      </w:r>
      <w:r>
        <w:br/>
      </w:r>
      <w:r>
        <w:rPr>
          <w:sz w:val="20"/>
        </w:rPr>
        <w:t>9:06  us nectar ko aap le lenge aur usse apne andar spiritual personality banayenge. to har cheez, har cheez mein mere tajurbe ke mutabiq spirituality ka doctor maujood hota hai.</w:t>
      </w:r>
      <w:r>
        <w:br/>
      </w:r>
      <w:r>
        <w:rPr>
          <w:sz w:val="20"/>
        </w:rPr>
        <w:t>9:26  to us spirituality ke doctor ko extract kijiye. isse aapki shakhsiyat ki taabeer hoti rahegi. kyunki spirituality, spiritual personality jo hai, usko bhi food chahiye.</w:t>
      </w:r>
      <w:r>
        <w:br/>
      </w:r>
      <w:r>
        <w:rPr>
          <w:sz w:val="20"/>
        </w:rPr>
        <w:t>9:43  jis tarah physical personality ke liye food chahiye, aisi spiritual personality ke liye food chahiye. ab wo food yahi hai. ye ek material cheezon mein se ek non material content ko nikalna.</w:t>
      </w:r>
      <w:r>
        <w:br/>
      </w:r>
      <w:r>
        <w:rPr>
          <w:sz w:val="20"/>
        </w:rPr>
        <w:t>10:04  material cheezon mein se ek non material content ko nikalna. to jab tak aadmi ka yeh salahiyat na aayi ho, tab tak wo starvation mein jiyega.</w:t>
      </w:r>
      <w:r>
        <w:br/>
      </w:r>
      <w:r>
        <w:rPr>
          <w:sz w:val="20"/>
        </w:rPr>
        <w:t>10:21  spiritual starvation. usko food nahi milegi.</w:t>
      </w:r>
      <w:r>
        <w:br/>
      </w:r>
      <w:r>
        <w:rPr>
          <w:sz w:val="20"/>
        </w:rPr>
        <w:t>10:29  hazrat maseeh ne kaha tha ki "man can not live by bread alone". to physical bread, bread ke siway ek aur cheez chahiye. usse aadmi ke andar spiritual health aati hai. to wo aadmi agar</w:t>
      </w:r>
      <w:r>
        <w:br/>
      </w:r>
      <w:r>
        <w:rPr>
          <w:sz w:val="20"/>
        </w:rPr>
        <w:t>10:46  us, us, is, us cheez ko pa raha hai,</w:t>
      </w:r>
      <w:r>
        <w:br/>
      </w:r>
      <w:r>
        <w:rPr>
          <w:sz w:val="20"/>
        </w:rPr>
        <w:t>10:54  to usse uske andar spirituality, spirituality ka development hota rahega. to ye, ye depend karta hai is par ki aap kitna intellectually</w:t>
      </w:r>
      <w:r>
        <w:br/>
      </w:r>
      <w:r>
        <w:rPr>
          <w:sz w:val="20"/>
        </w:rPr>
        <w:t>11:08  awakened ho, kitna spirituality aap, kitna aap intellectually aap taiyar hain, is par depend karta hai. to ye hai mera experience.</w:t>
      </w:r>
    </w:p>
    <w:p>
      <w:pPr>
        <w:pStyle w:val="Heading2"/>
      </w:pPr>
      <w:r>
        <w:t>Why his books use modern idea</w:t>
      </w:r>
    </w:p>
    <w:p>
      <w:r>
        <w:rPr>
          <w:color w:val="666666"/>
          <w:sz w:val="18"/>
        </w:rPr>
        <w:t>Maulana Wahiduddin Khan's Life and Work August 27, 2016 · 4m 18s · at 53:41 · https://youtu.be/KAEB8r6qO2U?t=3221</w:t>
      </w:r>
    </w:p>
    <w:p>
      <w:r>
        <w:rPr>
          <w:i/>
        </w:rPr>
        <w:t>“Dekhiye, mere samajhte to iska raaz sirf ek hai”</w:t>
      </w:r>
    </w:p>
    <w:p>
      <w:r>
        <w:rPr>
          <w:sz w:val="20"/>
        </w:rPr>
        <w:t>53:41  dekhiye, mere samajh se to is ka raaz sirf aik hai.</w:t>
      </w:r>
      <w:r>
        <w:br/>
      </w:r>
      <w:r>
        <w:rPr>
          <w:sz w:val="20"/>
        </w:rPr>
        <w:t>53:47  woh yeh hai ke hamari kitabein modern idiom mein hoti hain aur koi aik bhi aalim dunya bhar</w:t>
      </w:r>
      <w:r>
        <w:br/>
      </w:r>
      <w:r>
        <w:rPr>
          <w:sz w:val="20"/>
        </w:rPr>
        <w:t>53:54  mein nahi hai, na Arab mein, na Arab se bahar, jo modern idiom mein likhta ho.</w:t>
      </w:r>
      <w:r>
        <w:br/>
      </w:r>
      <w:r>
        <w:rPr>
          <w:sz w:val="20"/>
        </w:rPr>
        <w:t>54:01  koi bhi nahi.</w:t>
      </w:r>
      <w:r>
        <w:br/>
      </w:r>
      <w:r>
        <w:rPr>
          <w:sz w:val="20"/>
        </w:rPr>
        <w:t>54:08  to aaj ka jo mind hai, is ke level ki kitabein hoti nahi hain.</w:t>
      </w:r>
      <w:r>
        <w:br/>
      </w:r>
      <w:r>
        <w:rPr>
          <w:sz w:val="20"/>
        </w:rPr>
        <w:t>54:14  doosron ki kitabein jo kehte hain ke yani fikri satah, fikri satah ka matlab hai intellectual level.</w:t>
      </w:r>
      <w:r>
        <w:br/>
      </w:r>
      <w:r>
        <w:rPr>
          <w:sz w:val="20"/>
        </w:rPr>
        <w:t>54:21  hamari kitaben aaj ke insaan ke intellectual level par hoti hain, yani scientific style, scientific dalail, scientific reasoning.</w:t>
      </w:r>
      <w:r>
        <w:br/>
      </w:r>
      <w:r>
        <w:rPr>
          <w:sz w:val="20"/>
        </w:rPr>
        <w:t>54:28  aur doosri kitabon, jaise mein ek misaal deta hoon aap ko, yani ek mashhoor Arab aalim hain, Misr</w:t>
      </w:r>
      <w:r>
        <w:br/>
      </w:r>
      <w:r>
        <w:rPr>
          <w:sz w:val="20"/>
        </w:rPr>
        <w:t>54:35  ke hain, woh ab death ho gayi un ki.</w:t>
      </w:r>
      <w:r>
        <w:br/>
      </w:r>
      <w:r>
        <w:rPr>
          <w:sz w:val="20"/>
        </w:rPr>
        <w:t>54:42  Syed Qutb, Syed Qutb ki kitab hai "America Al-Rai".</w:t>
      </w:r>
      <w:r>
        <w:br/>
      </w:r>
      <w:r>
        <w:rPr>
          <w:sz w:val="20"/>
        </w:rPr>
        <w:t>54:48  to Syed Qutb gaye thay America, wahan teen saal rahay thay.</w:t>
      </w:r>
      <w:r>
        <w:br/>
      </w:r>
      <w:r>
        <w:rPr>
          <w:sz w:val="20"/>
        </w:rPr>
        <w:t>54:55  to teen saal rehnay ke baad unhon ne ek kitab likhi thi jo ghaliban 1950 mein chhapi thi,</w:t>
      </w:r>
      <w:r>
        <w:br/>
      </w:r>
      <w:r>
        <w:rPr>
          <w:sz w:val="20"/>
        </w:rPr>
        <w:t>55:02  "امریکہ التی رائے" تو یعنی "the America I have seen"۔</w:t>
      </w:r>
      <w:r>
        <w:br/>
      </w:r>
      <w:r>
        <w:rPr>
          <w:sz w:val="20"/>
        </w:rPr>
        <w:t>55:09  to us kitab mein kya likha hai? unhon ne sirf wahan ke cultural aspect, cultural aspect.</w:t>
      </w:r>
      <w:r>
        <w:br/>
      </w:r>
      <w:r>
        <w:rPr>
          <w:sz w:val="20"/>
        </w:rPr>
        <w:t>55:16  to bas aurtain dress in ka aisa hota hai ke body khuli rehti hai ya sharab peeti hain</w:t>
      </w:r>
      <w:r>
        <w:br/>
      </w:r>
      <w:r>
        <w:rPr>
          <w:sz w:val="20"/>
        </w:rPr>
        <w:t>55:22  ya dance hota hai un ki majlison mein.</w:t>
      </w:r>
      <w:r>
        <w:br/>
      </w:r>
      <w:r>
        <w:rPr>
          <w:sz w:val="20"/>
        </w:rPr>
        <w:t>55:29  to America ke America ke cultural aspect ko liya unhon ne.</w:t>
      </w:r>
      <w:r>
        <w:br/>
      </w:r>
      <w:r>
        <w:rPr>
          <w:sz w:val="20"/>
        </w:rPr>
        <w:t>55:36  kyun? is liye ke wajah yeh thi ke unhon ne koi khaas yani technical subject par woh parhnay</w:t>
      </w:r>
      <w:r>
        <w:br/>
      </w:r>
      <w:r>
        <w:rPr>
          <w:sz w:val="20"/>
        </w:rPr>
        <w:t>55:43  gaye thay, woh woh parha unhon ne.</w:t>
      </w:r>
      <w:r>
        <w:br/>
      </w:r>
      <w:r>
        <w:rPr>
          <w:sz w:val="20"/>
        </w:rPr>
        <w:t>55:50  baqi jo diya dekha unhon ne, hotel hotel mein, club mein, idhar udhar bas wahi jana.</w:t>
      </w:r>
      <w:r>
        <w:br/>
      </w:r>
      <w:r>
        <w:rPr>
          <w:sz w:val="20"/>
        </w:rPr>
        <w:t>55:56  yani western thought ki study nahi ki unhon ne.</w:t>
      </w:r>
      <w:r>
        <w:br/>
      </w:r>
      <w:r>
        <w:rPr>
          <w:sz w:val="20"/>
        </w:rPr>
        <w:t>56:03  ek hai ke America mein jayen to western thought jo hai, us ko parhen.</w:t>
      </w:r>
      <w:r>
        <w:br/>
      </w:r>
      <w:r>
        <w:rPr>
          <w:sz w:val="20"/>
        </w:rPr>
        <w:t>56:10  woh nahi parha unhon ne, balkay woh koi technical subject tha, us ko parha unhon ne.</w:t>
      </w:r>
      <w:r>
        <w:br/>
      </w:r>
      <w:r>
        <w:rPr>
          <w:sz w:val="20"/>
        </w:rPr>
        <w:t>56:17  aur phir jo society mein dekha, woh woh chalay aaye wapas.</w:t>
      </w:r>
      <w:r>
        <w:br/>
      </w:r>
      <w:r>
        <w:rPr>
          <w:sz w:val="20"/>
        </w:rPr>
        <w:t>56:23  to ab jab woh un ki kitab koi parhay ga aur us mein dekha ke ke cultural aspect</w:t>
      </w:r>
      <w:r>
        <w:br/>
      </w:r>
      <w:r>
        <w:rPr>
          <w:sz w:val="20"/>
        </w:rPr>
        <w:t>56:30  likh rahay hain woh, aur jo asal jo is ki yani is ka jo jo western thought hai,</w:t>
      </w:r>
      <w:r>
        <w:br/>
      </w:r>
      <w:r>
        <w:rPr>
          <w:sz w:val="20"/>
        </w:rPr>
        <w:t>56:37  us par kuch nahi de rahay hain, woh to kaisay dilchaspi hogi? dilchaspi nahi hogi us ko.</w:t>
      </w:r>
      <w:r>
        <w:br/>
      </w:r>
      <w:r>
        <w:rPr>
          <w:sz w:val="20"/>
        </w:rPr>
        <w:t>56:44  ji, aur mein mera muamla yeh hai ke Allah ke fazal se mere ek mizaj mein pehlay se</w:t>
      </w:r>
      <w:r>
        <w:br/>
      </w:r>
      <w:r>
        <w:rPr>
          <w:sz w:val="20"/>
        </w:rPr>
        <w:t>56:51  hai ke air relative yani air relative ko alag kar ke relative ko dekhna.</w:t>
      </w:r>
      <w:r>
        <w:br/>
      </w:r>
      <w:r>
        <w:rPr>
          <w:sz w:val="20"/>
        </w:rPr>
        <w:t>56:57  is liye mein ne wisdom ki taleem bhi ki hai, definition ke "wisdom is to discover the the</w:t>
      </w:r>
      <w:r>
        <w:br/>
      </w:r>
      <w:r>
        <w:rPr>
          <w:sz w:val="20"/>
        </w:rPr>
        <w:t>57:04  relative by sorting out air relative".</w:t>
      </w:r>
      <w:r>
        <w:br/>
      </w:r>
      <w:r>
        <w:rPr>
          <w:sz w:val="20"/>
        </w:rPr>
        <w:t>57:11  to mein kal mein bhi culture ko dekha, wahan gaya to mein bhi culture ko dekha.</w:t>
      </w:r>
      <w:r>
        <w:br/>
      </w:r>
      <w:r>
        <w:rPr>
          <w:sz w:val="20"/>
        </w:rPr>
        <w:t>57:18  mein ne dekhein, culture mujhe laga ke yeh yeh to is ka izafi per asal per woh yeh</w:t>
      </w:r>
      <w:r>
        <w:br/>
      </w:r>
      <w:r>
        <w:rPr>
          <w:sz w:val="20"/>
        </w:rPr>
        <w:t>57:25  nahi hai, is ka is per woh nahi hai jo culture hai is ka.</w:t>
      </w:r>
      <w:r>
        <w:br/>
      </w:r>
      <w:r>
        <w:rPr>
          <w:sz w:val="20"/>
        </w:rPr>
        <w:t>57:31  to mein ne kitabein parhein aur is ka jo real aspect hai, is ko janne ki koshish ki.</w:t>
      </w:r>
      <w:r>
        <w:br/>
      </w:r>
      <w:r>
        <w:rPr>
          <w:sz w:val="20"/>
        </w:rPr>
        <w:t>57:38  to meri kitabein logon ko jab parte hain, woh to reality reality ke mutabiq hoti hai, woh kitab</w:t>
      </w:r>
      <w:r>
        <w:br/>
      </w:r>
      <w:r>
        <w:rPr>
          <w:sz w:val="20"/>
        </w:rPr>
        <w:t>57:45  reality ke mutabiq.</w:t>
      </w:r>
      <w:r>
        <w:br/>
      </w:r>
      <w:r>
        <w:rPr>
          <w:sz w:val="20"/>
        </w:rPr>
        <w:t>57:52  aur doosron ki parte hain to woh lagta hai ke yeh to yani sahi picture hi nahi hai.</w:t>
      </w:r>
      <w:r>
        <w:br/>
      </w:r>
      <w:r>
        <w:rPr>
          <w:sz w:val="20"/>
        </w:rPr>
        <w:t>57:59  ji, maulana sahib, you give a lot of emphasis on dawah work, that one of the main duties of muslims is to do dawah work. why do you say that?</w:t>
      </w:r>
    </w:p>
    <w:p>
      <w:pPr>
        <w:pStyle w:val="Heading2"/>
      </w:pPr>
      <w:r>
        <w:t>Personal journey to God's reality</w:t>
      </w:r>
    </w:p>
    <w:p>
      <w:r>
        <w:rPr>
          <w:color w:val="666666"/>
          <w:sz w:val="18"/>
        </w:rPr>
        <w:t>Dars-e-Quran, Chapter 39, Vs 67 (Glory of God) July 29, 2018 Maulana Wahiduddin Khan · 5m 39s · at 4:19 · https://youtu.be/xKvuhx08hQ4?t=259</w:t>
      </w:r>
    </w:p>
    <w:p>
      <w:r>
        <w:rPr>
          <w:i/>
        </w:rPr>
        <w:t>“Is aayat ko likh kar main soch raha tha aaj subah”</w:t>
      </w:r>
    </w:p>
    <w:p>
      <w:r>
        <w:rPr>
          <w:sz w:val="20"/>
        </w:rPr>
        <w:t>4:19  Is aayat ko likh kar mein soch raha tha aaj subah toh mujhe woh waqea yaad aaya jo ghaleban 1942 mein paish aaya tha.</w:t>
      </w:r>
      <w:r>
        <w:br/>
      </w:r>
      <w:r>
        <w:rPr>
          <w:sz w:val="20"/>
        </w:rPr>
        <w:t>4:36  Us waqt mein adab mein tha, aur mein aksar jaya karta tha wahan ki jamia masjid mein.</w:t>
      </w:r>
      <w:r>
        <w:br/>
      </w:r>
      <w:r>
        <w:rPr>
          <w:sz w:val="20"/>
        </w:rPr>
        <w:t>4:47  Toh ek din mein wahan ki Adam ki jamia masjid mein tha</w:t>
      </w:r>
      <w:r>
        <w:br/>
      </w:r>
      <w:r>
        <w:rPr>
          <w:sz w:val="20"/>
        </w:rPr>
        <w:t>4:56  akela, us waqt koi mere saath nahi tha.</w:t>
      </w:r>
      <w:r>
        <w:br/>
      </w:r>
      <w:r>
        <w:rPr>
          <w:sz w:val="20"/>
        </w:rPr>
        <w:t>5:07  Yeh baat hai 1900 ghaleban 1942 ki. Toh mein masjid ke sahan mein khada tha,</w:t>
      </w:r>
      <w:r>
        <w:br/>
      </w:r>
      <w:r>
        <w:rPr>
          <w:sz w:val="20"/>
        </w:rPr>
        <w:t>5:20  ek papite ke darakht ke neeche. Papite ka darakht. Toh</w:t>
      </w:r>
      <w:r>
        <w:br/>
      </w:r>
      <w:r>
        <w:rPr>
          <w:sz w:val="20"/>
        </w:rPr>
        <w:t>5:34  yeh woh zamana hai jab ke mein</w:t>
      </w:r>
      <w:r>
        <w:br/>
      </w:r>
      <w:r>
        <w:rPr>
          <w:sz w:val="20"/>
        </w:rPr>
        <w:t>5:40  abhi haqeeqat ki talash mein sargardan tha.</w:t>
      </w:r>
      <w:r>
        <w:br/>
      </w:r>
      <w:r>
        <w:rPr>
          <w:sz w:val="20"/>
        </w:rPr>
        <w:t>5:47  Abhi mein ne haqeeqat daryaft nahi ki thi, lekin us ki talash mein tha.</w:t>
      </w:r>
      <w:r>
        <w:br/>
      </w:r>
      <w:r>
        <w:rPr>
          <w:sz w:val="20"/>
        </w:rPr>
        <w:t>5:54  Toh</w:t>
      </w:r>
      <w:r>
        <w:br/>
      </w:r>
      <w:r>
        <w:rPr>
          <w:sz w:val="20"/>
        </w:rPr>
        <w:t>5:58  meri zuban se nikla, mein ro raha tha, ro raha tha, ro raha tha, aur yeh lafz nikle meri zuban se ke Khawand tu kab aayega, mein kab tak tere aane ka intezar karoon.</w:t>
      </w:r>
      <w:r>
        <w:br/>
      </w:r>
      <w:r>
        <w:rPr>
          <w:sz w:val="20"/>
        </w:rPr>
        <w:t>6:17  Aaj mujhe apna woh waqea yaad aaya,</w:t>
      </w:r>
      <w:r>
        <w:br/>
      </w:r>
      <w:r>
        <w:rPr>
          <w:sz w:val="20"/>
        </w:rPr>
        <w:t>6:22  aur yeh aayat jo abhi parhi gayi.</w:t>
      </w:r>
      <w:r>
        <w:br/>
      </w:r>
      <w:r>
        <w:rPr>
          <w:sz w:val="20"/>
        </w:rPr>
        <w:t>6:28  Toh aaj dobara</w:t>
      </w:r>
      <w:r>
        <w:br/>
      </w:r>
      <w:r>
        <w:rPr>
          <w:sz w:val="20"/>
        </w:rPr>
        <w:t>6:33  aisa hua ke meri aankhon mein aansu thay, aur meri zuban par yeh alfaz thay</w:t>
      </w:r>
      <w:r>
        <w:br/>
      </w:r>
      <w:r>
        <w:rPr>
          <w:sz w:val="20"/>
        </w:rPr>
        <w:t>6:44  ke zindagi mere liye us din ka intezar hai.</w:t>
      </w:r>
      <w:r>
        <w:br/>
      </w:r>
      <w:r>
        <w:rPr>
          <w:sz w:val="20"/>
        </w:rPr>
        <w:t>6:53  Zindagi mere liye us din ka intezar hai jab ke Rab-ul-Alameen</w:t>
      </w:r>
      <w:r>
        <w:br/>
      </w:r>
      <w:r>
        <w:rPr>
          <w:sz w:val="20"/>
        </w:rPr>
        <w:t>7:03  barah-e-raast taur par insaan ke samne zahir hoga, aur mein</w:t>
      </w:r>
      <w:r>
        <w:br/>
      </w:r>
      <w:r>
        <w:rPr>
          <w:sz w:val="20"/>
        </w:rPr>
        <w:t>7:13  khushi aur hairat ke aansuon ke sath uska istiqbal karunga.</w:t>
      </w:r>
      <w:r>
        <w:br/>
      </w:r>
      <w:r>
        <w:rPr>
          <w:sz w:val="20"/>
        </w:rPr>
        <w:t>7:23  Yeh ek ajeeb ehsas tha.</w:t>
      </w:r>
      <w:r>
        <w:br/>
      </w:r>
      <w:r>
        <w:rPr>
          <w:sz w:val="20"/>
        </w:rPr>
        <w:t>7:28  Toh yeh jo aayat hai, ab jo aap parhi gayi aap ke samne, yeh bohat hi anokhi aayat hai. Iska matlab hai ke logon ne Rab-ul-Alameen ka ko underestimate kiya,</w:t>
      </w:r>
      <w:r>
        <w:br/>
      </w:r>
      <w:r>
        <w:rPr>
          <w:sz w:val="20"/>
        </w:rPr>
        <w:t>7:46  woh kya hai, us ki hasti kya hai,</w:t>
      </w:r>
      <w:r>
        <w:br/>
      </w:r>
      <w:r>
        <w:rPr>
          <w:sz w:val="20"/>
        </w:rPr>
        <w:t>7:51  is ko nahi jana, aur is ko underestimate kiya.</w:t>
      </w:r>
      <w:r>
        <w:br/>
      </w:r>
      <w:r>
        <w:rPr>
          <w:sz w:val="20"/>
        </w:rPr>
        <w:t>7:59  halankey woh sari kainat ka rab hai, sari kainat ka khaliq hai.</w:t>
      </w:r>
      <w:r>
        <w:br/>
      </w:r>
      <w:r>
        <w:rPr>
          <w:sz w:val="20"/>
        </w:rPr>
        <w:t>8:08  zameen o aasman sab is ke muthi mein hain, yaani already hain. aisa nahi ke abhi to nahi hai, qayamat mein zahir ho jayega.</w:t>
      </w:r>
      <w:r>
        <w:br/>
      </w:r>
      <w:r>
        <w:rPr>
          <w:sz w:val="20"/>
        </w:rPr>
        <w:t>8:20  abhi hai, qayamat mein samne aa jayega. abhi ghayb mein hai, us waqt samne aa jayega.</w:t>
      </w:r>
      <w:r>
        <w:br/>
      </w:r>
      <w:r>
        <w:rPr>
          <w:sz w:val="20"/>
        </w:rPr>
        <w:t>8:34  to is ayat ka matlab agarche lafz qayamat is mein hai, to log samajhte hain qayamat ke din aisa hoga. nahi, aaj hi aisa hai.</w:t>
      </w:r>
      <w:r>
        <w:br/>
      </w:r>
      <w:r>
        <w:rPr>
          <w:sz w:val="20"/>
        </w:rPr>
        <w:t>8:45  maine socha ke agar</w:t>
      </w:r>
      <w:r>
        <w:br/>
      </w:r>
      <w:r>
        <w:rPr>
          <w:sz w:val="20"/>
        </w:rPr>
        <w:t>8:53  rab ul alameen is zameen ko, is aasman ko sambhale hue na ho, muthi ke maani nahi ke koi jis tarah qalam pakarte hain, pakde hue nahi,</w:t>
      </w:r>
      <w:r>
        <w:br/>
      </w:r>
      <w:r>
        <w:rPr>
          <w:sz w:val="20"/>
        </w:rPr>
        <w:t>9:08  woh sambhale hue hain. is ka matlab hai ke woh sambhale hue hain,</w:t>
      </w:r>
      <w:r>
        <w:br/>
      </w:r>
      <w:r>
        <w:rPr>
          <w:sz w:val="20"/>
        </w:rPr>
        <w:t>9:22  is ki muthi mein hone ki woh ek tamseel hai. to Allah rab ul alameen ne is kainat ko</w:t>
      </w:r>
      <w:r>
        <w:br/>
      </w:r>
      <w:r>
        <w:rPr>
          <w:sz w:val="20"/>
        </w:rPr>
        <w:t>9:36  paida kiya, aur phir woh is ko musalsal tor par sambhale hue hain. kyunke agar is ko koi sambhalne wala na ho, to apne aap woh qaim nahi ho sakti.</w:t>
      </w:r>
      <w:r>
        <w:br/>
      </w:r>
      <w:r>
        <w:rPr>
          <w:sz w:val="20"/>
        </w:rPr>
        <w:t>9:54  yeh matlab hai is ka.</w:t>
      </w:r>
    </w:p>
    <w:p>
      <w:pPr>
        <w:pStyle w:val="Heading2"/>
      </w:pPr>
      <w:r>
        <w:t>A young seeker's pilgrimage, tears, and barefoot search for God</w:t>
      </w:r>
    </w:p>
    <w:p>
      <w:r>
        <w:rPr>
          <w:color w:val="666666"/>
          <w:sz w:val="18"/>
        </w:rPr>
        <w:t>The Oneness of God 19 July, 2009 · 3m 38s · at 1:35 · https://youtu.be/dAjxTrRiz0g?t=95</w:t>
      </w:r>
    </w:p>
    <w:p>
      <w:r>
        <w:rPr>
          <w:i/>
        </w:rPr>
        <w:t>“Ek baar maine parha ke Swami Vivekanand ko samandar ke kinare sachai ki daryaft hui”</w:t>
      </w:r>
    </w:p>
    <w:p>
      <w:r>
        <w:rPr>
          <w:sz w:val="20"/>
        </w:rPr>
        <w:t>1:35  misal ke taur par ek bar main ne parha ke Swami Vivekanand ko samandar ke kinare sachai ki daryaft hui.</w:t>
      </w:r>
      <w:r>
        <w:br/>
      </w:r>
      <w:r>
        <w:rPr>
          <w:sz w:val="20"/>
        </w:rPr>
        <w:t>1:49  wahan unhon ne safar kiya.</w:t>
      </w:r>
      <w:r>
        <w:br/>
      </w:r>
      <w:r>
        <w:rPr>
          <w:sz w:val="20"/>
        </w:rPr>
        <w:t>1:56  aap jante hain ke jo</w:t>
      </w:r>
      <w:r>
        <w:br/>
      </w:r>
      <w:r>
        <w:rPr>
          <w:sz w:val="20"/>
        </w:rPr>
        <w:t>2:01  southern part jo India ka is ka jo tip hai jis ko Kanyakumari kehte hain, wahan woh gaye.</w:t>
      </w:r>
      <w:r>
        <w:br/>
      </w:r>
      <w:r>
        <w:rPr>
          <w:sz w:val="20"/>
        </w:rPr>
        <w:t>2:13  to coast ke kuch doori par ek chattan hai, ek rock.</w:t>
      </w:r>
      <w:r>
        <w:br/>
      </w:r>
      <w:r>
        <w:rPr>
          <w:sz w:val="20"/>
        </w:rPr>
        <w:t>2:21  woh tair kar is rock par pohanche aur unhon ne samadhi lagai wahan par. wahan un ko sachai ki daryaft hui, aisa kaha jata hai.</w:t>
      </w:r>
      <w:r>
        <w:br/>
      </w:r>
      <w:r>
        <w:rPr>
          <w:sz w:val="20"/>
        </w:rPr>
        <w:t>2:34  is waqt mein adam garh mein tha. adam garh se bohat lamba safar kar ke mein wahan gaya. bohat lamba safar.</w:t>
      </w:r>
      <w:r>
        <w:br/>
      </w:r>
      <w:r>
        <w:rPr>
          <w:sz w:val="20"/>
        </w:rPr>
        <w:t>2:46  wahan mein din ko pahuncha tha.</w:t>
      </w:r>
      <w:r>
        <w:br/>
      </w:r>
      <w:r>
        <w:rPr>
          <w:sz w:val="20"/>
        </w:rPr>
        <w:t>2:49  shaam tak wahan mein baitha raha. is waqt wahan par ab wahan par buildingen ban gayi hain. tab kuch bhi nahi tha.</w:t>
      </w:r>
      <w:r>
        <w:br/>
      </w:r>
      <w:r>
        <w:rPr>
          <w:sz w:val="20"/>
        </w:rPr>
        <w:t>3:02  coast tha, samandar tha, chattan thi. samandar ki lehrein chattan se takrati theen.</w:t>
      </w:r>
      <w:r>
        <w:br/>
      </w:r>
      <w:r>
        <w:rPr>
          <w:sz w:val="20"/>
        </w:rPr>
        <w:t>3:12  sirf nature tha wahan bas. yaani wahi tha jaisa ke swami vivekanand ke zamane mein tha.</w:t>
      </w:r>
      <w:r>
        <w:br/>
      </w:r>
      <w:r>
        <w:rPr>
          <w:sz w:val="20"/>
        </w:rPr>
        <w:t>3:19  to mein wahan par baitha raha yahan tak ke jab suraj doob gaya tab lauta. lekin meri jo aatma thi, meri jo rooh thi,</w:t>
      </w:r>
      <w:r>
        <w:br/>
      </w:r>
      <w:r>
        <w:rPr>
          <w:sz w:val="20"/>
        </w:rPr>
        <w:t>3:33  wo kuch alag hi dhang ki thi. meri talash yahan par khatm nahi hui.</w:t>
      </w:r>
      <w:r>
        <w:br/>
      </w:r>
      <w:r>
        <w:rPr>
          <w:sz w:val="20"/>
        </w:rPr>
        <w:t>3:42  meri talash phir bhi jaari rahi.</w:t>
      </w:r>
      <w:r>
        <w:br/>
      </w:r>
      <w:r>
        <w:rPr>
          <w:sz w:val="20"/>
        </w:rPr>
        <w:t>3:48  adam garh mein mujhe ab tak yaad hai, naujawani ki umar mein, wahan ki jo jame masjid hai, wahan par mein gaya.</w:t>
      </w:r>
      <w:r>
        <w:br/>
      </w:r>
      <w:r>
        <w:rPr>
          <w:sz w:val="20"/>
        </w:rPr>
        <w:t>4:02  to wahan par us waqt papite ka ek peR hua karta tha. us ke neeche mein khada ho gaya.</w:t>
      </w:r>
      <w:r>
        <w:br/>
      </w:r>
      <w:r>
        <w:rPr>
          <w:sz w:val="20"/>
        </w:rPr>
        <w:t>4:13  upar se papite ke phool gir rahe the zameen par. aur mere aansu tapak tapak kar zameen par gir rahe the. yeh halat thi meri.</w:t>
      </w:r>
      <w:r>
        <w:br/>
      </w:r>
      <w:r>
        <w:rPr>
          <w:sz w:val="20"/>
        </w:rPr>
        <w:t>4:24  achanak mere zuban se nikla, "khawand, tu kab aayega? mein kab tak tere aane ka intezar karun?"</w:t>
      </w:r>
      <w:r>
        <w:br/>
      </w:r>
      <w:r>
        <w:rPr>
          <w:sz w:val="20"/>
        </w:rPr>
        <w:t>4:38  ek baar mein ghar se paidal nikal pada.</w:t>
      </w:r>
      <w:r>
        <w:br/>
      </w:r>
      <w:r>
        <w:rPr>
          <w:sz w:val="20"/>
        </w:rPr>
        <w:t>4:43  paidal chal raha tha aur paaon mein chhale pad gaye the. aaj mein sochta hoon to samajh nahi aata ke mein kaise chalta raha. aur yeh shair padhta tha mein, "chala hai shoq be khabar, junoon mein jaaniye kidhar,</w:t>
      </w:r>
      <w:r>
        <w:br/>
      </w:r>
      <w:r>
        <w:rPr>
          <w:sz w:val="20"/>
        </w:rPr>
        <w:t>5:02  na koi manzil safar, na qaid kuch maqam ki."</w:t>
      </w:r>
      <w:r>
        <w:br/>
      </w:r>
      <w:r>
        <w:rPr>
          <w:sz w:val="20"/>
        </w:rPr>
        <w:t>5:09  gharz hai ke is tarah ki bohat sari kahaniyan hain.</w:t>
      </w:r>
    </w:p>
    <w:p>
      <w:pPr>
        <w:pStyle w:val="Heading2"/>
      </w:pPr>
      <w:r>
        <w:t>Hijrah as source of historical conviction</w:t>
      </w:r>
    </w:p>
    <w:p>
      <w:r>
        <w:rPr>
          <w:color w:val="666666"/>
          <w:sz w:val="18"/>
        </w:rPr>
        <w:t>Islam:  A Historical Religion | July 23, 2008 · 5m 33s · at 51:53 · https://youtu.be/2EmX8Ubz6G8?t=3113</w:t>
      </w:r>
    </w:p>
    <w:p>
      <w:r>
        <w:rPr>
          <w:i/>
        </w:rPr>
        <w:t>“The Meccans planned to kill the Prophet.”</w:t>
      </w:r>
    </w:p>
    <w:p>
      <w:r>
        <w:rPr>
          <w:sz w:val="20"/>
        </w:rPr>
        <w:t>51:53  aur madinah ja rahe thay to makkah ke log aap ke dushman ban chuke thay. woh chahe thay aap ko qatl karna. to nikle ke pakren aap ko aur aur aur ko aap ko Khuda na khwasta qatl karen. is waqt aap ko pata tha ke yeh log mujh ko marne ke liye nikle hain. to aap ghar e thor tha raaste mein. wahan par aap baith gaye ke yahan par shayad woh nahi aayenge to hum bach jayenge. phir p</w:t>
      </w:r>
      <w:r>
        <w:br/>
      </w:r>
      <w:r>
        <w:rPr>
          <w:sz w:val="20"/>
        </w:rPr>
        <w:t>52:23  har us ke baad jayen ge madinah.</w:t>
      </w:r>
      <w:r>
        <w:br/>
      </w:r>
      <w:r>
        <w:rPr>
          <w:sz w:val="20"/>
        </w:rPr>
        <w:t>52:26  woh bhi ulti simt mein tha woh.</w:t>
      </w:r>
      <w:r>
        <w:br/>
      </w:r>
      <w:r>
        <w:rPr>
          <w:sz w:val="20"/>
        </w:rPr>
        <w:t>52:30  lekin woh log wahan hi pohanch gaye.</w:t>
      </w:r>
      <w:r>
        <w:br/>
      </w:r>
      <w:r>
        <w:rPr>
          <w:sz w:val="20"/>
        </w:rPr>
        <w:t>52:33  wahan aap ke sath sirf Hazrat Abu Bakr thay aur aap thay bas do hi aadmi.</w:t>
      </w:r>
      <w:r>
        <w:br/>
      </w:r>
      <w:r>
        <w:rPr>
          <w:sz w:val="20"/>
        </w:rPr>
        <w:t>52:36  na koi talwar thi, na koi hathiyar tha, kuch bhi nahi tha.</w:t>
      </w:r>
      <w:r>
        <w:br/>
      </w:r>
      <w:r>
        <w:rPr>
          <w:sz w:val="20"/>
        </w:rPr>
        <w:t>52:40  ab woh log jo aaye thay woh hathiyar ke sath aaye thay.</w:t>
      </w:r>
      <w:r>
        <w:br/>
      </w:r>
      <w:r>
        <w:rPr>
          <w:sz w:val="20"/>
        </w:rPr>
        <w:t>52:43  un ke sath talwaren theen un ke sath.</w:t>
      </w:r>
      <w:r>
        <w:br/>
      </w:r>
      <w:r>
        <w:rPr>
          <w:sz w:val="20"/>
        </w:rPr>
        <w:t>52:46  rasool Allah aur aap ke saathi jo thay bilkul kuch bhi nahi.</w:t>
      </w:r>
      <w:r>
        <w:br/>
      </w:r>
      <w:r>
        <w:rPr>
          <w:sz w:val="20"/>
        </w:rPr>
        <w:t>52:50  koi hathiyar nahi, koi talwar nahi</w:t>
      </w:r>
      <w:r>
        <w:br/>
      </w:r>
      <w:r>
        <w:rPr>
          <w:sz w:val="20"/>
        </w:rPr>
        <w:t>52:53  . to Hazrat Abu Bakr ne kaha ke yeh to yahan bhi aa gaye. to aap ne farmaya jo Quran majeed mein likha hua hai ke aap ne farmaya: "la tahzan inn Allaha ma'ana" yaani mat daro kyun ke Khuda hamare sath hai. ab dekhiye ke us waqt jab ke aadmi bilkul maut ke munh mein hai, dushmanon ke dargah mein hai, helpless haalat</w:t>
      </w:r>
      <w:r>
        <w:br/>
      </w:r>
      <w:r>
        <w:rPr>
          <w:sz w:val="20"/>
        </w:rPr>
        <w:t>53:23  mein hai, us waqt aap ne yeh kaha.</w:t>
      </w:r>
      <w:r>
        <w:br/>
      </w:r>
      <w:r>
        <w:rPr>
          <w:sz w:val="20"/>
        </w:rPr>
        <w:t>53:28  ab dekhiye ke agar history mein aisi baat na hoti, ek historical event aisa na hota to hum</w:t>
      </w:r>
      <w:r>
        <w:br/>
      </w:r>
      <w:r>
        <w:rPr>
          <w:sz w:val="20"/>
        </w:rPr>
        <w:t>53:33  yaqeen nahi kar sakte the ke aisa bhi ho sakta hai.</w:t>
      </w:r>
      <w:r>
        <w:br/>
      </w:r>
      <w:r>
        <w:rPr>
          <w:sz w:val="20"/>
        </w:rPr>
        <w:t>53:38  hum samajhte hain ke yeh koi kahani hai, yeh koi novel hai.</w:t>
      </w:r>
      <w:r>
        <w:br/>
      </w:r>
      <w:r>
        <w:rPr>
          <w:sz w:val="20"/>
        </w:rPr>
        <w:t>53:43  lekin yeh sacha waqea guzra.</w:t>
      </w:r>
      <w:r>
        <w:br/>
      </w:r>
      <w:r>
        <w:rPr>
          <w:sz w:val="20"/>
        </w:rPr>
        <w:t>53:48  sacha waqea guzra. 6</w:t>
      </w:r>
      <w:r>
        <w:br/>
      </w:r>
      <w:r>
        <w:rPr>
          <w:sz w:val="20"/>
        </w:rPr>
        <w:t>53:53  00 22 isvi mein, 622 AD mein yeh waqea hua. makkah aur madinah ke darmiyan. to yeh agar yeh waqea na hua hota to hamare paas koi historical example na hota ke aise sakht halaat mein bhi Khuda par bharosa rakho, aise kade</w:t>
      </w:r>
      <w:r>
        <w:br/>
      </w:r>
      <w:r>
        <w:rPr>
          <w:sz w:val="20"/>
        </w:rPr>
        <w:t>54:23  haalat mein bhi Khuda par trust karo.</w:t>
      </w:r>
      <w:r>
        <w:br/>
      </w:r>
      <w:r>
        <w:rPr>
          <w:sz w:val="20"/>
        </w:rPr>
        <w:t>54:29  to ek sachi life, ek sacha, ek sachi zindagi, ek sach much ki zindagi jo koi mythology nahi</w:t>
      </w:r>
      <w:r>
        <w:br/>
      </w:r>
      <w:r>
        <w:rPr>
          <w:sz w:val="20"/>
        </w:rPr>
        <w:t>54:35  hai, woh hamare paas hai.</w:t>
      </w:r>
      <w:r>
        <w:br/>
      </w:r>
      <w:r>
        <w:rPr>
          <w:sz w:val="20"/>
        </w:rPr>
        <w:t>54:41  jo hamein ek conviction deti hai, hamein ek misaal deti hai, example deti hai ke haalat kaise bhi</w:t>
      </w:r>
      <w:r>
        <w:br/>
      </w:r>
      <w:r>
        <w:rPr>
          <w:sz w:val="20"/>
        </w:rPr>
        <w:t>54:47  hon, situation kitni bigri hui ho, lekin tum Khuda par bharosa</w:t>
      </w:r>
      <w:r>
        <w:br/>
      </w:r>
      <w:r>
        <w:rPr>
          <w:sz w:val="20"/>
        </w:rPr>
        <w:t>54:54  kar sakte ho aur Khuda tum ko bachaye ga.</w:t>
      </w:r>
      <w:r>
        <w:br/>
      </w:r>
      <w:r>
        <w:rPr>
          <w:sz w:val="20"/>
        </w:rPr>
        <w:t>54:58  chunanche Rasool Allah bach gaye aur woh bach kar ke wahan Madina pohanch gaye.</w:t>
      </w:r>
      <w:r>
        <w:br/>
      </w:r>
      <w:r>
        <w:rPr>
          <w:sz w:val="20"/>
        </w:rPr>
        <w:t>55:02  تو آپ غور کیجئے کہ یہ یہ تاریخ ہم کو کتنا بڑا یہ source of conviction ہے ہمارے لیے۔</w:t>
      </w:r>
      <w:r>
        <w:br/>
      </w:r>
      <w:r>
        <w:rPr>
          <w:sz w:val="20"/>
        </w:rPr>
        <w:t>55:07  yaqeen ka سرمایہ.</w:t>
      </w:r>
      <w:r>
        <w:br/>
      </w:r>
      <w:r>
        <w:rPr>
          <w:sz w:val="20"/>
        </w:rPr>
        <w:t>55:11  source of conviction.</w:t>
      </w:r>
      <w:r>
        <w:br/>
      </w:r>
      <w:r>
        <w:rPr>
          <w:sz w:val="20"/>
        </w:rPr>
        <w:t>55:15  is tarah ki cheezein agar sirf novelon mein hotin, kahaniyon mein hotin to log samajhte hain ke bhai</w:t>
      </w:r>
      <w:r>
        <w:br/>
      </w:r>
      <w:r>
        <w:rPr>
          <w:sz w:val="20"/>
        </w:rPr>
        <w:t>55:20  yeh to kahani hai,</w:t>
      </w:r>
      <w:r>
        <w:br/>
      </w:r>
      <w:r>
        <w:rPr>
          <w:sz w:val="20"/>
        </w:rPr>
        <w:t>55:24  yeh koi real history to hai nahi.</w:t>
      </w:r>
      <w:r>
        <w:br/>
      </w:r>
      <w:r>
        <w:rPr>
          <w:sz w:val="20"/>
        </w:rPr>
        <w:t>55:29  is se logon ko yaqeen na milta.</w:t>
      </w:r>
      <w:r>
        <w:br/>
      </w:r>
      <w:r>
        <w:rPr>
          <w:sz w:val="20"/>
        </w:rPr>
        <w:t>55:35  woh logon ke liye source of conviction na banta.</w:t>
      </w:r>
      <w:r>
        <w:br/>
      </w:r>
      <w:r>
        <w:rPr>
          <w:sz w:val="20"/>
        </w:rPr>
        <w:t>55:40  lekin jab ek haqeeqi insan ne, ek zinda insan ne aisa kiya aur history mein woh record ho</w:t>
      </w:r>
      <w:r>
        <w:br/>
      </w:r>
      <w:r>
        <w:rPr>
          <w:sz w:val="20"/>
        </w:rPr>
        <w:t>55:45  gaya to ab hum jab parhte hain is waqey ko to hamare liye ek source of conviction ban jata hai.</w:t>
      </w:r>
      <w:r>
        <w:br/>
      </w:r>
      <w:r>
        <w:rPr>
          <w:sz w:val="20"/>
        </w:rPr>
        <w:t>55:50  Khuda par atha yaqeen.</w:t>
      </w:r>
      <w:r>
        <w:br/>
      </w:r>
      <w:r>
        <w:rPr>
          <w:sz w:val="20"/>
        </w:rPr>
        <w:t>55:56  Khuda par atha yaqeen. aisa yaqeen jo kabhi kabhi bhi na hile. kitni bari yeh blessing hai Khuda ki ke hamare liye Allah taala ne is qism ka ek mazhab rakh diya dunya mein jis mein historical credibility ho, historical namune hon, historical examples h</w:t>
      </w:r>
      <w:r>
        <w:br/>
      </w:r>
      <w:r>
        <w:rPr>
          <w:sz w:val="20"/>
        </w:rPr>
        <w:t>56:26  on, ek poori history ho.</w:t>
      </w:r>
      <w:r>
        <w:br/>
      </w:r>
      <w:r>
        <w:rPr>
          <w:sz w:val="20"/>
        </w:rPr>
        <w:t>56:30  A se Z tak.</w:t>
      </w:r>
      <w:r>
        <w:br/>
      </w:r>
      <w:r>
        <w:rPr>
          <w:sz w:val="20"/>
        </w:rPr>
        <w:t>56:34  A se Z tak poori history ho.</w:t>
      </w:r>
      <w:r>
        <w:br/>
      </w:r>
      <w:r>
        <w:rPr>
          <w:sz w:val="20"/>
        </w:rPr>
        <w:t>56:39  zindagi ke tamam aspect is mein paaye jaate hain.</w:t>
      </w:r>
      <w:r>
        <w:br/>
      </w:r>
      <w:r>
        <w:rPr>
          <w:sz w:val="20"/>
        </w:rPr>
        <w:t>56:43  individual aspect, national aspect, international aspect, sulah ki baatein, jang ki baatein, jitni bhi cheezein zindagi mein pesh</w:t>
      </w:r>
      <w:r>
        <w:br/>
      </w:r>
      <w:r>
        <w:rPr>
          <w:sz w:val="20"/>
        </w:rPr>
        <w:t>56:47  aati hain, sab ke baare mein wahan namune maujood hain.</w:t>
      </w:r>
      <w:r>
        <w:br/>
      </w:r>
      <w:r>
        <w:rPr>
          <w:sz w:val="20"/>
        </w:rPr>
        <w:t>56:52  to yeh hai source of</w:t>
      </w:r>
      <w:r>
        <w:br/>
      </w:r>
      <w:r>
        <w:rPr>
          <w:sz w:val="20"/>
        </w:rPr>
        <w:t>56:56  conviction.</w:t>
      </w:r>
      <w:r>
        <w:br/>
      </w:r>
      <w:r>
        <w:rPr>
          <w:sz w:val="20"/>
        </w:rPr>
        <w:t>57:04  to agar woh, agar woh ek ek ek history na hota to source of conviction nahi ban sakta tha.</w:t>
      </w:r>
      <w:r>
        <w:br/>
      </w:r>
      <w:r>
        <w:rPr>
          <w:sz w:val="20"/>
        </w:rPr>
        <w:t>57:11  woh to mein yeh kahunga ke Allah taala ne Islam ki shakal mein ek ek blessing apni</w:t>
      </w:r>
      <w:r>
        <w:br/>
      </w:r>
      <w:r>
        <w:rPr>
          <w:sz w:val="20"/>
        </w:rPr>
        <w:t>57:19  duniya mein bheji hai insaan ke liye.</w:t>
      </w:r>
    </w:p>
    <w:p>
      <w:pPr>
        <w:pStyle w:val="Heading2"/>
      </w:pPr>
      <w:r>
        <w:t>Science confirms Quran but doesn't prove God</w:t>
      </w:r>
    </w:p>
    <w:p>
      <w:r>
        <w:rPr>
          <w:color w:val="666666"/>
          <w:sz w:val="18"/>
        </w:rPr>
        <w:t>God Particle 8 July 2012 - Maulana Wahiduddin Khan · 5m 37s · at 31:32 · https://youtu.be/GajbNL2XS1o?t=1892</w:t>
      </w:r>
    </w:p>
    <w:p>
      <w:r>
        <w:rPr>
          <w:i/>
        </w:rPr>
        <w:t>“What is the difference?”</w:t>
      </w:r>
    </w:p>
    <w:p>
      <w:r>
        <w:rPr>
          <w:sz w:val="20"/>
        </w:rPr>
        <w:t>31:32  farq sirf kya hai? farq yeh hai ke jo, jo theist bind hai, jo Khuda ko banaye baghair chahte hain, yani kainat ko explain karna, woh samajhte hain ke isi yani Higgs Boson se wajood mein aai kainat.</w:t>
      </w:r>
      <w:r>
        <w:br/>
      </w:r>
      <w:r>
        <w:rPr>
          <w:sz w:val="20"/>
        </w:rPr>
        <w:t>31:51  lekin sawal yeh hai,</w:t>
      </w:r>
      <w:r>
        <w:br/>
      </w:r>
      <w:r>
        <w:rPr>
          <w:sz w:val="20"/>
        </w:rPr>
        <w:t>31:53  Higgs Boson jo hai, kis ko, kis ne, kis ne is ko paida kiya? yani woh apne aap kaise paida ho gaya?</w:t>
      </w:r>
      <w:r>
        <w:br/>
      </w:r>
      <w:r>
        <w:rPr>
          <w:sz w:val="20"/>
        </w:rPr>
        <w:t>32:02  woh to sawal phir bhi baqi hai, phir bhi baqi hai. sawal is aik baat mein yahan yaad dilaoon jo mein ne aap ki kitab</w:t>
      </w:r>
      <w:r>
        <w:br/>
      </w:r>
      <w:r>
        <w:rPr>
          <w:sz w:val="20"/>
        </w:rPr>
        <w:t>32:12  mein likhi hai, guard arises mein, ke jab Newton ke zamane mein jab woh daryaft hua ke dunya mein principle of causation hai, yani cause and effect ka usool hai,</w:t>
      </w:r>
      <w:r>
        <w:br/>
      </w:r>
      <w:r>
        <w:rPr>
          <w:sz w:val="20"/>
        </w:rPr>
        <w:t>32:28  aik cause hota hai, phir us ka effect hota hai. tamam cheezein</w:t>
      </w:r>
      <w:r>
        <w:br/>
      </w:r>
      <w:r>
        <w:rPr>
          <w:sz w:val="20"/>
        </w:rPr>
        <w:t>32:31  jo dunya mein hain, woh sab principle of causation se chal rahi hain, control ho rahi hain. to is waqt yeh kaha gaya hai ke ab khuda ki zaroorat nahi hai,</w:t>
      </w:r>
      <w:r>
        <w:br/>
      </w:r>
      <w:r>
        <w:rPr>
          <w:sz w:val="20"/>
        </w:rPr>
        <w:t>32:46  ab khuda ki zaroorat nahi. hum ne maloom kar liya ke cheezein kaise banti hain. to is waqt kaha gaya tha ke ke nature agar,</w:t>
      </w:r>
      <w:r>
        <w:br/>
      </w:r>
      <w:r>
        <w:rPr>
          <w:sz w:val="20"/>
        </w:rPr>
        <w:t>32:55  agar jab apni daryaft kar liya, law of nature jo hai, woh cheezon ko shape deta hai, to ab khudai kya zaroorat hai? khudai koi zaroorat nahi hai.</w:t>
      </w:r>
      <w:r>
        <w:br/>
      </w:r>
      <w:r>
        <w:rPr>
          <w:sz w:val="20"/>
        </w:rPr>
        <w:t>33:07  yani newton ke baad jo daryaften huien, us se maloom hua ke jis ko hum nature kehte hain, fitrat, sari cheezein, yani science ki zuban mein jo kuch bhi hai, woh sab nature hai.</w:t>
      </w:r>
      <w:r>
        <w:br/>
      </w:r>
      <w:r>
        <w:rPr>
          <w:sz w:val="20"/>
        </w:rPr>
        <w:t>33:18  chahe insan ho, chahe ghaas ho, chahe</w:t>
      </w:r>
      <w:r>
        <w:br/>
      </w:r>
      <w:r>
        <w:rPr>
          <w:sz w:val="20"/>
        </w:rPr>
        <w:t>33:24  sitare hon, sayare hon, sab nature hain. to agar yeh nature jo hai, cause and effect ke usool ke tehat bani hai,</w:t>
      </w:r>
      <w:r>
        <w:br/>
      </w:r>
      <w:r>
        <w:rPr>
          <w:sz w:val="20"/>
        </w:rPr>
        <w:t>33:35  to phir khudai kya zaroorat hai? koi cause and effect ko samjha ke hi khuda, yani ab khuda ke manne ki zaroorat nahi hai.</w:t>
      </w:r>
      <w:r>
        <w:br/>
      </w:r>
      <w:r>
        <w:rPr>
          <w:sz w:val="20"/>
        </w:rPr>
        <w:t>33:49  halankeh yeh, yeh galat fehmi thi. kyunke sawal ab bhi baqi tha ke khud nature ko, khud nature ke course ko, khud law of causation ko kis ne wajood diya?</w:t>
      </w:r>
      <w:r>
        <w:br/>
      </w:r>
      <w:r>
        <w:rPr>
          <w:sz w:val="20"/>
        </w:rPr>
        <w:t>34:00  woh kaise wajood aaya?</w:t>
      </w:r>
      <w:r>
        <w:br/>
      </w:r>
      <w:r>
        <w:rPr>
          <w:sz w:val="20"/>
        </w:rPr>
        <w:t>34:04  yeh chhe sawal phir hi baqi tha. to unhon ne yeh kaha tha ke "if events are due to natural causes, they are not due to supernatural causes." "if events are due to natural causes,</w:t>
      </w:r>
      <w:r>
        <w:br/>
      </w:r>
      <w:r>
        <w:rPr>
          <w:sz w:val="20"/>
        </w:rPr>
        <w:t>34:21  they are not due to supernatural causes." maine likha tha apni kitab mein ke "nature does not explain, she is, she itself is in need of explanation." nature explain nahi karti, balkeh dobara is sawal hai ke nature ko kis ne takhleeq kiya?</w:t>
      </w:r>
      <w:r>
        <w:br/>
      </w:r>
      <w:r>
        <w:rPr>
          <w:sz w:val="20"/>
        </w:rPr>
        <w:t>34:39  dobara yeh sawal hai. wahi haal wahan, aik muamla yahan hai ke higgs boson explain nahi karta, yani full stop nahi lag jata yahan par.</w:t>
      </w:r>
      <w:r>
        <w:br/>
      </w:r>
      <w:r>
        <w:rPr>
          <w:sz w:val="20"/>
        </w:rPr>
        <w:t>34:50  ab sawal yeh hai ke khud higgs boson ko kis ne takhleeq kiya? yani aisa ajeeb o ghareeb particle</w:t>
      </w:r>
      <w:r>
        <w:br/>
      </w:r>
      <w:r>
        <w:rPr>
          <w:sz w:val="20"/>
        </w:rPr>
        <w:t>34:58  jo agarche unstable hai, aisa ajeeb o ghareeb particle lekin ke woh tamam particle ko mass de deta hai. yeh kaisi ajeeb baat hai?</w:t>
      </w:r>
      <w:r>
        <w:br/>
      </w:r>
      <w:r>
        <w:rPr>
          <w:sz w:val="20"/>
        </w:rPr>
        <w:t>35:09  jo particle mein mass nahi tha, yeh us ko mass deta hai aur phir sari kainat wajood mein aati hai. chahe pani ho, chahe mountain ho, chahe insan ho, chahe darakht ho, sab wajood mein aate hain.</w:t>
      </w:r>
      <w:r>
        <w:br/>
      </w:r>
      <w:r>
        <w:rPr>
          <w:sz w:val="20"/>
        </w:rPr>
        <w:t>35:21  to woh, woh, woh jo</w:t>
      </w:r>
      <w:r>
        <w:br/>
      </w:r>
      <w:r>
        <w:rPr>
          <w:sz w:val="20"/>
        </w:rPr>
        <w:t>35:24  miraculous particle, woh khud kaise wajood mein aa gaya? to sawal to phir hi baqi hai. to jab tak aap yeh na manen ke aik khuda hai jis ne big bang mein explosion kiya,</w:t>
      </w:r>
      <w:r>
        <w:br/>
      </w:r>
      <w:r>
        <w:rPr>
          <w:sz w:val="20"/>
        </w:rPr>
        <w:t>35:40  aik khuda hai jis ne cosmic ball ko banaya,</w:t>
      </w:r>
      <w:r>
        <w:br/>
      </w:r>
      <w:r>
        <w:rPr>
          <w:sz w:val="20"/>
        </w:rPr>
        <w:t>35:43  aik khuda hai jis ne particles ko mass diya, to phir bhi sawal baqi rahe ga. sawal wahin ka wahin baqi rahe ga.</w:t>
      </w:r>
      <w:r>
        <w:br/>
      </w:r>
      <w:r>
        <w:rPr>
          <w:sz w:val="20"/>
        </w:rPr>
        <w:t>35:54  kyunke aap jo, jo cheez, jo cheez aap ne daryaft ki hai, woh wahan, wahan, wahan full stop nahi lag jata. us ke baad hi sawal baqi rehta hai.</w:t>
      </w:r>
      <w:r>
        <w:br/>
      </w:r>
      <w:r>
        <w:rPr>
          <w:sz w:val="20"/>
        </w:rPr>
        <w:t>36:04  to main yeh kahun ga ke yeh, yani humein apne mutale ko abhi aage le chalna hai.</w:t>
      </w:r>
      <w:r>
        <w:br/>
      </w:r>
      <w:r>
        <w:rPr>
          <w:sz w:val="20"/>
        </w:rPr>
        <w:t>36:15  mushkil yeh hai ke is muamle mein jo, jo kaam jo log kar rahe hain, woh woh hain jo khuda ko hadaf kar ke kaam kar rahe hain.</w:t>
      </w:r>
      <w:r>
        <w:br/>
      </w:r>
      <w:r>
        <w:rPr>
          <w:sz w:val="20"/>
        </w:rPr>
        <w:t>36:24  research jo kar rahe hain, jo log aur jo khuda ko manne wale log hain, un ka is mein koi hissa nahi. woh to apne ibadat khano mein ya apne madarson mein masroof hain.</w:t>
      </w:r>
      <w:r>
        <w:br/>
      </w:r>
      <w:r>
        <w:rPr>
          <w:sz w:val="20"/>
        </w:rPr>
        <w:t>36:36  unhein pata bhi nahi ke kya nature hai, kya nature ke qanoon hain.</w:t>
      </w:r>
      <w:r>
        <w:br/>
      </w:r>
      <w:r>
        <w:rPr>
          <w:sz w:val="20"/>
        </w:rPr>
        <w:t>36:43  to yani yahan mein yeh kehna chahunga ke quran ke ek aur ayat yaad dilana chahta hoon mein ke quran mein ek ayat hai ke "sanureehim ayatina fil fāqi wa fi anfusihim hatta yatabayyana lahul haq"</w:t>
      </w:r>
      <w:r>
        <w:br/>
      </w:r>
      <w:r>
        <w:rPr>
          <w:sz w:val="20"/>
        </w:rPr>
        <w:t>37:03  ke hum dikhayen ke logon ko apni nishaniyan</w:t>
      </w:r>
    </w:p>
    <w:p>
      <w:pPr>
        <w:pStyle w:val="Heading2"/>
      </w:pPr>
      <w:r>
        <w:t>Islam vs Muslims and goal of Tazkiya</w:t>
      </w:r>
    </w:p>
    <w:p>
      <w:r>
        <w:rPr>
          <w:color w:val="666666"/>
          <w:sz w:val="18"/>
        </w:rPr>
        <w:t>Interview of Maulana Wahiduddin Khan by Steve Chase · 4m 50s · at 1:01 · https://youtu.be/dbDfvOYCLdA?t=61</w:t>
      </w:r>
    </w:p>
    <w:p>
      <w:r>
        <w:rPr>
          <w:i/>
        </w:rPr>
        <w:t>“I think the study of religion is not a very easy subject.”</w:t>
      </w:r>
    </w:p>
    <w:p>
      <w:r>
        <w:rPr>
          <w:sz w:val="20"/>
        </w:rPr>
        <w:t>1:01  I think that the study of religion is not a very easy subject, because there are people confused</w:t>
      </w:r>
      <w:r>
        <w:br/>
      </w:r>
      <w:r>
        <w:rPr>
          <w:sz w:val="20"/>
        </w:rPr>
        <w:t>1:12  between religion and people of religion, between Islam and Muslims.</w:t>
      </w:r>
      <w:r>
        <w:br/>
      </w:r>
      <w:r>
        <w:rPr>
          <w:sz w:val="20"/>
        </w:rPr>
        <w:t>1:22  This creates confusion, and it becomes difficult to draw someright conclusion.</w:t>
      </w:r>
      <w:r>
        <w:br/>
      </w:r>
      <w:r>
        <w:rPr>
          <w:sz w:val="20"/>
        </w:rPr>
        <w:t>1:33  So my way of thinking is that—I always say that my subject is Islam.</w:t>
      </w:r>
      <w:r>
        <w:br/>
      </w:r>
      <w:r>
        <w:rPr>
          <w:sz w:val="20"/>
        </w:rPr>
        <w:t>1:39  Muslim has not been my subject.</w:t>
      </w:r>
      <w:r>
        <w:br/>
      </w:r>
      <w:r>
        <w:rPr>
          <w:sz w:val="20"/>
        </w:rPr>
        <w:t>1:45  So I always study Islam from Islamic texts.</w:t>
      </w:r>
      <w:r>
        <w:br/>
      </w:r>
      <w:r>
        <w:rPr>
          <w:sz w:val="20"/>
        </w:rPr>
        <w:t>1:51  So I differentiate between Islam and Muslims.</w:t>
      </w:r>
      <w:r>
        <w:br/>
      </w:r>
      <w:r>
        <w:rPr>
          <w:sz w:val="20"/>
        </w:rPr>
        <w:t>1:57  So according to my study, the first source of Islam</w:t>
      </w:r>
      <w:r>
        <w:br/>
      </w:r>
      <w:r>
        <w:rPr>
          <w:sz w:val="20"/>
        </w:rPr>
        <w:t>2:03  is Quran.</w:t>
      </w:r>
      <w:r>
        <w:br/>
      </w:r>
      <w:r>
        <w:rPr>
          <w:sz w:val="20"/>
        </w:rPr>
        <w:t>2:10  Then Prophet's life, Prophet's saying, Prophet's example.</w:t>
      </w:r>
      <w:r>
        <w:br/>
      </w:r>
      <w:r>
        <w:rPr>
          <w:sz w:val="20"/>
        </w:rPr>
        <w:t>2:18  These two are basic references of Islam.</w:t>
      </w:r>
      <w:r>
        <w:br/>
      </w:r>
      <w:r>
        <w:rPr>
          <w:sz w:val="20"/>
        </w:rPr>
        <w:t>2:26  So according to my study, people generally refer to some verse</w:t>
      </w:r>
      <w:r>
        <w:br/>
      </w:r>
      <w:r>
        <w:rPr>
          <w:sz w:val="20"/>
        </w:rPr>
        <w:t>2:33  at the time of Prophet.</w:t>
      </w:r>
      <w:r>
        <w:br/>
      </w:r>
      <w:r>
        <w:rPr>
          <w:sz w:val="20"/>
        </w:rPr>
        <w:t>2:41  So they—by referring to these verses, they say that Islam is religious verse.</w:t>
      </w:r>
      <w:r>
        <w:br/>
      </w:r>
      <w:r>
        <w:rPr>
          <w:sz w:val="20"/>
        </w:rPr>
        <w:t>2:49  But here also you have to differentiate between basic principles and those things that were due to age factors.</w:t>
      </w:r>
      <w:r>
        <w:br/>
      </w:r>
      <w:r>
        <w:rPr>
          <w:sz w:val="20"/>
        </w:rPr>
        <w:t>2:56  Prophet of Islam started his mission in 7th century AD.</w:t>
      </w:r>
      <w:r>
        <w:br/>
      </w:r>
      <w:r>
        <w:rPr>
          <w:sz w:val="20"/>
        </w:rPr>
        <w:t>3:04  At that time there was tribal culture.</w:t>
      </w:r>
      <w:r>
        <w:br/>
      </w:r>
      <w:r>
        <w:rPr>
          <w:sz w:val="20"/>
        </w:rPr>
        <w:t>3:14  Tribal culture means culture of conflict, culture of war, because tribes—tribes don't do anything except violence.</w:t>
      </w:r>
      <w:r>
        <w:br/>
      </w:r>
      <w:r>
        <w:rPr>
          <w:sz w:val="20"/>
        </w:rPr>
        <w:t>3:24  So to this age factor, sometimes Prophet was engaged in</w:t>
      </w:r>
      <w:r>
        <w:br/>
      </w:r>
      <w:r>
        <w:rPr>
          <w:sz w:val="20"/>
        </w:rPr>
        <w:t>3:34  war.</w:t>
      </w:r>
      <w:r>
        <w:br/>
      </w:r>
      <w:r>
        <w:rPr>
          <w:sz w:val="20"/>
        </w:rPr>
        <w:t>3:39  But war is not Islamic teaching.</w:t>
      </w:r>
      <w:r>
        <w:br/>
      </w:r>
      <w:r>
        <w:rPr>
          <w:sz w:val="20"/>
        </w:rPr>
        <w:t>3:44  It was due to age factor.</w:t>
      </w:r>
      <w:r>
        <w:br/>
      </w:r>
      <w:r>
        <w:rPr>
          <w:sz w:val="20"/>
        </w:rPr>
        <w:t>3:49  And also Prophet always managed those wars.</w:t>
      </w:r>
      <w:r>
        <w:br/>
      </w:r>
      <w:r>
        <w:rPr>
          <w:sz w:val="20"/>
        </w:rPr>
        <w:t>3:54  So in Islamic study, in—in the Prophet's life, there is no full-fledged war, only some skirmishes, because Prophet</w:t>
      </w:r>
      <w:r>
        <w:br/>
      </w:r>
      <w:r>
        <w:rPr>
          <w:sz w:val="20"/>
        </w:rPr>
        <w:t>3:59  always tried to minimize</w:t>
      </w:r>
      <w:r>
        <w:br/>
      </w:r>
      <w:r>
        <w:rPr>
          <w:sz w:val="20"/>
        </w:rPr>
        <w:t>4:05  the tension.</w:t>
      </w:r>
      <w:r>
        <w:br/>
      </w:r>
      <w:r>
        <w:rPr>
          <w:sz w:val="20"/>
        </w:rPr>
        <w:t>4:12  And due to this strategy, there was no full-fledged war.</w:t>
      </w:r>
      <w:r>
        <w:br/>
      </w:r>
      <w:r>
        <w:rPr>
          <w:sz w:val="20"/>
        </w:rPr>
        <w:t>4:20  So this is my—my study.</w:t>
      </w:r>
      <w:r>
        <w:br/>
      </w:r>
      <w:r>
        <w:rPr>
          <w:sz w:val="20"/>
        </w:rPr>
        <w:t>4:27  Then another point is that I always try to know what was the real goal of Islam</w:t>
      </w:r>
      <w:r>
        <w:br/>
      </w:r>
      <w:r>
        <w:rPr>
          <w:sz w:val="20"/>
        </w:rPr>
        <w:t>4:35  . Real goal.</w:t>
      </w:r>
      <w:r>
        <w:br/>
      </w:r>
      <w:r>
        <w:rPr>
          <w:sz w:val="20"/>
        </w:rPr>
        <w:t>4:41  So according to my study, goal was not to establish government.</w:t>
      </w:r>
      <w:r>
        <w:br/>
      </w:r>
      <w:r>
        <w:rPr>
          <w:sz w:val="20"/>
        </w:rPr>
        <w:t>4:47  It was not true goal.</w:t>
      </w:r>
      <w:r>
        <w:br/>
      </w:r>
      <w:r>
        <w:rPr>
          <w:sz w:val="20"/>
        </w:rPr>
        <w:t>4:54  Islamic goal was to prepare individuals that is called Tazkiya.</w:t>
      </w:r>
      <w:r>
        <w:br/>
      </w:r>
      <w:r>
        <w:rPr>
          <w:sz w:val="20"/>
        </w:rPr>
        <w:t>5:00  In—if you adopt the term</w:t>
      </w:r>
      <w:r>
        <w:br/>
      </w:r>
      <w:r>
        <w:rPr>
          <w:sz w:val="20"/>
        </w:rPr>
        <w:t>5:06  used by—by the Quran, then it is Tazkiya.</w:t>
      </w:r>
      <w:r>
        <w:br/>
      </w:r>
      <w:r>
        <w:rPr>
          <w:sz w:val="20"/>
        </w:rPr>
        <w:t>5:14  Tazkiya means purification.</w:t>
      </w:r>
      <w:r>
        <w:br/>
      </w:r>
      <w:r>
        <w:rPr>
          <w:sz w:val="20"/>
        </w:rPr>
        <w:t>5:21  So according to my study, the only goal of Islam was to—to purify people.</w:t>
      </w:r>
      <w:r>
        <w:br/>
      </w:r>
      <w:r>
        <w:rPr>
          <w:sz w:val="20"/>
        </w:rPr>
        <w:t>5:29  By purification, I mean basically to—to prepare them, th</w:t>
      </w:r>
      <w:r>
        <w:br/>
      </w:r>
      <w:r>
        <w:rPr>
          <w:sz w:val="20"/>
        </w:rPr>
        <w:t>5:37  em, to live as a positive personality, avoid negative thinking. This is the basic, basic issue. So this is my study.</w:t>
      </w:r>
    </w:p>
    <w:p>
      <w:pPr>
        <w:pStyle w:val="Heading2"/>
      </w:pPr>
      <w:r>
        <w:t>The burning bush: God's call and first message to Moses</w:t>
      </w:r>
    </w:p>
    <w:p>
      <w:r>
        <w:rPr>
          <w:color w:val="666666"/>
          <w:sz w:val="18"/>
        </w:rPr>
        <w:t>Lessons from The Story of Prophet Moses Part 2, August 28, 2022 · 5m 57s · at 19:20 · https://youtu.be/2grjIPh0AFc?t=1160</w:t>
      </w:r>
    </w:p>
    <w:p>
      <w:r>
        <w:rPr>
          <w:i/>
        </w:rPr>
        <w:t>“Moses saw a fire and went to look”</w:t>
      </w:r>
    </w:p>
    <w:p>
      <w:r>
        <w:rPr>
          <w:sz w:val="20"/>
        </w:rPr>
        <w:t>19:20  to moosa alaihissalam is aag ki taraf barhe woh thora kisi pahar ki taraf nazar aai thi.</w:t>
      </w:r>
      <w:r>
        <w:br/>
      </w:r>
      <w:r>
        <w:rPr>
          <w:sz w:val="20"/>
        </w:rPr>
        <w:t>19:27  to woh khair kaise charhe thore woh pahari pe halka charh ke wahan aur ooper ki taraf jab gaye to aik valley mein puhanch gaye aik wadi thi wahan .</w:t>
      </w:r>
      <w:r>
        <w:br/>
      </w:r>
      <w:r>
        <w:rPr>
          <w:sz w:val="20"/>
        </w:rPr>
        <w:t>19:40  to jo wadi thi aur us wahin kahin woh peir dekha tha inhon ne to us peir ki taraf aagay barhe.</w:t>
      </w:r>
      <w:r>
        <w:br/>
      </w:r>
      <w:r>
        <w:rPr>
          <w:sz w:val="20"/>
        </w:rPr>
        <w:t>19:48  toh jab peed se woh qareeb pahunche</w:t>
      </w:r>
      <w:r>
        <w:br/>
      </w:r>
      <w:r>
        <w:rPr>
          <w:sz w:val="20"/>
        </w:rPr>
        <w:t>19:52  toh unke right side mein peed ke upar se ek awaaz aayi woh Allah ta'ala ki awaaz thi aur Allah ta'ala ne farmaya</w:t>
      </w:r>
      <w:r>
        <w:br/>
      </w:r>
      <w:r>
        <w:rPr>
          <w:sz w:val="20"/>
        </w:rPr>
        <w:t>20:02  ya Musa inni an rabbuka a Musa main tumhara Rabb hoon</w:t>
      </w:r>
      <w:r>
        <w:br/>
      </w:r>
      <w:r>
        <w:rPr>
          <w:sz w:val="20"/>
        </w:rPr>
        <w:t>20:09  aur kaha ke fa khla na'laik</w:t>
      </w:r>
      <w:r>
        <w:br/>
      </w:r>
      <w:r>
        <w:rPr>
          <w:sz w:val="20"/>
        </w:rPr>
        <w:t>20:13  apne sandals utaar do in kabaal wad wadqis tuwa</w:t>
      </w:r>
      <w:r>
        <w:br/>
      </w:r>
      <w:r>
        <w:rPr>
          <w:sz w:val="20"/>
        </w:rPr>
        <w:t>20:18  tum tawa ki muqaddas wadi mein ho . yeh allah ta'ala ne direct kalam kiya kisi peghambar ke sath aisa nahi hua ke allah ne direct baat ki ho. ji aur phir allah ta'ala ne kaha ke maine tumhein chun liya hai peghambari ke liye apne paigham ko insano ko puhanchane ke liye.</w:t>
      </w:r>
      <w:r>
        <w:br/>
      </w:r>
      <w:r>
        <w:rPr>
          <w:sz w:val="20"/>
        </w:rPr>
        <w:t>20:37  to jo baat mein keh raha hoon jo wahi tumhare ooper nazil hogi ab us ko ghaur se suno. to yeh bara ajeeb experience raha hoga.</w:t>
      </w:r>
      <w:r>
        <w:br/>
      </w:r>
      <w:r>
        <w:rPr>
          <w:sz w:val="20"/>
        </w:rPr>
        <w:t>20:47  j</w:t>
      </w:r>
      <w:r>
        <w:br/>
      </w:r>
      <w:r>
        <w:rPr>
          <w:sz w:val="20"/>
        </w:rPr>
        <w:t>20:48  ye hazrat moosa alaihissalam ka ke allah ta'ala ki direct awaz unhon ne suni to keh mujhe to lagta hai ke woh tharthar kanpte lage honge.</w:t>
      </w:r>
      <w:r>
        <w:br/>
      </w:r>
      <w:r>
        <w:rPr>
          <w:sz w:val="20"/>
        </w:rPr>
        <w:t>20:57  ji yaqeenan kyunke kyunke humein ah seerat se pata chalta hai ke jab ah rasool allah sallallahu alaihi wasallam ke paas pehli wahi aai to in ka bhi isi tarah ka alam</w:t>
      </w:r>
      <w:r>
        <w:br/>
      </w:r>
      <w:r>
        <w:rPr>
          <w:sz w:val="20"/>
        </w:rPr>
        <w:t>21:08  hua tha ke woh kanpte lage aur aisa laga tha ke inhein kuch bimari ho gayi aur bohat hi ghabrahat ki halat mein puhanche apne ghar aur hazrat khadija se kaha ke anikhashiyat ala nafsi to mujhe lagta hai ke meri jaan nikal jaye gi. ji to mujhe lagta hai kuch aisi hi kefiyat hazrat moosa alaihissalam ki bhi ho gi hui ho gi.</w:t>
      </w:r>
      <w:r>
        <w:br/>
      </w:r>
      <w:r>
        <w:rPr>
          <w:sz w:val="20"/>
        </w:rPr>
        <w:t>21:26  ji ke woh hairaan ho gaye honge ke yeh yani woh aaye the ah aag ki talash mein aur allah ta'ala se baat ho rahi hogi.</w:t>
      </w:r>
      <w:r>
        <w:br/>
      </w:r>
      <w:r>
        <w:rPr>
          <w:sz w:val="20"/>
        </w:rPr>
        <w:t>21:34  ji to bari ajeeb kefiyat rahi hogi us waqt. ji yaqeenan</w:t>
      </w:r>
      <w:r>
        <w:br/>
      </w:r>
      <w:r>
        <w:rPr>
          <w:sz w:val="20"/>
        </w:rPr>
        <w:t>21:38  acha doctor sahib kyunke hum wahi ko le kar baat kar rahe hain bohat se ah people from mother faith also watch program. ji ah to woh wahi ke baray mein jante nahi hain.</w:t>
      </w:r>
      <w:r>
        <w:br/>
      </w:r>
      <w:r>
        <w:rPr>
          <w:sz w:val="20"/>
        </w:rPr>
        <w:t>21:49  agar aap us ko wazeh karein ke what is wahi ah us ka kia concept hai to woh bohat acha rahe ga. ah wahi waise teen qism qism ki batai jati hain.</w:t>
      </w:r>
      <w:r>
        <w:br/>
      </w:r>
      <w:r>
        <w:rPr>
          <w:sz w:val="20"/>
        </w:rPr>
        <w:t>22:02  ji teen tarah ki wahi hoti hain. aik to hai jise wahi qalbi kehte hain. ji</w:t>
      </w:r>
      <w:r>
        <w:br/>
      </w:r>
      <w:r>
        <w:rPr>
          <w:sz w:val="20"/>
        </w:rPr>
        <w:t>22:08  yani dil mein baat dalna . to allah ta'ala peghambaron ke dil mein kuch baat dal diya karta tha. hmm aur peghambaron ko yeh pata chal jata tha ke yeh allah ta'ala ne baat dali hai.</w:t>
      </w:r>
      <w:r>
        <w:br/>
      </w:r>
      <w:r>
        <w:rPr>
          <w:sz w:val="20"/>
        </w:rPr>
        <w:t>22:19  yeh bedari mein bhi ho sakti thi aur neend mein bhi yani khwab ke zariye bhi . kyunke jo peghambaron ka khwab hota tha woh sach khwab hota tha aur woh woh wahi us ko mana mana jata tha.</w:t>
      </w:r>
      <w:r>
        <w:br/>
      </w:r>
      <w:r>
        <w:rPr>
          <w:sz w:val="20"/>
        </w:rPr>
        <w:t>22:32  to yeh jo tareeqa hai wahi qalbi is mein ah ah yaani is mein koi farishtay ka involvment</w:t>
      </w:r>
      <w:r>
        <w:br/>
      </w:r>
      <w:r>
        <w:rPr>
          <w:sz w:val="20"/>
        </w:rPr>
        <w:t>22:42  woh mint nahi hai. direct Allah ta'ala paigambar ke dil mein yeh baat daal deta hai.</w:t>
      </w:r>
      <w:r>
        <w:br/>
      </w:r>
      <w:r>
        <w:rPr>
          <w:sz w:val="20"/>
        </w:rPr>
        <w:t>22:48  aur doosri jo qism hai kalam ilahi yani direct Allah ta'ala baat karta hai paigambar se yeh sirf Musa alaihi salam ke qism mein hua</w:t>
      </w:r>
      <w:r>
        <w:br/>
      </w:r>
      <w:r>
        <w:rPr>
          <w:sz w:val="20"/>
        </w:rPr>
        <w:t>22:59  jaisa abhi zikr kiya maine ke ismein bhi koi farishte ka woh nahin hota hai role. direct Allah ta'ala</w:t>
      </w:r>
      <w:r>
        <w:br/>
      </w:r>
      <w:r>
        <w:rPr>
          <w:sz w:val="20"/>
        </w:rPr>
        <w:t>23:06  kalam Allah Moosa takleema Quran mein aata hai ke Allah ta'ala ne Moosa alaihis salam se direct baat ki.</w:t>
      </w:r>
      <w:r>
        <w:br/>
      </w:r>
      <w:r>
        <w:rPr>
          <w:sz w:val="20"/>
        </w:rPr>
        <w:t>23:12  to yeh kalam elahi us ko kaha ja sakta hai aur jo teesri qism hai woh hai wahi malaki yani malaki ka matlab hai farishtay.</w:t>
      </w:r>
      <w:r>
        <w:br/>
      </w:r>
      <w:r>
        <w:rPr>
          <w:sz w:val="20"/>
        </w:rPr>
        <w:t>23:24  ji ke through wahi to farishtay ke zariye wahi hoti hai aur farishtay ke bhi zariye kai qism se wahi</w:t>
      </w:r>
      <w:r>
        <w:br/>
      </w:r>
      <w:r>
        <w:rPr>
          <w:sz w:val="20"/>
        </w:rPr>
        <w:t>23:32  yeh ho sakti hai. aik to woh sirf awaz farishtay ki awaz aaye aur farishta samnay na ho aur doosri soorat yeh hai ke farishta kisi insan ki shakal mein aaye.</w:t>
      </w:r>
      <w:r>
        <w:br/>
      </w:r>
      <w:r>
        <w:rPr>
          <w:sz w:val="20"/>
        </w:rPr>
        <w:t>23:43  ham jaisay hazrat muhammad rasool allah (SAW) ke ah ke paas jab farishta aata tha to kabhi woh kisi insaan ki shakl mein aata tha.</w:t>
      </w:r>
      <w:r>
        <w:br/>
      </w:r>
      <w:r>
        <w:rPr>
          <w:sz w:val="20"/>
        </w:rPr>
        <w:t>23:51  ji aur</w:t>
      </w:r>
      <w:r>
        <w:br/>
      </w:r>
      <w:r>
        <w:rPr>
          <w:sz w:val="20"/>
        </w:rPr>
        <w:t>23:52  aik aik teesri soorat yeh bhi hai ke farishta apne original form mein aaye aur jab woh original form hai woh toh ah rasool allah (SAW) ne bataya hai ke aik baar jibril apne original form mein aaye thay toh poora aasman chhaya hua tha unke wings east say west tak phailay hue thay.</w:t>
      </w:r>
      <w:r>
        <w:br/>
      </w:r>
      <w:r>
        <w:rPr>
          <w:sz w:val="20"/>
        </w:rPr>
        <w:t>24:12  ji toh yeh teen cheezein hain teen tarah ki baatein hain.</w:t>
      </w:r>
      <w:r>
        <w:br/>
      </w:r>
      <w:r>
        <w:rPr>
          <w:sz w:val="20"/>
        </w:rPr>
        <w:t>24:19  toh ismein aik baat aur reh gayi thi pichli sawal mein ke aap ne poocha tha ke kya commandments mile toh jo aham command ah jo aham wahi allah ta'ala ne di jo sab se pehli baat woh yeh ke in ni in allah la ilaha illa ana.</w:t>
      </w:r>
      <w:r>
        <w:br/>
      </w:r>
      <w:r>
        <w:rPr>
          <w:sz w:val="20"/>
        </w:rPr>
        <w:t>24:41  ji ke mein allah hoon mere siwa koi ibadat ke laiq nahin.</w:t>
      </w:r>
      <w:r>
        <w:br/>
      </w:r>
      <w:r>
        <w:rPr>
          <w:sz w:val="20"/>
        </w:rPr>
        <w:t>24:47  fa'abudni toh tum meri hi ibadat karo. waqim as-salata li dhikri aur mere liye tum namaz qaim karo mere zikr ke liye meri yaad ke liye namaz qaim karo.</w:t>
      </w:r>
      <w:r>
        <w:br/>
      </w:r>
      <w:r>
        <w:rPr>
          <w:sz w:val="20"/>
        </w:rPr>
        <w:t>24:58  in as-sa'ata atiyatu qiyamat aanay wali hai. ji akad akhfiyatu li jaza kulli nafsin bima tasmein isko chhupaye rakhoonga taake har insaan ko apne kiye ka badla mil sake.</w:t>
      </w:r>
    </w:p>
    <w:p>
      <w:pPr>
        <w:pStyle w:val="Heading2"/>
      </w:pPr>
      <w:r>
        <w:t>Trust human nature, engage minds instead of fatwas</w:t>
      </w:r>
    </w:p>
    <w:p>
      <w:r>
        <w:rPr>
          <w:color w:val="666666"/>
          <w:sz w:val="18"/>
        </w:rPr>
        <w:t>Why People Live in Despair September 2, 2007 Maulana Wahiduddin Khan · 5m 58s · at 52:02 · https://youtu.be/1Wxz28OJh9c?t=3122</w:t>
      </w:r>
    </w:p>
    <w:p>
      <w:r>
        <w:rPr>
          <w:i/>
        </w:rPr>
        <w:t>“امریکہ کی progress کا راز کیا ہے؟ اس نے کہا dissent”</w:t>
      </w:r>
    </w:p>
    <w:p>
      <w:r>
        <w:rPr>
          <w:sz w:val="20"/>
        </w:rPr>
        <w:t>52:02  jaise ek baar mein America mein ek scholar se mein ne poochha ke America ki mein jo progress hui hai us progress ka khas koi mujhe bataaiye.</w:t>
      </w:r>
      <w:r>
        <w:br/>
      </w:r>
      <w:r>
        <w:rPr>
          <w:sz w:val="20"/>
        </w:rPr>
        <w:t>52:13  yani kyun hui hai itni progress America mein? to us ne ek anokhi baat kahi. us ne kaha ke dissent.</w:t>
      </w:r>
      <w:r>
        <w:br/>
      </w:r>
      <w:r>
        <w:rPr>
          <w:sz w:val="20"/>
        </w:rPr>
        <w:t>52:22  D I double S E N T dissent. hua ke dissent ko hum log aadmi ka ek ek ek muqaddas haq samajhte hain.</w:t>
      </w:r>
      <w:r>
        <w:br/>
      </w:r>
      <w:r>
        <w:rPr>
          <w:sz w:val="20"/>
        </w:rPr>
        <w:t>52:33  hum samajhte hain ke ye insaan ka right hai right ke woh woh woh hum se hum se woh woh kare. criticize kare, hum se alag baat kahe woh.</w:t>
      </w:r>
      <w:r>
        <w:br/>
      </w:r>
      <w:r>
        <w:rPr>
          <w:sz w:val="20"/>
        </w:rPr>
        <w:t>52:47  to dissent ko us ne kaha America ki progress ka raaz dissent. hamare haan kya hai? dissent ko taboo samajhte hain.</w:t>
      </w:r>
      <w:r>
        <w:br/>
      </w:r>
      <w:r>
        <w:rPr>
          <w:sz w:val="20"/>
        </w:rPr>
        <w:t>52:58  kahin bhi aap masjid mein jaiye, madrase mein jaiye, kisi Muslim institution mein jaiye.</w:t>
      </w:r>
      <w:r>
        <w:br/>
      </w:r>
      <w:r>
        <w:rPr>
          <w:sz w:val="20"/>
        </w:rPr>
        <w:t>53:03  ab wahan aap koi criticize kar dijiye. foran aap ko jaise jaise koi ghalat aadmi yahan par aa gaya hai. yani dissent ko taboo bana rakha hai unhon ne.</w:t>
      </w:r>
      <w:r>
        <w:br/>
      </w:r>
      <w:r>
        <w:rPr>
          <w:sz w:val="20"/>
        </w:rPr>
        <w:t>53:16  to aap ke andar ye sahas hona chahiye, sahas. ye aap ka andar hausla hona chahiye. ke aap dissent ko sun sakin. difference of opinion jo hai us ko aap us ko aap tolerate kar sakin.</w:t>
      </w:r>
      <w:r>
        <w:br/>
      </w:r>
      <w:r>
        <w:rPr>
          <w:sz w:val="20"/>
        </w:rPr>
        <w:t>53:33  aaj hi mein ne paper mein dekha ke aaj is se pehle aap ko pata hai ke woh Denmark mein ek cartoon chhapa tha to bada hangama khara hua tha.</w:t>
      </w:r>
      <w:r>
        <w:br/>
      </w:r>
      <w:r>
        <w:rPr>
          <w:sz w:val="20"/>
        </w:rPr>
        <w:t>53:43  aaj woh kahin Sweden mein kuch ho gaya hai. koi cartoon ya kya</w:t>
      </w:r>
      <w:r>
        <w:br/>
      </w:r>
      <w:r>
        <w:rPr>
          <w:sz w:val="20"/>
        </w:rPr>
        <w:t>53:47  ab is waqt hangama wahan khara hua hai. aur sweden mein hua aur pakistan mein jal jal jalana phookna kar rahe hain. kya is se koi development ho sakta hai?</w:t>
      </w:r>
      <w:r>
        <w:br/>
      </w:r>
      <w:r>
        <w:rPr>
          <w:sz w:val="20"/>
        </w:rPr>
        <w:t>54:00  aap dekhiye ye kijiye ke jab koi shakhs pehli baat mein aap ko ek bahut hi raaz ki baat arz karta hoon, raaz ki baat.</w:t>
      </w:r>
      <w:r>
        <w:br/>
      </w:r>
      <w:r>
        <w:rPr>
          <w:sz w:val="20"/>
        </w:rPr>
        <w:t>54:10  ke insaan ko par bharosa karna sikhiye. mera soch kya hai? meri soch kya hai?</w:t>
      </w:r>
      <w:r>
        <w:br/>
      </w:r>
      <w:r>
        <w:rPr>
          <w:sz w:val="20"/>
        </w:rPr>
        <w:t>54:17  meri soch ye hai ke woh woh aadmi jo hai us ko bhi khuda ne paida kiya hai. woh kisi kisi setan ne nahi paida kiya us aadmi ko.</w:t>
      </w:r>
      <w:r>
        <w:br/>
      </w:r>
      <w:r>
        <w:rPr>
          <w:sz w:val="20"/>
        </w:rPr>
        <w:t>54:27  aur kal har aadmi jo hai bistar nature hai. mera mera starting point ye hota hai.</w:t>
      </w:r>
      <w:r>
        <w:br/>
      </w:r>
      <w:r>
        <w:rPr>
          <w:sz w:val="20"/>
        </w:rPr>
        <w:t>54:36  kisi bhi aadmi ko mein by nature bura nahi samajhta. kyunke bura samajhun to koi khuda ne ghalat paida kar diya us ko.</w:t>
      </w:r>
      <w:r>
        <w:br/>
      </w:r>
      <w:r>
        <w:rPr>
          <w:sz w:val="20"/>
        </w:rPr>
        <w:t>54:46  jab mein ye maan leta hoon ke har aadmi bistar nature hai. tab mein kya sochta hoon? woh jo ghalat baat keh raha hai woh upri baat hai.</w:t>
      </w:r>
      <w:r>
        <w:br/>
      </w:r>
      <w:r>
        <w:rPr>
          <w:sz w:val="20"/>
        </w:rPr>
        <w:t>54:56  woh us ke dil ki aawaz nahi hai. upar upri baat kyun hai? us ko us ko abhi tak sahee tareeqe se baat ko kaha nahi gaya. us ko reason nahi peshi gayi.</w:t>
      </w:r>
      <w:r>
        <w:br/>
      </w:r>
      <w:r>
        <w:rPr>
          <w:sz w:val="20"/>
        </w:rPr>
        <w:t>55:08  to us ke maani kya hue ke mujhe hope rehti hai har insaan ke baare mein. ke agar mein ye tatolta hoon, jaanne ki koshish karta hoon ke us ke mind mein woh kaun sa thought hai jis ki wajah se aisa bol raha hai woh.</w:t>
      </w:r>
      <w:r>
        <w:br/>
      </w:r>
      <w:r>
        <w:rPr>
          <w:sz w:val="20"/>
        </w:rPr>
        <w:t>55:19  us ko chahta hoon address karun mein. ye karte hain nahi log? is se pehle rushdi ne kitab likhi, wahan bhi hangama khara kiya. taslima ke nazdeek ek hangama khara kiya.</w:t>
      </w:r>
      <w:r>
        <w:br/>
      </w:r>
      <w:r>
        <w:rPr>
          <w:sz w:val="20"/>
        </w:rPr>
        <w:t>55:30  denmark ka hangama khara kiya, ab sweden mein hangama kar rahe hain.</w:t>
      </w:r>
      <w:r>
        <w:br/>
      </w:r>
      <w:r>
        <w:rPr>
          <w:sz w:val="20"/>
        </w:rPr>
        <w:t>55:34  are bhai un ko jano un ke mind ko ke kyun unhon ne woh aisa kiya unhon ne. aur phir is is ke is is ko address karo. is ka jawab do.</w:t>
      </w:r>
      <w:r>
        <w:br/>
      </w:r>
      <w:r>
        <w:rPr>
          <w:sz w:val="20"/>
        </w:rPr>
        <w:t>55:45  to kya hoga? quran mein bataya gaya hai ke</w:t>
      </w:r>
      <w:r>
        <w:br/>
      </w:r>
      <w:r>
        <w:rPr>
          <w:sz w:val="20"/>
        </w:rPr>
        <w:t>55:53  ke tumhara dushman jo hai woh tumhara dost ban jayega.</w:t>
      </w:r>
      <w:r>
        <w:br/>
      </w:r>
      <w:r>
        <w:rPr>
          <w:sz w:val="20"/>
        </w:rPr>
        <w:t>55:58  abhi habib bhai ka telephone aya hai mere paas do chaar do chaar din pehle ke ek sahib jo the woh bahut hi khilaf the. is ke mere.</w:t>
      </w:r>
      <w:r>
        <w:br/>
      </w:r>
      <w:r>
        <w:rPr>
          <w:sz w:val="20"/>
        </w:rPr>
        <w:t>56:08  mere bahut khilaf the woh. pata nahi kya kya kehte the woh. to khair un ka ek din aaya habib bhai ke haan. unhon ne poocha ke kaha ke aap kuch parha hai aap ne?</w:t>
      </w:r>
      <w:r>
        <w:br/>
      </w:r>
      <w:r>
        <w:rPr>
          <w:sz w:val="20"/>
        </w:rPr>
        <w:t>56:19  meri kuch kitab parhi hai aap ne? unhon ne kaha nahi parhi nahi hai lekin kehte hain ke woh bahut ghalat aadmi hain woh. matlab hindwon ke agent hain aur kya hain aur kya hain.</w:t>
      </w:r>
      <w:r>
        <w:br/>
      </w:r>
      <w:r>
        <w:rPr>
          <w:sz w:val="20"/>
        </w:rPr>
        <w:t>56:28  to unhon ne un ko diya ek kitab rasool allah par bhari kitab jo hai woh diya parhne ke liye. to woh le gaye. aur parh kar jab aaye to unhon ne kaha ke woh phoot phoot kar ro rahe the, ye lafz tha habib bhai ka.</w:t>
      </w:r>
      <w:r>
        <w:br/>
      </w:r>
      <w:r>
        <w:rPr>
          <w:sz w:val="20"/>
        </w:rPr>
        <w:t>56:41  ke phoot phoot kar ro rahe the woh. ke jis insaan ko maine bura bhala kaha us ne itni achi kitab likhi hai sehhat rasool par.</w:t>
      </w:r>
      <w:r>
        <w:br/>
      </w:r>
      <w:r>
        <w:rPr>
          <w:sz w:val="20"/>
        </w:rPr>
        <w:t>56:50  ye lafz tha habib bhai ka ke phoot phoot kar ro rahe the woh.</w:t>
      </w:r>
      <w:r>
        <w:br/>
      </w:r>
      <w:r>
        <w:rPr>
          <w:sz w:val="20"/>
        </w:rPr>
        <w:t>56:55  to aap ye kyun karte hain ke fatwa dene lagte hain har aadmi? aaj kal ke musalmanon mein riwaj kya hai ke fatwa activism.</w:t>
      </w:r>
      <w:r>
        <w:br/>
      </w:r>
      <w:r>
        <w:rPr>
          <w:sz w:val="20"/>
        </w:rPr>
        <w:t>57:05  nahi, educational activism chalaiye. aaj kal zor hai fatwa activism ka</w:t>
      </w:r>
      <w:r>
        <w:br/>
      </w:r>
      <w:r>
        <w:rPr>
          <w:sz w:val="20"/>
        </w:rPr>
        <w:t>57:11  . dars fatwa, dars fatwa, dars fatwa. nahi. educational activism, dawa activism. yani us ke mind ko parhiye.</w:t>
      </w:r>
      <w:r>
        <w:br/>
      </w:r>
      <w:r>
        <w:rPr>
          <w:sz w:val="20"/>
        </w:rPr>
        <w:t>57:21  us ko us ko samjhiye ke woh kahan atka hua hai. us ke lihaz se bataiye us ko. to ho sakta hai ke woh bilkul aap ka sathi ban jaye. us ki sab baatein khatam ho jayen.</w:t>
      </w:r>
      <w:r>
        <w:br/>
      </w:r>
      <w:r>
        <w:rPr>
          <w:sz w:val="20"/>
        </w:rPr>
        <w:t>57:32  bas jahan zara si kuch khabar mili aur lage lagane, woh juloos nikalne, jalane phookne.</w:t>
      </w:r>
      <w:r>
        <w:br/>
      </w:r>
      <w:r>
        <w:rPr>
          <w:sz w:val="20"/>
        </w:rPr>
        <w:t>57:41  to us ki wajah bhi kya hai? us ki wajah ye hai ke logon ka itna kam hai intellectual development. baaton ko samajhte nahin wo.</w:t>
      </w:r>
      <w:r>
        <w:br/>
      </w:r>
      <w:r>
        <w:rPr>
          <w:sz w:val="20"/>
        </w:rPr>
        <w:t>57:49  bahut badi museebat ye hai ke intellectual development logon ka na hone ki wajah se baaton ko gehrai mein samajhte nahin hain wo. baaton ko gehrai mein samajh nahin pate.</w:t>
      </w:r>
    </w:p>
    <w:p>
      <w:pPr>
        <w:pStyle w:val="Heading2"/>
      </w:pPr>
      <w:r>
        <w:t>The three-point formula for finding truth: history, reading, thinking</w:t>
      </w:r>
    </w:p>
    <w:p>
      <w:r>
        <w:rPr>
          <w:color w:val="666666"/>
          <w:sz w:val="18"/>
        </w:rPr>
        <w:t>Why People live in Despair September 2, 2007 · 5m 49s · at 20:11 · https://youtu.be/BHfgOfzXf00?t=1211</w:t>
      </w:r>
    </w:p>
    <w:p>
      <w:r>
        <w:rPr>
          <w:i/>
        </w:rPr>
        <w:t>“I'll give you a three-point formula to find truth.”</w:t>
      </w:r>
    </w:p>
    <w:p>
      <w:r>
        <w:rPr>
          <w:sz w:val="20"/>
        </w:rPr>
        <w:t>20:11  is planning mein kya hai? yani sachai ko pane ke liye main main samajhta hoon ke three point formula hai. woh hai kya</w:t>
      </w:r>
      <w:r>
        <w:br/>
      </w:r>
      <w:r>
        <w:rPr>
          <w:sz w:val="20"/>
        </w:rPr>
        <w:t>20:23  ? history, observation aur intellectual exchange. yeh three point formula hai. history, observation, intellectual exchange.</w:t>
      </w:r>
      <w:r>
        <w:br/>
      </w:r>
      <w:r>
        <w:rPr>
          <w:sz w:val="20"/>
        </w:rPr>
        <w:t>20:40  history kya hai? kitabon ka mutalia karna. kitabon ko padhna.</w:t>
      </w:r>
      <w:r>
        <w:br/>
      </w:r>
      <w:r>
        <w:rPr>
          <w:sz w:val="20"/>
        </w:rPr>
        <w:t>20:54  a</w:t>
      </w:r>
      <w:r>
        <w:br/>
      </w:r>
      <w:r>
        <w:rPr>
          <w:sz w:val="20"/>
        </w:rPr>
        <w:t>20:55  aj mein kisi se keh raha tha ke aaj kal bohat kitaben padhi jati hain. lekin kaun si kitab padhi jati hai? novel.</w:t>
      </w:r>
      <w:r>
        <w:br/>
      </w:r>
      <w:r>
        <w:rPr>
          <w:sz w:val="20"/>
        </w:rPr>
        <w:t>21:06  ek bar tha America ke ek author se maine poocha. maine kaha ek American author se ke sahib, aap ke desh mein bohat kitaben kharidte hain log.</w:t>
      </w:r>
      <w:r>
        <w:br/>
      </w:r>
      <w:r>
        <w:rPr>
          <w:sz w:val="20"/>
        </w:rPr>
        <w:t>21:18  hamare India mein to bohat kam kitaben bikti hain.</w:t>
      </w:r>
      <w:r>
        <w:br/>
      </w:r>
      <w:r>
        <w:rPr>
          <w:sz w:val="20"/>
        </w:rPr>
        <w:t>21:23  us author ne kaha ke aap ek baat samajh lijiye ke America mein bhi wahi haal hai jo India mein haal hai. usne kaha kaun si kitaben bikti hain?</w:t>
      </w:r>
      <w:r>
        <w:br/>
      </w:r>
      <w:r>
        <w:rPr>
          <w:sz w:val="20"/>
        </w:rPr>
        <w:t>21:32  aap padhte honge million, million copy. yeh sab novel bikti hain, novel. jo serious</w:t>
      </w:r>
      <w:r>
        <w:br/>
      </w:r>
      <w:r>
        <w:rPr>
          <w:sz w:val="20"/>
        </w:rPr>
        <w:t>21:42  subject par jo kitab mein likhi jati hai, woh yahan bhi kam, yahan bhi log bohat kam khareedte hain.</w:t>
      </w:r>
      <w:r>
        <w:br/>
      </w:r>
      <w:r>
        <w:rPr>
          <w:sz w:val="20"/>
        </w:rPr>
        <w:t>21:49  is ne khud kaha ke main chounke novel nahi likhta, to meri kitab jo hai hazaron mein bikti hai, bas pachas hazar, sath hazar, satar hazar.</w:t>
      </w:r>
      <w:r>
        <w:br/>
      </w:r>
      <w:r>
        <w:rPr>
          <w:sz w:val="20"/>
        </w:rPr>
        <w:t>21:58  million copy nahi bikti meri kitabon ki. is se maine ek aur cheez nikali. logon ki history jo hai bilkul worthless hai aaj.</w:t>
      </w:r>
      <w:r>
        <w:br/>
      </w:r>
      <w:r>
        <w:rPr>
          <w:sz w:val="20"/>
        </w:rPr>
        <w:t>22:09  ab aap novel jo parhte hain to is mein kya milta hai aap ko? sirf entertainment. novel mein kya hai? fiction hoti hai, jhooti kahani</w:t>
      </w:r>
      <w:r>
        <w:br/>
      </w:r>
      <w:r>
        <w:rPr>
          <w:sz w:val="20"/>
        </w:rPr>
        <w:t>22:18  . to jhooti kahani mein aap ko sachai mil jaye gi aap ko. woh aadmi kaisa itna stupid hoga jo yeh samjhe ke jhooti kahaniyan parho aur sachai ko pa lo.</w:t>
      </w:r>
      <w:r>
        <w:br/>
      </w:r>
      <w:r>
        <w:rPr>
          <w:sz w:val="20"/>
        </w:rPr>
        <w:t>22:30  har novel base karti hai kisi jhooti kahani par. aur is mein aap sachai talash kar rahe hain. is mein entertainment bhi nahi milta aap ko. entertainment ek ek sachi cheez ka naam hai.</w:t>
      </w:r>
      <w:r>
        <w:br/>
      </w:r>
      <w:r>
        <w:rPr>
          <w:sz w:val="20"/>
        </w:rPr>
        <w:t>22:43  sachai ko paane mein entertainment milta hai. jhoot ko paane mein kabhi nahi mil sakta. khushi jhoot mein nahi hai, khushi sachai mein hai.</w:t>
      </w:r>
      <w:r>
        <w:br/>
      </w:r>
      <w:r>
        <w:rPr>
          <w:sz w:val="20"/>
        </w:rPr>
        <w:t>22:54  to main aaj kisi se keh raha tha ke itni zabardast kitab chhapi Britain mein Order Timebe ki. history, history of history.</w:t>
      </w:r>
      <w:r>
        <w:br/>
      </w:r>
      <w:r>
        <w:rPr>
          <w:sz w:val="20"/>
        </w:rPr>
        <w:t>23:05  history of history se main ne bohat baatein samjhi hain. yani history, history, history ko samajhne mein ya insaan ko samajhne mein mujhe chounke is ne bohat zabardast parhne ke baad likha tha.</w:t>
      </w:r>
      <w:r>
        <w:br/>
      </w:r>
      <w:r>
        <w:rPr>
          <w:sz w:val="20"/>
        </w:rPr>
        <w:t>23:16  aur main thirty years tak parhta raha hoon. lekin is ko kitne log parhte hain? bohat hi kam log parhte hain.</w:t>
      </w:r>
      <w:r>
        <w:br/>
      </w:r>
      <w:r>
        <w:rPr>
          <w:sz w:val="20"/>
        </w:rPr>
        <w:t>23:25  universities ke log bhi nahi jante ke Order Timebe ki koi kitab hai history of history. lekin novelon ke baray mein pooch lijiye.</w:t>
      </w:r>
      <w:r>
        <w:br/>
      </w:r>
      <w:r>
        <w:rPr>
          <w:sz w:val="20"/>
        </w:rPr>
        <w:t>23:33  yeh baray baray novel author hain, novel likhne wale. sab log in ka naam jante hain.</w:t>
      </w:r>
      <w:r>
        <w:br/>
      </w:r>
      <w:r>
        <w:rPr>
          <w:sz w:val="20"/>
        </w:rPr>
        <w:t>23:43  to dunya jo hai, aaj ki dunya jo hai, novelen parhti hai. aur TV dekhti hai. aur cinema dekhti hai.</w:t>
      </w:r>
      <w:r>
        <w:br/>
      </w:r>
      <w:r>
        <w:rPr>
          <w:sz w:val="20"/>
        </w:rPr>
        <w:t>23:53  aur hua karti hai. shopping karte hain, outing karti hain. is mein jeete hain log. paisa kamana aur phir paise ko jhoot mein kharch karna.</w:t>
      </w:r>
      <w:r>
        <w:br/>
      </w:r>
      <w:r>
        <w:rPr>
          <w:sz w:val="20"/>
        </w:rPr>
        <w:t>24:04  paisa kamana aur phir paise ko jhoot mein kharch karna. ab tak mujhe ab tak zindagi mein koi nahi mila jis ne kaha ho ke main paisa kamakar main ne Order Timebe ki jo kitab hai, barah jildon mein is ko khareedi main ne.</w:t>
      </w:r>
      <w:r>
        <w:br/>
      </w:r>
      <w:r>
        <w:rPr>
          <w:sz w:val="20"/>
        </w:rPr>
        <w:t>24:15  khareed kar laya aur is ko parhta hoon main. kisi ne nahi kaha mujhe. aur novelen har aadmi khareed raha hai. novelon ke khareedne wale jo hain, woh aap dekhen to ja kar ke book shops par wahan bheer lagi rahe gi.</w:t>
      </w:r>
      <w:r>
        <w:br/>
      </w:r>
      <w:r>
        <w:rPr>
          <w:sz w:val="20"/>
        </w:rPr>
        <w:t>24:30  lekin Order Timebe ki kitab kon khareedta hai?</w:t>
      </w:r>
      <w:r>
        <w:br/>
      </w:r>
      <w:r>
        <w:rPr>
          <w:sz w:val="20"/>
        </w:rPr>
        <w:t>24:33  halankeh woh zabardast kitab hai woh. zindagi ko samajhne ke liye. log parh kar ke bhi blind bane hue hain.</w:t>
      </w:r>
      <w:r>
        <w:br/>
      </w:r>
      <w:r>
        <w:rPr>
          <w:sz w:val="20"/>
        </w:rPr>
        <w:t>24:43  chounke novelen parhte hain.</w:t>
      </w:r>
      <w:r>
        <w:br/>
      </w:r>
      <w:r>
        <w:rPr>
          <w:sz w:val="20"/>
        </w:rPr>
        <w:t>24:47  aur yeh cinema dekhte hain, TV dekhte hain. to Mother Teresa, log Mother Teresa koi ek ka naam nahi hai.</w:t>
      </w:r>
      <w:r>
        <w:br/>
      </w:r>
      <w:r>
        <w:rPr>
          <w:sz w:val="20"/>
        </w:rPr>
        <w:t>24:56  sare log Mother Teresa hain. jeete hain is kis mein? intellectual</w:t>
      </w:r>
      <w:r>
        <w:br/>
      </w:r>
      <w:r>
        <w:rPr>
          <w:sz w:val="20"/>
        </w:rPr>
        <w:t>25:01  starvation mein. intellectual level par jo unhein chahiye sachai, woh un ko milti nahi hai. chounke parhte kya hain? novelen parhte hain. bas.</w:t>
      </w:r>
      <w:r>
        <w:br/>
      </w:r>
      <w:r>
        <w:rPr>
          <w:sz w:val="20"/>
        </w:rPr>
        <w:t>25:11  koi political cheez parh liya. to ek hai history. is ka matlab serious history. agar aap chahte hain ke apni zindagi ki sahi planning karen.</w:t>
      </w:r>
      <w:r>
        <w:br/>
      </w:r>
      <w:r>
        <w:rPr>
          <w:sz w:val="20"/>
        </w:rPr>
        <w:t>25:23  to main ne kaha ke teen point, three point formula bata raha hoon main aap ko. number one, serious history. yeh</w:t>
      </w:r>
      <w:r>
        <w:br/>
      </w:r>
      <w:r>
        <w:rPr>
          <w:sz w:val="20"/>
        </w:rPr>
        <w:t>25:32  sab to distraction hai. novel waghera jo hain woh distraction hain. novel distraction hai. TV distraction hai. cinema distraction hai.</w:t>
      </w:r>
      <w:r>
        <w:br/>
      </w:r>
      <w:r>
        <w:rPr>
          <w:sz w:val="20"/>
        </w:rPr>
        <w:t>25:42  outing, shopping sab distraction hai. is se aap logon ko bachaiye. aur serious history kijiye, serious history.</w:t>
      </w:r>
      <w:r>
        <w:br/>
      </w:r>
      <w:r>
        <w:rPr>
          <w:sz w:val="20"/>
        </w:rPr>
        <w:t>25:54  taake jo world of knowledge hai, us mein aap ki pahunch ho sake. wahan aap ki pahunch ho sake.</w:t>
      </w:r>
    </w:p>
    <w:p>
      <w:pPr>
        <w:pStyle w:val="Heading2"/>
      </w:pPr>
      <w:r>
        <w:t>Babri mosque issue and Muslim sin of singling out</w:t>
      </w:r>
    </w:p>
    <w:p>
      <w:r>
        <w:rPr>
          <w:color w:val="666666"/>
          <w:sz w:val="18"/>
        </w:rPr>
        <w:t>Q&amp;A 03 Oct 2010 Maulana Wahiduddin Khan · 5m 25s · at 8:10 · https://youtu.be/8eOpVUI7Tj4?t=490</w:t>
      </w:r>
    </w:p>
    <w:p>
      <w:r>
        <w:rPr>
          <w:i/>
        </w:rPr>
        <w:t>“Yahi yeh ki masjid jakar dua karein.”</w:t>
      </w:r>
    </w:p>
    <w:p>
      <w:r>
        <w:rPr>
          <w:sz w:val="20"/>
        </w:rPr>
        <w:t>8:10  yahi yahi ki masjid jaakar dua karen.</w:t>
      </w:r>
      <w:r>
        <w:br/>
      </w:r>
      <w:r>
        <w:rPr>
          <w:sz w:val="20"/>
        </w:rPr>
        <w:t>8:16  aajkal jo takreeren hoti hain, band kardo. ayodhya ki masjid ke bare mein takreeren band karo, jalse band karo. allah taala se dua karo. bas, agar koi aqal nahi, kaam nahi karti aapki. aur mera formula to aap len, to aap razi ho jayen is par. relocation par abhi baat khatm.</w:t>
      </w:r>
      <w:r>
        <w:br/>
      </w:r>
      <w:r>
        <w:rPr>
          <w:sz w:val="20"/>
        </w:rPr>
        <w:t>8:41  yaani main wahan gaya hoon pehle, ab bhi gaya hoon. pehle to wahan hua karta tha. ab main gaya hoon, to wahan koi eent ka ek tukda bhi nahi hai babu masjid ka. yaani babu masjid jo hai, wahan exist hi nahi karti. sire se rui ki shakal bhi nahi hai.</w:t>
      </w:r>
      <w:r>
        <w:br/>
      </w:r>
      <w:r>
        <w:rPr>
          <w:sz w:val="20"/>
        </w:rPr>
        <w:t>8:59  yaad rakhiye, log samajhte hain ki babu masjid khadi hui hai wahan par. wahan to babu masjid ki ek eent bhi nahi hai. wahan to bewkuf mandir hai. wo non existent hai. wo to jo babri masjid exist nahi karti, uske upar tehreeken chal rahi hain.</w:t>
      </w:r>
      <w:r>
        <w:br/>
      </w:r>
      <w:r>
        <w:rPr>
          <w:sz w:val="20"/>
        </w:rPr>
        <w:t>9:17  ab dekhiye, isse zyada strict policy koi ho sakti hai?</w:t>
      </w:r>
      <w:r>
        <w:br/>
      </w:r>
      <w:r>
        <w:rPr>
          <w:sz w:val="20"/>
        </w:rPr>
        <w:t>9:25  yaani kisi ko ye nahi. aur ek bahut badi ek gunah kar rahe hain musalman. yaad rakhiye, wahi sun lijiye aap is maamle mein. gunah, gunah, gunah. wo kya?</w:t>
      </w:r>
      <w:r>
        <w:br/>
      </w:r>
      <w:r>
        <w:rPr>
          <w:sz w:val="20"/>
        </w:rPr>
        <w:t>9:37  hadis mein aata hai ki sirf teen masjido ka</w:t>
      </w:r>
      <w:r>
        <w:br/>
      </w:r>
      <w:r>
        <w:rPr>
          <w:sz w:val="20"/>
        </w:rPr>
        <w:t>9:42  special maamla hai. wo hai makka ki masjid aur madine ki masjid aur yeroosalam ki masjid. baqi sab masjidein barabar hain. yeh baqayda hadis hai ki teen masjido ke saath sari masjidein barabar hain.</w:t>
      </w:r>
      <w:r>
        <w:br/>
      </w:r>
      <w:r>
        <w:rPr>
          <w:sz w:val="20"/>
        </w:rPr>
        <w:t>10:01  ab aapko agar pata ho, nahi pata ho, to jaakar ke dekhiye border par rajasthan aur haryana aur punjab, jahan ke pakistan sarhadein milti hain, abhi bhi wahan masjido ki rui padi hui hai. masjidein tod di gayi hain.</w:t>
      </w:r>
      <w:r>
        <w:br/>
      </w:r>
      <w:r>
        <w:rPr>
          <w:sz w:val="20"/>
        </w:rPr>
        <w:t>10:19  maine khud dekha hai, koi masjid tod di gayi. is masjid ko unhone ghar bana liya. is masjid bel baandhne lage. kuch bhi kiya. to wahan par kyu nahi aap jihad karte hain?</w:t>
      </w:r>
      <w:r>
        <w:br/>
      </w:r>
      <w:r>
        <w:rPr>
          <w:sz w:val="20"/>
        </w:rPr>
        <w:t>10:34  aap babri masjid single out kyu karte hain?</w:t>
      </w:r>
      <w:r>
        <w:br/>
      </w:r>
      <w:r>
        <w:rPr>
          <w:sz w:val="20"/>
        </w:rPr>
        <w:t>10:38  kisi ek masjid ko single out karna, yeh to islam mein bilkul jaayaz hi nahi hai. sawa teen ke agar aapko tehreek chalana hai, to sari masjido ke liye chalaaiye. saikdo masjidein jodhaai gayi hain partition ke waqt</w:t>
      </w:r>
      <w:r>
        <w:br/>
      </w:r>
      <w:r>
        <w:rPr>
          <w:sz w:val="20"/>
        </w:rPr>
        <w:t>10:54  border par, un sabke liye aap chalaaiye. hungama kijiye. ek masjid ko agar aap karke us par tehreek chalate hain, to aap gunah ka kaam karte hain. yaad rakhiye,</w:t>
      </w:r>
      <w:r>
        <w:br/>
      </w:r>
      <w:r>
        <w:rPr>
          <w:sz w:val="20"/>
        </w:rPr>
        <w:t>11:08  kisi ek masjid ko single out nahi kar sakte aap. yeh aapko ijazat hi nahi hai islam mein. hadis mein aata hai ki "لا تشد الرحال الا الى صلاۃ المساجد"। yeh makka ki baitul, makka ki jo wo hai masjid, haram makka jo kaha jaata hai,</w:t>
      </w:r>
      <w:r>
        <w:br/>
      </w:r>
      <w:r>
        <w:rPr>
          <w:sz w:val="20"/>
        </w:rPr>
        <w:t>11:29  madine ki masjid, masjid nabvi kaha jaata hai, aur yeroosalam ki masjid, ko masjid اقصی kaha jaata hai. ye teen masjidein jo hain islam mein, unka khaas darja maana gaya hai. baqi sab barabar hain. to kaise musalmano ne aisa kiya ki babri masjid ko unhone single out kiya?</w:t>
      </w:r>
      <w:r>
        <w:br/>
      </w:r>
      <w:r>
        <w:rPr>
          <w:sz w:val="20"/>
        </w:rPr>
        <w:t>11:49  usmein hungama 60 minutes hungama kiye hue hain.</w:t>
      </w:r>
      <w:r>
        <w:br/>
      </w:r>
      <w:r>
        <w:rPr>
          <w:sz w:val="20"/>
        </w:rPr>
        <w:t>11:52  jabki isi desh mein saikdo masjidein aaj bhi jaakar koi dekh le unki halat border par. wahi haal hua hai jo jo ayodhya mein hua. usko aap chup kyu hain?</w:t>
      </w:r>
      <w:r>
        <w:br/>
      </w:r>
      <w:r>
        <w:rPr>
          <w:sz w:val="20"/>
        </w:rPr>
        <w:t>12:09  yeh to islam mein jaayaz hi nahi hai.</w:t>
      </w:r>
      <w:r>
        <w:br/>
      </w:r>
      <w:r>
        <w:rPr>
          <w:sz w:val="20"/>
        </w:rPr>
        <w:t>12:13  to bahut hi zyada sochne ki zaroorat hai ki sara ismein musalmano ka jo hai tareeka, sab ka sab islam ke khilaaf hai. a se zed tak babri masjid ke maamle mein musalmano ka tareeka a se zed tak.</w:t>
      </w:r>
      <w:r>
        <w:br/>
      </w:r>
      <w:r>
        <w:rPr>
          <w:sz w:val="20"/>
        </w:rPr>
        <w:t>12:30  aur yeh bahut zabardast allah taala ka sawal kiya jaayega musalmano se. bahut zabardast sawal kiya jaayega. yaad rakhiye, isi point ko kya musalman jawab de sakte hain?</w:t>
      </w:r>
      <w:r>
        <w:br/>
      </w:r>
      <w:r>
        <w:rPr>
          <w:sz w:val="20"/>
        </w:rPr>
        <w:t>12:40  allah taala kya? yeh to wo kya right tha? kis kis right se tumne ek masjid ko single out kiya?</w:t>
      </w:r>
      <w:r>
        <w:br/>
      </w:r>
      <w:r>
        <w:rPr>
          <w:sz w:val="20"/>
        </w:rPr>
        <w:t>12:47  baqi masjido ko jab ka wahi anjaam hua, to uske baare mein chup ho gaye. tum kyu tumne aisa kiya?</w:t>
      </w:r>
      <w:r>
        <w:br/>
      </w:r>
      <w:r>
        <w:rPr>
          <w:sz w:val="20"/>
        </w:rPr>
        <w:t>12:55  yeh saada baat nahi. yaad rakhiye, bahut hi gambhir baat hai. bahut hi serious baat hai. bahut serious baat hai. yeh masla hindu muslim ka nahi hai. yeh masla bar arth islam ka hai. bar arth allah taala ke qanoon ka hai.</w:t>
      </w:r>
      <w:r>
        <w:br/>
      </w:r>
      <w:r>
        <w:rPr>
          <w:sz w:val="20"/>
        </w:rPr>
        <w:t>13:15  aur bila shubah hai, ismein musalmano se poocha jaayega qayamat mein ki tumne kis right, kis arth, حق se tumne ek masjid ko single out kiya?</w:t>
      </w:r>
      <w:r>
        <w:br/>
      </w:r>
      <w:r>
        <w:rPr>
          <w:sz w:val="20"/>
        </w:rPr>
        <w:t>13:24  batao to kya aap musalman jawab denge iska? yaad rakhiye, yeh saada baat nahi hai.</w:t>
      </w:r>
    </w:p>
    <w:p>
      <w:pPr>
        <w:pStyle w:val="Heading2"/>
      </w:pPr>
      <w:r>
        <w:t>Shackleton's expedition and the West's uncredited sacrifices</w:t>
      </w:r>
    </w:p>
    <w:p>
      <w:r>
        <w:rPr>
          <w:color w:val="666666"/>
          <w:sz w:val="18"/>
        </w:rPr>
        <w:t>Fragments of a CPS Mind April 24, 2011 Maulana Wahiduddin Khan · 5m 11s · at 30:42 · https://youtu.be/kn1KfE--rug?t=1842</w:t>
      </w:r>
    </w:p>
    <w:p>
      <w:r>
        <w:rPr>
          <w:i/>
        </w:rPr>
        <w:t>“Yeh qissa hai ab se 110 saal pehle ka”</w:t>
      </w:r>
    </w:p>
    <w:p>
      <w:r>
        <w:rPr>
          <w:sz w:val="20"/>
        </w:rPr>
        <w:t>30:42  abhi mein aik qissa parh raha tha.</w:t>
      </w:r>
      <w:r>
        <w:br/>
      </w:r>
      <w:r>
        <w:rPr>
          <w:sz w:val="20"/>
        </w:rPr>
        <w:t>30:48  yeh qissa hai ab se 110 saal pehle ka. yaani 1901 ka. England mein aik aadmi tha, Shackleton, uska naam tha. 110 saal pehle usne aik advertisement diya akhbar mein.</w:t>
      </w:r>
      <w:r>
        <w:br/>
      </w:r>
      <w:r>
        <w:rPr>
          <w:sz w:val="20"/>
        </w:rPr>
        <w:t>31:03  usko yeh tha ke woh chahta tha, us mein aik campaign lena chahta tha.</w:t>
      </w:r>
      <w:r>
        <w:br/>
      </w:r>
      <w:r>
        <w:rPr>
          <w:sz w:val="20"/>
        </w:rPr>
        <w:t>31:18  aur jo do jo pole hain zameen ke, jahan barfi jami hui hai, wahan pata karna hai ke wahan kya hai.</w:t>
      </w:r>
      <w:r>
        <w:br/>
      </w:r>
      <w:r>
        <w:rPr>
          <w:sz w:val="20"/>
        </w:rPr>
        <w:t>31:28  aap jante hain ke South Pole aur North Pole jo hai, wahan barfi barf hai. usko janna chahiye, woh kya cheez hai. lekin yeh bohat mushkil kaam tha.</w:t>
      </w:r>
      <w:r>
        <w:br/>
      </w:r>
      <w:r>
        <w:rPr>
          <w:sz w:val="20"/>
        </w:rPr>
        <w:t>31:39  ab to bohat si aasaniyan bhi ho gayi hain. 110 saal pehle bohat mushkil kaam tha. to usne akhbar mein aik advertisement diya.</w:t>
      </w:r>
      <w:r>
        <w:br/>
      </w:r>
      <w:r>
        <w:rPr>
          <w:sz w:val="20"/>
        </w:rPr>
        <w:t>31:50  English akhbar mein, London ke.</w:t>
      </w:r>
      <w:r>
        <w:br/>
      </w:r>
      <w:r>
        <w:rPr>
          <w:sz w:val="20"/>
        </w:rPr>
        <w:t>31:55  to usko aik bohat hi, bohat hi mukhtasir advertisement tha, bohat mukhtasir. uske alfaaz yeh hotay thay ke "Men wanted for Heder Dress Journey,</w:t>
      </w:r>
      <w:r>
        <w:br/>
      </w:r>
      <w:r>
        <w:rPr>
          <w:sz w:val="20"/>
        </w:rPr>
        <w:t>32:11  small wages, bitter cold,</w:t>
      </w:r>
      <w:r>
        <w:br/>
      </w:r>
      <w:r>
        <w:rPr>
          <w:sz w:val="20"/>
        </w:rPr>
        <w:t>32:18  long months of complete darkness, constant danger,</w:t>
      </w:r>
      <w:r>
        <w:br/>
      </w:r>
      <w:r>
        <w:rPr>
          <w:sz w:val="20"/>
        </w:rPr>
        <w:t>32:27  safe return, doubtful,</w:t>
      </w:r>
      <w:r>
        <w:br/>
      </w:r>
      <w:r>
        <w:rPr>
          <w:sz w:val="20"/>
        </w:rPr>
        <w:t>32:32  honour and recognition in case of success." bas itna tha. aur kuch bataya nahi gaya tha ke kahan jana hai, kya karna hai.</w:t>
      </w:r>
      <w:r>
        <w:br/>
      </w:r>
      <w:r>
        <w:rPr>
          <w:sz w:val="20"/>
        </w:rPr>
        <w:t>32:41  bohat hi mushkil tareen safar.</w:t>
      </w:r>
      <w:r>
        <w:br/>
      </w:r>
      <w:r>
        <w:rPr>
          <w:sz w:val="20"/>
        </w:rPr>
        <w:t>32:45  aur us mein maine parha ke itni zyada application aayin ke Shackleton ko select karna pada, select chand ko lena pada, bohat se logon ko chhod kar ke.</w:t>
      </w:r>
      <w:r>
        <w:br/>
      </w:r>
      <w:r>
        <w:rPr>
          <w:sz w:val="20"/>
        </w:rPr>
        <w:t>32:58  is tarah se woh aik campaign le kar gaya wahan.</w:t>
      </w:r>
      <w:r>
        <w:br/>
      </w:r>
      <w:r>
        <w:rPr>
          <w:sz w:val="20"/>
        </w:rPr>
        <w:t>33:02  is tarah ke hazaron waqiyat hain jis se ke westal logon ne qurbaniyan dein aur phir tarqqiyan huin.</w:t>
      </w:r>
      <w:r>
        <w:br/>
      </w:r>
      <w:r>
        <w:rPr>
          <w:sz w:val="20"/>
        </w:rPr>
        <w:t>33:12  aaj kal to musalman jo hain, west ko sirf hate ki nazar se dekhte hain. hate. saare musalman, yahan se le kar aap kahin bhi chale jaiye, Arab mein, Ajab mein, Europe mein, America mein, jahan bhi musalman ko milenge, aap har musalman jo aap se hate ki baatein karega, west ke khilaf.</w:t>
      </w:r>
      <w:r>
        <w:br/>
      </w:r>
      <w:r>
        <w:rPr>
          <w:sz w:val="20"/>
        </w:rPr>
        <w:t>33:33  halankay isi west ki wajah se hum ke tarqqiyan aati huin. jitni bhi tarqqiyan aayin, communication ki taraqqi, ya city development, aur jitne bhi material comfort aap jis se aap enjoy karte hain,</w:t>
      </w:r>
      <w:r>
        <w:br/>
      </w:r>
      <w:r>
        <w:rPr>
          <w:sz w:val="20"/>
        </w:rPr>
        <w:t>33:53  yeh sab kis ne diya hai? inhi logon ne diya hai.</w:t>
      </w:r>
      <w:r>
        <w:br/>
      </w:r>
      <w:r>
        <w:rPr>
          <w:sz w:val="20"/>
        </w:rPr>
        <w:t>33:57  surgery ka itna zabardast</w:t>
      </w:r>
      <w:r>
        <w:br/>
      </w:r>
      <w:r>
        <w:rPr>
          <w:sz w:val="20"/>
        </w:rPr>
        <w:t>34:02  nai daryaften jo huin, inhi logon ne keen.</w:t>
      </w:r>
      <w:r>
        <w:br/>
      </w:r>
      <w:r>
        <w:rPr>
          <w:sz w:val="20"/>
        </w:rPr>
        <w:t>34:10  to unhon ne jo mehnatain keen, qurbaniyan dein. qurbani ka matlab nahi gardan kuttwayi. gardan kutwane ko log musalman qurbani samajhte hain.</w:t>
      </w:r>
      <w:r>
        <w:br/>
      </w:r>
      <w:r>
        <w:rPr>
          <w:sz w:val="20"/>
        </w:rPr>
        <w:t>34:20  musalmanon ka lafz qurbani bola jaye to samjhein gardan kutwana. halankay yeh to kuch bhi nahi.</w:t>
      </w:r>
      <w:r>
        <w:br/>
      </w:r>
      <w:r>
        <w:rPr>
          <w:sz w:val="20"/>
        </w:rPr>
        <w:t>34:29  qurbani yeh hai ke aap apne jazbat ko sambhalein, apne dimagh ko control karein, apni khwahishon ko rokein,</w:t>
      </w:r>
      <w:r>
        <w:br/>
      </w:r>
      <w:r>
        <w:rPr>
          <w:sz w:val="20"/>
        </w:rPr>
        <w:t>34:43  kam income ke bawajood is mein apne aap ko laga dein.</w:t>
      </w:r>
      <w:r>
        <w:br/>
      </w:r>
      <w:r>
        <w:rPr>
          <w:sz w:val="20"/>
        </w:rPr>
        <w:t>34:50  zati interest na hone ke bawajood aap qaum ke liye, insaan ke liye, is mein apne aap ko jhonk dein.</w:t>
      </w:r>
      <w:r>
        <w:br/>
      </w:r>
      <w:r>
        <w:rPr>
          <w:sz w:val="20"/>
        </w:rPr>
        <w:t>34:57  yeh sab bari bari qurbaniyan hain. yeh qurbaniyan dein in logon ne.</w:t>
      </w:r>
      <w:r>
        <w:br/>
      </w:r>
      <w:r>
        <w:rPr>
          <w:sz w:val="20"/>
        </w:rPr>
        <w:t>35:04  main dekhta hoon logon ko aaj kal ke zamane mein har aadmi ki jeb mein mobile hai. maine bohat si baatein keen.</w:t>
      </w:r>
      <w:r>
        <w:br/>
      </w:r>
      <w:r>
        <w:rPr>
          <w:sz w:val="20"/>
        </w:rPr>
        <w:t>35:13  kisi ne kabhi socha nahi ke mobile jo hai, yeh aik shukr ka item hai. shukr ka item hai.</w:t>
      </w:r>
      <w:r>
        <w:br/>
      </w:r>
      <w:r>
        <w:rPr>
          <w:sz w:val="20"/>
        </w:rPr>
        <w:t>35:22  kuch sochte nahi log.</w:t>
      </w:r>
      <w:r>
        <w:br/>
      </w:r>
      <w:r>
        <w:rPr>
          <w:sz w:val="20"/>
        </w:rPr>
        <w:t>35:25  na shukr un ke andar, un ke jazbe mein, un ke dil mein shukr na to west ke liye hai, na khuda ke liye. bas ghanti baji aur kaan par lagaya aur baatein karne lage.</w:t>
      </w:r>
      <w:r>
        <w:br/>
      </w:r>
      <w:r>
        <w:rPr>
          <w:sz w:val="20"/>
        </w:rPr>
        <w:t>35:39  kuch aage peeche na sochte, na peeche sochte.</w:t>
      </w:r>
      <w:r>
        <w:br/>
      </w:r>
      <w:r>
        <w:rPr>
          <w:sz w:val="20"/>
        </w:rPr>
        <w:t>35:45  to aisi zindagi bilkul just like animal hai. quran mein aik khuda ka kalam hai, woh</w:t>
      </w:r>
    </w:p>
    <w:p>
      <w:pPr>
        <w:pStyle w:val="Heading2"/>
      </w:pPr>
      <w:r>
        <w:t>Straight path and material civilization as support</w:t>
      </w:r>
    </w:p>
    <w:p>
      <w:r>
        <w:rPr>
          <w:color w:val="666666"/>
          <w:sz w:val="18"/>
        </w:rPr>
        <w:t>AL RISALA JANUARY 2017 | AUDIO · 3m 00s · at 5:07 · https://youtu.be/_nWm9Mixl-E?t=307</w:t>
      </w:r>
    </w:p>
    <w:p>
      <w:r>
        <w:rPr>
          <w:i/>
        </w:rPr>
        <w:t>“Siraat-e-mustaqeem, khaliq ki muqarrar karda ek siraat-e-mustaqeem hai”</w:t>
      </w:r>
    </w:p>
    <w:p>
      <w:r>
        <w:rPr>
          <w:sz w:val="20"/>
        </w:rPr>
        <w:t>5:07  marhalon se guzarte hue apna safar tay kar rahi hai, is ka mukhtasar bayan yahan darj kiya jata</w:t>
      </w:r>
      <w:r>
        <w:br/>
      </w:r>
      <w:r>
        <w:rPr>
          <w:sz w:val="20"/>
        </w:rPr>
        <w:t>5:13  hai: sirat e mustaqeem.</w:t>
      </w:r>
      <w:r>
        <w:br/>
      </w:r>
      <w:r>
        <w:rPr>
          <w:sz w:val="20"/>
        </w:rPr>
        <w:t>5:19  khaliq ki muqarrar karda aik sirat e mustaqeem ya right path hai, jo is baat ki zamanat hai ke</w:t>
      </w:r>
      <w:r>
        <w:br/>
      </w:r>
      <w:r>
        <w:rPr>
          <w:sz w:val="20"/>
        </w:rPr>
        <w:t>5:25  is par chalne wala insaan apni matloob manzil par zaroor pohnche.</w:t>
      </w:r>
      <w:r>
        <w:br/>
      </w:r>
      <w:r>
        <w:rPr>
          <w:sz w:val="20"/>
        </w:rPr>
        <w:t>5:31  peighambaron ke zariye aur aasmani kitabon ke zariye khaliq ne musalsal taur par aisa kiya ke insan</w:t>
      </w:r>
      <w:r>
        <w:br/>
      </w:r>
      <w:r>
        <w:rPr>
          <w:sz w:val="20"/>
        </w:rPr>
        <w:t>5:37  ke paas apne paighambar bheje, aur un ke zariye apni kitab hidayat bheji. is ka maqsad yeh tha ke insaan durust rastay, ya right track par chalta rahe. woh is se be-raah ya de-rail na hone paaye. saatveen sadi isvi mein Allah Rabbul Alameen ne khatam un nabiyyin ko bheja. aap ne aur aap ke ashaab ne ghair mamooli jahad ke zariye ek aisa inqilab barpa</w:t>
      </w:r>
      <w:r>
        <w:br/>
      </w:r>
      <w:r>
        <w:rPr>
          <w:sz w:val="20"/>
        </w:rPr>
        <w:t>6:07  kiya jis ke zariye baad ke zamanay mein ek tareekhi amal, ya historical process, jaari ho gaya. is tareekhi amal ne woh mawaqe khole jin ke zariye dunya mein tehzeebi inqilab, ya civilizational revolution aaya. madi tehzeeb: maujooda zamanay mein hum apne aap ko jis tehzeeb ke daur mein paate hain, is tehzeeb ko aam taur par maghribi tehzeeb, ya western civilization kaha jata</w:t>
      </w:r>
      <w:r>
        <w:br/>
      </w:r>
      <w:r>
        <w:rPr>
          <w:sz w:val="20"/>
        </w:rPr>
        <w:t>6:37  hai, magar apni haqeeqat ke aitbar se yeh ek maadi tehzeeb, ya material civilization hai.</w:t>
      </w:r>
      <w:r>
        <w:br/>
      </w:r>
      <w:r>
        <w:rPr>
          <w:sz w:val="20"/>
        </w:rPr>
        <w:t>6:45  yeh maadi tehzeeb Khuda ke takhleeqi naqshe ke mutabiq ek maqaddar tehzeeb thi.</w:t>
      </w:r>
      <w:r>
        <w:br/>
      </w:r>
      <w:r>
        <w:rPr>
          <w:sz w:val="20"/>
        </w:rPr>
        <w:t>6:52  is maadi tehzeeb ka pishgi hawala Quran ki is ayat mein milta hai: "Sanureehim ayatina fil afaqi wa</w:t>
      </w:r>
      <w:r>
        <w:br/>
      </w:r>
      <w:r>
        <w:rPr>
          <w:sz w:val="20"/>
        </w:rPr>
        <w:t>7:00  fi anfusihim hatta yatabayyana lahum annahul haqqawalam yak</w:t>
      </w:r>
      <w:r>
        <w:br/>
      </w:r>
      <w:r>
        <w:rPr>
          <w:sz w:val="20"/>
        </w:rPr>
        <w:t>7:07  fi rabbika annahu 'ala kulli shai'in shaheed".</w:t>
      </w:r>
      <w:r>
        <w:br/>
      </w:r>
      <w:r>
        <w:rPr>
          <w:sz w:val="20"/>
        </w:rPr>
        <w:t>7:13  yani mustaqbil mein hum un ko apni nishaniyan dikhayenge, afaq mein bhi aur khud un ke andar</w:t>
      </w:r>
      <w:r>
        <w:br/>
      </w:r>
      <w:r>
        <w:rPr>
          <w:sz w:val="20"/>
        </w:rPr>
        <w:t>7:19  bhi, yahan tak ke un par zahir ho jaye ga ke yeh haq hai.</w:t>
      </w:r>
      <w:r>
        <w:br/>
      </w:r>
      <w:r>
        <w:rPr>
          <w:sz w:val="20"/>
        </w:rPr>
        <w:t>7:25  aur kya yeh baat kafi nahi ke tera Rab har cheez ka gawah hai? Yahan ayyat se murad</w:t>
      </w:r>
      <w:r>
        <w:br/>
      </w:r>
      <w:r>
        <w:rPr>
          <w:sz w:val="20"/>
        </w:rPr>
        <w:t>7:31  wo qawaneen fitrat hain jo takhleeqi taur par is dunya mein</w:t>
      </w:r>
      <w:r>
        <w:br/>
      </w:r>
      <w:r>
        <w:rPr>
          <w:sz w:val="20"/>
        </w:rPr>
        <w:t>7:37  hamesha se maujood thay.</w:t>
      </w:r>
      <w:r>
        <w:br/>
      </w:r>
      <w:r>
        <w:rPr>
          <w:sz w:val="20"/>
        </w:rPr>
        <w:t>7:43  hum nishaniyan dikhayenge ka matlab yeh hai ke Allah taala kuch insanon ko tofeeq de ga ke</w:t>
      </w:r>
      <w:r>
        <w:br/>
      </w:r>
      <w:r>
        <w:rPr>
          <w:sz w:val="20"/>
        </w:rPr>
        <w:t>7:49  wo fitrat ke makhfi qawaneen, ya hidden laws of nature, ko daryaft karein, aur is tarah deen-e-khudawandi</w:t>
      </w:r>
      <w:r>
        <w:br/>
      </w:r>
      <w:r>
        <w:rPr>
          <w:sz w:val="20"/>
        </w:rPr>
        <w:t>7:55  ki taeed, ya support ke liye ek aqli buniyad, ya rational base faraham ho.</w:t>
      </w:r>
      <w:r>
        <w:br/>
      </w:r>
      <w:r>
        <w:rPr>
          <w:sz w:val="20"/>
        </w:rPr>
        <w:t>8:01  is tehzeeb ne insani dunya aur maadi dunya mein chupi hui jin haqeeq</w:t>
      </w:r>
    </w:p>
    <w:p>
      <w:pPr>
        <w:pStyle w:val="Heading2"/>
      </w:pPr>
      <w:r>
        <w:t>The flawed Dar-ul-Islam versus Dar-ul-Harb division of the world</w:t>
      </w:r>
    </w:p>
    <w:p>
      <w:r>
        <w:rPr>
          <w:color w:val="666666"/>
          <w:sz w:val="18"/>
        </w:rPr>
        <w:t>Ijtihad February 25, 2007 Maulana Wahiduddin Khan · 4m 58s · at 58:08 · https://youtu.be/JnD3L6F6-lw?t=3488</w:t>
      </w:r>
    </w:p>
    <w:p>
      <w:r>
        <w:rPr>
          <w:i/>
        </w:rPr>
        <w:t>“ہارون رشید نے بادل سے کہا: جہاں چاہے جا، تیرا خراج میرے پاس آئے گا۔”</w:t>
      </w:r>
    </w:p>
    <w:p>
      <w:r>
        <w:rPr>
          <w:sz w:val="20"/>
        </w:rPr>
        <w:t>58:08  kyun? Is ki wajah hai ke ijtihad nahi kar paye woh. Dekhiye Abbasi zamane mein kya tha?</w:t>
      </w:r>
      <w:r>
        <w:br/>
      </w:r>
      <w:r>
        <w:rPr>
          <w:sz w:val="20"/>
        </w:rPr>
        <w:t>58:18  Musalmanon ka empire bana hua tha. Empire hai bohat bara area hai jahan Musalmanon ka empire qaim hai.</w:t>
      </w:r>
      <w:r>
        <w:br/>
      </w:r>
      <w:r>
        <w:rPr>
          <w:sz w:val="20"/>
        </w:rPr>
        <w:t>58:26  yani Abbasi Khalifa tha Haroon Rasheed apne mahal ke upar tha woh to badal jo hai hawaon se urte hain na badal to badal chale ja rahe the.</w:t>
      </w:r>
      <w:r>
        <w:br/>
      </w:r>
      <w:r>
        <w:rPr>
          <w:sz w:val="20"/>
        </w:rPr>
        <w:t>58:37  to Haroon Rasheed ne dekha is ko to us ne kaha ke imtiri hai to shait</w:t>
      </w:r>
      <w:r>
        <w:br/>
      </w:r>
      <w:r>
        <w:rPr>
          <w:sz w:val="20"/>
        </w:rPr>
        <w:t>58:47  jaha</w:t>
      </w:r>
      <w:r>
        <w:br/>
      </w:r>
      <w:r>
        <w:rPr>
          <w:sz w:val="20"/>
        </w:rPr>
        <w:t>58:51  haan chahe ja ke to bars tera khiraj mere paas aayega tera tax mere paas aayega</w:t>
      </w:r>
      <w:r>
        <w:br/>
      </w:r>
      <w:r>
        <w:rPr>
          <w:sz w:val="20"/>
        </w:rPr>
        <w:t>58:57  itna bara tha vast empire tha musalmanon ka itna vast empire tha ke ke woh keh saka woh</w:t>
      </w:r>
      <w:r>
        <w:br/>
      </w:r>
      <w:r>
        <w:rPr>
          <w:sz w:val="20"/>
        </w:rPr>
        <w:t>59:04  ke umtri hai to shi aey badal to jahan ja ja kar bars tera tax mere paas aaye</w:t>
      </w:r>
      <w:r>
        <w:br/>
      </w:r>
      <w:r>
        <w:rPr>
          <w:sz w:val="20"/>
        </w:rPr>
        <w:t>59:11  ga hamare fuqaha jo the us zamane mein paida hue isi ke lehaz se unhone fiqh banai</w:t>
      </w:r>
      <w:r>
        <w:br/>
      </w:r>
      <w:r>
        <w:rPr>
          <w:sz w:val="20"/>
        </w:rPr>
        <w:t>59:21  to in logon ko Islam ki position ab strength ka pata tha lekin is logon ko in ko Islam ki position of modesty ka pata hi nahi tha inhe</w:t>
      </w:r>
      <w:r>
        <w:br/>
      </w:r>
      <w:r>
        <w:rPr>
          <w:sz w:val="20"/>
        </w:rPr>
        <w:t>59:33  inhe pata nahi tha to kya kar diya unhon ne unhon ne kaha ke poori duniya ko do mein baant diya unhon ne Darul Islam Darul Harb bas jahan Islam rule kar raha hai woh Darul Islam hai</w:t>
      </w:r>
      <w:r>
        <w:br/>
      </w:r>
      <w:r>
        <w:rPr>
          <w:sz w:val="20"/>
        </w:rPr>
        <w:t>59:47  jahan Islam rule nahi kar raha woh Darul Harb hai yani woh un se hum ka permanently at war hai ek ek empire yeh keh sakta tha ke hum permanently at war hain tum se aaj kaun keh sakta hai aaj at war hone ka matlab suicide hai aur Musalman suicide kar rahe hain Musalman abhi bhi samajhte hain ke hum duniya ke muqable mein permanently at war hain sab duniya Darul Harb</w:t>
      </w:r>
      <w:r>
        <w:br/>
      </w:r>
      <w:r>
        <w:rPr>
          <w:sz w:val="20"/>
        </w:rPr>
        <w:t>1:00:14  hamare liye to kya kar rahe hain suicide suicide bomb mein kar ke mar rahe hain apne aap ko maar rahe hain yeh yeh yeh yeh categorization hi galat tha bilkul yeh jo fuqaha ne kiya bilashuba fuqaha ne galti ki taqseem kiya hai taqseem yeh hai ke Muslim land bhi wohi hai jo doosra land hai mere nazdeek sara sara land jo hai woh hai Darul</w:t>
      </w:r>
      <w:r>
        <w:br/>
      </w:r>
      <w:r>
        <w:rPr>
          <w:sz w:val="20"/>
        </w:rPr>
        <w:t>1:00:43  insaan hai Musalmanon ka mulk bhi Darul Insaan hai bahar ka jo mulk hai woh bhi Darul Insaan hai koi na Darul Islam hai na koi Darul Harb hai na qital e kufr hai yeh sab fuqaha ke terms hain na Quran mein hai na hadith mein hai main samajhta hoon ke fuqaha ne yahan jo kiya bilashuba galat kiya unhon ne un ka kya right tha un ko ke jo term Islam mein na use kiya ho jo term Quran mein nahi jo term hadith mein nahi aap ka kya right hai ke woh term banaye</w:t>
      </w:r>
      <w:r>
        <w:br/>
      </w:r>
      <w:r>
        <w:rPr>
          <w:sz w:val="20"/>
        </w:rPr>
        <w:t>1:01:10  ap aur kahin ke darul islam hai ya darul kufr hai ya darul harb hai kuch nahi sab darul insaan hai</w:t>
      </w:r>
      <w:r>
        <w:br/>
      </w:r>
      <w:r>
        <w:rPr>
          <w:sz w:val="20"/>
        </w:rPr>
        <w:t>1:01:16  quran mein hai ke ya ayyuhal insaan</w:t>
      </w:r>
      <w:r>
        <w:br/>
      </w:r>
      <w:r>
        <w:rPr>
          <w:sz w:val="20"/>
        </w:rPr>
        <w:t>1:01:19  insaan insaan insaan insaan kar ke khitab kiya hai</w:t>
      </w:r>
      <w:r>
        <w:br/>
      </w:r>
      <w:r>
        <w:rPr>
          <w:sz w:val="20"/>
        </w:rPr>
        <w:t>1:01:27  quran mein khud quran khuda ki nazar mein muslim bhi insaan hai ghair muslim bhi insaan hai yaad</w:t>
      </w:r>
      <w:r>
        <w:br/>
      </w:r>
      <w:r>
        <w:rPr>
          <w:sz w:val="20"/>
        </w:rPr>
        <w:t>1:01:32  rakhiye khuda ki nazar mein muslim bhi insaan hai ghair muslim bhi insaan hai khuda ki nazar mein</w:t>
      </w:r>
      <w:r>
        <w:br/>
      </w:r>
      <w:r>
        <w:rPr>
          <w:sz w:val="20"/>
        </w:rPr>
        <w:t>1:01:39  har ek insan hai to khuda ke nazdeek sab kuch darulinsan hai bas</w:t>
      </w:r>
      <w:r>
        <w:br/>
      </w:r>
      <w:r>
        <w:rPr>
          <w:sz w:val="20"/>
        </w:rPr>
        <w:t>1:01:46  land of mankind yeh agar unhon ne bataya hota to Musalman is mein na is is impasse mein na phanste lekin unhon ne kya kar diya ke koi Darul Islam hota hai koi Darul Harb hota hai ab Musalman samajhte hain ke hum to Darul Islam mein jeete hain baqi duniya Darul Harb hai ab se lado lad kar ke un ko Darul Islam banao yeh sab bilkul baseless baseless baatein hain</w:t>
      </w:r>
      <w:r>
        <w:br/>
      </w:r>
      <w:r>
        <w:rPr>
          <w:sz w:val="20"/>
        </w:rPr>
        <w:t>1:02:14  to yahan pe ijtihad ki zaroorat hai yahan pe ijtihad yeh karna hai ke aap yeh keh sakein aap ki taraf boota ho yeh kehne ka ke yeh sare terminology galat hai yeh yeh keh sakein yeh yeh jo fuqaha the jis zamane mein paida hue us zamane se asar le kar ke unhon ne yeh term banayi Islam mein aisa kuch nahi tha</w:t>
      </w:r>
      <w:r>
        <w:br/>
      </w:r>
      <w:r>
        <w:rPr>
          <w:sz w:val="20"/>
        </w:rPr>
        <w:t>1:02:36  اب یعنی اپ decide کریں یہاں پہ اجتہاد کا کام ہے اس کو decide کرنا</w:t>
      </w:r>
      <w:r>
        <w:br/>
      </w:r>
      <w:r>
        <w:rPr>
          <w:sz w:val="20"/>
        </w:rPr>
        <w:t>1:02:42  یہاں پر اجتہاد کا کام ہے ان ساری ٹرمینالوجی کو decipher کرنا جو قرآن میں نہیں ہے جو</w:t>
      </w:r>
      <w:r>
        <w:br/>
      </w:r>
      <w:r>
        <w:rPr>
          <w:sz w:val="20"/>
        </w:rPr>
        <w:t>1:02:47  hadith mein nahin hai</w:t>
      </w:r>
      <w:r>
        <w:br/>
      </w:r>
      <w:r>
        <w:rPr>
          <w:sz w:val="20"/>
        </w:rPr>
        <w:t>1:02:49  تب جا کر impasse بند ختم ہوگا تب جا کر اپ blind alleys نکلیں گے</w:t>
      </w:r>
      <w:r>
        <w:br/>
      </w:r>
      <w:r>
        <w:rPr>
          <w:sz w:val="20"/>
        </w:rPr>
        <w:t>1:02:55  ab is saare ke saare musalman blind ele mein pade hue hain kyunke ijtihad karne ki taqat nahin</w:t>
      </w:r>
      <w:r>
        <w:br/>
      </w:r>
      <w:r>
        <w:rPr>
          <w:sz w:val="20"/>
        </w:rPr>
        <w:t>1:03:00  hai unke andar samajhte hain ke jo consensus hai ye to ijma hai bhai ijma kya cheez</w:t>
      </w:r>
      <w:r>
        <w:br/>
      </w:r>
      <w:r>
        <w:rPr>
          <w:sz w:val="20"/>
        </w:rPr>
        <w:t>1:03:05  hai</w:t>
      </w:r>
    </w:p>
    <w:p>
      <w:pPr>
        <w:pStyle w:val="Heading2"/>
      </w:pPr>
      <w:r>
        <w:t>His character before prophethood: no retaliation, no offensive wars</w:t>
      </w:r>
    </w:p>
    <w:p>
      <w:r>
        <w:rPr>
          <w:color w:val="666666"/>
          <w:sz w:val="18"/>
        </w:rPr>
        <w:t>Prophet of Mercy October 24, 2021 Prof. Farida Khanam · 4m 00s · at 6:35 · https://youtu.be/qIOdAqzWhNI?t=395</w:t>
      </w:r>
    </w:p>
    <w:p>
      <w:r>
        <w:rPr>
          <w:i/>
        </w:rPr>
        <w:t>“آپ نبوت سے پہلے بھی آپ کا character وہی ideal character تھا۔”</w:t>
      </w:r>
    </w:p>
    <w:p>
      <w:r>
        <w:rPr>
          <w:sz w:val="20"/>
        </w:rPr>
        <w:t>6:35  to aap poore mani mein rehmatulilalameen thay aur aisa nahi hai ke sirf nabuwat ke baad aisa hua balkeh aap nabuwat se pehle bhi aap ka wohi character tha.</w:t>
      </w:r>
      <w:r>
        <w:br/>
      </w:r>
      <w:r>
        <w:rPr>
          <w:sz w:val="20"/>
        </w:rPr>
        <w:t>6:46  bas hum yeh keh sakte hain ke pehle jo character fitrat ke zor par zor par tha woh ab aik usool pasandi ke zor par ho gaya, woh khuda ki taleemat ke base par ho gaya aur consciously ho gaya.</w:t>
      </w:r>
      <w:r>
        <w:br/>
      </w:r>
      <w:r>
        <w:rPr>
          <w:sz w:val="20"/>
        </w:rPr>
        <w:t>7:01  to is tarah se aah hum ko bohat sari aisi riwayat milti hain jis se pata chalta hai ke aap nabuwat se pehle bhi aap ka character wohi ideal character tha.</w:t>
      </w:r>
      <w:r>
        <w:br/>
      </w:r>
      <w:r>
        <w:rPr>
          <w:sz w:val="20"/>
        </w:rPr>
        <w:t>7:13  aap ne kabhi kisi ko sataya nahi, kabhi kisi ko takleef nahi di, kabhi kisi ka jawab nahi diya, koi kabhi retaliation nahi kiya. hamesha aap logon ki madad karte thay.</w:t>
      </w:r>
      <w:r>
        <w:br/>
      </w:r>
      <w:r>
        <w:rPr>
          <w:sz w:val="20"/>
        </w:rPr>
        <w:t>7:24  jab aah aap ko pehli wahi mili aur aap bohat ghabraye hue ghar aye to hazrat khadija ne un ko yahi keh kar yeh dilasa dilaya ke aap itna zyada logon ki madad karte hain, bewaon ki madad karte hain, yateemon ki madad karte hain, gharibon ki madad karte hain, aap ko kabhi khuda ruswa nahi karega.</w:t>
      </w:r>
      <w:r>
        <w:br/>
      </w:r>
      <w:r>
        <w:rPr>
          <w:sz w:val="20"/>
        </w:rPr>
        <w:t>7:45  to aur aap ka aah aap ka laqab bhi alalameen pad gaya tha. isi wajah se ke aap hamesha sach baat kehte, aap ne kabhi jhoot nahi bola, kabhi aap koi galat kaam mein mulawwis nahi hue.</w:t>
      </w:r>
      <w:r>
        <w:br/>
      </w:r>
      <w:r>
        <w:rPr>
          <w:sz w:val="20"/>
        </w:rPr>
        <w:t>8:00  yahi cheez thi jis ne hazrat khadija ko mutasir kiya aur unhon ne aap se rishte ka paigham bheja. to aik hazrat anas thay to woh aap ki khidmat mein das saal rahe.</w:t>
      </w:r>
      <w:r>
        <w:br/>
      </w:r>
      <w:r>
        <w:rPr>
          <w:sz w:val="20"/>
        </w:rPr>
        <w:t>8:14  woh unhon ne kaha hai ke das saal ke arse mein aap ne aik bar bhi aah na daanta, na jharra, na hi koi hukum diya kaam karne ka aur na kabhi bhi kisi baat par malamat ki, na kabhi bhi yeh nahi kaha ke tum ne yeh kaam aise kyun kiya, waise kyun kiya.</w:t>
      </w:r>
      <w:r>
        <w:br/>
      </w:r>
      <w:r>
        <w:rPr>
          <w:sz w:val="20"/>
        </w:rPr>
        <w:t>8:35  to das saal ke arsay mein aisa hona yeh bilkul taqreeban namumkin hai. to yeh tha aap ka character aur yahi aap ki outstanding quality hai.</w:t>
      </w:r>
      <w:r>
        <w:br/>
      </w:r>
      <w:r>
        <w:rPr>
          <w:sz w:val="20"/>
        </w:rPr>
        <w:t>8:48  to is ki wajah se aap ne tamam logon ke dilon ko maskhar kar liya. to ek Abdullah bin Abi al-Hasama the, yeh bhi nabuwat se pehle ka waqia hai ke ek baar unhon ne kaha ke kuch mamla kar rahe the Rasool Allah sal Allah alaihi wasallam se to ghar ke bahar to unhon ne kaha ke kuch in Rasool Allah ko unhon ne kuch raqam deni thi.</w:t>
      </w:r>
      <w:r>
        <w:br/>
      </w:r>
      <w:r>
        <w:rPr>
          <w:sz w:val="20"/>
        </w:rPr>
        <w:t>9:14  to unhon ne kaha ke main abhi aata hoon, ghar mein kuch kaam, ghar mein se paisa lene gaye to ittefaq aisa hua ke ghar mein kuch kaam pad gaya aur woh bilkul bhool gaye, teen din ho gaya.</w:t>
      </w:r>
      <w:r>
        <w:br/>
      </w:r>
      <w:r>
        <w:rPr>
          <w:sz w:val="20"/>
        </w:rPr>
        <w:t>9:25  teen din ke baad woh gaye to dekha ke Rasool Allah wahin intezar kar rahe the, baithe aur bas itna kaha ke tum ne mujhe bohat zahamat di.</w:t>
      </w:r>
      <w:r>
        <w:br/>
      </w:r>
      <w:r>
        <w:rPr>
          <w:sz w:val="20"/>
        </w:rPr>
        <w:t>9:34  to yeh aap dekh sakte hain ke aap jo hain poore sarapa aap rehmat the. woh log kehte hain ke jangain bhi to hui hain to jangain aap ne aap ne koi bhi jang offense mein nahi kiya hai.</w:t>
      </w:r>
      <w:r>
        <w:br/>
      </w:r>
      <w:r>
        <w:rPr>
          <w:sz w:val="20"/>
        </w:rPr>
        <w:t>9:48  jang aap ke upar daal di gayi thi aur kai baar aap ne poori koshish aisi ki ke aap is se avoid karein, aap ne sul ki, aap ne poori koshish ki ke jang se bachein.</w:t>
      </w:r>
      <w:r>
        <w:br/>
      </w:r>
      <w:r>
        <w:rPr>
          <w:sz w:val="20"/>
        </w:rPr>
        <w:t>10:01  jang Azab mein aap ne khandaq, jang ah khandaq khod di aur baar baar aisa hua ke aap ne poori koshish ki jang se bachne ki lekin chand baar aisa hua hai ke jang hui lekin woh aap ke initiative se kabhi bhi offensive jang nahi hui.</w:t>
      </w:r>
      <w:r>
        <w:br/>
      </w:r>
      <w:r>
        <w:rPr>
          <w:sz w:val="20"/>
        </w:rPr>
        <w:t>10:20  log is baat ko kehte hain ke jang bhi to hui hai to jang aap ne nahi ki, aap to hamesha sul aap chahte the aur hamesha sul se hi aap ne sari kamyabi hasil ki hai.</w:t>
      </w:r>
      <w:r>
        <w:br/>
      </w:r>
      <w:r>
        <w:rPr>
          <w:sz w:val="20"/>
        </w:rPr>
        <w:t>10:36  to phir aap ke sath woh zamana aaya jab aap ko ah nabuwat mili aur yeh hukum mila ke is deen ko tamam logon tak pahunchana hai.</w:t>
      </w:r>
    </w:p>
    <w:p>
      <w:pPr>
        <w:pStyle w:val="Heading2"/>
      </w:pPr>
      <w:r>
        <w:t>The eight categories of zakat and the primacy of dawah</w:t>
      </w:r>
    </w:p>
    <w:p>
      <w:r>
        <w:rPr>
          <w:color w:val="666666"/>
          <w:sz w:val="18"/>
        </w:rPr>
        <w:t>Spirit of Zakat May 4, 2007 Maulana Wahiduddin Khan · 5m 55s · at 49:39 · https://youtu.be/oj5_5pFnmHk?t=2979</w:t>
      </w:r>
    </w:p>
    <w:p>
      <w:r>
        <w:rPr>
          <w:i/>
        </w:rPr>
        <w:t>“Look at Surah Tawbah — eight categories of zakat”</w:t>
      </w:r>
    </w:p>
    <w:p>
      <w:r>
        <w:rPr>
          <w:sz w:val="20"/>
        </w:rPr>
        <w:t>49:39  quran mein dekhiye, surah taubah</w:t>
      </w:r>
      <w:r>
        <w:br/>
      </w:r>
      <w:r>
        <w:rPr>
          <w:sz w:val="20"/>
        </w:rPr>
        <w:t>49:44  mein ek ayat hai, is mein yeh ayat hai ke innama assadaqatu lil fuqarai wal masakeeni wal amileena alaiha</w:t>
      </w:r>
      <w:r>
        <w:br/>
      </w:r>
      <w:r>
        <w:rPr>
          <w:sz w:val="20"/>
        </w:rPr>
        <w:t>49:53  wa fi ar riqabi is tarah se ayat hai jis mein aath maddein batai gayi hain. aath maddein. to jis aadmi ko detail mein janna ho ke zakat ki maddein kya hain, kahan kahan zakat ke paise ko kharch karna hai,</w:t>
      </w:r>
      <w:r>
        <w:br/>
      </w:r>
      <w:r>
        <w:rPr>
          <w:sz w:val="20"/>
        </w:rPr>
        <w:t>50:09  to is ayat ka mutala kar sakta hai woh. is ayat, koi bhi tafsir aap ke pas ho, us tafsir mein aap ko yeh ayat mil jayegi.</w:t>
      </w:r>
      <w:r>
        <w:br/>
      </w:r>
      <w:r>
        <w:rPr>
          <w:sz w:val="20"/>
        </w:rPr>
        <w:t>50:18  surah taubah mein innama assadaqatu lil fuqarai wal masakeeni wal amileena alaiha</w:t>
      </w:r>
      <w:r>
        <w:br/>
      </w:r>
      <w:r>
        <w:rPr>
          <w:sz w:val="20"/>
        </w:rPr>
        <w:t>50:28  to is ayat mein dekhiye,</w:t>
      </w:r>
      <w:r>
        <w:br/>
      </w:r>
      <w:r>
        <w:rPr>
          <w:sz w:val="20"/>
        </w:rPr>
        <w:t>50:35  aath maddein batai gayi hain. to woh aath maddein jo hain, woh kya kya hain? fuqara aur masakeen, yani ghareeb log.</w:t>
      </w:r>
      <w:r>
        <w:br/>
      </w:r>
      <w:r>
        <w:rPr>
          <w:sz w:val="20"/>
        </w:rPr>
        <w:t>50:47  ghareeb logon ke upar kharch karna hai.</w:t>
      </w:r>
      <w:r>
        <w:br/>
      </w:r>
      <w:r>
        <w:rPr>
          <w:sz w:val="20"/>
        </w:rPr>
        <w:t>50:51  is tarah se woh log jo masayib mein phans gaye hon, jaise musafir, ghar mein to is ke pas jeene ke liye saman maujood hai, lekin safar mein gaya, wahan phans gaya woh.</w:t>
      </w:r>
      <w:r>
        <w:br/>
      </w:r>
      <w:r>
        <w:rPr>
          <w:sz w:val="20"/>
        </w:rPr>
        <w:t>51:02  to ek woh log hain jo fuqara aur masakeen hain, jin ke pas kam paisa hai, aamdani nahin hai. ek woh log hain, yani mustaqil taur par woh masle se dochar hain.</w:t>
      </w:r>
      <w:r>
        <w:br/>
      </w:r>
      <w:r>
        <w:rPr>
          <w:sz w:val="20"/>
        </w:rPr>
        <w:t>51:15  ek woh hai jo musafir hota hai, ghar par woh ho to ghar par is ke liye saman hota hai, lekin safar mein kabhi phans jata hai to is ko bhi aap zakat ki mad se de sakte hain.</w:t>
      </w:r>
      <w:r>
        <w:br/>
      </w:r>
      <w:r>
        <w:rPr>
          <w:sz w:val="20"/>
        </w:rPr>
        <w:t>51:28  is tarah se jo musibaton mein phanse hue hon, maslan farz kiye ke woh muqadma tha un ke pas, un ke upar tawan lagaya gaya.</w:t>
      </w:r>
      <w:r>
        <w:br/>
      </w:r>
      <w:r>
        <w:rPr>
          <w:sz w:val="20"/>
        </w:rPr>
        <w:t>51:39  tawan nahin de paye woh, ab woh jail mein pade hue hain.</w:t>
      </w:r>
      <w:r>
        <w:br/>
      </w:r>
      <w:r>
        <w:rPr>
          <w:sz w:val="20"/>
        </w:rPr>
        <w:t>51:43  in ka tawan ada kar diya jaye taake woh jail se un ko chhutti mil jaye. yeh bhi zakat ki mad se diya ja sakta hai. is tarah se Allah ke raste mein ek mad yeh bhi hai ke Allah ke raste mein kharch karna.</w:t>
      </w:r>
      <w:r>
        <w:br/>
      </w:r>
      <w:r>
        <w:rPr>
          <w:sz w:val="20"/>
        </w:rPr>
        <w:t>51:58  Allah ke raste mein kharch karne se, jahan tak maine samjha hai, sab se bari mad jo hai, woh hai dawat ilal Allah.</w:t>
      </w:r>
      <w:r>
        <w:br/>
      </w:r>
      <w:r>
        <w:rPr>
          <w:sz w:val="20"/>
        </w:rPr>
        <w:t>52:07  Allah</w:t>
      </w:r>
      <w:r>
        <w:br/>
      </w:r>
      <w:r>
        <w:rPr>
          <w:sz w:val="20"/>
        </w:rPr>
        <w:t>52:08  ke raste mein kharch karne ka jo is ayat mein maujood hai, is se murad hai, jahan tak main samajhta hoon, dawat ilal Allah, yani Allah ke paigham ko doosron tak pahunchana.</w:t>
      </w:r>
      <w:r>
        <w:br/>
      </w:r>
      <w:r>
        <w:rPr>
          <w:sz w:val="20"/>
        </w:rPr>
        <w:t>52:23  main samajhta hoon ke yeh sab se bara kaam hai jo Allah ke raste mein kiya jata hai. yani Allah ne banaya hai is dunya ko</w:t>
      </w:r>
      <w:r>
        <w:br/>
      </w:r>
      <w:r>
        <w:rPr>
          <w:sz w:val="20"/>
        </w:rPr>
        <w:t>52:32  ab Khuda yeh chahta hai ke maut se pehle logon ko yeh maloom ho jaye ke What was the creation plan of God.</w:t>
      </w:r>
      <w:r>
        <w:br/>
      </w:r>
      <w:r>
        <w:rPr>
          <w:sz w:val="20"/>
        </w:rPr>
        <w:t>52:44  Khuda ka takhliqi naqsha kya tha? taake woh jaan len ke akhirat mein jab unhein jaancha jayega, is jaanch ka criterion kya hoga.</w:t>
      </w:r>
      <w:r>
        <w:br/>
      </w:r>
      <w:r>
        <w:rPr>
          <w:sz w:val="20"/>
        </w:rPr>
        <w:t>52:56  yeh bohat hi important baat hai ke log paida ho rahe hain, jeete hain, mar jaate hain.</w:t>
      </w:r>
      <w:r>
        <w:br/>
      </w:r>
      <w:r>
        <w:rPr>
          <w:sz w:val="20"/>
        </w:rPr>
        <w:t>53:03  lekin aap jante hain ke aasman se koi awaaz to aati nahin. Koi pahad par likha hua nahin hai. What is the purpose of life?</w:t>
      </w:r>
      <w:r>
        <w:br/>
      </w:r>
      <w:r>
        <w:rPr>
          <w:sz w:val="20"/>
        </w:rPr>
        <w:t>53:13  What is life and what is death? What is the day of judgment. yeh sab cheezein jo likhi hui nahin hain, Khuda ne apne paighambaron ke zariye bheji hain.</w:t>
      </w:r>
      <w:r>
        <w:br/>
      </w:r>
      <w:r>
        <w:rPr>
          <w:sz w:val="20"/>
        </w:rPr>
        <w:t>53:24  to in baaton, is message ko, yaani Khuda ki is scheme ko batana logon ko har zabaan mein, har zamane mein, har mauqe par, yeh hai dawat ilal Allah.</w:t>
      </w:r>
      <w:r>
        <w:br/>
      </w:r>
      <w:r>
        <w:rPr>
          <w:sz w:val="20"/>
        </w:rPr>
        <w:t>53:38  yeh Khuda ka sab se bara concern hai. Khuda yeh chahta hai ke log marne se pehle jaan lein. Yaani Khuda bekhabari mein na marein.</w:t>
      </w:r>
      <w:r>
        <w:br/>
      </w:r>
      <w:r>
        <w:rPr>
          <w:sz w:val="20"/>
        </w:rPr>
        <w:t>53:47  Khuda chahta hai ke log bekhabari mein na marein.</w:t>
      </w:r>
      <w:r>
        <w:br/>
      </w:r>
      <w:r>
        <w:rPr>
          <w:sz w:val="20"/>
        </w:rPr>
        <w:t>53:52  yeh na keh sakein wahan ja kar ke hamein koi pata hi nahin tha. Inna kunna ghafileen . Khuda ke samne jab pesh honge woh, to woh yeh na keh sakein ke hum to jante nahin the ke Day of Judgment hai, hisab kitab hai, jannat jahannum hai.</w:t>
      </w:r>
      <w:r>
        <w:br/>
      </w:r>
      <w:r>
        <w:rPr>
          <w:sz w:val="20"/>
        </w:rPr>
        <w:t>54:10  hamein to kuch pata nahin tha. To Khuda chahta hai ke in ki is bekhabari ko toda jaye.</w:t>
      </w:r>
      <w:r>
        <w:br/>
      </w:r>
      <w:r>
        <w:rPr>
          <w:sz w:val="20"/>
        </w:rPr>
        <w:t>54:19  woh sab kuch in ke ilm mein aa jaye. Taake jis ko hidayat lena hai, woh hidayat le. Jo hidayat nahin lena hai, to woh pakda jayega woh.</w:t>
      </w:r>
      <w:r>
        <w:br/>
      </w:r>
      <w:r>
        <w:rPr>
          <w:sz w:val="20"/>
        </w:rPr>
        <w:t>54:31  to logon ko Khuda ki is scheme se ba-khabar karna. Khuda ki logon ki bekhabari ko todna.</w:t>
      </w:r>
      <w:r>
        <w:br/>
      </w:r>
      <w:r>
        <w:rPr>
          <w:sz w:val="20"/>
        </w:rPr>
        <w:t>54:40  ke log marein to haalat-e-ghafalat mein na marein. Log marein to haalat-e-ghafalat mein na marein. Yeh hai dawat ilal Allah.</w:t>
      </w:r>
      <w:r>
        <w:br/>
      </w:r>
      <w:r>
        <w:rPr>
          <w:sz w:val="20"/>
        </w:rPr>
        <w:t>54:48  isi liye Quran mein is ko inzar aur basharat kaha gaya hai. Inzar aur basharat. Yaani warning dena. Aur good tiding dena.</w:t>
      </w:r>
      <w:r>
        <w:br/>
      </w:r>
      <w:r>
        <w:rPr>
          <w:sz w:val="20"/>
        </w:rPr>
        <w:t>55:00  Warning is baat ki ke agar tum ne Khuda ke scheme ke khilaf zindagi bitai is duniya mein, to tumhare liye hell hai.</w:t>
      </w:r>
      <w:r>
        <w:br/>
      </w:r>
      <w:r>
        <w:rPr>
          <w:sz w:val="20"/>
        </w:rPr>
        <w:t>55:11  Aur good tiding yeh ke agar tum ne Khuda ke hukumon ko follow kiya, to tumhare liye paradise hai.</w:t>
      </w:r>
      <w:r>
        <w:br/>
      </w:r>
      <w:r>
        <w:rPr>
          <w:sz w:val="20"/>
        </w:rPr>
        <w:t>55:18  to yeh dawat ilal Allah ko Quran mein kaha gaya hai inzar aur basharat. To yeh kaam jo hai, main samajhta hoon ke fi sabilillah mein sab se muqaddam yahi hai.</w:t>
      </w:r>
    </w:p>
    <w:p>
      <w:pPr>
        <w:pStyle w:val="Heading2"/>
      </w:pPr>
      <w:r>
        <w:t>Wealth and power rotate by design to prevent stagnation</w:t>
      </w:r>
    </w:p>
    <w:p>
      <w:r>
        <w:rPr>
          <w:color w:val="666666"/>
          <w:sz w:val="18"/>
        </w:rPr>
        <w:t>Complex Free Soul, November 22, 2015 · 4m 34s · at 13:28 · https://youtu.be/Oqwpog-LS7c?t=808</w:t>
      </w:r>
    </w:p>
    <w:p>
      <w:r>
        <w:rPr>
          <w:i/>
        </w:rPr>
        <w:t>“Qur'an mein ek aayat hai: tilkal ayyamu nudawiluha bainan naas”</w:t>
      </w:r>
    </w:p>
    <w:p>
      <w:r>
        <w:rPr>
          <w:sz w:val="20"/>
        </w:rPr>
        <w:t>13:28  misal ke taur par dekhiye, aaj main ek baat soch raha tha, aaj subah ko ke Quran mein ek aayat hai wa tilkal ayyamu nudaw waluha banan nas wa tilkal ayyamu nudaw waluha banan nas</w:t>
      </w:r>
      <w:r>
        <w:br/>
      </w:r>
      <w:r>
        <w:rPr>
          <w:sz w:val="20"/>
        </w:rPr>
        <w:t>13:49  . yaani yeh jo duniya mein maal hai, political power hai, yeh kisi ke paas aata hai to mustaqil uske paas nahi rehta, badalta rehta hai.</w:t>
      </w:r>
      <w:r>
        <w:br/>
      </w:r>
      <w:r>
        <w:rPr>
          <w:sz w:val="20"/>
        </w:rPr>
        <w:t>14:00  aaj agar aadmi daulatmand hai, kal uske ghar se daulat chali jayegi. aaj ek aadmi ko political power mila hua hai, kal uski political power nahi rahegi uske paas.</w:t>
      </w:r>
      <w:r>
        <w:br/>
      </w:r>
      <w:r>
        <w:rPr>
          <w:sz w:val="20"/>
        </w:rPr>
        <w:t>14:13  yeh hai tilk al-ayyam nuda waluha ban al-nas</w:t>
      </w:r>
      <w:r>
        <w:br/>
      </w:r>
      <w:r>
        <w:rPr>
          <w:sz w:val="20"/>
        </w:rPr>
        <w:t>14:18  yeh turn by turn, in kabhi in ko, kabhi in ko, kabhi in ko, kabhi in ko. is ka raaz kya hai? to jin ki jin se dolat ya iqtadar chheena hoga, un se poochhen to woh kahenge, "in justice tha,</w:t>
      </w:r>
      <w:r>
        <w:br/>
      </w:r>
      <w:r>
        <w:rPr>
          <w:sz w:val="20"/>
        </w:rPr>
        <w:t>14:33  in justice nahi tha, woh woh Allah ka aik qanoon tha."</w:t>
      </w:r>
      <w:r>
        <w:br/>
      </w:r>
      <w:r>
        <w:rPr>
          <w:sz w:val="20"/>
        </w:rPr>
        <w:t>14:40  kyun? kya hai qanoon</w:t>
      </w:r>
      <w:r>
        <w:br/>
      </w:r>
      <w:r>
        <w:rPr>
          <w:sz w:val="20"/>
        </w:rPr>
        <w:t>14:43  ? dekhen, jab kisi ke paas, kisi family ke paas bohat ziyada dolat aa gayi, bohat dinon tak woh influence rahen un ke, un ke haan, to kya hota hai?</w:t>
      </w:r>
      <w:r>
        <w:br/>
      </w:r>
      <w:r>
        <w:rPr>
          <w:sz w:val="20"/>
        </w:rPr>
        <w:t>14:52  un ke andar incentive ghat jata hai. sab kaam ho raha hai, sab kaam ho raha hai, sab kaam ho raha hai, koi, koi, koi, kahin atak-ta nahi koi kaam. to un ke haan jo un ke bete, pote, nawase paida hote hain, bilkul woh incentive se khali hote hain.</w:t>
      </w:r>
      <w:r>
        <w:br/>
      </w:r>
      <w:r>
        <w:rPr>
          <w:sz w:val="20"/>
        </w:rPr>
        <w:t>15:11  un ke haan to har kaam munh se bola aur kaam ho gaya.</w:t>
      </w:r>
      <w:r>
        <w:br/>
      </w:r>
      <w:r>
        <w:rPr>
          <w:sz w:val="20"/>
        </w:rPr>
        <w:t>15:23  munh se bole to car aa gayi, munh se bole to khana aa gaya, munh se bole to har kaam ho gaya.</w:t>
      </w:r>
      <w:r>
        <w:br/>
      </w:r>
      <w:r>
        <w:rPr>
          <w:sz w:val="20"/>
        </w:rPr>
        <w:t>15:32  to un ko un ke andar incentive ka karne ka incentive khatm ho jata hai ke "main karunga to mujhe khana milega, main karunga to mujhe car milegi." yeh khatm ho jata hai.</w:t>
      </w:r>
      <w:r>
        <w:br/>
      </w:r>
      <w:r>
        <w:rPr>
          <w:sz w:val="20"/>
        </w:rPr>
        <w:t>15:49  jab incentive khatm hua to kya hua? is ka matlab ke aadmi stagnation aa gaya. jahan incentive na rahe, jahan motivation na rahe, to wahan par kya ho</w:t>
      </w:r>
      <w:r>
        <w:br/>
      </w:r>
      <w:r>
        <w:rPr>
          <w:sz w:val="20"/>
        </w:rPr>
        <w:t>16:01  ga? stagnation aa jayega. yeh mamla political power ka hai. kisi family mein ya kisi party mein bohat dinon tak political power rahe,</w:t>
      </w:r>
      <w:r>
        <w:br/>
      </w:r>
      <w:r>
        <w:rPr>
          <w:sz w:val="20"/>
        </w:rPr>
        <w:t>16:14  to aap un ka survey kijiye, un logon mein incentive khatm ho jayega. aur incentive jaan hai taraqqi ki.</w:t>
      </w:r>
      <w:r>
        <w:br/>
      </w:r>
      <w:r>
        <w:rPr>
          <w:sz w:val="20"/>
        </w:rPr>
        <w:t>16:27  incentive taraqqi ki jaan hai ke "mujhe karna hai, nahi karunga to mujhe nahi milega."</w:t>
      </w:r>
      <w:r>
        <w:br/>
      </w:r>
      <w:r>
        <w:rPr>
          <w:sz w:val="20"/>
        </w:rPr>
        <w:t>16:35  to</w:t>
      </w:r>
      <w:r>
        <w:br/>
      </w:r>
      <w:r>
        <w:rPr>
          <w:sz w:val="20"/>
        </w:rPr>
        <w:t>16:36  Allah taala ki scheme mein yeh cheez nahi ke logon ko cheezen free milti rahen. dolat bhi free mein, political power free mein. to badalta hai, Allah taala badalta hai.</w:t>
      </w:r>
      <w:r>
        <w:br/>
      </w:r>
      <w:r>
        <w:rPr>
          <w:sz w:val="20"/>
        </w:rPr>
        <w:t>16:45  wa tilk al-ayyam nuda waluha ban al-nas ta ke incentive baqi rahe, motivation baqi rahe, is challenge baqi rahe.</w:t>
      </w:r>
      <w:r>
        <w:br/>
      </w:r>
      <w:r>
        <w:rPr>
          <w:sz w:val="20"/>
        </w:rPr>
        <w:t>16:57  insan stagnation se bacha rahe.</w:t>
      </w:r>
      <w:r>
        <w:br/>
      </w:r>
      <w:r>
        <w:rPr>
          <w:sz w:val="20"/>
        </w:rPr>
        <w:t>17:00  ab jo is ko na jaane to kahega, "dekho yeh kitna galat hai</w:t>
      </w:r>
      <w:r>
        <w:br/>
      </w:r>
      <w:r>
        <w:rPr>
          <w:sz w:val="20"/>
        </w:rPr>
        <w:t>17:12  ke mughal ke, mughalon ke jab iqtadar chhin gaya mughalon se to un ki nasal jo thi woh shikayat karti rahi ke itne kharab hain British." aise hum hamesha hota hai ke jis se chhin-ta hai to woh shikayat karta hai.</w:t>
      </w:r>
      <w:r>
        <w:br/>
      </w:r>
      <w:r>
        <w:rPr>
          <w:sz w:val="20"/>
        </w:rPr>
        <w:t>17:30  halanke woh chhinna jo hai is liye hai ke un ke andar incentive jagaya jaye, un ko challenge ka samna karna pare.</w:t>
      </w:r>
      <w:r>
        <w:br/>
      </w:r>
      <w:r>
        <w:rPr>
          <w:sz w:val="20"/>
        </w:rPr>
        <w:t>17:41  to jo log is ko jaanein to woh nafs mutmain ban jayenge. jo na jaanein woh be-itminani ki zindagi guzarenge.</w:t>
      </w:r>
      <w:r>
        <w:br/>
      </w:r>
      <w:r>
        <w:rPr>
          <w:sz w:val="20"/>
        </w:rPr>
        <w:t>17:53  tension mein rahenge, shikayat karenge, protest karenge.</w:t>
      </w:r>
      <w:r>
        <w:br/>
      </w:r>
      <w:r>
        <w:rPr>
          <w:sz w:val="20"/>
        </w:rPr>
        <w:t>18:03  yani lafz badal kar main kahunga ke</w:t>
      </w:r>
    </w:p>
    <w:p>
      <w:pPr>
        <w:pStyle w:val="Heading2"/>
      </w:pPr>
      <w:r>
        <w:t>the Quranic law of change and why top-down revolution fails</w:t>
      </w:r>
    </w:p>
    <w:p>
      <w:r>
        <w:rPr>
          <w:color w:val="666666"/>
          <w:sz w:val="18"/>
        </w:rPr>
        <w:t>CPS Women Article Discussion 16 January 22, 2023 · 4m 23s · at 0:39 · https://youtu.be/szqwtxpGb0E?t=39</w:t>
      </w:r>
    </w:p>
    <w:p>
      <w:r>
        <w:rPr>
          <w:i/>
        </w:rPr>
        <w:t>“Allah kisi qaum ki halat nahi badalta jab tak woh khud na badlein”</w:t>
      </w:r>
    </w:p>
    <w:p>
      <w:r>
        <w:rPr>
          <w:sz w:val="20"/>
        </w:rPr>
        <w:t>0:39  roz aur javal ke tareekhi qanoon ko quran mein mukhtasar taur par is tarah bayan kiya gaya hai. allah kisi group par we maqam mein halat, we maqam yani halatein qaumi ko us waqt tak nahi badalta jab tak woh apne maan baay nafs yani halatein nafs ko na badle. anfAl 53 raat 11.</w:t>
      </w:r>
      <w:r>
        <w:br/>
      </w:r>
      <w:r>
        <w:rPr>
          <w:sz w:val="20"/>
        </w:rPr>
        <w:t>1:06  in ayat mein maan bae nafs ki tabdeeli se murad tabdeeli hai jo afraad ki satah par hoti hai. kyunke nafs afradi ki satah par paya jata hai na ke istema ki satah par. matlab yeh hai ke qaumon ka sawal us waqt hota hai jabke unke afraad mein bigad aa gaya ho. isi tarah qaumon ka uruj us waqt hota hai jabke afraad ki satah par un mein zindagi paida ho jaye.</w:t>
      </w:r>
      <w:r>
        <w:br/>
      </w:r>
      <w:r>
        <w:rPr>
          <w:sz w:val="20"/>
        </w:rPr>
        <w:t>1:33  is sunnat ilahi ke mutabiq islah qaum ka tareeqa islah hai qaum ka tareeqa yeh hai ke usko islah afraad se shuru kiya jaye na ke inqilab e hukoomat se. inqilab e hukoomat ke nare se kaam ka aaghaz woh ya kisi garuh ke maan baekom ko maan baekom se badalne ki koshish karna hai.</w:t>
      </w:r>
      <w:r>
        <w:br/>
      </w:r>
      <w:r>
        <w:rPr>
          <w:sz w:val="20"/>
        </w:rPr>
        <w:t>1:58  zahir hai ke is qism ki koshish ek aisi duniya mein nateeja khej nahi ho sakti jiske paida karne wale ne uske maan baekom ki tabdeeli ko iske maan bahnafs ki tabdeeli ke sath jod diyao. yeh baagh ko baagh se nikalne ki koshish hogi jabke is duniya mein baagh ko sirf beej se nikala ja sakta hai. tareekh ka sabse bada sabak yeh hai ke kisi ne tareekh se sabak nahi seekha.</w:t>
      </w:r>
      <w:r>
        <w:br/>
      </w:r>
      <w:r>
        <w:rPr>
          <w:sz w:val="20"/>
        </w:rPr>
        <w:t>2:28  yeh call jis tarah doosri qaumon ke liye sahi hai theek isi tarah woh hamare upar bhi sadhe khata hai. hamare tabhi tareekh qism ke sab sab kaamo z waqiyat se bhari hui hai. magar hum mein se koi shakhs jab kaam karne ke liye uthta hai to aksar woh unhi nakaam tajarbaat kar do jata hai jo usse pehle bar bar pesh aa chuke hain.</w:t>
      </w:r>
      <w:r>
        <w:br/>
      </w:r>
      <w:r>
        <w:rPr>
          <w:sz w:val="20"/>
        </w:rPr>
        <w:t>2:50  woh tareef ke qanoon ko jante hue apne aap ko shori ya ghair shori taur par isse alag kar leta hai. woh janta hai ke jo kuch hua woh sirf doosron ke liye tha. hamare sath aisa nahi hoga. tareekh musalsal taur par yeh sabak deti rahi hai ke koi kaun us waqt taraf bhi karti hai jabke uske afraat mein character ki taqat paida ho jaye.</w:t>
      </w:r>
      <w:r>
        <w:br/>
      </w:r>
      <w:r>
        <w:rPr>
          <w:sz w:val="20"/>
        </w:rPr>
        <w:t>3:15  magar hamara haal yeh hai ke hum afraat mein character paida ki baghair tarke ki taraf chhalang laga dete hain.</w:t>
      </w:r>
      <w:r>
        <w:br/>
      </w:r>
      <w:r>
        <w:rPr>
          <w:sz w:val="20"/>
        </w:rPr>
        <w:t>3:27  saari tareekh ka faisla hai ke qaumon ki sarbulandi ka raaz ittedai satah par taameer aur istehkam hai.</w:t>
      </w:r>
      <w:r>
        <w:br/>
      </w:r>
      <w:r>
        <w:rPr>
          <w:sz w:val="20"/>
        </w:rPr>
        <w:t>3:40  magar log mauqa milte hi siyasiyadaare se muqabla aa rahi shuru kar dete hain.</w:t>
      </w:r>
      <w:r>
        <w:br/>
      </w:r>
      <w:r>
        <w:rPr>
          <w:sz w:val="20"/>
        </w:rPr>
        <w:t>3:53  tareekh rehti hai ke haqeeqat pasandi kisi bhi kamyabi tak pahunchne ka wahid jeena hai. magar hamare rehnuma nyay gvedardi ke sath khaum ko jazbati ham gaon mein mashkoor kar dete hain. millat ko uthane ka koi mansooba usi waqt kamyab ho sakta hai jabke millat ki afraat ko uthaya ja chuka ho.</w:t>
      </w:r>
      <w:r>
        <w:br/>
      </w:r>
      <w:r>
        <w:rPr>
          <w:sz w:val="20"/>
        </w:rPr>
        <w:t>4:15  millat ki tarqqi ke liye aise afraat darkar hain jo bolne se zyada chup rehna jante ho, jo alfaaz se zyada mani ki zaman samajhte ho, jo taqat se zyada dilli ke aage chhupne wale ho, jo kehne se zyada karna jante ho, jo aage badhne se zyada peeche hatne ke bahadur ho, filhal yeh ke jo duniya se zyada akhirat ko dekh rahe ho, dekh rahe ho.</w:t>
      </w:r>
      <w:r>
        <w:br/>
      </w:r>
      <w:r>
        <w:rPr>
          <w:sz w:val="20"/>
        </w:rPr>
        <w:t>4:42  aise afraat ke bairah millat ki sarg mandi ka nara lagana aisa hi hai jaise dal dal ke upar deewar khadi karna.</w:t>
      </w:r>
      <w:r>
        <w:br/>
      </w:r>
      <w:r>
        <w:rPr>
          <w:sz w:val="20"/>
        </w:rPr>
        <w:t>5:02  is article se jo main jis yeh mujhe jo samajh mein aaya kyunke insaan ke andar sab se zyada</w:t>
      </w:r>
    </w:p>
    <w:p>
      <w:pPr>
        <w:pStyle w:val="Heading2"/>
      </w:pPr>
      <w:r>
        <w:t>Only dawah allowed; Christian method in Quran</w:t>
      </w:r>
    </w:p>
    <w:p>
      <w:r>
        <w:rPr>
          <w:color w:val="666666"/>
          <w:sz w:val="18"/>
        </w:rPr>
        <w:t>Q&amp;A 04 Oct 2009, Maulana Wahiduddin Khan · 3m 09s · at 0:32 · https://youtu.be/xPBNozEQRJM?t=32</w:t>
      </w:r>
    </w:p>
    <w:p>
      <w:r>
        <w:rPr>
          <w:i/>
        </w:rPr>
        <w:t>“Dekhiye, ye ulama ne ye is tarah ke fatwe de rakhe hain”</w:t>
      </w:r>
    </w:p>
    <w:p>
      <w:r>
        <w:rPr>
          <w:sz w:val="20"/>
        </w:rPr>
        <w:t>0:32  dekhen, yeh ulama ne yeh is tarah ke fatwe de rakhe hain, main is ko galat samajhta hoon. hamein haq nahi hai kisi ko murtad qarar dene ka, yaad rakhiye.</w:t>
      </w:r>
      <w:r>
        <w:br/>
      </w:r>
      <w:r>
        <w:rPr>
          <w:sz w:val="20"/>
        </w:rPr>
        <w:t>0:43  yeh sare fatwe mere nazdeek bilkul galat hain. hamein sirf dawat dene ka haq hai.</w:t>
      </w:r>
      <w:r>
        <w:br/>
      </w:r>
      <w:r>
        <w:rPr>
          <w:sz w:val="20"/>
        </w:rPr>
        <w:t>0:51  hazrat umar, hazrat abubakar ke zamane mein jo waqea hua tha, jo murtadeen kaha jata hai hamari tareekhon mein ke murtadeen se qital, woh baghi log the, baghi state ke baghi log the.</w:t>
      </w:r>
      <w:r>
        <w:br/>
      </w:r>
      <w:r>
        <w:rPr>
          <w:sz w:val="20"/>
        </w:rPr>
        <w:t>1:06  yani aisa nahi tha ke sirf barbra ijtihad un se jang ki gayi thi, yeh sahi nahi hai. un ka case treason ka case tha, treason.</w:t>
      </w:r>
      <w:r>
        <w:br/>
      </w:r>
      <w:r>
        <w:rPr>
          <w:sz w:val="20"/>
        </w:rPr>
        <w:t>1:19  to barbra baghawat un se qital kiya gaya, yani state se baghawat.</w:t>
      </w:r>
      <w:r>
        <w:br/>
      </w:r>
      <w:r>
        <w:rPr>
          <w:sz w:val="20"/>
        </w:rPr>
        <w:t>1:25  hamare paas koi aisa miyar nahi hai ke hum kahein ke yeh aadmi murtad hai. yeh Khuda ke zimme hai. is liye irtidad ke fatwe ko main sar par galat samajhta hoon.</w:t>
      </w:r>
      <w:r>
        <w:br/>
      </w:r>
      <w:r>
        <w:rPr>
          <w:sz w:val="20"/>
        </w:rPr>
        <w:t>1:38  kisi ko haq nahi hai koi irtidad ka fatwa de.</w:t>
      </w:r>
      <w:r>
        <w:br/>
      </w:r>
      <w:r>
        <w:rPr>
          <w:sz w:val="20"/>
        </w:rPr>
        <w:t>1:42  hamare par, hamare abba ji mazhar ka hai dawat dena, dawat, dawat, dawat, dawat, dawat. bas is ke aage hamara koi kaam nahi. is ke aage hamari koi zimmedari nahi.</w:t>
      </w:r>
      <w:r>
        <w:br/>
      </w:r>
      <w:r>
        <w:rPr>
          <w:sz w:val="20"/>
        </w:rPr>
        <w:t>1:52  hum kahein ke yeh murtad hai, yeh fasiq hai, yeh munafiq hai, yeh kafir hai, yeh ab haq nahi hai hum ko. aise tamam fatwon ko main bilkul baseless, baseless samajhta hoon.</w:t>
      </w:r>
      <w:r>
        <w:br/>
      </w:r>
      <w:r>
        <w:rPr>
          <w:sz w:val="20"/>
        </w:rPr>
        <w:t>2:04  dawat ka kaam kijiye, bas. koi criteria nahi hai ke aap kahein ke yeh murtad hai, yeh kafir hai, yeh fasiq hai, yeh munafiq hai.</w:t>
      </w:r>
      <w:r>
        <w:br/>
      </w:r>
      <w:r>
        <w:rPr>
          <w:sz w:val="20"/>
        </w:rPr>
        <w:t>2:15  yeh Allah taala ka kaam hai. Allah taala ki seat aap nahi le sakte. hamein sirf dawat ka kaam karna hai, dawat ki planning karna hai,</w:t>
      </w:r>
      <w:r>
        <w:br/>
      </w:r>
      <w:r>
        <w:rPr>
          <w:sz w:val="20"/>
        </w:rPr>
        <w:t>2:24  dua karna hai. jahan hamari dawat kaam na kare, wahan dua karein hum. agar hum mehsoos karein ke yahan woh dawat kaam nahi kar rahi, to un ke liye dua kareinge.</w:t>
      </w:r>
      <w:r>
        <w:br/>
      </w:r>
      <w:r>
        <w:rPr>
          <w:sz w:val="20"/>
        </w:rPr>
        <w:t>2:33  bas, is se zyada aur kuch nahi.</w:t>
      </w:r>
      <w:r>
        <w:br/>
      </w:r>
      <w:r>
        <w:rPr>
          <w:sz w:val="20"/>
        </w:rPr>
        <w:t>2:39  das question is from mr mt khan from patna. Maulana sahib, as you just mentioned that Quran has talked about Christians method of dawah work is a good, is a good method.</w:t>
      </w:r>
      <w:r>
        <w:br/>
      </w:r>
      <w:r>
        <w:rPr>
          <w:sz w:val="20"/>
        </w:rPr>
        <w:t>2:54  can you please give us reference of the verse?</w:t>
      </w:r>
      <w:r>
        <w:br/>
      </w:r>
      <w:r>
        <w:rPr>
          <w:sz w:val="20"/>
        </w:rPr>
        <w:t>2:57  haan, dekhiye, aap surah saff padhiye. is mein hai ke, is mein hai ke.</w:t>
      </w:r>
      <w:r>
        <w:br/>
      </w:r>
      <w:r>
        <w:rPr>
          <w:sz w:val="20"/>
        </w:rPr>
        <w:t>3:06  ya ayuhal lazeena aamanu aamanu kun ansarullah sub number ansari Allah is mein aa gaya hai ke jis tarah hazrat maseeh ne apne hawariyon se kaha tha,</w:t>
      </w:r>
      <w:r>
        <w:br/>
      </w:r>
      <w:r>
        <w:rPr>
          <w:sz w:val="20"/>
        </w:rPr>
        <w:t>3:20  to musalmanon ka kaha gaya ke tum in ko imitate karo, tum bhi isi tareeqe se karo. aap padh lijiye surah saff mein, aakhir mein.</w:t>
      </w:r>
      <w:r>
        <w:br/>
      </w:r>
      <w:r>
        <w:rPr>
          <w:sz w:val="20"/>
        </w:rPr>
        <w:t>3:33  surah saff ke aakhir mein.</w:t>
      </w:r>
    </w:p>
    <w:p>
      <w:pPr>
        <w:pStyle w:val="Heading2"/>
      </w:pPr>
      <w:r>
        <w:t>hadith's two parts, and why majority consensus isn't proof of truth</w:t>
      </w:r>
    </w:p>
    <w:p>
      <w:r>
        <w:rPr>
          <w:color w:val="666666"/>
          <w:sz w:val="18"/>
        </w:rPr>
        <w:t>Muslim Unity March 15, 2014 Maulana Wahiduddin Khan · 4m 11s · at 1:42 · https://youtu.be/CZHU5z3SEjc?t=102</w:t>
      </w:r>
    </w:p>
    <w:p>
      <w:r>
        <w:rPr>
          <w:i/>
        </w:rPr>
        <w:t>“Pehli baat yeh hai ke iss hadith ke do tukde hain”</w:t>
      </w:r>
    </w:p>
    <w:p>
      <w:r>
        <w:rPr>
          <w:sz w:val="20"/>
        </w:rPr>
        <w:t>1:42  pehli baat yeh hai ke is hadith ke do tukre hain, dono ka niyat alag alag hai.</w:t>
      </w:r>
      <w:r>
        <w:br/>
      </w:r>
      <w:r>
        <w:rPr>
          <w:sz w:val="20"/>
        </w:rPr>
        <w:t>1:51  pehlay tukre mein farmaya ke ummat-e-muslima zalalat par</w:t>
      </w:r>
      <w:r>
        <w:br/>
      </w:r>
      <w:r>
        <w:rPr>
          <w:sz w:val="20"/>
        </w:rPr>
        <w:t>2:00  mujjtama' nahi hogi, gumrahi par mujjtama' nahi hogi.</w:t>
      </w:r>
      <w:r>
        <w:br/>
      </w:r>
      <w:r>
        <w:rPr>
          <w:sz w:val="20"/>
        </w:rPr>
        <w:t>2:10  dusre hisse mein farmaya ke jab tum ikhtilaf dekho to sawad a'zam ka, yani majority ka, sath do.</w:t>
      </w:r>
      <w:r>
        <w:br/>
      </w:r>
      <w:r>
        <w:rPr>
          <w:sz w:val="20"/>
        </w:rPr>
        <w:t>2:23  to dekhen, dono ek baat nahi hain. yeh pehle hisse mein is maamle ke nazri pehlu ko bayan kiya gaya hai, nazri, aur dusre hisse mein is ke maamle ke 'amli pehlu ko bayan kiya gaya hai.</w:t>
      </w:r>
      <w:r>
        <w:br/>
      </w:r>
      <w:r>
        <w:rPr>
          <w:sz w:val="20"/>
        </w:rPr>
        <w:t>2:38  yeh jawaneb boht hi zyada zaroori hain, warna hadith wazeh nahi hogi.</w:t>
      </w:r>
      <w:r>
        <w:br/>
      </w:r>
      <w:r>
        <w:rPr>
          <w:sz w:val="20"/>
        </w:rPr>
        <w:t>2:47  lekin dono ke mamle mein logon ne sakht ghaltiyan ki hain. pehla jo hissa hai: "la tajtama' ummati 'ala dalalah".</w:t>
      </w:r>
      <w:r>
        <w:br/>
      </w:r>
      <w:r>
        <w:rPr>
          <w:sz w:val="20"/>
        </w:rPr>
        <w:t>2:56  meri ummat, yaani ummat-e-muslima, dalalat par ikattha nahi hogi.</w:t>
      </w:r>
      <w:r>
        <w:br/>
      </w:r>
      <w:r>
        <w:rPr>
          <w:sz w:val="20"/>
        </w:rPr>
        <w:t>3:06  iska matlab logon ne yeh samajh liya ke ummat jab kisi issue par mutahid ho jaye to woh issue sahi hoga, yaani ijtima' ko haq ke mani mein le liya.</w:t>
      </w:r>
      <w:r>
        <w:br/>
      </w:r>
      <w:r>
        <w:rPr>
          <w:sz w:val="20"/>
        </w:rPr>
        <w:t>3:20  yeh hargiz is hadith ka mafhoom nahi hai. kisi bheed ka mujtami' ho jana yeh is baat ka saboot nahi hai ke woh mawqaf jo hai haq hai.</w:t>
      </w:r>
      <w:r>
        <w:br/>
      </w:r>
      <w:r>
        <w:rPr>
          <w:sz w:val="20"/>
        </w:rPr>
        <w:t>3:35  misalan dekhen,</w:t>
      </w:r>
      <w:r>
        <w:br/>
      </w:r>
      <w:r>
        <w:rPr>
          <w:sz w:val="20"/>
        </w:rPr>
        <w:t>3:39  agar agar haq ho to is tarah ke waqeat kai baar hue hain, aur is mein ummat sakht nakam hui. misalan dekhen,</w:t>
      </w:r>
      <w:r>
        <w:br/>
      </w:r>
      <w:r>
        <w:rPr>
          <w:sz w:val="20"/>
        </w:rPr>
        <w:t>3:52  beeswin sadi ke rub'e awwal mein taqreeban poori ummat jo hai mujtami' ho gayi thi khilafat-e-turki ke masle par,</w:t>
      </w:r>
      <w:r>
        <w:br/>
      </w:r>
      <w:r>
        <w:rPr>
          <w:sz w:val="20"/>
        </w:rPr>
        <w:t>4:03  yaani turki khilafat ko bachao. lekin poori ummat ka ijtima' turki khilafat ko bacha nahi saka, khilafat khatm ho gayi.</w:t>
      </w:r>
      <w:r>
        <w:br/>
      </w:r>
      <w:r>
        <w:rPr>
          <w:sz w:val="20"/>
        </w:rPr>
        <w:t>4:16  to agar poori ummat ka kisi issue pe ikattha ho jana yeh haq ki alamat ho to kya Allah ne saath de diya unka?</w:t>
      </w:r>
      <w:r>
        <w:br/>
      </w:r>
      <w:r>
        <w:rPr>
          <w:sz w:val="20"/>
        </w:rPr>
        <w:t>4:26  halanke yeh namumkin baat hai. yaani poori poori ummat ek sachche issue pe ikattha ho jaye aur Allah saath na de iska, yeh to bilkul enthe ke bal hai.</w:t>
      </w:r>
      <w:r>
        <w:br/>
      </w:r>
      <w:r>
        <w:rPr>
          <w:sz w:val="20"/>
        </w:rPr>
        <w:t>4:39  aise hi dekhen, falasteen ke issue par tamam arab, jitne bhi arab hain, sab mutahid hain. to agar unka mawqaf durust ho to falasteen mein woh nakam kyun ho rahe hain?</w:t>
      </w:r>
      <w:r>
        <w:br/>
      </w:r>
      <w:r>
        <w:rPr>
          <w:sz w:val="20"/>
        </w:rPr>
        <w:t>4:54  agar unka mawqaf durust hota to zaroor unko falasteen mein kamyabi hoti. aise hi dekhen, maghribi qaumon ke bare mein sare musalman, shayad mein hi ek mustasna hoon, yeh samajhte hain ke sab maghribi qaumein muslim dushman hain,</w:t>
      </w:r>
      <w:r>
        <w:br/>
      </w:r>
      <w:r>
        <w:rPr>
          <w:sz w:val="20"/>
        </w:rPr>
        <w:t>5:13  islam ke khilaf hain. to agar yeh mawqaf durust hota to inhi ko taraqqi kyun ho rahi hai? wahi har jagah kyun dominate kar rahe hain?</w:t>
      </w:r>
      <w:r>
        <w:br/>
      </w:r>
      <w:r>
        <w:rPr>
          <w:sz w:val="20"/>
        </w:rPr>
        <w:t>5:24  musalman to sirf protest kar rahe hain, complaint kar rahe hain, shikayatein kar rahe hain. to yeh baat bazahatan galat hai ke ummat agar kisi issue par ek ho jaye,</w:t>
      </w:r>
      <w:r>
        <w:br/>
      </w:r>
      <w:r>
        <w:rPr>
          <w:sz w:val="20"/>
        </w:rPr>
        <w:t>5:45  mutahid ho jaye to woh issue mabni bar haq hoga, is se sabit nahi hota.</w:t>
      </w:r>
    </w:p>
    <w:p>
      <w:pPr>
        <w:pStyle w:val="Heading2"/>
      </w:pPr>
      <w:r>
        <w:t>Asiyah chooses Musa's faith over Pharaoh's palace</w:t>
      </w:r>
    </w:p>
    <w:p>
      <w:r>
        <w:rPr>
          <w:color w:val="666666"/>
          <w:sz w:val="18"/>
        </w:rPr>
        <w:t>Concept of Death in Islam August 26, 2012 · 4m 11s · at 33:31 · https://youtu.be/y0TJxKi0L94?t=2011</w:t>
      </w:r>
    </w:p>
    <w:p>
      <w:r>
        <w:rPr>
          <w:i/>
        </w:rPr>
        <w:t>“Asiyah chose Musa's faith over Pharaoh's palace”</w:t>
      </w:r>
    </w:p>
    <w:p>
      <w:r>
        <w:rPr>
          <w:sz w:val="20"/>
        </w:rPr>
        <w:t>33:31  Quran mein ek waqea bohat zyada, yani thrilling waqea hai ke</w:t>
      </w:r>
      <w:r>
        <w:br/>
      </w:r>
      <w:r>
        <w:rPr>
          <w:sz w:val="20"/>
        </w:rPr>
        <w:t>33:42  Misr mein jo king tha, jis ko aap Farooq kaha jata hai, Firon, us ki biwi thi Asiya.</w:t>
      </w:r>
      <w:r>
        <w:br/>
      </w:r>
      <w:r>
        <w:rPr>
          <w:sz w:val="20"/>
        </w:rPr>
        <w:t>33:51  to Asiya jo hai, usi zamane mein Musa paida hue, unhone dawat di. to Firon ne to inkar kiya, us ke darbariyon ne inkar kiya.</w:t>
      </w:r>
      <w:r>
        <w:br/>
      </w:r>
      <w:r>
        <w:rPr>
          <w:sz w:val="20"/>
        </w:rPr>
        <w:t>34:04  lekin jo us ki biwi thi Asiya, woh bohat hi, yani, sahi nature ki thi.</w:t>
      </w:r>
      <w:r>
        <w:br/>
      </w:r>
      <w:r>
        <w:rPr>
          <w:sz w:val="20"/>
        </w:rPr>
        <w:t>34:14  bohat hi sahi nature ki thi, paidaishi taur par.</w:t>
      </w:r>
      <w:r>
        <w:br/>
      </w:r>
      <w:r>
        <w:rPr>
          <w:sz w:val="20"/>
        </w:rPr>
        <w:t>34:21  aur kaha jata hai ke woh, yani, Bani Israeli mein paida hui thi, yani, mushrik qaum mein nahi paida hui thi.</w:t>
      </w:r>
      <w:r>
        <w:br/>
      </w:r>
      <w:r>
        <w:rPr>
          <w:sz w:val="20"/>
        </w:rPr>
        <w:t>34:29  is waja se is ka mind set jo tha, qareeb tha Hazrat Musa ki dawat ke. aisa kaha jata hai. to beharhal is ki samajh mein Hazrat Musa ki dawat aa gayi</w:t>
      </w:r>
      <w:r>
        <w:br/>
      </w:r>
      <w:r>
        <w:rPr>
          <w:sz w:val="20"/>
        </w:rPr>
        <w:t>34:43  ke duniya asal nahi hai, akhirat asal hai. to Hazrat Musa par iman layi. Firon ko jab pata chala, Firon ko jab pata chala ke yeh Hazrat Musa par iman layi hai,</w:t>
      </w:r>
      <w:r>
        <w:br/>
      </w:r>
      <w:r>
        <w:rPr>
          <w:sz w:val="20"/>
        </w:rPr>
        <w:t>35:04  jis jis ka ke Firon dushman tha Hazrat Musa ka, ke khilaf tha,</w:t>
      </w:r>
      <w:r>
        <w:br/>
      </w:r>
      <w:r>
        <w:rPr>
          <w:sz w:val="20"/>
        </w:rPr>
        <w:t>35:10  to Firon ne kaha ke main tum ko qatl kar doonga.</w:t>
      </w:r>
      <w:r>
        <w:br/>
      </w:r>
      <w:r>
        <w:rPr>
          <w:sz w:val="20"/>
        </w:rPr>
        <w:t>35:19  aap jante hain, badshah ke zamane mein, badshahat ke zamane mein to bas talwar uthao aur mar do, na koi qanoon, na koi court, na koi poochne wala hai.</w:t>
      </w:r>
      <w:r>
        <w:br/>
      </w:r>
      <w:r>
        <w:rPr>
          <w:sz w:val="20"/>
        </w:rPr>
        <w:t>35:34  aur waqeatan use qatl karwa diya.</w:t>
      </w:r>
      <w:r>
        <w:br/>
      </w:r>
      <w:r>
        <w:rPr>
          <w:sz w:val="20"/>
        </w:rPr>
        <w:t>35:37  us waqt jo is ki zuban se jo kalma nikla tha, is khatoon ki zuban se, woh ek dua thi.</w:t>
      </w:r>
      <w:r>
        <w:br/>
      </w:r>
      <w:r>
        <w:rPr>
          <w:sz w:val="20"/>
        </w:rPr>
        <w:t>35:48  woh ek dua thi. woh dua yeh thi ke rab ibli indaka baitan fil jannah aye Allah, tu mere liye apne paas ek ghar bana de.</w:t>
      </w:r>
      <w:r>
        <w:br/>
      </w:r>
      <w:r>
        <w:rPr>
          <w:sz w:val="20"/>
        </w:rPr>
        <w:t>36:04  is is dua mein bohat bari baat hai.</w:t>
      </w:r>
      <w:r>
        <w:br/>
      </w:r>
      <w:r>
        <w:rPr>
          <w:sz w:val="20"/>
        </w:rPr>
        <w:t>36:08  yani kyun? is mein is ka jawab milta hai ke kaise Asiya ko yeh hosla aya un ke andar ke tum mujhe qadar karte ho to kar do, main to Musa ke deen ko nahi chhodungi.</w:t>
      </w:r>
      <w:r>
        <w:br/>
      </w:r>
      <w:r>
        <w:rPr>
          <w:sz w:val="20"/>
        </w:rPr>
        <w:t>36:26  tum agar qadar karte ho to kar do, main Musa ke deen ko nahi chhodungi. kyun? kyun? un ko better choice mil raha tha.</w:t>
      </w:r>
      <w:r>
        <w:br/>
      </w:r>
      <w:r>
        <w:rPr>
          <w:sz w:val="20"/>
        </w:rPr>
        <w:t>36:37  better choice. yani us waqt un ko hasil tha Firon ka mahal. lekin agar woh, agar woh Allah ke deen par un ka qadar kiya ja raha hai to woh God Almighty ka guest house mil raha hai unhein.</w:t>
      </w:r>
      <w:r>
        <w:br/>
      </w:r>
      <w:r>
        <w:rPr>
          <w:sz w:val="20"/>
        </w:rPr>
        <w:t>36:59  un ka paros mil raha hai. kaisi ajib baat hai! eternal guest house, Khuda ke paros mein.</w:t>
      </w:r>
      <w:r>
        <w:br/>
      </w:r>
      <w:r>
        <w:rPr>
          <w:sz w:val="20"/>
        </w:rPr>
        <w:t>37:06  to kitna ek choti cheez, bohat hi choti cheez kho kar, bohat hi bari cheez mil rahi thi.</w:t>
      </w:r>
      <w:r>
        <w:br/>
      </w:r>
      <w:r>
        <w:rPr>
          <w:sz w:val="20"/>
        </w:rPr>
        <w:t>37:15  Firon ka mahal kya hai? kuch bhi nahi. yani Khuda ke paros mein jo guest house bana hua hai, us ke muqable mein to Firon ke mahal ki koi qeemat hi nahi, kuch bhi nahi.</w:t>
      </w:r>
      <w:r>
        <w:br/>
      </w:r>
      <w:r>
        <w:rPr>
          <w:sz w:val="20"/>
        </w:rPr>
        <w:t>37:34  to yeh yeh cheez thi jis ne un ke andar hosla paida kiya.</w:t>
      </w:r>
    </w:p>
    <w:p>
      <w:pPr>
        <w:pStyle w:val="Heading2"/>
      </w:pPr>
      <w:r>
        <w:t>Quran as first written scripture in history</w:t>
      </w:r>
    </w:p>
    <w:p>
      <w:r>
        <w:rPr>
          <w:color w:val="666666"/>
          <w:sz w:val="18"/>
        </w:rPr>
        <w:t>Quran The Book of God January 4, 2008 Maulana Wahiduddin Khan · 3m 50s · at 0:35 · https://youtu.be/8geIHuPSE8g?t=35</w:t>
      </w:r>
    </w:p>
    <w:p>
      <w:r>
        <w:rPr>
          <w:i/>
        </w:rPr>
        <w:t>“Aaj mujhe Quran ke baare mein kuch kehna hai”</w:t>
      </w:r>
    </w:p>
    <w:p>
      <w:r>
        <w:rPr>
          <w:sz w:val="20"/>
        </w:rPr>
        <w:t>0:35  aaj mujhe quran ke bare mein kuch kehna hai.</w:t>
      </w:r>
      <w:r>
        <w:br/>
      </w:r>
      <w:r>
        <w:rPr>
          <w:sz w:val="20"/>
        </w:rPr>
        <w:t>0:43  quran ka lafzi matlab hai parhi jaane wali cheez, parhi jaane wali kitab.</w:t>
      </w:r>
      <w:r>
        <w:br/>
      </w:r>
      <w:r>
        <w:rPr>
          <w:sz w:val="20"/>
        </w:rPr>
        <w:t>0:58  dekhiye, yeh saada baat nahi hai. agar aap religion ki history ko dekhen to quran se pehle jo bhi mazhabi kitaben thin,</w:t>
      </w:r>
      <w:r>
        <w:br/>
      </w:r>
      <w:r>
        <w:rPr>
          <w:sz w:val="20"/>
        </w:rPr>
        <w:t>1:15  wo sab sun kar jani jati thin.</w:t>
      </w:r>
      <w:r>
        <w:br/>
      </w:r>
      <w:r>
        <w:rPr>
          <w:sz w:val="20"/>
        </w:rPr>
        <w:t>1:21  sun, sunna yeh zariya tha un ka. quran pehli kitab hai jo parh kar jaane wali kitab bani.</w:t>
      </w:r>
      <w:r>
        <w:br/>
      </w:r>
      <w:r>
        <w:rPr>
          <w:sz w:val="20"/>
        </w:rPr>
        <w:t>1:32  yani jab rasool Allah par, Muhammad sallallahu alaihi wasallam par wahi aati thi, yani quran ka koi hissa utarta tha, to usi waqt aap us ko likhwa dete the.</w:t>
      </w:r>
      <w:r>
        <w:br/>
      </w:r>
      <w:r>
        <w:rPr>
          <w:sz w:val="20"/>
        </w:rPr>
        <w:t>1:45  yani aap bolte the aur likhne wale likhte the. is tarah ke taqreeban do darjan aadmi the jin ko kuttab-e-wahi kaha jata hai.</w:t>
      </w:r>
      <w:r>
        <w:br/>
      </w:r>
      <w:r>
        <w:rPr>
          <w:sz w:val="20"/>
        </w:rPr>
        <w:t>2:00  yani wahi ko likhne wale. to har waqt koi na koi in mein se aap ke paas hota tha.</w:t>
      </w:r>
      <w:r>
        <w:br/>
      </w:r>
      <w:r>
        <w:rPr>
          <w:sz w:val="20"/>
        </w:rPr>
        <w:t>2:09  khud Hazrat Aisha jo thin, aap ki wife, wo bhi ek katib-e-wahi thin. Hazrat Abu Bakr ek katib-e-wahi the. to is baat ko aap samajh lijiye ke rasool Allah khud agarche ummi the,</w:t>
      </w:r>
      <w:r>
        <w:br/>
      </w:r>
      <w:r>
        <w:rPr>
          <w:sz w:val="20"/>
        </w:rPr>
        <w:t>2:24  lekin aap ke sath har waqt koi na koi aisa aadmi rehta tha jo likhna aur parhna janta tha. is wajah se quran ne ek nai tareekh ka aghaz kiya.</w:t>
      </w:r>
      <w:r>
        <w:br/>
      </w:r>
      <w:r>
        <w:rPr>
          <w:sz w:val="20"/>
        </w:rPr>
        <w:t>2:39  aishri kitaben agar sunne par mabni hua karti thin, yani sun kar janna, sun kar maloom karna, to quran ek aisi kitab bani jis ko ke parh kar aap samajh saken.</w:t>
      </w:r>
      <w:r>
        <w:br/>
      </w:r>
      <w:r>
        <w:rPr>
          <w:sz w:val="20"/>
        </w:rPr>
        <w:t>2:58  is mamle mein aap ka ehtimam itna zyada tha ke safar mein bhi aap qalam aur roshnai sath hoti thi aap ke, aur paper.</w:t>
      </w:r>
      <w:r>
        <w:br/>
      </w:r>
      <w:r>
        <w:rPr>
          <w:sz w:val="20"/>
        </w:rPr>
        <w:t>3:08  jaise misal ke taur par hijrat ka jo safar hua, yani Makka ke 13 saal baad aap Makka se migrate kar ke Madina gae.</w:t>
      </w:r>
      <w:r>
        <w:br/>
      </w:r>
      <w:r>
        <w:rPr>
          <w:sz w:val="20"/>
        </w:rPr>
        <w:t>3:21  yeh safar ek bohat hi</w:t>
      </w:r>
      <w:r>
        <w:br/>
      </w:r>
      <w:r>
        <w:rPr>
          <w:sz w:val="20"/>
        </w:rPr>
        <w:t>3:25  emergency ki halat mein hua tha. lekin us waqt bhi aap ke paas qalam aur kaghaz maujood tha. chunancha rastay mein ek bar aisa hua ke Hazrat Abu Bakr jo aap ke saathi the,</w:t>
      </w:r>
      <w:r>
        <w:br/>
      </w:r>
      <w:r>
        <w:rPr>
          <w:sz w:val="20"/>
        </w:rPr>
        <w:t>3:39  un se aap ne ek cheez likhwai aur unhon ne qalam kaghaz nikal kar us ko likha. to is se andaza hota hai ke quran ke likhne ka ehtimam pehle din se tha aur hamesha raha.</w:t>
      </w:r>
      <w:r>
        <w:br/>
      </w:r>
      <w:r>
        <w:rPr>
          <w:sz w:val="20"/>
        </w:rPr>
        <w:t>3:54  ab quran mazhab ki tareekh mein pehli kitab bani jo likhi gai. ab jo doosri kitaben hain, aaj to dekhte hain un ko aap kitabi ki shakal mein, doosri mazhabi kitaben, lekin yeh baad ko likhi gai aur chhapi gai hain.</w:t>
      </w:r>
      <w:r>
        <w:br/>
      </w:r>
      <w:r>
        <w:rPr>
          <w:sz w:val="20"/>
        </w:rPr>
        <w:t>4:11  yeh baad ko likhi aur chhapi gai hain. jis waqt wo kitab aai ya pesh ki gai, us waqt wo sunne wali kitab thi. aur quran jo hai, pehle din se hi parhne wali kitab thi.</w:t>
      </w:r>
    </w:p>
    <w:p>
      <w:pPr>
        <w:pStyle w:val="Heading2"/>
      </w:pPr>
      <w:r>
        <w:t>From Spiritual Tree to Muslims as witnesses</w:t>
      </w:r>
    </w:p>
    <w:p>
      <w:r>
        <w:rPr>
          <w:color w:val="666666"/>
          <w:sz w:val="18"/>
        </w:rPr>
        <w:t>From The Spiritual Tree May 30, 2007 · 5m 01s · at 0:46 · https://youtu.be/vGj_dsCMv-M?t=46</w:t>
      </w:r>
    </w:p>
    <w:p>
      <w:r>
        <w:rPr>
          <w:i/>
        </w:rPr>
        <w:t>“I was sitting under my Spiritual Tree”</w:t>
      </w:r>
    </w:p>
    <w:p>
      <w:r>
        <w:rPr>
          <w:sz w:val="20"/>
        </w:rPr>
        <w:t>0:46  i was sitting under my spiritual tree, and i was thinking about the humanity.</w:t>
      </w:r>
      <w:r>
        <w:br/>
      </w:r>
      <w:r>
        <w:rPr>
          <w:sz w:val="20"/>
        </w:rPr>
        <w:t>0:59  i felt that</w:t>
      </w:r>
      <w:r>
        <w:br/>
      </w:r>
      <w:r>
        <w:rPr>
          <w:sz w:val="20"/>
        </w:rPr>
        <w:t>1:07  i asked a question to myself: if people were asked, "what is the greatest problem of the world, of the present world?"</w:t>
      </w:r>
      <w:r>
        <w:br/>
      </w:r>
      <w:r>
        <w:rPr>
          <w:sz w:val="20"/>
        </w:rPr>
        <w:t>1:23  some people would like to say that U.S. hegemony is the greatest problem</w:t>
      </w:r>
      <w:r>
        <w:br/>
      </w:r>
      <w:r>
        <w:rPr>
          <w:sz w:val="20"/>
        </w:rPr>
        <w:t>1:34  of the present world. Some would like to say that</w:t>
      </w:r>
      <w:r>
        <w:br/>
      </w:r>
      <w:r>
        <w:rPr>
          <w:sz w:val="20"/>
        </w:rPr>
        <w:t>1:41  the greatest problem of the time is that half, near about half of the humanity is living in poverty.</w:t>
      </w:r>
      <w:r>
        <w:br/>
      </w:r>
      <w:r>
        <w:rPr>
          <w:sz w:val="20"/>
        </w:rPr>
        <w:t>1:57  Some other people would like to say that after colonialism, we are facing a new problem that is multinationalism.</w:t>
      </w:r>
      <w:r>
        <w:br/>
      </w:r>
      <w:r>
        <w:rPr>
          <w:sz w:val="20"/>
        </w:rPr>
        <w:t>2:09  But I think that all these problems are superficial problems.</w:t>
      </w:r>
      <w:r>
        <w:br/>
      </w:r>
      <w:r>
        <w:rPr>
          <w:sz w:val="20"/>
        </w:rPr>
        <w:t>2:18  The greatest problem is that all men and women are heading to a future</w:t>
      </w:r>
      <w:r>
        <w:br/>
      </w:r>
      <w:r>
        <w:rPr>
          <w:sz w:val="20"/>
        </w:rPr>
        <w:t>2:30  where they will face</w:t>
      </w:r>
      <w:r>
        <w:br/>
      </w:r>
      <w:r>
        <w:rPr>
          <w:sz w:val="20"/>
        </w:rPr>
        <w:t>2:36  their God, where they will face the Day of Judgment, where they will be presented before God, Malik-e-Yomiddin.</w:t>
      </w:r>
      <w:r>
        <w:br/>
      </w:r>
      <w:r>
        <w:rPr>
          <w:sz w:val="20"/>
        </w:rPr>
        <w:t>2:54  And you know, after this presentation, what is the other step?</w:t>
      </w:r>
      <w:r>
        <w:br/>
      </w:r>
      <w:r>
        <w:rPr>
          <w:sz w:val="20"/>
        </w:rPr>
        <w:t>3:04  What is the other</w:t>
      </w:r>
      <w:r>
        <w:br/>
      </w:r>
      <w:r>
        <w:rPr>
          <w:sz w:val="20"/>
        </w:rPr>
        <w:t>3:09  phase of our life that is Hell and Paradise?</w:t>
      </w:r>
      <w:r>
        <w:br/>
      </w:r>
      <w:r>
        <w:rPr>
          <w:sz w:val="20"/>
        </w:rPr>
        <w:t>3:18  So this is the most important problem. And present global warming tells us that countdown has begun.</w:t>
      </w:r>
      <w:r>
        <w:br/>
      </w:r>
      <w:r>
        <w:rPr>
          <w:sz w:val="20"/>
        </w:rPr>
        <w:t>3:36  We are approaching the end of the history.</w:t>
      </w:r>
      <w:r>
        <w:br/>
      </w:r>
      <w:r>
        <w:rPr>
          <w:sz w:val="20"/>
        </w:rPr>
        <w:t>3:44  Now what to do? If this is the greatest problem, then what to do?</w:t>
      </w:r>
      <w:r>
        <w:br/>
      </w:r>
      <w:r>
        <w:rPr>
          <w:sz w:val="20"/>
        </w:rPr>
        <w:t>3:56  What is the task ahead? That is Dawa work.</w:t>
      </w:r>
      <w:r>
        <w:br/>
      </w:r>
      <w:r>
        <w:rPr>
          <w:sz w:val="20"/>
        </w:rPr>
        <w:t>4:06  That is conveying the message of God to all mankind. That is to make people aware of the creation plan of God</w:t>
      </w:r>
      <w:r>
        <w:br/>
      </w:r>
      <w:r>
        <w:rPr>
          <w:sz w:val="20"/>
        </w:rPr>
        <w:t>4:23  so that they may reassess</w:t>
      </w:r>
      <w:r>
        <w:br/>
      </w:r>
      <w:r>
        <w:rPr>
          <w:sz w:val="20"/>
        </w:rPr>
        <w:t>4:30  their life, so may they revise their lifestyle, so that they</w:t>
      </w:r>
      <w:r>
        <w:br/>
      </w:r>
      <w:r>
        <w:rPr>
          <w:sz w:val="20"/>
        </w:rPr>
        <w:t>4:45  may</w:t>
      </w:r>
      <w:r>
        <w:br/>
      </w:r>
      <w:r>
        <w:rPr>
          <w:sz w:val="20"/>
        </w:rPr>
        <w:t>4:48  prepare themselves</w:t>
      </w:r>
      <w:r>
        <w:br/>
      </w:r>
      <w:r>
        <w:rPr>
          <w:sz w:val="20"/>
        </w:rPr>
        <w:t>4:53  for the</w:t>
      </w:r>
      <w:r>
        <w:br/>
      </w:r>
      <w:r>
        <w:rPr>
          <w:sz w:val="20"/>
        </w:rPr>
        <w:t>4:57  next period of life, that is post-death period. Now who is going to perform this mission?</w:t>
      </w:r>
      <w:r>
        <w:br/>
      </w:r>
      <w:r>
        <w:rPr>
          <w:sz w:val="20"/>
        </w:rPr>
        <w:t>5:13  It is Ummat-e-Muhammadi, that is Muslims.</w:t>
      </w:r>
      <w:r>
        <w:br/>
      </w:r>
      <w:r>
        <w:rPr>
          <w:sz w:val="20"/>
        </w:rPr>
        <w:t>5:20  Muslims are</w:t>
      </w:r>
      <w:r>
        <w:br/>
      </w:r>
      <w:r>
        <w:rPr>
          <w:sz w:val="20"/>
        </w:rPr>
        <w:t>5:26  that group who is</w:t>
      </w:r>
      <w:r>
        <w:br/>
      </w:r>
      <w:r>
        <w:rPr>
          <w:sz w:val="20"/>
        </w:rPr>
        <w:t>5:36  called in the Quran and Hadith "Shahid," that is witness.</w:t>
      </w:r>
    </w:p>
    <w:p>
      <w:pPr>
        <w:pStyle w:val="Heading2"/>
      </w:pPr>
      <w:r>
        <w:t>Absolute prohibition with defensive exception</w:t>
      </w:r>
    </w:p>
    <w:p>
      <w:r>
        <w:rPr>
          <w:color w:val="666666"/>
          <w:sz w:val="18"/>
        </w:rPr>
        <w:t>Violence The Second Forbidden Tree 14 June 2009 - Maulana Wahiduddin Khan · 4m 18s · at 41:21 · https://youtu.be/WbN4l7eMBdU?t=2481</w:t>
      </w:r>
    </w:p>
    <w:p>
      <w:r>
        <w:rPr>
          <w:i/>
        </w:rPr>
        <w:t>“Violence in Islam is absolutely forbidden, with only one exception”</w:t>
      </w:r>
    </w:p>
    <w:p>
      <w:r>
        <w:rPr>
          <w:sz w:val="20"/>
        </w:rPr>
        <w:t>41:21  dekhein, mein yeh jo baat kar raha hoon, is ko samjhiye ke violence islam mein absolute sense mein haram hai, absolute sense mein. there is only one exception.</w:t>
      </w:r>
      <w:r>
        <w:br/>
      </w:r>
      <w:r>
        <w:rPr>
          <w:sz w:val="20"/>
        </w:rPr>
        <w:t>41:31  aap jante hain ke every rule has some exceptions. yeh usool hai: every rule has some exceptions.</w:t>
      </w:r>
      <w:r>
        <w:br/>
      </w:r>
      <w:r>
        <w:rPr>
          <w:sz w:val="20"/>
        </w:rPr>
        <w:t>41:41  to is mein sirf ek exception hai, bas aur koi doosra exception nahin. woh hai ke ek established state hai, us par koi bahar se attack karta hai.</w:t>
      </w:r>
      <w:r>
        <w:br/>
      </w:r>
      <w:r>
        <w:rPr>
          <w:sz w:val="20"/>
        </w:rPr>
        <w:t>41:52  to pehle state jo hai, yeh koshish karegi through negotiation, through peaceful dialogue ke kisi tareeqe se mamla tal jaye.</w:t>
      </w:r>
      <w:r>
        <w:br/>
      </w:r>
      <w:r>
        <w:rPr>
          <w:sz w:val="20"/>
        </w:rPr>
        <w:t>42:03  aisa nahin ke dhar se larne lagegi.</w:t>
      </w:r>
      <w:r>
        <w:br/>
      </w:r>
      <w:r>
        <w:rPr>
          <w:sz w:val="20"/>
        </w:rPr>
        <w:t>42:06  agar koi attack karta hai to jitne peaceful means hain, chahe woh dialogue ho, chahe woh baat cheet ho, kuch bhi ho, us ko istemal kiya jayega.</w:t>
      </w:r>
      <w:r>
        <w:br/>
      </w:r>
      <w:r>
        <w:rPr>
          <w:sz w:val="20"/>
        </w:rPr>
        <w:t>42:23  jab peaceful means se kuch kamyabi nahin hogi aur woh us par insist karein ke humein to attack karna hi hai, tumhare upar aggression karna hi hai, tumhare upar, to bohat limited sense mein defensive war ki jayegi.</w:t>
      </w:r>
      <w:r>
        <w:br/>
      </w:r>
      <w:r>
        <w:rPr>
          <w:sz w:val="20"/>
        </w:rPr>
        <w:t>42:39  bohat limited sense mein. limited mein is liye keh raha hoon ke Rasool Allah teen baar, 23 saal mein, teen baar defensive war kiya aap ne under compulsion.</w:t>
      </w:r>
      <w:r>
        <w:br/>
      </w:r>
      <w:r>
        <w:rPr>
          <w:sz w:val="20"/>
        </w:rPr>
        <w:t>42:50  aur teeno war jo hai, adha adha din: Badr mein adha din, Hunain mein adha din, aur Uhud mein adha din. yeh hai limited war.</w:t>
      </w:r>
      <w:r>
        <w:br/>
      </w:r>
      <w:r>
        <w:rPr>
          <w:sz w:val="20"/>
        </w:rPr>
        <w:t>43:02  other than defensive war, there is no war in Islam. achi tarah samajh lijiye ke koi bhi doosra violence jo hai, haram hai Islam mein, except defensive war.</w:t>
      </w:r>
      <w:r>
        <w:br/>
      </w:r>
      <w:r>
        <w:rPr>
          <w:sz w:val="20"/>
        </w:rPr>
        <w:t>43:15  yahan par ek baat aur mein arz kar doon ke</w:t>
      </w:r>
      <w:r>
        <w:br/>
      </w:r>
      <w:r>
        <w:rPr>
          <w:sz w:val="20"/>
        </w:rPr>
        <w:t>43:23  ek Muslim usool hai Islam ka, woh hai al-ri'a lil-imam</w:t>
      </w:r>
      <w:r>
        <w:br/>
      </w:r>
      <w:r>
        <w:rPr>
          <w:sz w:val="20"/>
        </w:rPr>
        <w:t>43:32  to declare a war, to declare defensive war, is a prerogative of state. yani ek defense ki soorat situation hai.</w:t>
      </w:r>
      <w:r>
        <w:br/>
      </w:r>
      <w:r>
        <w:rPr>
          <w:sz w:val="20"/>
        </w:rPr>
        <w:t>43:43  defense ki situation</w:t>
      </w:r>
      <w:r>
        <w:br/>
      </w:r>
      <w:r>
        <w:rPr>
          <w:sz w:val="20"/>
        </w:rPr>
        <w:t>43:45  us waqt ke liye yeh hai: to declare a defensive war, is a prerogative of state. yani state ka mamla yeh hai.</w:t>
      </w:r>
      <w:r>
        <w:br/>
      </w:r>
      <w:r>
        <w:rPr>
          <w:sz w:val="20"/>
        </w:rPr>
        <w:t>43:54  us ko kaha jata hai Arabic mein sawaf al-umara.</w:t>
      </w:r>
      <w:r>
        <w:br/>
      </w:r>
      <w:r>
        <w:rPr>
          <w:sz w:val="20"/>
        </w:rPr>
        <w:t>43:58  sawaf al-umara ka matlab hai yahi. sawaf al-umara ka matlab hai ke woh rulers ka, ke ke ke domain ki baat hai.</w:t>
      </w:r>
      <w:r>
        <w:br/>
      </w:r>
      <w:r>
        <w:rPr>
          <w:sz w:val="20"/>
        </w:rPr>
        <w:t>44:11  woh hakim ke domain ki baat hai. aur agar koi attack karta hai to woh hakim ke domain ki baat hai ke woh ja kar ke lade us se.</w:t>
      </w:r>
      <w:r>
        <w:br/>
      </w:r>
      <w:r>
        <w:rPr>
          <w:sz w:val="20"/>
        </w:rPr>
        <w:t>44:21  hum aap nahin, us ko gun le kar ke marna shuru kar denge.</w:t>
      </w:r>
      <w:r>
        <w:br/>
      </w:r>
      <w:r>
        <w:rPr>
          <w:sz w:val="20"/>
        </w:rPr>
        <w:t>44:26  jis ko aaj kal zuban kaha jata hai NGO, non-governmental organization. aaj kal ek naya term bola jata hai NGO, non-governmental organization.</w:t>
      </w:r>
      <w:r>
        <w:br/>
      </w:r>
      <w:r>
        <w:rPr>
          <w:sz w:val="20"/>
        </w:rPr>
        <w:t>44:39  to kisi bhi NGO ko hargiz ijazat nahin hai ke woh hathiyar uthaye. bilkul mutlaqan haram hai yeh.</w:t>
      </w:r>
      <w:r>
        <w:br/>
      </w:r>
      <w:r>
        <w:rPr>
          <w:sz w:val="20"/>
        </w:rPr>
        <w:t>44:47  al-ri'a lil-imam yani ek genuine war, jis ko hum ek defensive war hum kahenge. yani genuine sense mein ek defensive war agar ati hai usi situation to sirf state us ka is mein defense defense karegi.</w:t>
      </w:r>
      <w:r>
        <w:br/>
      </w:r>
      <w:r>
        <w:rPr>
          <w:sz w:val="20"/>
        </w:rPr>
        <w:t>45:07  koi bhi NGO, koi bhi individual, koi bhi organization bilkul us ko right nahin hai ke hathiyar uthaye. uthata hai to woh haram kaam karta hai.</w:t>
      </w:r>
      <w:r>
        <w:br/>
      </w:r>
      <w:r>
        <w:rPr>
          <w:sz w:val="20"/>
        </w:rPr>
        <w:t>45:17  yani generous explosion wala kaam karta hai. yaad rakhiye,</w:t>
      </w:r>
      <w:r>
        <w:br/>
      </w:r>
      <w:r>
        <w:rPr>
          <w:sz w:val="20"/>
        </w:rPr>
        <w:t>45:24  generous explosion jis tarah se Adam ne co-abidantary ko kha liya to that was a case of explosion from paradise.</w:t>
      </w:r>
      <w:r>
        <w:br/>
      </w:r>
      <w:r>
        <w:rPr>
          <w:sz w:val="20"/>
        </w:rPr>
        <w:t>45:37  un ko jannat se nikal diya gaya.</w:t>
      </w:r>
    </w:p>
    <w:p>
      <w:pPr>
        <w:pStyle w:val="Heading2"/>
      </w:pPr>
      <w:r>
        <w:t>Yaqub's advice: worry about children's faith, not wealth</w:t>
      </w:r>
    </w:p>
    <w:p>
      <w:r>
        <w:rPr>
          <w:color w:val="666666"/>
          <w:sz w:val="18"/>
        </w:rPr>
        <w:t>Dars-e-Quran June 25, 2007 · 5m 52s · at 46:12 · https://youtu.be/nrgQNgSemyo?t=2772</w:t>
      </w:r>
    </w:p>
    <w:p>
      <w:r>
        <w:rPr>
          <w:i/>
        </w:rPr>
        <w:t>“Prophet Yaqub ne apne bachon ko aakhri waqt mein ikattha kiya”</w:t>
      </w:r>
    </w:p>
    <w:p>
      <w:r>
        <w:rPr>
          <w:sz w:val="20"/>
        </w:rPr>
        <w:t>46:12  to unhon ne apne bachon ko ikattha kiya,</w:t>
      </w:r>
      <w:r>
        <w:br/>
      </w:r>
      <w:r>
        <w:rPr>
          <w:sz w:val="20"/>
        </w:rPr>
        <w:t>46:19  apni aulaad ko ikattha kiya. unhon ne</w:t>
      </w:r>
      <w:r>
        <w:br/>
      </w:r>
      <w:r>
        <w:rPr>
          <w:sz w:val="20"/>
        </w:rPr>
        <w:t>46:22  to unhon ne kaha ke ma ta'budu min ba'di mere baad tum kis ki ibadat karoge?</w:t>
      </w:r>
      <w:r>
        <w:br/>
      </w:r>
      <w:r>
        <w:rPr>
          <w:sz w:val="20"/>
        </w:rPr>
        <w:t>46:35  yaani dunya se woh ja rahe hain,</w:t>
      </w:r>
      <w:r>
        <w:br/>
      </w:r>
      <w:r>
        <w:rPr>
          <w:sz w:val="20"/>
        </w:rPr>
        <w:t>46:41  aur un ko apne bachon ko naseehat karna hai. to poochte hain ke ke mere baad tum kis ki ibadat karoge?</w:t>
      </w:r>
      <w:r>
        <w:br/>
      </w:r>
      <w:r>
        <w:rPr>
          <w:sz w:val="20"/>
        </w:rPr>
        <w:t>46:50  ma ta'budu min ba'di</w:t>
      </w:r>
      <w:r>
        <w:br/>
      </w:r>
      <w:r>
        <w:rPr>
          <w:sz w:val="20"/>
        </w:rPr>
        <w:t>46:55  to unhon ne kaha ke hum usi ki ibadat karenge jis ki ibadat aap karte thay. is mein kya sabak mila ke peghambar ka tareeqa yeh hai ke apni aulaad ke baray mein sab se zyada is ka jo concern ho,</w:t>
      </w:r>
      <w:r>
        <w:br/>
      </w:r>
      <w:r>
        <w:rPr>
          <w:sz w:val="20"/>
        </w:rPr>
        <w:t>47:13  woh us ki deeni zindagi ke baray mein ho.</w:t>
      </w:r>
      <w:r>
        <w:br/>
      </w:r>
      <w:r>
        <w:rPr>
          <w:sz w:val="20"/>
        </w:rPr>
        <w:t>47:18  yeh nahi ke mere baad mere bachon ke paas acha business ho, acha ghar ho, un ke paas acha bank balance ho, aur un ke paas achi property ho.</w:t>
      </w:r>
      <w:r>
        <w:br/>
      </w:r>
      <w:r>
        <w:rPr>
          <w:sz w:val="20"/>
        </w:rPr>
        <w:t>47:30  yeh agar concern hai to yeh concern peghambar wala concern nahi hai.</w:t>
      </w:r>
      <w:r>
        <w:br/>
      </w:r>
      <w:r>
        <w:rPr>
          <w:sz w:val="20"/>
        </w:rPr>
        <w:t>47:37  aap dekhiye is misaal mein ke peghambar ka concern apne bachon ke future ke baray mein yeh nahi hai ke tum apni ma'ash ko mazboot kar lo,</w:t>
      </w:r>
      <w:r>
        <w:br/>
      </w:r>
      <w:r>
        <w:rPr>
          <w:sz w:val="20"/>
        </w:rPr>
        <w:t>47:52  balkeh yeh hai ke tum khuda ki ibadat, khuda ka deen, khuda ka bataya hua tareeqa is par qaim rehna.</w:t>
      </w:r>
      <w:r>
        <w:br/>
      </w:r>
      <w:r>
        <w:rPr>
          <w:sz w:val="20"/>
        </w:rPr>
        <w:t>48:01  is ke liye unhon ne ahad liya un se.</w:t>
      </w:r>
      <w:r>
        <w:br/>
      </w:r>
      <w:r>
        <w:rPr>
          <w:sz w:val="20"/>
        </w:rPr>
        <w:t>48:05  yahan par yeh bohat bari aik misaal hai ke ke baap ka concern apni aulaad ke baray mein kya hona chahiye. yaani yahan peghambar apni aulaad se keh raha hai.</w:t>
      </w:r>
      <w:r>
        <w:br/>
      </w:r>
      <w:r>
        <w:rPr>
          <w:sz w:val="20"/>
        </w:rPr>
        <w:t>48:18  to aik example unhon ne diya hai ke baap ka concern apni aulaad ke baray mein kya hona chahiye. woh hona chahiye us ke deen ke baray mein.</w:t>
      </w:r>
      <w:r>
        <w:br/>
      </w:r>
      <w:r>
        <w:rPr>
          <w:sz w:val="20"/>
        </w:rPr>
        <w:t>48:32  yaani jahan tak business ki baat hai, dunya ki baat hai, maal ki baat hai, woh to aadmi apne aap hi dorr dhoop kar karta hai. is ke liye kuch kehne ki zaroorat nahi hai.</w:t>
      </w:r>
      <w:r>
        <w:br/>
      </w:r>
      <w:r>
        <w:rPr>
          <w:sz w:val="20"/>
        </w:rPr>
        <w:t>48:45  bachon se yeh kehne ki zaroorat nahi hai ke dekho achi business karna hai, tum woh to karenge, karenge.</w:t>
      </w:r>
      <w:r>
        <w:br/>
      </w:r>
      <w:r>
        <w:rPr>
          <w:sz w:val="20"/>
        </w:rPr>
        <w:t>48:54  to baap ka concern apni aulaad ke baray mein kya hona chahiye, is ke liye hamein yahan namoona mil raha hai ke Hazrat Yaqoob ne ab apne beton se kaha ke dekho tum ko bhi usi ki ibadat karna hai jis ki ibadat mein karta tha.</w:t>
      </w:r>
      <w:r>
        <w:br/>
      </w:r>
      <w:r>
        <w:rPr>
          <w:sz w:val="20"/>
        </w:rPr>
        <w:t>49:13  tum ko bhi usi deen par qaim rehna hai jis ke jis deen par mein qaim tha.</w:t>
      </w:r>
      <w:r>
        <w:br/>
      </w:r>
      <w:r>
        <w:rPr>
          <w:sz w:val="20"/>
        </w:rPr>
        <w:t>49:20  to kaha ke peghambar apni aulaad ke baray mein us ke deen ki fikr karta hai. yahi har baap ka tareeqa hona chahiye.</w:t>
      </w:r>
      <w:r>
        <w:br/>
      </w:r>
      <w:r>
        <w:rPr>
          <w:sz w:val="20"/>
        </w:rPr>
        <w:t>49:33  har baap ka tareeqa yahi hona chahiye.</w:t>
      </w:r>
      <w:r>
        <w:br/>
      </w:r>
      <w:r>
        <w:rPr>
          <w:sz w:val="20"/>
        </w:rPr>
        <w:t>49:38  yaani dunyaavi saaz o saman ki fikr yeh koi sahi tareeqa nahi hai.</w:t>
      </w:r>
      <w:r>
        <w:br/>
      </w:r>
      <w:r>
        <w:rPr>
          <w:sz w:val="20"/>
        </w:rPr>
        <w:t>49:46  is mein aik baat yeh bhi samajh lijiye ke dunyaavi cheezein woh to ba-taur imtehan milti hain har aik ko. yaani baap agar baap yeh soche ke mujhe bachon ko property dena hai, bachon ko business dena hai,</w:t>
      </w:r>
      <w:r>
        <w:br/>
      </w:r>
      <w:r>
        <w:rPr>
          <w:sz w:val="20"/>
        </w:rPr>
        <w:t>50:03  aur bachon ke sab cheez de kar marna hai, to yeh soch is ki goya khuda ke domain mein dakhil hone ke barabar hai.</w:t>
      </w:r>
      <w:r>
        <w:br/>
      </w:r>
      <w:r>
        <w:rPr>
          <w:sz w:val="20"/>
        </w:rPr>
        <w:t>50:12  yeh to khuda ka domain hai.</w:t>
      </w:r>
      <w:r>
        <w:br/>
      </w:r>
      <w:r>
        <w:rPr>
          <w:sz w:val="20"/>
        </w:rPr>
        <w:t>50:16  Aap apne bachchon ko kuch nahi de sakte kyunke jo cheez milni hai woh to bator yani test paper ki milni hai.</w:t>
      </w:r>
      <w:r>
        <w:br/>
      </w:r>
      <w:r>
        <w:rPr>
          <w:sz w:val="20"/>
        </w:rPr>
        <w:t>50:28  Yaad rakhiye is duniya mein kisi ko political power mile ya maal mile ya kuch bhi mile to woh test paper hi hota hai.</w:t>
      </w:r>
      <w:r>
        <w:br/>
      </w:r>
      <w:r>
        <w:rPr>
          <w:sz w:val="20"/>
        </w:rPr>
        <w:t>50:37  Yahan poverty bhi test paper hai aur daulat bhi test paper hai. Aur khuda ki taraf se woh decide ki jati hai.</w:t>
      </w:r>
      <w:r>
        <w:br/>
      </w:r>
      <w:r>
        <w:rPr>
          <w:sz w:val="20"/>
        </w:rPr>
        <w:t>50:49  Kisi baap ki taraf se decide nahi hoti hai. Woh to to sahi baap kaun hai jo test paper ke mamle ko khuda par dale?</w:t>
      </w:r>
      <w:r>
        <w:br/>
      </w:r>
      <w:r>
        <w:rPr>
          <w:sz w:val="20"/>
        </w:rPr>
        <w:t>51:03  Test paper ke mamle mein ko khuda ke upar dale. Aur iski jo apni zimmedari hai woh yeh hai ke apne bachchon ke deen ki fikr kare, iske deeni future ki fikr kare, iski akhirat ki fikr kare</w:t>
      </w:r>
      <w:r>
        <w:br/>
      </w:r>
      <w:r>
        <w:rPr>
          <w:sz w:val="20"/>
        </w:rPr>
        <w:t>51:21  Jo ke eternal life hai. Aaj ki duniya mein kya hai? Das, bees saal, chaar saal, chalis saal, pachas saal aadmi rahega. Aur jo eternal life hai, jo hamesha wali jo hai, million, billion se bhi zyada,</w:t>
      </w:r>
      <w:r>
        <w:br/>
      </w:r>
      <w:r>
        <w:rPr>
          <w:sz w:val="20"/>
        </w:rPr>
        <w:t>51:36  Woh to akhirat mein hai. To to baap ko apni aulad ke bare mein eternal life ki fikr karna hai.</w:t>
      </w:r>
      <w:r>
        <w:br/>
      </w:r>
      <w:r>
        <w:rPr>
          <w:sz w:val="20"/>
        </w:rPr>
        <w:t>51:49  Iske liye sochna hai ke mere bachche mere baad deen par qaim rahein, deen se hat kar unki zindagi ka naqsha na bane.</w:t>
      </w:r>
    </w:p>
    <w:p>
      <w:pPr>
        <w:pStyle w:val="Heading2"/>
      </w:pPr>
      <w:r>
        <w:t>Pharaoh's mummy preserved as a fulfilled Quranic prophecy</w:t>
      </w:r>
    </w:p>
    <w:p>
      <w:r>
        <w:rPr>
          <w:color w:val="666666"/>
          <w:sz w:val="18"/>
        </w:rPr>
        <w:t>Lessons from The Story of Prophet Moses Part 5, October 30, 2022 · 3m 56s · at 1:24 · https://youtu.be/Yei6NJ0s5wI?t=84</w:t>
      </w:r>
    </w:p>
    <w:p>
      <w:r>
        <w:rPr>
          <w:i/>
        </w:rPr>
        <w:t>“Fir'aun ke saath yehi hua, last-minute imaan”</w:t>
      </w:r>
    </w:p>
    <w:p>
      <w:r>
        <w:rPr>
          <w:sz w:val="20"/>
        </w:rPr>
        <w:t>1:24  aur firon ke sath yahi hua ke is ne compulsion ke level pe apni aakhri lamhe par allah par iman lane ki baat kahi. to quran mein phir doctor sahab aata hai ke allah taala khitab karte hain ke "We will save your body."</w:t>
      </w:r>
      <w:r>
        <w:br/>
      </w:r>
      <w:r>
        <w:rPr>
          <w:sz w:val="20"/>
        </w:rPr>
        <w:t>1:40  yeh ek prediction ke taur par quran mein aaya hai. to sab se pehla sawal to mera yahi hai is ayat ko le kar ke is ke bare mein aap hum sab ko bataein.</w:t>
      </w:r>
      <w:r>
        <w:br/>
      </w:r>
      <w:r>
        <w:rPr>
          <w:sz w:val="20"/>
        </w:rPr>
        <w:t>1:52  bismillah rahman rahim. rab ishrah li sadri wa yassir li amri wah lul uqdatan min lisani yafqahu qawli aap ne sahih farmaya ke jo iman hai woh ek ikhtiyari cheez hai,</w:t>
      </w:r>
      <w:r>
        <w:br/>
      </w:r>
      <w:r>
        <w:rPr>
          <w:sz w:val="20"/>
        </w:rPr>
        <w:t>2:09  yaani jab compulso situation paida ho jaye, jab is ne dekha firon ne ke ab to doob raha hai to phir woh waqt khatm ho chuka tha.</w:t>
      </w:r>
      <w:r>
        <w:br/>
      </w:r>
      <w:r>
        <w:rPr>
          <w:sz w:val="20"/>
        </w:rPr>
        <w:t>2:18  to phir jab firon ki body nikali gayi wahan se, chounke is zamane mein ek art hua karta tha, mummiz, mami banaye karte thay woh apne royal logon ki, to is ko save kar liya gaya.</w:t>
      </w:r>
      <w:r>
        <w:br/>
      </w:r>
      <w:r>
        <w:rPr>
          <w:sz w:val="20"/>
        </w:rPr>
        <w:t>2:35  ji, lekin quran mein is baat ko bataya gaya hai falyawma nunajjika bibadanika litakuna liman khalfika ke aaj hum, allah taala ne kaha firon ke bare mein ke aaj hum tumhari body ko mehfooz karenge taake jo aanay wali generations hain un ke liye sign bane.</w:t>
      </w:r>
      <w:r>
        <w:br/>
      </w:r>
      <w:r>
        <w:rPr>
          <w:sz w:val="20"/>
        </w:rPr>
        <w:t>2:57  ji, to chaudah sau saal pehle yeh baat rasool allah ke upar wahi ke wahi hui quran ki surat</w:t>
      </w:r>
      <w:r>
        <w:br/>
      </w:r>
      <w:r>
        <w:rPr>
          <w:sz w:val="20"/>
        </w:rPr>
        <w:t>3:05  mein, to us waqt kisi ko ilm nahi tha ke firon ki body kahin mehfooz hai. ji, phir maulana ne apni kitab "God Rises" mein is ko likha hai bohat hi tafseel ke sath, aur is mein bataya hai ke 1898 mein ek thay professor Loret, ghaliban woh British thay.</w:t>
      </w:r>
      <w:r>
        <w:br/>
      </w:r>
      <w:r>
        <w:rPr>
          <w:sz w:val="20"/>
        </w:rPr>
        <w:t>3:29  ji, to unhon ne kuch research ki misr mein mummiz ke upar, aur carbon dating waghera se unhon ne ek mami ko bataya ke yeh wahi mami hai jo musa alaihissalam ke zamane mein jo firon,</w:t>
      </w:r>
      <w:r>
        <w:br/>
      </w:r>
      <w:r>
        <w:rPr>
          <w:sz w:val="20"/>
        </w:rPr>
        <w:t>3:47  yaani pharaoh ki mami. ji, to woh phir is ko mehfooz kar diya gaya, aur unhon ne ek kitab likhi professor Loret ne "The</w:t>
      </w:r>
      <w:r>
        <w:br/>
      </w:r>
      <w:r>
        <w:rPr>
          <w:sz w:val="20"/>
        </w:rPr>
        <w:t>3:57  Royal Mummies", is mein aur explain kiya hai is ko ke kaise sabit kiya unhon ne. to phir woh is mein aaj kal woh museum mein hai, cairo museum mein.</w:t>
      </w:r>
      <w:r>
        <w:br/>
      </w:r>
      <w:r>
        <w:rPr>
          <w:sz w:val="20"/>
        </w:rPr>
        <w:t>4:10  maulana gaye thay wahan cairo museum wahi dekhne ke liye, to is in in dino woh display pe nahi thi, lekin woh ek room mein bataya gaya hai ke is room mein firon ki mami hai aur mehfo</w:t>
      </w:r>
      <w:r>
        <w:br/>
      </w:r>
      <w:r>
        <w:rPr>
          <w:sz w:val="20"/>
        </w:rPr>
        <w:t>4:24  oz hai. to yeh ek bara zabardast reminder hai, aur yeh ek prediction jo quran ne di woh sabit hui. yeh khud quran ki haqaniyat ka saboot hai, aur yeh bhi saboot hai ke allah taala ek all knowing, all powerful hasti hai ke us waqt quran mein jo baat aayi woh aaj ja ke sabit hui hai.</w:t>
      </w:r>
      <w:r>
        <w:br/>
      </w:r>
      <w:r>
        <w:rPr>
          <w:sz w:val="20"/>
        </w:rPr>
        <w:t>4:44  ji ji, aur doctor sahab agar is tarah bhi is ko dekhen, aap ne is ko bohat achhe se wazeh kiya ke firon was a symbol of arrogance and disobedience to God</w:t>
      </w:r>
      <w:r>
        <w:br/>
      </w:r>
      <w:r>
        <w:rPr>
          <w:sz w:val="20"/>
        </w:rPr>
        <w:t>4:58  to ek tarike se ek ek historical example allah taala ne preserve kar diya aanay wali tamam generations ke liye ke agar aap kibr wali, aap kibr wala, aap ek ravaiyya rakhte hain ya aap khuda par bharosa nahi rakhte hain to is ka aakhri nateeja utter destruction hoga jo firon ke sath bhi hua.</w:t>
      </w:r>
    </w:p>
    <w:p>
      <w:pPr>
        <w:pStyle w:val="Heading2"/>
      </w:pPr>
      <w:r>
        <w:t>God's method: management through historical processes</w:t>
      </w:r>
    </w:p>
    <w:p>
      <w:r>
        <w:rPr>
          <w:color w:val="666666"/>
          <w:sz w:val="18"/>
        </w:rPr>
        <w:t>Divine Help July 21, 2019 Maulana Wahiduddin Khan · 5m 45s · at 22:46 · https://youtu.be/Phjyu1GUuS8?t=1366</w:t>
      </w:r>
    </w:p>
    <w:p>
      <w:r>
        <w:rPr>
          <w:i/>
        </w:rPr>
        <w:t>“Ek qissa mujhe yaad hai UP ka, Lucknow ka”</w:t>
      </w:r>
    </w:p>
    <w:p>
      <w:r>
        <w:rPr>
          <w:sz w:val="20"/>
        </w:rPr>
        <w:t>22:46  ek qissa mujhe yaad hai up ka, lucknow ka. ek sahib ke ka ek mamla tha to wahan par isp,</w:t>
      </w:r>
      <w:r>
        <w:br/>
      </w:r>
      <w:r>
        <w:rPr>
          <w:sz w:val="20"/>
        </w:rPr>
        <w:t>23:01  woh bara ek afsar hota tha, ics. bara afsar, us ko pata hai, mashhoor tha ke woh bohat acha hai, bohat bohat hi logon ke kaam poora karta hai.</w:t>
      </w:r>
      <w:r>
        <w:br/>
      </w:r>
      <w:r>
        <w:rPr>
          <w:sz w:val="20"/>
        </w:rPr>
        <w:t>23:14  woh to ek sahib sun kar ke ke woh bohat acha afsar hai, us ke baad gaye, us ke afsar mile, us ko to us se kaha ke "mujhe mera falan kaam hai, woh to kar dijiye".</w:t>
      </w:r>
      <w:r>
        <w:br/>
      </w:r>
      <w:r>
        <w:rPr>
          <w:sz w:val="20"/>
        </w:rPr>
        <w:t>23:31  to afsar ne bohat ghor se suna, bohat ghor se, aur us ke baad un ko kaha ke "acha, jaiye".</w:t>
      </w:r>
      <w:r>
        <w:br/>
      </w:r>
      <w:r>
        <w:rPr>
          <w:sz w:val="20"/>
        </w:rPr>
        <w:t>23:43  to wapas aaya woh to bohat hi, yani us ko koi umeed nahi thi, hopeless ho kar aaya ke "sahib, afsar sahib ne meri baat sun to li?" kaha kuch nahi,</w:t>
      </w:r>
      <w:r>
        <w:br/>
      </w:r>
      <w:r>
        <w:rPr>
          <w:sz w:val="20"/>
        </w:rPr>
        <w:t>23:59  kaha kuch nahi. to batane wale ne bataya ke us ne kaha ke "tum jante nahi ke un ka tareeqa kiya hai?" jab aap, jab tum baat kar rahe the,</w:t>
      </w:r>
      <w:r>
        <w:br/>
      </w:r>
      <w:r>
        <w:rPr>
          <w:sz w:val="20"/>
        </w:rPr>
        <w:t>24:14  us waqt to apni diary note kar raha tha. woh jab tum keh rahe the to woh apni diary ab note kar raha tha, aur jaise hi tum aaye, waise hi usay call kiya, us aadmi ko jo wahan par tha,</w:t>
      </w:r>
      <w:r>
        <w:br/>
      </w:r>
      <w:r>
        <w:rPr>
          <w:sz w:val="20"/>
        </w:rPr>
        <w:t>24:34  aur usay kaha ke "dekho, yeh kaam karna hai". to us jis ne wahan ja kar ke us se kaha tha, aap ne to usay to kuch nahi kaha, lekin jo aadmi se mamla tha,</w:t>
      </w:r>
      <w:r>
        <w:br/>
      </w:r>
      <w:r>
        <w:rPr>
          <w:sz w:val="20"/>
        </w:rPr>
        <w:t>24:52  us se us ne foran telephone kiya ke "yeh kaam karna hai", aur kaam bilkul theek waqt par ho gaya.</w:t>
      </w:r>
      <w:r>
        <w:br/>
      </w:r>
      <w:r>
        <w:rPr>
          <w:sz w:val="20"/>
        </w:rPr>
        <w:t>25:02  yeh waqea hai mere apne janne ka waqea hai, aur yeh up ka waqea hai. to dekhiye, sab se pehli baat yeh janna chahiye aap ko ke khuda ya rab alameen aap ka kaam banaye ga.</w:t>
      </w:r>
      <w:r>
        <w:br/>
      </w:r>
      <w:r>
        <w:rPr>
          <w:sz w:val="20"/>
        </w:rPr>
        <w:t>25:23  to is tarah nahi ke doosre ki azadi ko abalash kar de. aisa nahi, kabhi nahi, aisa kabhi aisa nahi ho sakta.</w:t>
      </w:r>
      <w:r>
        <w:br/>
      </w:r>
      <w:r>
        <w:rPr>
          <w:sz w:val="20"/>
        </w:rPr>
        <w:t>25:36  aap ghhor kijiye, mein aik waqia aksar sochta hoon, kaghbar sahib ka, yeh uhud ka ghazwa tha.</w:t>
      </w:r>
      <w:r>
        <w:br/>
      </w:r>
      <w:r>
        <w:rPr>
          <w:sz w:val="20"/>
        </w:rPr>
        <w:t>25:47  uhud ke ghazwe mein taqreeban 70 sahabi maare gaye thay, 70 sahabi.</w:t>
      </w:r>
      <w:r>
        <w:br/>
      </w:r>
      <w:r>
        <w:rPr>
          <w:sz w:val="20"/>
        </w:rPr>
        <w:t>25:58  to jo doosre fareeq ka jo sardar tha, woh charh gaya is par,</w:t>
      </w:r>
      <w:r>
        <w:br/>
      </w:r>
      <w:r>
        <w:rPr>
          <w:sz w:val="20"/>
        </w:rPr>
        <w:t>26:13  pahaar ki choti par, choti pahaari hoti thi. us ne ailaan kiya ke "hum hum jeet gaye".</w:t>
      </w:r>
      <w:r>
        <w:br/>
      </w:r>
      <w:r>
        <w:rPr>
          <w:sz w:val="20"/>
        </w:rPr>
        <w:t>26:24  us ne kaha tha ke "nal al uzza wala uzza lakum". uzza un ke but ka naam tha, to hamare but ka naam uzza hai.</w:t>
      </w:r>
      <w:r>
        <w:br/>
      </w:r>
      <w:r>
        <w:rPr>
          <w:sz w:val="20"/>
        </w:rPr>
        <w:t>26:34  uzza ka maani izzat wala, izzat wala. to us ne hamein izzat di, hamein fateh di, hamein kamyabi di. tumhare paas to kuch nahi.</w:t>
      </w:r>
      <w:r>
        <w:br/>
      </w:r>
      <w:r>
        <w:rPr>
          <w:sz w:val="20"/>
        </w:rPr>
        <w:t>26:44  to rasool Allah ne sahaba se kaha ke "tum bolte kyun nahi?"</w:t>
      </w:r>
      <w:r>
        <w:br/>
      </w:r>
      <w:r>
        <w:rPr>
          <w:sz w:val="20"/>
        </w:rPr>
        <w:t>26:53  to sahaba ne kaha ke "hum kya bolein?"</w:t>
      </w:r>
      <w:r>
        <w:br/>
      </w:r>
      <w:r>
        <w:rPr>
          <w:sz w:val="20"/>
        </w:rPr>
        <w:t>26:58  to aap ne kaha ke "bolo, Allah Maulana wala Mola lakum".</w:t>
      </w:r>
      <w:r>
        <w:br/>
      </w:r>
      <w:r>
        <w:rPr>
          <w:sz w:val="20"/>
        </w:rPr>
        <w:t>27:09  Allah hamara maalik hai, aur tumhara koi Allah nahi. to unhon ne aawaz lagai ke "Allah Maulana wala Mola lakum".</w:t>
      </w:r>
      <w:r>
        <w:br/>
      </w:r>
      <w:r>
        <w:rPr>
          <w:sz w:val="20"/>
        </w:rPr>
        <w:t>27:23  is ke kuch dino ke baad phir halaat badle, aur aap jante hain ke phir halaat aise hue ke poora arab Islamize ho gaya.</w:t>
      </w:r>
      <w:r>
        <w:br/>
      </w:r>
      <w:r>
        <w:rPr>
          <w:sz w:val="20"/>
        </w:rPr>
        <w:t>27:35  to mein soch raha tha ke jab aap ne kaha tha ke "kaho tum ke Allah Maulana wala Mola lakum", to is ke baad matlab kya hua ke Allah ne aik process history mein jaari kiya.</w:t>
      </w:r>
      <w:r>
        <w:br/>
      </w:r>
      <w:r>
        <w:rPr>
          <w:sz w:val="20"/>
        </w:rPr>
        <w:t>27:53  uhud ke baad Allah ne, yaani maalik kainat ne, history mein aik process jaari kiya.</w:t>
      </w:r>
      <w:r>
        <w:br/>
      </w:r>
      <w:r>
        <w:rPr>
          <w:sz w:val="20"/>
        </w:rPr>
        <w:t>28:03  woh parha chalta raha, chalta raha, chalta raha,</w:t>
      </w:r>
      <w:r>
        <w:br/>
      </w:r>
      <w:r>
        <w:rPr>
          <w:sz w:val="20"/>
        </w:rPr>
        <w:t>28:08  yahan tak ke</w:t>
      </w:r>
      <w:r>
        <w:br/>
      </w:r>
      <w:r>
        <w:rPr>
          <w:sz w:val="20"/>
        </w:rPr>
        <w:t>28:12  zamana badla, hazar saal se ziyada muddat guzar gayi,</w:t>
      </w:r>
      <w:r>
        <w:br/>
      </w:r>
      <w:r>
        <w:rPr>
          <w:sz w:val="20"/>
        </w:rPr>
        <w:t>28:22  aur phir saare halaat is tarah badle ke woh log, jo log wahan par</w:t>
      </w:r>
    </w:p>
    <w:p>
      <w:pPr>
        <w:pStyle w:val="Heading2"/>
      </w:pPr>
      <w:r>
        <w:t>Church versus science: the Galileo conflict explained</w:t>
      </w:r>
    </w:p>
    <w:p>
      <w:r>
        <w:rPr>
          <w:color w:val="666666"/>
          <w:sz w:val="18"/>
        </w:rPr>
        <w:t>Islam and Science March 18, 2014 Maulana Wahiduddin Khan · 3m 55s · at 10:03 · https://youtu.be/DCcqcQwpYWg?t=603</w:t>
      </w:r>
    </w:p>
    <w:p>
      <w:r>
        <w:rPr>
          <w:i/>
        </w:rPr>
        <w:t>“مڈل ایجز میں جو بہت بڑا ٹکراؤ ہوا چرچ اور سائنس دانوں کے درمیان”</w:t>
      </w:r>
    </w:p>
    <w:p>
      <w:r>
        <w:rPr>
          <w:sz w:val="20"/>
        </w:rPr>
        <w:t>10:03  to yeh bohat hi aham pehlu hai. kyunke dekhein, yaani middle ages mein jo bohat bara takrao hua church aur science daanon ke darmiyan, woh isi liye hua</w:t>
      </w:r>
      <w:r>
        <w:br/>
      </w:r>
      <w:r>
        <w:rPr>
          <w:sz w:val="20"/>
        </w:rPr>
        <w:t>10:20  jo kitaab yaani likhe Draper mein ke yaani Conflict Between Science and Religion.</w:t>
      </w:r>
      <w:r>
        <w:br/>
      </w:r>
      <w:r>
        <w:rPr>
          <w:sz w:val="20"/>
        </w:rPr>
        <w:t>10:30  to yeh haqiqatan science aur religion ke darmiyan conflict nahi tha. woh yeh tha ke church ne is farq ko nahi kiya tha.</w:t>
      </w:r>
      <w:r>
        <w:br/>
      </w:r>
      <w:r>
        <w:rPr>
          <w:sz w:val="20"/>
        </w:rPr>
        <w:t>10:40  har maamle ko woh church ka mozu bana diya tha.</w:t>
      </w:r>
      <w:r>
        <w:br/>
      </w:r>
      <w:r>
        <w:rPr>
          <w:sz w:val="20"/>
        </w:rPr>
        <w:t>10:44  misal ke taur par dekhein, is zamane mein</w:t>
      </w:r>
      <w:r>
        <w:br/>
      </w:r>
      <w:r>
        <w:rPr>
          <w:sz w:val="20"/>
        </w:rPr>
        <w:t>10:50  aristotle ka jo nazariya tha, geo centric theory, yaani zameen beech mein hai aur suraj is ke gird ghoom raha hai, to us ko church ne apne aqeeday mein shamil kar liya tha.</w:t>
      </w:r>
      <w:r>
        <w:br/>
      </w:r>
      <w:r>
        <w:rPr>
          <w:sz w:val="20"/>
        </w:rPr>
        <w:t>11:05  to jab galileo ne is ke khilaf kaha ke zameen suraj ke gird ghoom rahi hai, to unhon ne samjha ke hamare aqeeday mein shakk ho gaya.</w:t>
      </w:r>
      <w:r>
        <w:br/>
      </w:r>
      <w:r>
        <w:rPr>
          <w:sz w:val="20"/>
        </w:rPr>
        <w:t>11:14  aqeedah hamara jo hai, is is ki zid mein aa gaya, to is ke khilaf ho gaye. to yahan par church ki ghalti yeh thi ke is ne ek aham cheez ko mazhabi aqeedah bana diya jis ka taluq mazhab se nahi tha.</w:t>
      </w:r>
      <w:r>
        <w:br/>
      </w:r>
      <w:r>
        <w:rPr>
          <w:sz w:val="20"/>
        </w:rPr>
        <w:t>11:28  yeh astronomy ka masla hai.</w:t>
      </w:r>
      <w:r>
        <w:br/>
      </w:r>
      <w:r>
        <w:rPr>
          <w:sz w:val="20"/>
        </w:rPr>
        <w:t>11:31  yeh jo masla hai ke zameen ghoomti hai ke suraj ghoomta hai, that is subject of astronomy. to theek hai, astronomy mein log is mutalea karenge,</w:t>
      </w:r>
      <w:r>
        <w:br/>
      </w:r>
      <w:r>
        <w:rPr>
          <w:sz w:val="20"/>
        </w:rPr>
        <w:t>11:46  is ke mutaliq, is ke mutabiq jo baat niklegi, us ko maan lenge. is mein church ko ya mazhab ko ya islam ko dakhal dene ki zaroorat nahi hai.</w:t>
      </w:r>
      <w:r>
        <w:br/>
      </w:r>
      <w:r>
        <w:rPr>
          <w:sz w:val="20"/>
        </w:rPr>
        <w:t>11:57  to yeh jo hai ke conflict between science and religion, yeh ek ghalt mafroozay ki baat hai. yaani religions aur science ke darmiyan takrao nahi tha.</w:t>
      </w:r>
      <w:r>
        <w:br/>
      </w:r>
      <w:r>
        <w:rPr>
          <w:sz w:val="20"/>
        </w:rPr>
        <w:t>12:09  religion aur science ke darmiyan nahi takrao tha woh. woh kalesa ke ne bator khud ek aham cheez ko shamil kar liya mazhab mein jo ke mazhab ka hissa nahi tha.</w:t>
      </w:r>
      <w:r>
        <w:br/>
      </w:r>
      <w:r>
        <w:rPr>
          <w:sz w:val="20"/>
        </w:rPr>
        <w:t>12:21  jaise rasool Allah salallahu alaihi wasallam ne agar is ko mazhab ka hissa bana dete</w:t>
      </w:r>
      <w:r>
        <w:br/>
      </w:r>
      <w:r>
        <w:rPr>
          <w:sz w:val="20"/>
        </w:rPr>
        <w:t>12:24  ke ta'beer-e-nakhl jo hai, woh woh jaiz nahi hai, farz kijiye, to mazhab ka hissa ban jata woh. to phir takrao hota.</w:t>
      </w:r>
      <w:r>
        <w:br/>
      </w:r>
      <w:r>
        <w:rPr>
          <w:sz w:val="20"/>
        </w:rPr>
        <w:t>12:36  to aap ne keh diya ke ta'beer-e-nakhl jo hai, mazhab ka hissa nahi hai. horticulture mazhab ka hissa nahi hai.</w:t>
      </w:r>
      <w:r>
        <w:br/>
      </w:r>
      <w:r>
        <w:rPr>
          <w:sz w:val="20"/>
        </w:rPr>
        <w:t>12:46  to lekin is mein jo log yeh shakk karte hain ke islam mein deen hai duniya ki tafreeq ho jayegi agar is ko aap manen to, to yeh baat bhi ghalt hai ke deen jo hai, yahan par applicable hai yaqeenan, lekin woh walu ke maamle mein, iqdar ke maamle mein,</w:t>
      </w:r>
      <w:r>
        <w:br/>
      </w:r>
      <w:r>
        <w:rPr>
          <w:sz w:val="20"/>
        </w:rPr>
        <w:t>13:03  usoolon ke maamle mein, khud fun-e-zira'at aur fun-e-baghbani ke maamle mein nahi. kyunke woh science ka subject hai.</w:t>
      </w:r>
      <w:r>
        <w:br/>
      </w:r>
      <w:r>
        <w:rPr>
          <w:sz w:val="20"/>
        </w:rPr>
        <w:t>13:16  to yeh yeh usool na mannay ki wajah se takrao hua church aur science daanon ke darmiyan, aur bohat se log is mein maare gaye, pakre gaye, jail bheje gaye.</w:t>
      </w:r>
      <w:r>
        <w:br/>
      </w:r>
      <w:r>
        <w:rPr>
          <w:sz w:val="20"/>
        </w:rPr>
        <w:t>13:29  woh sab bilkul hi be buniyad tha. logon ne samjha ke mazhab khilaf hai is ke. mazhab nahi khilaf tha. mazhab to is mein indifferent hai.</w:t>
      </w:r>
      <w:r>
        <w:br/>
      </w:r>
      <w:r>
        <w:rPr>
          <w:sz w:val="20"/>
        </w:rPr>
        <w:t>13:39  church ne ghair zaroori taur par is ko mazhab ka hissa bana liya.</w:t>
      </w:r>
      <w:r>
        <w:br/>
      </w:r>
      <w:r>
        <w:rPr>
          <w:sz w:val="20"/>
        </w:rPr>
        <w:t>13:45  to is hadith mein bohat bara usool de diya gaya hai ke ek masla hai tumhara yeh ke duniya ke maamlaat ki tanzim kaise ho.</w:t>
      </w:r>
    </w:p>
    <w:p>
      <w:pPr>
        <w:pStyle w:val="Heading2"/>
      </w:pPr>
      <w:r>
        <w:t>Death as bridge to everlasting contentment</w:t>
      </w:r>
    </w:p>
    <w:p>
      <w:r>
        <w:rPr>
          <w:color w:val="666666"/>
          <w:sz w:val="18"/>
        </w:rPr>
        <w:t>The Creation Plan of God · 4m 30s · at 26:47 · https://youtu.be/eW4bWpFugVs?t=1607</w:t>
      </w:r>
    </w:p>
    <w:p>
      <w:r>
        <w:rPr>
          <w:i/>
        </w:rPr>
        <w:t>“The important topic of death has to be touched upon.”</w:t>
      </w:r>
    </w:p>
    <w:p>
      <w:r>
        <w:rPr>
          <w:sz w:val="20"/>
        </w:rPr>
        <w:t>26:47  the important topic of death has to be touched upon. death is inevitable</w:t>
      </w:r>
      <w:r>
        <w:br/>
      </w:r>
      <w:r>
        <w:rPr>
          <w:sz w:val="20"/>
        </w:rPr>
        <w:t>26:56  . we are not immortal. everything in this world shall perish. although this world is beautiful and meaningful, all its virtues are bound to fade. no one can deny death. so apart from death, there are other reasons to why we cannot make have eternal contentment as a part of this world.</w:t>
      </w:r>
      <w:r>
        <w:br/>
      </w:r>
      <w:r>
        <w:rPr>
          <w:sz w:val="20"/>
        </w:rPr>
        <w:t>27:25  see, mans desires cannot come true in this world for here. there cannot be an eternally perfect order due to the presence of evil stemming from misuse of freedom by many people.</w:t>
      </w:r>
      <w:r>
        <w:br/>
      </w:r>
      <w:r>
        <w:rPr>
          <w:sz w:val="20"/>
        </w:rPr>
        <w:t>27:42  the resources needed for such a perfect world are lacking here. the prophet taught that god has made this world one of trial and tribulation, not one of reward and retribution. this world is brimming with challenges and hardships, which put man to the test.</w:t>
      </w:r>
      <w:r>
        <w:br/>
      </w:r>
      <w:r>
        <w:rPr>
          <w:sz w:val="20"/>
        </w:rPr>
        <w:t>28:02  according to the quran, chapter 90, verse four, we god says, "we have created man into a life of toil and trouble." upon observation, we see that man has never been able to free himself from hardship.</w:t>
      </w:r>
      <w:r>
        <w:br/>
      </w:r>
      <w:r>
        <w:rPr>
          <w:sz w:val="20"/>
        </w:rPr>
        <w:t>28:22  take example of any person from any type of society. people from every strata of society have their share of troubles and challenges. no one is outside its purview.</w:t>
      </w:r>
      <w:r>
        <w:br/>
      </w:r>
      <w:r>
        <w:rPr>
          <w:sz w:val="20"/>
        </w:rPr>
        <w:t>28:40  Next, let's think about the human brain.</w:t>
      </w:r>
      <w:r>
        <w:br/>
      </w:r>
      <w:r>
        <w:rPr>
          <w:sz w:val="20"/>
        </w:rPr>
        <w:t>28:44  The human brain has such an immense potential that man's physical age of about 100 years is totally</w:t>
      </w:r>
      <w:r>
        <w:br/>
      </w:r>
      <w:r>
        <w:rPr>
          <w:sz w:val="20"/>
        </w:rPr>
        <w:t>28:52  insufficient for its realization.</w:t>
      </w:r>
      <w:r>
        <w:br/>
      </w:r>
      <w:r>
        <w:rPr>
          <w:sz w:val="20"/>
        </w:rPr>
        <w:t>28:56  ivan if avar ej kud bi gretli ekstended, da kandishans on arth ar so ful of restrikshans dat</w:t>
      </w:r>
      <w:r>
        <w:br/>
      </w:r>
      <w:r>
        <w:rPr>
          <w:sz w:val="20"/>
        </w:rPr>
        <w:t>29:03  mans anlimitad maind kud nevar yutilaiz its ful potanshal hier.</w:t>
      </w:r>
      <w:r>
        <w:br/>
      </w:r>
      <w:r>
        <w:rPr>
          <w:sz w:val="20"/>
        </w:rPr>
        <w:t>29:09  ven vi luk at dis rialiti,</w:t>
      </w:r>
      <w:r>
        <w:br/>
      </w:r>
      <w:r>
        <w:rPr>
          <w:sz w:val="20"/>
        </w:rPr>
        <w:t>29:11  we are compelled to believe that man requires a far greater world and far greater longevity for this total fulfillment. in</w:t>
      </w:r>
      <w:r>
        <w:br/>
      </w:r>
      <w:r>
        <w:rPr>
          <w:sz w:val="20"/>
        </w:rPr>
        <w:t>29:24  the present situation, the potential of the human mind cannot be utilized to its fullest extent. to explain life in terms of this reality, let us draw a parallel between human life and an iceberg.</w:t>
      </w:r>
      <w:r>
        <w:br/>
      </w:r>
      <w:r>
        <w:rPr>
          <w:sz w:val="20"/>
        </w:rPr>
        <w:t>29:43  we are aware of only the tiny part of the iceberg, which appears above the surface of the ocean, while the larger part lies hidden beneath the waters. in exactly the same way,</w:t>
      </w:r>
      <w:r>
        <w:br/>
      </w:r>
      <w:r>
        <w:rPr>
          <w:sz w:val="20"/>
        </w:rPr>
        <w:t>30:00  we are also aware of only that tiny part of life, which occurs in the first stage before death, while the remainder lies hidden from us in the ultimate stage of life after death.</w:t>
      </w:r>
      <w:r>
        <w:br/>
      </w:r>
      <w:r>
        <w:rPr>
          <w:sz w:val="20"/>
        </w:rPr>
        <w:t>30:16  keeping these realities in view, when we explain human life, we have to portray the present world as a temporary award, rather than as mans eternal destination. the life span before death is like a training period,</w:t>
      </w:r>
      <w:r>
        <w:br/>
      </w:r>
      <w:r>
        <w:rPr>
          <w:sz w:val="20"/>
        </w:rPr>
        <w:t>30:36  and the present world is as it were mans training ground. h</w:t>
      </w:r>
      <w:r>
        <w:br/>
      </w:r>
      <w:r>
        <w:rPr>
          <w:sz w:val="20"/>
        </w:rPr>
        <w:t>30:43  ere, ideally, he should receive very thorough moral conditioning during what is only a temporary stay, and then move on to the next eternal world.</w:t>
      </w:r>
      <w:r>
        <w:br/>
      </w:r>
      <w:r>
        <w:rPr>
          <w:sz w:val="20"/>
        </w:rPr>
        <w:t>30:59  so therefore, from all the above points, we can say that factors required for a life of everlasting joy and contentment will be forthcoming only in the next world.</w:t>
      </w:r>
    </w:p>
    <w:p>
      <w:pPr>
        <w:pStyle w:val="Heading2"/>
      </w:pPr>
      <w:r>
        <w:t>How paranoia took root: leaders reviving pride through past glory</w:t>
      </w:r>
    </w:p>
    <w:p>
      <w:r>
        <w:rPr>
          <w:color w:val="666666"/>
          <w:sz w:val="18"/>
        </w:rPr>
        <w:t>Realistic Approach 30 March, 2014 · 3m 12s · at 1:11:16 · https://youtu.be/HIFxmWWiEG4?t=4276</w:t>
      </w:r>
    </w:p>
    <w:p>
      <w:r>
        <w:rPr>
          <w:i/>
        </w:rPr>
        <w:t>“Paranoia — like the Persian saying, 'my father was a king.'”</w:t>
      </w:r>
    </w:p>
    <w:p>
      <w:r>
        <w:rPr>
          <w:sz w:val="20"/>
        </w:rPr>
        <w:t>1:11:16  dekhiye, yeh woh jo kaha tha woh mustafa scholar ne, wohi is ka behtareen jawab hai ke paranoia.</w:t>
      </w:r>
      <w:r>
        <w:br/>
      </w:r>
      <w:r>
        <w:rPr>
          <w:sz w:val="20"/>
        </w:rPr>
        <w:t>1:11:28  angrezi mein aik lafz hai paranoia, yaani paranoia develop karta hai. paranoia ka matlab hota hai jis ko hum kehte hain pershan mein padram sultan.</w:t>
      </w:r>
      <w:r>
        <w:br/>
      </w:r>
      <w:r>
        <w:rPr>
          <w:sz w:val="20"/>
        </w:rPr>
        <w:t>1:11:43  woh mera baap badshah tha,</w:t>
      </w:r>
      <w:r>
        <w:br/>
      </w:r>
      <w:r>
        <w:rPr>
          <w:sz w:val="20"/>
        </w:rPr>
        <w:t>1:11:47  tu khud tu kuch hai nahi, baap badshah tha, us pe fakhr kar rahe hain. Yeh hai paranoia. Yeh tu jab bhi aadmi tu musalmanon ka muamla yeh hai ke un ek zamana tha ke un ke hukoomatein theen, un ka empire tha,</w:t>
      </w:r>
      <w:r>
        <w:br/>
      </w:r>
      <w:r>
        <w:rPr>
          <w:sz w:val="20"/>
        </w:rPr>
        <w:t>1:12:04  unhon ne taj mahal banaya, lal qila banaya, qutub nak banaya. Ek daur tha woh, tu ab tu woh daur khatam ho gaya, ab tu kuch bhi un ke paas nahi hai.</w:t>
      </w:r>
      <w:r>
        <w:br/>
      </w:r>
      <w:r>
        <w:rPr>
          <w:sz w:val="20"/>
        </w:rPr>
        <w:t>1:12:15  lekin kitabein jo hamari likhi gayeen, mein nazdeek jitni kitabein likhe wale the us zamane ke, sab ne ek bohat bara, yaani ek bura kaam kiya apni qaum ke sath ke tareekh ke zariye ubharna chaha,</w:t>
      </w:r>
      <w:r>
        <w:br/>
      </w:r>
      <w:r>
        <w:rPr>
          <w:sz w:val="20"/>
        </w:rPr>
        <w:t>1:12:31  yaani tareekh ko yaad dila kar ko ubharna chaha. Yeh mein hairaan hoon ke logon ko bohat aql thi ke aql ke sath koshish un ke dimaghon mein thi ke guzri hui tareekh se aap kisi qaum ko ubharein ge tu tu kiya paida</w:t>
      </w:r>
      <w:r>
        <w:br/>
      </w:r>
      <w:r>
        <w:rPr>
          <w:sz w:val="20"/>
        </w:rPr>
        <w:t>1:12:44  hoga, yaani false pride aaye ga. Sare musalman is zamane ke jo hain, jo leader hain, jo leader hain, jo kitabein likhein, mein mujhe kisi ka exception nahi maloom ke mazi ke jo azmatain hain, us ko yaad dila kar ke un ko ubharna, is se tu false pride paida hoga.</w:t>
      </w:r>
      <w:r>
        <w:br/>
      </w:r>
      <w:r>
        <w:rPr>
          <w:sz w:val="20"/>
        </w:rPr>
        <w:t>1:13:06  wohi paida hua</w:t>
      </w:r>
      <w:r>
        <w:br/>
      </w:r>
      <w:r>
        <w:rPr>
          <w:sz w:val="20"/>
        </w:rPr>
        <w:t>1:13:08  tu musalmanon mein jo paranoia character hai, woh is ke zimmedar yahi muslim rehnuma, muslim writer aur muslim mustahkeen hain.</w:t>
      </w:r>
      <w:r>
        <w:br/>
      </w:r>
      <w:r>
        <w:rPr>
          <w:sz w:val="20"/>
        </w:rPr>
        <w:t>1:13:19  aap musalmanon ki jo bhi kitab le ke parhiye, sab mein wohi mazi ki azmatain bayan ki jayengi. Hum yeh the, hum woh the, hum yeh the, hum woh the,</w:t>
      </w:r>
      <w:r>
        <w:br/>
      </w:r>
      <w:r>
        <w:rPr>
          <w:sz w:val="20"/>
        </w:rPr>
        <w:t>1:13:30  hum hi the, yaani kiya woh hum hi chhaye hue the sharq se ta gharb duniya mein.</w:t>
      </w:r>
      <w:r>
        <w:br/>
      </w:r>
      <w:r>
        <w:rPr>
          <w:sz w:val="20"/>
        </w:rPr>
        <w:t>1:13:40  hum hi chhaye hue the sharq se ta gharb duniya mein. Na tha pallah kisi muslim ka duniya mein gira hum se.</w:t>
      </w:r>
      <w:r>
        <w:br/>
      </w:r>
      <w:r>
        <w:rPr>
          <w:sz w:val="20"/>
        </w:rPr>
        <w:t>1:13:51  tu yahi cheez hai ke ke woh azmat jo chali gayi, us ko yaad dila kar ke aap un ko chahte hain, un ko revive karna.</w:t>
      </w:r>
      <w:r>
        <w:br/>
      </w:r>
      <w:r>
        <w:rPr>
          <w:sz w:val="20"/>
        </w:rPr>
        <w:t>1:14:01  tu is se koi positive soch nahi aayegi, is se false pride aaye ga. Wohi aa gaya musalmanon mein, is ke zimmedar wohi log hain jinhon ne is zamane mein musalmanon ko qadeem tareekh yaad dila kar ke un ko dobara ubharna chaha.</w:t>
      </w:r>
      <w:r>
        <w:br/>
      </w:r>
      <w:r>
        <w:rPr>
          <w:sz w:val="20"/>
        </w:rPr>
        <w:t>1:14:18  koi shayar ne kaha tha ke "hudeera nawara talakh turmeeda fi zauq naghma kamyabi hudeera teez tar mikhwan jo mahmal na gira bain</w:t>
      </w:r>
    </w:p>
    <w:p>
      <w:pPr>
        <w:pStyle w:val="Heading2"/>
      </w:pPr>
      <w:r>
        <w:t>Aristotle and Alexander: idealism's failure story</w:t>
      </w:r>
    </w:p>
    <w:p>
      <w:r>
        <w:rPr>
          <w:color w:val="666666"/>
          <w:sz w:val="18"/>
        </w:rPr>
        <w:t>Idealism vs Practical Wisdom 13 Nov 2011 - Maulana Wahiduddin Khan · 4m 40s · at 6:52 · https://youtu.be/_aRRsKhGoWo?t=412</w:t>
      </w:r>
    </w:p>
    <w:p>
      <w:r>
        <w:rPr>
          <w:i/>
        </w:rPr>
        <w:t>“Greek jo hai, Yunan, wahan par falsafe ka janam hua”</w:t>
      </w:r>
    </w:p>
    <w:p>
      <w:r>
        <w:rPr>
          <w:sz w:val="20"/>
        </w:rPr>
        <w:t>6:52  Greece jo hai, Yunan, wahan par falsafe ka janam hua.</w:t>
      </w:r>
      <w:r>
        <w:br/>
      </w:r>
      <w:r>
        <w:rPr>
          <w:sz w:val="20"/>
        </w:rPr>
        <w:t>6:59  woh land of philosophy samjha jata hai. wahan par aik bara philosopher paida hua, us ko kehte hain Aristotle ya Arastu.</w:t>
      </w:r>
      <w:r>
        <w:br/>
      </w:r>
      <w:r>
        <w:rPr>
          <w:sz w:val="20"/>
        </w:rPr>
        <w:t>7:11  Aristotle ka yeh darja hai ke us ko father of western philosophy samjha jata hai. yeh daawa darja hai.</w:t>
      </w:r>
      <w:r>
        <w:br/>
      </w:r>
      <w:r>
        <w:rPr>
          <w:sz w:val="20"/>
        </w:rPr>
        <w:t>7:20  is ka zamana tha chauthi sadi qabl-e-Maseeh.</w:t>
      </w:r>
      <w:r>
        <w:br/>
      </w:r>
      <w:r>
        <w:rPr>
          <w:sz w:val="20"/>
        </w:rPr>
        <w:t>7:28  chauthi sadi qabl-e-Maseeh, yani Maseeh se pehle. to us ko aik bohat hi bara chance mila.</w:t>
      </w:r>
      <w:r>
        <w:br/>
      </w:r>
      <w:r>
        <w:rPr>
          <w:sz w:val="20"/>
        </w:rPr>
        <w:t>7:41  is zamane mein wahan ka jo badshah tha, to us ka aik jo shehzada tha, jo crown prince bhi tha, to crown prince jo tha, us ka naam tha Alexander.</w:t>
      </w:r>
      <w:r>
        <w:br/>
      </w:r>
      <w:r>
        <w:rPr>
          <w:sz w:val="20"/>
        </w:rPr>
        <w:t>7:55  us ka woh ustaad ban gaya, tutor ban gaya, us ka ustaad ban gaya. to Aristotle ne yeh theory develop ki thi ke zindagi mein idealism hona chahiye.</w:t>
      </w:r>
      <w:r>
        <w:br/>
      </w:r>
      <w:r>
        <w:rPr>
          <w:sz w:val="20"/>
        </w:rPr>
        <w:t>8:11  ideal government, ideal society, ideal state, yeh tha us ka khwab. to is ka nazariya yeh tha ke agar ruler jo hai, woh philosopher ho to bas sab kuch ideal ho jayega.</w:t>
      </w:r>
      <w:r>
        <w:br/>
      </w:r>
      <w:r>
        <w:rPr>
          <w:sz w:val="20"/>
        </w:rPr>
        <w:t>8:28  woh philosophy ko queen of art manta tha.</w:t>
      </w:r>
      <w:r>
        <w:br/>
      </w:r>
      <w:r>
        <w:rPr>
          <w:sz w:val="20"/>
        </w:rPr>
        <w:t>8:34  to us ko mauqa mil gaya ke jo crown prince tha, us ka woh tutor ban jaye. aur ban gaya woh.</w:t>
      </w:r>
      <w:r>
        <w:br/>
      </w:r>
      <w:r>
        <w:rPr>
          <w:sz w:val="20"/>
        </w:rPr>
        <w:t>8:44  aur us ko khoob tayyar kiya. is ne is ka naam baad ko mashhoor hua, Alexander the Great, Sikandar Azam.</w:t>
      </w:r>
      <w:r>
        <w:br/>
      </w:r>
      <w:r>
        <w:rPr>
          <w:sz w:val="20"/>
        </w:rPr>
        <w:t>8:57  lekin aap dekhiye kya nateeja nikla? baap ke marne ke baad jab Alexander the Great is jab baitha takht par to is ka sara concern yeh ho gaya ke apne hukoomat ka expansion,</w:t>
      </w:r>
      <w:r>
        <w:br/>
      </w:r>
      <w:r>
        <w:rPr>
          <w:sz w:val="20"/>
        </w:rPr>
        <w:t>9:16  yani Greece mein to us ki quwwat thi, expansion. ab is ne army banai. ab Greece se chal kar ke woh fateh karta hua Punjab tak pohanch gaya.</w:t>
      </w:r>
      <w:r>
        <w:br/>
      </w:r>
      <w:r>
        <w:rPr>
          <w:sz w:val="20"/>
        </w:rPr>
        <w:t>9:31  India ka Punjab jo hai, darya-e-Sindh tak. itna bara area fateh kiya is ne. lekin jo is ki jo army thi, Punjab pohanch kar woh thak chuki thi.</w:t>
      </w:r>
      <w:r>
        <w:br/>
      </w:r>
      <w:r>
        <w:rPr>
          <w:sz w:val="20"/>
        </w:rPr>
        <w:t>9:47  thak chuki thi. is ne mosoof Panjabiyan fateh kiya, Egypt fateh kiya. wahan apne naam ke sath Alexandria shehar qaim kiya, jo aap bhi ab bhi maujood hai.</w:t>
      </w:r>
      <w:r>
        <w:br/>
      </w:r>
      <w:r>
        <w:rPr>
          <w:sz w:val="20"/>
        </w:rPr>
        <w:t>10:01  lekin Punjab tak pohanch kar is ka army thak gayi. is ne inkar kar diya ke hum aage nahi barh sakte. to kya hua? frustration, bohat frustration hua Alexander the Great ko.</w:t>
      </w:r>
      <w:r>
        <w:br/>
      </w:r>
      <w:r>
        <w:rPr>
          <w:sz w:val="20"/>
        </w:rPr>
        <w:t>10:13  frustration mein mar gaya woh. aur jab mara to is ki umar kitni thi? sirf 33 years, sirf 33 saal.</w:t>
      </w:r>
      <w:r>
        <w:br/>
      </w:r>
      <w:r>
        <w:rPr>
          <w:sz w:val="20"/>
        </w:rPr>
        <w:t>10:24  aur is ka aik tutor tha, Aristotle, woh mara to is ki umar thi kitni? 62 years. 62 saal mein ustaad mar gaya, 33 saal mein is ka shagird badshah mar gaya.</w:t>
      </w:r>
      <w:r>
        <w:br/>
      </w:r>
      <w:r>
        <w:rPr>
          <w:sz w:val="20"/>
        </w:rPr>
        <w:t>10:40  aur na ideal rule qaim hua, na ideal state bana, kuch nahi hua. ab dekhiye ke agar woh practical wisdom par chalta to Yunan ko sanwarta, woh Yunan mein achhe se achha nizam banata,</w:t>
      </w:r>
      <w:r>
        <w:br/>
      </w:r>
      <w:r>
        <w:rPr>
          <w:sz w:val="20"/>
        </w:rPr>
        <w:t>11:03  woh is ke bas mein tha. lekin ab sare alam ko le kar woh daud pada to kuch bhi nahi kar saka. aur mayusi mein mar gaya.</w:t>
      </w:r>
      <w:r>
        <w:br/>
      </w:r>
      <w:r>
        <w:rPr>
          <w:sz w:val="20"/>
        </w:rPr>
        <w:t>11:14  despair, frustration.</w:t>
      </w:r>
      <w:r>
        <w:br/>
      </w:r>
      <w:r>
        <w:rPr>
          <w:sz w:val="20"/>
        </w:rPr>
        <w:t>11:22  main samajhta hoon ke yeh poori poori tareekh ki kahani hai, poori history ki kahani hai.</w:t>
      </w:r>
    </w:p>
    <w:p>
      <w:pPr>
        <w:pStyle w:val="Heading2"/>
      </w:pPr>
      <w:r>
        <w:t>Seeking God through personal crisis and help</w:t>
      </w:r>
    </w:p>
    <w:p>
      <w:r>
        <w:rPr>
          <w:color w:val="666666"/>
          <w:sz w:val="18"/>
        </w:rPr>
        <w:t>The Discovery of God IIC Prog (CPS Members talk) November 2, 2019 · 3m 12s · at 20:35 · https://youtu.be/hsBwCnNHLvw?t=1235</w:t>
      </w:r>
    </w:p>
    <w:p>
      <w:r>
        <w:rPr>
          <w:i/>
        </w:rPr>
        <w:t>“I decided to do my master's course, and I went to Kerala”</w:t>
      </w:r>
    </w:p>
    <w:p>
      <w:r>
        <w:rPr>
          <w:sz w:val="20"/>
        </w:rPr>
        <w:t>20:35  On a different level, you know, I would like to narrate a personal experience that I had, which was about eight years ago, and it was a lifetime experience, a life-changing experience for me.</w:t>
      </w:r>
      <w:r>
        <w:br/>
      </w:r>
      <w:r>
        <w:rPr>
          <w:sz w:val="20"/>
        </w:rPr>
        <w:t>20:45  I decided to do my master's course, and I went to Kerala to do it from Kerala University. When I landed in Kerala, I mean, I had no friend, no relative.</w:t>
      </w:r>
      <w:r>
        <w:br/>
      </w:r>
      <w:r>
        <w:rPr>
          <w:sz w:val="20"/>
        </w:rPr>
        <w:t>20:56  I knew no one in that city. So after I took my first exam, I had to take about eight papers over a period of 30 days, one month.</w:t>
      </w:r>
      <w:r>
        <w:br/>
      </w:r>
      <w:r>
        <w:rPr>
          <w:sz w:val="20"/>
        </w:rPr>
        <w:t>21:05  But after taking the first exam, I started experiencing lower back problems.</w:t>
      </w:r>
      <w:r>
        <w:br/>
      </w:r>
      <w:r>
        <w:rPr>
          <w:sz w:val="20"/>
        </w:rPr>
        <w:t>21:11  And by late afternoon and late evening, it became a full-blown back problem. I was very scared because I had seven more papers, nobody with me in Kerala.</w:t>
      </w:r>
      <w:r>
        <w:br/>
      </w:r>
      <w:r>
        <w:rPr>
          <w:sz w:val="20"/>
        </w:rPr>
        <w:t>21:21  And I was lying on the bed, looking at the high ceiling of the room. Negative thoughts just started hitting me from left,right, and centre.</w:t>
      </w:r>
      <w:r>
        <w:br/>
      </w:r>
      <w:r>
        <w:rPr>
          <w:sz w:val="20"/>
        </w:rPr>
        <w:t>21:30  I started visualizing that I'm being airlifted in an air ambulance and the sinking feeling that I will let everybody down, my guru, Maulana Vaiduddin Khan, sub down and everybody down.</w:t>
      </w:r>
      <w:r>
        <w:br/>
      </w:r>
      <w:r>
        <w:rPr>
          <w:sz w:val="20"/>
        </w:rPr>
        <w:t>21:40  And my dream of doing PhD was just vaporizing in the negative thoughts. But then something very interesting happened. You know, at the peak of this negativity and excruciating pain, which was unbearable, I began to talk with God.</w:t>
      </w:r>
      <w:r>
        <w:br/>
      </w:r>
      <w:r>
        <w:rPr>
          <w:sz w:val="20"/>
        </w:rPr>
        <w:t>21:56  I started telling God about my helplessness, about my pain. And then I said to God that, "God, you've created this entire universe, you've created this entire mankind, and you want every single soul to live in peace and harmony.</w:t>
      </w:r>
      <w:r>
        <w:br/>
      </w:r>
      <w:r>
        <w:rPr>
          <w:sz w:val="20"/>
        </w:rPr>
        <w:t>22:11  My objective of doing this course is to work in that direction and to propagate the message of peace and harmony. How can you let me fail?" And I remember that while I was doing this conversation, courage began to come within m</w:t>
      </w:r>
      <w:r>
        <w:br/>
      </w:r>
      <w:r>
        <w:rPr>
          <w:sz w:val="20"/>
        </w:rPr>
        <w:t>22:26  e. My negative thoughts started turning to positive. And I said to myself that I'm not going to give up. So I called up myorthopaedic surgeon in Delhi, and he advised me some SOS medicine.</w:t>
      </w:r>
      <w:r>
        <w:br/>
      </w:r>
      <w:r>
        <w:rPr>
          <w:sz w:val="20"/>
        </w:rPr>
        <w:t>22:38  I remember walking up to that chemist's shop; it was the longest walk of my life because it was just less than three minutes' distance. But I took 30 minutes to reach there to get my SOS medicine, a back belt.</w:t>
      </w:r>
      <w:r>
        <w:br/>
      </w:r>
      <w:r>
        <w:rPr>
          <w:sz w:val="20"/>
        </w:rPr>
        <w:t>22:50  And I came back, laid on the bed, and began to study.</w:t>
      </w:r>
      <w:r>
        <w:br/>
      </w:r>
      <w:r>
        <w:rPr>
          <w:sz w:val="20"/>
        </w:rPr>
        <w:t>22:54  Two days later, my wife, Stuti, came from Delhi to help me and get me better. And I completed my seven papers in over the next 30 days.</w:t>
      </w:r>
      <w:r>
        <w:br/>
      </w:r>
      <w:r>
        <w:rPr>
          <w:sz w:val="20"/>
        </w:rPr>
        <w:t>23:05  When I look back, I realize God's way of help and His presence. He did not come in person to help me, but He showered His blessings in unexpected ways.</w:t>
      </w:r>
      <w:r>
        <w:br/>
      </w:r>
      <w:r>
        <w:rPr>
          <w:sz w:val="20"/>
        </w:rPr>
        <w:t>23:16  I realized that how my guru, Maulana Vaiduddin Khan Sahib, and CPS members prayed for m</w:t>
      </w:r>
      <w:r>
        <w:br/>
      </w:r>
      <w:r>
        <w:rPr>
          <w:sz w:val="20"/>
        </w:rPr>
        <w:t>23:21  e, how great courage and Sakina, which is calmness of heart, descended upon me, how getting an auto rickshaw every day was so super easy, as if, you know, He was waiting for me to take to the examination centre, how I got accommodation in YMCA in Travandrum, which was a great blessing for me, and how Stuti came from Delhi when she had never travelled in her life alone, and how forgotten lines started coming while I was writing my exam.</w:t>
      </w:r>
    </w:p>
    <w:p>
      <w:pPr>
        <w:pStyle w:val="Heading2"/>
      </w:pPr>
      <w:r>
        <w:t>how the Prophet turned Kaaba's daily crowd into an audience</w:t>
      </w:r>
    </w:p>
    <w:p>
      <w:r>
        <w:rPr>
          <w:color w:val="666666"/>
          <w:sz w:val="18"/>
        </w:rPr>
        <w:t>Man and the Laws of Nature April 1, 2012 · 5m 16s · at 9:49 · https://youtu.be/coIrwYQgb6Y?t=589</w:t>
      </w:r>
    </w:p>
    <w:p>
      <w:r>
        <w:rPr>
          <w:i/>
        </w:rPr>
        <w:t>“When the Prophet began his mission in Mecca in 610 CE”</w:t>
      </w:r>
    </w:p>
    <w:p>
      <w:r>
        <w:rPr>
          <w:sz w:val="20"/>
        </w:rPr>
        <w:t>9:49  Ab is ko aap Rasool Allah S.A.W ki misaal mein dekhiye. Rasool Allah S.A.W jab Makah mein aap ne 610 Esvi mein apna mission shuru kiya, to Makah mein sab se jo holiest place tha, woh kaha tha Kabah,</w:t>
      </w:r>
      <w:r>
        <w:br/>
      </w:r>
      <w:r>
        <w:rPr>
          <w:sz w:val="20"/>
        </w:rPr>
        <w:t>10:07  jis ko Hazrat Ibrahim ne banaya tha ab se chaar hazar saal pehle. To Kabah</w:t>
      </w:r>
      <w:r>
        <w:br/>
      </w:r>
      <w:r>
        <w:rPr>
          <w:sz w:val="20"/>
        </w:rPr>
        <w:t>10:14  kya tha? Woh masjid thi. Hazrat Ibrahim ne, Hazrat Ismail ne is ko masjid ke taur par banaya tha. Yaani aik Allah ki ibadat ke liye, aik Allah ki worship ke liye.</w:t>
      </w:r>
      <w:r>
        <w:br/>
      </w:r>
      <w:r>
        <w:rPr>
          <w:sz w:val="20"/>
        </w:rPr>
        <w:t>10:28  Lekin dheere dheere wahan log atay gaye, atay gaye, atay to dheere dheere wahan par aisa hua ke wahan par shirk aa gaya, idol worship aa gayi.</w:t>
      </w:r>
      <w:r>
        <w:br/>
      </w:r>
      <w:r>
        <w:rPr>
          <w:sz w:val="20"/>
        </w:rPr>
        <w:t>10:41  To dheere dheere unhon ne kya kiya ke apna but wahan la kar rakhnay lagay. To hotay hotay un ki ginti jo hai, taqreeban 360 pohnch gayi.</w:t>
      </w:r>
      <w:r>
        <w:br/>
      </w:r>
      <w:r>
        <w:rPr>
          <w:sz w:val="20"/>
        </w:rPr>
        <w:t>10:52  Jab Rasool Allah S.A.W aaye to Kabah mein 360 but rakhay hue thay. Woh Kabah jo banaya gaya tha Allah wahid ki ibadat ke liye.</w:t>
      </w:r>
      <w:r>
        <w:br/>
      </w:r>
      <w:r>
        <w:rPr>
          <w:sz w:val="20"/>
        </w:rPr>
        <w:t>11:04  Ab Rasool Allah S.A.W ne kya kiya?</w:t>
      </w:r>
      <w:r>
        <w:br/>
      </w:r>
      <w:r>
        <w:rPr>
          <w:sz w:val="20"/>
        </w:rPr>
        <w:t>11:08  Allah ki rohani rehnumai mein aap ne aik bohat hi revolutionary faisla kiya. Revolutionary faisla hai ke woh jo jo jo change ho gaya, jo changeable tha, us ko alag kiya unchangeable se.</w:t>
      </w:r>
      <w:r>
        <w:br/>
      </w:r>
      <w:r>
        <w:rPr>
          <w:sz w:val="20"/>
        </w:rPr>
        <w:t>11:24  To is ko aap, yaani is ko agar aap samajh jayen to poori hikmat Islam ki samajh aa jati hai. Jo wisdom hai Islam ki, woh poori poori samajh aa jati hai.</w:t>
      </w:r>
      <w:r>
        <w:br/>
      </w:r>
      <w:r>
        <w:rPr>
          <w:sz w:val="20"/>
        </w:rPr>
        <w:t>11:35  Woh kya tha?</w:t>
      </w:r>
      <w:r>
        <w:br/>
      </w:r>
      <w:r>
        <w:rPr>
          <w:sz w:val="20"/>
        </w:rPr>
        <w:t>11:37  Dekhiye, Hazrat Ibrahim ke zamanay mein koi but nahi tha Kabah mein, aik bhi but nahi tha. Rasool Allah ke zamanay mein wahan bohat se but aa gaye to yeh change ho gaya.</w:t>
      </w:r>
      <w:r>
        <w:br/>
      </w:r>
      <w:r>
        <w:rPr>
          <w:sz w:val="20"/>
        </w:rPr>
        <w:t>11:48  Yaani jo structure without idols tha, wahan par idols aa gaye, yeh change hua. Lekin abhi bhi aik cheez wahan par yeh thi jo unchangeable thi, us ko aap ne discover kiya.</w:t>
      </w:r>
      <w:r>
        <w:br/>
      </w:r>
      <w:r>
        <w:rPr>
          <w:sz w:val="20"/>
        </w:rPr>
        <w:t>12:02  Woh kya tha? Opportunity. Opportunity</w:t>
      </w:r>
      <w:r>
        <w:br/>
      </w:r>
      <w:r>
        <w:rPr>
          <w:sz w:val="20"/>
        </w:rPr>
        <w:t>12:07  Kis tarah? Ke in yeh jo but thay, wahan par in buton ki, in buton ki ziyarat ke liye, in ko charhawa charhanay ke liye, in se barkat lainay ke liye daily atay thay log.</w:t>
      </w:r>
      <w:r>
        <w:br/>
      </w:r>
      <w:r>
        <w:rPr>
          <w:sz w:val="20"/>
        </w:rPr>
        <w:t>12:23  Azmat 360 but jo thay, woh saaray Arab qabeelon ke but thay. Har qabeelay ka but wahan la kar unhon ne rakh diya tha.</w:t>
      </w:r>
      <w:r>
        <w:br/>
      </w:r>
      <w:r>
        <w:rPr>
          <w:sz w:val="20"/>
        </w:rPr>
        <w:t>12:31  To saaray Arab ke jo qabeelay thay, woh oonton par baith kar ke oont, oont ki sawari woh karti thi, atay thay wahan daily.</w:t>
      </w:r>
      <w:r>
        <w:br/>
      </w:r>
      <w:r>
        <w:rPr>
          <w:sz w:val="20"/>
        </w:rPr>
        <w:t>12:41  to wahan par ek gathering hoti thi. is gathering ko rasool Allah ne audience mein convert kiya. to kya hua?</w:t>
      </w:r>
      <w:r>
        <w:br/>
      </w:r>
      <w:r>
        <w:rPr>
          <w:sz w:val="20"/>
        </w:rPr>
        <w:t>12:50  yani woh status jo tha kaba ka, us mein to badlav aaya, lekin opportunity mein badlav nahin aaya.</w:t>
      </w:r>
      <w:r>
        <w:br/>
      </w:r>
      <w:r>
        <w:rPr>
          <w:sz w:val="20"/>
        </w:rPr>
        <w:t>13:00  opportunity jaise pehle thi, ab bhi rahi, us mein koi badlav nahin aaya. to aap ne kya kiya? aap ne takrao nahin kiya jo us cheez se jo badal chuki thi ke aap beton ko todte, aap but shukrat bante,</w:t>
      </w:r>
      <w:r>
        <w:br/>
      </w:r>
      <w:r>
        <w:rPr>
          <w:sz w:val="20"/>
        </w:rPr>
        <w:t>13:20  aap beton ke khilaf wahan par protest karte, juloos nikalte, yeh sab karte. aisa nahin kiya aap ne. beton ko sam</w:t>
      </w:r>
      <w:r>
        <w:br/>
      </w:r>
      <w:r>
        <w:rPr>
          <w:sz w:val="20"/>
        </w:rPr>
        <w:t>13:29  pli kiya kiya? unhon ne ignore kiya. aur aap ne dekha ke but agarchay rakhe hue hain, lekin but kya hai? woh temporary phase hain.</w:t>
      </w:r>
      <w:r>
        <w:br/>
      </w:r>
      <w:r>
        <w:rPr>
          <w:sz w:val="20"/>
        </w:rPr>
        <w:t>13:38  kyunki woh to is is ka hissa hain jo jo badalti rehti hai. to woh temporary phase hai. jo cheez permanent thi, woh kya thi?</w:t>
      </w:r>
      <w:r>
        <w:br/>
      </w:r>
      <w:r>
        <w:rPr>
          <w:sz w:val="20"/>
        </w:rPr>
        <w:t>13:47  opportunity. yeh hikmat thi. to aap ne yahi kiya ke beton ko ignore karte hue, beton ke presence ko ignore karte hue,</w:t>
      </w:r>
      <w:r>
        <w:br/>
      </w:r>
      <w:r>
        <w:rPr>
          <w:sz w:val="20"/>
        </w:rPr>
        <w:t>13:59  wahan jo daily gathering hoti thi, us ko aap ne audience ke taur par istemal kiya. chunancha kitabon mein aata hai ke aap jaate the wahan par aur logon ko quran parh kar sunate the.</w:t>
      </w:r>
      <w:r>
        <w:br/>
      </w:r>
      <w:r>
        <w:rPr>
          <w:sz w:val="20"/>
        </w:rPr>
        <w:t>14:12  is zamane mein jo dawat thi, woh yahi thi. kitabon mein aata hai ke "أَرَزَ عَلَيْهِمُ الْإِسْلَامُ وَطَلَى عَلَيْهِمُ الْقُرْآنُ" ۔</w:t>
      </w:r>
      <w:r>
        <w:br/>
      </w:r>
      <w:r>
        <w:rPr>
          <w:sz w:val="20"/>
        </w:rPr>
        <w:t>14:23  aap ne logon ke samne islam pesh kiya aur quran ko parh kar sunaya.</w:t>
      </w:r>
      <w:r>
        <w:br/>
      </w:r>
      <w:r>
        <w:rPr>
          <w:sz w:val="20"/>
        </w:rPr>
        <w:t>14:27  yeh dekhiye ke jo cheez change hone wali hai, us ko ignore kar ke jo unchangeable hai, us par stick karna, yeh hai hikmat-e-islam ki.</w:t>
      </w:r>
      <w:r>
        <w:br/>
      </w:r>
      <w:r>
        <w:rPr>
          <w:sz w:val="20"/>
        </w:rPr>
        <w:t>14:42  yeh hai hikmat, yeh hai wisdom. isi ko follow kiya aap ne. aur natija kya hua? aap jante hain ke natija hua ke sirf 23 saal mein poora Arab Islamize ho gaya.</w:t>
      </w:r>
      <w:r>
        <w:br/>
      </w:r>
      <w:r>
        <w:rPr>
          <w:sz w:val="20"/>
        </w:rPr>
        <w:t>14:55  poora Arab Islamize. ek hi formula agar batana ho ke rasool Allah ko itni bari kamyabi kaise hui, to yahi bataya jayega.</w:t>
      </w:r>
    </w:p>
    <w:p>
      <w:pPr>
        <w:pStyle w:val="Heading2"/>
      </w:pPr>
      <w:r>
        <w:t>Justice is to follow not to establish system</w:t>
      </w:r>
    </w:p>
    <w:p>
      <w:r>
        <w:rPr>
          <w:color w:val="666666"/>
          <w:sz w:val="18"/>
        </w:rPr>
        <w:t>Speaking Truth (In conversation with Maulan) · 4m 47s · at 31:41 · https://youtu.be/Fi3Z0-JgBac?t=1901</w:t>
      </w:r>
    </w:p>
    <w:p>
      <w:r>
        <w:rPr>
          <w:i/>
        </w:rPr>
        <w:t>“Dekhiye, system ko establish karna yeh hamari zimmedari nahi hai”</w:t>
      </w:r>
    </w:p>
    <w:p>
      <w:r>
        <w:rPr>
          <w:sz w:val="20"/>
        </w:rPr>
        <w:t>31:41  Dekhiye, system ko establish karna yeh hamari zimmedari nahi hai. Justice ko follow karna zimmedari hai. Yeh bahut badi fallacy hai. Quran mein hai, dekhiye, Surah Hadeed mein ki</w:t>
      </w:r>
      <w:r>
        <w:br/>
      </w:r>
      <w:r>
        <w:rPr>
          <w:sz w:val="20"/>
        </w:rPr>
        <w:t>32:00  ke inna arsalna</w:t>
      </w:r>
      <w:r>
        <w:br/>
      </w:r>
      <w:r>
        <w:rPr>
          <w:sz w:val="20"/>
        </w:rPr>
        <w:t>32:03  rasoolana bil bainat</w:t>
      </w:r>
      <w:r>
        <w:br/>
      </w:r>
      <w:r>
        <w:rPr>
          <w:sz w:val="20"/>
        </w:rPr>
        <w:t>32:06  wa anzalna mahu bil kitab wa bil mizan le taqumat nasu bil qist.</w:t>
      </w:r>
      <w:r>
        <w:br/>
      </w:r>
      <w:r>
        <w:rPr>
          <w:sz w:val="20"/>
        </w:rPr>
        <w:t>32:13  le taqumat nasu bil qist.</w:t>
      </w:r>
      <w:r>
        <w:br/>
      </w:r>
      <w:r>
        <w:rPr>
          <w:sz w:val="20"/>
        </w:rPr>
        <w:t>32:18  so that so that people follow the principle of justice.</w:t>
      </w:r>
      <w:r>
        <w:br/>
      </w:r>
      <w:r>
        <w:rPr>
          <w:sz w:val="20"/>
        </w:rPr>
        <w:t>32:24  yahan establish ki baat nahi hai.</w:t>
      </w:r>
      <w:r>
        <w:br/>
      </w:r>
      <w:r>
        <w:rPr>
          <w:sz w:val="20"/>
        </w:rPr>
        <w:t>32:27  le taqumat nasu bil qist.</w:t>
      </w:r>
      <w:r>
        <w:br/>
      </w:r>
      <w:r>
        <w:rPr>
          <w:sz w:val="20"/>
        </w:rPr>
        <w:t>32:29  taake log follow karen qist ko.</w:t>
      </w:r>
      <w:r>
        <w:br/>
      </w:r>
      <w:r>
        <w:rPr>
          <w:sz w:val="20"/>
        </w:rPr>
        <w:t>32:33  yeh bohat bari fallacy hai ke ayat mein to yeh hai ke follow karna aur usko bana diya</w:t>
      </w:r>
      <w:r>
        <w:br/>
      </w:r>
      <w:r>
        <w:rPr>
          <w:sz w:val="20"/>
        </w:rPr>
        <w:t>32:39  kya establish karna.</w:t>
      </w:r>
      <w:r>
        <w:br/>
      </w:r>
      <w:r>
        <w:rPr>
          <w:sz w:val="20"/>
        </w:rPr>
        <w:t>32:42  yeh bohat bari fallacy hai jo aajkal kuch logon ne paida kar rakhi hai.</w:t>
      </w:r>
      <w:r>
        <w:br/>
      </w:r>
      <w:r>
        <w:rPr>
          <w:sz w:val="20"/>
        </w:rPr>
        <w:t>32:46  to khuda ne justice ke principle bataye</w:t>
      </w:r>
      <w:r>
        <w:br/>
      </w:r>
      <w:r>
        <w:rPr>
          <w:sz w:val="20"/>
        </w:rPr>
        <w:t>32:51  quran mein. rasoolullah ne hadisen batayi.</w:t>
      </w:r>
      <w:r>
        <w:br/>
      </w:r>
      <w:r>
        <w:rPr>
          <w:sz w:val="20"/>
        </w:rPr>
        <w:t>32:54  woh is liye hain ke hum unhein follow karen.</w:t>
      </w:r>
      <w:r>
        <w:br/>
      </w:r>
      <w:r>
        <w:rPr>
          <w:sz w:val="20"/>
        </w:rPr>
        <w:t>32:57  na yeh ke naafiz karen.</w:t>
      </w:r>
      <w:r>
        <w:br/>
      </w:r>
      <w:r>
        <w:rPr>
          <w:sz w:val="20"/>
        </w:rPr>
        <w:t>32:59  hukumatun se laren.</w:t>
      </w:r>
      <w:r>
        <w:br/>
      </w:r>
      <w:r>
        <w:rPr>
          <w:sz w:val="20"/>
        </w:rPr>
        <w:t>33:01  sangharsh chalayen. takrayen.</w:t>
      </w:r>
      <w:r>
        <w:br/>
      </w:r>
      <w:r>
        <w:rPr>
          <w:sz w:val="20"/>
        </w:rPr>
        <w:t>33:03  yeh sab bila shubah haram hai.</w:t>
      </w:r>
      <w:r>
        <w:br/>
      </w:r>
      <w:r>
        <w:rPr>
          <w:sz w:val="20"/>
        </w:rPr>
        <w:t>33:06  ab dekhiye, follow karne ki baat jo hai yeh hoti hai according to the situation.</w:t>
      </w:r>
      <w:r>
        <w:br/>
      </w:r>
      <w:r>
        <w:rPr>
          <w:sz w:val="20"/>
        </w:rPr>
        <w:t>33:13  follow karna jo hai woh</w:t>
      </w:r>
      <w:r>
        <w:br/>
      </w:r>
      <w:r>
        <w:rPr>
          <w:sz w:val="20"/>
        </w:rPr>
        <w:t>33:15  according to the situation.</w:t>
      </w:r>
      <w:r>
        <w:br/>
      </w:r>
      <w:r>
        <w:rPr>
          <w:sz w:val="20"/>
        </w:rPr>
        <w:t>33:17  quran mein hai ke istqullah mastata tum.</w:t>
      </w:r>
      <w:r>
        <w:br/>
      </w:r>
      <w:r>
        <w:rPr>
          <w:sz w:val="20"/>
        </w:rPr>
        <w:t>33:21  jaisi situation waisa follow karo tum.</w:t>
      </w:r>
      <w:r>
        <w:br/>
      </w:r>
      <w:r>
        <w:rPr>
          <w:sz w:val="20"/>
        </w:rPr>
        <w:t>33:25  to</w:t>
      </w:r>
      <w:r>
        <w:br/>
      </w:r>
      <w:r>
        <w:rPr>
          <w:sz w:val="20"/>
        </w:rPr>
        <w:t>33:25  agar hum kahin akele hain,</w:t>
      </w:r>
      <w:r>
        <w:br/>
      </w:r>
      <w:r>
        <w:rPr>
          <w:sz w:val="20"/>
        </w:rPr>
        <w:t>33:28  to hum akele jo samajh mein aayega uske mutabiq hum justice par chalenge.</w:t>
      </w:r>
      <w:r>
        <w:br/>
      </w:r>
      <w:r>
        <w:rPr>
          <w:sz w:val="20"/>
        </w:rPr>
        <w:t>33:34  agar kahin hamara ek samaj hai jaise India hai, to India mein hamari kabhi bhi yeh nahi zimmedari</w:t>
      </w:r>
      <w:r>
        <w:br/>
      </w:r>
      <w:r>
        <w:rPr>
          <w:sz w:val="20"/>
        </w:rPr>
        <w:t>33:40  ke hum yahan ki hukoomaton se takraen.</w:t>
      </w:r>
      <w:r>
        <w:br/>
      </w:r>
      <w:r>
        <w:rPr>
          <w:sz w:val="20"/>
        </w:rPr>
        <w:t>33:42  aur yahan par kahin ke humko justice yahan par establish karna hai.</w:t>
      </w:r>
      <w:r>
        <w:br/>
      </w:r>
      <w:r>
        <w:rPr>
          <w:sz w:val="20"/>
        </w:rPr>
        <w:t>33:45  yeh jhoothi politics hai.</w:t>
      </w:r>
      <w:r>
        <w:br/>
      </w:r>
      <w:r>
        <w:rPr>
          <w:sz w:val="20"/>
        </w:rPr>
        <w:t>33:47  nahi. India mein madarse hain, wahan ulma hain, taulifta hain.</w:t>
      </w:r>
      <w:r>
        <w:br/>
      </w:r>
      <w:r>
        <w:rPr>
          <w:sz w:val="20"/>
        </w:rPr>
        <w:t>33:54  to hamein yeh karna chahiye ke pehle hum quran padh kar ke jaane ke khuda ne hukam kya diya</w:t>
      </w:r>
      <w:r>
        <w:br/>
      </w:r>
      <w:r>
        <w:rPr>
          <w:sz w:val="20"/>
        </w:rPr>
        <w:t>34:00  hai. to usko hum follow karen.</w:t>
      </w:r>
      <w:r>
        <w:br/>
      </w:r>
      <w:r>
        <w:rPr>
          <w:sz w:val="20"/>
        </w:rPr>
        <w:t>34:04  samajh mein nahi aata hai to ulma ko refer karen.</w:t>
      </w:r>
      <w:r>
        <w:br/>
      </w:r>
      <w:r>
        <w:rPr>
          <w:sz w:val="20"/>
        </w:rPr>
        <w:t>34:07  taulifta ko refer karen.</w:t>
      </w:r>
      <w:r>
        <w:br/>
      </w:r>
      <w:r>
        <w:rPr>
          <w:sz w:val="20"/>
        </w:rPr>
        <w:t>34:08  woh jo batayen usko follow karen.</w:t>
      </w:r>
      <w:r>
        <w:br/>
      </w:r>
      <w:r>
        <w:rPr>
          <w:sz w:val="20"/>
        </w:rPr>
        <w:t>34:12  yaad</w:t>
      </w:r>
      <w:r>
        <w:br/>
      </w:r>
      <w:r>
        <w:rPr>
          <w:sz w:val="20"/>
        </w:rPr>
        <w:t>34:12  rakhiye, asal cheez yeh hai ke maine apni aazadi ke sath kya kiya.</w:t>
      </w:r>
      <w:r>
        <w:br/>
      </w:r>
      <w:r>
        <w:rPr>
          <w:sz w:val="20"/>
        </w:rPr>
        <w:t>34:17  yeh nahi ke system ek impose kar diya gaya to main aisa karna pada mujhe.</w:t>
      </w:r>
      <w:r>
        <w:br/>
      </w:r>
      <w:r>
        <w:rPr>
          <w:sz w:val="20"/>
        </w:rPr>
        <w:t>34:21  isme koi reward nahi hai.</w:t>
      </w:r>
      <w:r>
        <w:br/>
      </w:r>
      <w:r>
        <w:rPr>
          <w:sz w:val="20"/>
        </w:rPr>
        <w:t>34:25  yani system ek ban jaye usme aap impose karen logon ke upar justice.</w:t>
      </w:r>
      <w:r>
        <w:br/>
      </w:r>
      <w:r>
        <w:rPr>
          <w:sz w:val="20"/>
        </w:rPr>
        <w:t>34:29  to iska koi bhi reward nahi hai.</w:t>
      </w:r>
      <w:r>
        <w:br/>
      </w:r>
      <w:r>
        <w:rPr>
          <w:sz w:val="20"/>
        </w:rPr>
        <w:t>34:32  reward us par hai jo maine apni aazadi se</w:t>
      </w:r>
      <w:r>
        <w:br/>
      </w:r>
      <w:r>
        <w:rPr>
          <w:sz w:val="20"/>
        </w:rPr>
        <w:t>34:36  kiya ho. isi liye hai ke le yakoomat nasu bil qist.</w:t>
      </w:r>
      <w:r>
        <w:br/>
      </w:r>
      <w:r>
        <w:rPr>
          <w:sz w:val="20"/>
        </w:rPr>
        <w:t>34:41  ke khuda ne justice ke principle bataye paighambaron ke zariye se.</w:t>
      </w:r>
      <w:r>
        <w:br/>
      </w:r>
      <w:r>
        <w:rPr>
          <w:sz w:val="20"/>
        </w:rPr>
        <w:t>34:47  kyun?</w:t>
      </w:r>
      <w:r>
        <w:br/>
      </w:r>
      <w:r>
        <w:rPr>
          <w:sz w:val="20"/>
        </w:rPr>
        <w:t>34:48  taake log justice ko follow karen.</w:t>
      </w:r>
      <w:r>
        <w:br/>
      </w:r>
      <w:r>
        <w:rPr>
          <w:sz w:val="20"/>
        </w:rPr>
        <w:t>34:51  yani apni aazadi se, apne choice se follow karen.</w:t>
      </w:r>
      <w:r>
        <w:br/>
      </w:r>
      <w:r>
        <w:rPr>
          <w:sz w:val="20"/>
        </w:rPr>
        <w:t>34:57  तो according to the situation ہوگا।</w:t>
      </w:r>
      <w:r>
        <w:br/>
      </w:r>
      <w:r>
        <w:rPr>
          <w:sz w:val="20"/>
        </w:rPr>
        <w:t>35:00  aam agar aadmi akela hai to akela follow karega.</w:t>
      </w:r>
      <w:r>
        <w:br/>
      </w:r>
      <w:r>
        <w:rPr>
          <w:sz w:val="20"/>
        </w:rPr>
        <w:t>35:03  samaj hai to samaj mein jaise india mein hum ulma ke advice lekar follow karein.</w:t>
      </w:r>
      <w:r>
        <w:br/>
      </w:r>
      <w:r>
        <w:rPr>
          <w:sz w:val="20"/>
        </w:rPr>
        <w:t>35:11  agar kahin aisa hai ke wahan par aapki</w:t>
      </w:r>
      <w:r>
        <w:br/>
      </w:r>
      <w:r>
        <w:rPr>
          <w:sz w:val="20"/>
        </w:rPr>
        <w:t>35:15  government hai to wahan government bhi usko follow karegi.</w:t>
      </w:r>
      <w:r>
        <w:br/>
      </w:r>
      <w:r>
        <w:rPr>
          <w:sz w:val="20"/>
        </w:rPr>
        <w:t>35:21  to according to the situation yeh hukam hai.</w:t>
      </w:r>
      <w:r>
        <w:br/>
      </w:r>
      <w:r>
        <w:rPr>
          <w:sz w:val="20"/>
        </w:rPr>
        <w:t>35:23  na ke ek absolute aisa koi khuda ne nahi hukam de diya ke system ko tod tod karke</w:t>
      </w:r>
      <w:r>
        <w:br/>
      </w:r>
      <w:r>
        <w:rPr>
          <w:sz w:val="20"/>
        </w:rPr>
        <w:t>35:30  har jagah justice qaim karo.</w:t>
      </w:r>
      <w:r>
        <w:br/>
      </w:r>
      <w:r>
        <w:rPr>
          <w:sz w:val="20"/>
        </w:rPr>
        <w:t>35:32  yeh jhootha nazariya hai.</w:t>
      </w:r>
      <w:r>
        <w:br/>
      </w:r>
      <w:r>
        <w:rPr>
          <w:sz w:val="20"/>
        </w:rPr>
        <w:t>35:33  aur bila</w:t>
      </w:r>
      <w:r>
        <w:br/>
      </w:r>
      <w:r>
        <w:rPr>
          <w:sz w:val="20"/>
        </w:rPr>
        <w:t>35:34  shubah main isko haram samajhta hoon aisi politics ko. Iska Quran Hadees se koi talluq nahi hai. Follow karna justice ko yeh hai Islam. Na ki justice ko impose karna. Justice ko establish karna woh Islam nahi hai. Woh to woh hai. Woh to woh hai kya kehte hain usko.</w:t>
      </w:r>
      <w:r>
        <w:br/>
      </w:r>
      <w:r>
        <w:rPr>
          <w:sz w:val="20"/>
        </w:rPr>
        <w:t>35:52  Fasad hai woh. Kai Muslim countries mein sab ho raha hai. Magar lad rahe hain log justice kayam karne ke liye. Pakistan mein, Sudan mein,</w:t>
      </w:r>
      <w:r>
        <w:br/>
      </w:r>
      <w:r>
        <w:rPr>
          <w:sz w:val="20"/>
        </w:rPr>
        <w:t>36:06  aur Egypt mein, aur Syria mein har jagah. Takhriban har Muslim country mein. Aur kya ho raha hai?</w:t>
      </w:r>
      <w:r>
        <w:br/>
      </w:r>
      <w:r>
        <w:rPr>
          <w:sz w:val="20"/>
        </w:rPr>
        <w:t>36:14  Aapas mein maar rahe hain. Aapas mein kaat rahe hain. Yaani masjidon mein bomb chal rahe hain. Maqbaron mein bomb chal rahe hain. Madarson mein goliyan chal rahi hain. Yeh koi justice hai?</w:t>
      </w:r>
    </w:p>
    <w:p>
      <w:pPr>
        <w:pStyle w:val="Heading2"/>
      </w:pPr>
      <w:r>
        <w:t>Positive thinking and prophetic example</w:t>
      </w:r>
    </w:p>
    <w:p>
      <w:r>
        <w:rPr>
          <w:color w:val="666666"/>
          <w:sz w:val="18"/>
        </w:rPr>
        <w:t>Discussion on Peace (Ulama Session- II) Peace Conference April 29-30, 2023 · 3m 05s · at 7:51 · https://youtu.be/jWMy2u1iAEg?t=471</w:t>
      </w:r>
    </w:p>
    <w:p>
      <w:r>
        <w:rPr>
          <w:i/>
        </w:rPr>
        <w:t>“तो जब आदमी इन negative items से free रहेगा”</w:t>
      </w:r>
    </w:p>
    <w:p>
      <w:r>
        <w:rPr>
          <w:sz w:val="20"/>
        </w:rPr>
        <w:t>7:51  to jab aadmi in negative items se free rahega to usi ke baad usko woh cheez hasil hoti hai jise peace of mind kehte hain. to peace of mind ke hasil ke baad hi ek aadmi kisi khas situation mein khas dhang se soch pata hai. lehaza ang ke ki bahali mein positive thinking ki bohat zyada ahmiyat hai.</w:t>
      </w:r>
      <w:r>
        <w:br/>
      </w:r>
      <w:r>
        <w:rPr>
          <w:sz w:val="20"/>
        </w:rPr>
        <w:t>8:16  lekin maujooda zamana age of research hai, maujooda zamane mein jin subjects par bohat zyada researches aur tahqiqat hui hain, unmein se ek subject hai psychology. to is mauzu par bhi bohat zyada takhleeq hui hai.</w:t>
      </w:r>
      <w:r>
        <w:br/>
      </w:r>
      <w:r>
        <w:rPr>
          <w:sz w:val="20"/>
        </w:rPr>
        <w:t>8:31  misal ke taur par Harvard University ke professor William James kehte hain ke one of the greatest discoveries of my generation is that human beings can alter their life by altering their attitudes of mine.</w:t>
      </w:r>
      <w:r>
        <w:br/>
      </w:r>
      <w:r>
        <w:rPr>
          <w:sz w:val="20"/>
        </w:rPr>
        <w:t>8:47  isi tarah Alfred Adler jisne apni poori zindagi individual psychology par lagaya, usne apni research ko yeh khulase ke taur par is tarah pesh kiya ke one of the wonderful characteristics of human being is their power to turn minus into plus. to yeh researches humein bata rahi hain ke positive thinking ki kitni zyada ahmiyat hai.</w:t>
      </w:r>
      <w:r>
        <w:br/>
      </w:r>
      <w:r>
        <w:rPr>
          <w:sz w:val="20"/>
        </w:rPr>
        <w:t>9:12  jab hum islami masade aur Quran Hadees par war karte hain, prophet ki life par war karte hain to hum dekhte hain ke prophet Muhammad positive thinking ke bohat hi high level par thay. misal main bas ek misal deta hoon ek martaba prophet of Islam. Taif ki taraf safar kar rahe thay. yeh bada mashhoor waqia hai. to aapne apne companion se poocha ke yeh kaun sa rasta hai?</w:t>
      </w:r>
      <w:r>
        <w:br/>
      </w:r>
      <w:r>
        <w:rPr>
          <w:sz w:val="20"/>
        </w:rPr>
        <w:t>9:39  to unhone kaha ke yeh iska naam hai Aszika. Prophet Muhammad ne kaha ke tum Aszika na kaho balkeh yeh Shari kaho. yaani aasan rasta. ab gaur kijiye ke profit ke aisa kehne se woh rasta literally kushayda nahi hua. magar aapne apne companions ko, apne followers ko, musalmanon ko ek mindset diya yaani positive thinking.</w:t>
      </w:r>
      <w:r>
        <w:br/>
      </w:r>
      <w:r>
        <w:rPr>
          <w:sz w:val="20"/>
        </w:rPr>
        <w:t>10:02  to yeh darasal positive thinking thi jiski wajah se prophet of Islam ne daur e awwal mein violent full shurtihaal mein bhi aman ke formulae ko adopt kiya aur poori zindagi aman hi par qaim rahe. ek originalist ne aapke bare mein yeh kaha hai yaani aapke methodology ka analysis karne ke baad ke he faced adversity with the determination to bring success out of failure.</w:t>
      </w:r>
      <w:r>
        <w:br/>
      </w:r>
      <w:r>
        <w:rPr>
          <w:sz w:val="20"/>
        </w:rPr>
        <w:t>10:29  ab gaur kijiye ke woh kaun hoga jo failure se success ko nichod le. yeh to wahi hoga jo bohat zyada positive ho, bohat zyada muzbat ho. to positivity aur positive thinking anki bahali ke liye main samajhta hoon ke in tihai important component ki hissa lagta hai. ji zara kar lo. iske baad Maulana Shamsuddin Abhi sahib se hamara sawal hai.</w:t>
      </w:r>
      <w:r>
        <w:br/>
      </w:r>
      <w:r>
        <w:rPr>
          <w:sz w:val="20"/>
        </w:rPr>
        <w:t>10:56  aapka taluq Bhopal se aur Maulana ki aapne kai kitabon ka, kai Maulana ka RB mein bhi tarjuma kya hai? aur Arabiyon ko aap Maulana ke Maulana ki raushni mein dars bhi diya karte thay. to aapse mera yeh sawal hai ke Maulana ke nazdeek islami jihad ka sahi tasawwur kya hai? usko wazeh karein. Bismillah hai Ahmad e Basim.</w:t>
      </w:r>
    </w:p>
    <w:p>
      <w:pPr>
        <w:pStyle w:val="Heading2"/>
      </w:pPr>
      <w:r>
        <w:t>Modern technology and tourism for da'wah</w:t>
      </w:r>
    </w:p>
    <w:p>
      <w:r>
        <w:rPr>
          <w:color w:val="666666"/>
          <w:sz w:val="18"/>
        </w:rPr>
        <w:t>Divine Plan | March 12, 2017 · 6m 04s · at 7:25 · https://youtu.be/dqB4muqGG4I?t=445</w:t>
      </w:r>
    </w:p>
    <w:p>
      <w:r>
        <w:rPr>
          <w:i/>
        </w:rPr>
        <w:t>“Mojooda zamane mein ye kaam aur bhi bade peman par hua hai”</w:t>
      </w:r>
    </w:p>
    <w:p>
      <w:r>
        <w:rPr>
          <w:sz w:val="20"/>
        </w:rPr>
        <w:t>7:25  to maujooda zamane mein ye kaam aur bhi barhe paimane par hua hai technology ke zariye se technology</w:t>
      </w:r>
      <w:r>
        <w:br/>
      </w:r>
      <w:r>
        <w:rPr>
          <w:sz w:val="20"/>
        </w:rPr>
        <w:t>7:33  jo aayi hai aur bhi zyada barhe paimane par ye kaam ho raha hai ab commercial interest aa gaya</w:t>
      </w:r>
      <w:r>
        <w:br/>
      </w:r>
      <w:r>
        <w:rPr>
          <w:sz w:val="20"/>
        </w:rPr>
        <w:t>7:40  hai bahut barhe paimane par commercial interest aa gaya hai log business ke liye yahan wahan jaane lage hain</w:t>
      </w:r>
      <w:r>
        <w:br/>
      </w:r>
      <w:r>
        <w:rPr>
          <w:sz w:val="20"/>
        </w:rPr>
        <w:t>7:48  education ke liye medical facil</w:t>
      </w:r>
      <w:r>
        <w:br/>
      </w:r>
      <w:r>
        <w:rPr>
          <w:sz w:val="20"/>
        </w:rPr>
        <w:t>7:55  ities ke liye business ke liye yahan wahan jaate hain is ke nateejay mein taraqqi hui aviation ko hawai jahaz yani aik necessity create ki Allah taala ne commercial interest ki to bohat jo rawaiyadi ya traditional sawariyan jo theen us se bohat zyada phailao nahi ho sakta tha in logon ko aisi sawari chahiye thi</w:t>
      </w:r>
      <w:r>
        <w:br/>
      </w:r>
      <w:r>
        <w:rPr>
          <w:sz w:val="20"/>
        </w:rPr>
        <w:t>8:25  jo jangla ho pahar ho samandar sab ke upar se guzar sakay woh to hawai jahaz bane ab ab is zamanay mein hawai jahaz jo hai bohat bara zariya hai is ka yani intashar fi al arz ka rozana beshumar log hawai jahaz se jaate hain yahan se wahan wahan se wahan koi business ke liye</w:t>
      </w:r>
      <w:r>
        <w:br/>
      </w:r>
      <w:r>
        <w:rPr>
          <w:sz w:val="20"/>
        </w:rPr>
        <w:t>8:55  koi education ke liye koi ilaaj ke liye koi tourism ke liye to aik aalami satah par aik mobility qaim hai ab dekhen isi mein kuch aise log ho sakte hain jo flight commander ban jayen hawai jahaz mein un ko job mil jaye to yahan jayen ge wahan jayen ge to aise log jo</w:t>
      </w:r>
      <w:r>
        <w:br/>
      </w:r>
      <w:r>
        <w:rPr>
          <w:sz w:val="20"/>
        </w:rPr>
        <w:t>9:25  hain wo divine ka jo jo jo plan hai is ka part ban jayenge ke un ke</w:t>
      </w:r>
      <w:r>
        <w:br/>
      </w:r>
      <w:r>
        <w:rPr>
          <w:sz w:val="20"/>
        </w:rPr>
        <w:t>9:35  zariye se global level par phailao hoga interaction hoga aur dawat phailay gi to jin logon ne chhote</w:t>
      </w:r>
      <w:r>
        <w:br/>
      </w:r>
      <w:r>
        <w:rPr>
          <w:sz w:val="20"/>
        </w:rPr>
        <w:t>9:46  chhote pocket banaye wo kitna zyada be khabar the allah ta'ala ki scheme of things se jaise bosnia banaya</w:t>
      </w:r>
      <w:r>
        <w:br/>
      </w:r>
      <w:r>
        <w:rPr>
          <w:sz w:val="20"/>
        </w:rPr>
        <w:t>9:56  singh kang banaya arakan mein banaya yeh sab leader log jo hain yahi soch paye thay ke muslim pocket muslim pocket is ke nateejay mein siwaye tabahi ke aur kuch nahi hui muslim pocket nahi hai musalmanon ko sari duniya mein phailao sari duniya mein phailao aur jo muslim area thay jaise middle east ka area middle east ka area mein bohat z</w:t>
      </w:r>
      <w:r>
        <w:br/>
      </w:r>
      <w:r>
        <w:rPr>
          <w:sz w:val="20"/>
        </w:rPr>
        <w:t>10:26  bardaasht scope hai is ka tourism ka bahut zyada scope hai lekin is se be khabar hain wo</w:t>
      </w:r>
      <w:r>
        <w:br/>
      </w:r>
      <w:r>
        <w:rPr>
          <w:sz w:val="20"/>
        </w:rPr>
        <w:t>10:33  lad rahe hain khali lad rahe hain yaani lad rahe hain nafrat kar rahe hain protest kar rahe</w:t>
      </w:r>
      <w:r>
        <w:br/>
      </w:r>
      <w:r>
        <w:rPr>
          <w:sz w:val="20"/>
        </w:rPr>
        <w:t>10:41  hain kyunke unhein pata hi nahin ke ye jo wo jo ilaaqa hai wahan to yaani sab se</w:t>
      </w:r>
      <w:r>
        <w:br/>
      </w:r>
      <w:r>
        <w:rPr>
          <w:sz w:val="20"/>
        </w:rPr>
        <w:t>10:48  bada mauqa hai</w:t>
      </w:r>
      <w:r>
        <w:br/>
      </w:r>
      <w:r>
        <w:rPr>
          <w:sz w:val="20"/>
        </w:rPr>
        <w:t>10:56  tourism ka wahan historical monument bohat hi zyada hai woh lad rahe hain ladne ki wajah se woh moqa avail nahi ho raha hai log kam jaate hain kyunke unhe dar dar rehta hai ke pata nahi kya ho yahan tak ke ahram jo misr ke ahram hain pyramids jo duniya ki sab se zyada purani imarat hai woh bohat zyada tourist ke</w:t>
      </w:r>
      <w:r>
        <w:br/>
      </w:r>
      <w:r>
        <w:rPr>
          <w:sz w:val="20"/>
        </w:rPr>
        <w:t>11:26  liye bahut zyada attraction hai haan to wahan jo islam pasand log hain kehte hain chhod do is ko</w:t>
      </w:r>
      <w:r>
        <w:br/>
      </w:r>
      <w:r>
        <w:rPr>
          <w:sz w:val="20"/>
        </w:rPr>
        <w:t>11:32  kuchh jante hi nahin hain log ehram mein is ko todna chahte hain ab afghanistan mein dekhen bamyan</w:t>
      </w:r>
      <w:r>
        <w:br/>
      </w:r>
      <w:r>
        <w:rPr>
          <w:sz w:val="20"/>
        </w:rPr>
        <w:t>11:38  ke jo buth ka statue tha is ko toda wo is ko khabar hi nahin thi un ko</w:t>
      </w:r>
      <w:r>
        <w:br/>
      </w:r>
      <w:r>
        <w:rPr>
          <w:sz w:val="20"/>
        </w:rPr>
        <w:t>11:44  ke ye statue jo hai ye to dunya bhar ke tourist ko yahan bulate hain attraction hai tourist</w:t>
      </w:r>
      <w:r>
        <w:br/>
      </w:r>
      <w:r>
        <w:rPr>
          <w:sz w:val="20"/>
        </w:rPr>
        <w:t>11:51  ke liye bada bahut bada attraction hai ye</w:t>
      </w:r>
      <w:r>
        <w:br/>
      </w:r>
      <w:r>
        <w:rPr>
          <w:sz w:val="20"/>
        </w:rPr>
        <w:t>11:57  to be khabari itni barhi hui hai ke wo cheez jo allah ka plan hai is ko bhi</w:t>
      </w:r>
      <w:r>
        <w:br/>
      </w:r>
      <w:r>
        <w:rPr>
          <w:sz w:val="20"/>
        </w:rPr>
        <w:t>12:05  ladte hain ye allah ke plan hain ke log layen aayen yahan taake un ko islam ka paigham</w:t>
      </w:r>
      <w:r>
        <w:br/>
      </w:r>
      <w:r>
        <w:rPr>
          <w:sz w:val="20"/>
        </w:rPr>
        <w:t>12:13  pahunche to mobility aana jaana interaction spread ye spreading process allah ke ke plan ke mutabiq bahut barhe</w:t>
      </w:r>
      <w:r>
        <w:br/>
      </w:r>
      <w:r>
        <w:rPr>
          <w:sz w:val="20"/>
        </w:rPr>
        <w:t>12:20  paimane par hona chahiye</w:t>
      </w:r>
      <w:r>
        <w:br/>
      </w:r>
      <w:r>
        <w:rPr>
          <w:sz w:val="20"/>
        </w:rPr>
        <w:t>12:28  quran mein hai ke yani koi agar aajaye tumhare ilaqe mein to un ko thehrao taake woh Allah</w:t>
      </w:r>
      <w:r>
        <w:br/>
      </w:r>
      <w:r>
        <w:rPr>
          <w:sz w:val="20"/>
        </w:rPr>
        <w:t>12:39  ka kalam sune yeh kitni ajeeb o ghareeb baat hai is ko ghor kijiye ke agar koi aajaye</w:t>
      </w:r>
      <w:r>
        <w:br/>
      </w:r>
      <w:r>
        <w:rPr>
          <w:sz w:val="20"/>
        </w:rPr>
        <w:t>12:49  mushrik ka Allah to us ko apna thehrao</w:t>
      </w:r>
      <w:r>
        <w:br/>
      </w:r>
      <w:r>
        <w:rPr>
          <w:sz w:val="20"/>
        </w:rPr>
        <w:t>12:59  taake woh Allah ka kalam sune to pehle to chand log aise ho sakte thay ab to aik aalami tourism hai log aa rahe hain aa rahe hain aa rahe hain to yahi yeh ayat jo hai aaj apply hoti hai aalami tourism pe global tourism to is ko is ko aap bhagat karo in ko khush aamdeed kaho in ko marhaba kaho aur un ke</w:t>
      </w:r>
    </w:p>
    <w:p>
      <w:pPr>
        <w:pStyle w:val="Heading2"/>
      </w:pPr>
      <w:r>
        <w:t>Maulana's full journey from seeker to believer</w:t>
      </w:r>
    </w:p>
    <w:p>
      <w:r>
        <w:rPr>
          <w:color w:val="666666"/>
          <w:sz w:val="18"/>
        </w:rPr>
        <w:t>The Discovery of God IIC Prog (Maulana Talk) November 2, 2019 · 5m 49s · at 17:42 · https://youtu.be/u24tYGW6tCM?t=1062</w:t>
      </w:r>
    </w:p>
    <w:p>
      <w:r>
        <w:rPr>
          <w:i/>
        </w:rPr>
        <w:t>“یہ عجیب بات ہے کہ میں سیکھر پیدا ہوا”</w:t>
      </w:r>
    </w:p>
    <w:p>
      <w:r>
        <w:rPr>
          <w:sz w:val="20"/>
        </w:rPr>
        <w:t>17:42  yeh ajeeb baat hai ke main seeker paida hua, I am a seeker</w:t>
      </w:r>
      <w:r>
        <w:br/>
      </w:r>
      <w:r>
        <w:rPr>
          <w:sz w:val="20"/>
        </w:rPr>
        <w:t>17:53  to mujhe chhota tha, naujawani ke umar mein, tab se meri spirit of seeking jo hai, bohat hi strong mein andar maujood thi.</w:t>
      </w:r>
      <w:r>
        <w:br/>
      </w:r>
      <w:r>
        <w:rPr>
          <w:sz w:val="20"/>
        </w:rPr>
        <w:t>18:06  mein bohat idhar udhar janglon mein kahan kahan gaya, aur mein aap ko arz karoon ke mein Kanyakumari bhi gaya is zamane mein,</w:t>
      </w:r>
      <w:r>
        <w:br/>
      </w:r>
      <w:r>
        <w:rPr>
          <w:sz w:val="20"/>
        </w:rPr>
        <w:t>18:19  shayad 1940 mein ya 41 mein.</w:t>
      </w:r>
      <w:r>
        <w:br/>
      </w:r>
      <w:r>
        <w:rPr>
          <w:sz w:val="20"/>
        </w:rPr>
        <w:t>18:25  Kanyakumari aap jante hain ke woh jagah hai south mein jo pehle wahan sirf samandar tha aur ek rock thi,</w:t>
      </w:r>
      <w:r>
        <w:br/>
      </w:r>
      <w:r>
        <w:rPr>
          <w:sz w:val="20"/>
        </w:rPr>
        <w:t>18:38  bas aur kuch nahi tha.</w:t>
      </w:r>
      <w:r>
        <w:br/>
      </w:r>
      <w:r>
        <w:rPr>
          <w:sz w:val="20"/>
        </w:rPr>
        <w:t>18:41  is zamane mein Swami Vivekanand wahan gaye, Peer gaye, aur ja kar us rock par unhon ne</w:t>
      </w:r>
      <w:r>
        <w:br/>
      </w:r>
      <w:r>
        <w:rPr>
          <w:sz w:val="20"/>
        </w:rPr>
        <w:t>18:56  us waqt koi building wahan nahi thi, kuch bhi nahi tha, sirf rock thi aur aas paas samandar tha.</w:t>
      </w:r>
      <w:r>
        <w:br/>
      </w:r>
      <w:r>
        <w:rPr>
          <w:sz w:val="20"/>
        </w:rPr>
        <w:t>19:06  idhar Indian Sea aur idhar Arabian Sea, us waqt gaye the woh. to mujhe yeh shauq hua ke Swami Vivekanand wahan gaye the, woh kya hoga wahan par.</w:t>
      </w:r>
      <w:r>
        <w:br/>
      </w:r>
      <w:r>
        <w:rPr>
          <w:sz w:val="20"/>
        </w:rPr>
        <w:t>19:24  to mein us waqt Aligarh mein rehta tha,</w:t>
      </w:r>
      <w:r>
        <w:br/>
      </w:r>
      <w:r>
        <w:rPr>
          <w:sz w:val="20"/>
        </w:rPr>
        <w:t>19:29  mein safar kar ke wahan pahuncha, aur jab mein pahuncha wahan par to mein ne dekha ke wahan par sirf ret hai, desert hai, us ke baad samandar hai, aur us ke baad ek ek track rock hai,</w:t>
      </w:r>
      <w:r>
        <w:br/>
      </w:r>
      <w:r>
        <w:rPr>
          <w:sz w:val="20"/>
        </w:rPr>
        <w:t>19:46  bas wahan na koi building hai, na koi insan hai, na kuch hai, na kuch hai. mein akela wahan aa kar baitha, woh sham tak baitha raha, suraj doobne tak,</w:t>
      </w:r>
      <w:r>
        <w:br/>
      </w:r>
      <w:r>
        <w:rPr>
          <w:sz w:val="20"/>
        </w:rPr>
        <w:t>19:58  yahan tak ke suraj doob gaya to wapas aaya. mein yeh woh dauran tha jab ke woh</w:t>
      </w:r>
      <w:r>
        <w:br/>
      </w:r>
      <w:r>
        <w:rPr>
          <w:sz w:val="20"/>
        </w:rPr>
        <w:t>20:10  seeking ka ishq tha mera. mujhe yaad hai ke Aligarh mein UP mein, mein ek din Deoband nikla apne ghar se,</w:t>
      </w:r>
      <w:r>
        <w:br/>
      </w:r>
      <w:r>
        <w:rPr>
          <w:sz w:val="20"/>
        </w:rPr>
        <w:t>20:27  mere bare bhai wahan rehte the, to wahan mein bhi tha. to nikla aur koi na kuch bhi mere mind mein nahi tha.</w:t>
      </w:r>
      <w:r>
        <w:br/>
      </w:r>
      <w:r>
        <w:rPr>
          <w:sz w:val="20"/>
        </w:rPr>
        <w:t>20:40  to chalte hue mein pahuncha Aligarh ki jama masjid mein, woh us waqt woh woh bhi ek sunsaan thi, koi nahi tha wahan par.</w:t>
      </w:r>
      <w:r>
        <w:br/>
      </w:r>
      <w:r>
        <w:rPr>
          <w:sz w:val="20"/>
        </w:rPr>
        <w:t>20:55  us ke andar dakhil hua mein to koi insan wahan nahi tha, bara sa</w:t>
      </w:r>
      <w:r>
        <w:br/>
      </w:r>
      <w:r>
        <w:rPr>
          <w:sz w:val="20"/>
        </w:rPr>
        <w:t>21:07  angan tha,</w:t>
      </w:r>
      <w:r>
        <w:br/>
      </w:r>
      <w:r>
        <w:rPr>
          <w:sz w:val="20"/>
        </w:rPr>
        <w:t>21:10  us mein gaya. to wahan par mein ne dekha ke papita jo hota hai, papita, papite ke bohat se pear the wahan par.</w:t>
      </w:r>
      <w:r>
        <w:br/>
      </w:r>
      <w:r>
        <w:rPr>
          <w:sz w:val="20"/>
        </w:rPr>
        <w:t>21:21  aap jante honge ke papite mein bohat phool nikalte hain, bohat phool nikalte hain, aur woh itne nazuk hote hain ke hawa chale tab bhi girte rehte hain.</w:t>
      </w:r>
      <w:r>
        <w:br/>
      </w:r>
      <w:r>
        <w:rPr>
          <w:sz w:val="20"/>
        </w:rPr>
        <w:t>21:35  to papite ke pear the, us ke upar phool the, aur phool barabar chhad rahe the, mamooli hawa bhi chale to jhat rehte the.</w:t>
      </w:r>
      <w:r>
        <w:br/>
      </w:r>
      <w:r>
        <w:rPr>
          <w:sz w:val="20"/>
        </w:rPr>
        <w:t>21:48  woh</w:t>
      </w:r>
      <w:r>
        <w:br/>
      </w:r>
      <w:r>
        <w:rPr>
          <w:sz w:val="20"/>
        </w:rPr>
        <w:t>21:50  us ke neeche mein khada ho gaya. yeh pehla din tha meri zindagi ka, pehla ke jab mein us ke neeche khada tha, aur mein yeh haal yeh tha ke upar se phool jhad rahe the, aur neeche meri aankhon se aansu barabar tapak rahe the.</w:t>
      </w:r>
      <w:r>
        <w:br/>
      </w:r>
      <w:r>
        <w:rPr>
          <w:sz w:val="20"/>
        </w:rPr>
        <w:t>22:12  to is haal mein meri zuban se nikla, "Khawand to kab aayega?</w:t>
      </w:r>
      <w:r>
        <w:br/>
      </w:r>
      <w:r>
        <w:rPr>
          <w:sz w:val="20"/>
        </w:rPr>
        <w:t>22:19  mein kab tak tere aane ka intezar karoon?" ek deewani ki tarah, "Khawand to kab aayega?</w:t>
      </w:r>
      <w:r>
        <w:br/>
      </w:r>
      <w:r>
        <w:rPr>
          <w:sz w:val="20"/>
        </w:rPr>
        <w:t>22:30  mein kab tak tere aane ka intezar karoon?" isi halat mein mein bohat idhar jata tha,</w:t>
      </w:r>
      <w:r>
        <w:br/>
      </w:r>
      <w:r>
        <w:rPr>
          <w:sz w:val="20"/>
        </w:rPr>
        <w:t>22:38  jangal mein gaya, pahadon mein gaya, kinh kanwari gaya, mumabi gaya, lahore gaya, aur kahan kahan gaya.</w:t>
      </w:r>
      <w:r>
        <w:br/>
      </w:r>
      <w:r>
        <w:rPr>
          <w:sz w:val="20"/>
        </w:rPr>
        <w:t>22:53  is zamane mein mera yeh haal tha ke main idhar udhar jata tha, aur meri zuban par yeh shair hota tha,</w:t>
      </w:r>
      <w:r>
        <w:br/>
      </w:r>
      <w:r>
        <w:rPr>
          <w:sz w:val="20"/>
        </w:rPr>
        <w:t>23:01  "chala hai shauq be khabar, junoon mein janiye kidhar, na koi manzil safar, na qaid kuch maqam ki." is tarah bhadakta raha, bhadakta raha,</w:t>
      </w:r>
      <w:r>
        <w:br/>
      </w:r>
      <w:r>
        <w:rPr>
          <w:sz w:val="20"/>
        </w:rPr>
        <w:t>23:15  yahan tak ke Allah rab ul alameen ne mujhe abdul jalwa dikhaya, aur main nan believer se believer ban gaya.</w:t>
      </w:r>
    </w:p>
    <w:p>
      <w:pPr>
        <w:pStyle w:val="Heading2"/>
      </w:pPr>
      <w:r>
        <w:t>Protest and complaints do not help resolve issues</w:t>
      </w:r>
    </w:p>
    <w:p>
      <w:r>
        <w:rPr>
          <w:color w:val="666666"/>
          <w:sz w:val="18"/>
        </w:rPr>
        <w:t>The Method of Planning August 14, 2016 · 3m 38s · at 48:04 · https://youtu.be/84WV8NS2VKQ?t=2884</w:t>
      </w:r>
    </w:p>
    <w:p>
      <w:r>
        <w:rPr>
          <w:i/>
        </w:rPr>
        <w:t>“Mawlana, agla sawal Muradabad se hai Farooq sahib ka”</w:t>
      </w:r>
    </w:p>
    <w:p>
      <w:r>
        <w:rPr>
          <w:sz w:val="20"/>
        </w:rPr>
        <w:t>48:04  tab tak koi nai bagni nahin hogi.</w:t>
      </w:r>
      <w:r>
        <w:br/>
      </w:r>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r>
        <w:br/>
      </w:r>
      <w:r>
        <w:rPr>
          <w:sz w:val="20"/>
        </w:rPr>
        <w:t>49:37  Maulana, agla sawal Shakeel sahib ne kiya hai Ghaziabad se, aur unhon ne likha hai: "Maulana sahib,</w:t>
      </w:r>
      <w:r>
        <w:br/>
      </w:r>
      <w:r>
        <w:rPr>
          <w:sz w:val="20"/>
        </w:rPr>
        <w:t>49:45  sometimes protests and raising complaints get the attention of authorities so that they take action, otherwise they do</w:t>
      </w:r>
      <w:r>
        <w:br/>
      </w:r>
      <w:r>
        <w:rPr>
          <w:sz w:val="20"/>
        </w:rPr>
        <w:t>49:53  not act at all and become complacent.</w:t>
      </w:r>
      <w:r>
        <w:br/>
      </w:r>
      <w:r>
        <w:rPr>
          <w:sz w:val="20"/>
        </w:rPr>
        <w:t>50:01  There are so many cases where coming on the road to force government to take action has helped. Don't you think that sometimes protests and complaints help in getting matters resolved faster?</w:t>
      </w:r>
      <w:r>
        <w:br/>
      </w:r>
      <w:r>
        <w:rPr>
          <w:sz w:val="20"/>
        </w:rPr>
        <w:t>50:14  " ek bhi misal nahi, aap jo keh rahe hain, so many examples, ek bhi misal nahi.</w:t>
      </w:r>
      <w:r>
        <w:br/>
      </w:r>
      <w:r>
        <w:rPr>
          <w:sz w:val="20"/>
        </w:rPr>
        <w:t>50:21  kabhi bhi protest ka tareeqa aur opposition politics ya political activities, yeh kabhi bhi koi positive result nahi nikla hai.</w:t>
      </w:r>
      <w:r>
        <w:br/>
      </w:r>
      <w:r>
        <w:rPr>
          <w:sz w:val="20"/>
        </w:rPr>
        <w:t>50:28  ab misal de ke bataon ga, koi ek misal de dijiye.</w:t>
      </w:r>
      <w:r>
        <w:br/>
      </w:r>
      <w:r>
        <w:rPr>
          <w:sz w:val="20"/>
        </w:rPr>
        <w:t>50:36  misal nateeja niklta hai jaise England mein Fabian Society ne jo kaam kiya, is ka result nikla.</w:t>
      </w:r>
      <w:r>
        <w:br/>
      </w:r>
      <w:r>
        <w:rPr>
          <w:sz w:val="20"/>
        </w:rPr>
        <w:t>50:43  unhon ne na protest kiya, na sarkon par aye, na koi demand kiya, kuch bhi nahi.</w:t>
      </w:r>
      <w:r>
        <w:br/>
      </w:r>
      <w:r>
        <w:rPr>
          <w:sz w:val="20"/>
        </w:rPr>
        <w:t>50:50  peaceful tareeqe se unhon ne kaam kiya, aur bohat bara result aa gaya.</w:t>
      </w:r>
      <w:r>
        <w:br/>
      </w:r>
      <w:r>
        <w:rPr>
          <w:sz w:val="20"/>
        </w:rPr>
        <w:t>50:58  aap Fabian Society ko parhiye, aap jo keh rahe hain to is ki misal aap den ge, agle</w:t>
      </w:r>
      <w:r>
        <w:br/>
      </w:r>
      <w:r>
        <w:rPr>
          <w:sz w:val="20"/>
        </w:rPr>
        <w:t>51:05  Sunday ko to bataon ga.</w:t>
      </w:r>
      <w:r>
        <w:br/>
      </w:r>
      <w:r>
        <w:rPr>
          <w:sz w:val="20"/>
        </w:rPr>
        <w:t>51:12  koi ek misal de dijiye ke yeh jo negative activism hai, is se kuch faida nikalta hai.</w:t>
      </w:r>
      <w:r>
        <w:br/>
      </w:r>
      <w:r>
        <w:rPr>
          <w:sz w:val="20"/>
        </w:rPr>
        <w:t>51:20  positive activism se faida nikalta hai, negative activism se faida koi nahi nikalta.</w:t>
      </w:r>
      <w:r>
        <w:br/>
      </w:r>
      <w:r>
        <w:rPr>
          <w:sz w:val="20"/>
        </w:rPr>
        <w:t>51:27  Maulana, agla sawal Mumbai se kiya hai Fayyaz sahib ne, aur unhon ne aap se poocha hai ke</w:t>
      </w:r>
      <w:r>
        <w:br/>
      </w:r>
      <w:r>
        <w:rPr>
          <w:sz w:val="20"/>
        </w:rPr>
        <w:t>51:34  Maulana sahib, can we do DAWA work by using cinema, movies, and documentaries as the medium?</w:t>
      </w:r>
      <w:r>
        <w:br/>
      </w:r>
      <w:r>
        <w:rPr>
          <w:sz w:val="20"/>
        </w:rPr>
        <w:t>51:42  What is your advice to that?</w:t>
      </w:r>
    </w:p>
    <w:p>
      <w:pPr>
        <w:pStyle w:val="Heading2"/>
      </w:pPr>
      <w:r>
        <w:t>Becoming a believer through reality discovery</w:t>
      </w:r>
    </w:p>
    <w:p>
      <w:r>
        <w:rPr>
          <w:color w:val="666666"/>
          <w:sz w:val="18"/>
        </w:rPr>
        <w:t>Character of a Believer April 16, 2016 Maulana Wahiduddin Khan · 3m 01s · at 0:56 · https://youtu.be/HpOK8NY312g?t=56</w:t>
      </w:r>
    </w:p>
    <w:p>
      <w:r>
        <w:rPr>
          <w:i/>
        </w:rPr>
        <w:t>“Dekhiye, believer ka matlab hai momin, sahib-e-aqeeda.”</w:t>
      </w:r>
    </w:p>
    <w:p>
      <w:r>
        <w:rPr>
          <w:sz w:val="20"/>
        </w:rPr>
        <w:t>0:56  dekhen, believer ka matlab hai momin, sahib aqeeda.</w:t>
      </w:r>
      <w:r>
        <w:br/>
      </w:r>
      <w:r>
        <w:rPr>
          <w:sz w:val="20"/>
        </w:rPr>
        <w:t>1:05  lekin momin kaise banta hai? aik momin kis process ke tehat wajood mein aata hai, us ke lehaz</w:t>
      </w:r>
      <w:r>
        <w:br/>
      </w:r>
      <w:r>
        <w:rPr>
          <w:sz w:val="20"/>
        </w:rPr>
        <w:t>1:15  se dekha jaye to believer wo hai jis ko reality discovery ke darje mein mili ho.</w:t>
      </w:r>
      <w:r>
        <w:br/>
      </w:r>
      <w:r>
        <w:rPr>
          <w:sz w:val="20"/>
        </w:rPr>
        <w:t>1:24  sab se bari reality Rab-ul-Alameen hai.</w:t>
      </w:r>
      <w:r>
        <w:br/>
      </w:r>
      <w:r>
        <w:rPr>
          <w:sz w:val="20"/>
        </w:rPr>
        <w:t>1:34  to ye believer banna aik process ka culmination hai.</w:t>
      </w:r>
      <w:r>
        <w:br/>
      </w:r>
      <w:r>
        <w:rPr>
          <w:sz w:val="20"/>
        </w:rPr>
        <w:t>1:43  aadmi paida hota hai aql ke sath.</w:t>
      </w:r>
      <w:r>
        <w:br/>
      </w:r>
      <w:r>
        <w:rPr>
          <w:sz w:val="20"/>
        </w:rPr>
        <w:t>1:53  to aql aik aisi living machine hai jo raat din sochti hai.</w:t>
      </w:r>
      <w:r>
        <w:br/>
      </w:r>
      <w:r>
        <w:rPr>
          <w:sz w:val="20"/>
        </w:rPr>
        <w:t>2:02  نان اسٹاپ thinking ہوتی ہے آپ کے mind کے اندر۔</w:t>
      </w:r>
      <w:r>
        <w:br/>
      </w:r>
      <w:r>
        <w:rPr>
          <w:sz w:val="20"/>
        </w:rPr>
        <w:t>2:12  تو یہ نان اسٹاپ تھنکنگ چلتی ہے اس سوال پر کہ who am I, who is my creator?</w:t>
      </w:r>
      <w:r>
        <w:br/>
      </w:r>
      <w:r>
        <w:rPr>
          <w:sz w:val="20"/>
        </w:rPr>
        <w:t>2:21  What is the purpose of life? What is before death? What is after death? Yeh sare question is</w:t>
      </w:r>
      <w:r>
        <w:br/>
      </w:r>
      <w:r>
        <w:rPr>
          <w:sz w:val="20"/>
        </w:rPr>
        <w:t>2:31  ke mind mein ate hain, aik toofan barpa karte hain.</w:t>
      </w:r>
      <w:r>
        <w:br/>
      </w:r>
      <w:r>
        <w:rPr>
          <w:sz w:val="20"/>
        </w:rPr>
        <w:t>2:40  یعنی جس کو کہتے ہیں brainstorming۔</w:t>
      </w:r>
      <w:r>
        <w:br/>
      </w:r>
      <w:r>
        <w:rPr>
          <w:sz w:val="20"/>
        </w:rPr>
        <w:t>2:50  to lambi study, observation aur contemplation ke baad wo keh uthta hai ke alhamdulillah rabbil alameen.</w:t>
      </w:r>
      <w:r>
        <w:br/>
      </w:r>
      <w:r>
        <w:rPr>
          <w:sz w:val="20"/>
        </w:rPr>
        <w:t>2:59  khudaya, main ne tujh par yaqeen kiya, main tujh par imaan laya.</w:t>
      </w:r>
      <w:r>
        <w:br/>
      </w:r>
      <w:r>
        <w:rPr>
          <w:sz w:val="20"/>
        </w:rPr>
        <w:t>3:09  tu is process ke tehat jo insaan banta hai, usi ko hum kehte hain believer ya momin.</w:t>
      </w:r>
      <w:r>
        <w:br/>
      </w:r>
      <w:r>
        <w:rPr>
          <w:sz w:val="20"/>
        </w:rPr>
        <w:t>3:18  momin ya believer is tarah nahi wajood mein aata ke ek kalma hai, us ko aap ne recide kar diya.</w:t>
      </w:r>
      <w:r>
        <w:br/>
      </w:r>
      <w:r>
        <w:rPr>
          <w:sz w:val="20"/>
        </w:rPr>
        <w:t>3:28  nahi, woh ek zalzala khez thinking process ke baad wajood mein aata hai.</w:t>
      </w:r>
      <w:r>
        <w:br/>
      </w:r>
      <w:r>
        <w:rPr>
          <w:sz w:val="20"/>
        </w:rPr>
        <w:t>3:37  aur jo believer ya momin is tarah bane, usi ke andar woh saare character, woh saari qualities paida</w:t>
      </w:r>
      <w:r>
        <w:br/>
      </w:r>
      <w:r>
        <w:rPr>
          <w:sz w:val="20"/>
        </w:rPr>
        <w:t>3:47  hoti hain jo momin ki quality hain.</w:t>
      </w:r>
      <w:r>
        <w:br/>
      </w:r>
      <w:r>
        <w:rPr>
          <w:sz w:val="20"/>
        </w:rPr>
        <w:t>3:57  So Maulana, a believer is the culmination of a thinking process. So Maulana, ah what makes a believer a person of good character?</w:t>
      </w:r>
    </w:p>
    <w:p>
      <w:pPr>
        <w:pStyle w:val="Heading2"/>
      </w:pPr>
      <w:r>
        <w:t>Understanding Firdaus and the journey of discovery</w:t>
      </w:r>
    </w:p>
    <w:p>
      <w:r>
        <w:rPr>
          <w:color w:val="666666"/>
          <w:sz w:val="18"/>
        </w:rPr>
        <w:t>The Highest Level of Paradise October 13, 2018 · 4m 25s · at 7:23 · https://youtu.be/L-VshW0ylX0?t=443</w:t>
      </w:r>
    </w:p>
    <w:p>
      <w:r>
        <w:rPr>
          <w:i/>
        </w:rPr>
        <w:t>“Ab dekhiye, Firdaus kya cheez hai?”</w:t>
      </w:r>
    </w:p>
    <w:p>
      <w:r>
        <w:rPr>
          <w:sz w:val="20"/>
        </w:rPr>
        <w:t>7:23  ab dekhiye, firdous kya cheez hai?</w:t>
      </w:r>
      <w:r>
        <w:br/>
      </w:r>
      <w:r>
        <w:rPr>
          <w:sz w:val="20"/>
        </w:rPr>
        <w:t>7:30  sirf bulandi ki baat nahi hai, yeh</w:t>
      </w:r>
      <w:r>
        <w:br/>
      </w:r>
      <w:r>
        <w:rPr>
          <w:sz w:val="20"/>
        </w:rPr>
        <w:t>7:36  sirf bulandi ki baat nahi hai, woh Allah Rabbul Alameen ke paros ki baat hai.</w:t>
      </w:r>
      <w:r>
        <w:br/>
      </w:r>
      <w:r>
        <w:rPr>
          <w:sz w:val="20"/>
        </w:rPr>
        <w:t>7:46  ab woh hadees, woh woh Quran ki ayat padhiye aur is ka tarjuma padhiye. Wa</w:t>
      </w:r>
      <w:r>
        <w:br/>
      </w:r>
      <w:r>
        <w:rPr>
          <w:sz w:val="20"/>
        </w:rPr>
        <w:t>7:53  darab Allah masalan lillazeena amanoo imra'ata Fir'awn. qaalat: "Rabbi ibni li AAindaka baytan fil Jannati wa najjini min Fir'awna wa AAamilihi wa najjini minal qawmidh-dhaalimeen." Surah Taubah,</w:t>
      </w:r>
      <w:r>
        <w:br/>
      </w:r>
      <w:r>
        <w:rPr>
          <w:sz w:val="20"/>
        </w:rPr>
        <w:t>8:08  chapter number 66, verse number 11. aur misaal di Allah Ta'ala ne ek momino ke liye Fir'aun ki aurat ki, jab ke us ne kaha:</w:t>
      </w:r>
      <w:r>
        <w:br/>
      </w:r>
      <w:r>
        <w:rPr>
          <w:sz w:val="20"/>
        </w:rPr>
        <w:t>8:21  "Ae mere Rab! mere liye apne paas jannat mein ek ghar bana aur mujhe nijaat de de Fir'aun aur us ke amal se, aur mujhe nijaat de de zalim qom se."</w:t>
      </w:r>
      <w:r>
        <w:br/>
      </w:r>
      <w:r>
        <w:rPr>
          <w:sz w:val="20"/>
        </w:rPr>
        <w:t>8:34  to is hadees aur is Quran ki is ayat par</w:t>
      </w:r>
      <w:r>
        <w:br/>
      </w:r>
      <w:r>
        <w:rPr>
          <w:sz w:val="20"/>
        </w:rPr>
        <w:t>8:42  sochne se mujhe yeh maloom hua ke</w:t>
      </w:r>
      <w:r>
        <w:br/>
      </w:r>
      <w:r>
        <w:rPr>
          <w:sz w:val="20"/>
        </w:rPr>
        <w:t>8:52  yeh jo paralyze hai, jannat ul firdous, yeh naam hai Allah ke paros ka, Allah ki neighborhood banane ka.</w:t>
      </w:r>
      <w:r>
        <w:br/>
      </w:r>
      <w:r>
        <w:rPr>
          <w:sz w:val="20"/>
        </w:rPr>
        <w:t>9:11  yaani is ki jo beauty hai, beauty hai, woh to baat ko aati hai, asal cheez to aata hai Rabbul Alameen ka paros.</w:t>
      </w:r>
      <w:r>
        <w:br/>
      </w:r>
      <w:r>
        <w:rPr>
          <w:sz w:val="20"/>
        </w:rPr>
        <w:t>9:25  jab woh rab ul alameen ka paros hai to tu rahe ga, woh beautiful.</w:t>
      </w:r>
      <w:r>
        <w:br/>
      </w:r>
      <w:r>
        <w:rPr>
          <w:sz w:val="20"/>
        </w:rPr>
        <w:t>9:36  to ghor kijiye ke</w:t>
      </w:r>
      <w:r>
        <w:br/>
      </w:r>
      <w:r>
        <w:rPr>
          <w:sz w:val="20"/>
        </w:rPr>
        <w:t>9:40  kya darja hai</w:t>
      </w:r>
      <w:r>
        <w:br/>
      </w:r>
      <w:r>
        <w:rPr>
          <w:sz w:val="20"/>
        </w:rPr>
        <w:t>9:45  aise logon ka. to jannat mein ya jannat ul firdous mein dakhla jo hai, woh kin logon ke liye muqaddar hai?</w:t>
      </w:r>
      <w:r>
        <w:br/>
      </w:r>
      <w:r>
        <w:rPr>
          <w:sz w:val="20"/>
        </w:rPr>
        <w:t>10:02  un logon ke liye jo</w:t>
      </w:r>
      <w:r>
        <w:br/>
      </w:r>
      <w:r>
        <w:rPr>
          <w:sz w:val="20"/>
        </w:rPr>
        <w:t>10:12  high choice lein, bara choice.</w:t>
      </w:r>
      <w:r>
        <w:br/>
      </w:r>
      <w:r>
        <w:rPr>
          <w:sz w:val="20"/>
        </w:rPr>
        <w:t>10:21  yani un ke samne dunya ke glamour samne aaye, lekin un ki discovery itni bari ho ke woh supersede kar jaye us glamour se.</w:t>
      </w:r>
      <w:r>
        <w:br/>
      </w:r>
      <w:r>
        <w:rPr>
          <w:sz w:val="20"/>
        </w:rPr>
        <w:t>10:43  yeh yeh sara mamla discovery ka hai. is khatoon ko agar discovery na hui hoti to itna bara sacrifice woh nahi kar sakti thi.</w:t>
      </w:r>
      <w:r>
        <w:br/>
      </w:r>
      <w:r>
        <w:rPr>
          <w:sz w:val="20"/>
        </w:rPr>
        <w:t>10:54  is khatoon ko discovery hui Allah rab ul alameen ki, us ko discovery hui jannat ul firdous ki.</w:t>
      </w:r>
      <w:r>
        <w:br/>
      </w:r>
      <w:r>
        <w:rPr>
          <w:sz w:val="20"/>
        </w:rPr>
        <w:t>11:08  kya kya discovery hui us ko? tab us ke andar yeh himmat aayi,</w:t>
      </w:r>
      <w:r>
        <w:br/>
      </w:r>
      <w:r>
        <w:rPr>
          <w:sz w:val="20"/>
        </w:rPr>
        <w:t>11:17  is is sacrifice ko us ne khushi se ikhtiyar kar liya</w:t>
      </w:r>
      <w:r>
        <w:br/>
      </w:r>
      <w:r>
        <w:rPr>
          <w:sz w:val="20"/>
        </w:rPr>
        <w:t>11:25  ke</w:t>
      </w:r>
      <w:r>
        <w:br/>
      </w:r>
      <w:r>
        <w:rPr>
          <w:sz w:val="20"/>
        </w:rPr>
        <w:t>11:30  misr ke emperor ka palace us ko manzoor nahi hai, lekin Allah ka paros manzoor hai jahan firdous waqe hai.</w:t>
      </w:r>
    </w:p>
    <w:p>
      <w:pPr>
        <w:pStyle w:val="Heading2"/>
      </w:pPr>
      <w:r>
        <w:t>An educated seeker's 25-year journey to understanding paradise</w:t>
      </w:r>
    </w:p>
    <w:p>
      <w:r>
        <w:rPr>
          <w:color w:val="666666"/>
          <w:sz w:val="18"/>
        </w:rPr>
        <w:t>Ramadan and Quranic Guidance July 29, 2012 · 5m 58s · at 32:17 · https://youtu.be/WxpcI7qi4d0?t=1937</w:t>
      </w:r>
    </w:p>
    <w:p>
      <w:r>
        <w:rPr>
          <w:i/>
        </w:rPr>
        <w:t>“Ek aur sahab ko Quran diya gaya, woh bhi padhe likhe the”</w:t>
      </w:r>
    </w:p>
    <w:p>
      <w:r>
        <w:rPr>
          <w:sz w:val="20"/>
        </w:rPr>
        <w:t>32:17  ke kuch logon ko is se milti hai hidayat aur kuch logon ko is se milti hai gumrahi. ab aap ek aur misaal lijiye. isi tarah ek aur saahab ko quran ka, woh bhi parhe likhe thay.</w:t>
      </w:r>
      <w:r>
        <w:br/>
      </w:r>
      <w:r>
        <w:rPr>
          <w:sz w:val="20"/>
        </w:rPr>
        <w:t>32:33  haili educated aadmi thay. un ko quran diya gaya parhnay ke liye. english translation.</w:t>
      </w:r>
      <w:r>
        <w:br/>
      </w:r>
      <w:r>
        <w:rPr>
          <w:sz w:val="20"/>
        </w:rPr>
        <w:t>32:41  is ko parha unhon nay. aur aik baar parha to phir is ko kai baar parh dala unhon nay.</w:t>
      </w:r>
      <w:r>
        <w:br/>
      </w:r>
      <w:r>
        <w:rPr>
          <w:sz w:val="20"/>
        </w:rPr>
        <w:t>32:53  kyun? unhon nay kaha, mulaqat jab hui un say. unhon nay kaha ke bhai main aik aik aisa aadmi tha jis ke kandhay katar par nahi tha.</w:t>
      </w:r>
      <w:r>
        <w:br/>
      </w:r>
      <w:r>
        <w:rPr>
          <w:sz w:val="20"/>
        </w:rPr>
        <w:t>33:07  main har mazhab ki cheezain parhta tha.</w:t>
      </w:r>
      <w:r>
        <w:br/>
      </w:r>
      <w:r>
        <w:rPr>
          <w:sz w:val="20"/>
        </w:rPr>
        <w:t>33:11  to main nay dekha ke doosray mazhabon mein salvation jo hai, nijat. woh external factor par</w:t>
      </w:r>
      <w:r>
        <w:br/>
      </w:r>
      <w:r>
        <w:rPr>
          <w:sz w:val="20"/>
        </w:rPr>
        <w:t>33:22  base karti hai, mabni hai. yani kuch external factor hain jo mujh ko salvation detay hain. misaal ke taur par yahood ke haan kya hai?</w:t>
      </w:r>
      <w:r>
        <w:br/>
      </w:r>
      <w:r>
        <w:rPr>
          <w:sz w:val="20"/>
        </w:rPr>
        <w:t>33:36  ke</w:t>
      </w:r>
      <w:r>
        <w:br/>
      </w:r>
      <w:r>
        <w:rPr>
          <w:sz w:val="20"/>
        </w:rPr>
        <w:t>33:39  birth par sara mamla mabni hai. birth. yani aik aadmi yahoodi family mein paida ho gaya to us ke liye jannat hai.</w:t>
      </w:r>
      <w:r>
        <w:br/>
      </w:r>
      <w:r>
        <w:rPr>
          <w:sz w:val="20"/>
        </w:rPr>
        <w:t>33:51  yahoodi family mein paida hona bas yeh kafi hai ke woh paradise mein chala jaye. to paida hona to kisi ke bas mein nahi</w:t>
      </w:r>
      <w:r>
        <w:br/>
      </w:r>
      <w:r>
        <w:rPr>
          <w:sz w:val="20"/>
        </w:rPr>
        <w:t>34:02  hai. aadmi kya maloom ke woh kis family mein paida ho ga. to accidently agar paida ho gaya woh aadmi yahoodi family mein to phir jaye ga jannat mein.</w:t>
      </w:r>
      <w:r>
        <w:br/>
      </w:r>
      <w:r>
        <w:rPr>
          <w:sz w:val="20"/>
        </w:rPr>
        <w:t>34:16  kahin aur paida ho gaya to us ko phir salvation nahi mile gi.</w:t>
      </w:r>
      <w:r>
        <w:br/>
      </w:r>
      <w:r>
        <w:rPr>
          <w:sz w:val="20"/>
        </w:rPr>
        <w:t>34:22  yeh to sab kuch base karta hai ittefaq par. chance factor par</w:t>
      </w:r>
      <w:r>
        <w:br/>
      </w:r>
      <w:r>
        <w:rPr>
          <w:sz w:val="20"/>
        </w:rPr>
        <w:t>34:30  . to mujhe unhon nay kaha ke yeh baat mujhe appeal nahi karti thi yeh cheez. phir unhon nay kaha ke christianity mein hum nay parha to wahan par kya hai?</w:t>
      </w:r>
      <w:r>
        <w:br/>
      </w:r>
      <w:r>
        <w:rPr>
          <w:sz w:val="20"/>
        </w:rPr>
        <w:t>34:39  ke hazrat maseeh sole pe charh gaye. to yeh ab jo log un pe iman layein, un sab ke liye woh sar.</w:t>
      </w:r>
      <w:r>
        <w:br/>
      </w:r>
      <w:r>
        <w:rPr>
          <w:sz w:val="20"/>
        </w:rPr>
        <w:t>34:52  jo un par iman layein, un sab ke liye woh kafara ban gaye.</w:t>
      </w:r>
      <w:r>
        <w:br/>
      </w:r>
      <w:r>
        <w:rPr>
          <w:sz w:val="20"/>
        </w:rPr>
        <w:t>34:59  jis ko kehte hain atonement. to unhon nay kaha ke yeh bhi meri samajh mein nahi aata tha. ke aik aur shakhs jo hai, aik aur shakhs kuch karta hai aur mujh ko yani us ka mil jata hai nateeja.</w:t>
      </w:r>
      <w:r>
        <w:br/>
      </w:r>
      <w:r>
        <w:rPr>
          <w:sz w:val="20"/>
        </w:rPr>
        <w:t>35:19  to yeh kaise, yeh koi logical baat nahi nazar aati thi mujh ko.</w:t>
      </w:r>
      <w:r>
        <w:br/>
      </w:r>
      <w:r>
        <w:rPr>
          <w:sz w:val="20"/>
        </w:rPr>
        <w:t>35:25  to unhon nay kaha ke aise hi sab mazhabon mein tha. to lekin jab main nay quran ko parha to main nay discover kiya is baat ko ke yeh sara mamla hai</w:t>
      </w:r>
      <w:r>
        <w:br/>
      </w:r>
      <w:r>
        <w:rPr>
          <w:sz w:val="20"/>
        </w:rPr>
        <w:t>35:39  apnay ko paradise ke liye deserving candidate bananay ka. zлик jaza wa munteqa.</w:t>
      </w:r>
      <w:r>
        <w:br/>
      </w:r>
      <w:r>
        <w:rPr>
          <w:sz w:val="20"/>
        </w:rPr>
        <w:t>35:48  quran mein bar bar unhon nay kaha ke unhon nay kaha ke bar bar main nay parha ke apnay andar yeh yeh personality develop karo. tab jannat mile gi tum ko.</w:t>
      </w:r>
      <w:r>
        <w:br/>
      </w:r>
      <w:r>
        <w:rPr>
          <w:sz w:val="20"/>
        </w:rPr>
        <w:t>36:01  to yeh yeh poora poora salvation ka poora mamla apnay aap ko as a yani as a</w:t>
      </w:r>
      <w:r>
        <w:br/>
      </w:r>
      <w:r>
        <w:rPr>
          <w:sz w:val="20"/>
        </w:rPr>
        <w:t>36:17  as a as a jannati shakhsiyat develop karnay ka hai. to unhon nay kaha ke main pachees saal, unhon nay kaha ke main bachpan mein khwab dekhta tha ke mujhe ias afsar banna hai.</w:t>
      </w:r>
      <w:r>
        <w:br/>
      </w:r>
      <w:r>
        <w:rPr>
          <w:sz w:val="20"/>
        </w:rPr>
        <w:t>36:33  ias afsar banna hai. to main nay pachees saal tak parha. pachees saal mehnat ki. to us ke baad mujhe unhon nay kaha ke ab main ias afsar hoon.</w:t>
      </w:r>
      <w:r>
        <w:br/>
      </w:r>
      <w:r>
        <w:rPr>
          <w:sz w:val="20"/>
        </w:rPr>
        <w:t>36:48  pachees saal ki mehnat ke baad. to unhon nay kaha ke main sochta tha ke ias afsar bananay ke liye to pachees saal ki tayari chahiye.</w:t>
      </w:r>
      <w:r>
        <w:br/>
      </w:r>
      <w:r>
        <w:rPr>
          <w:sz w:val="20"/>
        </w:rPr>
        <w:t>36:58  aur jannat ke liye kuch karna hi nahi hai.</w:t>
      </w:r>
      <w:r>
        <w:br/>
      </w:r>
      <w:r>
        <w:rPr>
          <w:sz w:val="20"/>
        </w:rPr>
        <w:t>37:02  free mil jati hai jannat. to unhon ne kaha ke meri, mera mind is ko appeal nahi karta tha. mujh ko yeh cheez address nahi karti thi.</w:t>
      </w:r>
      <w:r>
        <w:br/>
      </w:r>
      <w:r>
        <w:rPr>
          <w:sz w:val="20"/>
        </w:rPr>
        <w:t>37:11  to mein yani bohat is mein tha. confusion mein tha, confusion mein. lekin quran mein jo baat jo mujhe mili woh bohat hi logical, bohat hi scientific.</w:t>
      </w:r>
      <w:r>
        <w:br/>
      </w:r>
      <w:r>
        <w:rPr>
          <w:sz w:val="20"/>
        </w:rPr>
        <w:t>37:23  ke wohi formula yahan apply hota hai jo formula i.s. officer banne ke liye tha. ke apne aap ko is ke qabil banao to tum ko i.s. ofisri mil jaye gi.</w:t>
      </w:r>
      <w:r>
        <w:br/>
      </w:r>
      <w:r>
        <w:rPr>
          <w:sz w:val="20"/>
        </w:rPr>
        <w:t>37:39  aise hi paradise ka muamla hai. ke apne aap ko is ke liye deserving candidate banao. deserving candidate to tum ko marne ke baad jannat mil jaye gi.</w:t>
      </w:r>
      <w:r>
        <w:br/>
      </w:r>
      <w:r>
        <w:rPr>
          <w:sz w:val="20"/>
        </w:rPr>
        <w:t>37:52  to yeh bohat hi logical hai, bohat hi scientific laga mujhe. ab dekhiye, wohi hai quran ko parh kar ke. aik aadmi ulta matlab nikalta hai, aik aadmi seedha matlab nikalta hai.</w:t>
      </w:r>
      <w:r>
        <w:br/>
      </w:r>
      <w:r>
        <w:rPr>
          <w:sz w:val="20"/>
        </w:rPr>
        <w:t>38:06  yeh hai yudhillu bihi kaseerun wa yahdi bihi kaseerun.</w:t>
      </w:r>
    </w:p>
    <w:p>
      <w:pPr>
        <w:pStyle w:val="Heading2"/>
      </w:pPr>
      <w:r>
        <w:t>Witness rule's scope, biology, and value of intellectual exchange</w:t>
      </w:r>
    </w:p>
    <w:p>
      <w:r>
        <w:rPr>
          <w:color w:val="666666"/>
          <w:sz w:val="18"/>
        </w:rPr>
        <w:t>Five Periods of Human History March 8, 2009 Maulana Wahiduddin Khan · 3m 42s · at 1:01:55 · https://youtu.be/_Y4VcKV2OPk?t=3715</w:t>
      </w:r>
    </w:p>
    <w:p>
      <w:r>
        <w:rPr>
          <w:i/>
        </w:rPr>
        <w:t>“Does the one-man-two-women witness rule apply beyond business?”</w:t>
      </w:r>
    </w:p>
    <w:p>
      <w:r>
        <w:rPr>
          <w:sz w:val="20"/>
        </w:rPr>
        <w:t>1:01:55  This question is from Mr. Muhammad Yusuf Ali Khan. This has reference to the witness of one man and two women.</w:t>
      </w:r>
      <w:r>
        <w:br/>
      </w:r>
      <w:r>
        <w:rPr>
          <w:sz w:val="20"/>
        </w:rPr>
        <w:t>1:02:05  Please elaborate as to whether this law applies to only matter of business contracts or other fields as well.</w:t>
      </w:r>
      <w:r>
        <w:br/>
      </w:r>
      <w:r>
        <w:rPr>
          <w:sz w:val="20"/>
        </w:rPr>
        <w:t>1:02:24  ab is ko absolute sense mein aap nahi le sakte kyunke kai jagah aisa hota hai ke aurat zyada, yani zyada kaam kar pati hai, zyada useful hoti hai.</w:t>
      </w:r>
      <w:r>
        <w:br/>
      </w:r>
      <w:r>
        <w:rPr>
          <w:sz w:val="20"/>
        </w:rPr>
        <w:t>1:02:38  aisa nahi ke har jagah mard hi kaam kar pata hai. misaal ke taur par main aksar kaha karta hoon ke bohat bari cheez hai intellectual exchange.</w:t>
      </w:r>
      <w:r>
        <w:br/>
      </w:r>
      <w:r>
        <w:rPr>
          <w:sz w:val="20"/>
        </w:rPr>
        <w:t>1:02:49  yeh bohat bari cheez manta hoon main is ko.</w:t>
      </w:r>
      <w:r>
        <w:br/>
      </w:r>
      <w:r>
        <w:rPr>
          <w:sz w:val="20"/>
        </w:rPr>
        <w:t>1:02:53  khayalon ka tabadla. main samajhta hoon ke aurat behtareen partner hai is maamle mein. kyunke jab mard se aap exchange karte hain to bohat jald kya hota hai?</w:t>
      </w:r>
      <w:r>
        <w:br/>
      </w:r>
      <w:r>
        <w:rPr>
          <w:sz w:val="20"/>
        </w:rPr>
        <w:t>1:03:06  Ego crash aa jata hai. kyunke basically mard jo hota hai, mard ki kamzori kya hai? wo egoist hota hai. aurat ki kamzori aik emotional hoti hai, wo sentimental hoti hai.</w:t>
      </w:r>
      <w:r>
        <w:br/>
      </w:r>
      <w:r>
        <w:rPr>
          <w:sz w:val="20"/>
        </w:rPr>
        <w:t>1:03:21  By birth. to</w:t>
      </w:r>
      <w:r>
        <w:br/>
      </w:r>
      <w:r>
        <w:rPr>
          <w:sz w:val="20"/>
        </w:rPr>
        <w:t>1:03:23  mard se exchange karna bohat mushkil kaam hai. bohat kam mard mujhe aise mile hain jo waqeatan modest hon. to jahan koi difference aya, bas un ka ego bhark uthta hai.</w:t>
      </w:r>
      <w:r>
        <w:br/>
      </w:r>
      <w:r>
        <w:rPr>
          <w:sz w:val="20"/>
        </w:rPr>
        <w:t>1:03:38  to exchange door tak chal nahi pata.</w:t>
      </w:r>
      <w:r>
        <w:br/>
      </w:r>
      <w:r>
        <w:rPr>
          <w:sz w:val="20"/>
        </w:rPr>
        <w:t>1:03:43  lekin aurat se exchange aap unlimited tor par kar sakte hain. kyunke is ke andar ego crash nahi aata. aurat ke andar, mere tajrube ke mutabiq.</w:t>
      </w:r>
      <w:r>
        <w:br/>
      </w:r>
      <w:r>
        <w:rPr>
          <w:sz w:val="20"/>
        </w:rPr>
        <w:t>1:03:53  sirf yeh hai ke aurat emotional hoti hai. to is ke emotion ko aap ignore kijiye, bas. phir exchange karte rahenge.</w:t>
      </w:r>
      <w:r>
        <w:br/>
      </w:r>
      <w:r>
        <w:rPr>
          <w:sz w:val="20"/>
        </w:rPr>
        <w:t>1:04:02  dekhen, exchange ka matlab yeh nahi ke doosre ke paas kuch zyada hai jo aap ko dega. yeh zyada hai aur kam ki baat nahi hai. Exchange for the sake of exchange.</w:t>
      </w:r>
      <w:r>
        <w:br/>
      </w:r>
      <w:r>
        <w:rPr>
          <w:sz w:val="20"/>
        </w:rPr>
        <w:t>1:04:13  jab do mind takrate hain to third cheez emerge karti hai.</w:t>
      </w:r>
      <w:r>
        <w:br/>
      </w:r>
      <w:r>
        <w:rPr>
          <w:sz w:val="20"/>
        </w:rPr>
        <w:t>1:04:19  aik idea mere paas hai, aik idea aap ke paas hai. do idea takraye. to hamesha aisa hota hai ke aik third idea emerge karta hai.</w:t>
      </w:r>
      <w:r>
        <w:br/>
      </w:r>
      <w:r>
        <w:rPr>
          <w:sz w:val="20"/>
        </w:rPr>
        <w:t>1:04:29  wahi faida hai intellectual exchange ka.</w:t>
      </w:r>
      <w:r>
        <w:br/>
      </w:r>
      <w:r>
        <w:rPr>
          <w:sz w:val="20"/>
        </w:rPr>
        <w:t>1:04:32  to mein samajhta hoon ke aurat jo hai, bohat achhi intellectual partner hai. bohat achhi. lekin kisi aur cheez ke maamle mein aurat ki jo biology hai, uski yeh woh woh factor wahan kaam karega.</w:t>
      </w:r>
      <w:r>
        <w:br/>
      </w:r>
      <w:r>
        <w:rPr>
          <w:sz w:val="20"/>
        </w:rPr>
        <w:t>1:04:48  ke court mein ek case hai, us mein witness hotay hain. to witness ke maamle mein Allah taala ne yeh farmaya ke do aurtain aur ek mard barabar hain.</w:t>
      </w:r>
      <w:r>
        <w:br/>
      </w:r>
      <w:r>
        <w:rPr>
          <w:sz w:val="20"/>
        </w:rPr>
        <w:t>1:04:57  kyunke aurat jo hai, multi-focused hai uska mind.</w:t>
      </w:r>
      <w:r>
        <w:br/>
      </w:r>
      <w:r>
        <w:rPr>
          <w:sz w:val="20"/>
        </w:rPr>
        <w:t>1:05:01  to kisi point ko miss kar sakta hai woh. kisi maamle mein uska mind kisi pehlu ko miss kar sakta hai. to do rahengay to usne miss kiya to woh bata degi ke aisa bhi to hua tha wahan.</w:t>
      </w:r>
      <w:r>
        <w:br/>
      </w:r>
      <w:r>
        <w:rPr>
          <w:sz w:val="20"/>
        </w:rPr>
        <w:t>1:05:14  aur mard chunke single-focused hota hai to woh poora dhiyan se usko dekhega. to uski witness ziyada woh, yaani durust ho sakti hai.</w:t>
      </w:r>
      <w:r>
        <w:br/>
      </w:r>
      <w:r>
        <w:rPr>
          <w:sz w:val="20"/>
        </w:rPr>
        <w:t>1:05:26  to mein yeh nahi manta ke kisi ek ko absolute sense mein, yaani better hai. balkay mein samajhta hoon ke dono hi better hain apnay apnay aitbaar se.</w:t>
      </w:r>
    </w:p>
    <w:p>
      <w:pPr>
        <w:pStyle w:val="Heading2"/>
      </w:pPr>
      <w:r>
        <w:t>Purpose of creation and the test of life</w:t>
      </w:r>
    </w:p>
    <w:p>
      <w:r>
        <w:rPr>
          <w:color w:val="666666"/>
          <w:sz w:val="18"/>
        </w:rPr>
        <w:t>Problem of Dajjal 29 sept, 2019 - Maulana Wahiduddin Khan · 3m 56s · at 19:22 · https://youtu.be/PL-Kv-sE68w?t=1162</w:t>
      </w:r>
    </w:p>
    <w:p>
      <w:r>
        <w:rPr>
          <w:i/>
        </w:rPr>
        <w:t>“Aap Quran ko parhein, hadees ko parhein to khulasa kya niklega”</w:t>
      </w:r>
    </w:p>
    <w:p>
      <w:r>
        <w:rPr>
          <w:sz w:val="20"/>
        </w:rPr>
        <w:t>19:22  aap quran ko padhen, hadith ko padhen to khulasa kya niklega ke Allah taala ne ek bohat hi bari, bohat hi bari duniya banai, is ko kehte hain paradise, jannat,</w:t>
      </w:r>
      <w:r>
        <w:br/>
      </w:r>
      <w:r>
        <w:rPr>
          <w:sz w:val="20"/>
        </w:rPr>
        <w:t>19:39  bohat hi haseen, bohat hi yani achhi jagah. aaram ki jagah.</w:t>
      </w:r>
      <w:r>
        <w:br/>
      </w:r>
      <w:r>
        <w:rPr>
          <w:sz w:val="20"/>
        </w:rPr>
        <w:t>19:49  yeh duniya hamari jo hai, yeh duniya imperfect hai, woh perfect hai. to ab sawal tha ke is perfect duniya mein kis ko basaya jaye?</w:t>
      </w:r>
      <w:r>
        <w:br/>
      </w:r>
      <w:r>
        <w:rPr>
          <w:sz w:val="20"/>
        </w:rPr>
        <w:t>20:02  yani Allah ne jo perfect duniya banai, wahan basaya kis ko jaye? tab yeh imperfect duniya bani ke yahan par insan ko rakh kar dekha jayega ke kaun hai jo is perfect duniya mein basaye jane ke qabil ho.</w:t>
      </w:r>
      <w:r>
        <w:br/>
      </w:r>
      <w:r>
        <w:rPr>
          <w:sz w:val="20"/>
        </w:rPr>
        <w:t>20:23  yeh duniya jo hai, is yeh dekhne ke liye ke aakhir amal kaun hai? khalaq al-mawt wal-hayat li yubluakum ayyukum ahsan 'amala yani behtareen deed kis ke andar hai?</w:t>
      </w:r>
      <w:r>
        <w:br/>
      </w:r>
      <w:r>
        <w:rPr>
          <w:sz w:val="20"/>
        </w:rPr>
        <w:t>20:39  deed amal kis ke andar hai? to yeh duniya selection ki jagah hai, yahan selection ho raha hai, yeh duniya mein selection ho raha hai.</w:t>
      </w:r>
      <w:r>
        <w:br/>
      </w:r>
      <w:r>
        <w:rPr>
          <w:sz w:val="20"/>
        </w:rPr>
        <w:t>20:54  ladna kis liye? kis liye ladna? yani aap aap apne irade ko, apne apni zuban ko,</w:t>
      </w:r>
      <w:r>
        <w:br/>
      </w:r>
      <w:r>
        <w:rPr>
          <w:sz w:val="20"/>
        </w:rPr>
        <w:t>21:07  apni aankh ko, apne hath ko, apne paon ko istemal karen aalat ki surat mein. yani khalaq al-'azeem, innaka la'laqon 'azeem, jo behtareen jo character hai, woh apna andar layen jis ko main kaha karta hoon pre-distribute character apne parosiyon ke liye.</w:t>
      </w:r>
      <w:r>
        <w:br/>
      </w:r>
      <w:r>
        <w:rPr>
          <w:sz w:val="20"/>
        </w:rPr>
        <w:t>21:34  to phir ladai kis liye? tashaddud kis liye? yani Allah taala dekh rahe hain ke is insan ko agar jannat mein basaya jaye to is ka character kya hoga?</w:t>
      </w:r>
      <w:r>
        <w:br/>
      </w:r>
      <w:r>
        <w:rPr>
          <w:sz w:val="20"/>
        </w:rPr>
        <w:t>21:45  isi ko maine kaha ke jis ke andar pre-distribute, pre-distribute character ho, us ko basaya jayega.</w:t>
      </w:r>
      <w:r>
        <w:br/>
      </w:r>
      <w:r>
        <w:rPr>
          <w:sz w:val="20"/>
        </w:rPr>
        <w:t>21:55  to yeh duniya to imperfect duniya hai, is liye bani hai. yahan dekha jayega ke aap shukr karne wale hain ke nafarman karne wale hain, nafrat karne wale hain ke mohabbat karne wale hain,</w:t>
      </w:r>
      <w:r>
        <w:br/>
      </w:r>
      <w:r>
        <w:rPr>
          <w:sz w:val="20"/>
        </w:rPr>
        <w:t>22:11  ladne wale hain ke peace pe chalne wale hain. isi ko duniya dekhne ke liye to ladna kis liye? yeh to aadmi apne choice ko kahan istemal karta hai?</w:t>
      </w:r>
      <w:r>
        <w:br/>
      </w:r>
      <w:r>
        <w:rPr>
          <w:sz w:val="20"/>
        </w:rPr>
        <w:t>22:24  choice ko yeh nahin ke talwar rakh kar ke us ke sar par talwar rakhi jaye, kahe ke kahoge? yeh ek dilchasp lateefa hai play lavane ka.</w:t>
      </w:r>
      <w:r>
        <w:br/>
      </w:r>
      <w:r>
        <w:rPr>
          <w:sz w:val="20"/>
        </w:rPr>
        <w:t>22:38  jab afghani, afghani log india aaye karte the to ek afghani ko kisi molvi ne keh diya ke ek aadmi ko agar tum ne kalma padhwaya to jannat to kisi ko pa gaya.</w:t>
      </w:r>
      <w:r>
        <w:br/>
      </w:r>
      <w:r>
        <w:rPr>
          <w:sz w:val="20"/>
        </w:rPr>
        <w:t>22:51  woh kisi non-muslim ko, use us ko patak ke us ke sar pe chadh gaya, kaha ke parh kalma. ab samajhta tha ke arey kalma parh padhwaya maine is se to meri jannat pakki hai.</w:t>
      </w:r>
      <w:r>
        <w:br/>
      </w:r>
      <w:r>
        <w:rPr>
          <w:sz w:val="20"/>
        </w:rPr>
        <w:t>23:06  woh kisi non-muslim ko, use us ko patak ke us ke sar pe chadh gaya, kaha ke parh kalma. ab samajhta tha ke arey kalma parh padhwaya maine is se to meri jannat pakki hai.</w:t>
      </w:r>
    </w:p>
    <w:p>
      <w:pPr>
        <w:pStyle w:val="Heading2"/>
      </w:pPr>
      <w:r>
        <w:t>No compulsion in religion – Islam spread peacefully</w:t>
      </w:r>
    </w:p>
    <w:p>
      <w:r>
        <w:rPr>
          <w:color w:val="666666"/>
          <w:sz w:val="18"/>
        </w:rPr>
        <w:t>Media Activism September 11, 2006 · 4m 36s · at 59:31 · https://youtu.be/xCHUoDvxfho?t=3571</w:t>
      </w:r>
    </w:p>
    <w:p>
      <w:r>
        <w:rPr>
          <w:i/>
        </w:rPr>
        <w:t>“There is no compulsion in religion”</w:t>
      </w:r>
    </w:p>
    <w:p>
      <w:r>
        <w:rPr>
          <w:sz w:val="20"/>
        </w:rPr>
        <w:t>59:31  mein yahan par chand ek references doonga. pehli baat thi, yaani basic baat jo quran mein hai, woh yeh hai ke "la ikraha fid-deen".</w:t>
      </w:r>
      <w:r>
        <w:br/>
      </w:r>
      <w:r>
        <w:rPr>
          <w:sz w:val="20"/>
        </w:rPr>
        <w:t>59:49  "la ikraha fid-deen". "there is no compulsion in religion". "there is no compulsion in religion".</w:t>
      </w:r>
      <w:r>
        <w:br/>
      </w:r>
      <w:r>
        <w:rPr>
          <w:sz w:val="20"/>
        </w:rPr>
        <w:t>1:00:01  is ka matlab yeh hai ke islam ko by force phailana, islam ko by force spread karna, yeh islam ki scheme hi nahi hai.</w:t>
      </w:r>
      <w:r>
        <w:br/>
      </w:r>
      <w:r>
        <w:rPr>
          <w:sz w:val="20"/>
        </w:rPr>
        <w:t>1:00:15  yeh islam ki scheme nahi hai. islam ka maqsad hai logon ke dil badle, logon ki soch badle, logon ka mind badle. to kya aap gun aur bomb se aisa kar sakte hain?</w:t>
      </w:r>
      <w:r>
        <w:br/>
      </w:r>
      <w:r>
        <w:rPr>
          <w:sz w:val="20"/>
        </w:rPr>
        <w:t>1:00:30  impossible hai.</w:t>
      </w:r>
      <w:r>
        <w:br/>
      </w:r>
      <w:r>
        <w:rPr>
          <w:sz w:val="20"/>
        </w:rPr>
        <w:t>1:00:36  diloon ko badalna aur mind ko badalna hamesha hota hai through persuasion, through preaching, through dialogue, through discussion.</w:t>
      </w:r>
      <w:r>
        <w:br/>
      </w:r>
      <w:r>
        <w:rPr>
          <w:sz w:val="20"/>
        </w:rPr>
        <w:t>1:00:47  woh hai islam ka tareeqa. islam bilashuba apni baat logon ke samne lana chahta hai. islam bilashuba yeh chahta hai ke is ki sachai logon ke dil mein utre.</w:t>
      </w:r>
      <w:r>
        <w:br/>
      </w:r>
      <w:r>
        <w:rPr>
          <w:sz w:val="20"/>
        </w:rPr>
        <w:t>1:00:58  lekin yeh kaam talwar se hoga? yeh kaam bomb se hoga? gun se hoga?</w:t>
      </w:r>
      <w:r>
        <w:br/>
      </w:r>
      <w:r>
        <w:rPr>
          <w:sz w:val="20"/>
        </w:rPr>
        <w:t>1:01:07  nahin.</w:t>
      </w:r>
      <w:r>
        <w:br/>
      </w:r>
      <w:r>
        <w:rPr>
          <w:sz w:val="20"/>
        </w:rPr>
        <w:t>1:01:13  abhi dekhiye, jab iraq ki war hui thi, yaani america ne iraq par</w:t>
      </w:r>
      <w:r>
        <w:br/>
      </w:r>
      <w:r>
        <w:rPr>
          <w:sz w:val="20"/>
        </w:rPr>
        <w:t>1:01:25  bareeki thi, yaani is yeh bush senior, bush senior ke zamanay ki baat kar raha hoon mein. bush senior, bush junior ki baat nahi kar raha hoon.</w:t>
      </w:r>
      <w:r>
        <w:br/>
      </w:r>
      <w:r>
        <w:rPr>
          <w:sz w:val="20"/>
        </w:rPr>
        <w:t>1:01:39  to bush senior ke zamanay mein aap jante hain ke yeh</w:t>
      </w:r>
      <w:r>
        <w:br/>
      </w:r>
      <w:r>
        <w:rPr>
          <w:sz w:val="20"/>
        </w:rPr>
        <w:t>1:01:47  woh hua. ab afghanistan par, afghanistan par hua tha ya iraq par hua tha? ji, kuwait.</w:t>
      </w:r>
      <w:r>
        <w:br/>
      </w:r>
      <w:r>
        <w:rPr>
          <w:sz w:val="20"/>
        </w:rPr>
        <w:t>1:01:57  kuwait. haan, kuwait. iraq par hua tha. kuwait par hamle ke baad iraq par hua tha. haan, bush senior ke zamanay mein iraq par attack kiya america ne,</w:t>
      </w:r>
      <w:r>
        <w:br/>
      </w:r>
      <w:r>
        <w:rPr>
          <w:sz w:val="20"/>
        </w:rPr>
        <w:t>1:02:09  aur is ka justification yeh tha ke ke iraq ne apni army wahan par la kar ke kuwait par is ko occupy kar liya tha.</w:t>
      </w:r>
      <w:r>
        <w:br/>
      </w:r>
      <w:r>
        <w:rPr>
          <w:sz w:val="20"/>
        </w:rPr>
        <w:t>1:02:23  to us zamanay mein kafi army america ki arab countries mein aa gayi. kafi army.</w:t>
      </w:r>
      <w:r>
        <w:br/>
      </w:r>
      <w:r>
        <w:rPr>
          <w:sz w:val="20"/>
        </w:rPr>
        <w:t>1:02:35  jante hain kya hua? us zamanay mein jab arab, yeh american army arab countries mein aa gayi to agar, to jaisa ke maine arz kiya ke yeh patharon ka aana nahi tha.</w:t>
      </w:r>
      <w:r>
        <w:br/>
      </w:r>
      <w:r>
        <w:rPr>
          <w:sz w:val="20"/>
        </w:rPr>
        <w:t>1:02:52  yaani aisa nahi tha ke america ki army pathar ki thi, aur jo musalman the arab countries, woh bhi pathar ke thay. to patharon ke dher ko ikatha kar dein to kya hoga?</w:t>
      </w:r>
      <w:r>
        <w:br/>
      </w:r>
      <w:r>
        <w:rPr>
          <w:sz w:val="20"/>
        </w:rPr>
        <w:t>1:03:04  un ke darmiyan koi interaction nahi hoga, koi dialogue nahi hoga. lekin jab insan ko le jayen kahin, ab jab insan ko la kar aap rakh dein, jab amriki ho ya british ho,</w:t>
      </w:r>
      <w:r>
        <w:br/>
      </w:r>
      <w:r>
        <w:rPr>
          <w:sz w:val="20"/>
        </w:rPr>
        <w:t>1:03:19  to jab aap rakh ke rakhein ge wahan par to kya hoga? interaction hoga, dialogue hoga, aur yahi hua. chunancha us zamanay mein bilkul normal tareeqay par, baghair kisi tablegh ke,</w:t>
      </w:r>
      <w:r>
        <w:br/>
      </w:r>
      <w:r>
        <w:rPr>
          <w:sz w:val="20"/>
        </w:rPr>
        <w:t>1:03:34  do hazar american musalman ho gaye. islam qabool kar liya unhone.</w:t>
      </w:r>
      <w:r>
        <w:br/>
      </w:r>
      <w:r>
        <w:rPr>
          <w:sz w:val="20"/>
        </w:rPr>
        <w:t>1:03:41  yeh hai negative mein positive. to jab islam ki yeh taqat hai to ladne ki zaroorat kya hai?</w:t>
      </w:r>
      <w:r>
        <w:br/>
      </w:r>
      <w:r>
        <w:rPr>
          <w:sz w:val="20"/>
        </w:rPr>
        <w:t>1:03:49  aap mujhe bataiye bhai. jab islam dilon ko par qabza kar sakta hai, jab islam mind ko capture kar sakta hai, jab islam andar se insan ko apne control mein le sakta hai, to is ko marne ki kya zaroorat hai?</w:t>
      </w:r>
    </w:p>
    <w:p>
      <w:pPr>
        <w:pStyle w:val="Heading2"/>
      </w:pPr>
      <w:r>
        <w:t>Dua's importance, the hadith, and 'I am near'</w:t>
      </w:r>
    </w:p>
    <w:p>
      <w:r>
        <w:rPr>
          <w:color w:val="666666"/>
          <w:sz w:val="18"/>
        </w:rPr>
        <w:t>What is Dua (Only Lecture) April 26, 2009 Maulana Wahiduddin Khan · 3m 58s · at 1:00 · https://youtu.be/JxIR0o_C7GM?t=60</w:t>
      </w:r>
    </w:p>
    <w:p>
      <w:r>
        <w:rPr>
          <w:i/>
        </w:rPr>
        <w:t>“Islam mein dua ki bohot zyada importance hai”</w:t>
      </w:r>
    </w:p>
    <w:p>
      <w:r>
        <w:rPr>
          <w:sz w:val="20"/>
        </w:rPr>
        <w:t>1:00  islam mein dua ki bohat ziyada importance hai,</w:t>
      </w:r>
      <w:r>
        <w:br/>
      </w:r>
      <w:r>
        <w:rPr>
          <w:sz w:val="20"/>
        </w:rPr>
        <w:t>1:08  bohat ziyada. hadith mein aaya hai ke "al-du'a'u huwal 'ibadah, al-du'a'u mukhkh al-'ibadah".</w:t>
      </w:r>
      <w:r>
        <w:br/>
      </w:r>
      <w:r>
        <w:rPr>
          <w:sz w:val="20"/>
        </w:rPr>
        <w:t>1:23  is ka matlab yeh hai ke dua,</w:t>
      </w:r>
      <w:r>
        <w:br/>
      </w:r>
      <w:r>
        <w:rPr>
          <w:sz w:val="20"/>
        </w:rPr>
        <w:t>1:27  dua is the essence of 'ibadah. dua is the core of 'ibadah.</w:t>
      </w:r>
      <w:r>
        <w:br/>
      </w:r>
      <w:r>
        <w:rPr>
          <w:sz w:val="20"/>
        </w:rPr>
        <w:t>1:40  is se aap samajh sakte hain ke dua kitni ziyada aham cheez hai islam mein. aisi halat mein yeh samajhna hai ke dua kuch mysterious.</w:t>
      </w:r>
      <w:r>
        <w:br/>
      </w:r>
      <w:r>
        <w:rPr>
          <w:sz w:val="20"/>
        </w:rPr>
        <w:t>1:52  shabdh hain, un ko dohra do toh dua ho jayegi.</w:t>
      </w:r>
      <w:r>
        <w:br/>
      </w:r>
      <w:r>
        <w:rPr>
          <w:sz w:val="20"/>
        </w:rPr>
        <w:t>1:57  yeh that is under estimation, under estimation of dua. yeh dua ki tazkhir hai.</w:t>
      </w:r>
      <w:r>
        <w:br/>
      </w:r>
      <w:r>
        <w:rPr>
          <w:sz w:val="20"/>
        </w:rPr>
        <w:t>2:11  yahan tak mein samajhta hoon dua is se bohat zyada hai jo aam taur par log samajhte hain.</w:t>
      </w:r>
      <w:r>
        <w:br/>
      </w:r>
      <w:r>
        <w:rPr>
          <w:sz w:val="20"/>
        </w:rPr>
        <w:t>2:22  dua is an expression of</w:t>
      </w:r>
      <w:r>
        <w:br/>
      </w:r>
      <w:r>
        <w:rPr>
          <w:sz w:val="20"/>
        </w:rPr>
        <w:t>2:30  long intellectual process,</w:t>
      </w:r>
      <w:r>
        <w:br/>
      </w:r>
      <w:r>
        <w:rPr>
          <w:sz w:val="20"/>
        </w:rPr>
        <w:t>2:34  and not simply occasional utterance.</w:t>
      </w:r>
      <w:r>
        <w:br/>
      </w:r>
      <w:r>
        <w:rPr>
          <w:sz w:val="20"/>
        </w:rPr>
        <w:t>2:44  dua aik lambe amal ke baad nikalti hai aadmi ki zuban se.</w:t>
      </w:r>
      <w:r>
        <w:br/>
      </w:r>
      <w:r>
        <w:rPr>
          <w:sz w:val="20"/>
        </w:rPr>
        <w:t>2:49  aadmi dua mein jeeta hai, tab us ko dua karne ki tofeeq milti hai. subah, shaam, raat, din, poori zindagi aadmi dua mein jeeta hai,</w:t>
      </w:r>
      <w:r>
        <w:br/>
      </w:r>
      <w:r>
        <w:rPr>
          <w:sz w:val="20"/>
        </w:rPr>
        <w:t>3:04  tab us ko sachi dua karne ki tofeeq milti hai. jis ke baray mein hadith mein aya hai ke "la turad al qada illa al dua".</w:t>
      </w:r>
      <w:r>
        <w:br/>
      </w:r>
      <w:r>
        <w:rPr>
          <w:sz w:val="20"/>
        </w:rPr>
        <w:t>3:20  qaza ko koi cheez badalti nahi, siwaye dua ke.</w:t>
      </w:r>
      <w:r>
        <w:br/>
      </w:r>
      <w:r>
        <w:rPr>
          <w:sz w:val="20"/>
        </w:rPr>
        <w:t>3:26  is se bari baat dua ke liye kya ho sakti hai? quran mein hai chapter number do, verse number 186, al baqarah 186.</w:t>
      </w:r>
      <w:r>
        <w:br/>
      </w:r>
      <w:r>
        <w:rPr>
          <w:sz w:val="20"/>
        </w:rPr>
        <w:t>3:44  wa idha saalaka ibadi fani qareeb, ujeebu da'wat al da'i.</w:t>
      </w:r>
      <w:r>
        <w:br/>
      </w:r>
      <w:r>
        <w:rPr>
          <w:sz w:val="20"/>
        </w:rPr>
        <w:t>3:54  is mein Allah taala ne farmaya: "I am near", mein tumhare qareeb hoon.</w:t>
      </w:r>
      <w:r>
        <w:br/>
      </w:r>
      <w:r>
        <w:rPr>
          <w:sz w:val="20"/>
        </w:rPr>
        <w:t>4:03  "I am near".</w:t>
      </w:r>
      <w:r>
        <w:br/>
      </w:r>
      <w:r>
        <w:rPr>
          <w:sz w:val="20"/>
        </w:rPr>
        <w:t>4:05  I respond</w:t>
      </w:r>
      <w:r>
        <w:br/>
      </w:r>
      <w:r>
        <w:rPr>
          <w:sz w:val="20"/>
        </w:rPr>
        <w:t>4:10  to the call when call off. I respond to the call when one calls me.</w:t>
      </w:r>
      <w:r>
        <w:br/>
      </w:r>
      <w:r>
        <w:rPr>
          <w:sz w:val="20"/>
        </w:rPr>
        <w:t>4:25  aik shakhs jab mujhe pukarta hai to mein us ki pukar ka jawab deta hoon.</w:t>
      </w:r>
      <w:r>
        <w:br/>
      </w:r>
      <w:r>
        <w:rPr>
          <w:sz w:val="20"/>
        </w:rPr>
        <w:t>4:33  is mein bohat zyada sochne ki baat hai ke qareeb kyun kaha ke mein bande ke se qareeb hoon.</w:t>
      </w:r>
      <w:r>
        <w:br/>
      </w:r>
      <w:r>
        <w:rPr>
          <w:sz w:val="20"/>
        </w:rPr>
        <w:t>4:43  is par sochte hue mein ne samjha hai ke</w:t>
      </w:r>
      <w:r>
        <w:br/>
      </w:r>
      <w:r>
        <w:rPr>
          <w:sz w:val="20"/>
        </w:rPr>
        <w:t>4:51  nearness ka jo experience kar sake, wohi dua kar sakta hai.</w:t>
      </w:r>
    </w:p>
    <w:p>
      <w:pPr>
        <w:pStyle w:val="Heading2"/>
      </w:pPr>
      <w:r>
        <w:t>Prophecy in Bible and surrender spirit</w:t>
      </w:r>
    </w:p>
    <w:p>
      <w:r>
        <w:rPr>
          <w:color w:val="666666"/>
          <w:sz w:val="18"/>
        </w:rPr>
        <w:t>Q&amp;A 04 May 2008 Maulana Wahiduddin Khan · 3m 12s · at 2:28 · https://youtu.be/rERrdfZb-lg?t=148</w:t>
      </w:r>
    </w:p>
    <w:p>
      <w:r>
        <w:rPr>
          <w:i/>
        </w:rPr>
        <w:t>“This question is from Ramesh.”</w:t>
      </w:r>
    </w:p>
    <w:p>
      <w:r>
        <w:rPr>
          <w:sz w:val="20"/>
        </w:rPr>
        <w:t>2:28  this question is from ramesh. is there a mention of prophet mohammad in the bible or torah?</w:t>
      </w:r>
      <w:r>
        <w:br/>
      </w:r>
      <w:r>
        <w:rPr>
          <w:sz w:val="20"/>
        </w:rPr>
        <w:t>2:38  if yes, then why do christians and jews not believe in prophet mohammad?</w:t>
      </w:r>
      <w:r>
        <w:br/>
      </w:r>
      <w:r>
        <w:rPr>
          <w:sz w:val="20"/>
        </w:rPr>
        <w:t>2:46  yeh sahi hai ke us mein bohat se references hain, bohat jagah mention kiya hai bible mein, yaani old testament mein bhi aur new testament mein dono mein. lekin aap jante hain ke is tarah ke jo references hote hain, woh is tarah nahi hote ke mohammad bin abdullah bin abdul muttalib, is tarah nahi hote.</w:t>
      </w:r>
      <w:r>
        <w:br/>
      </w:r>
      <w:r>
        <w:rPr>
          <w:sz w:val="20"/>
        </w:rPr>
        <w:t>3:10  balki wahan par woh hota hai kisi na kisi symbolic language mein. hota hai. toh mauka rehta hai unko ke doosre dhang se interpretation de dein. usko misaal ke taur par bible mein hai ek lafz farak leet, paraclete.</w:t>
      </w:r>
      <w:r>
        <w:br/>
      </w:r>
      <w:r>
        <w:rPr>
          <w:sz w:val="20"/>
        </w:rPr>
        <w:t>3:29  ab paraclete jo hai, woh hum samajhte hain ke mohammad ke liye hai. unhone khud se ek comforter banaya, uske liye le liya. unhone toh yeh jo interpretation ki baat hai, yeh hamesha rehti hai har cheez mein.</w:t>
      </w:r>
      <w:r>
        <w:br/>
      </w:r>
      <w:r>
        <w:rPr>
          <w:sz w:val="20"/>
        </w:rPr>
        <w:t>3:50  toh interpretation karke aadmi ek cheez ka matlab doosra nikal leta hai. aur yeh baat is cheez ki nahi hai. khud musalmanon mein dekhiye, quran ko alag alag dhang se matlab nikal lete hain uska. aur ek aisi baat quran se nikal lete hain, jo quran mein nahi hai.</w:t>
      </w:r>
      <w:r>
        <w:br/>
      </w:r>
      <w:r>
        <w:rPr>
          <w:sz w:val="20"/>
        </w:rPr>
        <w:t>4:11  yeh saare musalman yeh samajhte hain ke rasoolullah sallam jo hain, woh shafaat kar denge. saare musalman ikatthe jannat mein chale jayenge. saare musalman samajhte hain, halanki bilkul baseless baat hai. toh quran ko galat dhang se usko interpretation dekar ke yeh baat nikali gayi hai.</w:t>
      </w:r>
      <w:r>
        <w:br/>
      </w:r>
      <w:r>
        <w:rPr>
          <w:sz w:val="20"/>
        </w:rPr>
        <w:t>4:30  toh basic baat hai ke insaan jo hai, surrender nahi karna chahta. christian ki baat nahi, yeh musalman bhi surrender nahi karna chahte. isliye khud hi khud matlab nikalne gaye aur kahenge, "dekho, quran mein ye likha hua hai."</w:t>
      </w:r>
      <w:r>
        <w:br/>
      </w:r>
      <w:r>
        <w:rPr>
          <w:sz w:val="20"/>
        </w:rPr>
        <w:t>4:47  abhi kal parson mere paas ek sahab ka telephone aaya isi baat par ke sahab rasoolullah toh woh shafaat karenge aur saare musalmanon ki, saare ummate mohammadi ki shafaat kar denge. woh toh shabul bud nabin hain. woh saare musalman unki shafaat se</w:t>
      </w:r>
      <w:r>
        <w:br/>
      </w:r>
      <w:r>
        <w:rPr>
          <w:sz w:val="20"/>
        </w:rPr>
        <w:t>5:05  chale jayenge paradise mein. aur hadith gadh rakhi hai, bohat sari quran se bhi nikalte hain. toh yaad rakhiye, asal cheez yeh nahi hai ke woh cheez khule tareeqe par mention ki gayi ho. kahin asal cheez hai ke surrender karne ki spirit hona chahiye.</w:t>
      </w:r>
      <w:r>
        <w:br/>
      </w:r>
      <w:r>
        <w:rPr>
          <w:sz w:val="20"/>
        </w:rPr>
        <w:t>5:22  agar surrender karne ki spirit nahi hai, toh quran ko mankar bhi ulta matlab nikala jayega.</w:t>
      </w:r>
      <w:r>
        <w:br/>
      </w:r>
      <w:r>
        <w:rPr>
          <w:sz w:val="20"/>
        </w:rPr>
        <w:t>5:32  bible ko mankar bhi wahan bhi ulta matlab nikala jayega. toh yeh har jagah ho raha hai.</w:t>
      </w:r>
    </w:p>
    <w:p>
      <w:pPr>
        <w:pStyle w:val="Heading2"/>
      </w:pPr>
      <w:r>
        <w:t>companions versus modern 'brothers' of the Prophet</w:t>
      </w:r>
    </w:p>
    <w:p>
      <w:r>
        <w:rPr>
          <w:color w:val="666666"/>
          <w:sz w:val="18"/>
        </w:rPr>
        <w:t>Conveying The Message of God August 2, 2009 · 6m 40s · at 33:18 · https://youtu.be/Vas9vU2IepI?t=1998</w:t>
      </w:r>
    </w:p>
    <w:p>
      <w:r>
        <w:rPr>
          <w:i/>
        </w:rPr>
        <w:t>“There were two teams: the Prophet's companions, and his brothers”</w:t>
      </w:r>
    </w:p>
    <w:p>
      <w:r>
        <w:rPr>
          <w:sz w:val="20"/>
        </w:rPr>
        <w:t>33:18  to main yeh kahunga ke ek hai first phase, ek hai final phase. ek hai first phase, first phase of da'wah, doosra hai final phase of da'wah.</w:t>
      </w:r>
      <w:r>
        <w:br/>
      </w:r>
      <w:r>
        <w:rPr>
          <w:sz w:val="20"/>
        </w:rPr>
        <w:t>33:35  ab main aap ko ek aur baat yaad dilana chahta hoon ke islam ki history mein ek woh log hain jin ko kaha jata hai Ashab-e-Rasool, companions of the prophet .</w:t>
      </w:r>
      <w:r>
        <w:br/>
      </w:r>
      <w:r>
        <w:rPr>
          <w:sz w:val="20"/>
        </w:rPr>
        <w:t>33:50  yeh rasool Allah ke contemporary believers the, jo rasool Allah ke contemporary believers the, jo direct aap par iman laye. in ko hum kehte hain Ashab-e-Rasool .</w:t>
      </w:r>
      <w:r>
        <w:br/>
      </w:r>
      <w:r>
        <w:rPr>
          <w:sz w:val="20"/>
        </w:rPr>
        <w:t>34:03  ek hadith hai ke aap ne farmaya ke meri khwahish hai ke main apne ikhwan ko dekhun, apne bhaiyon ko dekhun.</w:t>
      </w:r>
      <w:r>
        <w:br/>
      </w:r>
      <w:r>
        <w:rPr>
          <w:sz w:val="20"/>
        </w:rPr>
        <w:t>34:13  to Sahaba ne kaha ke kya hum aap ke bhai nahin hain? to aap ne kaha ke nahin, woh baad ko aayenge. to tum to mere contemporary ho, woh baad ko aayenge aur deen ka kaam karenge.</w:t>
      </w:r>
      <w:r>
        <w:br/>
      </w:r>
      <w:r>
        <w:rPr>
          <w:sz w:val="20"/>
        </w:rPr>
        <w:t>34:30  ab dekhen, yeh do group hue: ek group hua Ashab-e-Rasool , ek group hua Ikhwan-e-Rasool . Ikhwan-e-Rasool ma'ni brothers of the prophet.</w:t>
      </w:r>
      <w:r>
        <w:br/>
      </w:r>
      <w:r>
        <w:rPr>
          <w:sz w:val="20"/>
        </w:rPr>
        <w:t>34:42  Ashab-e-Rasool ka matlab hai companions of the prophet. to hadith ke mutabiq do group hue hain: Ashab-e-Rasool aur Ikhwan-e-Rasool.</w:t>
      </w:r>
      <w:r>
        <w:br/>
      </w:r>
      <w:r>
        <w:rPr>
          <w:sz w:val="20"/>
        </w:rPr>
        <w:t>34:57  to goya do team keh sakte hain, aap do team . koi da'wah work jo hai, ek is zamanah mein kiya jana tay tha jab jo ke traditional zamanah tha.</w:t>
      </w:r>
      <w:r>
        <w:br/>
      </w:r>
      <w:r>
        <w:rPr>
          <w:sz w:val="20"/>
        </w:rPr>
        <w:t>35:13  yeh Ashab-e-Rasool ne kiya aur aap ke baad aap ke doosre believers ne kiya.</w:t>
      </w:r>
      <w:r>
        <w:br/>
      </w:r>
      <w:r>
        <w:rPr>
          <w:sz w:val="20"/>
        </w:rPr>
        <w:t>35:22  ab jo zamanah communication ka zamanah aaya hai, ab isi kaam ko global level par karna hai, har har ghar, har ghar mein pahunch ana hai.</w:t>
      </w:r>
      <w:r>
        <w:br/>
      </w:r>
      <w:r>
        <w:rPr>
          <w:sz w:val="20"/>
        </w:rPr>
        <w:t>35:34  to main yeh kahunga ke</w:t>
      </w:r>
      <w:r>
        <w:br/>
      </w:r>
      <w:r>
        <w:rPr>
          <w:sz w:val="20"/>
        </w:rPr>
        <w:t>35:38  do team hue hadith ke mutabiq : Ashab-e-Rasool ki team aur Ikhwan-e-Rasool ki team .</w:t>
      </w:r>
      <w:r>
        <w:br/>
      </w:r>
      <w:r>
        <w:rPr>
          <w:sz w:val="20"/>
        </w:rPr>
        <w:t>35:46  is ko main agar naam dun to main kahunga ke prophet team one to Sahaba the, prophet team two yeh Ikhwan hain.</w:t>
      </w:r>
      <w:r>
        <w:br/>
      </w:r>
      <w:r>
        <w:rPr>
          <w:sz w:val="20"/>
        </w:rPr>
        <w:t>35:59  yani jin ko hum kehte hain Ashab-e-Rasool , woh the prophet team one. jin ko hum kehte hain Ikhwan-e-Rasool , woh hain prophet team two.</w:t>
      </w:r>
      <w:r>
        <w:br/>
      </w:r>
      <w:r>
        <w:rPr>
          <w:sz w:val="20"/>
        </w:rPr>
        <w:t>36:12  is ko aap samjhen, is ko aap samajh lijiyey. Haton ne kaha tha yani Sahaba jo the, un ke bare mein Quran mein hai ke khair-ul-ummah aaya hai.</w:t>
      </w:r>
      <w:r>
        <w:br/>
      </w:r>
      <w:r>
        <w:rPr>
          <w:sz w:val="20"/>
        </w:rPr>
        <w:t>36:25  khair e ummat jo quran majeed mein hai, woh sahaba ke liye hai, ashaab e rasool ke liye hai. to hatun ne farmaya tha ke man sarra an yikun mithl hazihi al ummah fal yashrut alla fi hi</w:t>
      </w:r>
      <w:r>
        <w:br/>
      </w:r>
      <w:r>
        <w:rPr>
          <w:sz w:val="20"/>
        </w:rPr>
        <w:t>36:39  matlab jo khair e ummat mein shamil hona chahe to unke jaisa kaam kare, jo unhon ne kiya, woh hi woh bhee kare.</w:t>
      </w:r>
      <w:r>
        <w:br/>
      </w:r>
      <w:r>
        <w:rPr>
          <w:sz w:val="20"/>
        </w:rPr>
        <w:t>36:50  yani yeh koi fazilat ki baat nahi hai, yeh koi mystery si baat nahi hai, by birth nahi koi ho jata is mein se shamil. to jo waisa karega, tab woh us ko woh status milega.</w:t>
      </w:r>
      <w:r>
        <w:br/>
      </w:r>
      <w:r>
        <w:rPr>
          <w:sz w:val="20"/>
        </w:rPr>
        <w:t>37:06  to yeh tha ashaab e rasool ke bare mein. chunancha jinhon ne nahi kiya, woh munafiq ban gaye. aap jante hain madine mein kai so aise log thay jin ko munafiq qarar diya gaya.</w:t>
      </w:r>
      <w:r>
        <w:br/>
      </w:r>
      <w:r>
        <w:rPr>
          <w:sz w:val="20"/>
        </w:rPr>
        <w:t>37:18  yani woh rasool allah ke moasir thay, unhon ne imaan bhi laye thay, woh rasool allah ko dekha bhi tha, unhon ne phir bhi woh sahaba ke face mein shamil nahi ho gaye. woh to woh kaha, unhon ne is condition ko poora nahi kiya hatmar ke kehne ke mutabiq.</w:t>
      </w:r>
      <w:r>
        <w:br/>
      </w:r>
      <w:r>
        <w:rPr>
          <w:sz w:val="20"/>
        </w:rPr>
        <w:t>37:34  to dekhen, do group hain islam ki history mein yani prophet team one, prophet team two.</w:t>
      </w:r>
      <w:r>
        <w:br/>
      </w:r>
      <w:r>
        <w:rPr>
          <w:sz w:val="20"/>
        </w:rPr>
        <w:t>37:45  to prophet team one jo hai, woh hai ashaab e rasool, woh guzar chuke, unhon ne apna kaam kiya, woh allah ke rehmat ke saye pohanch gaye.</w:t>
      </w:r>
      <w:r>
        <w:br/>
      </w:r>
      <w:r>
        <w:rPr>
          <w:sz w:val="20"/>
        </w:rPr>
        <w:t>37:56  ab doosra, ab doosra darwaza khula hua hai, doosri opportunity hamare samne</w:t>
      </w:r>
      <w:r>
        <w:br/>
      </w:r>
      <w:r>
        <w:rPr>
          <w:sz w:val="20"/>
        </w:rPr>
        <w:t>38:04  hain. doosri opportunity woh kya? ikhwaan e rasool banna. yahan bhi wohi baat hai ke man sarra yikun mithl hazihi al ummah fal yashrut alla kiya? yani jo ikhwaan e rasool mein shamil hona chahe, to us ki shart ko poora kare. woh aur shart kya hai?</w:t>
      </w:r>
      <w:r>
        <w:br/>
      </w:r>
      <w:r>
        <w:rPr>
          <w:sz w:val="20"/>
        </w:rPr>
        <w:t>38:23  adkhal al kalimah fi kull al buyoot hadith ke mutabiq</w:t>
      </w:r>
      <w:r>
        <w:br/>
      </w:r>
      <w:r>
        <w:rPr>
          <w:sz w:val="20"/>
        </w:rPr>
        <w:t>38:31  sahaba bhi sahaba is liye bane thay ke unhon ne rasool allah ke mission mein saath diya. jo mission tha rasool allah ka, woh dawat ka mission tha. daee ila Allahi ba'dhum wa surajun munirun to rasool allah ka mission jo tha, woh dawat ka mission tha.</w:t>
      </w:r>
      <w:r>
        <w:br/>
      </w:r>
      <w:r>
        <w:rPr>
          <w:sz w:val="20"/>
        </w:rPr>
        <w:t>38:45  is mission mein jin logon ne jaan se, maal se saath diya, us ko apna kinsar banaya, to woh ashaab e rasool kahe gaye.</w:t>
      </w:r>
      <w:r>
        <w:br/>
      </w:r>
      <w:r>
        <w:rPr>
          <w:sz w:val="20"/>
        </w:rPr>
        <w:t>38:57  rasool allah ke mission mein saath dene ki wajah se woh ashaab e rasool bane.</w:t>
      </w:r>
      <w:r>
        <w:br/>
      </w:r>
      <w:r>
        <w:rPr>
          <w:sz w:val="20"/>
        </w:rPr>
        <w:t>39:02  isi tarah se ikhwaan e rasool woh banega allah ke nazdeek jo rasool allah ke is mission ko phir revive karega is daur mein. yani age of communication mein jo is ko revive karega, woh ikhwaan e rasool banega.</w:t>
      </w:r>
      <w:r>
        <w:br/>
      </w:r>
      <w:r>
        <w:rPr>
          <w:sz w:val="20"/>
        </w:rPr>
        <w:t>39:17  kyunki age of communication mein is liye keh raha hoon ke jab hadith mein aata hai ke har har ghar mein pohanch jayega allah ka kalmah, har ghar mein kaise pohanch jayega?</w:t>
      </w:r>
      <w:r>
        <w:br/>
      </w:r>
      <w:r>
        <w:rPr>
          <w:sz w:val="20"/>
        </w:rPr>
        <w:t>39:27  acquired international communication.</w:t>
      </w:r>
      <w:r>
        <w:br/>
      </w:r>
      <w:r>
        <w:rPr>
          <w:sz w:val="20"/>
        </w:rPr>
        <w:t>39:33  to jab tak global level par communication ka zamana na aa chuka ho, aap is role ko ada nahi kar sakte.</w:t>
      </w:r>
      <w:r>
        <w:br/>
      </w:r>
      <w:r>
        <w:rPr>
          <w:sz w:val="20"/>
        </w:rPr>
        <w:t>39:44  to aaj hum jis zamane mein hain, is zamane mein woh zamana hi yeh zamana hai. dekhen, ek baat yeh samajh lijiye ke da'wah work jo hai, us ke do pehlu hain.</w:t>
      </w:r>
    </w:p>
    <w:p>
      <w:pPr>
        <w:pStyle w:val="Heading2"/>
      </w:pPr>
      <w:r>
        <w:t>Full afterlife argument: reward, punishment, and life's purpose</w:t>
      </w:r>
    </w:p>
    <w:p>
      <w:r>
        <w:rPr>
          <w:color w:val="666666"/>
          <w:sz w:val="18"/>
        </w:rPr>
        <w:t>The Importance of Religion for Man (English) May 29, 2009 Maulana Wahiduddin Khan · 4m 05s · at 11:13 · https://youtu.be/NcPRIpffwc0?t=673</w:t>
      </w:r>
    </w:p>
    <w:p>
      <w:r>
        <w:rPr>
          <w:i/>
        </w:rPr>
        <w:t>“Death is not death, death is life after life”</w:t>
      </w:r>
    </w:p>
    <w:p>
      <w:r>
        <w:rPr>
          <w:sz w:val="20"/>
        </w:rPr>
        <w:t>11:13  death is not death. death is life after life.</w:t>
      </w:r>
      <w:r>
        <w:br/>
      </w:r>
      <w:r>
        <w:rPr>
          <w:sz w:val="20"/>
        </w:rPr>
        <w:t>11:21  so when death comes, it means that you are entering in the other phase of life.</w:t>
      </w:r>
      <w:r>
        <w:br/>
      </w:r>
      <w:r>
        <w:rPr>
          <w:sz w:val="20"/>
        </w:rPr>
        <w:t>11:31  so those who were who adopted the life pattern of</w:t>
      </w:r>
      <w:r>
        <w:br/>
      </w:r>
      <w:r>
        <w:rPr>
          <w:sz w:val="20"/>
        </w:rPr>
        <w:t>11:44  of who, adopted the divine life pattern, who followed the divine commandments, they will be blessed.</w:t>
      </w:r>
      <w:r>
        <w:br/>
      </w:r>
      <w:r>
        <w:rPr>
          <w:sz w:val="20"/>
        </w:rPr>
        <w:t>11:56  at present, they were living in a temporary world. you can see a temporary paradise, but after death, they will be blessed to live in the eternal paradise.</w:t>
      </w:r>
      <w:r>
        <w:br/>
      </w:r>
      <w:r>
        <w:rPr>
          <w:sz w:val="20"/>
        </w:rPr>
        <w:t>12:16  that is as a blessing, as a reward.</w:t>
      </w:r>
      <w:r>
        <w:br/>
      </w:r>
      <w:r>
        <w:rPr>
          <w:sz w:val="20"/>
        </w:rPr>
        <w:t>12:21  but those who fail to follow the commandment of God. those who fail to adopt the divine pattern, they were like intruder in this world.</w:t>
      </w:r>
      <w:r>
        <w:br/>
      </w:r>
      <w:r>
        <w:rPr>
          <w:sz w:val="20"/>
        </w:rPr>
        <w:t>12:36  they were like trespasser in this planet earth. so they will be punished.</w:t>
      </w:r>
      <w:r>
        <w:br/>
      </w:r>
      <w:r>
        <w:rPr>
          <w:sz w:val="20"/>
        </w:rPr>
        <w:t>12:47  and I think this more more than severe punishment to send all these people to other planets, where there is no no water, no no life support system,</w:t>
      </w:r>
      <w:r>
        <w:br/>
      </w:r>
      <w:r>
        <w:rPr>
          <w:sz w:val="20"/>
        </w:rPr>
        <w:t>13:01  nothing. imagine that situation when you find yourself in some other planet, where there is no water.</w:t>
      </w:r>
      <w:r>
        <w:br/>
      </w:r>
      <w:r>
        <w:rPr>
          <w:sz w:val="20"/>
        </w:rPr>
        <w:t>13:16  you feel yourself, yourself thirsty, but there is no water. you feel yourself hungry, but there is no food.</w:t>
      </w:r>
      <w:r>
        <w:br/>
      </w:r>
      <w:r>
        <w:rPr>
          <w:sz w:val="20"/>
        </w:rPr>
        <w:t>13:29  even if there is no light, you cannot see anything. inspired of all those health, so called health,</w:t>
      </w:r>
      <w:r>
        <w:br/>
      </w:r>
      <w:r>
        <w:rPr>
          <w:sz w:val="20"/>
        </w:rPr>
        <w:t>13:38  you cannot anything. you cannot see anything, because we need light. without light, we cannot see anything, although we have eyes.</w:t>
      </w:r>
      <w:r>
        <w:br/>
      </w:r>
      <w:r>
        <w:rPr>
          <w:sz w:val="20"/>
        </w:rPr>
        <w:t>13:51  so if there is no light, you cannot see anything. if there is no air, you can contact conversation.</w:t>
      </w:r>
      <w:r>
        <w:br/>
      </w:r>
      <w:r>
        <w:rPr>
          <w:sz w:val="20"/>
        </w:rPr>
        <w:t>13:59  maybe you are living with your friend and your family members, but if there is no air, you cannot contact conversation with those members of your family.</w:t>
      </w:r>
      <w:r>
        <w:br/>
      </w:r>
      <w:r>
        <w:rPr>
          <w:sz w:val="20"/>
        </w:rPr>
        <w:t>14:13  so what a miserable condition! what a miserable condition!</w:t>
      </w:r>
      <w:r>
        <w:br/>
      </w:r>
      <w:r>
        <w:rPr>
          <w:sz w:val="20"/>
        </w:rPr>
        <w:t>14:19  so those who think that we are not in need of religion, they are living in a</w:t>
      </w:r>
      <w:r>
        <w:br/>
      </w:r>
      <w:r>
        <w:rPr>
          <w:sz w:val="20"/>
        </w:rPr>
        <w:t>14:32  serious misunderstanding. they are committing a</w:t>
      </w:r>
      <w:r>
        <w:br/>
      </w:r>
      <w:r>
        <w:rPr>
          <w:sz w:val="20"/>
        </w:rPr>
        <w:t>14:45  great sin</w:t>
      </w:r>
      <w:r>
        <w:br/>
      </w:r>
      <w:r>
        <w:rPr>
          <w:sz w:val="20"/>
        </w:rPr>
        <w:t>14:49  . so it is everyone's duty to to to know</w:t>
      </w:r>
      <w:r>
        <w:br/>
      </w:r>
      <w:r>
        <w:rPr>
          <w:sz w:val="20"/>
        </w:rPr>
        <w:t>14:58  about the creator, about the creation plan of God,</w:t>
      </w:r>
      <w:r>
        <w:br/>
      </w:r>
      <w:r>
        <w:rPr>
          <w:sz w:val="20"/>
        </w:rPr>
        <w:t>15:07  about di truth. what is truth? so it is a duty of every man and women to know all these things.</w:t>
      </w:r>
    </w:p>
    <w:p>
      <w:pPr>
        <w:pStyle w:val="Heading2"/>
      </w:pPr>
      <w:r>
        <w:t>Ideological jihad: overcoming people's conditioning through patience</w:t>
      </w:r>
    </w:p>
    <w:p>
      <w:r>
        <w:rPr>
          <w:color w:val="666666"/>
          <w:sz w:val="18"/>
        </w:rPr>
        <w:t>Culture of Peace and Non Voilence in Islam January 14, 2023 · 4m 03s · at 10:41 · https://youtu.be/INrBUtThaRw?t=641</w:t>
      </w:r>
    </w:p>
    <w:p>
      <w:r>
        <w:rPr>
          <w:i/>
        </w:rPr>
        <w:t>“Jihad ka koi violent ideological base nahi hai”</w:t>
      </w:r>
    </w:p>
    <w:p>
      <w:r>
        <w:rPr>
          <w:sz w:val="20"/>
        </w:rPr>
        <w:t>10:41  to main chahunga ke ideologically speaking, aah, is ko aap agar thoda sa wazeh karein. woh jo jang ke liye jo jihad ka lafz istemal kiya jane laga hai na, ji, woh uska extended use hai ya istemali use hai ke woh kyunke jang mein bohat ziyada mehnat karni parti hai,</w:t>
      </w:r>
      <w:r>
        <w:br/>
      </w:r>
      <w:r>
        <w:rPr>
          <w:sz w:val="20"/>
        </w:rPr>
        <w:t>10:59  aur to is ke liye jihad ka lafz istemal kiya jane laga, warna asal lafz jo hai na woh qital hai. ji, to</w:t>
      </w:r>
      <w:r>
        <w:br/>
      </w:r>
      <w:r>
        <w:rPr>
          <w:sz w:val="20"/>
        </w:rPr>
        <w:t>11:09  jihad jo hai na woh ideological struggle ke sense mein to non violent struggle hi hai. to woh is liye hota hai ke woh jab bhi hum koi, aah, kaam achha karein society mein, aur chunke hum log ek daawa group hain, achha aur achhi baat ko society mein hamein pahunchana hai, lekin jab hum jate hain kaam karne to pata chalta hai ke har aadmi ek conditioned insan hai.</w:t>
      </w:r>
      <w:r>
        <w:br/>
      </w:r>
      <w:r>
        <w:rPr>
          <w:sz w:val="20"/>
        </w:rPr>
        <w:t>11:35  to apni conditioning ki wajah se woh hamare paigham ko nahi samajhta. jo rasool Allah sal Allah alaihi wasallam ko itni ziyada opposition hui, woh isi liye, is liye hi nahi ke arab ke log bure thay, balkeh woh conditioned insan thay.</w:t>
      </w:r>
      <w:r>
        <w:br/>
      </w:r>
      <w:r>
        <w:rPr>
          <w:sz w:val="20"/>
        </w:rPr>
        <w:t>11:49  to woh conditioning ki wajah se woh nahi samjhe ke yeh nayi nayi baatein jo hamein sikha rahe hain, yeh kya cheez hai. to us waqt to yeh tha, woh kehte thay ke ek Khuda se kaise kaam chalega?</w:t>
      </w:r>
      <w:r>
        <w:br/>
      </w:r>
      <w:r>
        <w:rPr>
          <w:sz w:val="20"/>
        </w:rPr>
        <w:t>12:02  wahan to har qabiley ka but juda tha na. j</w:t>
      </w:r>
      <w:r>
        <w:br/>
      </w:r>
      <w:r>
        <w:rPr>
          <w:sz w:val="20"/>
        </w:rPr>
        <w:t>12:05  y, to is tarah ki conditioning ho jati hai. woh samajhte thay ke woh wahan buton par nazrane aate thay. ab samajhte thay ke agar hum ek Khuda ko mante hain to hamari to economy sab kharab ho jayegi.</w:t>
      </w:r>
      <w:r>
        <w:br/>
      </w:r>
      <w:r>
        <w:rPr>
          <w:sz w:val="20"/>
        </w:rPr>
        <w:t>12:16  to different kind ki conditioning hoti hai. ab jaise hum spirit ko ubharne ke liye kahein, namaz ki, roze ki, hajj ki, zakat ki, to spirit ko ubharne ke liye kahein ge to woh to form se itna manoos ho chuke hain</w:t>
      </w:r>
      <w:r>
        <w:br/>
      </w:r>
      <w:r>
        <w:rPr>
          <w:sz w:val="20"/>
        </w:rPr>
        <w:t>12:32  , conditioned ho chuke hain, to un ki samajh mein nahi aata ke yeh kya cheez hai. spirit wala deen un ke liye ajnabi deen ban gaya hai. to is liye daai ko bohat sakht mehnat karni parti hai, jis ko ideological jihad bhi Maulana ne kahin istemal kiya hai.</w:t>
      </w:r>
      <w:r>
        <w:br/>
      </w:r>
      <w:r>
        <w:rPr>
          <w:sz w:val="20"/>
        </w:rPr>
        <w:t>12:49  aur is chunke ab agar hum is waqt lad jayein to hum apna kaam aage badha nahi sakte. aur agar hum sabr kar lein, bardasht kar lein to is ka matlab yeh hai ke hamein is ko hum time de rahe hain.</w:t>
      </w:r>
      <w:r>
        <w:br/>
      </w:r>
      <w:r>
        <w:rPr>
          <w:sz w:val="20"/>
        </w:rPr>
        <w:t>13:02  is ko, is ko time chahiye. agar ek conditioned insan hai to us ko time chahiye taake woh baaton ko gehrai se samajh sake.</w:t>
      </w:r>
      <w:r>
        <w:br/>
      </w:r>
      <w:r>
        <w:rPr>
          <w:sz w:val="20"/>
        </w:rPr>
        <w:t>13:11  har insan ghor o fikr to karta hi hai. koi nayi baat kisi se kahi jaye to woh us par sochta hai. sochte sochte kabhi na kabhi us ko baat samajh mein aa jati hai.</w:t>
      </w:r>
      <w:r>
        <w:br/>
      </w:r>
      <w:r>
        <w:rPr>
          <w:sz w:val="20"/>
        </w:rPr>
        <w:t>13:21  itna sare sahaba ki yahi misaal hai. hazrat umar ji itne bare sahabi hain, ab un ko bhi samajh mein nahi aa raha tha. un ko bhi time chahiye tha.</w:t>
      </w:r>
      <w:r>
        <w:br/>
      </w:r>
      <w:r>
        <w:rPr>
          <w:sz w:val="20"/>
        </w:rPr>
        <w:t>13:30  to</w:t>
      </w:r>
      <w:r>
        <w:br/>
      </w:r>
      <w:r>
        <w:rPr>
          <w:sz w:val="20"/>
        </w:rPr>
        <w:t>13:31  chunki insanon ko time chahiye samajhne ke liye, to is wajah se sabr jo hai woh zaroori hai. sabr karna bhi ek jihad hai.</w:t>
      </w:r>
      <w:r>
        <w:br/>
      </w:r>
      <w:r>
        <w:rPr>
          <w:sz w:val="20"/>
        </w:rPr>
        <w:t>13:40  ji, kyunke sab se zyada mehnat to sabr karne mein lagti hai. to to isi liye jo hai kaha gaya hai Quran mein ke Quran se jihad karo.</w:t>
      </w:r>
      <w:r>
        <w:br/>
      </w:r>
      <w:r>
        <w:rPr>
          <w:sz w:val="20"/>
        </w:rPr>
        <w:t>13:53  jihad bil Quran to</w:t>
      </w:r>
      <w:r>
        <w:br/>
      </w:r>
      <w:r>
        <w:rPr>
          <w:sz w:val="20"/>
        </w:rPr>
        <w:t>13:55  balkeh is ko jihad kabir kaha gaya hai ke "wajahidhum bihi jihad kabirah". kyunke is mein sab se zyada opposition hoti hai. un ko samajh mein aata nahi hai, to woh oppose karte hain.</w:t>
      </w:r>
      <w:r>
        <w:br/>
      </w:r>
      <w:r>
        <w:rPr>
          <w:sz w:val="20"/>
        </w:rPr>
        <w:t>14:07  lekin woh to behrahal is zamane mein, aah, bilkul hi insan open nahi tha na. koi bhi nai ideology is ko samajh mein nahi aati thi.</w:t>
      </w:r>
      <w:r>
        <w:br/>
      </w:r>
      <w:r>
        <w:rPr>
          <w:sz w:val="20"/>
        </w:rPr>
        <w:t>14:16  ji, to is wajah se itna zyada wahan par, aah, opposition hui aur itna isi mein kai jangain bhi huin. ji ji, bilkul.</w:t>
      </w:r>
      <w:r>
        <w:br/>
      </w:r>
      <w:r>
        <w:rPr>
          <w:sz w:val="20"/>
        </w:rPr>
        <w:t>14:24  in fact, when the prophet returned from the Tabuk expedition, he made this statement that we have come from a lesser jihad towards a greater jihad.</w:t>
      </w:r>
      <w:r>
        <w:br/>
      </w:r>
      <w:r>
        <w:rPr>
          <w:sz w:val="20"/>
        </w:rPr>
        <w:t>14:32  and greater jihad is exactly like what you explained. its more about intellectual awakening, struggle, strive. apa, aap ne, aah, jihad ko define kiya.</w:t>
      </w:r>
      <w:r>
        <w:br/>
      </w:r>
      <w:r>
        <w:rPr>
          <w:sz w:val="20"/>
        </w:rPr>
        <w:t>14:41  aap ne sabr ke bare mein bhi kaha. sabr pe hum baad mein</w:t>
      </w:r>
    </w:p>
    <w:p>
      <w:pPr>
        <w:pStyle w:val="Heading2"/>
      </w:pPr>
      <w:r>
        <w:t>Boy reunited with family after 25 years via Google Earth</w:t>
      </w:r>
    </w:p>
    <w:p>
      <w:r>
        <w:rPr>
          <w:color w:val="666666"/>
          <w:sz w:val="18"/>
        </w:rPr>
        <w:t>Islam in A New Age March 18, 2012 · 4m 33s · at 17:20 · https://youtu.be/P5hzq_NheY0?t=1040</w:t>
      </w:r>
    </w:p>
    <w:p>
      <w:r>
        <w:rPr>
          <w:i/>
        </w:rPr>
        <w:t>“Ajeeb o ghareeb kahani — Google Earth helps Indians reunite”</w:t>
      </w:r>
    </w:p>
    <w:p>
      <w:r>
        <w:rPr>
          <w:sz w:val="20"/>
        </w:rPr>
        <w:t>17:20  abhi dekhiye, mein ek bohat hi ajeeb misaal ek. yeh parcha mere hath mein hai.</w:t>
      </w:r>
      <w:r>
        <w:br/>
      </w:r>
      <w:r>
        <w:rPr>
          <w:sz w:val="20"/>
        </w:rPr>
        <w:t>17:32  nai dilli ka english daily. nai dilli ka english roznama. hindustan times. yeh shumarah hai 16 March 2012 ka.</w:t>
      </w:r>
      <w:r>
        <w:br/>
      </w:r>
      <w:r>
        <w:rPr>
          <w:sz w:val="20"/>
        </w:rPr>
        <w:t>17:47  2012 ka 16 March ka parcha. is ka page 17. page 17 par ek news aayi hai jis ki heading hai</w:t>
      </w:r>
      <w:r>
        <w:br/>
      </w:r>
      <w:r>
        <w:rPr>
          <w:sz w:val="20"/>
        </w:rPr>
        <w:t>18:04  Google Earth helps</w:t>
      </w:r>
      <w:r>
        <w:br/>
      </w:r>
      <w:r>
        <w:rPr>
          <w:sz w:val="20"/>
        </w:rPr>
        <w:t>18:10  Indians reunite with family</w:t>
      </w:r>
      <w:r>
        <w:br/>
      </w:r>
      <w:r>
        <w:rPr>
          <w:sz w:val="20"/>
        </w:rPr>
        <w:t>18:14  Google Earth helps Indians reunite with family. yeh aap dekhiye.</w:t>
      </w:r>
      <w:r>
        <w:br/>
      </w:r>
      <w:r>
        <w:rPr>
          <w:sz w:val="20"/>
        </w:rPr>
        <w:t>18:26  ek ajeeb o ghareeb kahani hai. aur bohat hi iman afroz baat. dekhiye, ek qissa yeh hai is mein jo chupa hai.</w:t>
      </w:r>
      <w:r>
        <w:br/>
      </w:r>
      <w:r>
        <w:rPr>
          <w:sz w:val="20"/>
        </w:rPr>
        <w:t>18:39  aik bachcha panch saal ka, woh india mein paida hua, ghareeb family mein. bheek mangta tha. yaani panch saal.</w:t>
      </w:r>
      <w:r>
        <w:br/>
      </w:r>
      <w:r>
        <w:rPr>
          <w:sz w:val="20"/>
        </w:rPr>
        <w:t>18:49  toh apne aik gaon mein rehta tha. wahan jo qareeb ka railway station tha, wahan par bheek mangne ke liye gaya woh. toh kisi gaadi par baith gaya woh.</w:t>
      </w:r>
      <w:r>
        <w:br/>
      </w:r>
      <w:r>
        <w:rPr>
          <w:sz w:val="20"/>
        </w:rPr>
        <w:t>19:01  yaani musafiron mein bheek mangne ke liye. ab gaadi chal padi.</w:t>
      </w:r>
      <w:r>
        <w:br/>
      </w:r>
      <w:r>
        <w:rPr>
          <w:sz w:val="20"/>
        </w:rPr>
        <w:t>19:07  ab gaadi kahin ja kar aik naye station par utaar diya is ne. ab panch saal ka bachcha is samajh nahi aata kya kare. idhar udhar woh ghoom raha hai.</w:t>
      </w:r>
      <w:r>
        <w:br/>
      </w:r>
      <w:r>
        <w:rPr>
          <w:sz w:val="20"/>
        </w:rPr>
        <w:t>19:18  wahan par aik australian joda tha aaya hua. un ke paas woh woh bachche nahi, yaani aulaad nahi thi.</w:t>
      </w:r>
      <w:r>
        <w:br/>
      </w:r>
      <w:r>
        <w:rPr>
          <w:sz w:val="20"/>
        </w:rPr>
        <w:t>19:30  woh adopt karne ke liye aik bachcha chahte the woh.</w:t>
      </w:r>
      <w:r>
        <w:br/>
      </w:r>
      <w:r>
        <w:rPr>
          <w:sz w:val="20"/>
        </w:rPr>
        <w:t>19:33  toh kisi wajah se woh bachcha jo hai un ko pasand aa gaya. jo panch saal ka tha us waqt. us ko apne saath le liya unhon ne.</w:t>
      </w:r>
      <w:r>
        <w:br/>
      </w:r>
      <w:r>
        <w:rPr>
          <w:sz w:val="20"/>
        </w:rPr>
        <w:t>19:44  aur le kar gaye australia ke the woh log. australia mein aik island hai, tasmania. tasmania mein un ka business tha.</w:t>
      </w:r>
      <w:r>
        <w:br/>
      </w:r>
      <w:r>
        <w:rPr>
          <w:sz w:val="20"/>
        </w:rPr>
        <w:t>19:54  wahan par le gaye. is panch saal bachche ko parhaya likhaya unhon ne.</w:t>
      </w:r>
      <w:r>
        <w:br/>
      </w:r>
      <w:r>
        <w:rPr>
          <w:sz w:val="20"/>
        </w:rPr>
        <w:t>19:59  phir us ko business mein lagaya. aur woh kaafi paisa bhi kamaya us ne. parh likh ke angrezi janne laga.</w:t>
      </w:r>
      <w:r>
        <w:br/>
      </w:r>
      <w:r>
        <w:rPr>
          <w:sz w:val="20"/>
        </w:rPr>
        <w:t>20:09  toh is tarah pachis saal beet gaye. pachis saal. phir us ko khayal aaya. us ke mind mein aik faint idea tha apne gaon ka.</w:t>
      </w:r>
      <w:r>
        <w:br/>
      </w:r>
      <w:r>
        <w:rPr>
          <w:sz w:val="20"/>
        </w:rPr>
        <w:t>20:21  toh us ko yaad aati thi apne maa baap ki, bhai behan ki. toh faint idea tha ke mera ghar, mera gaon aisa tha.</w:t>
      </w:r>
      <w:r>
        <w:br/>
      </w:r>
      <w:r>
        <w:rPr>
          <w:sz w:val="20"/>
        </w:rPr>
        <w:t>20:29  toh aap jante hain aaj kal aik jis ko kehte hain google earth. fiza mein aisa satellite hai jis mein poore poore zameen ka naqsha hai.</w:t>
      </w:r>
      <w:r>
        <w:br/>
      </w:r>
      <w:r>
        <w:rPr>
          <w:sz w:val="20"/>
        </w:rPr>
        <w:t>20:41  aap us ko agar aap switch dabayein aur search karein toh jahan aap baithe hue hain, yeh wahan dikhai dega aap ko. computer ki screen par dikhai dega woh.</w:t>
      </w:r>
      <w:r>
        <w:br/>
      </w:r>
      <w:r>
        <w:rPr>
          <w:sz w:val="20"/>
        </w:rPr>
        <w:t>20:52  woh us ko spot kar lega us ko.</w:t>
      </w:r>
      <w:r>
        <w:br/>
      </w:r>
      <w:r>
        <w:rPr>
          <w:sz w:val="20"/>
        </w:rPr>
        <w:t>20:55  toh woh bachcha jo australia mein parha barha aur kaafi taleem yafta ho gaya, business bhi ho gaya uska.</w:t>
      </w:r>
      <w:r>
        <w:br/>
      </w:r>
      <w:r>
        <w:rPr>
          <w:sz w:val="20"/>
        </w:rPr>
        <w:t>21:05  toh pachis saal ke baad us ko khayal hua kyun na mein talash karoon. toh google earth par gaya woh. talash karte karte us ke samne aik aik gaon ka naqsha aaya.</w:t>
      </w:r>
      <w:r>
        <w:br/>
      </w:r>
      <w:r>
        <w:rPr>
          <w:sz w:val="20"/>
        </w:rPr>
        <w:t>21:19  toh kaha yeh yeh toh mera gaon hai.</w:t>
      </w:r>
      <w:r>
        <w:br/>
      </w:r>
      <w:r>
        <w:rPr>
          <w:sz w:val="20"/>
        </w:rPr>
        <w:t>21:25  woh gaon toh kathua ka aik gaon tha. kathua ka. yaani woh tasmania mein kar raha hai woh, australia mein. aur aur kathua ka gaon woh dekhta hai google earth par.</w:t>
      </w:r>
      <w:r>
        <w:br/>
      </w:r>
      <w:r>
        <w:rPr>
          <w:sz w:val="20"/>
        </w:rPr>
        <w:t>21:38  phir us ne pata kiya, pata kiya, pata kiya. is ke baad hua jahaz se wahan se aaya, apne maa baap se mila. yeh qissa hua. ab dekhiye, ab main aap ko doosra qissa batata hoon.</w:t>
      </w:r>
    </w:p>
    <w:p>
      <w:pPr>
        <w:pStyle w:val="Heading2"/>
      </w:pPr>
      <w:r>
        <w:t>the controversy over his enormous number of hadiths</w:t>
      </w:r>
    </w:p>
    <w:p>
      <w:r>
        <w:rPr>
          <w:color w:val="666666"/>
          <w:sz w:val="18"/>
        </w:rPr>
        <w:t>The Story of Hazrat Abu Hurairah (r.a.) December 31, 2023 · 4m 02s · at 31:05 · https://youtu.be/ntoKGwQ1WX0?t=1865</w:t>
      </w:r>
    </w:p>
    <w:p>
      <w:r>
        <w:rPr>
          <w:i/>
        </w:rPr>
        <w:t>“Ibn Umar said: you narrate far too many hadiths”</w:t>
      </w:r>
    </w:p>
    <w:p>
      <w:r>
        <w:rPr>
          <w:sz w:val="20"/>
        </w:rPr>
        <w:t>31:05  in fact, it also gave rise to a controversy once, uh, when abdullah ibn umar expressed his concern about, you know, the number of hadiths that he</w:t>
      </w:r>
      <w:r>
        <w:br/>
      </w:r>
      <w:r>
        <w:rPr>
          <w:sz w:val="20"/>
        </w:rPr>
        <w:t>31:15  would narrate. to woh kya controversy thi, aah, is ke baray mein bhi aap hum sab ko batayen. haan, chounkay aik baar, aah, hazrat abu huraira ne bataya ke there is a great blessing in the jenazah prayer, funeral prayer.</w:t>
      </w:r>
      <w:r>
        <w:br/>
      </w:r>
      <w:r>
        <w:rPr>
          <w:sz w:val="20"/>
        </w:rPr>
        <w:t>31:29  whoever prays the funeral prayer, he will get a reward like a mountain, and that too of the size of an uhud mountain. humm. uhud ke pahar ke barabar sawab mile ga.</w:t>
      </w:r>
      <w:r>
        <w:br/>
      </w:r>
      <w:r>
        <w:rPr>
          <w:sz w:val="20"/>
        </w:rPr>
        <w:t>31:39  ji.</w:t>
      </w:r>
      <w:r>
        <w:br/>
      </w:r>
      <w:r>
        <w:rPr>
          <w:sz w:val="20"/>
        </w:rPr>
        <w:t>31:41  aur kaha ke agar woh shakhs jaye janazay ke sath qabristan aur wahan par jo brel hai, tadfeen hai, us mein bhi participate karay to he will get a reward of two mountains.</w:t>
      </w:r>
      <w:r>
        <w:br/>
      </w:r>
      <w:r>
        <w:rPr>
          <w:sz w:val="20"/>
        </w:rPr>
        <w:t>31:54  humm. that too like the mountain of uhud. to hazrat ibn umar maujood thay wahan, abdullah ibn umar, aah, hazrat umar ke betay.</w:t>
      </w:r>
      <w:r>
        <w:br/>
      </w:r>
      <w:r>
        <w:rPr>
          <w:sz w:val="20"/>
        </w:rPr>
        <w:t>32:06  humm. to unhon ne kaha bhai, aah, abu huraira tum bohat ziyada hadithain bayan kar rahay ho, mein ne to suna nahi hai aisa kuch. humm. you narrate too many hadiths.</w:t>
      </w:r>
      <w:r>
        <w:br/>
      </w:r>
      <w:r>
        <w:rPr>
          <w:sz w:val="20"/>
        </w:rPr>
        <w:t>32:17  to hazrat abu huraira gaye aisha razi allah anha ke pas, woh to hayat theen woh bhi, aur poocha yeh hadith batayi ke, aah, aap ne suni hai ya kya yeh hadith, aah, prophet se janazay ke baray mein?</w:t>
      </w:r>
      <w:r>
        <w:br/>
      </w:r>
      <w:r>
        <w:rPr>
          <w:sz w:val="20"/>
        </w:rPr>
        <w:t>32:32  to unhon ne kaha yes i have heard it.</w:t>
      </w:r>
      <w:r>
        <w:br/>
      </w:r>
      <w:r>
        <w:rPr>
          <w:sz w:val="20"/>
        </w:rPr>
        <w:t>32:34  humm. to wapas aaye. and and he said that aisha has also heard it. she also confirmed it. to us waqt, aah, aah, abdullah ibn umar razi allah anha ne bari achi baat kahi ke if that was the case then you stayed with the prophet more than us.</w:t>
      </w:r>
      <w:r>
        <w:br/>
      </w:r>
      <w:r>
        <w:rPr>
          <w:sz w:val="20"/>
        </w:rPr>
        <w:t>32:55  humm. and you are more knowledgeable in hadith than most of us. humm. to unhon ne acknowledge kiya, aa</w:t>
      </w:r>
      <w:r>
        <w:br/>
      </w:r>
      <w:r>
        <w:rPr>
          <w:sz w:val="20"/>
        </w:rPr>
        <w:t>33:04  ha, yani hazrat ibn umar, aah, rasool, hazrat umar ke betay thay. he grew up with the prophet.</w:t>
      </w:r>
      <w:r>
        <w:br/>
      </w:r>
      <w:r>
        <w:rPr>
          <w:sz w:val="20"/>
        </w:rPr>
        <w:t>33:13  he was like a son to the prophet. ji. lekin unhon ne bhi yeh baat acknowledge ki, halankay woh hazrat abu huraira sirf teen char saal rahay aur yeh log, yeh yeh to poori zindagi sath mein rahay.</w:t>
      </w:r>
      <w:r>
        <w:br/>
      </w:r>
      <w:r>
        <w:rPr>
          <w:sz w:val="20"/>
        </w:rPr>
        <w:t>33:25  humm. to is ke bawajood, aah, aah, halankay he was also one of the great narrators of the hadith.</w:t>
      </w:r>
      <w:r>
        <w:br/>
      </w:r>
      <w:r>
        <w:rPr>
          <w:sz w:val="20"/>
        </w:rPr>
        <w:t>33:32  char panch jo log, aah, hazrat abu huraira ke baad atay hain, un mein se hi he is one of them. ji. hazrat aisha aur yeh yeh log se.</w:t>
      </w:r>
      <w:r>
        <w:br/>
      </w:r>
      <w:r>
        <w:rPr>
          <w:sz w:val="20"/>
        </w:rPr>
        <w:t>33:40  to, aah, aah, unhon ne explain kiya hazrat abu huraira ne ke mein kyun itna ziyada narration</w:t>
      </w:r>
      <w:r>
        <w:br/>
      </w:r>
      <w:r>
        <w:rPr>
          <w:sz w:val="20"/>
        </w:rPr>
        <w:t>33:52  karta hoon. unhon ne kaha ke jo muhajireen hain, humm, yani jo makkah se aaye thay, humm, aah, woh apne business mein, humm, apna waqt lagatay hain.</w:t>
      </w:r>
      <w:r>
        <w:br/>
      </w:r>
      <w:r>
        <w:rPr>
          <w:sz w:val="20"/>
        </w:rPr>
        <w:t>34:02  ji. chounkay they were more more traders like merchants. aur jo ansar hain, humm, aah, madina ke log, humm, woh ziyada tar agriculture mein busy rehtay hain.</w:t>
      </w:r>
      <w:r>
        <w:br/>
      </w:r>
      <w:r>
        <w:rPr>
          <w:sz w:val="20"/>
        </w:rPr>
        <w:t>34:15  kabhi subah atay hain rasool allah ke pas aur kabhi sham ko atay hain. humm. aur mein to chobees ghantay sath mein rehta hoon.</w:t>
      </w:r>
      <w:r>
        <w:br/>
      </w:r>
      <w:r>
        <w:rPr>
          <w:sz w:val="20"/>
        </w:rPr>
        <w:t>34:26  kuntu wa kuntu alzam rasool allah sallallahu alaihi wasallam ala mul baṭn yani mein rasool allah ke sath rehta hoon chahe mere pait mein khana ho ya na ho.</w:t>
      </w:r>
      <w:r>
        <w:br/>
      </w:r>
      <w:r>
        <w:rPr>
          <w:sz w:val="20"/>
        </w:rPr>
        <w:t>34:36  humm. har haal mein. humm. to kehtay hain ashhadu idha ghabu aah i used to be present when they were absent.</w:t>
      </w:r>
      <w:r>
        <w:br/>
      </w:r>
      <w:r>
        <w:rPr>
          <w:sz w:val="20"/>
        </w:rPr>
        <w:t>34:46  hmm.</w:t>
      </w:r>
      <w:r>
        <w:br/>
      </w:r>
      <w:r>
        <w:rPr>
          <w:sz w:val="20"/>
        </w:rPr>
        <w:t>34:48  to chaar saal ke liye ke mein yeh inhone taqreeban chaar saal rahe aur Rasool Allah ke saath saaye ki tarah rahe.</w:t>
      </w:r>
      <w:r>
        <w:br/>
      </w:r>
      <w:r>
        <w:rPr>
          <w:sz w:val="20"/>
        </w:rPr>
        <w:t>35:04  to itni, aah, zyada hadeesein colle</w:t>
      </w:r>
    </w:p>
    <w:p>
      <w:pPr>
        <w:pStyle w:val="Heading2"/>
      </w:pPr>
      <w:r>
        <w:t>God as the only source of spirituality, and introspection</w:t>
      </w:r>
    </w:p>
    <w:p>
      <w:r>
        <w:rPr>
          <w:color w:val="666666"/>
          <w:sz w:val="18"/>
        </w:rPr>
        <w:t>Interview Session with Maulana Wahiduddin Khan January 30, 2008 · 3m 32s · at 29:15 · https://youtu.be/o8Gpe9YMuZc?t=1755</w:t>
      </w:r>
    </w:p>
    <w:p>
      <w:r>
        <w:rPr>
          <w:i/>
        </w:rPr>
        <w:t>“One who believes in God has found the source of spirituality.”</w:t>
      </w:r>
    </w:p>
    <w:p>
      <w:r>
        <w:rPr>
          <w:sz w:val="20"/>
        </w:rPr>
        <w:t>29:15  yes, because one who believes in God, it means that he has found the source of spirituality. according to my experience, God is the only source of spirituality.</w:t>
      </w:r>
      <w:r>
        <w:br/>
      </w:r>
      <w:r>
        <w:rPr>
          <w:sz w:val="20"/>
        </w:rPr>
        <w:t>29:31  God is the only source of inspiration. God is the only source of conviction.</w:t>
      </w:r>
      <w:r>
        <w:br/>
      </w:r>
      <w:r>
        <w:rPr>
          <w:sz w:val="20"/>
        </w:rPr>
        <w:t>29:39  God is the only source of spiritual light. so if you deny God, it means that you have deprived yourself from the source.</w:t>
      </w:r>
      <w:r>
        <w:br/>
      </w:r>
      <w:r>
        <w:rPr>
          <w:sz w:val="20"/>
        </w:rPr>
        <w:t>29:49  so without source, how you can attempt spirituality? it is like a root less tree</w:t>
      </w:r>
      <w:r>
        <w:br/>
      </w:r>
      <w:r>
        <w:rPr>
          <w:sz w:val="20"/>
        </w:rPr>
        <w:t>29:58  if you deny God, it means that your spiritual tree is a root less tree. a root less tree can not,</w:t>
      </w:r>
      <w:r>
        <w:br/>
      </w:r>
      <w:r>
        <w:rPr>
          <w:sz w:val="20"/>
        </w:rPr>
        <w:t>30:13  can not stand in this earth.</w:t>
      </w:r>
      <w:r>
        <w:br/>
      </w:r>
      <w:r>
        <w:rPr>
          <w:sz w:val="20"/>
        </w:rPr>
        <w:t>30:23  Maulana, how would you define spirituality?</w:t>
      </w:r>
      <w:r>
        <w:br/>
      </w:r>
      <w:r>
        <w:rPr>
          <w:sz w:val="20"/>
        </w:rPr>
        <w:t>30:27  spirituality means living in higher reality.</w:t>
      </w:r>
      <w:r>
        <w:br/>
      </w:r>
      <w:r>
        <w:rPr>
          <w:sz w:val="20"/>
        </w:rPr>
        <w:t>30:34  higher reality. those people who are deprived of spirituality, they are living in, in, in, in lower level of the world.</w:t>
      </w:r>
      <w:r>
        <w:br/>
      </w:r>
      <w:r>
        <w:rPr>
          <w:sz w:val="20"/>
        </w:rPr>
        <w:t>30:48  in material things, in comfort, in luxury, in money, in shopping and, and,</w:t>
      </w:r>
      <w:r>
        <w:br/>
      </w:r>
      <w:r>
        <w:rPr>
          <w:sz w:val="20"/>
        </w:rPr>
        <w:t>31:02  and outing. these are lower level of living.</w:t>
      </w:r>
      <w:r>
        <w:br/>
      </w:r>
      <w:r>
        <w:rPr>
          <w:sz w:val="20"/>
        </w:rPr>
        <w:t>31:08  al these things are pertain to lower level of living. so you have to elevate your self from this lower level,</w:t>
      </w:r>
      <w:r>
        <w:br/>
      </w:r>
      <w:r>
        <w:rPr>
          <w:sz w:val="20"/>
        </w:rPr>
        <w:t>31:21  then you will attempt spirituality.</w:t>
      </w:r>
      <w:r>
        <w:br/>
      </w:r>
      <w:r>
        <w:rPr>
          <w:sz w:val="20"/>
        </w:rPr>
        <w:t>31:24  so according to my experience, spirituality means to elevate your self from this lower level, to go beyond the observation, beyond the seen world,</w:t>
      </w:r>
      <w:r>
        <w:br/>
      </w:r>
      <w:r>
        <w:rPr>
          <w:sz w:val="20"/>
        </w:rPr>
        <w:t>31:39  and to reach to the unseen world. this is the definition of spirituality according to my experience.</w:t>
      </w:r>
      <w:r>
        <w:br/>
      </w:r>
      <w:r>
        <w:rPr>
          <w:sz w:val="20"/>
        </w:rPr>
        <w:t>31:48  molana, how important is introspection?</w:t>
      </w:r>
      <w:r>
        <w:br/>
      </w:r>
      <w:r>
        <w:rPr>
          <w:sz w:val="20"/>
        </w:rPr>
        <w:t>31:53  without introspection, there is no spirituality, because there is a well, well known saying to are human.</w:t>
      </w:r>
      <w:r>
        <w:br/>
      </w:r>
      <w:r>
        <w:rPr>
          <w:sz w:val="20"/>
        </w:rPr>
        <w:t>32:07  so every time you commit a mistakes, so you have to revise your self. you have to correct your self.</w:t>
      </w:r>
      <w:r>
        <w:br/>
      </w:r>
      <w:r>
        <w:rPr>
          <w:sz w:val="20"/>
        </w:rPr>
        <w:t>32:17  so introspection is an integral part of spirituality.</w:t>
      </w:r>
      <w:r>
        <w:br/>
      </w:r>
      <w:r>
        <w:rPr>
          <w:sz w:val="20"/>
        </w:rPr>
        <w:t>32:22  without introspection, there is no spiritual journey.</w:t>
      </w:r>
      <w:r>
        <w:br/>
      </w:r>
      <w:r>
        <w:rPr>
          <w:sz w:val="20"/>
        </w:rPr>
        <w:t>32:29  according to my experience, no introspection, no spirituality. is spirituality a part of religion or is it an independent discipline?</w:t>
      </w:r>
    </w:p>
    <w:p>
      <w:pPr>
        <w:pStyle w:val="Heading2"/>
      </w:pPr>
      <w:r>
        <w:t>Difference between wahy, ilham, and rizq-e-rabb</w:t>
      </w:r>
    </w:p>
    <w:p>
      <w:r>
        <w:rPr>
          <w:color w:val="666666"/>
          <w:sz w:val="18"/>
        </w:rPr>
        <w:t>Islah e Ummat August 10, 2014 · 4m 28s · at 44:02 · https://youtu.be/a7ohKq4Xf0Y?t=2642</w:t>
      </w:r>
    </w:p>
    <w:p>
      <w:r>
        <w:rPr>
          <w:i/>
        </w:rPr>
        <w:t>“Dekhiye wahi to wohi cheez hai”</w:t>
      </w:r>
    </w:p>
    <w:p>
      <w:r>
        <w:rPr>
          <w:sz w:val="20"/>
        </w:rPr>
        <w:t>44:02  dekhiye wahi to wahi cheez hai jis ko hum kehte hain english mein revelation yani allah ki taraf se farishta jab literal koi message le kar aata hai literal taur par ke wahi jo allah ka message hai unhi alfaz mein hum tak pahuncha to woh hai wahi</w:t>
      </w:r>
      <w:r>
        <w:br/>
      </w:r>
      <w:r>
        <w:rPr>
          <w:sz w:val="20"/>
        </w:rPr>
        <w:t>44:27  bilkul literal taur par</w:t>
      </w:r>
      <w:r>
        <w:br/>
      </w:r>
      <w:r>
        <w:rPr>
          <w:sz w:val="20"/>
        </w:rPr>
        <w:t>44:32  yani alhamdulillah rabbil alameen jo hai woh tarjuma nahi hai wahi hai jo allah ki taraf se farishton ko mila tha aur farishton ne rasool allah tak pahunchaya</w:t>
      </w:r>
      <w:r>
        <w:br/>
      </w:r>
      <w:r>
        <w:rPr>
          <w:sz w:val="20"/>
        </w:rPr>
        <w:t>44:44  to wahi jo hai woh revelation ka naam hai aur wahi peghambar ke liye khaas hoti hai wahi ke muamle mein peghambar aur doosron ka koi</w:t>
      </w:r>
      <w:r>
        <w:br/>
      </w:r>
      <w:r>
        <w:rPr>
          <w:sz w:val="20"/>
        </w:rPr>
        <w:t>45:00  yani hissa nahi doosre logon ka hissa nahi is mein woh sirf peghambar ke liye hai ilham jis cheez ko hum kehte hain woh wahi hai jis ko hum angrezi mein kaha jata hai inspiration yeh inspiration literal nahi hota yani maani ke aitbar se hota hai</w:t>
      </w:r>
      <w:r>
        <w:br/>
      </w:r>
      <w:r>
        <w:rPr>
          <w:sz w:val="20"/>
        </w:rPr>
        <w:t>45:26  yani alfaaz woh farishte ke nahi hote lekin hum maani ke aitbaar se is ko receive karte hain</w:t>
      </w:r>
      <w:r>
        <w:br/>
      </w:r>
      <w:r>
        <w:rPr>
          <w:sz w:val="20"/>
        </w:rPr>
        <w:t>45:34  to woh hai ilhaam</w:t>
      </w:r>
      <w:r>
        <w:br/>
      </w:r>
      <w:r>
        <w:rPr>
          <w:sz w:val="20"/>
        </w:rPr>
        <w:t>45:37  to ilhaam har insaan ko</w:t>
      </w:r>
      <w:r>
        <w:br/>
      </w:r>
      <w:r>
        <w:rPr>
          <w:sz w:val="20"/>
        </w:rPr>
        <w:t>45:40  pohanchta hai is ka talluq peghambaron se nahi hai</w:t>
      </w:r>
      <w:r>
        <w:br/>
      </w:r>
      <w:r>
        <w:rPr>
          <w:sz w:val="20"/>
        </w:rPr>
        <w:t>45:45  ulama mein bohat bara darja hai</w:t>
      </w:r>
      <w:r>
        <w:br/>
      </w:r>
      <w:r>
        <w:rPr>
          <w:sz w:val="20"/>
        </w:rPr>
        <w:t>45:49  shah waliullah dehlvi ka un ki kitaab hai hujjat al-da'wah al-balighah unhon ne apne baare mein likha</w:t>
      </w:r>
      <w:r>
        <w:br/>
      </w:r>
      <w:r>
        <w:rPr>
          <w:sz w:val="20"/>
        </w:rPr>
        <w:t>45:55  hai ke ilhamni rabbi</w:t>
      </w:r>
      <w:r>
        <w:br/>
      </w:r>
      <w:r>
        <w:rPr>
          <w:sz w:val="20"/>
        </w:rPr>
        <w:t>45:59  Allah ne mujh par ilhaam kiya</w:t>
      </w:r>
      <w:r>
        <w:br/>
      </w:r>
      <w:r>
        <w:rPr>
          <w:sz w:val="20"/>
        </w:rPr>
        <w:t>46:03  ilhamni rabbi to ilhaam jo hai shah waliullah sahib ko hua tha un ki khaas cheez thi</w:t>
      </w:r>
      <w:r>
        <w:br/>
      </w:r>
      <w:r>
        <w:rPr>
          <w:sz w:val="20"/>
        </w:rPr>
        <w:t>46:10  to har ek par ilhaam ho sakta hai ilhaam maani inspiration</w:t>
      </w:r>
      <w:r>
        <w:br/>
      </w:r>
      <w:r>
        <w:rPr>
          <w:sz w:val="20"/>
        </w:rPr>
        <w:t>46:17  to yahan shah waliullah ne jo kaha hai woh inspiration hi ke maani mein hai literal maani</w:t>
      </w:r>
      <w:r>
        <w:br/>
      </w:r>
      <w:r>
        <w:rPr>
          <w:sz w:val="20"/>
        </w:rPr>
        <w:t>46:21  mein nahi hai to shah waliullah sahib ko jis tarah se ilhaam maani inspiration hua wohi hum</w:t>
      </w:r>
      <w:r>
        <w:br/>
      </w:r>
      <w:r>
        <w:rPr>
          <w:sz w:val="20"/>
        </w:rPr>
        <w:t>46:29  aap ko bhi ho sakta hai</w:t>
      </w:r>
      <w:r>
        <w:br/>
      </w:r>
      <w:r>
        <w:rPr>
          <w:sz w:val="20"/>
        </w:rPr>
        <w:t>46:31  is mein hum sab hum aap sab common hain is mein</w:t>
      </w:r>
      <w:r>
        <w:br/>
      </w:r>
      <w:r>
        <w:rPr>
          <w:sz w:val="20"/>
        </w:rPr>
        <w:t>46:36  baqi jo rizq ka rabb jo hai woh hai yani</w:t>
      </w:r>
      <w:r>
        <w:br/>
      </w:r>
      <w:r>
        <w:rPr>
          <w:sz w:val="20"/>
        </w:rPr>
        <w:t>46:44  woh main samajhta hoon ke woh is ka zariya hai tosum jab aap tadabbur karte hain jab aap sochte hain to aap ke andar tosum ki salahiyat paida hoti hai yani cheezon se akhaz karne ki draw karne ki</w:t>
      </w:r>
      <w:r>
        <w:br/>
      </w:r>
      <w:r>
        <w:rPr>
          <w:sz w:val="20"/>
        </w:rPr>
        <w:t>47:03  to wohi isi ko rizq ka rabb kaha jaye to</w:t>
      </w:r>
      <w:r>
        <w:br/>
      </w:r>
      <w:r>
        <w:rPr>
          <w:sz w:val="20"/>
        </w:rPr>
        <w:t>47:09  rizq ka rabb bazariya tawasul haasil hota hai hum ko se</w:t>
      </w:r>
      <w:r>
        <w:br/>
      </w:r>
      <w:r>
        <w:rPr>
          <w:sz w:val="20"/>
        </w:rPr>
        <w:t>47:15  to koi bhi aap tajurba guzre koi bhi aap ko mushahida ho koi bhi cheez aap padhein</w:t>
      </w:r>
      <w:r>
        <w:br/>
      </w:r>
      <w:r>
        <w:rPr>
          <w:sz w:val="20"/>
        </w:rPr>
        <w:t>47:22  to is se aap ko</w:t>
      </w:r>
      <w:r>
        <w:br/>
      </w:r>
      <w:r>
        <w:rPr>
          <w:sz w:val="20"/>
        </w:rPr>
        <w:t>47:25  ek marifat ka jo</w:t>
      </w:r>
      <w:r>
        <w:br/>
      </w:r>
      <w:r>
        <w:rPr>
          <w:sz w:val="20"/>
        </w:rPr>
        <w:t>47:29  marifat ka ek</w:t>
      </w:r>
      <w:r>
        <w:br/>
      </w:r>
      <w:r>
        <w:rPr>
          <w:sz w:val="20"/>
        </w:rPr>
        <w:t>47:32  ek</w:t>
      </w:r>
      <w:r>
        <w:br/>
      </w:r>
      <w:r>
        <w:rPr>
          <w:sz w:val="20"/>
        </w:rPr>
        <w:t>47:35  ma'rifat wali baat aap ke mind mein aajaye to wahi hai rizq ka rab</w:t>
      </w:r>
      <w:r>
        <w:br/>
      </w:r>
      <w:r>
        <w:rPr>
          <w:sz w:val="20"/>
        </w:rPr>
        <w:t>47:42  hazrat maryam ko bhi isi ma'ni mein rizq ka rab mila tha rasool Allah ko bhi isi ma'ni</w:t>
      </w:r>
      <w:r>
        <w:br/>
      </w:r>
      <w:r>
        <w:rPr>
          <w:sz w:val="20"/>
        </w:rPr>
        <w:t>47:46  mein rizq milta tha aur yeh har sahib-e-imaan ke liye</w:t>
      </w:r>
      <w:r>
        <w:br/>
      </w:r>
      <w:r>
        <w:rPr>
          <w:sz w:val="20"/>
        </w:rPr>
        <w:t>47:51  muqaddar hai bashart-e-ke woh in is ko paida kare wahi ya'ni wahi tadabbur wahi imaan wahi tosam to</w:t>
      </w:r>
      <w:r>
        <w:br/>
      </w:r>
      <w:r>
        <w:rPr>
          <w:sz w:val="20"/>
        </w:rPr>
        <w:t>48:01  phir us ko rizq ka rab milne laga</w:t>
      </w:r>
      <w:r>
        <w:br/>
      </w:r>
      <w:r>
        <w:rPr>
          <w:sz w:val="20"/>
        </w:rPr>
        <w:t>48:06  to wahi to bilkul alag cheez hai lekin ilham alag cheez nahi hai woh har ek ko ho sakta hai jis tarah ke shah wali Allah sahib ne kaha ke ilhamni rabbi aur rizq ka rab bhi har ek ko pahunch sakta hai jahan tak maine samjha hai mamla yahi hai</w:t>
      </w:r>
    </w:p>
    <w:p>
      <w:pPr>
        <w:pStyle w:val="Heading2"/>
      </w:pPr>
      <w:r>
        <w:t>Iceberg analogy, death as teacher, closing tribute</w:t>
      </w:r>
    </w:p>
    <w:p>
      <w:r>
        <w:rPr>
          <w:color w:val="666666"/>
          <w:sz w:val="18"/>
        </w:rPr>
        <w:t>Powerful Evidence of Life After Death December 6, 2013 Maulana Wahiduddin Khan · 3m 52s · at 27:26 · https://youtu.be/AgjTBIRcWeg?t=1646</w:t>
      </w:r>
    </w:p>
    <w:p>
      <w:r>
        <w:rPr>
          <w:i/>
        </w:rPr>
        <w:t>“The Quran tells us man is like an iceberg”</w:t>
      </w:r>
    </w:p>
    <w:p>
      <w:r>
        <w:rPr>
          <w:sz w:val="20"/>
        </w:rPr>
        <w:t>27:26  death se pehle ek ek temporary period hamari zindagi ka hai. Quran mein yeh bhi bataya gaya hai ke insaan ka jo muamla hai, to aise hi hai jaise ke ice berg hota hai.</w:t>
      </w:r>
      <w:r>
        <w:br/>
      </w:r>
      <w:r>
        <w:rPr>
          <w:sz w:val="20"/>
        </w:rPr>
        <w:t>27:41  aap jante hain ke ice berg ka tip bohat thoda sa hota hai, dikhai deta hai, baqi sara pani mein dooba hua hota hai. to hamari zindagi ka thoda sa hissa is duniya mein hai, yaani present world mein, aur is ka zyada hissa</w:t>
      </w:r>
      <w:r>
        <w:br/>
      </w:r>
      <w:r>
        <w:rPr>
          <w:sz w:val="20"/>
        </w:rPr>
        <w:t>28:00  post post death period mein hai. zyada hissa eternity idhar, eternity hai, idhar thode dinon ke liye hamein rehna padta hai.</w:t>
      </w:r>
      <w:r>
        <w:br/>
      </w:r>
      <w:r>
        <w:rPr>
          <w:sz w:val="20"/>
        </w:rPr>
        <w:t>28:08  to in thode dinon mein hamein jo karna hai, wo kya hai? apne aap ko positive personality ke taur par develop karna taake hum aakhirat mein, yaani house of peace jo hai, jo aman ka jo ghar hai, wahan par jagah pa sakein.</w:t>
      </w:r>
      <w:r>
        <w:br/>
      </w:r>
      <w:r>
        <w:rPr>
          <w:sz w:val="20"/>
        </w:rPr>
        <w:t>28:28  to yeh main samajhta hoon ke death ka ek positive aspect hai.</w:t>
      </w:r>
      <w:r>
        <w:br/>
      </w:r>
      <w:r>
        <w:rPr>
          <w:sz w:val="20"/>
        </w:rPr>
        <w:t>28:33  agar hum death ko lein sirf end ke maani mein to is ka koi positive aspect nahi banta, lekin agar death ko hum lein reminder ke maani mein to death ek bohat bari teacher hamare liye hai.</w:t>
      </w:r>
      <w:r>
        <w:br/>
      </w:r>
      <w:r>
        <w:rPr>
          <w:sz w:val="20"/>
        </w:rPr>
        <w:t>28:48  death hum aap ko bohat bara lesson deti hai, death hum ko bohat bari haqeeqat remind karti hai, yaad dilati hai.</w:t>
      </w:r>
      <w:r>
        <w:br/>
      </w:r>
      <w:r>
        <w:rPr>
          <w:sz w:val="20"/>
        </w:rPr>
        <w:t>28:57  to main jab bhi poori zindagi mera tareeqa raha hai ke main death hoti hai to jaata hoon funeral mein aur us ko dekhta hoon, to doosre ki maut mein main apni maut ko yaad karta hoon ke isi tarah mujhe bhi jaana hai.</w:t>
      </w:r>
      <w:r>
        <w:br/>
      </w:r>
      <w:r>
        <w:rPr>
          <w:sz w:val="20"/>
        </w:rPr>
        <w:t>29:16  is tarah se death mere liye ek ek ek bohat bari, yaani jaise ke aap book padhein, is mein baatein seekhein to death mere liye ek bohat bari book ban jaati hai.</w:t>
      </w:r>
      <w:r>
        <w:br/>
      </w:r>
      <w:r>
        <w:rPr>
          <w:sz w:val="20"/>
        </w:rPr>
        <w:t>29:27  aur main sab, main shayad main keh sakta hoon ke poori zindagi mein maine death se bohat hi positive lesson liya hai. death ka matlab maine yeh nahi samjha ke end aa gaya, khatam ho gaya, balke is se positive lesson liya hai.</w:t>
      </w:r>
      <w:r>
        <w:br/>
      </w:r>
      <w:r>
        <w:rPr>
          <w:sz w:val="20"/>
        </w:rPr>
        <w:t>29:42  to doctor Naseem Siddiqui sahib jo the, un ka mere dil mein bohat bari jagah hai, aur hum kehte hain ke wo hamare spiritual mission ke bohat hi zyada sirf senior member nahi the, balke bohat hi bohat hi ideal member the, aur hum sab un ko yaad karte hain, aur aur un ki kami ko mehsoos karte hain.</w:t>
      </w:r>
      <w:r>
        <w:br/>
      </w:r>
      <w:r>
        <w:rPr>
          <w:sz w:val="20"/>
        </w:rPr>
        <w:t>30:09  main dua karta hoon ke Allah taala mujh ko aur marhoom ko aur hum sab ko apni rehmat ke saaye mein jagah de, hum sab ko apni blessing mein le le.</w:t>
      </w:r>
      <w:r>
        <w:br/>
      </w:r>
      <w:r>
        <w:rPr>
          <w:sz w:val="20"/>
        </w:rPr>
        <w:t>30:24  Allah hum ko hamari kamiyon ko door kare, hum ko tofeeq de ke hum wo zindagi guzarein</w:t>
      </w:r>
      <w:r>
        <w:br/>
      </w:r>
      <w:r>
        <w:rPr>
          <w:sz w:val="20"/>
        </w:rPr>
        <w:t>30:33  jo maut ke baad hum ko paradise mil jaane wali ho. yahi main apne liye dua karta hoon, ya poore audience ke liye dua karta hoon, aur yahi sab ke liye dua karta hoon.</w:t>
      </w:r>
      <w:r>
        <w:br/>
      </w:r>
      <w:r>
        <w:rPr>
          <w:sz w:val="20"/>
        </w:rPr>
        <w:t>30:48  Allah taala mere in alfaaz ko qabool farmaye, aur hum sab ko apni rehmaton ke saaye mein jagah de. Rabbana taqabbal minna innaka antas samee ul aleem, wa tub alaina innaka antat</w:t>
      </w:r>
    </w:p>
    <w:p>
      <w:pPr>
        <w:pStyle w:val="Heading2"/>
      </w:pPr>
      <w:r>
        <w:t>شناخت کا تعلق کردار سے ہے، کلچر سے نہیں (Urdu identity argument)</w:t>
      </w:r>
    </w:p>
    <w:p>
      <w:r>
        <w:rPr>
          <w:color w:val="666666"/>
          <w:sz w:val="18"/>
        </w:rPr>
        <w:t>Islamic Identity, October 25, 2007 · 5m 32s · at 23:15 · https://youtu.be/LGUa7NVauNU?t=1395</w:t>
      </w:r>
    </w:p>
    <w:p>
      <w:r>
        <w:rPr>
          <w:i/>
        </w:rPr>
        <w:t>“ایک سوال یہ ہے کہ اسلامی شناخت کیا ہے؟”</w:t>
      </w:r>
    </w:p>
    <w:p>
      <w:r>
        <w:rPr>
          <w:sz w:val="20"/>
        </w:rPr>
        <w:t>23:15  In culture, we are different. But in religion, we are one and the same. ek sawal yeh hai ke islami shanakht kya hai?</w:t>
      </w:r>
      <w:r>
        <w:br/>
      </w:r>
      <w:r>
        <w:rPr>
          <w:sz w:val="20"/>
        </w:rPr>
        <w:t>23:28  yani musalman ki pehchan kya hai?</w:t>
      </w:r>
      <w:r>
        <w:br/>
      </w:r>
      <w:r>
        <w:rPr>
          <w:sz w:val="20"/>
        </w:rPr>
        <w:t>23:32  yeh sawal sari dunya mein har jagah kiya jata hai jis ko kehte hain identity. Identity mein jahan tak samjha hoon log yeh ghalti karte hain ke identity ko woh culture se jor dete hain.</w:t>
      </w:r>
      <w:r>
        <w:br/>
      </w:r>
      <w:r>
        <w:rPr>
          <w:sz w:val="20"/>
        </w:rPr>
        <w:t>23:52  yani identity ka matlab le lete hain cultural identity</w:t>
      </w:r>
      <w:r>
        <w:br/>
      </w:r>
      <w:r>
        <w:rPr>
          <w:sz w:val="20"/>
        </w:rPr>
        <w:t>23:56  yani logon ka dress aur logon ki language, logon ke social tareeqe, geographical tareeqe.</w:t>
      </w:r>
      <w:r>
        <w:br/>
      </w:r>
      <w:r>
        <w:rPr>
          <w:sz w:val="20"/>
        </w:rPr>
        <w:t>24:08  is ko woh samajh lete hain identity. Main is ko ghalat samajhta hoon. Identity jo hai is ka taluq hai aqeedah se, ibadat se, akhlaq se, character se.</w:t>
      </w:r>
      <w:r>
        <w:br/>
      </w:r>
      <w:r>
        <w:rPr>
          <w:sz w:val="20"/>
        </w:rPr>
        <w:t>24:26  Toh main samajhta hoon ke Islam ke do alag alag aspects hain: ek hai religion, ek hai culture. Toh religion se murad woh cheezein hain jo eternal hain, dawami hain,</w:t>
      </w:r>
      <w:r>
        <w:br/>
      </w:r>
      <w:r>
        <w:rPr>
          <w:sz w:val="20"/>
        </w:rPr>
        <w:t>24:40  jin mein koi tabdeeli nahi hoti. Ab woh wahi ke zariye mutayyan hain aur woh sab Quran majeed mein maujood hain.</w:t>
      </w:r>
      <w:r>
        <w:br/>
      </w:r>
      <w:r>
        <w:rPr>
          <w:sz w:val="20"/>
        </w:rPr>
        <w:t>24:51  Lekin musalman jab phailay mukhtalif mulkon mein, Asia mein, Europe mein, Africa mein, har jagah toh maqami halaat ke lehaz se un ke dress badle, un ki zuban badli,</w:t>
      </w:r>
      <w:r>
        <w:br/>
      </w:r>
      <w:r>
        <w:rPr>
          <w:sz w:val="20"/>
        </w:rPr>
        <w:t>25:06  khane peene ka tareeqa badla, har cheez mein badlao aaya. Is se alag alag culture banay.</w:t>
      </w:r>
      <w:r>
        <w:br/>
      </w:r>
      <w:r>
        <w:rPr>
          <w:sz w:val="20"/>
        </w:rPr>
        <w:t>25:13  Turkish culture yani aap dekhiye, aap jayen different countries mein. Turki mein alag Muslim culture hai, Iran mein alag Muslim culture hai, Arab mein alag Muslim culture hai.</w:t>
      </w:r>
      <w:r>
        <w:br/>
      </w:r>
      <w:r>
        <w:rPr>
          <w:sz w:val="20"/>
        </w:rPr>
        <w:t>25:26  Har jagah aisa hi hai. Yahan tak ke India mein agar aap safar karen toh South India ke musalmanon ko dekhiye aur North India ke musalmanon ko dekhiye.</w:t>
      </w:r>
      <w:r>
        <w:br/>
      </w:r>
      <w:r>
        <w:rPr>
          <w:sz w:val="20"/>
        </w:rPr>
        <w:t>25:35  Dono ke culture alag alag hain, alag alag hain. Lekin musalman sab hain.</w:t>
      </w:r>
      <w:r>
        <w:br/>
      </w:r>
      <w:r>
        <w:rPr>
          <w:sz w:val="20"/>
        </w:rPr>
        <w:t>25:41  Sab Khuda ko mante hain, sab Quran ko mante hain, sab namaz parhte hain. Isi ka Islam mein kami nahi hai. Toh main yeh kahunga ke shanakht ya identity ko culture se jodna yeh bohat hi ghalat baat hai.</w:t>
      </w:r>
      <w:r>
        <w:br/>
      </w:r>
      <w:r>
        <w:rPr>
          <w:sz w:val="20"/>
        </w:rPr>
        <w:t>25:58  Shanakht ko aap joriye ideology se, character se.</w:t>
      </w:r>
      <w:r>
        <w:br/>
      </w:r>
      <w:r>
        <w:rPr>
          <w:sz w:val="20"/>
        </w:rPr>
        <w:t>26:06  Jaisay ke hadith mein aata hai ek momin ki misaal ke momin kaun hai? Toh farmaya ke "إذا رأوا ذكر الله " momin woh hai ke jab tum us ko dekho toh Khuda yaad aaye.</w:t>
      </w:r>
      <w:r>
        <w:br/>
      </w:r>
      <w:r>
        <w:rPr>
          <w:sz w:val="20"/>
        </w:rPr>
        <w:t>26:23  Ab aap sochiye, kya koi dress aisa ho sakta hai ke us ko dekh kar aap Khuda ko yaad karen? Nahi, aisa ho sakta kabhi bhi nahi ho sakta.</w:t>
      </w:r>
      <w:r>
        <w:br/>
      </w:r>
      <w:r>
        <w:rPr>
          <w:sz w:val="20"/>
        </w:rPr>
        <w:t>26:33  Koi cultural cheez aisi ho sakti hai ke us ko dekh kar aap Khuda ko yaad karen? Nahi. Khuda ko yaad karen ke aap insaan ki personality se.</w:t>
      </w:r>
      <w:r>
        <w:br/>
      </w:r>
      <w:r>
        <w:rPr>
          <w:sz w:val="20"/>
        </w:rPr>
        <w:t>26:43  Ek insaan se aap milen, us ki baaton mein Khuda ka khauf ho, Khuda ka taqwa ho toh aap ko Khuda yaad ayega. Ek insaan se aap milen, us ke akhlaq mein Khuda ki itaat ho,</w:t>
      </w:r>
      <w:r>
        <w:br/>
      </w:r>
      <w:r>
        <w:rPr>
          <w:sz w:val="20"/>
        </w:rPr>
        <w:t>26:58  Khuda ki farmanbardari ho toh us se aap ko Khuda yaad ayega.</w:t>
      </w:r>
      <w:r>
        <w:br/>
      </w:r>
      <w:r>
        <w:rPr>
          <w:sz w:val="20"/>
        </w:rPr>
        <w:t>27:02  Ek insaan se aap dealing karen, dealing karne mein woh bohat honest ho, bohat ziyada honest toh us ki honesty se aap Khuda ko yaad karen gay.</w:t>
      </w:r>
      <w:r>
        <w:br/>
      </w:r>
      <w:r>
        <w:rPr>
          <w:sz w:val="20"/>
        </w:rPr>
        <w:t>27:13  Us ka matlab yeh hai ke identity ya shanakht ka taluq ideology se hai, character se hai, insaan ke behavior se hai.</w:t>
      </w:r>
      <w:r>
        <w:br/>
      </w:r>
      <w:r>
        <w:rPr>
          <w:sz w:val="20"/>
        </w:rPr>
        <w:t>27:27  Aur yeh jo cheezein hain, jo dress waghera, is ka taluq culture se hai. Aur culture kabhi bhi ek nahi ho sakta hai. Culture kabhi bhi ek nahi ho sakta hai.</w:t>
      </w:r>
      <w:r>
        <w:br/>
      </w:r>
      <w:r>
        <w:rPr>
          <w:sz w:val="20"/>
        </w:rPr>
        <w:t>27:38  Na kabhi ek raha hai, na kabhi ek hoga.</w:t>
      </w:r>
      <w:r>
        <w:br/>
      </w:r>
      <w:r>
        <w:rPr>
          <w:sz w:val="20"/>
        </w:rPr>
        <w:t>27:42  Aaj musalman sari dunya mein phailay hue hain. Lekin aap dekhen, har aik ka dress alag hai, gharanay sahane ka tareeqa alag hai, zuban alag hai.</w:t>
      </w:r>
      <w:r>
        <w:br/>
      </w:r>
      <w:r>
        <w:rPr>
          <w:sz w:val="20"/>
        </w:rPr>
        <w:t>27:52  is ka matlab nahi ke kisi ke islam mein kami hai. sab ka islam barabar hai. islam ke aitbar se kisi mein koi kam ya ziyada nahi hai.</w:t>
      </w:r>
      <w:r>
        <w:br/>
      </w:r>
      <w:r>
        <w:rPr>
          <w:sz w:val="20"/>
        </w:rPr>
        <w:t>28:04  yeh pehchan hai kis mulk ka kon hai, kis mulk ka kon hai.</w:t>
      </w:r>
      <w:r>
        <w:br/>
      </w:r>
      <w:r>
        <w:rPr>
          <w:sz w:val="20"/>
        </w:rPr>
        <w:t>28:10  to culture ka talluq is baat se hai ke aap in ko dekh kar jaan lein ke bhai yeh South Africa ka aadmi hai, yeh America ka aadmi hai, yeh Arab ka aadmi hai.</w:t>
      </w:r>
      <w:r>
        <w:br/>
      </w:r>
      <w:r>
        <w:rPr>
          <w:sz w:val="20"/>
        </w:rPr>
        <w:t>28:20  kyun ke jahan tak islami pehchan ki baat hai to islami pehchan yeh hai ke aadmi ke aqeeday mein islam ho, us ke behavior mein islam ho, us ki ibadat mein islam ho,</w:t>
      </w:r>
      <w:r>
        <w:br/>
      </w:r>
      <w:r>
        <w:rPr>
          <w:sz w:val="20"/>
        </w:rPr>
        <w:t>28:33  us ki dealing mein islam ho, us ki haqeeqi jo life hai, us life mein islam jhal ke. to woh hai islam ki shanakht, woh hai islam ki identity.</w:t>
      </w:r>
    </w:p>
    <w:p>
      <w:pPr>
        <w:pStyle w:val="Heading2"/>
      </w:pPr>
      <w:r>
        <w:t>Prophet advises leaving lying removes all sins</w:t>
      </w:r>
    </w:p>
    <w:p>
      <w:r>
        <w:rPr>
          <w:color w:val="666666"/>
          <w:sz w:val="18"/>
        </w:rPr>
        <w:t>Importance of Truthfulness | July 1, 2007 | Maulana Wahiduddin Khan · 4m 33s · at 17:01 · https://youtu.be/dGg1hgFWDeI?t=1021</w:t>
      </w:r>
    </w:p>
    <w:p>
      <w:r>
        <w:rPr>
          <w:i/>
        </w:rPr>
        <w:t>“Ek aadmi aata hai, Madine ka waqia hai”</w:t>
      </w:r>
    </w:p>
    <w:p>
      <w:r>
        <w:rPr>
          <w:sz w:val="20"/>
        </w:rPr>
        <w:t>17:01  aik aadmi aata hai.</w:t>
      </w:r>
      <w:r>
        <w:br/>
      </w:r>
      <w:r>
        <w:rPr>
          <w:sz w:val="20"/>
        </w:rPr>
        <w:t>17:06  yeh madine ka waqia hai.</w:t>
      </w:r>
      <w:r>
        <w:br/>
      </w:r>
      <w:r>
        <w:rPr>
          <w:sz w:val="20"/>
        </w:rPr>
        <w:t>17:11  yani saatveen sadi ke first half mein jab aap madine mein the us waqt ka hai yeh.</w:t>
      </w:r>
      <w:r>
        <w:br/>
      </w:r>
      <w:r>
        <w:rPr>
          <w:sz w:val="20"/>
        </w:rPr>
        <w:t>17:16  to aik aadmi aata hai woh kehta hai ke main mere andar kai buraiyan hain.</w:t>
      </w:r>
      <w:r>
        <w:br/>
      </w:r>
      <w:r>
        <w:rPr>
          <w:sz w:val="20"/>
        </w:rPr>
        <w:t>17:21  kai buraiyan hain, kai bad habits hain.</w:t>
      </w:r>
      <w:r>
        <w:br/>
      </w:r>
      <w:r>
        <w:rPr>
          <w:sz w:val="20"/>
        </w:rPr>
        <w:t>17:26  to main chhodna</w:t>
      </w:r>
      <w:r>
        <w:br/>
      </w:r>
      <w:r>
        <w:rPr>
          <w:sz w:val="20"/>
        </w:rPr>
        <w:t>17:31  chahta hoon in ko.</w:t>
      </w:r>
      <w:r>
        <w:br/>
      </w:r>
      <w:r>
        <w:rPr>
          <w:sz w:val="20"/>
        </w:rPr>
        <w:t>17:37  to aap bataiye ke main sab se pehle aik aik kar ke chhodoon ga.</w:t>
      </w:r>
      <w:r>
        <w:br/>
      </w:r>
      <w:r>
        <w:rPr>
          <w:sz w:val="20"/>
        </w:rPr>
        <w:t>17:43  ikhathe nahi chhod paoon ga sab.</w:t>
      </w:r>
      <w:r>
        <w:br/>
      </w:r>
      <w:r>
        <w:rPr>
          <w:sz w:val="20"/>
        </w:rPr>
        <w:t>17:49  to sab se pehle main kis burai ko chhodoon? Yeh poochta hai woh.</w:t>
      </w:r>
      <w:r>
        <w:br/>
      </w:r>
      <w:r>
        <w:rPr>
          <w:sz w:val="20"/>
        </w:rPr>
        <w:t>17:55  to aap ne kaha aap ne kaha ke</w:t>
      </w:r>
      <w:r>
        <w:br/>
      </w:r>
      <w:r>
        <w:rPr>
          <w:sz w:val="20"/>
        </w:rPr>
        <w:t>18:01  jhoot bolna chhod do.</w:t>
      </w:r>
      <w:r>
        <w:br/>
      </w:r>
      <w:r>
        <w:rPr>
          <w:sz w:val="20"/>
        </w:rPr>
        <w:t>18:05  us ne kaha tha ke main jhoot hi bolta hoon.</w:t>
      </w:r>
      <w:r>
        <w:br/>
      </w:r>
      <w:r>
        <w:rPr>
          <w:sz w:val="20"/>
        </w:rPr>
        <w:t>18:09  to aap ne kaha ke jhoot bolna chhod do.</w:t>
      </w:r>
      <w:r>
        <w:br/>
      </w:r>
      <w:r>
        <w:rPr>
          <w:sz w:val="20"/>
        </w:rPr>
        <w:t>18:13  to is ne wada kar liya.</w:t>
      </w:r>
      <w:r>
        <w:br/>
      </w:r>
      <w:r>
        <w:rPr>
          <w:sz w:val="20"/>
        </w:rPr>
        <w:t>18:17  kaha acha theek hai.</w:t>
      </w:r>
      <w:r>
        <w:br/>
      </w:r>
      <w:r>
        <w:rPr>
          <w:sz w:val="20"/>
        </w:rPr>
        <w:t>18:20  acha arab log jo thay is zamane mein un mein aik bohat bari quality yeh thi ke promise</w:t>
      </w:r>
      <w:r>
        <w:br/>
      </w:r>
      <w:r>
        <w:rPr>
          <w:sz w:val="20"/>
        </w:rPr>
        <w:t>18:24  ko woh poora karte thay.</w:t>
      </w:r>
      <w:r>
        <w:br/>
      </w:r>
      <w:r>
        <w:rPr>
          <w:sz w:val="20"/>
        </w:rPr>
        <w:t>18:28  word jab de dete thay, word to us ko poora karte thay.</w:t>
      </w:r>
      <w:r>
        <w:br/>
      </w:r>
      <w:r>
        <w:rPr>
          <w:sz w:val="20"/>
        </w:rPr>
        <w:t>18:32  wada. yeh un mein bohat bari quality thi jo tribal age ki khaas baat hai. toh us ne aap se promise kar liya ke main jhoot ko chhod doon ga. ab woh ghar gaya. toh us ko laga ke aur jo buraiyan meri hain toh us sab se juda hua hai jhoot aur sach.</w:t>
      </w:r>
      <w:r>
        <w:br/>
      </w:r>
      <w:r>
        <w:rPr>
          <w:sz w:val="20"/>
        </w:rPr>
        <w:t>19:02  kyun ke dekhiye aadmi koi burai karta hai to samaj mein acha bana rehna hai phir bhi us ko?</w:t>
      </w:r>
      <w:r>
        <w:br/>
      </w:r>
      <w:r>
        <w:rPr>
          <w:sz w:val="20"/>
        </w:rPr>
        <w:t>19:07  to samaj mein acha bana rehne ke liye woh kuch na kuch jhoot bolta hai.</w:t>
      </w:r>
      <w:r>
        <w:br/>
      </w:r>
      <w:r>
        <w:rPr>
          <w:sz w:val="20"/>
        </w:rPr>
        <w:t>19:12  kuch na kuch jhoot bolta hai woh.</w:t>
      </w:r>
      <w:r>
        <w:br/>
      </w:r>
      <w:r>
        <w:rPr>
          <w:sz w:val="20"/>
        </w:rPr>
        <w:t>19:17  kyun ke yeh koi bhi afford nahi kar sakta ke samaj mein woh bura ban jae.</w:t>
      </w:r>
      <w:r>
        <w:br/>
      </w:r>
      <w:r>
        <w:rPr>
          <w:sz w:val="20"/>
        </w:rPr>
        <w:t>19:23  yeh hum sab ka haal hai.</w:t>
      </w:r>
      <w:r>
        <w:br/>
      </w:r>
      <w:r>
        <w:rPr>
          <w:sz w:val="20"/>
        </w:rPr>
        <w:t>19:28  sab ka sab log yeh chahte hain ke samaj mein achhe bane rahen.</w:t>
      </w:r>
      <w:r>
        <w:br/>
      </w:r>
      <w:r>
        <w:rPr>
          <w:sz w:val="20"/>
        </w:rPr>
        <w:t>19:33  is achhe bane rehne ke liye kuch na kuch woh baaton ko idhar udhar kar ke batate hain.</w:t>
      </w:r>
      <w:r>
        <w:br/>
      </w:r>
      <w:r>
        <w:rPr>
          <w:sz w:val="20"/>
        </w:rPr>
        <w:t>19:38  saheeh tareeqe se nahi batayenge.</w:t>
      </w:r>
      <w:r>
        <w:br/>
      </w:r>
      <w:r>
        <w:rPr>
          <w:sz w:val="20"/>
        </w:rPr>
        <w:t>19:43  suppose woh aadmi cinema dekhta hai aur samaj mein pasand nahi karte log cinema ko.</w:t>
      </w:r>
      <w:r>
        <w:br/>
      </w:r>
      <w:r>
        <w:rPr>
          <w:sz w:val="20"/>
        </w:rPr>
        <w:t>19:48  to kahin gaya woh der mein lauta to keh dega ke mein to dost milne gaya tha,</w:t>
      </w:r>
      <w:r>
        <w:br/>
      </w:r>
      <w:r>
        <w:rPr>
          <w:sz w:val="20"/>
        </w:rPr>
        <w:t>19:53  apne friends se milne gaya tha.</w:t>
      </w:r>
      <w:r>
        <w:br/>
      </w:r>
      <w:r>
        <w:rPr>
          <w:sz w:val="20"/>
        </w:rPr>
        <w:t>19:58  to apni doosri bur</w:t>
      </w:r>
      <w:r>
        <w:br/>
      </w:r>
      <w:r>
        <w:rPr>
          <w:sz w:val="20"/>
        </w:rPr>
        <w:t>20:03  aiyon ko le kar dar hota hai us ko ke samaj mein mein bura ban jaunga.</w:t>
      </w:r>
      <w:r>
        <w:br/>
      </w:r>
      <w:r>
        <w:rPr>
          <w:sz w:val="20"/>
        </w:rPr>
        <w:t>20:08  to kuch na kuch jhoot bol kar us par us ko cover up karta hai.</w:t>
      </w:r>
      <w:r>
        <w:br/>
      </w:r>
      <w:r>
        <w:rPr>
          <w:sz w:val="20"/>
        </w:rPr>
        <w:t>20:12  us ko chhupata hai.</w:t>
      </w:r>
      <w:r>
        <w:br/>
      </w:r>
      <w:r>
        <w:rPr>
          <w:sz w:val="20"/>
        </w:rPr>
        <w:t>20:17  ab us ko yaad aya ke mein ne to yeh wada kar liya hai ke mujhe mein jhoot</w:t>
      </w:r>
      <w:r>
        <w:br/>
      </w:r>
      <w:r>
        <w:rPr>
          <w:sz w:val="20"/>
        </w:rPr>
        <w:t>20:21  nahi bolunga.</w:t>
      </w:r>
      <w:r>
        <w:br/>
      </w:r>
      <w:r>
        <w:rPr>
          <w:sz w:val="20"/>
        </w:rPr>
        <w:t>20:26  to har burai ke sath usay laga ke is burai ko karne ke liye mein jhoot bolta hoon.</w:t>
      </w:r>
      <w:r>
        <w:br/>
      </w:r>
      <w:r>
        <w:rPr>
          <w:sz w:val="20"/>
        </w:rPr>
        <w:t>20:30  jaise sharab peeta tha woh.</w:t>
      </w:r>
      <w:r>
        <w:br/>
      </w:r>
      <w:r>
        <w:rPr>
          <w:sz w:val="20"/>
        </w:rPr>
        <w:t>20:35  to abhi bhi aisa hai ke kam log hain jo khullam khulla sharab peete hon.</w:t>
      </w:r>
      <w:r>
        <w:br/>
      </w:r>
      <w:r>
        <w:rPr>
          <w:sz w:val="20"/>
        </w:rPr>
        <w:t>20:40  aksar log jo hain woh chup kar sharab peete hain.</w:t>
      </w:r>
      <w:r>
        <w:br/>
      </w:r>
      <w:r>
        <w:rPr>
          <w:sz w:val="20"/>
        </w:rPr>
        <w:t>20:45  kyunke woh nahi chahte ke mere bachche sharab piyein.</w:t>
      </w:r>
      <w:r>
        <w:br/>
      </w:r>
      <w:r>
        <w:rPr>
          <w:sz w:val="20"/>
        </w:rPr>
        <w:t>20:50  to behal is ne kaha ke phir mujhe chhipane ke liye jhoot bolna parega.</w:t>
      </w:r>
      <w:r>
        <w:br/>
      </w:r>
      <w:r>
        <w:rPr>
          <w:sz w:val="20"/>
        </w:rPr>
        <w:t>20:55  to ek ek kar ke is ne saari buraiyan chhod dein.</w:t>
      </w:r>
      <w:r>
        <w:br/>
      </w:r>
      <w:r>
        <w:rPr>
          <w:sz w:val="20"/>
        </w:rPr>
        <w:t>21:00  is ko laga ke har burai ke saath</w:t>
      </w:r>
      <w:r>
        <w:br/>
      </w:r>
      <w:r>
        <w:rPr>
          <w:sz w:val="20"/>
        </w:rPr>
        <w:t>21:05  yeh baat judi hui hai ke mujhe jhoot bol kar chhipana padta hai apne aap ko.</w:t>
      </w:r>
      <w:r>
        <w:br/>
      </w:r>
      <w:r>
        <w:rPr>
          <w:sz w:val="20"/>
        </w:rPr>
        <w:t>21:11  to dekhiye ke ek cheez yaani sach bolo, jhoot na bolo.</w:t>
      </w:r>
      <w:r>
        <w:br/>
      </w:r>
      <w:r>
        <w:rPr>
          <w:sz w:val="20"/>
        </w:rPr>
        <w:t>21:17  is ek cheez se saari burai khatm ho gayi.</w:t>
      </w:r>
      <w:r>
        <w:br/>
      </w:r>
      <w:r>
        <w:rPr>
          <w:sz w:val="20"/>
        </w:rPr>
        <w:t>21:23  is se aap samajh sakte hain ke sach aur jhoot ka mamla kisi ek moral value ka mamla nahi hai.</w:t>
      </w:r>
      <w:r>
        <w:br/>
      </w:r>
      <w:r>
        <w:rPr>
          <w:sz w:val="20"/>
        </w:rPr>
        <w:t>21:29  woh saare hi moral values se juda hua hai. jis</w:t>
      </w:r>
    </w:p>
    <w:p>
      <w:pPr>
        <w:pStyle w:val="Heading2"/>
      </w:pPr>
      <w:r>
        <w:t>Angels recording us, and the Quran's proof they stay with the steadfast</w:t>
      </w:r>
    </w:p>
    <w:p>
      <w:r>
        <w:rPr>
          <w:color w:val="666666"/>
          <w:sz w:val="18"/>
        </w:rPr>
        <w:t>Discover Iman May 01, 2007 · 6m 04s · at 2:00 · https://youtu.be/DQL8J0Th5_I?t=120</w:t>
      </w:r>
    </w:p>
    <w:p>
      <w:r>
        <w:rPr>
          <w:i/>
        </w:rPr>
        <w:t>“Hum har waqt farishton ki nigrani mein hain”</w:t>
      </w:r>
    </w:p>
    <w:p>
      <w:r>
        <w:rPr>
          <w:sz w:val="20"/>
        </w:rPr>
        <w:t>2:00  aap jante hain ke hamara yeh belief hai ke har waqt hum angels ke observation mein hain.</w:t>
      </w:r>
      <w:r>
        <w:br/>
      </w:r>
      <w:r>
        <w:rPr>
          <w:sz w:val="20"/>
        </w:rPr>
        <w:t>2:12  har waqt, 24 ghanta, hamari recording ho rahi hai. is mein to koi shakk nahi. is 24 ghanta hamari recording ho rahi hai, yeh to hamara belief hai.</w:t>
      </w:r>
      <w:r>
        <w:br/>
      </w:r>
      <w:r>
        <w:rPr>
          <w:sz w:val="20"/>
        </w:rPr>
        <w:t>2:27  to momin yeh chahega ke angels ki recording mein bar bar yeh cheez aati rahe ke maine Allah ko maana,</w:t>
      </w:r>
      <w:r>
        <w:br/>
      </w:r>
      <w:r>
        <w:rPr>
          <w:sz w:val="20"/>
        </w:rPr>
        <w:t>2:42  mein ne Allah ko</w:t>
      </w:r>
      <w:r>
        <w:br/>
      </w:r>
      <w:r>
        <w:rPr>
          <w:sz w:val="20"/>
        </w:rPr>
        <w:t>2:46  discover kiya. yeh baar baar aata rahay.</w:t>
      </w:r>
      <w:r>
        <w:br/>
      </w:r>
      <w:r>
        <w:rPr>
          <w:sz w:val="20"/>
        </w:rPr>
        <w:t>2:51  to mein chahta hoon ke angels ke record mein baar baar laane ke liye yeh baat hai. yaani aik hai aspect is ka ke renew karna, revive karna,</w:t>
      </w:r>
      <w:r>
        <w:br/>
      </w:r>
      <w:r>
        <w:rPr>
          <w:sz w:val="20"/>
        </w:rPr>
        <w:t>3:05  ya is ko boost dete rehna.</w:t>
      </w:r>
      <w:r>
        <w:br/>
      </w:r>
      <w:r>
        <w:rPr>
          <w:sz w:val="20"/>
        </w:rPr>
        <w:t>3:09  lekin is se bhi ziyada bari baat yeh hai ke aap yeh jab sochte hain ke hum har waqt, har waqt, har waqt angels ke angels ke observation mein hain,</w:t>
      </w:r>
      <w:r>
        <w:br/>
      </w:r>
      <w:r>
        <w:rPr>
          <w:sz w:val="20"/>
        </w:rPr>
        <w:t>3:27  to aap yaani aap ke dil se nikal pare ga ke khudaaya mein to is ko gawah banata hoon,</w:t>
      </w:r>
      <w:r>
        <w:br/>
      </w:r>
      <w:r>
        <w:rPr>
          <w:sz w:val="20"/>
        </w:rPr>
        <w:t>3:37  mein angels ko gawah banata hoon, aur marne se pehle yaani compulsory shahadat hone wali hai maut ke baad, is se pehle mein apne apne azadi ke sath to is ko dekhe dekhne se pehle mein is baat ka iqrar karta hoon.</w:t>
      </w:r>
      <w:r>
        <w:br/>
      </w:r>
      <w:r>
        <w:rPr>
          <w:sz w:val="20"/>
        </w:rPr>
        <w:t>4:00  to mein ab yeh kahoon ga, yeh kalma, aur aap sab log dohraein ge is ko,</w:t>
      </w:r>
      <w:r>
        <w:br/>
      </w:r>
      <w:r>
        <w:rPr>
          <w:sz w:val="20"/>
        </w:rPr>
        <w:t>4:07  taakeh hamari yeh majlis, hamara yeh kehna, yeh angels ke record mein aa jaye. ashhadu an la ilaha illallah.</w:t>
      </w:r>
      <w:r>
        <w:br/>
      </w:r>
      <w:r>
        <w:rPr>
          <w:sz w:val="20"/>
        </w:rPr>
        <w:t>4:16  ashhadu an la ilaha illallah. wa ashhadu an Muhammad abduhu wa rasuluh.</w:t>
      </w:r>
      <w:r>
        <w:br/>
      </w:r>
      <w:r>
        <w:rPr>
          <w:sz w:val="20"/>
        </w:rPr>
        <w:t>4:25  arsala bil haqq bashiran wa nazeera.</w:t>
      </w:r>
      <w:r>
        <w:br/>
      </w:r>
      <w:r>
        <w:rPr>
          <w:sz w:val="20"/>
        </w:rPr>
        <w:t>4:32  to yeh hai kalma ko, jis ko kehte hain tajdeed karna, renew karna.</w:t>
      </w:r>
      <w:r>
        <w:br/>
      </w:r>
      <w:r>
        <w:rPr>
          <w:sz w:val="20"/>
        </w:rPr>
        <w:t>4:43  to jab mein yeh socha, mein ne ke yeh renew karna is liye hai ke</w:t>
      </w:r>
      <w:r>
        <w:br/>
      </w:r>
      <w:r>
        <w:rPr>
          <w:sz w:val="20"/>
        </w:rPr>
        <w:t>4:52  hamara hamara manna, Allah par hamara bharosa karna, aur maut se pehle pehle, jab ke hum abhi compulsory situation nahi aayi hai, is se pehle pehle hum hamara iqrar karna</w:t>
      </w:r>
      <w:r>
        <w:br/>
      </w:r>
      <w:r>
        <w:rPr>
          <w:sz w:val="20"/>
        </w:rPr>
        <w:t>5:13  , yeh farishton ke record mein aa jaye. yeh sochte hue phir mujhe Quran ki aik ayat yaad aayi. yeh ayat jo hai, yeh hai Quran ke chapter number 41 mein,</w:t>
      </w:r>
      <w:r>
        <w:br/>
      </w:r>
      <w:r>
        <w:rPr>
          <w:sz w:val="20"/>
        </w:rPr>
        <w:t>5:29  jis ka naam hai haami al sajda. arab log is ko fussilat kehte hain. is ka hai chapter number 41.</w:t>
      </w:r>
      <w:r>
        <w:br/>
      </w:r>
      <w:r>
        <w:rPr>
          <w:sz w:val="20"/>
        </w:rPr>
        <w:t>5:39  is ki do ayatein mein parhta hoon, woh hain verse number 30 aur 31.</w:t>
      </w:r>
      <w:r>
        <w:br/>
      </w:r>
      <w:r>
        <w:rPr>
          <w:sz w:val="20"/>
        </w:rPr>
        <w:t>5:50  is mein kaha gaya hai ke innal lazina qalu rabbuna Allahu thumma istiqamu tatanazzalu alaihimul malaikatu alla takhafu wala tahzanu wa abshiru bil jannatil lati kuntum tu adun nahnu awliya ukum fil hayati d dunya wa fil akhirati wa lakum fiha ma tad'u anfusukum wa lakum fiha ma tastanaun nazulum min ghafurir rahim. is ka matlab yeh hai ke jo log kehte hain ke Allah hamara rab hai,</w:t>
      </w:r>
      <w:r>
        <w:br/>
      </w:r>
      <w:r>
        <w:rPr>
          <w:sz w:val="20"/>
        </w:rPr>
        <w:t>6:19  aur phir is par woh qaim ho jatay hain, yaani is par jam jatay hain, to un par utartay hain farishtay.</w:t>
      </w:r>
      <w:r>
        <w:br/>
      </w:r>
      <w:r>
        <w:rPr>
          <w:sz w:val="20"/>
        </w:rPr>
        <w:t>6:34  kesi ajib baat hai ke jo log kehte hain ke Allah hamara rab hai, aur is par woh jam jatay hain,</w:t>
      </w:r>
      <w:r>
        <w:br/>
      </w:r>
      <w:r>
        <w:rPr>
          <w:sz w:val="20"/>
        </w:rPr>
        <w:t>6:46  to un par utartay hain farishtay.</w:t>
      </w:r>
      <w:r>
        <w:br/>
      </w:r>
      <w:r>
        <w:rPr>
          <w:sz w:val="20"/>
        </w:rPr>
        <w:t>7:01  aur farishtay utar kar kya karte hain? woh zahir hai ke farishtay utartay hain to aap ko source dete hain,</w:t>
      </w:r>
      <w:r>
        <w:br/>
      </w:r>
      <w:r>
        <w:rPr>
          <w:sz w:val="20"/>
        </w:rPr>
        <w:t>7:07  aap ko yaqeen dete hain, aap conviction barhate hain,</w:t>
      </w:r>
      <w:r>
        <w:br/>
      </w:r>
      <w:r>
        <w:rPr>
          <w:sz w:val="20"/>
        </w:rPr>
        <w:t>7:16  aur woh kehte hain ke hum aap ke sath hain dunya mein bhi aur akhirat mein bhi. tumhare aik wale ko dar nahi hai, tumhare koi hazar nahi hai.</w:t>
      </w:r>
      <w:r>
        <w:br/>
      </w:r>
      <w:r>
        <w:rPr>
          <w:sz w:val="20"/>
        </w:rPr>
        <w:t>7:22  aur woh kehte hain ke hum aap ke saath hain dunya mein bhi aur aakhirat mein bhi. tumhare ek wale ko dar nahi hai, tumhare koi hadar nahi hai.</w:t>
      </w:r>
      <w:r>
        <w:br/>
      </w:r>
      <w:r>
        <w:rPr>
          <w:sz w:val="20"/>
        </w:rPr>
        <w:t>7:35  to kiya keh farishtay utartay hain aur dunya say akhirat tak hamaray sath rehtay hain. kaisi ajeeb baat hai.</w:t>
      </w:r>
    </w:p>
    <w:p>
      <w:pPr>
        <w:pStyle w:val="Heading2"/>
      </w:pPr>
      <w:r>
        <w:t>Quran's call for creative mindset</w:t>
      </w:r>
    </w:p>
    <w:p>
      <w:r>
        <w:rPr>
          <w:color w:val="666666"/>
          <w:sz w:val="18"/>
        </w:rPr>
        <w:t>Question and Answer April 07, 2020 Maulana Wahiduddin Khan · 5m 22s · at 0:16 · https://youtu.be/_GFv068coXA?t=16</w:t>
      </w:r>
    </w:p>
    <w:p>
      <w:r>
        <w:rPr>
          <w:i/>
        </w:rPr>
        <w:t>“Aaj main ek sawal ke baare mein soch raha tha”</w:t>
      </w:r>
    </w:p>
    <w:p>
      <w:r>
        <w:rPr>
          <w:sz w:val="20"/>
        </w:rPr>
        <w:t>0:16  7 april 2020. aaj mein ek sawal ke bare mein soch raha tha ke quran mein masle masail</w:t>
      </w:r>
      <w:r>
        <w:br/>
      </w:r>
      <w:r>
        <w:rPr>
          <w:sz w:val="20"/>
        </w:rPr>
        <w:t>0:34  bohat hi kam aaye hain, bohat hi kam.</w:t>
      </w:r>
      <w:r>
        <w:br/>
      </w:r>
      <w:r>
        <w:rPr>
          <w:sz w:val="20"/>
        </w:rPr>
        <w:t>0:42  misalan umrah ka masla, hajj ke masail,</w:t>
      </w:r>
      <w:r>
        <w:br/>
      </w:r>
      <w:r>
        <w:rPr>
          <w:sz w:val="20"/>
        </w:rPr>
        <w:t>0:51  namaz ke masail. aap fiqh mein</w:t>
      </w:r>
      <w:r>
        <w:br/>
      </w:r>
      <w:r>
        <w:rPr>
          <w:sz w:val="20"/>
        </w:rPr>
        <w:t>0:58  parh kar jante hain. quran mein in ke bare mein koi tafseel nahi hai. aisa kyun hai?</w:t>
      </w:r>
      <w:r>
        <w:br/>
      </w:r>
      <w:r>
        <w:rPr>
          <w:sz w:val="20"/>
        </w:rPr>
        <w:t>1:12  bhi farmaya ke yeh is liye hai ke quran yeh chahta hai ke ahle iman ke andar creativity jage.</w:t>
      </w:r>
      <w:r>
        <w:br/>
      </w:r>
      <w:r>
        <w:rPr>
          <w:sz w:val="20"/>
        </w:rPr>
        <w:t>1:25  quran ka matloob insan creative insan hai.</w:t>
      </w:r>
      <w:r>
        <w:br/>
      </w:r>
      <w:r>
        <w:rPr>
          <w:sz w:val="20"/>
        </w:rPr>
        <w:t>1:32  quran ka matloob insan creative insan hai. creative mind.</w:t>
      </w:r>
      <w:r>
        <w:br/>
      </w:r>
      <w:r>
        <w:rPr>
          <w:sz w:val="20"/>
        </w:rPr>
        <w:t>1:41  to log bohat zyada sochte hain is quran ka. jitne masail hain, jitni batein hain jo quran mein mazkoor hi nahi,</w:t>
      </w:r>
      <w:r>
        <w:br/>
      </w:r>
      <w:r>
        <w:rPr>
          <w:sz w:val="20"/>
        </w:rPr>
        <w:t>1:54  woh aap alag se mehnat karte hain tab aap jaan paate hain.</w:t>
      </w:r>
      <w:r>
        <w:br/>
      </w:r>
      <w:r>
        <w:rPr>
          <w:sz w:val="20"/>
        </w:rPr>
        <w:t>2:04  to hum logon ko yeh janna chahiye ke hamare andar creative iman, creative faith paida karna hoga.</w:t>
      </w:r>
      <w:r>
        <w:br/>
      </w:r>
      <w:r>
        <w:rPr>
          <w:sz w:val="20"/>
        </w:rPr>
        <w:t>2:18  tab hum Allah ke</w:t>
      </w:r>
      <w:r>
        <w:br/>
      </w:r>
      <w:r>
        <w:rPr>
          <w:sz w:val="20"/>
        </w:rPr>
        <w:t>2:20  matloob insan banein ge.</w:t>
      </w:r>
      <w:r>
        <w:br/>
      </w:r>
      <w:r>
        <w:rPr>
          <w:sz w:val="20"/>
        </w:rPr>
        <w:t>2:27  misalan dekhiye aaj mein soch raha tha ke quran ki ek ayat hai: qul ya ibad allazina asrafu ala anfusihim la takhafaw min rahmatillah fainnalaha yaghfirudh dhunuba jami'a</w:t>
      </w:r>
      <w:r>
        <w:br/>
      </w:r>
      <w:r>
        <w:rPr>
          <w:sz w:val="20"/>
        </w:rPr>
        <w:t>2:43  kaho</w:t>
      </w:r>
      <w:r>
        <w:br/>
      </w:r>
      <w:r>
        <w:rPr>
          <w:sz w:val="20"/>
        </w:rPr>
        <w:t>2:45  kaho ay bando jinho ne apni janon par zulm kiya hai</w:t>
      </w:r>
      <w:r>
        <w:br/>
      </w:r>
      <w:r>
        <w:rPr>
          <w:sz w:val="20"/>
        </w:rPr>
        <w:t>2:53  la taqnato min rahmatillah Allah ki rehmat se mayoos na ho.</w:t>
      </w:r>
      <w:r>
        <w:br/>
      </w:r>
      <w:r>
        <w:rPr>
          <w:sz w:val="20"/>
        </w:rPr>
        <w:t>3:02  kyunke Allah sare gunahon ko bakhsne wala hai.</w:t>
      </w:r>
      <w:r>
        <w:br/>
      </w:r>
      <w:r>
        <w:rPr>
          <w:sz w:val="20"/>
        </w:rPr>
        <w:t>3:11  ab dekhen bohat ajib baat yeh hai ke sare gunah bakhsh diye jayen ge to kaise? ke aap apne aap idhar log gunah karen ge aur idhar auto button den ge to sab maaf kar diya jayega.</w:t>
      </w:r>
      <w:r>
        <w:br/>
      </w:r>
      <w:r>
        <w:rPr>
          <w:sz w:val="20"/>
        </w:rPr>
        <w:t>3:29  to is saal jo hai wo is mein nahi hai.</w:t>
      </w:r>
      <w:r>
        <w:br/>
      </w:r>
      <w:r>
        <w:rPr>
          <w:sz w:val="20"/>
        </w:rPr>
        <w:t>3:34  fa innallaha yakhfurul dhunuba jami'an kyunke Allah maghfirat karne wala hai tamam hi gunahon ki. to tamam gunah jab bakhsh diye jayen ge to kaise?</w:t>
      </w:r>
      <w:r>
        <w:br/>
      </w:r>
      <w:r>
        <w:rPr>
          <w:sz w:val="20"/>
        </w:rPr>
        <w:t>3:50  yeh mazkur nahi hai. aur bhi kitni chezen hain jo mazkur nahi hain.</w:t>
      </w:r>
      <w:r>
        <w:br/>
      </w:r>
      <w:r>
        <w:rPr>
          <w:sz w:val="20"/>
        </w:rPr>
        <w:t>3:59  to mein samajhta hoon ke yeh is liye hai ke Allah rab ul alameen ka matloob hai ke aap ke andar creativity paida ho. creativity.</w:t>
      </w:r>
      <w:r>
        <w:br/>
      </w:r>
      <w:r>
        <w:rPr>
          <w:sz w:val="20"/>
        </w:rPr>
        <w:t>4:09  dekhen science ne jitni taraqqi ki hai. science kya hai? Khuda ki jo takhleeq hai, Khuda ki jo</w:t>
      </w:r>
      <w:r>
        <w:br/>
      </w:r>
      <w:r>
        <w:rPr>
          <w:sz w:val="20"/>
        </w:rPr>
        <w:t>4:19  madi dunya hai, us ke bare mein aap jab</w:t>
      </w:r>
      <w:r>
        <w:br/>
      </w:r>
      <w:r>
        <w:rPr>
          <w:sz w:val="20"/>
        </w:rPr>
        <w:t>4:27  tahqeeq karte hain aur daryaften karte hain</w:t>
      </w:r>
      <w:r>
        <w:br/>
      </w:r>
      <w:r>
        <w:rPr>
          <w:sz w:val="20"/>
        </w:rPr>
        <w:t>4:35  to woh sab arifon ki shakh se hoti hain.</w:t>
      </w:r>
      <w:r>
        <w:br/>
      </w:r>
      <w:r>
        <w:rPr>
          <w:sz w:val="20"/>
        </w:rPr>
        <w:t>4:45  kahin likha hua nahi hai sari baton ko. kahin likh nahi diya hai aap kisi pahar par aap ja ke parh len.</w:t>
      </w:r>
      <w:r>
        <w:br/>
      </w:r>
      <w:r>
        <w:rPr>
          <w:sz w:val="20"/>
        </w:rPr>
        <w:t>4:55  bohat hi lambi muddat tak ghor o fikr se woh baaten maloom hoti hain.</w:t>
      </w:r>
      <w:r>
        <w:br/>
      </w:r>
      <w:r>
        <w:rPr>
          <w:sz w:val="20"/>
        </w:rPr>
        <w:t>5:03  misalan zameen mein gravitation ki taqat hai. dekhen aap jante hain ke hazaron saal tak insan ne jana hi nahi hai.</w:t>
      </w:r>
      <w:r>
        <w:br/>
      </w:r>
      <w:r>
        <w:rPr>
          <w:sz w:val="20"/>
        </w:rPr>
        <w:t>5:14  yahan tak ke near dund ke sar par sip gira.</w:t>
      </w:r>
      <w:r>
        <w:br/>
      </w:r>
      <w:r>
        <w:rPr>
          <w:sz w:val="20"/>
        </w:rPr>
        <w:t>5:19  yani aprashak hua. tab insan ne socha aur phir jana.</w:t>
      </w:r>
      <w:r>
        <w:br/>
      </w:r>
      <w:r>
        <w:rPr>
          <w:sz w:val="20"/>
        </w:rPr>
        <w:t>5:28  to aap ko yeh janna chahiye ke creative mind Allah ko pasand hai.</w:t>
      </w:r>
    </w:p>
    <w:p>
      <w:pPr>
        <w:pStyle w:val="Heading2"/>
      </w:pPr>
      <w:r>
        <w:t>Shock treatment: God's method for lessons</w:t>
      </w:r>
    </w:p>
    <w:p>
      <w:r>
        <w:rPr>
          <w:color w:val="666666"/>
          <w:sz w:val="18"/>
        </w:rPr>
        <w:t>God's Way of Shock Treatment April 19, 2020 Maulana Wahiduddin Khan · 5m 02s · at 5:21 · https://youtu.be/MtNdT66yOLA?t=321</w:t>
      </w:r>
    </w:p>
    <w:p>
      <w:r>
        <w:rPr>
          <w:i/>
        </w:rPr>
        <w:t>“Yeh sab, yeh Allah Ta'ala ka tareeqa hai”</w:t>
      </w:r>
    </w:p>
    <w:p>
      <w:r>
        <w:rPr>
          <w:sz w:val="20"/>
        </w:rPr>
        <w:t>5:21  yeh baat koi paida hua hai. to yeh sab, yeh Allah taala ka tareeqa hai. yani is ko kehte hain shock treatment.</w:t>
      </w:r>
      <w:r>
        <w:br/>
      </w:r>
      <w:r>
        <w:rPr>
          <w:sz w:val="20"/>
        </w:rPr>
        <w:t>5:33  Allah taala hamesha shock treatment ke zariye</w:t>
      </w:r>
      <w:r>
        <w:br/>
      </w:r>
      <w:r>
        <w:rPr>
          <w:sz w:val="20"/>
        </w:rPr>
        <w:t>5:39  sabak dete hain logon ko. maslan</w:t>
      </w:r>
      <w:r>
        <w:br/>
      </w:r>
      <w:r>
        <w:rPr>
          <w:sz w:val="20"/>
        </w:rPr>
        <w:t>5:46  Newton ne gravitation ka law daryaft kiya to woh apprise shock ke baad hua hai. aise hi yeh jo sarhadain muqarrar huin aur</w:t>
      </w:r>
      <w:r>
        <w:br/>
      </w:r>
      <w:r>
        <w:rPr>
          <w:sz w:val="20"/>
        </w:rPr>
        <w:t>6:05  Quran safar mumkin ho gaya, yeh first waldar ke baad paida hua. aise hi sikka dwaldar ke baad bhi bohat si faiday huay.</w:t>
      </w:r>
      <w:r>
        <w:br/>
      </w:r>
      <w:r>
        <w:rPr>
          <w:sz w:val="20"/>
        </w:rPr>
        <w:t>6:21  to yeh shock hota hai,</w:t>
      </w:r>
      <w:r>
        <w:br/>
      </w:r>
      <w:r>
        <w:rPr>
          <w:sz w:val="20"/>
        </w:rPr>
        <w:t>6:24  Allah taala ki taraf se aik shock dala jata hai, phir is se soch kar aap sabak nikalte hain.</w:t>
      </w:r>
      <w:r>
        <w:br/>
      </w:r>
      <w:r>
        <w:rPr>
          <w:sz w:val="20"/>
        </w:rPr>
        <w:t>6:33  to isi tareeqe se aaj ka mamla yeh hai. aaj kal jo corona virus jo hai, aik aik crisis hai, aik shock hai,</w:t>
      </w:r>
      <w:r>
        <w:br/>
      </w:r>
      <w:r>
        <w:rPr>
          <w:sz w:val="20"/>
        </w:rPr>
        <w:t>6:45  is se bhi aik bohat cheez nikalne wala hai, balkay nikal raha hai. woh yeh ke insaan mein aik soch jaagi hai ke jis jis Khuda ne yeh sab paida kiya hai,</w:t>
      </w:r>
      <w:r>
        <w:br/>
      </w:r>
      <w:r>
        <w:rPr>
          <w:sz w:val="20"/>
        </w:rPr>
        <w:t>7:01  is ko hum acknowledge nahi karte aur istemal khoob karte hain.</w:t>
      </w:r>
      <w:r>
        <w:br/>
      </w:r>
      <w:r>
        <w:rPr>
          <w:sz w:val="20"/>
        </w:rPr>
        <w:t>7:08  sooraj</w:t>
      </w:r>
      <w:r>
        <w:br/>
      </w:r>
      <w:r>
        <w:rPr>
          <w:sz w:val="20"/>
        </w:rPr>
        <w:t>7:12  ki roshni ke baghair hum zinda nahi reh sakte, lekin sooraj ko aitbaar, acknowledge karna hai, itraaf karna, is ke liye shukr ada karna, Khaliq ka, yeh sab kahan hai?</w:t>
      </w:r>
      <w:r>
        <w:br/>
      </w:r>
      <w:r>
        <w:rPr>
          <w:sz w:val="20"/>
        </w:rPr>
        <w:t>7:26  yeh shock hai, yeh</w:t>
      </w:r>
      <w:r>
        <w:br/>
      </w:r>
      <w:r>
        <w:rPr>
          <w:sz w:val="20"/>
        </w:rPr>
        <w:t>7:28  aaj kal jo aaya hai, yeh corona virus, yeh shock hai aur is se aik aik nai cheez emerge hone wali hai. woh hai Allah Rabb ul Alameen ka engagement,</w:t>
      </w:r>
      <w:r>
        <w:br/>
      </w:r>
      <w:r>
        <w:rPr>
          <w:sz w:val="20"/>
        </w:rPr>
        <w:t>7:44  inshallah,</w:t>
      </w:r>
      <w:r>
        <w:br/>
      </w:r>
      <w:r>
        <w:rPr>
          <w:sz w:val="20"/>
        </w:rPr>
        <w:t>7:45  is se naye dawat, dawat o baq khulenge.</w:t>
      </w:r>
      <w:r>
        <w:br/>
      </w:r>
      <w:r>
        <w:rPr>
          <w:sz w:val="20"/>
        </w:rPr>
        <w:t>7:54  to main samajhta hoon ke sab se zaroori cheez isi liye hai, Quran fehmi mein sab se zaroori cheez hai tadabbur.</w:t>
      </w:r>
      <w:r>
        <w:br/>
      </w:r>
      <w:r>
        <w:rPr>
          <w:sz w:val="20"/>
        </w:rPr>
        <w:t>8:05  tadabbur,</w:t>
      </w:r>
      <w:r>
        <w:br/>
      </w:r>
      <w:r>
        <w:rPr>
          <w:sz w:val="20"/>
        </w:rPr>
        <w:t>8:09  tadabbur se darwazay khulte hain Quran ko samajhne ke.</w:t>
      </w:r>
      <w:r>
        <w:br/>
      </w:r>
      <w:r>
        <w:rPr>
          <w:sz w:val="20"/>
        </w:rPr>
        <w:t>8:17  to jab main ne ghor kiya ke yeh shock kyun hai, Quran virus ka shock kyun hai, yeh shock is liye ke insaan jo hai, shakir ban kar duniya mein jeena seekhe.</w:t>
      </w:r>
      <w:r>
        <w:br/>
      </w:r>
      <w:r>
        <w:rPr>
          <w:sz w:val="20"/>
        </w:rPr>
        <w:t>8:36  woh Allah rab ul alameen ko iqrar kar ke dunya mein zindagi guzare ga.</w:t>
      </w:r>
      <w:r>
        <w:br/>
      </w:r>
      <w:r>
        <w:rPr>
          <w:sz w:val="20"/>
        </w:rPr>
        <w:t>8:48  to mein aap logon ko dawat deta hoon ke Quran ko aap parhein to ziyada ghor o fikr ke sath parhein.</w:t>
      </w:r>
      <w:r>
        <w:br/>
      </w:r>
      <w:r>
        <w:rPr>
          <w:sz w:val="20"/>
        </w:rPr>
        <w:t>8:58  chand baatein jo tasweeron mein batai gayi hain, isi ko sab kuch na samjhein.</w:t>
      </w:r>
      <w:r>
        <w:br/>
      </w:r>
      <w:r>
        <w:rPr>
          <w:sz w:val="20"/>
        </w:rPr>
        <w:t>9:08  to aaj mein yahi baat rakhta hoon aap logon ke samne. ab aap log jo sawalat karenge, woh sawalat se mere par khulenge, inshallah.</w:t>
      </w:r>
      <w:r>
        <w:br/>
      </w:r>
      <w:r>
        <w:rPr>
          <w:sz w:val="20"/>
        </w:rPr>
        <w:t>9:20  astaghfirullah</w:t>
      </w:r>
      <w:r>
        <w:br/>
      </w:r>
      <w:r>
        <w:rPr>
          <w:sz w:val="20"/>
        </w:rPr>
        <w:t>9:29  Allah, yani khulasa meri baat ki yeh hai ke khaliq ka jo tareeqa hai, woh hai shock treatment.</w:t>
      </w:r>
      <w:r>
        <w:br/>
      </w:r>
      <w:r>
        <w:rPr>
          <w:sz w:val="20"/>
        </w:rPr>
        <w:t>9:39  shock dala jata hai, shock. is ke baad insan ka zehn jagta hai,</w:t>
      </w:r>
      <w:r>
        <w:br/>
      </w:r>
      <w:r>
        <w:rPr>
          <w:sz w:val="20"/>
        </w:rPr>
        <w:t>9:48  insan ka zehn jagta hai. phir nai nai baatein sar mein aati hain. to yeh jo corona virus hai, yeh bhi aik shock hai.</w:t>
      </w:r>
      <w:r>
        <w:br/>
      </w:r>
      <w:r>
        <w:rPr>
          <w:sz w:val="20"/>
        </w:rPr>
        <w:t>9:58  aur yeh hamare achhe ke liye hai. ya yeh azab nahi hai,</w:t>
      </w:r>
      <w:r>
        <w:br/>
      </w:r>
      <w:r>
        <w:rPr>
          <w:sz w:val="20"/>
        </w:rPr>
        <w:t>10:05  yeh koi evil nahi hai.</w:t>
      </w:r>
      <w:r>
        <w:br/>
      </w:r>
      <w:r>
        <w:rPr>
          <w:sz w:val="20"/>
        </w:rPr>
        <w:t>10:09  yeh hamare achhe ke liye hai.</w:t>
      </w:r>
    </w:p>
    <w:p>
      <w:pPr>
        <w:pStyle w:val="Heading2"/>
      </w:pPr>
      <w:r>
        <w:t>Sabr as high thinking not passivity</w:t>
      </w:r>
    </w:p>
    <w:p>
      <w:r>
        <w:rPr>
          <w:color w:val="666666"/>
          <w:sz w:val="18"/>
        </w:rPr>
        <w:t>Adjustment the Only Option September 19, 2010 Maulana Wahiduddin Khan · 6m 01s · at 22:05 · https://youtu.be/o5wG_ONm76s?t=1325</w:t>
      </w:r>
    </w:p>
    <w:p>
      <w:r>
        <w:rPr>
          <w:i/>
        </w:rPr>
        <w:t>“Toh dekhiye yeh jo Islam mein hai ke adjust karo, compromise karo”</w:t>
      </w:r>
    </w:p>
    <w:p>
      <w:r>
        <w:rPr>
          <w:sz w:val="20"/>
        </w:rPr>
        <w:t>22:05  to dekhiye yeh jo islam mein jo hai ke adjust karo, compromise karo, patience karo, sabr ke saath raho.</w:t>
      </w:r>
      <w:r>
        <w:br/>
      </w:r>
      <w:r>
        <w:rPr>
          <w:sz w:val="20"/>
        </w:rPr>
        <w:t>22:15  yeh koi saada baat nahi ke passive attitude nahi hai yeh.</w:t>
      </w:r>
      <w:r>
        <w:br/>
      </w:r>
      <w:r>
        <w:rPr>
          <w:sz w:val="20"/>
        </w:rPr>
        <w:t>22:21  yeh passive attitude nahi hai.</w:t>
      </w:r>
      <w:r>
        <w:br/>
      </w:r>
      <w:r>
        <w:rPr>
          <w:sz w:val="20"/>
        </w:rPr>
        <w:t>22:30  is ke baghair aap</w:t>
      </w:r>
      <w:r>
        <w:br/>
      </w:r>
      <w:r>
        <w:rPr>
          <w:sz w:val="20"/>
        </w:rPr>
        <w:t>22:35  ka intellectual development ruk jata hai. spiritual development ruk jata hai. aap phanse rehte hain shikayaton mein. har waqt complaint.</w:t>
      </w:r>
      <w:r>
        <w:br/>
      </w:r>
      <w:r>
        <w:rPr>
          <w:sz w:val="20"/>
        </w:rPr>
        <w:t>22:45  complaint mein jeete hain.</w:t>
      </w:r>
      <w:r>
        <w:br/>
      </w:r>
      <w:r>
        <w:rPr>
          <w:sz w:val="20"/>
        </w:rPr>
        <w:t>22:49  kal parson mere paas ek sahib ka telephone aaya. ek mera article chupa hai. is par un ko kuch objection tha. unhon ne kaha ke aap ne yeh likh diya hai is mein.</w:t>
      </w:r>
      <w:r>
        <w:br/>
      </w:r>
      <w:r>
        <w:rPr>
          <w:sz w:val="20"/>
        </w:rPr>
        <w:t>23:03  aap ne is mein yeh likh diya hai. main ne kaha yeh aap galat kar rahe hain. main ne aisa nahi likha hai. yeh meri language nahi hai jo aap farma rahe hain. meri alag language hoti hai allah ke fazl se.</w:t>
      </w:r>
      <w:r>
        <w:br/>
      </w:r>
      <w:r>
        <w:rPr>
          <w:sz w:val="20"/>
        </w:rPr>
        <w:t>23:15  to aap jo bol rahe hain woh meri language hi nahi hai. to main ne poocha mujhe bataein ke is article ko aap ne kitni baar padha?</w:t>
      </w:r>
      <w:r>
        <w:br/>
      </w:r>
      <w:r>
        <w:rPr>
          <w:sz w:val="20"/>
        </w:rPr>
        <w:t>23:28  to unhon ne kaha ke ek baar. to main ne kaha yeh hai raaz ke cheezon ko aap ek baar padhte hain aur raaye bana lete hain.</w:t>
      </w:r>
      <w:r>
        <w:br/>
      </w:r>
      <w:r>
        <w:rPr>
          <w:sz w:val="20"/>
        </w:rPr>
        <w:t>23:39  aise aap ek baar sunte honge aur raaye bana lete honge. maslan ghar mein aap gaye to maa ne kuch kaha biwi ke liye.</w:t>
      </w:r>
      <w:r>
        <w:br/>
      </w:r>
      <w:r>
        <w:rPr>
          <w:sz w:val="20"/>
        </w:rPr>
        <w:t>23:50  bas ek baar aap ne raaye bana li ke biwi meri aisi hai. biwi ne kisi rishtedar ke bare mein keh diya kuch. woh abhi aap ne maan liya ke mera rishtedar falan aisa hai.</w:t>
      </w:r>
      <w:r>
        <w:br/>
      </w:r>
      <w:r>
        <w:rPr>
          <w:sz w:val="20"/>
        </w:rPr>
        <w:t>24:04  to main ne use baghair jaane, main un ka naam bhi nahi janta tha, kahin mulaqat bhi nahi hui thi. main ne kaha ke dekhiye mujhe yaqeen hai ke aap complaint mein jeete honge.</w:t>
      </w:r>
      <w:r>
        <w:br/>
      </w:r>
      <w:r>
        <w:rPr>
          <w:sz w:val="20"/>
        </w:rPr>
        <w:t>24:16  shikayaton mein jeete honge aap. phir mana unhon ne. un se shikayat, un se shikayat, un se shikayat, un se shikayat. maine kaha kyun aisa hai?</w:t>
      </w:r>
      <w:r>
        <w:br/>
      </w:r>
      <w:r>
        <w:rPr>
          <w:sz w:val="20"/>
        </w:rPr>
        <w:t>24:28  maine kaha is ki wajah hai ke aap is is hadith ka misdaq ban gaye. kafa bil mar'u kadhiban an yuhadditha bikullima sami'a.</w:t>
      </w:r>
      <w:r>
        <w:br/>
      </w:r>
      <w:r>
        <w:rPr>
          <w:sz w:val="20"/>
        </w:rPr>
        <w:t>24:40  wo aadmi jhootha aadmi hai ke jo suna maan liya, jo suna maan liya. jhootha kyun hai? dekhein jhootha yahan koi moral statement nahi hai.</w:t>
      </w:r>
      <w:r>
        <w:br/>
      </w:r>
      <w:r>
        <w:rPr>
          <w:sz w:val="20"/>
        </w:rPr>
        <w:t>24:52  yeh moral statement nahi hai yeh. jhootha ke maani yeh hain ke is baat ko agar ek baar sun suna hai is ne to baat ko samjhaye gi nahi wo.</w:t>
      </w:r>
      <w:r>
        <w:br/>
      </w:r>
      <w:r>
        <w:rPr>
          <w:sz w:val="20"/>
        </w:rPr>
        <w:t>25:05  to false foot mein jiye ga. yaani wo rai banaye ga ek aur wo rai galat hogi.</w:t>
      </w:r>
      <w:r>
        <w:br/>
      </w:r>
      <w:r>
        <w:rPr>
          <w:sz w:val="20"/>
        </w:rPr>
        <w:t>25:15  to jis aadmi ki habit yeh ho ke suna aur maan liya to is ka matlab hai ke wo false foot mein jiye ga.</w:t>
      </w:r>
      <w:r>
        <w:br/>
      </w:r>
      <w:r>
        <w:rPr>
          <w:sz w:val="20"/>
        </w:rPr>
        <w:t>25:25  kyun ke ek baar sun kar ke aap, maine un se kaha ke dekhiye aap ki adat hai aisi ke aap is ko nahi karte honge. cheezon ko baar baar nahi parhte honge.</w:t>
      </w:r>
      <w:r>
        <w:br/>
      </w:r>
      <w:r>
        <w:rPr>
          <w:sz w:val="20"/>
        </w:rPr>
        <w:t>25:37  sun kar is ki mazeed tehqeeq nahi karte honge. bas parha aur ek ek rai dimagh mein aayi ho maan liya. suna ek rai aayi ho maan liya.</w:t>
      </w:r>
      <w:r>
        <w:br/>
      </w:r>
      <w:r>
        <w:rPr>
          <w:sz w:val="20"/>
        </w:rPr>
        <w:t>25:49  to is ka matlab yeh hai ke aap is par complaint mein jiyenge.</w:t>
      </w:r>
      <w:r>
        <w:br/>
      </w:r>
      <w:r>
        <w:rPr>
          <w:sz w:val="20"/>
        </w:rPr>
        <w:t>25:56  kyun ke aap poori baat hi nahi aap ko pata hai. aam taur par log negative repeating karte hain. yaad rakhiye ninety nine percent aadmi negative reporting karta hai.</w:t>
      </w:r>
      <w:r>
        <w:br/>
      </w:r>
      <w:r>
        <w:rPr>
          <w:sz w:val="20"/>
        </w:rPr>
        <w:t>26:09  shohar apne baap, shohar apne, shohar apni biwi ke bare mein negative reporting kare ga. biwi apne shohar ke bare mein negative reporting kare gi. is ab party ka aadmi is party ki negative reporting kare ga.</w:t>
      </w:r>
      <w:r>
        <w:br/>
      </w:r>
      <w:r>
        <w:rPr>
          <w:sz w:val="20"/>
        </w:rPr>
        <w:t>26:23  is company ka aadmi is company ki negative reporting kare ga. aaj tak mein wo insaan nahi dekh paya jo kisi doosre ke bare mein positive reporting kare, positive.</w:t>
      </w:r>
      <w:r>
        <w:br/>
      </w:r>
      <w:r>
        <w:rPr>
          <w:sz w:val="20"/>
        </w:rPr>
        <w:t>26:34  media jo hai, media hamesha negative reporting karta hai.</w:t>
      </w:r>
      <w:r>
        <w:br/>
      </w:r>
      <w:r>
        <w:rPr>
          <w:sz w:val="20"/>
        </w:rPr>
        <w:t>26:41  is duniya mein hum jeete hain. har aadmi ke dimagh mein complaint ka jangal hai.</w:t>
      </w:r>
      <w:r>
        <w:br/>
      </w:r>
      <w:r>
        <w:rPr>
          <w:sz w:val="20"/>
        </w:rPr>
        <w:t>26:50  shikayat, un ke khilaaf shikayat, un ke khilaaf shikayat, un ke khilaaf shikayat, un ke khilaaf shikayat.</w:t>
      </w:r>
      <w:r>
        <w:br/>
      </w:r>
      <w:r>
        <w:rPr>
          <w:sz w:val="20"/>
        </w:rPr>
        <w:t>27:00  jahan shikayat aayi, intellectual development ruka. aise logon se baat ki hai jo shikayaton mein jeete hain. bilkul dwarf, intellectually dwarf honge wo.</w:t>
      </w:r>
      <w:r>
        <w:br/>
      </w:r>
      <w:r>
        <w:rPr>
          <w:sz w:val="20"/>
        </w:rPr>
        <w:t>27:11  mera baar baar ka tajurba hai. wo log jo shikayaton mein jeete hain, wo intellectually dwarf hote hain.</w:t>
      </w:r>
      <w:r>
        <w:br/>
      </w:r>
      <w:r>
        <w:rPr>
          <w:sz w:val="20"/>
        </w:rPr>
        <w:t>27:25  badi aqal un ka dar nahi hoti. bada wisdom nahi hota. bada horizon nahi hota. high level of thinking nahi hoti.</w:t>
      </w:r>
      <w:r>
        <w:br/>
      </w:r>
      <w:r>
        <w:rPr>
          <w:sz w:val="20"/>
        </w:rPr>
        <w:t>27:34  kyun? isi mein jeete hain, isi complaint mein jeete hain.</w:t>
      </w:r>
      <w:r>
        <w:br/>
      </w:r>
      <w:r>
        <w:rPr>
          <w:sz w:val="20"/>
        </w:rPr>
        <w:t>27:46  to sabr kis liye hai? sabr ka matlab hai oopar uth kar sochna. shikayaton se oopar uth kar sochna.</w:t>
      </w:r>
      <w:r>
        <w:br/>
      </w:r>
      <w:r>
        <w:rPr>
          <w:sz w:val="20"/>
        </w:rPr>
        <w:t>27:57  sabr ka matlab koi cowardice nahi. sabr ka matlab koi retreat nahi.</w:t>
      </w:r>
    </w:p>
    <w:p>
      <w:pPr>
        <w:pStyle w:val="Heading2"/>
      </w:pPr>
      <w:r>
        <w:t>Akbar's story shows wisdom of separate workplaces</w:t>
      </w:r>
    </w:p>
    <w:p>
      <w:r>
        <w:rPr>
          <w:color w:val="666666"/>
          <w:sz w:val="18"/>
        </w:rPr>
        <w:t>Place of Woman in Islam-II | March 5, 2006 | Maulana Wahiduddin Khan · 4m 03s · at 11:26 · https://youtu.be/0s49N8jj560?t=686</w:t>
      </w:r>
    </w:p>
    <w:p>
      <w:r>
        <w:rPr>
          <w:i/>
        </w:rPr>
        <w:t>“Ya main Mughal hukumat shuru hua Babar se”</w:t>
      </w:r>
    </w:p>
    <w:p>
      <w:r>
        <w:rPr>
          <w:sz w:val="20"/>
        </w:rPr>
        <w:t>11:26  ya mein mughal hukoomat shuru hua babar se.</w:t>
      </w:r>
      <w:r>
        <w:br/>
      </w:r>
      <w:r>
        <w:rPr>
          <w:sz w:val="20"/>
        </w:rPr>
        <w:t>11:30  is ke baad humayun tha.</w:t>
      </w:r>
      <w:r>
        <w:br/>
      </w:r>
      <w:r>
        <w:rPr>
          <w:sz w:val="20"/>
        </w:rPr>
        <w:t>11:34  jo teesra tha akbar.</w:t>
      </w:r>
      <w:r>
        <w:br/>
      </w:r>
      <w:r>
        <w:rPr>
          <w:sz w:val="20"/>
        </w:rPr>
        <w:t>11:39  to aisa hua ke akbar ke zamanay mein ek aalim thay, scholar thay bohat baray.</w:t>
      </w:r>
      <w:r>
        <w:br/>
      </w:r>
      <w:r>
        <w:rPr>
          <w:sz w:val="20"/>
        </w:rPr>
        <w:t>11:43  un ka naam tha Mulla Abdul Nabi.</w:t>
      </w:r>
      <w:r>
        <w:br/>
      </w:r>
      <w:r>
        <w:rPr>
          <w:sz w:val="20"/>
        </w:rPr>
        <w:t>11:47  unhon ne akbar ko jab woh jab jo chota tha to akbar ko parhaya tha.</w:t>
      </w:r>
      <w:r>
        <w:br/>
      </w:r>
      <w:r>
        <w:rPr>
          <w:sz w:val="20"/>
        </w:rPr>
        <w:t>11:52  yani Mulla Abdul Nabi jo thay woh akbar ke ustad thay.</w:t>
      </w:r>
      <w:r>
        <w:br/>
      </w:r>
      <w:r>
        <w:rPr>
          <w:sz w:val="20"/>
        </w:rPr>
        <w:t>11:56  to kya hua ke ek din aisa aisa hua ke Mulla Abdul Nabi akbar ke darbar mein aaye. to us din kuch hinduo ka kuch diwali waghera ka din tha. to akbar ne is lihaz se gehra kapda pehan liya tha, saffron. sirf is liye ke log logo ki diljoi ke liye, logo ke jazbat ki riayat ke liye. mein samajhta hoon is mein koi harj nahi tha. agar us ne kiya us ne e</w:t>
      </w:r>
      <w:r>
        <w:br/>
      </w:r>
      <w:r>
        <w:rPr>
          <w:sz w:val="20"/>
        </w:rPr>
        <w:t>12:26  se to.</w:t>
      </w:r>
      <w:r>
        <w:br/>
      </w:r>
      <w:r>
        <w:rPr>
          <w:sz w:val="20"/>
        </w:rPr>
        <w:t>12:30  lekin Mulla Abdul Nabi jo hain bohat riwayati qisam ke aadmi thay.</w:t>
      </w:r>
      <w:r>
        <w:br/>
      </w:r>
      <w:r>
        <w:rPr>
          <w:sz w:val="20"/>
        </w:rPr>
        <w:t>12:33  woh ghussa ho gaye.</w:t>
      </w:r>
      <w:r>
        <w:br/>
      </w:r>
      <w:r>
        <w:rPr>
          <w:sz w:val="20"/>
        </w:rPr>
        <w:t>12:37  aur is jazbay ke tehat ke mein akbar ka ustad hoon.</w:t>
      </w:r>
      <w:r>
        <w:br/>
      </w:r>
      <w:r>
        <w:rPr>
          <w:sz w:val="20"/>
        </w:rPr>
        <w:t>12:41  isko un ke haath mein ek ek chhari hua karti thi, is chhari se akbar ko maar diya.</w:t>
      </w:r>
      <w:r>
        <w:br/>
      </w:r>
      <w:r>
        <w:rPr>
          <w:sz w:val="20"/>
        </w:rPr>
        <w:t>12:45  ek darbar mein baitha hua hai, takht par baitha hua hai woh.</w:t>
      </w:r>
      <w:r>
        <w:br/>
      </w:r>
      <w:r>
        <w:rPr>
          <w:sz w:val="20"/>
        </w:rPr>
        <w:t>12:49  saare log wahan par maujood hain.</w:t>
      </w:r>
      <w:r>
        <w:br/>
      </w:r>
      <w:r>
        <w:rPr>
          <w:sz w:val="20"/>
        </w:rPr>
        <w:t>12:52  sab ke samnay unhon ne akbar ko maar diya danday se. to</w:t>
      </w:r>
      <w:r>
        <w:br/>
      </w:r>
      <w:r>
        <w:rPr>
          <w:sz w:val="20"/>
        </w:rPr>
        <w:t>12:56  kya hua phir akbar khamoshi ke sath chala gaya andar.</w:t>
      </w:r>
      <w:r>
        <w:br/>
      </w:r>
      <w:r>
        <w:rPr>
          <w:sz w:val="20"/>
        </w:rPr>
        <w:t>13:01  wahan us ki maan thi, uska naam tha Mariam Zamani.</w:t>
      </w:r>
      <w:r>
        <w:br/>
      </w:r>
      <w:r>
        <w:rPr>
          <w:sz w:val="20"/>
        </w:rPr>
        <w:t>13:07  to apni maan se akbar ne kaha ke aaj bohat bura hua.</w:t>
      </w:r>
      <w:r>
        <w:br/>
      </w:r>
      <w:r>
        <w:rPr>
          <w:sz w:val="20"/>
        </w:rPr>
        <w:t>13:12  us ne poocha kya hua? kaha ke Mulla Abdul Nabi ko mein be-izzati karta hoon kyun ke woh</w:t>
      </w:r>
      <w:r>
        <w:br/>
      </w:r>
      <w:r>
        <w:rPr>
          <w:sz w:val="20"/>
        </w:rPr>
        <w:t>13:17  mere ustad thay.</w:t>
      </w:r>
      <w:r>
        <w:br/>
      </w:r>
      <w:r>
        <w:rPr>
          <w:sz w:val="20"/>
        </w:rPr>
        <w:t>13:22  lekin aaj unhon ne yeh kiya ke bharay darbar mein is ko danday se maar diya.</w:t>
      </w:r>
      <w:r>
        <w:br/>
      </w:r>
      <w:r>
        <w:rPr>
          <w:sz w:val="20"/>
        </w:rPr>
        <w:t>13:27  ab akbar ke dil mein yeh tha ke un ko qatal karwa de.</w:t>
      </w:r>
      <w:r>
        <w:br/>
      </w:r>
      <w:r>
        <w:rPr>
          <w:sz w:val="20"/>
        </w:rPr>
        <w:t>13:33  kyun ke ek munh se ek lafz us ke munh se nikalna tha aur uska sar qalb ho jata.</w:t>
      </w:r>
      <w:r>
        <w:br/>
      </w:r>
      <w:r>
        <w:rPr>
          <w:sz w:val="20"/>
        </w:rPr>
        <w:t>13:38  kyun ke aap jantay hain ke woh shehanshah tha woh.</w:t>
      </w:r>
      <w:r>
        <w:br/>
      </w:r>
      <w:r>
        <w:rPr>
          <w:sz w:val="20"/>
        </w:rPr>
        <w:t>13:43  to ab akbar jo tha woh to mutasir tha in halaat se jahan ke woh waqia pesh aaya.</w:t>
      </w:r>
      <w:r>
        <w:br/>
      </w:r>
      <w:r>
        <w:rPr>
          <w:sz w:val="20"/>
        </w:rPr>
        <w:t>13:48  yani mutasir zehan ke sath sochta tha.</w:t>
      </w:r>
      <w:r>
        <w:br/>
      </w:r>
      <w:r>
        <w:rPr>
          <w:sz w:val="20"/>
        </w:rPr>
        <w:t>13:53  lekin us ki maan jo thi woh bahar thi ghar ke andar.</w:t>
      </w:r>
      <w:r>
        <w:br/>
      </w:r>
      <w:r>
        <w:rPr>
          <w:sz w:val="20"/>
        </w:rPr>
        <w:t>13:58  woh ghair mutasir zehan ke sath soch sakti thi.</w:t>
      </w:r>
      <w:r>
        <w:br/>
      </w:r>
      <w:r>
        <w:rPr>
          <w:sz w:val="20"/>
        </w:rPr>
        <w:t>14:03  woh mutasir nahi ho sakti thi is waqie se.</w:t>
      </w:r>
      <w:r>
        <w:br/>
      </w:r>
      <w:r>
        <w:rPr>
          <w:sz w:val="20"/>
        </w:rPr>
        <w:t>14:07  kyun ke is mein woh maujood nahi thi woh.</w:t>
      </w:r>
      <w:r>
        <w:br/>
      </w:r>
      <w:r>
        <w:rPr>
          <w:sz w:val="20"/>
        </w:rPr>
        <w:t>14:12  to is ne kaha, maan ne kaha ke bete maaf kar do.</w:t>
      </w:r>
      <w:r>
        <w:br/>
      </w:r>
      <w:r>
        <w:rPr>
          <w:sz w:val="20"/>
        </w:rPr>
        <w:t>14:16  ab dekhiye ke ek hai mutasir zehan yani akbar ka.</w:t>
      </w:r>
      <w:r>
        <w:br/>
      </w:r>
      <w:r>
        <w:rPr>
          <w:sz w:val="20"/>
        </w:rPr>
        <w:t>14:20  ek ghair mutasir zehan woh hai maan ka.</w:t>
      </w:r>
      <w:r>
        <w:br/>
      </w:r>
      <w:r>
        <w:rPr>
          <w:sz w:val="20"/>
        </w:rPr>
        <w:t>14:25  yani ek mutasir mein hai, ek mutasir se bahar hai.</w:t>
      </w:r>
      <w:r>
        <w:br/>
      </w:r>
      <w:r>
        <w:rPr>
          <w:sz w:val="20"/>
        </w:rPr>
        <w:t>14:29  to jo zehan, jo zehan mutasir se bahar tha woh bohat hi musbat soch saka.</w:t>
      </w:r>
      <w:r>
        <w:br/>
      </w:r>
      <w:r>
        <w:rPr>
          <w:sz w:val="20"/>
        </w:rPr>
        <w:t>14:34  aur bohat hi musbat qism ka mashwara de saka.</w:t>
      </w:r>
      <w:r>
        <w:br/>
      </w:r>
      <w:r>
        <w:rPr>
          <w:sz w:val="20"/>
        </w:rPr>
        <w:t>14:39  to us ki maan ne kaha ke bete maaf kar do.</w:t>
      </w:r>
      <w:r>
        <w:br/>
      </w:r>
      <w:r>
        <w:rPr>
          <w:sz w:val="20"/>
        </w:rPr>
        <w:t>14:44  tareekh mein likha jayega ke shehanshah ne shehanshah ko bhare darbar mein dande se mara gaya aur</w:t>
      </w:r>
      <w:r>
        <w:br/>
      </w:r>
      <w:r>
        <w:rPr>
          <w:sz w:val="20"/>
        </w:rPr>
        <w:t>14:49  us ne maaf kar diya.</w:t>
      </w:r>
      <w:r>
        <w:br/>
      </w:r>
      <w:r>
        <w:rPr>
          <w:sz w:val="20"/>
        </w:rPr>
        <w:t>14:55  aur waqatan woh tareekh mein likha gaya.</w:t>
      </w:r>
      <w:r>
        <w:br/>
      </w:r>
      <w:r>
        <w:rPr>
          <w:sz w:val="20"/>
        </w:rPr>
        <w:t>15:00  jisko mein aaj dohra raha hoon aap ke samne. to yeh mein kehta hoon ke work place ka ek hona yeh bilkul yaani ahmaqana scheme hai. yeh dono agar ek hi work place mein hain to dono hi ek hi dhang ke taassur mein jeete hain. ek hi cheezon se mutaasir ho kar reh rahe hain woh. to kaun kis ko mashwara karega? is liye is ka Islam ki scheme yeh hai ke dono ka work place alag alag ho. maslan aur</w:t>
      </w:r>
    </w:p>
    <w:p>
      <w:pPr>
        <w:pStyle w:val="Heading2"/>
      </w:pPr>
      <w:r>
        <w:t>Full argument: violent path failed, Prophet's dawah path won</w:t>
      </w:r>
    </w:p>
    <w:p>
      <w:r>
        <w:rPr>
          <w:color w:val="666666"/>
          <w:sz w:val="18"/>
        </w:rPr>
        <w:t>Peace in Palestine In Light of Quranic Guidance November 5, 2023 · 3m 11s · at 3:05 · https://youtu.be/VktRNLm79N0?t=185</w:t>
      </w:r>
    </w:p>
    <w:p>
      <w:r>
        <w:rPr>
          <w:i/>
        </w:rPr>
        <w:t>“How the Balfour Agreement pushed Palestinians onto a violent course”</w:t>
      </w:r>
    </w:p>
    <w:p>
      <w:r>
        <w:rPr>
          <w:sz w:val="20"/>
        </w:rPr>
        <w:t>3:05  yeh article Maulana ne bohat pehle likha tha chuna che Palestine ek aisa issue hai jo hamesha missile mein ghira rehta hai. 1948 mein Balfour agreement ke tehat Palestine aur Israel ko aadha aadha hissa diya gaya aur jo better hissa tha, jo fertile land tha wo Palestinians ko diya gaya.</w:t>
      </w:r>
      <w:r>
        <w:br/>
      </w:r>
      <w:r>
        <w:rPr>
          <w:sz w:val="20"/>
        </w:rPr>
        <w:t>3:34  lekin us waqt jo josheele leader the khas taur se Misr ke, Ikhwanul Muslimeen waghera ke Hassan Banna aur doosre leader unhon ne bara juloos nikala aur ek lakh logon ko lekar juloos nikala aur uska nara tha ladai kiya Falasteen.</w:t>
      </w:r>
      <w:r>
        <w:br/>
      </w:r>
      <w:r>
        <w:rPr>
          <w:sz w:val="20"/>
        </w:rPr>
        <w:t>3:52  to in logon ne yani Filastiniyon ko ek violent course par chala diya aur us waqt se lekar aaj tak yeh ladai ja rahi hai aur sirf tabahi aur tabahi, tabahi tabahi. unhon ne nara diya tha sanarmi hum filhaal ke hum in ko yani Jews ko Israel ko samundar mein dhakel dein ge.</w:t>
      </w:r>
      <w:r>
        <w:br/>
      </w:r>
      <w:r>
        <w:rPr>
          <w:sz w:val="20"/>
        </w:rPr>
        <w:t>4:20  halanki result ulta nikla.</w:t>
      </w:r>
      <w:r>
        <w:br/>
      </w:r>
      <w:r>
        <w:rPr>
          <w:sz w:val="20"/>
        </w:rPr>
        <w:t>4:27  to maulana ne is kitab mein khas taur se hawala diya hai rasoolullah sallam ka ke rasoolullah sallam ki</w:t>
      </w:r>
      <w:r>
        <w:br/>
      </w:r>
      <w:r>
        <w:rPr>
          <w:sz w:val="20"/>
        </w:rPr>
        <w:t>4:34  zindagi ne bhi kuch battles huin, bohat hi mukhtasar andaaz ki aur uske baad rasoolullah sallam ne dekha</w:t>
      </w:r>
      <w:r>
        <w:br/>
      </w:r>
      <w:r>
        <w:rPr>
          <w:sz w:val="20"/>
        </w:rPr>
        <w:t>4:41  ke ladai se koi hal nahi niklega toh sulh hudaibiya ki aur sulh hudaibiya ko quran mein allah</w:t>
      </w:r>
      <w:r>
        <w:br/>
      </w:r>
      <w:r>
        <w:rPr>
          <w:sz w:val="20"/>
        </w:rPr>
        <w:t>4:48  taala ne fatah mubeen kaha, bohat badi victory, clear victory.</w:t>
      </w:r>
      <w:r>
        <w:br/>
      </w:r>
      <w:r>
        <w:rPr>
          <w:sz w:val="20"/>
        </w:rPr>
        <w:t>4:56  us ke baad se halaat badle aur aap tel mein hai ke Makkah pata hua. to yeh yahi rasta hai wo dawat ka rasta jis se kamyabi hasil hui ho hasil hogi.</w:t>
      </w:r>
      <w:r>
        <w:br/>
      </w:r>
      <w:r>
        <w:rPr>
          <w:sz w:val="20"/>
        </w:rPr>
        <w:t>5:14  Sahaba ko bhi isi se kamyabi hasil hui aur baad ke generations ko bhi isi dawati amal chuna che jo momin hai, musalman hai uska farz hai ke wo dawat karein. Quran mein Rasoolullah sallam ke liye aata hai shahidan wa mubashireen wa nadhira, wa da'iyan ilal Allah bi'idhnihi wa sirajim munira.</w:t>
      </w:r>
      <w:r>
        <w:br/>
      </w:r>
      <w:r>
        <w:rPr>
          <w:sz w:val="20"/>
        </w:rPr>
        <w:t>5:36  ke Allah taala ne farmaya hai ke tum shahid ho, tum gawah ho, tum ek chamakta sitara ho, tum warner ho.</w:t>
      </w:r>
      <w:r>
        <w:br/>
      </w:r>
      <w:r>
        <w:rPr>
          <w:sz w:val="20"/>
        </w:rPr>
        <w:t>5:46  to yeh sab ek hi allabz hai da'i ke liye istemal kiya hai, synonyms hai yeh ke jo Rasoolullah sallam ka mission tha wahi mission agar musalman aaj uthein ge us ko lekar to dunyaavi aur aakhirat ki kamyabi un ko hasil hogi warna sirf barbadi hi barbadi. Doc sahib aaj yeh book launch hai pehle Maulana sahib ka hum sab log lecture bhi sun rahe the.</w:t>
      </w:r>
      <w:r>
        <w:br/>
      </w:r>
      <w:r>
        <w:rPr>
          <w:sz w:val="20"/>
        </w:rPr>
        <w:t>6:16  us mein Maulana ne balki ek bohat is se relate karte hue Palestine issue se relate karte hue ek interesting incident bataya. jab Uhud ka battle hua tha to sattar Sahabi us mein mare gaye the. to Rasoolullah ne yeh nahi kiya ke sattar Sahabi ka inteqam liya.</w:t>
      </w:r>
    </w:p>
    <w:p>
      <w:pPr>
        <w:pStyle w:val="Heading2"/>
      </w:pPr>
      <w:r>
        <w:t>All religions share ethics theology for scholars</w:t>
      </w:r>
    </w:p>
    <w:p>
      <w:r>
        <w:rPr>
          <w:color w:val="666666"/>
          <w:sz w:val="18"/>
        </w:rPr>
        <w:t>Inter Faith Dialogue IIC 12 Mar 2007 - Maulana Wahiduddin Khan · 3m 50s · at 21:53 · https://youtu.be/VoRqhMN-2Oc?t=1313</w:t>
      </w:r>
    </w:p>
    <w:p>
      <w:r>
        <w:rPr>
          <w:i/>
        </w:rPr>
        <w:t>“I have studied different religions. I found that there are two parts”</w:t>
      </w:r>
    </w:p>
    <w:p>
      <w:r>
        <w:rPr>
          <w:sz w:val="20"/>
        </w:rPr>
        <w:t>21:53  I have studied different religions. I found that there are two parts of of religion. This you can find in every religion.</w:t>
      </w:r>
      <w:r>
        <w:br/>
      </w:r>
      <w:r>
        <w:rPr>
          <w:sz w:val="20"/>
        </w:rPr>
        <w:t>22:04  One is its belief system, belief system. And the other one is its ethical base, moral teachings.</w:t>
      </w:r>
      <w:r>
        <w:br/>
      </w:r>
      <w:r>
        <w:rPr>
          <w:sz w:val="20"/>
        </w:rPr>
        <w:t>22:16  So I found that as far as the moral teachings are concerned, moral teachings mean social behavior. Moral teachings are ethical systems.</w:t>
      </w:r>
      <w:r>
        <w:br/>
      </w:r>
      <w:r>
        <w:rPr>
          <w:sz w:val="20"/>
        </w:rPr>
        <w:t>22:28  So I found that there is no difference at all as far as the ethical system is concerned. There is no difference between this religion and that religion.</w:t>
      </w:r>
      <w:r>
        <w:br/>
      </w:r>
      <w:r>
        <w:rPr>
          <w:sz w:val="20"/>
        </w:rPr>
        <w:t>22:39  For example, there is a well-known principle in Hinduism that Vasudev Kutum. The same is you can find in y</w:t>
      </w:r>
      <w:r>
        <w:br/>
      </w:r>
      <w:r>
        <w:rPr>
          <w:sz w:val="20"/>
        </w:rPr>
        <w:t>22:53  ou can find in Islam. Al-Khalq wa Aalullah. Al-Khalq wa Aalullah means all humanity is God's progeny.</w:t>
      </w:r>
      <w:r>
        <w:br/>
      </w:r>
      <w:r>
        <w:rPr>
          <w:sz w:val="20"/>
        </w:rPr>
        <w:t>23:06  All men and women are members of God's family. The same you can find in Islam and the same you can find in Hinduism.</w:t>
      </w:r>
      <w:r>
        <w:br/>
      </w:r>
      <w:r>
        <w:rPr>
          <w:sz w:val="20"/>
        </w:rPr>
        <w:t>23:17  But as far as the belief system is concerned, or in other words, theology is concerned, so in theology, there are differences.</w:t>
      </w:r>
      <w:r>
        <w:br/>
      </w:r>
      <w:r>
        <w:rPr>
          <w:sz w:val="20"/>
        </w:rPr>
        <w:t>23:28  In practical behavior or in moral system or in ethical system, there is no difference at all.</w:t>
      </w:r>
      <w:r>
        <w:br/>
      </w:r>
      <w:r>
        <w:rPr>
          <w:sz w:val="20"/>
        </w:rPr>
        <w:t>23:40  Every religion teaches peace. Every religion teaches tolerance.</w:t>
      </w:r>
      <w:r>
        <w:br/>
      </w:r>
      <w:r>
        <w:rPr>
          <w:sz w:val="20"/>
        </w:rPr>
        <w:t>23:47  Every religion teaches truthfulness. So is the case of Islam. But as far as the theology is concerned, I can say there are differences.</w:t>
      </w:r>
      <w:r>
        <w:br/>
      </w:r>
      <w:r>
        <w:rPr>
          <w:sz w:val="20"/>
        </w:rPr>
        <w:t>24:00  It is a fact. So I would like to say that theology is not</w:t>
      </w:r>
      <w:r>
        <w:br/>
      </w:r>
      <w:r>
        <w:rPr>
          <w:sz w:val="20"/>
        </w:rPr>
        <w:t>24:11  concerned of common people</w:t>
      </w:r>
      <w:r>
        <w:br/>
      </w:r>
      <w:r>
        <w:rPr>
          <w:sz w:val="20"/>
        </w:rPr>
        <w:t>24:13  . It is concerned of scholars. So leave it to scholars. Scholars may engage in discussion about the theology, theological differences.</w:t>
      </w:r>
      <w:r>
        <w:br/>
      </w:r>
      <w:r>
        <w:rPr>
          <w:sz w:val="20"/>
        </w:rPr>
        <w:t>24:26  But the other side of religion, which is based on character and moral values, so there is no difference at all.</w:t>
      </w:r>
      <w:r>
        <w:br/>
      </w:r>
      <w:r>
        <w:rPr>
          <w:sz w:val="20"/>
        </w:rPr>
        <w:t>24:38  So I can say that according to my study and my experience, the best formula is</w:t>
      </w:r>
      <w:r>
        <w:br/>
      </w:r>
      <w:r>
        <w:rPr>
          <w:sz w:val="20"/>
        </w:rPr>
        <w:t>24:54  follow one and respect all.</w:t>
      </w:r>
      <w:r>
        <w:br/>
      </w:r>
      <w:r>
        <w:rPr>
          <w:sz w:val="20"/>
        </w:rPr>
        <w:t>24:56  This is my own</w:t>
      </w:r>
      <w:r>
        <w:br/>
      </w:r>
      <w:r>
        <w:rPr>
          <w:sz w:val="20"/>
        </w:rPr>
        <w:t>25:03  formula. And my whole life is based on this formula. So I have adopted this formula, follow one and respect all.</w:t>
      </w:r>
      <w:r>
        <w:br/>
      </w:r>
      <w:r>
        <w:rPr>
          <w:sz w:val="20"/>
        </w:rPr>
        <w:t>25:13  Thank you.</w:t>
      </w:r>
    </w:p>
    <w:p>
      <w:pPr>
        <w:pStyle w:val="Heading2"/>
      </w:pPr>
      <w:r>
        <w:t>Ramadan as distraction-avoidance for real Quran study, not hunger</w:t>
      </w:r>
    </w:p>
    <w:p>
      <w:r>
        <w:rPr>
          <w:color w:val="666666"/>
          <w:sz w:val="18"/>
        </w:rPr>
        <w:t>Quran The Book of Guidance July 21, 2013 · 5m 59s · at 15:47 · https://youtu.be/DGDHIAde7eU?t=947</w:t>
      </w:r>
    </w:p>
    <w:p>
      <w:r>
        <w:rPr>
          <w:i/>
        </w:rPr>
        <w:t>“Iska matlab hai har qism ki distraction se bachana”</w:t>
      </w:r>
    </w:p>
    <w:p>
      <w:r>
        <w:rPr>
          <w:sz w:val="20"/>
        </w:rPr>
        <w:t>15:47  woh pichle hafte maine arz kiya tha. iska matlab hai har qism ki distraction se bachana,</w:t>
      </w:r>
      <w:r>
        <w:br/>
      </w:r>
      <w:r>
        <w:rPr>
          <w:sz w:val="20"/>
        </w:rPr>
        <w:t>15:57  including</w:t>
      </w:r>
      <w:r>
        <w:br/>
      </w:r>
      <w:r>
        <w:rPr>
          <w:sz w:val="20"/>
        </w:rPr>
        <w:t>16:01  food for the temporary period. to yeh jo Ramzan mein khane aur pani se rukne ki baat hai, yeh alamati taur par hai.</w:t>
      </w:r>
      <w:r>
        <w:br/>
      </w:r>
      <w:r>
        <w:rPr>
          <w:sz w:val="20"/>
        </w:rPr>
        <w:t>16:14  iska matlab hai ke momin ko chahiye ke saal mein ek mahina aisa guzare ke har qism ke distraction se bacha kar ke zyada se zyada waqt apna lagaye Quran ke tadabbur mein.</w:t>
      </w:r>
      <w:r>
        <w:br/>
      </w:r>
      <w:r>
        <w:rPr>
          <w:sz w:val="20"/>
        </w:rPr>
        <w:t>16:30  is liye mein samajh paya hoon ke Ramzan ka jo Ramzan ki jo asal haqeeqat hai, woh hai itikaf.</w:t>
      </w:r>
      <w:r>
        <w:br/>
      </w:r>
      <w:r>
        <w:rPr>
          <w:sz w:val="20"/>
        </w:rPr>
        <w:t>16:40  yeh das din ka itikaf to formal itikaf hai, aur baqi jo 20 din hain, woh informal itikaf hain. itikaf kis liye?</w:t>
      </w:r>
      <w:r>
        <w:br/>
      </w:r>
      <w:r>
        <w:rPr>
          <w:sz w:val="20"/>
        </w:rPr>
        <w:t>16:50  itikaf bhi bator be aitbar form nahi hai. wahi hai distraction se apne ko bacha kar aap</w:t>
      </w:r>
      <w:r>
        <w:br/>
      </w:r>
      <w:r>
        <w:rPr>
          <w:sz w:val="20"/>
        </w:rPr>
        <w:t>17:01  devotion ke sath aap Quran ka</w:t>
      </w:r>
      <w:r>
        <w:br/>
      </w:r>
      <w:r>
        <w:rPr>
          <w:sz w:val="20"/>
        </w:rPr>
        <w:t>17:05  mutala karein, Quran ke mani mein ghark ho jayein, iske</w:t>
      </w:r>
      <w:r>
        <w:br/>
      </w:r>
      <w:r>
        <w:rPr>
          <w:sz w:val="20"/>
        </w:rPr>
        <w:t>17:13  is se apna guidance daryaft karein. yeh matlab hai. to isi liye Quran mein hai ke shahr Ramzan allazi unzil fi al-Quran.</w:t>
      </w:r>
      <w:r>
        <w:br/>
      </w:r>
      <w:r>
        <w:rPr>
          <w:sz w:val="20"/>
        </w:rPr>
        <w:t>17:26  yeh jis mahine mein quran utara gaya tha, is mahine mein kaha gaya ke roze rakho</w:t>
      </w:r>
      <w:r>
        <w:br/>
      </w:r>
      <w:r>
        <w:rPr>
          <w:sz w:val="20"/>
        </w:rPr>
        <w:t>17:32  is se maloom hota hai ke quran aur ramzan mein bohat gehra taluq hai. woh taluq kya hai? yahi hai. yahi hai ke woh aadmi ekso ho kar apne ko distraction se bacha kar quran ka mutala kare.</w:t>
      </w:r>
      <w:r>
        <w:br/>
      </w:r>
      <w:r>
        <w:rPr>
          <w:sz w:val="20"/>
        </w:rPr>
        <w:t>17:51  dekhen, mutala karne ka matlab kya hai?</w:t>
      </w:r>
      <w:r>
        <w:br/>
      </w:r>
      <w:r>
        <w:rPr>
          <w:sz w:val="20"/>
        </w:rPr>
        <w:t>17:55  mutala karne ka matlab yeh hai ke aadmi yeh duniya mein aata hai to pet se woh koi guide book nahi lata, kisi pahad par likha hua nahi hai ke what is the purpose of creation.</w:t>
      </w:r>
      <w:r>
        <w:br/>
      </w:r>
      <w:r>
        <w:rPr>
          <w:sz w:val="20"/>
        </w:rPr>
        <w:t>18:15  to aadmi aata hai ek aisi duniya mein jis ki mein, jis ke bare mein peshi taur par use kuch nahi maloom hai.</w:t>
      </w:r>
      <w:r>
        <w:br/>
      </w:r>
      <w:r>
        <w:rPr>
          <w:sz w:val="20"/>
        </w:rPr>
        <w:t>18:22  ab sawal yeh hai ke woh</w:t>
      </w:r>
      <w:r>
        <w:br/>
      </w:r>
      <w:r>
        <w:rPr>
          <w:sz w:val="20"/>
        </w:rPr>
        <w:t>18:26  kaise jaane ga?</w:t>
      </w:r>
      <w:r>
        <w:br/>
      </w:r>
      <w:r>
        <w:rPr>
          <w:sz w:val="20"/>
        </w:rPr>
        <w:t>18:30  woh in sawalat ka jawab, jo buniyadi sawalat hain, kaise un ka jawab maloom kare? woh yani who am i what is the purpose of creation?</w:t>
      </w:r>
      <w:r>
        <w:br/>
      </w:r>
      <w:r>
        <w:rPr>
          <w:sz w:val="20"/>
        </w:rPr>
        <w:t>18:42  what is the meaning of life? what is the meaning of death? what is pre death period? what is post death period?</w:t>
      </w:r>
      <w:r>
        <w:br/>
      </w:r>
      <w:r>
        <w:rPr>
          <w:sz w:val="20"/>
        </w:rPr>
        <w:t>18:53  what is the formula of success? yani yeh sari cheezein jo hain, hamein janna hai. to kahan maloom karein? is ko maloom karne ki ek hi source hai, woh hai quran.</w:t>
      </w:r>
      <w:r>
        <w:br/>
      </w:r>
      <w:r>
        <w:rPr>
          <w:sz w:val="20"/>
        </w:rPr>
        <w:t>19:08  quran is sense mein ke peghambaron ke zariye jo kalam ilahi utra bar bar, to is ka preserved edition aur authentic edition sirf quran hai.</w:t>
      </w:r>
      <w:r>
        <w:br/>
      </w:r>
      <w:r>
        <w:rPr>
          <w:sz w:val="20"/>
        </w:rPr>
        <w:t>19:21  hum yeh nahi kehte ke quran afzal kitab hai, quran koi different book hai. hum yeh nahi kehte. hum yeh mante hain ke sare peghambaron ne allah ki taraf se jo guidance di thi, jo mehfooz nahi rahi pichle zamane mein,</w:t>
      </w:r>
      <w:r>
        <w:br/>
      </w:r>
      <w:r>
        <w:rPr>
          <w:sz w:val="20"/>
        </w:rPr>
        <w:t>19:42  to aakhri zamane mein aanay wali jo kitab hai, quran, is ko allah taala ne khaas intezam kiya, is ke ihtimam kiya, is ko mehfooz kar diya.</w:t>
      </w:r>
      <w:r>
        <w:br/>
      </w:r>
      <w:r>
        <w:rPr>
          <w:sz w:val="20"/>
        </w:rPr>
        <w:t>19:50  yahan tak ke printing press ka daur aaya to woh aakhri had tak mehfooz ho gayi. is liye quran ki ahmiyat hai. ab jab quran ko aap parhte hain is nazar se to bohat ajeeb o ghareeb tor par ek nayi cheez discover hoti hai.</w:t>
      </w:r>
      <w:r>
        <w:br/>
      </w:r>
      <w:r>
        <w:rPr>
          <w:sz w:val="20"/>
        </w:rPr>
        <w:t>20:12  misalan dekhen, aap kisi road ke kinare khare ho jayen, jahan log daud rahe hain, aa rahe hain, ja rahe hain, aa rahe hain, ja rahe hain, subah se sham tak.</w:t>
      </w:r>
      <w:r>
        <w:br/>
      </w:r>
      <w:r>
        <w:rPr>
          <w:sz w:val="20"/>
        </w:rPr>
        <w:t>20:24  aap sochen ke kahan aa rahe hain, kahan ja rahe hain? sirf ek maqsad ke liye, aur woh hai jis ko kehte hain kamai, paisa kamana.</w:t>
      </w:r>
      <w:r>
        <w:br/>
      </w:r>
      <w:r>
        <w:rPr>
          <w:sz w:val="20"/>
        </w:rPr>
        <w:t>20:34  chahe koi job kar raha hai, chahe koi business kar raha hai, koi politics mein daud laga raha hai, sab ka aakhri maqsad kya hai?</w:t>
      </w:r>
      <w:r>
        <w:br/>
      </w:r>
      <w:r>
        <w:rPr>
          <w:sz w:val="20"/>
        </w:rPr>
        <w:t>20:42  paisa kamana. paisa kis liye? taake meri zindagi zyada achi ho, mere paas acha ghar ho, mere paas achi sawari ho, mere bachon ka mustaqbil acha ho, achi taleem un ko ho.</w:t>
      </w:r>
      <w:r>
        <w:br/>
      </w:r>
      <w:r>
        <w:rPr>
          <w:sz w:val="20"/>
        </w:rPr>
        <w:t>20:55  yani sara jo maqsad hai,</w:t>
      </w:r>
      <w:r>
        <w:br/>
      </w:r>
      <w:r>
        <w:rPr>
          <w:sz w:val="20"/>
        </w:rPr>
        <w:t>20:57  woh yeh hai ke is duniya ka betterment. aur chunke is duniya ke betterment ki price dene ke liye mujhe paisa chahiye, is liye paisa center mein ho jata hai.</w:t>
      </w:r>
      <w:r>
        <w:br/>
      </w:r>
      <w:r>
        <w:rPr>
          <w:sz w:val="20"/>
        </w:rPr>
        <w:t>21:11  is is zehan, is ab ab yeh ek tajurba aap ne kiya road ke kinare logon ko dekh kar ke. ab quran ko parhiye aap to quran mein aap dekhen ke aisa kahin bhi nahi hai.</w:t>
      </w:r>
      <w:r>
        <w:br/>
      </w:r>
      <w:r>
        <w:rPr>
          <w:sz w:val="20"/>
        </w:rPr>
        <w:t>21:23  sara quran bohat hi zyada shiddat se bata raha hai akhirat ki ahmiyat ko, akhirat ki ahmiyat ko, jannat aur jahannum ka tazkira.</w:t>
      </w:r>
      <w:r>
        <w:br/>
      </w:r>
      <w:r>
        <w:rPr>
          <w:sz w:val="20"/>
        </w:rPr>
        <w:t>21:35  apne log tayyari karo agli duniya ke liye, maut se pehle ki duniya, maut se pehle ki zindagi, maut ke baad ki zindagi ki tayyari karo.</w:t>
      </w:r>
    </w:p>
    <w:p>
      <w:pPr>
        <w:pStyle w:val="Heading2"/>
      </w:pPr>
      <w:r>
        <w:t>Hajj as a living reenactment of divine history</w:t>
      </w:r>
    </w:p>
    <w:p>
      <w:r>
        <w:rPr>
          <w:color w:val="666666"/>
          <w:sz w:val="18"/>
        </w:rPr>
        <w:t>Hajj ek Tareekh-saaz Amal Haqeeqat-E-Hajj Book by Maulana Wahiduddin Khan · 5m 20s · at 0:01 · https://youtu.be/DcyTlpDdbg4?t=1</w:t>
      </w:r>
    </w:p>
    <w:p>
      <w:r>
        <w:rPr>
          <w:i/>
        </w:rPr>
        <w:t>“حج ایک تاریخ ساز عمل ہے۔”</w:t>
      </w:r>
    </w:p>
    <w:p>
      <w:r>
        <w:rPr>
          <w:sz w:val="20"/>
        </w:rPr>
        <w:t>0:01  haj aik tareekh saaz amal hai. kaha jata hai ke imam abu hanifa ko is mein taraddud tha ke islami ibadaton mein kaun si ibadat afzal ibadat hai.</w:t>
      </w:r>
      <w:r>
        <w:br/>
      </w:r>
      <w:r>
        <w:rPr>
          <w:sz w:val="20"/>
        </w:rPr>
        <w:t>0:18  jab unhon ne haj ada kiya to is ke baad unhon ne kaha ke ab mujhe yaqeen ho gaya ke haj tamam ibadaton mein sab se afzal ibadat hai.</w:t>
      </w:r>
      <w:r>
        <w:br/>
      </w:r>
      <w:r>
        <w:rPr>
          <w:sz w:val="20"/>
        </w:rPr>
        <w:t>0:33  haj ki is fazilat ka aik khaas pehlu yeh hai ke haj ka talluq aik azeem khudaai mansoobe se hai.</w:t>
      </w:r>
      <w:r>
        <w:br/>
      </w:r>
      <w:r>
        <w:rPr>
          <w:sz w:val="20"/>
        </w:rPr>
        <w:t>0:43  haj aik aise khudaai mansoobe ki yaadgar hai jis ka aaghaz hazrat ibrahim alaih assalam ke zamane mein hua aur muhammad sallallahu alaihi wasallam ke zamane mein is ki aakhri takmeel hui.</w:t>
      </w:r>
      <w:r>
        <w:br/>
      </w:r>
      <w:r>
        <w:rPr>
          <w:sz w:val="20"/>
        </w:rPr>
        <w:t>1:02  haj ke mukhtalif manasik isi khudaai mansoobe ke mukhtalif marhal hain jin ko haji allamati taur par dohrata hai.</w:t>
      </w:r>
      <w:r>
        <w:br/>
      </w:r>
      <w:r>
        <w:rPr>
          <w:sz w:val="20"/>
        </w:rPr>
        <w:t>1:15  haji apne ghar se nikal kar hijaz ke liye rawana hota hai. jis tarah hazrat ibrahim iraq se nikal kar hijaz aaye,</w:t>
      </w:r>
      <w:r>
        <w:br/>
      </w:r>
      <w:r>
        <w:rPr>
          <w:sz w:val="20"/>
        </w:rPr>
        <w:t>1:30  woh makke ke qareeb pohnch kar sile hue kapre utar deta hai aur apne jism par do chadarein lapait leta hai.</w:t>
      </w:r>
      <w:r>
        <w:br/>
      </w:r>
      <w:r>
        <w:rPr>
          <w:sz w:val="20"/>
        </w:rPr>
        <w:t>1:43  yeh isi qism ki saada poshakh hai jo us zamane mein hazrat ibrahim aur hazrat ismail ki hoti thi.</w:t>
      </w:r>
      <w:r>
        <w:br/>
      </w:r>
      <w:r>
        <w:rPr>
          <w:sz w:val="20"/>
        </w:rPr>
        <w:t>1:55  haji makka pohanchta hai to kabe ke gird ghoom kar is ka chakkar lagata hai. yeh wahi tawaf hai jo hazrat ibrahim aur hazrat ismail ne ahad khudaawandi ki tasdeeq ke liye kiya tha.</w:t>
      </w:r>
      <w:r>
        <w:br/>
      </w:r>
      <w:r>
        <w:rPr>
          <w:sz w:val="20"/>
        </w:rPr>
        <w:t>2:14  haji safa o marwa ke darmiyan saat bar sahi karta hai.</w:t>
      </w:r>
      <w:r>
        <w:br/>
      </w:r>
      <w:r>
        <w:rPr>
          <w:sz w:val="20"/>
        </w:rPr>
        <w:t>2:19  yeh hazrat hajra ki us daud ki naqal hai jo unhon ne is biaban mein pani ki talash ke liye ki.</w:t>
      </w:r>
      <w:r>
        <w:br/>
      </w:r>
      <w:r>
        <w:rPr>
          <w:sz w:val="20"/>
        </w:rPr>
        <w:t>2:31  haji mina ja kar qurbani karta hai. yeh us qurbani ka allamati aada hai jo hazrat ibrahim ne aula bete ke liye aur us ke baad khuda ke hukum se mendhe ke liye ki thi.</w:t>
      </w:r>
      <w:r>
        <w:br/>
      </w:r>
      <w:r>
        <w:rPr>
          <w:sz w:val="20"/>
        </w:rPr>
        <w:t>2:49  haji jimaarat par ja kar shaitan ko kankariyan marta hai. yeh us amal ki yaadgar hai jo hazrat ismail ne shaitan ki taraf kankariyan maar kar kiya tha jabke us ne unhein behkane ki koshish ki.</w:t>
      </w:r>
      <w:r>
        <w:br/>
      </w:r>
      <w:r>
        <w:rPr>
          <w:sz w:val="20"/>
        </w:rPr>
        <w:t>3:08  phir tamam haji arafat ke maidan mein jama hote hain.</w:t>
      </w:r>
      <w:r>
        <w:br/>
      </w:r>
      <w:r>
        <w:rPr>
          <w:sz w:val="20"/>
        </w:rPr>
        <w:t>3:14  yeh us amal ki aakhri soorat hai jo labbaik allahumma labbaik ki soorat mein har haji ki zaban zaida hota hai.</w:t>
      </w:r>
      <w:r>
        <w:br/>
      </w:r>
      <w:r>
        <w:rPr>
          <w:sz w:val="20"/>
        </w:rPr>
        <w:t>3:24  yahan tamam haji khule maidan mein jama ho kar apne khuda se ijtamai ahad karte hain ke woh wahi karenge jis ka sabaq unhein haj ki soorat mein diya gaya hai.</w:t>
      </w:r>
      <w:r>
        <w:br/>
      </w:r>
      <w:r>
        <w:rPr>
          <w:sz w:val="20"/>
        </w:rPr>
        <w:t>3:39  woh isi mein jiyenge jis mein woh log jiye jin ki yaadgar mein haj ki ibadat ada ki jati hai. haj ke manasik ko quran mein shaa'ir kaha gaya hai yani allamati cheezein.</w:t>
      </w:r>
      <w:r>
        <w:br/>
      </w:r>
      <w:r>
        <w:rPr>
          <w:sz w:val="20"/>
        </w:rPr>
        <w:t>3:55  yeh sab darasal hazrat ibrahim aur un ke khandan par guzarnay walay waqiat hain jo mazkoora mansooba ilahi ki takmeel ke dauran pesh aaye.</w:t>
      </w:r>
      <w:r>
        <w:br/>
      </w:r>
      <w:r>
        <w:rPr>
          <w:sz w:val="20"/>
        </w:rPr>
        <w:t>4:08  in waqiat ko haji allamati taur par dohrata hai aur is tarah yeh ahad karta hai ke woh bhi isi tareekh ka juz banega.</w:t>
      </w:r>
      <w:r>
        <w:br/>
      </w:r>
      <w:r>
        <w:rPr>
          <w:sz w:val="20"/>
        </w:rPr>
        <w:t>4:20  haji goya yeh ahad karta hai ke agar zaroorat pesh aayi to woh apni dunya ko ujaad kar haq ki taraf badhega.</w:t>
      </w:r>
      <w:r>
        <w:br/>
      </w:r>
      <w:r>
        <w:rPr>
          <w:sz w:val="20"/>
        </w:rPr>
        <w:t>4:30  woh aaram o rahat ko chhod kar qanaat aur saadgi par apne aap ko raazi karega.</w:t>
      </w:r>
      <w:r>
        <w:br/>
      </w:r>
      <w:r>
        <w:rPr>
          <w:sz w:val="20"/>
        </w:rPr>
        <w:t>4:38  woh khuda ke liye daudega aur khuda ke gird ghoomega. woh shaitani behkaon ko pathar maar kar apne se door bhagayega.</w:t>
      </w:r>
      <w:r>
        <w:br/>
      </w:r>
      <w:r>
        <w:rPr>
          <w:sz w:val="20"/>
        </w:rPr>
        <w:t>4:48  khuda ka deen is ko jahan le jaye wahan woh jayega aur jis cheez ka taqaza karega us ko woh us ke hawale kar dega.</w:t>
      </w:r>
      <w:r>
        <w:br/>
      </w:r>
      <w:r>
        <w:rPr>
          <w:sz w:val="20"/>
        </w:rPr>
        <w:t>5:01  woh amal ki zaban mein khuda se kehta hai ke agar dobara deen ke liye zaroorat pesh aayi to woh is aakhri had tak jaane ke liye tayyar hai ke apni aulaad ko zibah kar ke deen ki zaroorat poori kare.</w:t>
      </w:r>
    </w:p>
    <w:p>
      <w:pPr>
        <w:pStyle w:val="Heading2"/>
      </w:pPr>
      <w:r>
        <w:t>Credit to Muslims for science rejected</w:t>
      </w:r>
    </w:p>
    <w:p>
      <w:r>
        <w:rPr>
          <w:color w:val="666666"/>
          <w:sz w:val="18"/>
        </w:rPr>
        <w:t>Divine Crusades December 14, 2014 · 3m 38s · at 53:25 · https://youtu.be/qZhY00S5LQg?t=3205</w:t>
      </w:r>
    </w:p>
    <w:p>
      <w:r>
        <w:rPr>
          <w:i/>
        </w:rPr>
        <w:t>“I do not accept giving credit to Muslims.”</w:t>
      </w:r>
    </w:p>
    <w:p>
      <w:r>
        <w:rPr>
          <w:sz w:val="20"/>
        </w:rPr>
        <w:t>53:25  main is formula ko nahi manta ke Musalmanon ko credit dena chahte hain aap.</w:t>
      </w:r>
      <w:r>
        <w:br/>
      </w:r>
      <w:r>
        <w:rPr>
          <w:sz w:val="20"/>
        </w:rPr>
        <w:t>53:30  main ne wahan Istanbul gaya, bohat bada museum banaya unhon ne, science museum, bohat si cheezein rakhi hui hain.</w:t>
      </w:r>
      <w:r>
        <w:br/>
      </w:r>
      <w:r>
        <w:rPr>
          <w:sz w:val="20"/>
        </w:rPr>
        <w:t>53:36  woh bilkul bachon ke khilone hain, sab dolls hain, dolls.</w:t>
      </w:r>
      <w:r>
        <w:br/>
      </w:r>
      <w:r>
        <w:rPr>
          <w:sz w:val="20"/>
        </w:rPr>
        <w:t>53:41  مسلمان چونکہ اِکنالج نہیں کرنا چاہتے ویسٹرن ورلڈ کو، تو ریفر کرتے ہیں اپنی ہسٹری کو جو نتھنگ ہے۔</w:t>
      </w:r>
      <w:r>
        <w:br/>
      </w:r>
      <w:r>
        <w:rPr>
          <w:sz w:val="20"/>
        </w:rPr>
        <w:t>53:47  koi ek bhi meaningful baat bataiye mujhe jo Musalmanon ne discover ki ho.</w:t>
      </w:r>
      <w:r>
        <w:br/>
      </w:r>
      <w:r>
        <w:rPr>
          <w:sz w:val="20"/>
        </w:rPr>
        <w:t>53:52  مثلاً کیا پانی کو انہوں نے اسٹیم پاور میں کنورٹ کیا؟ ان کے پاس آئل تھا Arab world</w:t>
      </w:r>
      <w:r>
        <w:br/>
      </w:r>
      <w:r>
        <w:rPr>
          <w:sz w:val="20"/>
        </w:rPr>
        <w:t>53:58  main, kya oil ko unhon ne engine chalaya, oil ko istemal kar ke? kya unhon ne telescope banai,</w:t>
      </w:r>
      <w:r>
        <w:br/>
      </w:r>
      <w:r>
        <w:rPr>
          <w:sz w:val="20"/>
        </w:rPr>
        <w:t>54:04  کیا انہوں نے مائیکروسکوپ بنائی؟ کوئی ایک بھی مسلمان، کوئی ایک بھی meaningful discovery نہیں کر سکے۔</w:t>
      </w:r>
      <w:r>
        <w:br/>
      </w:r>
      <w:r>
        <w:rPr>
          <w:sz w:val="20"/>
        </w:rPr>
        <w:t>54:09  aur dekhiye, yeh baat main hi nahi kar raha hoon, Muslim history ka sab se bada mind jo</w:t>
      </w:r>
      <w:r>
        <w:br/>
      </w:r>
      <w:r>
        <w:rPr>
          <w:sz w:val="20"/>
        </w:rPr>
        <w:t>54:15  mana jata hai, woh Ibn Khaldun hai.</w:t>
      </w:r>
      <w:r>
        <w:br/>
      </w:r>
      <w:r>
        <w:rPr>
          <w:sz w:val="20"/>
        </w:rPr>
        <w:t>54:20  ابن خلدون کہتا ہے کہ عربوں میں creativity نہیں، عربوں میں creative thinking develop نہیں ہوئی۔</w:t>
      </w:r>
      <w:r>
        <w:br/>
      </w:r>
      <w:r>
        <w:rPr>
          <w:sz w:val="20"/>
        </w:rPr>
        <w:t>54:26  toh is mein pareshani kya hai? Allah taala ne ek hi se kaam nahi leta, Allah taala sab</w:t>
      </w:r>
      <w:r>
        <w:br/>
      </w:r>
      <w:r>
        <w:rPr>
          <w:sz w:val="20"/>
        </w:rPr>
        <w:t>54:32  ko Allah taala ki taraf se kaam mila hua.</w:t>
      </w:r>
      <w:r>
        <w:br/>
      </w:r>
      <w:r>
        <w:rPr>
          <w:sz w:val="20"/>
        </w:rPr>
        <w:t>54:37  hata ke ghaas ko bhi, darakhton ko bhi.</w:t>
      </w:r>
      <w:r>
        <w:br/>
      </w:r>
      <w:r>
        <w:rPr>
          <w:sz w:val="20"/>
        </w:rPr>
        <w:t>54:43  toh yeh main samajhta hoon ke Ibn Khaldun ne bilkul sahi likha hai ke Arabon mein kabhi bhi</w:t>
      </w:r>
      <w:r>
        <w:br/>
      </w:r>
      <w:r>
        <w:rPr>
          <w:sz w:val="20"/>
        </w:rPr>
        <w:t>54:48  Rational development nahi hua, creative mind nahi bana, yeh kaam woh nahi kar sake.</w:t>
      </w:r>
      <w:r>
        <w:br/>
      </w:r>
      <w:r>
        <w:rPr>
          <w:sz w:val="20"/>
        </w:rPr>
        <w:t>54:54  toh theek hai, is mein pareshani kya baat hai? Allah taala ne doosre insanon se kaam liya, toh</w:t>
      </w:r>
      <w:r>
        <w:br/>
      </w:r>
      <w:r>
        <w:rPr>
          <w:sz w:val="20"/>
        </w:rPr>
        <w:t>55:00  is ka shukr ki jiye, is se faida uthaiye.</w:t>
      </w:r>
      <w:r>
        <w:br/>
      </w:r>
      <w:r>
        <w:rPr>
          <w:sz w:val="20"/>
        </w:rPr>
        <w:t>55:05  yeh khwamkhwah ghont bhonga phira kar batana ke hum hain is ke khaliq.</w:t>
      </w:r>
      <w:r>
        <w:br/>
      </w:r>
      <w:r>
        <w:rPr>
          <w:sz w:val="20"/>
        </w:rPr>
        <w:t>55:11  yani Maulana Altaf Ali ki hum ne parhi thi bachpan mein, hum bhi isi mein jeete thay, hum</w:t>
      </w:r>
      <w:r>
        <w:br/>
      </w:r>
      <w:r>
        <w:rPr>
          <w:sz w:val="20"/>
        </w:rPr>
        <w:t>55:16  bhi jeete thay isi mein.</w:t>
      </w:r>
      <w:r>
        <w:br/>
      </w:r>
      <w:r>
        <w:rPr>
          <w:sz w:val="20"/>
        </w:rPr>
        <w:t>55:22  isi mein tha ke ke bahar ab jo dunya mein aai hui hai, yeh sab paon dhoni ki</w:t>
      </w:r>
      <w:r>
        <w:br/>
      </w:r>
      <w:r>
        <w:rPr>
          <w:sz w:val="20"/>
        </w:rPr>
        <w:t>55:27  lagai hui hai.</w:t>
      </w:r>
      <w:r>
        <w:br/>
      </w:r>
      <w:r>
        <w:rPr>
          <w:sz w:val="20"/>
        </w:rPr>
        <w:t>55:33  yeh parhte thay hum.</w:t>
      </w:r>
      <w:r>
        <w:br/>
      </w:r>
      <w:r>
        <w:rPr>
          <w:sz w:val="20"/>
        </w:rPr>
        <w:t>55:39  bahar ab jo dunya mein aai hui hai, yeh sab paon dhoni ki lagai hui hai.</w:t>
      </w:r>
      <w:r>
        <w:br/>
      </w:r>
      <w:r>
        <w:rPr>
          <w:sz w:val="20"/>
        </w:rPr>
        <w:t>55:44  آج میں سمجھتا ہوں کہ یہ false hit ہے، کچھ بھی نہیں۔</w:t>
      </w:r>
      <w:r>
        <w:br/>
      </w:r>
      <w:r>
        <w:rPr>
          <w:sz w:val="20"/>
        </w:rPr>
        <w:t>55:50  to aap ko yeh pareshani kya hai? Yani aap kyun apne apne apne apni qom ko dena chahte</w:t>
      </w:r>
      <w:r>
        <w:br/>
      </w:r>
      <w:r>
        <w:rPr>
          <w:sz w:val="20"/>
        </w:rPr>
        <w:t>55:55  hain credit? Insan insanon ko dijiye, woh insan hain.</w:t>
      </w:r>
      <w:r>
        <w:br/>
      </w:r>
      <w:r>
        <w:rPr>
          <w:sz w:val="20"/>
        </w:rPr>
        <w:t>56:01  mein is is soch ko mein subscribe nahi karta.</w:t>
      </w:r>
      <w:r>
        <w:br/>
      </w:r>
      <w:r>
        <w:rPr>
          <w:sz w:val="20"/>
        </w:rPr>
        <w:t>56:07  Maulana, agla sawal lene se pehle ek comment parhna chahenge jo Tariq Ali sahib ne bheja hai.</w:t>
      </w:r>
      <w:r>
        <w:br/>
      </w:r>
      <w:r>
        <w:rPr>
          <w:sz w:val="20"/>
        </w:rPr>
        <w:t>56:12  unhon ne apni location nahi likhi hai.</w:t>
      </w:r>
      <w:r>
        <w:br/>
      </w:r>
      <w:r>
        <w:rPr>
          <w:sz w:val="20"/>
        </w:rPr>
        <w:t>56:18  un ka comment hai: Maulana I have listened to a number of your recordings, but I am listening</w:t>
      </w:r>
      <w:r>
        <w:br/>
      </w:r>
      <w:r>
        <w:rPr>
          <w:sz w:val="20"/>
        </w:rPr>
        <w:t>56:23  to your live today for the first time.</w:t>
      </w:r>
      <w:r>
        <w:br/>
      </w:r>
      <w:r>
        <w:rPr>
          <w:sz w:val="20"/>
        </w:rPr>
        <w:t>56:29  It was a joy listening to your unique perspective on different issues.</w:t>
      </w:r>
      <w:r>
        <w:br/>
      </w:r>
      <w:r>
        <w:rPr>
          <w:sz w:val="20"/>
        </w:rPr>
        <w:t>56:35  May God bless you.</w:t>
      </w:r>
      <w:r>
        <w:br/>
      </w:r>
      <w:r>
        <w:rPr>
          <w:sz w:val="20"/>
        </w:rPr>
        <w:t>56:40  Maulana, agla sawal lete hain.</w:t>
      </w:r>
      <w:r>
        <w:br/>
      </w:r>
      <w:r>
        <w:rPr>
          <w:sz w:val="20"/>
        </w:rPr>
        <w:t>56:46  yeh Dilli se hai aur yeh Waqar Hassan sahib ne poocha hai aap se.</w:t>
      </w:r>
      <w:r>
        <w:br/>
      </w:r>
      <w:r>
        <w:rPr>
          <w:sz w:val="20"/>
        </w:rPr>
        <w:t>56:51  unhon ne likha hai ke Maulana you have written an article in Tehelka in which you have suggested spiritual democracy.</w:t>
      </w:r>
      <w:r>
        <w:br/>
      </w:r>
      <w:r>
        <w:rPr>
          <w:sz w:val="20"/>
        </w:rPr>
        <w:t>56:57  What do you mean by it?</w:t>
      </w:r>
      <w:r>
        <w:br/>
      </w:r>
      <w:r>
        <w:rPr>
          <w:sz w:val="20"/>
        </w:rPr>
        <w:t>57:03  How will it be established and what will be its features? Please comment on that.</w:t>
      </w:r>
    </w:p>
    <w:p>
      <w:pPr>
        <w:pStyle w:val="Heading2"/>
      </w:pPr>
      <w:r>
        <w:t>Introduction to dua and creative dua concept</w:t>
      </w:r>
    </w:p>
    <w:p>
      <w:r>
        <w:rPr>
          <w:color w:val="666666"/>
          <w:sz w:val="18"/>
        </w:rPr>
        <w:t>Duaa | March 6, 2016 · 3m 32s · at 0:21 · https://youtu.be/4DBIpoNPcog?t=21</w:t>
      </w:r>
    </w:p>
    <w:p>
      <w:r>
        <w:rPr>
          <w:i/>
        </w:rPr>
        <w:t>“Bismillah, aaj ka topic hai Dua”</w:t>
      </w:r>
    </w:p>
    <w:p>
      <w:r>
        <w:rPr>
          <w:sz w:val="20"/>
        </w:rPr>
        <w:t>0:21  bismillah rahman rahim, wasallahu ala nabiyil karim. rab ishrah li sadri, wa yassir li amri, wah lul uqdatan min lisani yafqahu qawli. 6 March 2016. aaj ka topic hai: dua. aap jante hain ke</w:t>
      </w:r>
      <w:r>
        <w:br/>
      </w:r>
      <w:r>
        <w:rPr>
          <w:sz w:val="20"/>
        </w:rPr>
        <w:t>0:51  dua ka darja islam mein bohat ziyada hai. kuch hadiseen hain jin mein bataya gaya hai ke agar insan ism e azam ke sath dua kare to woh zaroor qubool hoti hai. is mein ikhtilaf hai ulma mein ke ism e azam se murad kaun sa ism hai. k</w:t>
      </w:r>
      <w:r>
        <w:br/>
      </w:r>
      <w:r>
        <w:rPr>
          <w:sz w:val="20"/>
        </w:rPr>
        <w:t>1:21  chh log kehte hain ke is se murad Allah hai, kuch log kehte hain ke as samad hai, kuch log kehte hain ke ar rehman hai, kuch log kehte hain ke sare hi asma Allah ke ism e azam hain. main samajhta hoon ke yeh rai sahi nahi hai. dekhiye, asal baat yeh hai ke dua ke do tareeqe hain: ek hai</w:t>
      </w:r>
      <w:r>
        <w:br/>
      </w:r>
      <w:r>
        <w:rPr>
          <w:sz w:val="20"/>
        </w:rPr>
        <w:t>1:52  prescribed dua, ek hai creative dua. prescribed dua woh hai jis mein—aap dekhte honge—aaj kal choti choti kitabein bohat bikti hain bazaar mein. masnoon duaein, akabir ki duaein, qurani duaein, is tarah ki kitabein bohat bikti hain. to log samajhte hain ke woh jo dua is mein likhi hui hai, us dua ke alfaz ko rat liya j</w:t>
      </w:r>
      <w:r>
        <w:br/>
      </w:r>
      <w:r>
        <w:rPr>
          <w:sz w:val="20"/>
        </w:rPr>
        <w:t>2:22  aye, rat kar ke is ko mauqa mauqa par padhte rahein, to bas yahi dua hai. lekin maine jo samjha hai, yeh dua nahi hai. awam ki aasani ke liye aap keh sakte hain, lekin haqeeqat mein jo dua hai woh wohi hai jo creative dua ho. aur main samajhta hoon ke ism e azam ki dua se murad hai creative dua. ism e azam ka</w:t>
      </w:r>
      <w:r>
        <w:br/>
      </w:r>
      <w:r>
        <w:rPr>
          <w:sz w:val="20"/>
        </w:rPr>
        <w:t>2:52  matlab yeh nahi ke koi khaas naam hai Allah taala ka, bas us ko le liya to bas dua qubool ho jayegi. aisa nahi hai. balke ism e azam se murad hai creative dua, takhleeqi dua. takhleeqi dua kya hai? jo aap ke andar jo halaat paida hote hain, aap ki nafsiyat mein b</w:t>
      </w:r>
      <w:r>
        <w:br/>
      </w:r>
      <w:r>
        <w:rPr>
          <w:sz w:val="20"/>
        </w:rPr>
        <w:t>3:22  edaari aati hai, aap ke zehan mein ubal aata hai, aap ke dakhli nafsiyat mein halchal paida hoti hai. to us ko main kahunga ke rabbani halaat. rabbani halaat mein jab aap hote hain to kuch khaas duaein nikal padti hain aap ki zuban se.</w:t>
      </w:r>
    </w:p>
    <w:p>
      <w:pPr>
        <w:pStyle w:val="Heading2"/>
      </w:pPr>
      <w:r>
        <w:t>Maulana's humility and CPS mission culture</w:t>
      </w:r>
    </w:p>
    <w:p>
      <w:r>
        <w:rPr>
          <w:color w:val="666666"/>
          <w:sz w:val="18"/>
        </w:rPr>
        <w:t>CPS Mission · 4m 37s · at 7:25 · https://youtu.be/Ial-p18iypI?t=445</w:t>
      </w:r>
    </w:p>
    <w:p>
      <w:r>
        <w:rPr>
          <w:i/>
        </w:rPr>
        <w:t>“Let me relate the modesty of Maulana sahib.”</w:t>
      </w:r>
    </w:p>
    <w:p>
      <w:r>
        <w:rPr>
          <w:sz w:val="20"/>
        </w:rPr>
        <w:t>7:25  . Let me relate to you the modesty of the man of this mission, Maulana Sahib. The recipient of several prominent national and international awards.</w:t>
      </w:r>
      <w:r>
        <w:br/>
      </w:r>
      <w:r>
        <w:rPr>
          <w:sz w:val="20"/>
        </w:rPr>
        <w:t>7:38  non is Islam's ambassador to the world. Wide traveled. Recognized by the secular world as a spiritual master.</w:t>
      </w:r>
      <w:r>
        <w:br/>
      </w:r>
      <w:r>
        <w:rPr>
          <w:sz w:val="20"/>
        </w:rPr>
        <w:t>7:48  the recipient of the latest Padma Vibhushan, the second highest civilian award conferred by the Government of India in January 2021.</w:t>
      </w:r>
      <w:r>
        <w:br/>
      </w:r>
      <w:r>
        <w:rPr>
          <w:sz w:val="20"/>
        </w:rPr>
        <w:t>7:58  When a scholar of such stature calls me in connection with the Spirit of Islam magazine which is published from our Bangalore center, he first inquires, do you have time to speak to me?</w:t>
      </w:r>
      <w:r>
        <w:br/>
      </w:r>
      <w:r>
        <w:rPr>
          <w:sz w:val="20"/>
        </w:rPr>
        <w:t>8:13  my God, me an ordinary member of this mission</w:t>
      </w:r>
      <w:r>
        <w:br/>
      </w:r>
      <w:r>
        <w:rPr>
          <w:sz w:val="20"/>
        </w:rPr>
        <w:t>8:17  , and Maulana Sahib his such regard for my time. This modesty can stamp only from a truly enlightened soul.</w:t>
      </w:r>
      <w:r>
        <w:br/>
      </w:r>
      <w:r>
        <w:rPr>
          <w:sz w:val="20"/>
        </w:rPr>
        <w:t>8:28  at times, Maulana Sahib was discussing mission project, and if he gave any opinion, he was listening to us with utmost care and importance</w:t>
      </w:r>
      <w:r>
        <w:br/>
      </w:r>
      <w:r>
        <w:rPr>
          <w:sz w:val="20"/>
        </w:rPr>
        <w:t>8:42  . with an intention of not disturbing Maulana Sahib, I would not call him on the phone. Once Maulana Sahib remarked, saying, don't you want my teachings?</w:t>
      </w:r>
      <w:r>
        <w:br/>
      </w:r>
      <w:r>
        <w:rPr>
          <w:sz w:val="20"/>
        </w:rPr>
        <w:t>8:53  I answer them, saying, Maulana Sahib, day and night, I am reading your articles to put them together in the Spirit of Islam magazine.</w:t>
      </w:r>
      <w:r>
        <w:br/>
      </w:r>
      <w:r>
        <w:rPr>
          <w:sz w:val="20"/>
        </w:rPr>
        <w:t>9:03  de ar da tichings far mi. Maulana sahib immediately said, I was wrong in the most humble tone and called upon God's blessings for me.</w:t>
      </w:r>
      <w:r>
        <w:br/>
      </w:r>
      <w:r>
        <w:rPr>
          <w:sz w:val="20"/>
        </w:rPr>
        <w:t>9:15  To understand this humility, we need a comparison. For, it is in comparison that we understand.</w:t>
      </w:r>
      <w:r>
        <w:br/>
      </w:r>
      <w:r>
        <w:rPr>
          <w:sz w:val="20"/>
        </w:rPr>
        <w:t>9:23  This happened during my Hajj pilgrimage. In a group, there was a scholar, and I had carried translations of the Quran books and copies of dua or supplications to share it with the people in a group</w:t>
      </w:r>
      <w:r>
        <w:br/>
      </w:r>
      <w:r>
        <w:rPr>
          <w:sz w:val="20"/>
        </w:rPr>
        <w:t>9:39  . At one point of time, I was distributing copies of a dua to the group, and the scholar happened to be seated with them.</w:t>
      </w:r>
      <w:r>
        <w:br/>
      </w:r>
      <w:r>
        <w:rPr>
          <w:sz w:val="20"/>
        </w:rPr>
        <w:t>9:48  So, following the rules of good manners, I handed him a copy. Well, others thanked me, the scholar got offended and asked me in an angry tone the reason for giving it to him.</w:t>
      </w:r>
      <w:r>
        <w:br/>
      </w:r>
      <w:r>
        <w:rPr>
          <w:sz w:val="20"/>
        </w:rPr>
        <w:t>10:02  ai ansard ham, sing, hazrat, hazrat is a title of respect which we use. said, hazrat, to seek your approval to know if I am giving the right thing to others.</w:t>
      </w:r>
      <w:r>
        <w:br/>
      </w:r>
      <w:r>
        <w:rPr>
          <w:sz w:val="20"/>
        </w:rPr>
        <w:t>10:14  he read it and returned it to me, saying, okay, you may give it. And throughout the pilgrimage, he stayed away from all of us.</w:t>
      </w:r>
      <w:r>
        <w:br/>
      </w:r>
      <w:r>
        <w:rPr>
          <w:sz w:val="20"/>
        </w:rPr>
        <w:t>10:27  there is no hierarchy in our mission</w:t>
      </w:r>
      <w:r>
        <w:br/>
      </w:r>
      <w:r>
        <w:rPr>
          <w:sz w:val="20"/>
        </w:rPr>
        <w:t>10:30  maulana is a mentor and all of us are missionaries in a simple sense. this group is not a herd of followers. it's a humble group of sincere people.</w:t>
      </w:r>
      <w:r>
        <w:br/>
      </w:r>
      <w:r>
        <w:rPr>
          <w:sz w:val="20"/>
        </w:rPr>
        <w:t>10:41  anyone who understands this mission and joins it is free from all complexes of wishing for name, fame, self glory, materialistic expectations, praise and acknowledgement.</w:t>
      </w:r>
      <w:r>
        <w:br/>
      </w:r>
      <w:r>
        <w:rPr>
          <w:sz w:val="20"/>
        </w:rPr>
        <w:t>10:57  everyone just wants Allah's acceptance of their humble efforts. there are no negative feelings for each other.</w:t>
      </w:r>
      <w:r>
        <w:br/>
      </w:r>
      <w:r>
        <w:rPr>
          <w:sz w:val="20"/>
        </w:rPr>
        <w:t>11:06  everyone wishes well for the others. each member is thankful to God for the other members and acknowledges the importance of their specific contributions in the mission.</w:t>
      </w:r>
      <w:r>
        <w:br/>
      </w:r>
      <w:r>
        <w:rPr>
          <w:sz w:val="20"/>
        </w:rPr>
        <w:t>11:19  e</w:t>
      </w:r>
      <w:r>
        <w:br/>
      </w:r>
      <w:r>
        <w:rPr>
          <w:sz w:val="20"/>
        </w:rPr>
        <w:t>11:20  each one prays for the others, ever ready to sacrifice their opinions for the greater good. as per maulana sahib teaching, that the most difficult sacrifice is that of one's opinion.</w:t>
      </w:r>
      <w:r>
        <w:br/>
      </w:r>
      <w:r>
        <w:rPr>
          <w:sz w:val="20"/>
        </w:rPr>
        <w:t>11:34  as God wills, every CPS member is a one person to missions.</w:t>
      </w:r>
      <w:r>
        <w:br/>
      </w:r>
      <w:r>
        <w:rPr>
          <w:sz w:val="20"/>
        </w:rPr>
        <w:t>11:40  on one hand, are their worldly duties, and on the other, their own intellectual development and dawa mission responsibilities which they are all trying to fulfill in the best possible way.</w:t>
      </w:r>
      <w:r>
        <w:br/>
      </w:r>
      <w:r>
        <w:rPr>
          <w:sz w:val="20"/>
        </w:rPr>
        <w:t>11:56  prayers emerge from the bottom of the heart for the mission companions.</w:t>
      </w:r>
    </w:p>
    <w:p>
      <w:pPr>
        <w:pStyle w:val="Heading2"/>
      </w:pPr>
      <w:r>
        <w:t>Turn enemies into potential friends</w:t>
      </w:r>
    </w:p>
    <w:p>
      <w:r>
        <w:rPr>
          <w:color w:val="666666"/>
          <w:sz w:val="18"/>
        </w:rPr>
        <w:t>Anger An Obstacle to wisdom 5 Jan 2020 - Maulana Wahiduddin Khan · 6m 06s · at 49:41 · https://youtu.be/q0VPtCsiYrI?t=2981</w:t>
      </w:r>
    </w:p>
    <w:p>
      <w:r>
        <w:rPr>
          <w:i/>
        </w:rPr>
        <w:t>“Dekhiye, aas paas ke jo log hain.”</w:t>
      </w:r>
    </w:p>
    <w:p>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How the first caliph was chosen after the Prophet's death</w:t>
      </w:r>
    </w:p>
    <w:p>
      <w:r>
        <w:rPr>
          <w:color w:val="666666"/>
          <w:sz w:val="18"/>
        </w:rPr>
        <w:t>The Man Al-Quran Builds April 2, 2006 Maulana Wahiduddin Khan · 3m 27s · at 42:09 · https://youtu.be/06TQIt_5vlw?t=2529</w:t>
      </w:r>
    </w:p>
    <w:p>
      <w:r>
        <w:rPr>
          <w:i/>
        </w:rPr>
        <w:t>“Rasool Allah ki wafat ke baad khalifa kaun banega?”</w:t>
      </w:r>
    </w:p>
    <w:p>
      <w:r>
        <w:rPr>
          <w:sz w:val="20"/>
        </w:rPr>
        <w:t>42:09  yeh ho gayi aik waqia mein arz karunga</w:t>
      </w:r>
      <w:r>
        <w:br/>
      </w:r>
      <w:r>
        <w:rPr>
          <w:sz w:val="20"/>
        </w:rPr>
        <w:t>42:13  jo bohat hi sabak wala hai</w:t>
      </w:r>
      <w:r>
        <w:br/>
      </w:r>
      <w:r>
        <w:rPr>
          <w:sz w:val="20"/>
        </w:rPr>
        <w:t>42:18  dekhiye jab rasool Allah ki death hui to ab masla tha ke ab khaleefa kaun ho us waqt</w:t>
      </w:r>
      <w:r>
        <w:br/>
      </w:r>
      <w:r>
        <w:rPr>
          <w:sz w:val="20"/>
        </w:rPr>
        <w:t>42:26  na sirf makka madina balkeh poora arab islam ke tehat aa chuka tha to poore arab ke aik</w:t>
      </w:r>
      <w:r>
        <w:br/>
      </w:r>
      <w:r>
        <w:rPr>
          <w:sz w:val="20"/>
        </w:rPr>
        <w:t>42:33  khaleefa ke bananay ka sawal tha</w:t>
      </w:r>
      <w:r>
        <w:br/>
      </w:r>
      <w:r>
        <w:rPr>
          <w:sz w:val="20"/>
        </w:rPr>
        <w:t>42:39  to us waqt center jo tha woh madina tha</w:t>
      </w:r>
      <w:r>
        <w:br/>
      </w:r>
      <w:r>
        <w:rPr>
          <w:sz w:val="20"/>
        </w:rPr>
        <w:t>42:45  madina mein us waqt do baray leader thay asal mein do baray tab woh thay group thay dono mein se ek leader tha to ek group tha muhajireen ka yani immigrants ka doosra group tha ansar ka yani locals ka</w:t>
      </w:r>
      <w:r>
        <w:br/>
      </w:r>
      <w:r>
        <w:rPr>
          <w:sz w:val="20"/>
        </w:rPr>
        <w:t>43:04  to ansar ke baray leader thay saad ibn ubadah aur quraish ke ya muhajireen ke baray leader thay abubakar to kya hua ke ansar jo thay woh chahtay thay ke saad bin ubadah ko khalifa banaya jaye</w:t>
      </w:r>
      <w:r>
        <w:br/>
      </w:r>
      <w:r>
        <w:rPr>
          <w:sz w:val="20"/>
        </w:rPr>
        <w:t>43:23  doosri taraf muhajireen yeh chahtay thay ke in mein ek aadmi khalifa banaya jaye yani Hazrat abubakar ko</w:t>
      </w:r>
      <w:r>
        <w:br/>
      </w:r>
      <w:r>
        <w:rPr>
          <w:sz w:val="20"/>
        </w:rPr>
        <w:t>43:34  us waqt faisla kaise hua ke bara zabardast behas chali wahan par faisla is tarah hua ke wahan par ek sahabi ne bataya ke rasool Allah ne yeh kaha tha ke al a immatu min quraish ke khalifa jo hai woh quraish mein se hoga to sab logon ne surrender kar diya</w:t>
      </w:r>
      <w:r>
        <w:br/>
      </w:r>
      <w:r>
        <w:rPr>
          <w:sz w:val="20"/>
        </w:rPr>
        <w:t>43:59  rasool Allah ne kyun aisa kaha tha is ke bohat bari is ke peechay bohat bari wisdom thi kyun ke arab mein us waqt quraish jo thay quraish ka jo tribe tha woh hazaron saal se wahan par yani qaid bana chala aa raha tha yani नेतृत्व ki leadership ki jo traditions theen woh quraish walon ke sath thi</w:t>
      </w:r>
      <w:r>
        <w:br/>
      </w:r>
      <w:r>
        <w:rPr>
          <w:sz w:val="20"/>
        </w:rPr>
        <w:t>44:26  theen aap jantay hain ke political system is ke baghair nahi bach sakta ke woh aadmi qaid ho leader ho jis ke peechay traditions chali aa rahi hain</w:t>
      </w:r>
      <w:r>
        <w:br/>
      </w:r>
      <w:r>
        <w:rPr>
          <w:sz w:val="20"/>
        </w:rPr>
        <w:t>44:40  to agar aise logon ko banaya jata jin ke sath leadership ki tradition nahi thi to wahan revert ho jata log uska dab dabha na mantay us ki matahati qabool na kartay aur thode shuru ho jatay</w:t>
      </w:r>
      <w:r>
        <w:br/>
      </w:r>
      <w:r>
        <w:rPr>
          <w:sz w:val="20"/>
        </w:rPr>
        <w:t>44:56  is liye rasool Allah ne kaha tha ke al a immatu min quraish ke quraish mein se tum khalifa banana to us waqt jab yeh hadith samnay aai to logon ne is ko surrender kar ke maan liya is ka matlab yeh hai ke jab hadith aa jaye jab quran aa jaye to doosray sari consideration ko secondary bana dena chahiye</w:t>
      </w:r>
      <w:r>
        <w:br/>
      </w:r>
      <w:r>
        <w:rPr>
          <w:sz w:val="20"/>
        </w:rPr>
        <w:t>45:19  apni sentiment ko apni soch ko us waqt peechay kar dena chahiye jab ke quran ki koi taleem ya rasool Allah ki koi taleem samnay aa jaye yeh tha sahaba ka tareeqa</w:t>
      </w:r>
    </w:p>
    <w:p>
      <w:pPr>
        <w:pStyle w:val="Heading2"/>
      </w:pPr>
      <w:r>
        <w:t>Why every father's biggest worry is his son</w:t>
      </w:r>
    </w:p>
    <w:p>
      <w:r>
        <w:rPr>
          <w:color w:val="666666"/>
          <w:sz w:val="18"/>
        </w:rPr>
        <w:t>The Concept of Paradise in Islam May 27, 2012 Maulana Wahiduddin Khan · 5m 54s · at 0:43 · https://youtu.be/vrXgNg6BLnE?t=43</w:t>
      </w:r>
    </w:p>
    <w:p>
      <w:r>
        <w:rPr>
          <w:i/>
        </w:rPr>
        <w:t>“Asal baat se pehle main apna ek experience batana chahta hoon”</w:t>
      </w:r>
    </w:p>
    <w:p>
      <w:r>
        <w:rPr>
          <w:sz w:val="20"/>
        </w:rPr>
        <w:t>0:43  asal baat ko shuru karne se pehle main apna ek experience batana chahunga. main bohat din se ek sawal ka jawab chahta tha.</w:t>
      </w:r>
      <w:r>
        <w:br/>
      </w:r>
      <w:r>
        <w:rPr>
          <w:sz w:val="20"/>
        </w:rPr>
        <w:t>1:02  main dekhta tha, poori zindagi mein maine dekha ke logon ka sab se bara concern unke bete hote hain. shayad maine koi exception nahi paya is mamle mein, apne siwa.</w:t>
      </w:r>
      <w:r>
        <w:br/>
      </w:r>
      <w:r>
        <w:rPr>
          <w:sz w:val="20"/>
        </w:rPr>
        <w:t>1:20  maine Allah ke fazl se kabhi bhi aisa nahi kiya.</w:t>
      </w:r>
      <w:r>
        <w:br/>
      </w:r>
      <w:r>
        <w:rPr>
          <w:sz w:val="20"/>
        </w:rPr>
        <w:t>1:25  lekin dunya mein jahan bhi gaya, jahan bhi raha, is lambi umar mein maine dekha ke har aadmi ka sab se bara concern uska beta hai.</w:t>
      </w:r>
      <w:r>
        <w:br/>
      </w:r>
      <w:r>
        <w:rPr>
          <w:sz w:val="20"/>
        </w:rPr>
        <w:t>1:37  uska main samajh nahi pata tha aisa kyun hai.</w:t>
      </w:r>
      <w:r>
        <w:br/>
      </w:r>
      <w:r>
        <w:rPr>
          <w:sz w:val="20"/>
        </w:rPr>
        <w:t>1:43  to maine haal mein ek aadmi ka article padha, ek English magazine mein. us mein usne ek lafz istemal kiya tha.</w:t>
      </w:r>
      <w:r>
        <w:br/>
      </w:r>
      <w:r>
        <w:rPr>
          <w:sz w:val="20"/>
        </w:rPr>
        <w:t>1:54  us se baat clear ho gayi. usne likha tha ke har baap, har baap apne bete ko apna extension samajhta hai.</w:t>
      </w:r>
      <w:r>
        <w:br/>
      </w:r>
      <w:r>
        <w:rPr>
          <w:sz w:val="20"/>
        </w:rPr>
        <w:t>2:07  tausee. har baap apne bete ko apna extension samajhta hai. to is par maine ek add kiya, add bhi kiya maine, ke har baap, chahe woh ek wealthy ho ya ghareeb ho,</w:t>
      </w:r>
      <w:r>
        <w:br/>
      </w:r>
      <w:r>
        <w:rPr>
          <w:sz w:val="20"/>
        </w:rPr>
        <w:t>2:25  woh koi prime minister ho ya koi aam aadmi ho, sab ke sab sense of unfulfillment mein jeete hain.</w:t>
      </w:r>
      <w:r>
        <w:br/>
      </w:r>
      <w:r>
        <w:rPr>
          <w:sz w:val="20"/>
        </w:rPr>
        <w:t>2:37  na paane ke ehsas mein. sense of unfulfillment.</w:t>
      </w:r>
      <w:r>
        <w:br/>
      </w:r>
      <w:r>
        <w:rPr>
          <w:sz w:val="20"/>
        </w:rPr>
        <w:t>2:46  yeh koi, is mein koi exception nahi hai. maine ek bar internet par nikala: super achievers ka end kaise hua.</w:t>
      </w:r>
      <w:r>
        <w:br/>
      </w:r>
      <w:r>
        <w:rPr>
          <w:sz w:val="20"/>
        </w:rPr>
        <w:t>2:57  to Sadia ne nikala internet se 402 aadmiyon ka case. super achievers, dunya bhar ke.</w:t>
      </w:r>
      <w:r>
        <w:br/>
      </w:r>
      <w:r>
        <w:rPr>
          <w:sz w:val="20"/>
        </w:rPr>
        <w:t>3:10  yani mukhtalif countries ke, including developed countries. 402 super achievers. to sab ka end jo hua tha, despair mein hua tha.</w:t>
      </w:r>
      <w:r>
        <w:br/>
      </w:r>
      <w:r>
        <w:rPr>
          <w:sz w:val="20"/>
        </w:rPr>
        <w:t>3:22  woh list mere paas maujood hai, aap check kar sakte hain. to dono ko milakar meri samajh mein baat aayi.</w:t>
      </w:r>
      <w:r>
        <w:br/>
      </w:r>
      <w:r>
        <w:rPr>
          <w:sz w:val="20"/>
        </w:rPr>
        <w:t>3:33  har aadmi apne mind mein ek ideal liye hue hota hai. jab woh paida hota hai, everyone is born with a high ideal in his mind.</w:t>
      </w:r>
      <w:r>
        <w:br/>
      </w:r>
      <w:r>
        <w:rPr>
          <w:sz w:val="20"/>
        </w:rPr>
        <w:t>3:47  to woh is ko paana chahta hai.</w:t>
      </w:r>
      <w:r>
        <w:br/>
      </w:r>
      <w:r>
        <w:rPr>
          <w:sz w:val="20"/>
        </w:rPr>
        <w:t>3:53  jaise mein apne bare mein kahoon, bohat hi aik ridiculous baat maloom hoti hai, ridiculous. bachpan mein jab mein sirf urdu zabaan jaanta tha, baad ko mein ne arabi zabaan aur angrezi zabaan seekhi.</w:t>
      </w:r>
      <w:r>
        <w:br/>
      </w:r>
      <w:r>
        <w:rPr>
          <w:sz w:val="20"/>
        </w:rPr>
        <w:t>4:08  to is zamane mein hamare haan aik kitaab chalti thi, us ko kehte hain "Alif Laila". Arabian Nights, English mein chapi hai woh, Arabian Nights ke naam se.</w:t>
      </w:r>
      <w:r>
        <w:br/>
      </w:r>
      <w:r>
        <w:rPr>
          <w:sz w:val="20"/>
        </w:rPr>
        <w:t>4:20  arabi mein hai woh "Alif Lailah wa Lailah". to us mein ajeeb ghareeb aik romantic life ka tasawwur hai.</w:t>
      </w:r>
      <w:r>
        <w:br/>
      </w:r>
      <w:r>
        <w:rPr>
          <w:sz w:val="20"/>
        </w:rPr>
        <w:t>4:31  bohat hi ajeeb ghareeb romantic life. to mein sochta tha ke mujhe bhi kabhi aisi romantic life mil jaye gi. haalankeh is mein jo character bataya tha, un ko bhi nahi mili.</w:t>
      </w:r>
      <w:r>
        <w:br/>
      </w:r>
      <w:r>
        <w:rPr>
          <w:sz w:val="20"/>
        </w:rPr>
        <w:t>4:43  woh to badshahon ki baatein hain, bare bare logon ki baatein hain. lekin un ko bhi fulfillment kabhi zindagi mein nahi mila. lekin mein ne apne mind mein bana liya yeh idea.</w:t>
      </w:r>
      <w:r>
        <w:br/>
      </w:r>
      <w:r>
        <w:rPr>
          <w:sz w:val="20"/>
        </w:rPr>
        <w:t>4:56  to saare insaan, saare insaan jeete hain aik bohat hi aik high ideal ko le kar ke.</w:t>
      </w:r>
      <w:r>
        <w:br/>
      </w:r>
      <w:r>
        <w:rPr>
          <w:sz w:val="20"/>
        </w:rPr>
        <w:t>5:08  woh chahte hain ke woh paayein, phir woh un ko milta nahi. to phir woh kya karte hain? phir woh apni saari energy divert kar dete hain bete ki taraf.</w:t>
      </w:r>
      <w:r>
        <w:br/>
      </w:r>
      <w:r>
        <w:rPr>
          <w:sz w:val="20"/>
        </w:rPr>
        <w:t>5:19  ke jo mujh ko nahi mila, woh bete ko mil jaye. to us ne likha tha yeh baat ke har baap apne bete ko apna extension samajhta hai.</w:t>
      </w:r>
      <w:r>
        <w:br/>
      </w:r>
      <w:r>
        <w:rPr>
          <w:sz w:val="20"/>
        </w:rPr>
        <w:t>5:31  to us par mein ne yeh add kiya ke kyun bete ko sole concern banaye rehte hain sab log? sole concern. kyun?</w:t>
      </w:r>
      <w:r>
        <w:br/>
      </w:r>
      <w:r>
        <w:rPr>
          <w:sz w:val="20"/>
        </w:rPr>
        <w:t>5:41  ke jo cheez mein na pa saka, woh mera beta, mera beta paaye. yeh kahani saare insanon ki hai.</w:t>
      </w:r>
      <w:r>
        <w:br/>
      </w:r>
      <w:r>
        <w:rPr>
          <w:sz w:val="20"/>
        </w:rPr>
        <w:t>5:50  saare insaan apne bete ke qabristan mein dafan ho rahe hain.</w:t>
      </w:r>
      <w:r>
        <w:br/>
      </w:r>
      <w:r>
        <w:rPr>
          <w:sz w:val="20"/>
        </w:rPr>
        <w:t>5:58  bete hi ka extension hai family. jis ko bhi dekhiye, woh family ke graveyard mein dafan ho raha hai. aaj kal jo aap sunte hain corruption ke qisse India mein, saare corruption ka source bete hain.</w:t>
      </w:r>
      <w:r>
        <w:br/>
      </w:r>
      <w:r>
        <w:rPr>
          <w:sz w:val="20"/>
        </w:rPr>
        <w:t>6:15  us ko bhi mein ne tehqeeq kiya. ab aik aadmi minister ban gaya, parliament ka member ban gaya. woh koi bare uhde pahunch gaya.</w:t>
      </w:r>
      <w:r>
        <w:br/>
      </w:r>
      <w:r>
        <w:rPr>
          <w:sz w:val="20"/>
        </w:rPr>
        <w:t>6:24  ab kya hai? beta kehta hai ke aap to yeh ho gaye, woh ho gaye. humein kya mila? to saare jitne bhi corruption ke jo sabab hain, sirf yeh bete hain.</w:t>
      </w:r>
    </w:p>
    <w:p>
      <w:pPr>
        <w:pStyle w:val="Heading2"/>
      </w:pPr>
      <w:r>
        <w:t>Custom-made shoes, floating ice, and a designed cosmos</w:t>
      </w:r>
    </w:p>
    <w:p>
      <w:r>
        <w:rPr>
          <w:color w:val="666666"/>
          <w:sz w:val="18"/>
        </w:rPr>
        <w:t>People of Paradise October 10, 2010 Maulana Wahiduddin Khan · 3m 32s · at 13:04 · https://youtu.be/pd7R3BQmNck?t=784</w:t>
      </w:r>
    </w:p>
    <w:p>
      <w:r>
        <w:rPr>
          <w:i/>
        </w:rPr>
        <w:t>“Misal ke taur par shoe hai, ek to yeh ke aap ja kar joota khareed len”</w:t>
      </w:r>
    </w:p>
    <w:p>
      <w:r>
        <w:rPr>
          <w:sz w:val="20"/>
        </w:rPr>
        <w:t>13:04  misalan shau hai, ek to yeh ke aap ja kar ke joota khareed lein, lekin doosra yeh ke aap ka paon ki shape kuch alag ho, balon ke paon ki shape alag hota hai,</w:t>
      </w:r>
      <w:r>
        <w:br/>
      </w:r>
      <w:r>
        <w:rPr>
          <w:sz w:val="20"/>
        </w:rPr>
        <w:t>13:18  to aap order dete hain aur aap ko special joota banaya jata hai jo ek hi paon ke upar suit karta hai. to is ko kehte hain "custom made shoe".</w:t>
      </w:r>
      <w:r>
        <w:br/>
      </w:r>
      <w:r>
        <w:rPr>
          <w:sz w:val="20"/>
        </w:rPr>
        <w:t>13:31  aisi shervani banti hai to tailor made shervani, yani woh napta hai, har cheez napayega, tailor yeh napayega, woh napayega, woh napayega, aisi shervani banayega jo bilkul fit aaye aap ki body par.</w:t>
      </w:r>
      <w:r>
        <w:br/>
      </w:r>
      <w:r>
        <w:rPr>
          <w:sz w:val="20"/>
        </w:rPr>
        <w:t>13:48  is ko kehte hain "tailor made" ya "custom made". to yeh insan is research par pahuncha hai ke sab kuch jo hai, sab kuch jo hai, sab kuch jo hai, custom made hai.</w:t>
      </w:r>
      <w:r>
        <w:br/>
      </w:r>
      <w:r>
        <w:rPr>
          <w:sz w:val="20"/>
        </w:rPr>
        <w:t>14:04  yani yeh ek custom made universe hai insan ko taake insan ko suit kare.</w:t>
      </w:r>
      <w:r>
        <w:br/>
      </w:r>
      <w:r>
        <w:rPr>
          <w:sz w:val="20"/>
        </w:rPr>
        <w:t>14:12  misal ke taur par is mein ek yeh jo yeh report hai, is report mein ek misal di gayi hai ke samundaron mein aisa hota hai jahan bohat thand hoti hai ke pani jam jata hai,</w:t>
      </w:r>
      <w:r>
        <w:br/>
      </w:r>
      <w:r>
        <w:rPr>
          <w:sz w:val="20"/>
        </w:rPr>
        <w:t>14:28  jam kar ke woh iceberg ban jata hai. iceberg bohat bare pahad ki tarah se pathar ke tode hote hain. to yeh aap ghor kijiye ke iceberg ka woh pani hai,</w:t>
      </w:r>
      <w:r>
        <w:br/>
      </w:r>
      <w:r>
        <w:rPr>
          <w:sz w:val="20"/>
        </w:rPr>
        <w:t>14:43  lekin ek anokha, yani science-dan is ko explain nahi kar sakte ke jab wo liquid pani hai to wo dense hai, thora bhari hai, aur jab wo jam kar ice-berg ban gaya to light ho gaya.</w:t>
      </w:r>
      <w:r>
        <w:br/>
      </w:r>
      <w:r>
        <w:rPr>
          <w:sz w:val="20"/>
        </w:rPr>
        <w:t>14:58  wo kyunke wahi same pani hai, is ka kya faida hota hai? wo float karne lagta hai, yani bajaye is ke ke wo apne jagah jama rahe, ooper uth ke float karta hai.</w:t>
      </w:r>
      <w:r>
        <w:br/>
      </w:r>
      <w:r>
        <w:rPr>
          <w:sz w:val="20"/>
        </w:rPr>
        <w:t>15:16  is se kya faida hota hai? ke machhliyan jo hain, is mein jee sakti hain.</w:t>
      </w:r>
      <w:r>
        <w:br/>
      </w:r>
      <w:r>
        <w:rPr>
          <w:sz w:val="20"/>
        </w:rPr>
        <w:t>15:25  agar float na kare aur teh mein baitha rahe to sari machhliyan mar jayengi.</w:t>
      </w:r>
      <w:r>
        <w:br/>
      </w:r>
      <w:r>
        <w:rPr>
          <w:sz w:val="20"/>
        </w:rPr>
        <w:t>15:34  yeh is ka koi explanation nahi ke kyun liquid pani jo hai, heavier hota hai, side pani lighter hota hai. to jaise kashti ke tareeqe se wo tairne lagta hai, aisi bohat sari cheezein hain, is mein misalein di gayi hain.</w:t>
      </w:r>
      <w:r>
        <w:br/>
      </w:r>
      <w:r>
        <w:rPr>
          <w:sz w:val="20"/>
        </w:rPr>
        <w:t>15:51  to poori universe jo hai,</w:t>
      </w:r>
      <w:r>
        <w:br/>
      </w:r>
      <w:r>
        <w:rPr>
          <w:sz w:val="20"/>
        </w:rPr>
        <w:t>15:56  aisi is mein bataya hai ke jo stars hain, yeh jo suraj hai waghera, ek zara sa is mein difference ho jaye, itne itne thande ho jayein ke hum is mein jam kar khatm ho jayein.</w:t>
      </w:r>
      <w:r>
        <w:br/>
      </w:r>
      <w:r>
        <w:rPr>
          <w:sz w:val="20"/>
        </w:rPr>
        <w:t>16:10  zara sa doosra difference ho jaye to itne garam ho jayein ke kam jal kar khatm ho jayein. to bohat hi mutanasib, bohat hi portion ke sath sab cheezein banayi gayi hain.</w:t>
      </w:r>
      <w:r>
        <w:br/>
      </w:r>
      <w:r>
        <w:rPr>
          <w:sz w:val="20"/>
        </w:rPr>
        <w:t>16:25  to isi ko unhone kaha ke "custom made universe".</w:t>
      </w:r>
    </w:p>
    <w:p>
      <w:pPr>
        <w:pStyle w:val="Heading2"/>
      </w:pPr>
      <w:r>
        <w:t>Canada Muslims positive vs others extremist</w:t>
      </w:r>
    </w:p>
    <w:p>
      <w:r>
        <w:rPr>
          <w:color w:val="666666"/>
          <w:sz w:val="18"/>
        </w:rPr>
        <w:t>Lessons from My Journey to Canada January 03, 2016 Maulana Wahiduddin Khan · 4m 03s · at 7:33 · https://youtu.be/Uh8DWul9IyY?t=453</w:t>
      </w:r>
    </w:p>
    <w:p>
      <w:r>
        <w:rPr>
          <w:i/>
        </w:rPr>
        <w:t>“Canada is a very different country.”</w:t>
      </w:r>
    </w:p>
    <w:p>
      <w:r>
        <w:rPr>
          <w:sz w:val="20"/>
        </w:rPr>
        <w:t>7:33  Canada jo hai, bohat hi different country hai. Canada se is waqt meri murad hai Canada ke musalman.</w:t>
      </w:r>
      <w:r>
        <w:br/>
      </w:r>
      <w:r>
        <w:rPr>
          <w:sz w:val="20"/>
        </w:rPr>
        <w:t>7:45  is waqt meri murad hai kyunke main Canada ke musalmanon mein gaya tha, zyada program mera Canada ke musalmanon mein hua. to Canada is aitbaar se mere liye aik different country tha.</w:t>
      </w:r>
      <w:r>
        <w:br/>
      </w:r>
      <w:r>
        <w:rPr>
          <w:sz w:val="20"/>
        </w:rPr>
        <w:t>7:59  Canada ke musalman is tarah bigde hue nahi the jis tarah har jagah log bigde bigde hue hain. har jagah logon ko kehta hai extremism hai, terrorism hai, negative thinking hai.</w:t>
      </w:r>
      <w:r>
        <w:br/>
      </w:r>
      <w:r>
        <w:rPr>
          <w:sz w:val="20"/>
        </w:rPr>
        <w:t>8:10  magar Canada ke musalmanon mein yeh baat nahi pai maine. bohat zyada positive response.</w:t>
      </w:r>
      <w:r>
        <w:br/>
      </w:r>
      <w:r>
        <w:rPr>
          <w:sz w:val="20"/>
        </w:rPr>
        <w:t>8:20  jaise main aik misaal doon</w:t>
      </w:r>
      <w:r>
        <w:br/>
      </w:r>
      <w:r>
        <w:rPr>
          <w:sz w:val="20"/>
        </w:rPr>
        <w:t>8:24  ke America mein hum gaye the is se pehle to wahan ke aik masjid mein aik program hua. is masjid mein meri jo taqreer hui to us mein maine rasool Allah ki seerat ko le kar ke kuch positive baatein kahein.</w:t>
      </w:r>
      <w:r>
        <w:br/>
      </w:r>
      <w:r>
        <w:rPr>
          <w:sz w:val="20"/>
        </w:rPr>
        <w:t>8:43  aakhir mein aik muslim naujawan khada hua, woh laga shor karne. samajh nahi aata kya shor kar raha hai, kya us ko ghussa aaya hai.</w:t>
      </w:r>
      <w:r>
        <w:br/>
      </w:r>
      <w:r>
        <w:rPr>
          <w:sz w:val="20"/>
        </w:rPr>
        <w:t>8:53  to shor karte karte woh stage par aa gaya. tab mere samne aaya ke woh kya keh raha hai. woh keh raha tha ke "he cited our prophet ten times,</w:t>
      </w:r>
      <w:r>
        <w:br/>
      </w:r>
      <w:r>
        <w:rPr>
          <w:sz w:val="20"/>
        </w:rPr>
        <w:t>9:07  but he divers peace be upon him." sahi, yeh yeh zehan tha America ke musalmanon ka. aur yahan mujhe Canada mein aik masjid mein meri taqreer hui,</w:t>
      </w:r>
      <w:r>
        <w:br/>
      </w:r>
      <w:r>
        <w:rPr>
          <w:sz w:val="20"/>
        </w:rPr>
        <w:t>9:22  saare log itna itna zyada</w:t>
      </w:r>
      <w:r>
        <w:br/>
      </w:r>
      <w:r>
        <w:rPr>
          <w:sz w:val="20"/>
        </w:rPr>
        <w:t>9:28  acha response diya logon ne. bohat zyada acha response, bohat positive response. isi tarah aur bhi jo program the, sab mein wahan ke musalmanon ka response bohat hi acha tha.</w:t>
      </w:r>
      <w:r>
        <w:br/>
      </w:r>
      <w:r>
        <w:rPr>
          <w:sz w:val="20"/>
        </w:rPr>
        <w:t>9:45  to maine masjid mein jab taqreer hui thi to aik naujawan ne, aik muslim naujawan ne poocha sawal ke douran ke aap ki zindagi mein koi regret hai to aap ko bataiye taake is se hum sabak lein.</w:t>
      </w:r>
      <w:r>
        <w:br/>
      </w:r>
      <w:r>
        <w:rPr>
          <w:sz w:val="20"/>
        </w:rPr>
        <w:t>10:02  regret. to maine kaha ke haan, aik regret hai, aik regret hai.</w:t>
      </w:r>
      <w:r>
        <w:br/>
      </w:r>
      <w:r>
        <w:rPr>
          <w:sz w:val="20"/>
        </w:rPr>
        <w:t>10:13  to un pe kya? maine kaha regret yeh hai ke Canada maine der mein safar kiya. Canada mujhe aur pehle aana chahiye tha, itna acha country hai aap.</w:t>
      </w:r>
      <w:r>
        <w:br/>
      </w:r>
      <w:r>
        <w:rPr>
          <w:sz w:val="20"/>
        </w:rPr>
        <w:t>10:27  to saare log bilkul, yaani bohat ziyada in ko shoq paida hua, bohat hi jazba aaya, aur bohat ziyada shoq se meri baat suntay rahay woh.</w:t>
      </w:r>
      <w:r>
        <w:br/>
      </w:r>
      <w:r>
        <w:rPr>
          <w:sz w:val="20"/>
        </w:rPr>
        <w:t>10:42  yeh yeh tajurba humain America mein nahi hua, Britain mein nahi hua, France mein nahi hua. to maine socha ke is ka raaz kya hai.</w:t>
      </w:r>
      <w:r>
        <w:br/>
      </w:r>
      <w:r>
        <w:rPr>
          <w:sz w:val="20"/>
        </w:rPr>
        <w:t>10:55  ab wahan mujhe meri jo taqreerein huin, chaar taqreerein meri huin, aur log rotay thay meri taqreer sun kar. rotay thay taqreer, aur program ke baad bheer kar kar letay thay mujh ko kitabein lay kar sign karwanay ke liye, aur hath hath choomnay ke liye, ajeeb ajeeb haal.</w:t>
      </w:r>
      <w:r>
        <w:br/>
      </w:r>
      <w:r>
        <w:rPr>
          <w:sz w:val="20"/>
        </w:rPr>
        <w:t>11:17  mujko qareeb se dekhnay ke liye. aisa tajurba hum ko sirf Canada mein hua. to farq kyun hai?</w:t>
      </w:r>
      <w:r>
        <w:br/>
      </w:r>
      <w:r>
        <w:rPr>
          <w:sz w:val="20"/>
        </w:rPr>
        <w:t>11:27  aur aksar bas mulkon mein gaya, har mulk mein haalat bohat mukhtalif hai, ajeeb haalat hai.</w:t>
      </w:r>
    </w:p>
    <w:p>
      <w:pPr>
        <w:pStyle w:val="Heading2"/>
      </w:pPr>
      <w:r>
        <w:t>Money management and avoiding waste</w:t>
      </w:r>
    </w:p>
    <w:p>
      <w:r>
        <w:rPr>
          <w:color w:val="666666"/>
          <w:sz w:val="18"/>
        </w:rPr>
        <w:t>The Art of Life Management December 24, 2006 · 5m 22s · at 2:49 · https://youtu.be/0oYFP8xwEW0?t=169</w:t>
      </w:r>
    </w:p>
    <w:p>
      <w:r>
        <w:rPr>
          <w:i/>
        </w:rPr>
        <w:t>“Money ke maamle mein log kya karte hain”</w:t>
      </w:r>
    </w:p>
    <w:p>
      <w:r>
        <w:rPr>
          <w:sz w:val="20"/>
        </w:rPr>
        <w:t>2:49  jaise money ke muamle mein log kya karte hain, bohat</w:t>
      </w:r>
      <w:r>
        <w:br/>
      </w:r>
      <w:r>
        <w:rPr>
          <w:sz w:val="20"/>
        </w:rPr>
        <w:t>2:52  zyada log yani ek aisa kaam karte hain jisko Quran mein shaitani kaam kaha gaya.</w:t>
      </w:r>
      <w:r>
        <w:br/>
      </w:r>
      <w:r>
        <w:rPr>
          <w:sz w:val="20"/>
        </w:rPr>
        <w:t>3:00  to shaitani kaam. Yani paise ko bila soch samjhe kharch karna. Yani jo haqeeqi zewraat ki zaroorat hai, haqeeqi zaroorat ke siwa paise ko kharch karne ko Quran mein tabzeer kaha gaya.</w:t>
      </w:r>
      <w:r>
        <w:br/>
      </w:r>
      <w:r>
        <w:rPr>
          <w:sz w:val="20"/>
        </w:rPr>
        <w:t>3:13  qul la tabzir tabzira. Kyunki yeh Quran mein hai ke woh shaitan ka kaam hai.</w:t>
      </w:r>
      <w:r>
        <w:br/>
      </w:r>
      <w:r>
        <w:rPr>
          <w:sz w:val="20"/>
        </w:rPr>
        <w:t>3:20  tabzeer shaitan ka kaam hai.</w:t>
      </w:r>
      <w:r>
        <w:br/>
      </w:r>
      <w:r>
        <w:rPr>
          <w:sz w:val="20"/>
        </w:rPr>
        <w:t>3:25  tabzeer mani paise ko yani jo haqeeqi zaroorat hai us ke siwa kharch karna idhar udhar. Aap batayen ke Khuda ke haan aap pahunche ke namaz udhra, kya hua aap ne?</w:t>
      </w:r>
      <w:r>
        <w:br/>
      </w:r>
      <w:r>
        <w:rPr>
          <w:sz w:val="20"/>
        </w:rPr>
        <w:t>3:34  tab bhi aap pakde jayenge. Yaad rakhiye, agar aap ne tabzeer ki hai. Aap ki peshani par gutha pada hua ho lekin paise ke muamle mein aap tabzeer kar rahe hain.</w:t>
      </w:r>
      <w:r>
        <w:br/>
      </w:r>
      <w:r>
        <w:rPr>
          <w:sz w:val="20"/>
        </w:rPr>
        <w:t>3:44  yani shaitani tareeqa. Paise ko chheenat rahe hain idhar udhar. Yani haqeeqi zaroorat ke siwa kharch kar rahe hain.</w:t>
      </w:r>
      <w:r>
        <w:br/>
      </w:r>
      <w:r>
        <w:rPr>
          <w:sz w:val="20"/>
        </w:rPr>
        <w:t>3:51  yaad rakhiye ke aap gutha kaam nahin aayega. Paanch waqt ki namaz kaam nahin aayegi. Aap shaitan ke saath bracket kiya jayega aap ko. Is aadmi ne shaitan wala kaam kiya hai.</w:t>
      </w:r>
      <w:r>
        <w:br/>
      </w:r>
      <w:r>
        <w:rPr>
          <w:sz w:val="20"/>
        </w:rPr>
        <w:t>4:01  paise ko phenka. Kyun? Paisa ek nemat hai. Aap ko haq nahin ke paise ko idhar udhar phenken. Yaad rakhiye, paisa ek nemat hai.</w:t>
      </w:r>
      <w:r>
        <w:br/>
      </w:r>
      <w:r>
        <w:rPr>
          <w:sz w:val="20"/>
        </w:rPr>
        <w:t>4:11  jis tarah aankh ek nemat hai, kaan ek nemat hai.</w:t>
      </w:r>
      <w:r>
        <w:br/>
      </w:r>
      <w:r>
        <w:rPr>
          <w:sz w:val="20"/>
        </w:rPr>
        <w:t>4:18  sab cheez jo hai aap ko duniya mein jo mili hui hai woh nemat hai. Aise paisa bhi nemat hai. Itne saare awamil hote hain tab woh paisa aata hai aap ke paas.</w:t>
      </w:r>
      <w:r>
        <w:br/>
      </w:r>
      <w:r>
        <w:rPr>
          <w:sz w:val="20"/>
        </w:rPr>
        <w:t>4:27  yaad rakhiye ke paisa aap ki apni kamai nahi hoti. poori poori university shamil hoti hai, poori poori insaniyat shamil hoti hai, poora poora samaj shamil hota hai.</w:t>
      </w:r>
      <w:r>
        <w:br/>
      </w:r>
      <w:r>
        <w:rPr>
          <w:sz w:val="20"/>
        </w:rPr>
        <w:t>4:37  poori poori tehzeeb shamil hoti hai. tab aap ke paas paisa aata hai woh. aise hi paisa aata hai.</w:t>
      </w:r>
      <w:r>
        <w:br/>
      </w:r>
      <w:r>
        <w:rPr>
          <w:sz w:val="20"/>
        </w:rPr>
        <w:t>4:46  yani aap ghor kijiye ke is mein aap ka hissa ek feesad bhi kam hai jo paisa aap ke paas aaya. yani khuda ne universal level par jo life support system banaya hai us ko dekhen aap.</w:t>
      </w:r>
      <w:r>
        <w:br/>
      </w:r>
      <w:r>
        <w:rPr>
          <w:sz w:val="20"/>
        </w:rPr>
        <w:t>4:58  tehzeeb ka jo contribution hai us ko sochiye aap. society ka jo contribution hai us ko sochiye aap. riyasat ka jo contribution hai us ko sochiye aap. kitne saare awamil shamil hue tab aap ke paas paisa aaya.</w:t>
      </w:r>
      <w:r>
        <w:br/>
      </w:r>
      <w:r>
        <w:rPr>
          <w:sz w:val="20"/>
        </w:rPr>
        <w:t>5:12  is mein aap ka hissa ek feesad bhi kam hai.</w:t>
      </w:r>
      <w:r>
        <w:br/>
      </w:r>
      <w:r>
        <w:rPr>
          <w:sz w:val="20"/>
        </w:rPr>
        <w:t>5:17  aur is ko aap bikhair dein idhar udhar. to aap to bila izzat aur yaqeen ke kaam kar rahe hain. aap ko shukr karna chahiye aap tasleem karna chahiye aap khuda ko, society ko, insaniyat ko, insaniyat ko tasleem karna chahiye.</w:t>
      </w:r>
      <w:r>
        <w:br/>
      </w:r>
      <w:r>
        <w:rPr>
          <w:sz w:val="20"/>
        </w:rPr>
        <w:t>5:31  ke is ki wajah se mujhe aisa mumkin hua ke mere paas paisa aaya. saare log is bhram mein rehte hain ke paisa jo aaya hai meri kamai ka hai. yeh khud ek gunah hai.</w:t>
      </w:r>
      <w:r>
        <w:br/>
      </w:r>
      <w:r>
        <w:rPr>
          <w:sz w:val="20"/>
        </w:rPr>
        <w:t>5:43  ke aap ke paas farz karen das hazar rupay mahina aap kamate hain ya lakh rupay mahina kamate hain. to aap samajhte hain ke yeh meri kamai hai. yeh yaqeen kijiye gunah hai yeh.</w:t>
      </w:r>
      <w:r>
        <w:br/>
      </w:r>
      <w:r>
        <w:rPr>
          <w:sz w:val="20"/>
        </w:rPr>
        <w:t>5:54  yeh samajhna. kyunke aap ki kamai, aap ka jo hissa hai is mein hai woh to ek feesad se bhi kam hai. khuda ne bohat hi universal level par ek life support system banaya hai aap ke liye.</w:t>
      </w:r>
      <w:r>
        <w:br/>
      </w:r>
      <w:r>
        <w:rPr>
          <w:sz w:val="20"/>
        </w:rPr>
        <w:t>6:08  poori poori society jo hai us aap ko aisi baatein ek infrastructure de rahi hai. poori poori insaniyat aur poori poori tehzeeb aap ko contribute kar rahi hai.</w:t>
      </w:r>
      <w:r>
        <w:br/>
      </w:r>
      <w:r>
        <w:rPr>
          <w:sz w:val="20"/>
        </w:rPr>
        <w:t>6:21  jaise yeh paper hai. kitne bohat din lage is paper ko ke yeh paper bane.</w:t>
      </w:r>
      <w:r>
        <w:br/>
      </w:r>
      <w:r>
        <w:rPr>
          <w:sz w:val="20"/>
        </w:rPr>
        <w:t>6:30  yeh paper</w:t>
      </w:r>
      <w:r>
        <w:br/>
      </w:r>
      <w:r>
        <w:rPr>
          <w:sz w:val="20"/>
        </w:rPr>
        <w:t>6:31  bane. kal mein radio par sun raha tha ke yeh mirror jo hai aaina sab se pehle shayad do hazar saal pehle venice jo hai shehar younan mein wahan kuch logon ne is ko daryaft kiya.</w:t>
      </w:r>
      <w:r>
        <w:br/>
      </w:r>
      <w:r>
        <w:rPr>
          <w:sz w:val="20"/>
        </w:rPr>
        <w:t>6:45  to itna anokha tha mirror jis mein aap apna chehra dekhte hain ke ek alag jin logon ko janta tha, jin logon ko aata tha woh art woh ek alag jazeere mein rakh diye gaye.</w:t>
      </w:r>
      <w:r>
        <w:br/>
      </w:r>
      <w:r>
        <w:rPr>
          <w:sz w:val="20"/>
        </w:rPr>
        <w:t>6:57  aur agar koi bhagna chahta tha wahan to us ko qatal kar dete the. kyunke doosre log is art ko jaan lenge. to bohat der tak yeh mirror ka fun sirf wahan par raha, venice mein raha.</w:t>
      </w:r>
      <w:r>
        <w:br/>
      </w:r>
      <w:r>
        <w:rPr>
          <w:sz w:val="20"/>
        </w:rPr>
        <w:t>7:06  venice ke ek jazeere mein. phir france ne pata nahi kaise kaise ek insaan ko is mein pakda. to france pohancha woh.</w:t>
      </w:r>
      <w:r>
        <w:br/>
      </w:r>
      <w:r>
        <w:rPr>
          <w:sz w:val="20"/>
        </w:rPr>
        <w:t>7:15  phir is ke baad woh barhte barhte barha woh. to kitne hazaron saal lage hain ek ek cheez ko wajood mein laane mein. chahe kaghaz ho, chahe kursi ho, chahe roshni ho, chahe ek camera ho.</w:t>
      </w:r>
      <w:r>
        <w:br/>
      </w:r>
      <w:r>
        <w:rPr>
          <w:sz w:val="20"/>
        </w:rPr>
        <w:t>7:28  ya ek mirror ho, koi bhi cheez. poori poori tehzeeb is mein chalati rahi hai apna amal. tab yeh cheezein mili hain aap ko jahan aap baith kar ke is ko enjoy kar rahe hain.</w:t>
      </w:r>
      <w:r>
        <w:br/>
      </w:r>
      <w:r>
        <w:rPr>
          <w:sz w:val="20"/>
        </w:rPr>
        <w:t>7:42  to aap yeh samjhen ke yeh sab mera hai aur is ko phenkein idhar udhar. yaqeen kijiye ke super gunah hai, super gunah. super gunah hai yeh.</w:t>
      </w:r>
      <w:r>
        <w:br/>
      </w:r>
      <w:r>
        <w:rPr>
          <w:sz w:val="20"/>
        </w:rPr>
        <w:t>7:52  apne paise mein aap ko khuda ko tasleem karna chahiye. society ko tasleem karna chahiye. insaniyat ko tasleem karna chahiye. aap ka hissa bohat thoda hai.</w:t>
      </w:r>
      <w:r>
        <w:br/>
      </w:r>
      <w:r>
        <w:rPr>
          <w:sz w:val="20"/>
        </w:rPr>
        <w:t>8:03  agar aap yeh sochenge to aap ko aajizi aaye gi. aap samjhenge ke paise ka malik mein nahi hoon. mein to sirf trustee hoon is paise ka.</w:t>
      </w:r>
    </w:p>
    <w:p>
      <w:pPr>
        <w:pStyle w:val="Heading2"/>
      </w:pPr>
      <w:r>
        <w:t>Ramadan trains the spirit behind every act of worship</w:t>
      </w:r>
    </w:p>
    <w:p>
      <w:r>
        <w:rPr>
          <w:color w:val="666666"/>
          <w:sz w:val="18"/>
        </w:rPr>
        <w:t>Ramadan The Month of Spiritual Training September 20, 2008 · 3m 31s · at 0:41 · https://youtu.be/VI9axojg6Ro?t=41</w:t>
      </w:r>
    </w:p>
    <w:p>
      <w:r>
        <w:rPr>
          <w:i/>
        </w:rPr>
        <w:t>“Ramzan ek saalana training hai, annual training”</w:t>
      </w:r>
    </w:p>
    <w:p>
      <w:r>
        <w:rPr>
          <w:sz w:val="20"/>
        </w:rPr>
        <w:t>0:41  ramzan ek salana tarbiyat, yani annual training, month of annual training.</w:t>
      </w:r>
      <w:r>
        <w:br/>
      </w:r>
      <w:r>
        <w:rPr>
          <w:sz w:val="20"/>
        </w:rPr>
        <w:t>0:55  to training hoti hai waqti nahi, poori zindagi ke liye. to ramzan mein aadmi ko tayyar kiya jata hai,</w:t>
      </w:r>
      <w:r>
        <w:br/>
      </w:r>
      <w:r>
        <w:rPr>
          <w:sz w:val="20"/>
        </w:rPr>
        <w:t>1:08  us ke andar kuch khaas quality paida ki jati hai, kuch sifat paida ki jati hain, taake in sifat ko le kar wo poore saal, poori zindagi isi ke mutabiq chalta rahe.</w:t>
      </w:r>
      <w:r>
        <w:br/>
      </w:r>
      <w:r>
        <w:rPr>
          <w:sz w:val="20"/>
        </w:rPr>
        <w:t>1:27  dekhein, ye baat jo hai, ye tamam ibadaton mein hai.</w:t>
      </w:r>
      <w:r>
        <w:br/>
      </w:r>
      <w:r>
        <w:rPr>
          <w:sz w:val="20"/>
        </w:rPr>
        <w:t>1:34  har ibadat ka ek form hota hai, ek us us ki spirit hoti hai. to form ke aitbar se woh ek waqti taur par ada ki jati hai, lekin spirit ke aitbar se woh mustaqil taur par matloob hoti hai.</w:t>
      </w:r>
      <w:r>
        <w:br/>
      </w:r>
      <w:r>
        <w:rPr>
          <w:sz w:val="20"/>
        </w:rPr>
        <w:t>1:52  jaise namaz ko lijiye, aap jante hain ke namaz 24 ghante mein paanch waqt ada ki jati hai.</w:t>
      </w:r>
      <w:r>
        <w:br/>
      </w:r>
      <w:r>
        <w:rPr>
          <w:sz w:val="20"/>
        </w:rPr>
        <w:t>2:03  to yeh paanch waqt jo ada ki jati hai, to form ke aitbar se hoti hai. woh to form ke aitbar se namaz aap paanch waqt ada karte hain, lekin namaz ki jo spirit hai,</w:t>
      </w:r>
      <w:r>
        <w:br/>
      </w:r>
      <w:r>
        <w:rPr>
          <w:sz w:val="20"/>
        </w:rPr>
        <w:t>2:17  woh mustaqil taur par aap se matloob hai. woh kaise</w:t>
      </w:r>
      <w:r>
        <w:br/>
      </w:r>
      <w:r>
        <w:rPr>
          <w:sz w:val="20"/>
        </w:rPr>
        <w:t>2:25  ? dekhen, quran mein hai ke iqam al-salat li dhikri . namaz qaim karo khuda ki yaad ke liye.</w:t>
      </w:r>
      <w:r>
        <w:br/>
      </w:r>
      <w:r>
        <w:rPr>
          <w:sz w:val="20"/>
        </w:rPr>
        <w:t>2:37  phir dekhen, yeh khuda ki yaad sirf paanch waqt ke liye nahi hai, har waqt ke liye hai. woh bhi quran mein maujood hai.</w:t>
      </w:r>
      <w:r>
        <w:br/>
      </w:r>
      <w:r>
        <w:rPr>
          <w:sz w:val="20"/>
        </w:rPr>
        <w:t>2:47  surah jumma ko aap padhiye,</w:t>
      </w:r>
      <w:r>
        <w:br/>
      </w:r>
      <w:r>
        <w:rPr>
          <w:sz w:val="20"/>
        </w:rPr>
        <w:t>2:50  is mein bataya gaya hai ke jab tum namaz ada kar lo to laut jao apne karobar ki taraf aur dobara zikr karte raho, khuda ki yaad karte raho.</w:t>
      </w:r>
      <w:r>
        <w:br/>
      </w:r>
      <w:r>
        <w:rPr>
          <w:sz w:val="20"/>
        </w:rPr>
        <w:t>3:06  faitha qadiyat al-salat fantashiru fi al-lurz wa ibtaghu min fadl Allah wa dhkur Allah kathiran .</w:t>
      </w:r>
      <w:r>
        <w:br/>
      </w:r>
      <w:r>
        <w:rPr>
          <w:sz w:val="20"/>
        </w:rPr>
        <w:t>3:16  to goya form ke aitbar se aap ne masjid mein namaz ada ki, aur is ke baad jab masjid se aap nikle to namaz ki spirit ko le kar nikle,</w:t>
      </w:r>
      <w:r>
        <w:br/>
      </w:r>
      <w:r>
        <w:rPr>
          <w:sz w:val="20"/>
        </w:rPr>
        <w:t>3:29  jo har waqt matloob hai, yani har waqt khuda ko yaad karte rehna, har mauqe par khuda ko yaad karte rehna. jaise rasool Allah ke bare mein aata hai ke kan yadhkur Allah ala kulli ahyaanihi</w:t>
      </w:r>
      <w:r>
        <w:br/>
      </w:r>
      <w:r>
        <w:rPr>
          <w:sz w:val="20"/>
        </w:rPr>
        <w:t>3:46  . yani har situation mein, har condition mein, har baat pesh aane par, har experience mein aap khuda ko yaad karte the.</w:t>
      </w:r>
      <w:r>
        <w:br/>
      </w:r>
      <w:r>
        <w:rPr>
          <w:sz w:val="20"/>
        </w:rPr>
        <w:t>3:59  to yeh hai spirit. to form ke aitbar se aap namaz ada karte hain paanch waqt, aur is ki spirit jo hai, khuda ko yaad karna, is ke aitbar se aap 24 ghante khuda ko yaad karte rehte hain.</w:t>
      </w:r>
    </w:p>
    <w:p>
      <w:pPr>
        <w:pStyle w:val="Heading2"/>
      </w:pPr>
      <w:r>
        <w:t>Modern age offers international peace for da'wa</w:t>
      </w:r>
    </w:p>
    <w:p>
      <w:r>
        <w:rPr>
          <w:color w:val="666666"/>
          <w:sz w:val="18"/>
        </w:rPr>
        <w:t>The Policy of Sulh (Resolution) in Islam 13 June 2009 - Maulana Wahiduddin Khan · 5m 27s · at 23:36 · https://youtu.be/_1M1-7-0TD4?t=1416</w:t>
      </w:r>
    </w:p>
    <w:p>
      <w:r>
        <w:rPr>
          <w:i/>
        </w:rPr>
        <w:t>“We are living in a different age”</w:t>
      </w:r>
    </w:p>
    <w:p>
      <w:r>
        <w:rPr>
          <w:sz w:val="20"/>
        </w:rPr>
        <w:t>23:36  but we are fortunate enough that now we are living in a different age. at the time of the prophet, it required great sacrifices.</w:t>
      </w:r>
      <w:r>
        <w:br/>
      </w:r>
      <w:r>
        <w:rPr>
          <w:sz w:val="20"/>
        </w:rPr>
        <w:t>23:52  prophet gave great sacrifices in mekkah and madinah, both</w:t>
      </w:r>
      <w:r>
        <w:br/>
      </w:r>
      <w:r>
        <w:rPr>
          <w:sz w:val="20"/>
        </w:rPr>
        <w:t>24:00  in mekkah. when he adopted undeclared peace, he, he, it required great patience.</w:t>
      </w:r>
      <w:r>
        <w:br/>
      </w:r>
      <w:r>
        <w:rPr>
          <w:sz w:val="20"/>
        </w:rPr>
        <w:t>24:13  and in madinah, when he adopted declared peace, again, it required so many patience and and tolerance.</w:t>
      </w:r>
      <w:r>
        <w:br/>
      </w:r>
      <w:r>
        <w:rPr>
          <w:sz w:val="20"/>
        </w:rPr>
        <w:t>24:24  but now, you know, we are living in a different age.</w:t>
      </w:r>
      <w:r>
        <w:br/>
      </w:r>
      <w:r>
        <w:rPr>
          <w:sz w:val="20"/>
        </w:rPr>
        <w:t>24:33  modern age is a, is a, is a different age. after long process of history, after long, after long intellectual process, after long historical process,</w:t>
      </w:r>
      <w:r>
        <w:br/>
      </w:r>
      <w:r>
        <w:rPr>
          <w:sz w:val="20"/>
        </w:rPr>
        <w:t>24:53  now we are living in the age of religious freedom, religious tolerance.</w:t>
      </w:r>
      <w:r>
        <w:br/>
      </w:r>
      <w:r>
        <w:rPr>
          <w:sz w:val="20"/>
        </w:rPr>
        <w:t>24:59  there is no restriction, restriction at all.</w:t>
      </w:r>
      <w:r>
        <w:br/>
      </w:r>
      <w:r>
        <w:rPr>
          <w:sz w:val="20"/>
        </w:rPr>
        <w:t>25:05  present age has so many favorable conditions for us. for example, there are communication, international communication.</w:t>
      </w:r>
      <w:r>
        <w:br/>
      </w:r>
      <w:r>
        <w:rPr>
          <w:sz w:val="20"/>
        </w:rPr>
        <w:t>25:21  we have printing press</w:t>
      </w:r>
      <w:r>
        <w:br/>
      </w:r>
      <w:r>
        <w:rPr>
          <w:sz w:val="20"/>
        </w:rPr>
        <w:t>25:25  , we have religious freedom, we have interaction,</w:t>
      </w:r>
      <w:r>
        <w:br/>
      </w:r>
      <w:r>
        <w:rPr>
          <w:sz w:val="20"/>
        </w:rPr>
        <w:t>25:34  so many favorable conditions. Then, you know, in 1948, all the nations, you know, at present, there are near about 200 nations in the world.</w:t>
      </w:r>
      <w:r>
        <w:br/>
      </w:r>
      <w:r>
        <w:rPr>
          <w:sz w:val="20"/>
        </w:rPr>
        <w:t>25:56  So all these nations</w:t>
      </w:r>
      <w:r>
        <w:br/>
      </w:r>
      <w:r>
        <w:rPr>
          <w:sz w:val="20"/>
        </w:rPr>
        <w:t>26:03  establish an organization by consensus. That is called United Nations Organization, United Nations Organization, generally called UN.</w:t>
      </w:r>
      <w:r>
        <w:br/>
      </w:r>
      <w:r>
        <w:rPr>
          <w:sz w:val="20"/>
        </w:rPr>
        <w:t>26:18  So under this organization, all the nations of the world declared,</w:t>
      </w:r>
      <w:r>
        <w:br/>
      </w:r>
      <w:r>
        <w:rPr>
          <w:sz w:val="20"/>
        </w:rPr>
        <w:t>26:34  declared that, issued a declaration, that is called, that is called Universal Declaration of Human Rights.</w:t>
      </w:r>
      <w:r>
        <w:br/>
      </w:r>
      <w:r>
        <w:rPr>
          <w:sz w:val="20"/>
        </w:rPr>
        <w:t>26:50  So now we are living under this declaration, Universal Declaration of Human Rights. This declaration was signed by all the nations, including India.</w:t>
      </w:r>
      <w:r>
        <w:br/>
      </w:r>
      <w:r>
        <w:rPr>
          <w:sz w:val="20"/>
        </w:rPr>
        <w:t>27:06  All those nations that are member of nations, they sign. And if you read this Universal Declaration of Human Rights, you will find that it gives you total freedom, total religious freedom.</w:t>
      </w:r>
      <w:r>
        <w:br/>
      </w:r>
      <w:r>
        <w:rPr>
          <w:sz w:val="20"/>
        </w:rPr>
        <w:t>27:27  So at present, we don't need any kind of, any kind of,</w:t>
      </w:r>
      <w:r>
        <w:br/>
      </w:r>
      <w:r>
        <w:rPr>
          <w:sz w:val="20"/>
        </w:rPr>
        <w:t>27:35  we don't need neither, neither declared peace, neither inner in declared peace</w:t>
      </w:r>
      <w:r>
        <w:br/>
      </w:r>
      <w:r>
        <w:rPr>
          <w:sz w:val="20"/>
        </w:rPr>
        <w:t>27:45  peace, because now it is accepted in the, by, by, by nations, by all the nations.</w:t>
      </w:r>
      <w:r>
        <w:br/>
      </w:r>
      <w:r>
        <w:rPr>
          <w:sz w:val="20"/>
        </w:rPr>
        <w:t>27:56  So it is, I can see, that it is international peace, international reconciliation, international freedom.</w:t>
      </w:r>
      <w:r>
        <w:br/>
      </w:r>
      <w:r>
        <w:rPr>
          <w:sz w:val="20"/>
        </w:rPr>
        <w:t>28:10  In the constitution of India, you can find also very clear provision that every citizen of India have total religious freedom, freedom of, freedom of practice, freedom of faith, even freedom of</w:t>
      </w:r>
      <w:r>
        <w:br/>
      </w:r>
      <w:r>
        <w:rPr>
          <w:sz w:val="20"/>
        </w:rPr>
        <w:t>28:29  preaching. So now we are living in an age of, of international peace, international,</w:t>
      </w:r>
      <w:r>
        <w:br/>
      </w:r>
      <w:r>
        <w:rPr>
          <w:sz w:val="20"/>
        </w:rPr>
        <w:t>28:42  international peace</w:t>
      </w:r>
      <w:r>
        <w:br/>
      </w:r>
      <w:r>
        <w:rPr>
          <w:sz w:val="20"/>
        </w:rPr>
        <w:t>28:48  . So we have to do without any restriction. We have to do the work.</w:t>
      </w:r>
      <w:r>
        <w:br/>
      </w:r>
      <w:r>
        <w:rPr>
          <w:sz w:val="20"/>
        </w:rPr>
        <w:t>29:00  It,</w:t>
      </w:r>
    </w:p>
    <w:p>
      <w:pPr>
        <w:pStyle w:val="Heading2"/>
      </w:pPr>
      <w:r>
        <w:t>Hypocrite Abdullah ibn Ubayy and forgiveness at Mecca's conquest</w:t>
      </w:r>
    </w:p>
    <w:p>
      <w:r>
        <w:rPr>
          <w:color w:val="666666"/>
          <w:sz w:val="18"/>
        </w:rPr>
        <w:t>The Issue of Shatm-e-Rasool (Abuse of the Prophet) December 19, 2021 Prof. Farida Khanam · 4m 16s · at 19:39 · https://youtu.be/ExQS_PHirUc?t=1179</w:t>
      </w:r>
    </w:p>
    <w:p>
      <w:r>
        <w:rPr>
          <w:i/>
        </w:rPr>
        <w:t>“In Medina, Abdullah ibn Ubayy was a hypocrite leader”</w:t>
      </w:r>
    </w:p>
    <w:p>
      <w:r>
        <w:rPr>
          <w:sz w:val="20"/>
        </w:rPr>
        <w:t>19:39  to ab Madinah mein dekhiye, Abdullah ibn Ubay kitna bara khatam-e-Rasool tha, gustakh-e-Rasool tha. us ne itna galat kaam kiya tha ke Hazrat Aisha par buhtan lagaya tha.</w:t>
      </w:r>
      <w:r>
        <w:br/>
      </w:r>
      <w:r>
        <w:rPr>
          <w:sz w:val="20"/>
        </w:rPr>
        <w:t>19:53  us ke bawajood jabke Quran mein aaya ke is ne azab-e-azeem ka is ne kaam kiya hai akhirat mein, lekin dunya mein is ko koi saza nahi di gayi, kyunke dunya mein hum ko mukammal taur par freedom hai aakhri waqt tak ke hum sahi rasta ikhtiyar karte hain ya ikhtiyar nahi karte.</w:t>
      </w:r>
      <w:r>
        <w:br/>
      </w:r>
      <w:r>
        <w:rPr>
          <w:sz w:val="20"/>
        </w:rPr>
        <w:t>20:14  to Abdullah ibn Ubay jo hai, woh asal mein Rasool Allah Sal Allah Alaihi Wasallam jab Madinah aaye to Abdullah ibn Ubay jo hai, usi ko us ke liye aik taaj banaya ja raha tha aur usi ko log leader bananay walay the.</w:t>
      </w:r>
      <w:r>
        <w:br/>
      </w:r>
      <w:r>
        <w:rPr>
          <w:sz w:val="20"/>
        </w:rPr>
        <w:t>20:31  to is waja se jab rasool allah salallaho alaihi wasallam ko leader bana liya gaya to wo bohat ziyada ghussa ho gaya andar hi andar aur bohat ziyada is ko jealousy ho gai.</w:t>
      </w:r>
      <w:r>
        <w:br/>
      </w:r>
      <w:r>
        <w:rPr>
          <w:sz w:val="20"/>
        </w:rPr>
        <w:t>20:42  lekin chounke tamam majority jo hai, wo islam par aa gayi thi aur aap ko apna qaid maan liya tha, to wo munafiq ban gaya.</w:t>
      </w:r>
      <w:r>
        <w:br/>
      </w:r>
      <w:r>
        <w:rPr>
          <w:sz w:val="20"/>
        </w:rPr>
        <w:t>20:52  samne acha bana rehta tha, musalman bana rehta tha, aur andar hi andar wo sari planning karta tha aap ke khilaf.</w:t>
      </w:r>
      <w:r>
        <w:br/>
      </w:r>
      <w:r>
        <w:rPr>
          <w:sz w:val="20"/>
        </w:rPr>
        <w:t>21:02  is ke bawajood rasool allah salallaho alaihi wasallam jante the ke ye log kaise hain. is ke bawajood ek baar aap ja rahe the saad ibn obada ki ayadat ke liye to rastay mein is ka ghar para.</w:t>
      </w:r>
      <w:r>
        <w:br/>
      </w:r>
      <w:r>
        <w:rPr>
          <w:sz w:val="20"/>
        </w:rPr>
        <w:t>21:14  is ka ghar bohat hi qila numa tha aur bohat sare log is ke sath bethe hue the. wahan ka madine ka leader tha wo. to aap wahan utar gaye aur wahan par apni sawari se aur us ko quran ki kuch ayaten parh kar sunain.</w:t>
      </w:r>
      <w:r>
        <w:br/>
      </w:r>
      <w:r>
        <w:rPr>
          <w:sz w:val="20"/>
        </w:rPr>
        <w:t>21:31  to wo bohat hi be etinai se is ko suna us ne aur us ne kaha ke kya aap ko kisi ne yahan bulaya tha? to jo aap ke pas aaye usi ko aap sunaiye, hum ko is se koi dilchaspi nahi hai.</w:t>
      </w:r>
      <w:r>
        <w:br/>
      </w:r>
      <w:r>
        <w:rPr>
          <w:sz w:val="20"/>
        </w:rPr>
        <w:t>21:43  aap ne is ka kuch jawab nahi diya, balkay khamoshi se aap ko jahan jana tha wahan chale gaye.</w:t>
      </w:r>
      <w:r>
        <w:br/>
      </w:r>
      <w:r>
        <w:rPr>
          <w:sz w:val="20"/>
        </w:rPr>
        <w:t>21:50  to peghambar ka jo tareeqa tha, is tareeqay ki hajm jo hai, aap ke sath barabar hoti thi, istehza karte the, log ridicule karte the.</w:t>
      </w:r>
      <w:r>
        <w:br/>
      </w:r>
      <w:r>
        <w:rPr>
          <w:sz w:val="20"/>
        </w:rPr>
        <w:t>21:59  to aap ya to sabr karte, eiraz karte ya daleel ki zaban mein un ka radd karte. to daleel ki zaban mein radd karne ka ek tareeqa jo tha, wo hassan ibn thabit ke ash'ar the, ki</w:t>
      </w:r>
      <w:r>
        <w:br/>
      </w:r>
      <w:r>
        <w:rPr>
          <w:sz w:val="20"/>
        </w:rPr>
        <w:t>22:14  chounke wo zamana tha jab ash'ar ke zariye se baat cheet hoti thi. to hazrat hassan ibn thabit achhe shair the, to aap un se kehte ke hassan, a a hassan, allah ke rasool ki taraf se jawab do.</w:t>
      </w:r>
      <w:r>
        <w:br/>
      </w:r>
      <w:r>
        <w:rPr>
          <w:sz w:val="20"/>
        </w:rPr>
        <w:t>22:28  to hassan shair ke zariye jawab dete the. to phir ye madine ke waqiat hain. is ke baad fathh makkah hua.</w:t>
      </w:r>
      <w:r>
        <w:br/>
      </w:r>
      <w:r>
        <w:rPr>
          <w:sz w:val="20"/>
        </w:rPr>
        <w:t>22:39  us waqt tamam dushman jin logon ne koi kami nahi chhodi thi,</w:t>
      </w:r>
      <w:r>
        <w:br/>
      </w:r>
      <w:r>
        <w:rPr>
          <w:sz w:val="20"/>
        </w:rPr>
        <w:t>22:46  aap ko makkah se nikala, aap ka boycott kiya, aap se jangain lari, itne sare log shaheed hue. aur is ke baad jab makkah fathh ho gaya to wo tamam log asal mein purane zamane mein jo bhi prisoners of war hote the, un ka sab ka sab sar qalam kar diya jata tha.</w:t>
      </w:r>
      <w:r>
        <w:br/>
      </w:r>
      <w:r>
        <w:rPr>
          <w:sz w:val="20"/>
        </w:rPr>
        <w:t>23:04  wahan koi jail wail mein rakhne ka koi tareeqa nahi tha.</w:t>
      </w:r>
      <w:r>
        <w:br/>
      </w:r>
      <w:r>
        <w:rPr>
          <w:sz w:val="20"/>
        </w:rPr>
        <w:t>23:08  to wo log sare kaba mein jama hue, sare leader, aur samjhe ke aaj faisla hoga hamari sar gardan zadni ka.</w:t>
      </w:r>
      <w:r>
        <w:br/>
      </w:r>
      <w:r>
        <w:rPr>
          <w:sz w:val="20"/>
        </w:rPr>
        <w:t>23:17  sar jhukaye hue the log. to rasool allah salallaho alaihi wasallam ne kaha ke jao tum log sab azaad ho.</w:t>
      </w:r>
      <w:r>
        <w:br/>
      </w:r>
      <w:r>
        <w:rPr>
          <w:sz w:val="20"/>
        </w:rPr>
        <w:t>23:25  to un tamam dushmanon ko jo badtareen dushman the, un ko aap ne bilkul maaf kar diya aur kehte hain ke wo sab aisa wahan se bahar nikle haram se jaisa ke wo qabron se nikle hon.</w:t>
      </w:r>
      <w:r>
        <w:br/>
      </w:r>
      <w:r>
        <w:rPr>
          <w:sz w:val="20"/>
        </w:rPr>
        <w:t>23:39  matlab wo to samajh rahe the ke ab hum qabr mein jane wale hain.</w:t>
      </w:r>
      <w:r>
        <w:br/>
      </w:r>
      <w:r>
        <w:rPr>
          <w:sz w:val="20"/>
        </w:rPr>
        <w:t>23:44  to ye jo hai, ye aap ka jo bohat hi bara aap ka ye kirdaar tha jis ke baray mein quran mein aya hai: "innaka la'ala khuluqin azeem".</w:t>
      </w:r>
    </w:p>
    <w:p>
      <w:pPr>
        <w:pStyle w:val="Heading2"/>
      </w:pPr>
      <w:r>
        <w:t>Acknowledging God's blessings before being forced to</w:t>
      </w:r>
    </w:p>
    <w:p>
      <w:r>
        <w:rPr>
          <w:color w:val="666666"/>
          <w:sz w:val="18"/>
        </w:rPr>
        <w:t>Doomsday Knocking at The Door April 18, 2010 · 3m 50s · at 36:26 · https://youtu.be/nZVho8DkNJo?t=2186</w:t>
      </w:r>
    </w:p>
    <w:p>
      <w:r>
        <w:rPr>
          <w:i/>
        </w:rPr>
        <w:t>“This existence, this ability to see — these are blessings”</w:t>
      </w:r>
    </w:p>
    <w:p>
      <w:r>
        <w:rPr>
          <w:sz w:val="20"/>
        </w:rPr>
        <w:t>36:26  yani well known price jannat ki is ayat se maloom hoti hai. yani kya ke aap Allah taala ki nematen jo aap ko mili hain dunya mein, aik yeh wajood aik</w:t>
      </w:r>
      <w:r>
        <w:br/>
      </w:r>
      <w:r>
        <w:rPr>
          <w:sz w:val="20"/>
        </w:rPr>
        <w:t>36:42  nemat hai. mein bol raha hoon, yeh aik nemat hai. mein dekh raha hoon, yeh aik nemat hai. aaj subah baitha hua tha apne ghar mein, jo corner hai, jo park dikhai deta hai, to mein ne apni aankh band kar li.</w:t>
      </w:r>
      <w:r>
        <w:br/>
      </w:r>
      <w:r>
        <w:rPr>
          <w:sz w:val="20"/>
        </w:rPr>
        <w:t>36:56  achanak sab andhera ho gaya.</w:t>
      </w:r>
      <w:r>
        <w:br/>
      </w:r>
      <w:r>
        <w:rPr>
          <w:sz w:val="20"/>
        </w:rPr>
        <w:t>36:59  phir na peṛ dikhai deta tha, na sabza dikhai deta tha, na ghar dikhai deta tha, kuch bhi nahi. sab kuch band, sab andhera. to yeh nemat kitni bari nemat hai ke hum dekhte hain.</w:t>
      </w:r>
      <w:r>
        <w:br/>
      </w:r>
      <w:r>
        <w:rPr>
          <w:sz w:val="20"/>
        </w:rPr>
        <w:t>37:13  kitni bari nemat hai ke hum, hamara wajood hai, hum khana khate hain to hazam ho jata hai. hum dekhte hain, hum suntay hain, hum sochtay hain, hum chaltay hain.</w:t>
      </w:r>
      <w:r>
        <w:br/>
      </w:r>
      <w:r>
        <w:rPr>
          <w:sz w:val="20"/>
        </w:rPr>
        <w:t>37:26  yeh anokhi cheezen hain jo kisi galaxy ko nahi mili hui hain, jo kisi suraj system ko nahi mili hui hain.</w:t>
      </w:r>
      <w:r>
        <w:br/>
      </w:r>
      <w:r>
        <w:rPr>
          <w:sz w:val="20"/>
        </w:rPr>
        <w:t>37:38  yeh sari nematen hain. in nematon ko waqeatan agar aadmi discover kare aur sach much acknowledge kare, woh keh sake: "Khudaya,</w:t>
      </w:r>
      <w:r>
        <w:br/>
      </w:r>
      <w:r>
        <w:rPr>
          <w:sz w:val="20"/>
        </w:rPr>
        <w:t>37:53  mein ne eteraaf kiya tha in nematon ka</w:t>
      </w:r>
      <w:r>
        <w:br/>
      </w:r>
      <w:r>
        <w:rPr>
          <w:sz w:val="20"/>
        </w:rPr>
        <w:t>37:56  . Khudaya, mein acknowledge kar raha hoon teri nematon ka." yeh saada baat nahi hai. jab aap yeh kehte hain to is ke mani kya hotay hain?</w:t>
      </w:r>
      <w:r>
        <w:br/>
      </w:r>
      <w:r>
        <w:rPr>
          <w:sz w:val="20"/>
        </w:rPr>
        <w:t>38:07  "khudaya, main in nematoun ka etraf karta hoon" is se pehle ke main majboor kar diya jaoun etraf karne ke liye. yeh maani hote hain is ke.</w:t>
      </w:r>
      <w:r>
        <w:br/>
      </w:r>
      <w:r>
        <w:rPr>
          <w:sz w:val="20"/>
        </w:rPr>
        <w:t>38:17  jab aap sachay dil se kehte hain ke "khudaya, jo tu ne diya hai duniya mein, mujh ko nematain, main ne is ka etraf kiya" to saada baat nahi hai.</w:t>
      </w:r>
      <w:r>
        <w:br/>
      </w:r>
      <w:r>
        <w:rPr>
          <w:sz w:val="20"/>
        </w:rPr>
        <w:t>38:26  yeh</w:t>
      </w:r>
      <w:r>
        <w:br/>
      </w:r>
      <w:r>
        <w:rPr>
          <w:sz w:val="20"/>
        </w:rPr>
        <w:t>38:30  is ka matlab yeh hai ke "khudaya, main ne in nematoun ka etraf is waqt kiya, in nematoun ko main ne is waqt acknowledge kiya jab ke main majboor nahi tha."</w:t>
      </w:r>
      <w:r>
        <w:br/>
      </w:r>
      <w:r>
        <w:rPr>
          <w:sz w:val="20"/>
        </w:rPr>
        <w:t>38:46  aakhirat mein to majboor ho jaye ga insan. wahan kon sarkashi dikhaye ga? wahan kon nahi manay ga?</w:t>
      </w:r>
      <w:r>
        <w:br/>
      </w:r>
      <w:r>
        <w:rPr>
          <w:sz w:val="20"/>
        </w:rPr>
        <w:t>38:55  to bas samajhta hoon ke yeh baat bohat hi aham is ayat se nikalti hai</w:t>
      </w:r>
      <w:r>
        <w:br/>
      </w:r>
      <w:r>
        <w:rPr>
          <w:sz w:val="20"/>
        </w:rPr>
        <w:t>39:02  ke pre death period mein mili hui nematoun ko agar hum sach much acknowledge kar sakein dil se to woh aik hamare liye aik bohat aham baat hogi kyunke hum is ka maani ke hum aik deserving candidate ban jayen ge jannat ke liye.</w:t>
      </w:r>
      <w:r>
        <w:br/>
      </w:r>
      <w:r>
        <w:rPr>
          <w:sz w:val="20"/>
        </w:rPr>
        <w:t>39:22  kyunke pre death period mein agar aap ne in nematoun ko, in atiyay ko, yeh sari cheezein mili hui hain, is ka etraf kiya to is maani ke aap ne Allah taala ki taraf se yeh baat guarantee ho gayi ke phir chheena nahi jaye ga.</w:t>
      </w:r>
      <w:r>
        <w:br/>
      </w:r>
      <w:r>
        <w:rPr>
          <w:sz w:val="20"/>
        </w:rPr>
        <w:t>39:40  chheena is se jata hai jo etraf na kare, jo sarkashi kare, jo Allah ki cheezon ko pa kar ke apna agenda chalaye.</w:t>
      </w:r>
      <w:r>
        <w:br/>
      </w:r>
      <w:r>
        <w:rPr>
          <w:sz w:val="20"/>
        </w:rPr>
        <w:t>39:51  to is se bari khushkhabri kiya ho sakti hai? is se bari khushkhabri kiya ho sakti hai?</w:t>
      </w:r>
      <w:r>
        <w:br/>
      </w:r>
      <w:r>
        <w:rPr>
          <w:sz w:val="20"/>
        </w:rPr>
        <w:t>40:00  to chunke hamara yeh aqeeda hai ke life jo hai, aik tasalsul ka naam hai, life continue kar rahi hai from pre death period to up to post death period,</w:t>
      </w:r>
    </w:p>
    <w:p>
      <w:pPr>
        <w:pStyle w:val="Heading2"/>
      </w:pPr>
      <w:r>
        <w:t>Public preaching on Safa and opposition</w:t>
      </w:r>
    </w:p>
    <w:p>
      <w:r>
        <w:rPr>
          <w:color w:val="666666"/>
          <w:sz w:val="18"/>
        </w:rPr>
        <w:t>Prophet Muhammad A Mercy to Mankind February 6, 2022 Prof. Farida Khanam · 5m 33s · at 9:57 · https://youtu.be/lFmxnb6St0Q?t=597</w:t>
      </w:r>
    </w:p>
    <w:p>
      <w:r>
        <w:rPr>
          <w:i/>
        </w:rPr>
        <w:t>“He climbed Safa and called everyone”</w:t>
      </w:r>
    </w:p>
    <w:p>
      <w:r>
        <w:rPr>
          <w:sz w:val="20"/>
        </w:rPr>
        <w:t>9:57  to aap koi safa par chadhe aur wahan par aapne sabko naam le lekar bulaya to jab saare log jama ho gaye phir aapne wahi baat kahi ki tum sab log waise hi maroge jaise sote ho, waise hi dobara uthae jaoge jaise tum log jaagte ho. tumhare kiye ka hisab liya jayega aur aakhirat mein jannat hai ya jahanum hai.</w:t>
      </w:r>
      <w:r>
        <w:br/>
      </w:r>
      <w:r>
        <w:rPr>
          <w:sz w:val="20"/>
        </w:rPr>
        <w:t>10:20  to yeh baatein aapne kahi bilkul saada andaal mein lekin woh log sunna hi nahi cha rahe the aur khaskar par abu laab aur abu jal. abu laab zyada active tha. to usne kaha tumhara bura ho tumne isiliye hamein bulaya tha. to is tareeqe se woh mazaak udaaya usne aur, aur us tarah se logon ko seriously baaton ko samajhne ki mauka hi nahi mila. ab iske baad thoda mukhal fat aur badh gayi.</w:t>
      </w:r>
      <w:r>
        <w:br/>
      </w:r>
      <w:r>
        <w:rPr>
          <w:sz w:val="20"/>
        </w:rPr>
        <w:t>10:50  aapke raaste mein kaante bichhaya jaata hai. aapke upar pooda phenka jaata. aap uttaratra se pareshan gaya tha. aapke ghar ke saamne aakar shor machate hain. to yeh sab kar rahe the lekin rasoolullah sarsalam ki taraf se koi bhi in sharangez baaton ka koi jawab nahi diya jaata tha. aaj dekhiye hum log zara sabhi koi baat kuch keh deta hai. to saare media mein log likhna shuru kar dete hain. aaj hamare saamne rasoolullah sarsalam ki seerat nahi hai.</w:t>
      </w:r>
      <w:r>
        <w:br/>
      </w:r>
      <w:r>
        <w:rPr>
          <w:sz w:val="20"/>
        </w:rPr>
        <w:t>11:19  hum log usko sanjeedgi se aapki zindagi ko padhte nahi hai ki kya kuch nahi hua? jab aap jaate the bazaar mein aur logon se yeh paigham pahunchane ke liye to log patthar maarte the aapke phone behta tha. uske bawajood bhi aap kuch nahi kehte the ki yeh log kitne bure hain. main inka koi burai nahi karna hoon. main to ek baat bata raha hoon aur yeh hamein maar rahe hain.</w:t>
      </w:r>
      <w:r>
        <w:br/>
      </w:r>
      <w:r>
        <w:rPr>
          <w:sz w:val="20"/>
        </w:rPr>
        <w:t>11:46  kuch bhi nahi aap kehte the khamoshi se aur jab mauka milta tha to apni baat keh dete the. to ab jo hai dheere dheere baat pahunch rahi thi to muftalif qabeeron se log aaya karte the. to ek jamaat the unka qabeela tha is drishnva to unhone suna woh zara waise the jo aaseb ka ilaaj karte hain.</w:t>
      </w:r>
      <w:r>
        <w:br/>
      </w:r>
      <w:r>
        <w:rPr>
          <w:sz w:val="20"/>
        </w:rPr>
        <w:t>12:12  to un sab log yahi keh rahe the koi kain paida hua hai, koi jadoogar paida hua hai. to unhone socha well wishing mein ki hum chale unka ilaaj karein kyunke woh ilaaj karte hi the. to woh aaye rasoolullah salah salah salah salah ke paas aur kaha ki agar aap ijazat dein to main aapka ilaaj karoon. to aapne wahi chand baatein kahi tamam tareef sirf allah ki hai aur hum usi se madad chahte hain.</w:t>
      </w:r>
      <w:r>
        <w:br/>
      </w:r>
      <w:r>
        <w:rPr>
          <w:sz w:val="20"/>
        </w:rPr>
        <w:t>12:39  to kuch aur baatein kahi to unko bahut zyada mutasir hai aur unhone kaha dobara aap yeh baatein bataiye to aapne usko bataya aur woh mutasir ho gaye aur unhone aapke haath par bayad kar li. to isi tareeqe se ek abhuzar ghafari the. unhone yeh baat baatein suni kyunke yeh bas ek rumor ki tarah ho gaya tha har aadmi kehta tha ki arab mein ek aadmi aaya hai aur woh apne aap ko rasool kehta hai.</w:t>
      </w:r>
      <w:r>
        <w:br/>
      </w:r>
      <w:r>
        <w:rPr>
          <w:sz w:val="20"/>
        </w:rPr>
        <w:t>13:08  to is tarike ki baaten hain.</w:t>
      </w:r>
      <w:r>
        <w:br/>
      </w:r>
      <w:r>
        <w:rPr>
          <w:sz w:val="20"/>
        </w:rPr>
        <w:t>13:11  to unhone ab udhar gafari ne bheja unhone isko unke bade bhai the.</w:t>
      </w:r>
      <w:r>
        <w:br/>
      </w:r>
      <w:r>
        <w:rPr>
          <w:sz w:val="20"/>
        </w:rPr>
        <w:t>13:15  to ki jakar zara maloomat le aao report le aao wahan se.</w:t>
      </w:r>
      <w:r>
        <w:br/>
      </w:r>
      <w:r>
        <w:rPr>
          <w:sz w:val="20"/>
        </w:rPr>
        <w:t>13:19  kya kya baat hai?</w:t>
      </w:r>
      <w:r>
        <w:br/>
      </w:r>
      <w:r>
        <w:rPr>
          <w:sz w:val="20"/>
        </w:rPr>
        <w:t>13:23  kaun aaya hai?</w:t>
      </w:r>
      <w:r>
        <w:br/>
      </w:r>
      <w:r>
        <w:rPr>
          <w:sz w:val="20"/>
        </w:rPr>
        <w:t>13:27  to woh aaye to unhone kaha ke ek aadmi aaya hai.</w:t>
      </w:r>
      <w:r>
        <w:br/>
      </w:r>
      <w:r>
        <w:rPr>
          <w:sz w:val="20"/>
        </w:rPr>
        <w:t>13:31  koi usko kaagib kah raha hai jhootha, koi kah raha hai jadoogar, koi kah raha hai kahin shayad.</w:t>
      </w:r>
      <w:r>
        <w:br/>
      </w:r>
      <w:r>
        <w:rPr>
          <w:sz w:val="20"/>
        </w:rPr>
        <w:t>13:35  to ye sari baaten log unko kah rahe hain.</w:t>
      </w:r>
      <w:r>
        <w:br/>
      </w:r>
      <w:r>
        <w:rPr>
          <w:sz w:val="20"/>
        </w:rPr>
        <w:t>13:39  lekin mujhe jo maine suna hai uski baatein to mujhe woh ek saccha aadmi maloom hota hai. to yeh baatein sunne ke baad woh bahut zyada mutazzir ho gaye aur unhone kaha ki ab main khud jaunga phir woh gaye. to woh gaye to kaba mein gaye. kaba mein woh samajh rahe the ki agar hum woh seedhe jayenge to kahin agar hum kisi se poochhein ki mohammed kaun hai? waise itni mukhalafat ho rahi hai.</w:t>
      </w:r>
      <w:r>
        <w:br/>
      </w:r>
      <w:r>
        <w:rPr>
          <w:sz w:val="20"/>
        </w:rPr>
        <w:t>14:05  to woh log batayenge nahi batayenge to baharhal woh kaba mein jaakar thehre rahe. do din teen din wahan hazrat ali unko mile. to hazrat ali ne kaha ki kya baat hai tum? kya chahte ho kya tumhari makka aane ka maksad kya hai? to unhone bataya ki mujhe ek aise inse milna hai. aap mujhe mila sakte hain. to woh unhone kaha theek hai mere saath aao.</w:t>
      </w:r>
      <w:r>
        <w:br/>
      </w:r>
      <w:r>
        <w:rPr>
          <w:sz w:val="20"/>
        </w:rPr>
        <w:t>14:32  to le jaake milaya to aapki jab sab baaten suni to bahut zyada mutassir ho gaye aur itna</w:t>
      </w:r>
      <w:r>
        <w:br/>
      </w:r>
      <w:r>
        <w:rPr>
          <w:sz w:val="20"/>
        </w:rPr>
        <w:t>14:41  zyada mutassir ho gaye unhone kaha ke main jakar na lasullah salah salah kisi ko kuch kehte hain,</w:t>
      </w:r>
      <w:r>
        <w:br/>
      </w:r>
      <w:r>
        <w:rPr>
          <w:sz w:val="20"/>
        </w:rPr>
        <w:t>14:50  na un aapke jo saathi hain jo aapke haath par bayout laaye aur jinko unki wajah se maara</w:t>
      </w:r>
      <w:r>
        <w:br/>
      </w:r>
      <w:r>
        <w:rPr>
          <w:sz w:val="20"/>
        </w:rPr>
        <w:t>14:59  ja raha tha.</w:t>
      </w:r>
      <w:r>
        <w:br/>
      </w:r>
      <w:r>
        <w:rPr>
          <w:sz w:val="20"/>
        </w:rPr>
        <w:t>15:09  wo bhi kuch nahi aapko kehte ki yeh woh bhi kuch nahi kehte ki log itna zyada mukhalafat kar rahe hain bura bhala kahe hain unko retaliate karein kuch nahi sirf chup chap woh unki ezaon ko bardasht karte.</w:t>
      </w:r>
      <w:r>
        <w:br/>
      </w:r>
      <w:r>
        <w:rPr>
          <w:sz w:val="20"/>
        </w:rPr>
        <w:t>15:30  to phir uske baad abu talib ka to ho gaya tha ki woh poori tarah se madad karenge lekin woh islam qubool nahi karenge lekin poori tarah se woh madad karenge. ab jo hai hajj ka zamana tha to rasoolullah sallallahu alaihi wasallam ne pehle to individual hi logon se mulaqatein ki aur unko bataya.</w:t>
      </w:r>
    </w:p>
    <w:p>
      <w:pPr>
        <w:pStyle w:val="Heading2"/>
      </w:pPr>
      <w:r>
        <w:t>Nature's pairing principle and desire's missing match</w:t>
      </w:r>
    </w:p>
    <w:p>
      <w:r>
        <w:rPr>
          <w:color w:val="666666"/>
          <w:sz w:val="18"/>
        </w:rPr>
        <w:t>Art of Thinking May 7, 2006 · 4m 33s · at 22:55 · https://youtu.be/edSSqx-cT8s?t=1375</w:t>
      </w:r>
    </w:p>
    <w:p>
      <w:r>
        <w:rPr>
          <w:i/>
        </w:rPr>
        <w:t>“Duniya mein har cheez jorha jorha banayi gayi hai, Pair”</w:t>
      </w:r>
    </w:p>
    <w:p>
      <w:r>
        <w:rPr>
          <w:sz w:val="20"/>
        </w:rPr>
        <w:t>22:55  dunya mein har cheez jora jora banai gayi hai. Pair. P-A-I-R Pair. har cheez Pair ki surat mein hai.</w:t>
      </w:r>
      <w:r>
        <w:br/>
      </w:r>
      <w:r>
        <w:rPr>
          <w:sz w:val="20"/>
        </w:rPr>
        <w:t>23:04  jaise aap Atom hain, Atom mein kya hai? Positive Particle aur Negative Particle. mil kar Pair Atom banta hai.</w:t>
      </w:r>
      <w:r>
        <w:br/>
      </w:r>
      <w:r>
        <w:rPr>
          <w:sz w:val="20"/>
        </w:rPr>
        <w:t>23:14  Positive Particle aur Negative Particle mil kar Pair banta hai.</w:t>
      </w:r>
      <w:r>
        <w:br/>
      </w:r>
      <w:r>
        <w:rPr>
          <w:sz w:val="20"/>
        </w:rPr>
        <w:t>23:21  Magnet jo hai, wo South Pole aur North Pole mil kar ke Magnet banta hai. Plant mein bhi aap jante hain ke is mein bhi Male Female hote hain.</w:t>
      </w:r>
      <w:r>
        <w:br/>
      </w:r>
      <w:r>
        <w:rPr>
          <w:sz w:val="20"/>
        </w:rPr>
        <w:t>23:30  Plant mein. Animal mein Female, Male Female hote hain. insanon mein aap jante hain ke Man aur Woman hote hain.</w:t>
      </w:r>
      <w:r>
        <w:br/>
      </w:r>
      <w:r>
        <w:rPr>
          <w:sz w:val="20"/>
        </w:rPr>
        <w:t>23:40  yeh sab Pair hain. yahan tak ke ab yeh mana jata hai ke jo hamari dunya hai, hamari jo World hai, is ka bhi aik Pair hai.</w:t>
      </w:r>
      <w:r>
        <w:br/>
      </w:r>
      <w:r>
        <w:rPr>
          <w:sz w:val="20"/>
        </w:rPr>
        <w:t>23:50  aik Positive World hai, aik Negative World hai. to dunya ko jab hum parhte hain, dunya ko jab Study karte hain to pata lagta hai ke yahan par Pair ka Principle hai.</w:t>
      </w:r>
      <w:r>
        <w:br/>
      </w:r>
      <w:r>
        <w:rPr>
          <w:sz w:val="20"/>
        </w:rPr>
        <w:t>24:02  har cheez Pair ki shakal mein hai. aur apne joRe se mil kar, apne Pair se mil kar, wo apni, apne ko Complete karti hai.</w:t>
      </w:r>
      <w:r>
        <w:br/>
      </w:r>
      <w:r>
        <w:rPr>
          <w:sz w:val="20"/>
        </w:rPr>
        <w:t>24:11  apni takmeel karti hai. sirf aik hi Exception hai is dunya mein.</w:t>
      </w:r>
      <w:r>
        <w:br/>
      </w:r>
      <w:r>
        <w:rPr>
          <w:sz w:val="20"/>
        </w:rPr>
        <w:t>24:18  wo kya hai hamare Desire ka? ke Desire to hai aur Fulfillment ka Pair nahi maujood. zara ghor kijiye kitni bari baat hai yeh.</w:t>
      </w:r>
      <w:r>
        <w:br/>
      </w:r>
      <w:r>
        <w:rPr>
          <w:sz w:val="20"/>
        </w:rPr>
        <w:t>24:28  ke wahan Negative Particle hai, to Positive Particle bhi hai. Female hai to Male bhi hai. aurat hai to mard bhi hai. Positive World hai to Negative World bhi hai.</w:t>
      </w:r>
      <w:r>
        <w:br/>
      </w:r>
      <w:r>
        <w:rPr>
          <w:sz w:val="20"/>
        </w:rPr>
        <w:t>24:42  lekin hamari jo Desires hain, wo chahti hain ke in Desire ko poora karne ka saman ho. isi ko main is ka joRa keh raha hoon, is ka Pair keh raha hoon.</w:t>
      </w:r>
      <w:r>
        <w:br/>
      </w:r>
      <w:r>
        <w:rPr>
          <w:sz w:val="20"/>
        </w:rPr>
        <w:t>24:54  hamare Desire ka joRa. wo kahin hai hi nahi. sirf hai to baqi hai sirf. thora sa chakhne ke liye. yani hamari Desire Unlimited hai.</w:t>
      </w:r>
      <w:r>
        <w:br/>
      </w:r>
      <w:r>
        <w:rPr>
          <w:sz w:val="20"/>
        </w:rPr>
        <w:t>25:05  koi bhi insan aisa nahi milega aap ko jo sirf Limited Desire par ko kafi samajh le. Unlimited tor par wo apni Desire ki taskeen chahta hai.</w:t>
      </w:r>
      <w:r>
        <w:br/>
      </w:r>
      <w:r>
        <w:rPr>
          <w:sz w:val="20"/>
        </w:rPr>
        <w:t>25:18  jitni bhi Desire hain, wo Unlimited Fulfillment chahti hain. to wo kahan hai? wo jagah kahan hai jahan hum ja kar ke apne Desire ko Unlimited tor par hasil kar saken?</w:t>
      </w:r>
      <w:r>
        <w:br/>
      </w:r>
      <w:r>
        <w:rPr>
          <w:sz w:val="20"/>
        </w:rPr>
        <w:t>25:35  main America gaya to wahan aik sahib apne ghar le gaye mujh ko. to wo Pakistan se aaye the wo. to unhone kaha ke jab Pakistan se main America aaya to bare bare mere khwab the.</w:t>
      </w:r>
      <w:r>
        <w:br/>
      </w:r>
      <w:r>
        <w:rPr>
          <w:sz w:val="20"/>
        </w:rPr>
        <w:t>25:47  yahan par yeh yeh hasil karunga, wo hasil karunga. main ne bohat mehnat ki, bohat paisa kamaya. ab wo Bed par pade hue the. jab main gaya to Bed par pade hue the.</w:t>
      </w:r>
      <w:r>
        <w:br/>
      </w:r>
      <w:r>
        <w:rPr>
          <w:sz w:val="20"/>
        </w:rPr>
        <w:t>25:58  kya hua? un ka aik laRka tha, bachcha. shayad das saal ka hoga.</w:t>
      </w:r>
      <w:r>
        <w:br/>
      </w:r>
      <w:r>
        <w:rPr>
          <w:sz w:val="20"/>
        </w:rPr>
        <w:t>26:05  to unhone aik din us ko daanta, kuch aise maar maar bhi diya, thora sa kar diya. to aap jante hain ke in mulkon mein police hoti hai, Child Abuse.</w:t>
      </w:r>
      <w:r>
        <w:br/>
      </w:r>
      <w:r>
        <w:rPr>
          <w:sz w:val="20"/>
        </w:rPr>
        <w:t>26:16  to us ne Child Abuse ka jo Department hoga, wahan telephone kar diya. ab janab, Within Minute wahan se aik gaRi aa kar ke ghar ke samne khadi ho gayi.</w:t>
      </w:r>
      <w:r>
        <w:br/>
      </w:r>
      <w:r>
        <w:rPr>
          <w:sz w:val="20"/>
        </w:rPr>
        <w:t>26:28  wo Child Abuse ki gaRi thi wo. to phir police wale aaye. aur khat khat khat utre</w:t>
      </w:r>
      <w:r>
        <w:br/>
      </w:r>
      <w:r>
        <w:rPr>
          <w:sz w:val="20"/>
        </w:rPr>
        <w:t>26:33  wo. jab unhone dekha to itna ghabraye wo ke khirki se kood gaye bahar. apne ghar ki khirki se bahar ke bhage. aur hua kya hai ke gir ke un ka paon toot gaya.</w:t>
      </w:r>
      <w:r>
        <w:br/>
      </w:r>
      <w:r>
        <w:rPr>
          <w:sz w:val="20"/>
        </w:rPr>
        <w:t>26:46  aur wo bistar par pade hue the. to unhone kaha ke main kya kya Dream le kar aaya tha America. ab dekh rahe hain aap, main bistar par pada hua hoon. is ke mani ke jo Desire aap ki hain, wo Desire jo hai Fulfill nahi hoti.</w:t>
      </w:r>
      <w:r>
        <w:br/>
      </w:r>
      <w:r>
        <w:rPr>
          <w:sz w:val="20"/>
        </w:rPr>
        <w:t>27:03  to yeh Desire jo hai, un ka aik jora chahiye. un ka aik Pair chahiye. jahan poori tarah Fulfillment miley aap ko. ke woh kahan hai?</w:t>
      </w:r>
      <w:r>
        <w:br/>
      </w:r>
      <w:r>
        <w:rPr>
          <w:sz w:val="20"/>
        </w:rPr>
        <w:t>27:12  yeh aik Clue hai. aik Clue hai jo batata hai ke kahin na kahin is ka Pair hona chahiye. kahin na kahin is ka Pair hona chahiye jahan aap ki Desire ko Fulfillment miley.</w:t>
      </w:r>
      <w:r>
        <w:br/>
      </w:r>
      <w:r>
        <w:rPr>
          <w:sz w:val="20"/>
        </w:rPr>
        <w:t>27:26  Complete Sense mein.</w:t>
      </w:r>
    </w:p>
    <w:p>
      <w:pPr>
        <w:pStyle w:val="Heading2"/>
      </w:pPr>
      <w:r>
        <w:t>Technology as divine blessing for gratitude</w:t>
      </w:r>
    </w:p>
    <w:p>
      <w:r>
        <w:rPr>
          <w:color w:val="666666"/>
          <w:sz w:val="18"/>
        </w:rPr>
        <w:t>Between Hell And Paradise Jan 27, 2013 - Maulana Wahiduddin Khan · 4m 25s · at 37:55 · https://youtu.be/ZsC5AXf1iKM?t=2275</w:t>
      </w:r>
    </w:p>
    <w:p>
      <w:r>
        <w:rPr>
          <w:i/>
        </w:rPr>
        <w:t>“Jaise main soch raha tha ke yeh technology.”</w:t>
      </w:r>
    </w:p>
    <w:p>
      <w:r>
        <w:rPr>
          <w:sz w:val="20"/>
        </w:rPr>
        <w:t>37:55  har lamha jari rahe, har lamha jari rahe. jaise mein soch raha tha ke yeh technology jo hai, yeh technology jis ki wajah se yeh possible hua hai ke mein yahan bol raha hoon toh duniya mein kahan kahan log sun rahe hain.</w:t>
      </w:r>
      <w:r>
        <w:br/>
      </w:r>
      <w:r>
        <w:rPr>
          <w:sz w:val="20"/>
        </w:rPr>
        <w:t>38:12  woh recording us ko ho rahi hai, video recording, audio recording. kaisi ajeeb technology hai. pehle zamaney mein badshahon ke bhi ke liye possible nahi thi yeh.</w:t>
      </w:r>
      <w:r>
        <w:br/>
      </w:r>
      <w:r>
        <w:rPr>
          <w:sz w:val="20"/>
        </w:rPr>
        <w:t>38:28  yeh technology kahan develop hui? west mein develop hui. yeh sui se le kar hawai jahaz tak sab inhi logon ne toh banaya hai.</w:t>
      </w:r>
      <w:r>
        <w:br/>
      </w:r>
      <w:r>
        <w:rPr>
          <w:sz w:val="20"/>
        </w:rPr>
        <w:t>38:40  to mein aaj soch raha tha, quran ki aik aayat mujhe yaad aayi ke hazrat nooh jab kashti bana rahe the, hazrat nooh jab kashti bana rahe the,</w:t>
      </w:r>
      <w:r>
        <w:br/>
      </w:r>
      <w:r>
        <w:rPr>
          <w:sz w:val="20"/>
        </w:rPr>
        <w:t>38:54  aaj se chaar hazar saal pehle jab dunya mein civilization nahi thi, kuch bhi nahi tha. to kuch logon ka khayal hai ke hazrat nooh ki kashti pehli kashti thi.</w:t>
      </w:r>
      <w:r>
        <w:br/>
      </w:r>
      <w:r>
        <w:rPr>
          <w:sz w:val="20"/>
        </w:rPr>
        <w:t>39:09  to pehli kashti kaise bana paye woh? aap internet par check kijiye to aik aik yeh yani kuch logon ki research yeh hai ke woh pehli kashti thi.</w:t>
      </w:r>
      <w:r>
        <w:br/>
      </w:r>
      <w:r>
        <w:rPr>
          <w:sz w:val="20"/>
        </w:rPr>
        <w:t>39:23  is se pehle insan kashti banana janta nahi tha.</w:t>
      </w:r>
      <w:r>
        <w:br/>
      </w:r>
      <w:r>
        <w:rPr>
          <w:sz w:val="20"/>
        </w:rPr>
        <w:t>39:30  to kaise aisa mumkin hua? to quran mein hai ke "first oil fill ka bay</w:t>
      </w:r>
      <w:r>
        <w:br/>
      </w:r>
      <w:r>
        <w:rPr>
          <w:sz w:val="20"/>
        </w:rPr>
        <w:t>39:39  bay bay keh</w:t>
      </w:r>
      <w:r>
        <w:br/>
      </w:r>
      <w:r>
        <w:rPr>
          <w:sz w:val="20"/>
        </w:rPr>
        <w:t>39:43  kashtiyan banao hamari aankhon ke samne aur hamari wahi ke mutabiq". "first oil fill ka bay is mani ke woh kashti jo banai thi hazrat nooh ne, woh allah ke farishton ki madad se banai thi.</w:t>
      </w:r>
      <w:r>
        <w:br/>
      </w:r>
      <w:r>
        <w:rPr>
          <w:sz w:val="20"/>
        </w:rPr>
        <w:t>40:04  yani allah ke farishton ne jo batai thi woh technique ke is tarah banao, is tarah banao. to maine socha ke yeh jo west mein jo tarqqiyan hui hain, yeh kaise unhon ne socha ke hum is tarah karein to matter move karne lagega,</w:t>
      </w:r>
      <w:r>
        <w:br/>
      </w:r>
      <w:r>
        <w:rPr>
          <w:sz w:val="20"/>
        </w:rPr>
        <w:t>40:22  matter urega hawa mein, car banengi, hawa jahaz banenge. is tarah karein to photography ho jayegi. is tarah karein to awaz hamari dunya mein pohnch pohnch payegi</w:t>
      </w:r>
      <w:r>
        <w:br/>
      </w:r>
      <w:r>
        <w:rPr>
          <w:sz w:val="20"/>
        </w:rPr>
        <w:t>40:34  . yeh technology unhon ne discover kaise ki?</w:t>
      </w:r>
      <w:r>
        <w:br/>
      </w:r>
      <w:r>
        <w:rPr>
          <w:sz w:val="20"/>
        </w:rPr>
        <w:t>40:40  yeh kaise discover ki? khud mere bachpan mein mujhe yaad hai kitna crot cheezein hawa karti theen. bohat hi crot cheezein.</w:t>
      </w:r>
      <w:r>
        <w:br/>
      </w:r>
      <w:r>
        <w:rPr>
          <w:sz w:val="20"/>
        </w:rPr>
        <w:t>40:53  to yeh bilashuba yahan bhi wahi waqea hua hai ke allah ne dekha ke insan jo hai, bari bari blessing jo hai, jo potentially maujood hai lekin is se insan ko daryaft nahi kar saka.</w:t>
      </w:r>
      <w:r>
        <w:br/>
      </w:r>
      <w:r>
        <w:rPr>
          <w:sz w:val="20"/>
        </w:rPr>
        <w:t>41:11  na peghambaron ke zamane mein, na sahaba ke zamane mein, na muslim vampire ke zamane mein. woh is ki discovery nahi hui.</w:t>
      </w:r>
      <w:r>
        <w:br/>
      </w:r>
      <w:r>
        <w:rPr>
          <w:sz w:val="20"/>
        </w:rPr>
        <w:t>41:21  aik lambi muddat guzri hai peghambaron ke daur ki, phir guzri hai sahaba ke daur ki, phir guzri hai tabeen, tabe tabeen ke daur ki, phir guzri hai muslim vampire ke daur ki.</w:t>
      </w:r>
      <w:r>
        <w:br/>
      </w:r>
      <w:r>
        <w:rPr>
          <w:sz w:val="20"/>
        </w:rPr>
        <w:t>41:35  lekin yeh sab tarqqiyan nature mein chupi hui theen.</w:t>
      </w:r>
      <w:r>
        <w:br/>
      </w:r>
      <w:r>
        <w:rPr>
          <w:sz w:val="20"/>
        </w:rPr>
        <w:t>41:41  yani aisa glass bhi maujood nahi tha kyunke pathar ko shishe mein badalne ka fun nahi janta tha insan.</w:t>
      </w:r>
      <w:r>
        <w:br/>
      </w:r>
      <w:r>
        <w:rPr>
          <w:sz w:val="20"/>
        </w:rPr>
        <w:t>41:51  aur yeh technology, yeh communication, yeh sari cheezein jo hain, sui se le kar hawa jahaz tak, yeh sab kuch nature mein chupa hua tha.</w:t>
      </w:r>
      <w:r>
        <w:br/>
      </w:r>
      <w:r>
        <w:rPr>
          <w:sz w:val="20"/>
        </w:rPr>
        <w:t>42:04  to allah ko matloob hua ke insan bare shukr ke bare item ko jaane. shukr ke bare bare item jo hain, is ko jaane insan taake shukr azeem kar sake.</w:t>
      </w:r>
    </w:p>
    <w:p>
      <w:pPr>
        <w:pStyle w:val="Heading2"/>
      </w:pPr>
      <w:r>
        <w:t>if crime goes unpunished why did God make world</w:t>
      </w:r>
    </w:p>
    <w:p>
      <w:r>
        <w:rPr>
          <w:color w:val="666666"/>
          <w:sz w:val="18"/>
        </w:rPr>
        <w:t>Doomsday is Coming November 24, 2013 · 4m 26s · at 9:44 · https://youtu.be/rixrzrrK-cE?t=584</w:t>
      </w:r>
    </w:p>
    <w:p>
      <w:r>
        <w:rPr>
          <w:i/>
        </w:rPr>
        <w:t>“Duniya jara se bhar gayi, phir Allah ne duniya kyun banayi?”</w:t>
      </w:r>
    </w:p>
    <w:p>
      <w:r>
        <w:rPr>
          <w:sz w:val="20"/>
        </w:rPr>
        <w:t>9:44  phir mujhe is par sochte hue nazar aaya ke jab dunya ka mamla yeh hai ke yahan jaraim ho rahe hain aur saza nahi paate mujrim, to to Allah ne dunya kyun banayi?</w:t>
      </w:r>
      <w:r>
        <w:br/>
      </w:r>
      <w:r>
        <w:rPr>
          <w:sz w:val="20"/>
        </w:rPr>
        <w:t>9:57  yani jaraim se bhar gayi hai dunya. masla sirf sexual harassment ka nahi hai. jaraim ki had yeh hai ke sara samandar jo hai, pollute ho gaya, fiza mein pollution chha gaya.</w:t>
      </w:r>
      <w:r>
        <w:br/>
      </w:r>
      <w:r>
        <w:rPr>
          <w:sz w:val="20"/>
        </w:rPr>
        <w:t>10:13  tarah tarah ke problem, ecological problem, tarah tarah ke problem, woh sab bhi jaraim hain. woh bhi to crime hain, lekin koi pakar is par nahi.</w:t>
      </w:r>
      <w:r>
        <w:br/>
      </w:r>
      <w:r>
        <w:rPr>
          <w:sz w:val="20"/>
        </w:rPr>
        <w:t>10:25  is par law bante hain, conferences hoti hain, statements diye jate hain, lekin koi is par rok nahi.</w:t>
      </w:r>
      <w:r>
        <w:br/>
      </w:r>
      <w:r>
        <w:rPr>
          <w:sz w:val="20"/>
        </w:rPr>
        <w:t>10:35  to mein ne socha ke dunya Allah ne banayi, isi liye kya crime ho aur saza na ho? kaisi ajeeb baat hai.</w:t>
      </w:r>
      <w:r>
        <w:br/>
      </w:r>
      <w:r>
        <w:rPr>
          <w:sz w:val="20"/>
        </w:rPr>
        <w:t>10:44  tab mujhe yaad aaya ke teen hazar saal pehle Hazrat Musa علیہ السلام jab gaye thay Firon ke darbar mein, to woh baat unho ne kahi thi jo sari nabbi kehte aaye hain.</w:t>
      </w:r>
      <w:r>
        <w:br/>
      </w:r>
      <w:r>
        <w:rPr>
          <w:sz w:val="20"/>
        </w:rPr>
        <w:t>10:57  kyunke woh recorded hai, is liye arz kar raha hoon ke Musa se poocha Firon ne ke aap kya tumhara bhi sajde?</w:t>
      </w:r>
      <w:r>
        <w:br/>
      </w:r>
      <w:r>
        <w:rPr>
          <w:sz w:val="20"/>
        </w:rPr>
        <w:t>11:06  to unhon ne bataya ke Allah taala ka kalam bataya unhon ne ke Allah taala ne yeh duniya jo banai hai, to free nahi chhod diya hai.</w:t>
      </w:r>
      <w:r>
        <w:br/>
      </w:r>
      <w:r>
        <w:rPr>
          <w:sz w:val="20"/>
        </w:rPr>
        <w:t>11:17  ek din aane wala hai jab is jab is ko logon ko saza di jaye. to is mein Surah Taha mein yeh alfaaz hain ke Allah taala ne farmaya ke إن الساعة أقاد أخفيها لتجزأ كل نفس بما اتسع</w:t>
      </w:r>
      <w:r>
        <w:br/>
      </w:r>
      <w:r>
        <w:rPr>
          <w:sz w:val="20"/>
        </w:rPr>
        <w:t>11:35  yeh Allah taala ka kalam naqal hua hai Quran Majeed mein Surah Taha mein إن الساعة أقاد أخفيها لتجزأ كل نفس بما اتسع yani sa'at aane wali hai, qayamat aane wali hai,</w:t>
      </w:r>
      <w:r>
        <w:br/>
      </w:r>
      <w:r>
        <w:rPr>
          <w:sz w:val="20"/>
        </w:rPr>
        <w:t>11:52  qayamat aane wali hai. maine is ko chhipa rakha hai taake logon ko un ke amal ka badla diya jaye.</w:t>
      </w:r>
      <w:r>
        <w:br/>
      </w:r>
      <w:r>
        <w:rPr>
          <w:sz w:val="20"/>
        </w:rPr>
        <w:t>12:01  to sara Quran is se bhara hua hai ke ek waqt aane wala hai jab ke Allah zahir hoga, farishte zahir honge, aur logon ko un ke amal ka</w:t>
      </w:r>
      <w:r>
        <w:br/>
      </w:r>
      <w:r>
        <w:rPr>
          <w:sz w:val="20"/>
        </w:rPr>
        <w:t>12:14  badla ya saza di jayegi. pehli ayat mein aap jante hain, pehli Surah mein yeh baat hai ke Malik-e-Yumiddin Allah Yauam-e-Jaza ka malik hai.</w:t>
      </w:r>
      <w:r>
        <w:br/>
      </w:r>
      <w:r>
        <w:rPr>
          <w:sz w:val="20"/>
        </w:rPr>
        <w:t>12:26  to aakhir kabhi to hoga jab</w:t>
      </w:r>
      <w:r>
        <w:br/>
      </w:r>
      <w:r>
        <w:rPr>
          <w:sz w:val="20"/>
        </w:rPr>
        <w:t>12:29  duniya bhar gayi crime se aur saza nahi ho rahi hai, to kab hoga aakhir? kab hoga? woh to hona chahiye. to aisa laga mujhe ke duniya ke jo halaat hain ke duniya mein beshumar juraim ho rahe</w:t>
      </w:r>
      <w:r>
        <w:br/>
      </w:r>
      <w:r>
        <w:rPr>
          <w:sz w:val="20"/>
        </w:rPr>
        <w:t>12:47  hain, yahan tak ke duniya ko is qabil bana diya gaya hai ke aadmi is mein saans lene ke liye oxygen nahi, pani peene ke liye pollution ke sara samandar pollution se bhar gaya hai.</w:t>
      </w:r>
      <w:r>
        <w:br/>
      </w:r>
      <w:r>
        <w:rPr>
          <w:sz w:val="20"/>
        </w:rPr>
        <w:t>13:02  har cheez mein insaan ne pollution daal diya hai, har cheez polluted milti hai duniya mein, aaj ki duniya mein. woh bhi to crime hai.</w:t>
      </w:r>
      <w:r>
        <w:br/>
      </w:r>
      <w:r>
        <w:rPr>
          <w:sz w:val="20"/>
        </w:rPr>
        <w:t>13:13  to shakhsi crime se le kar international crime tak sab bhara hua hai. aur woh woh ayat jo Quran Majeed ki hai, woh aaj ke halaat mein saadiq ho rahi hai ke زَهَرَ الْفَسَادُ فِي الْبَرِّ وَالْبَحْرِ بِمَا كَسَبَتْ أَيْدِي النَّاسِ Quran ki yeh ayat hai زَهَرَ الْفَسَادُ فِي الْبَرِّ وَالْبَحْرِ بِمَا كَسَبَتْ أَيْدِي النَّاسِ</w:t>
      </w:r>
      <w:r>
        <w:br/>
      </w:r>
      <w:r>
        <w:rPr>
          <w:sz w:val="20"/>
        </w:rPr>
        <w:t>13:38  yani khushki aur tari mein, khushki mein aur samandar mein fasad aa gaya, har taraf fasaad hi fasaad ho gaya insaanon ke amal ki wajah se, insaanon ke misuse of freedom ki wajah se.</w:t>
      </w:r>
      <w:r>
        <w:br/>
      </w:r>
      <w:r>
        <w:rPr>
          <w:sz w:val="20"/>
        </w:rPr>
        <w:t>13:52  aur is liye ke insaan jurm karta hai aur saza nahi hoti us ki, to log dheeth bane hue hain, logon ko koi rok nahi, koi rokne wala nahi hai un ko.</w:t>
      </w:r>
      <w:r>
        <w:br/>
      </w:r>
      <w:r>
        <w:rPr>
          <w:sz w:val="20"/>
        </w:rPr>
        <w:t>14:03  to woh waqt aa gaya hai.</w:t>
      </w:r>
    </w:p>
    <w:p>
      <w:pPr>
        <w:pStyle w:val="Heading2"/>
      </w:pPr>
      <w:r>
        <w:t>Tolerance unlimited practical lesser evil</w:t>
      </w:r>
    </w:p>
    <w:p>
      <w:r>
        <w:rPr>
          <w:color w:val="666666"/>
          <w:sz w:val="18"/>
        </w:rPr>
        <w:t>Q&amp;A · 3m 59s · at 24:16 · https://youtu.be/W2DKBK6QYTY?t=1456</w:t>
      </w:r>
    </w:p>
    <w:p>
      <w:r>
        <w:rPr>
          <w:i/>
        </w:rPr>
        <w:t>“Yeh bada, yeh question bahut poocha jaata hai.”</w:t>
      </w:r>
    </w:p>
    <w:p>
      <w:r>
        <w:rPr>
          <w:sz w:val="20"/>
        </w:rPr>
        <w:t>24:16  yeh bara, yeh question bohat poocha jata hai. dekhiye, log asal mein</w:t>
      </w:r>
      <w:r>
        <w:br/>
      </w:r>
      <w:r>
        <w:rPr>
          <w:sz w:val="20"/>
        </w:rPr>
        <w:t>24:25  problem kya hai? log jeete hain idealism mein. yaani Socrates se le kar ab tak har aadmi ideal situation dekhna chahta hai.</w:t>
      </w:r>
      <w:r>
        <w:br/>
      </w:r>
      <w:r>
        <w:rPr>
          <w:sz w:val="20"/>
        </w:rPr>
        <w:t>24:39  to woh samajhta hai ke hum agar tolerance karein to kab tak tolerance karein?</w:t>
      </w:r>
      <w:r>
        <w:br/>
      </w:r>
      <w:r>
        <w:rPr>
          <w:sz w:val="20"/>
        </w:rPr>
        <w:t>24:46  woh idealism ke khilaf nazar aata hai is ko. lekin aap ko yahan par practical banna parhe ga. dekhiye, tolerance jo hai, woh ek practical formula hai, ideal formula nahi hai.</w:t>
      </w:r>
      <w:r>
        <w:br/>
      </w:r>
      <w:r>
        <w:rPr>
          <w:sz w:val="20"/>
        </w:rPr>
        <w:t>24:58  yaad rakhiye, is ko dimagh se nikaal dena chahiye ke tolerance jo hai, koi ideal formula hai. woh hai practical formula.</w:t>
      </w:r>
      <w:r>
        <w:br/>
      </w:r>
      <w:r>
        <w:rPr>
          <w:sz w:val="20"/>
        </w:rPr>
        <w:t>25:09  yaani</w:t>
      </w:r>
      <w:r>
        <w:br/>
      </w:r>
      <w:r>
        <w:rPr>
          <w:sz w:val="20"/>
        </w:rPr>
        <w:t>25:13  hamare paas koi doosra alternative nahi hota hai. sometimes jaise ke hum yahan par baithe hue hain, ab agar road par carain daur rahi hain, woh horn baja rahi hain to hum kya karein ge?</w:t>
      </w:r>
      <w:r>
        <w:br/>
      </w:r>
      <w:r>
        <w:rPr>
          <w:sz w:val="20"/>
        </w:rPr>
        <w:t>25:26  in caron se lar nahi sakte hum. to hum tolerate karein ge. to yeh idealism nahi hai, yeh yeh pragmatism hai.</w:t>
      </w:r>
      <w:r>
        <w:br/>
      </w:r>
      <w:r>
        <w:rPr>
          <w:sz w:val="20"/>
        </w:rPr>
        <w:t>25:39  to tolerance ke formula ka matlab yeh nahi hai ke woh aap ko ideal situation milti hai, is se nahi. mein kehta hoon ke aap tolerate na karein to karein kya?</w:t>
      </w:r>
      <w:r>
        <w:br/>
      </w:r>
      <w:r>
        <w:rPr>
          <w:sz w:val="20"/>
        </w:rPr>
        <w:t>25:51  kya aap apni jaan dein ge? apne ko destroy karein ge?</w:t>
      </w:r>
      <w:r>
        <w:br/>
      </w:r>
      <w:r>
        <w:rPr>
          <w:sz w:val="20"/>
        </w:rPr>
        <w:t>25:57  industries jo hain, woh professional phaila rahi hain. C ke baray mein, C jo itna zyada pak pani hua karta tha, wahan 95 feesad samundaron ka pani jo hai, pollute ho chuka hai.</w:t>
      </w:r>
      <w:r>
        <w:br/>
      </w:r>
      <w:r>
        <w:rPr>
          <w:sz w:val="20"/>
        </w:rPr>
        <w:t>26:10  kya karein ge aap? kya aap jaan dein ge apni?</w:t>
      </w:r>
      <w:r>
        <w:br/>
      </w:r>
      <w:r>
        <w:rPr>
          <w:sz w:val="20"/>
        </w:rPr>
        <w:t>26:16  to toleration jo hai, woh is liye hamein karna parta hai ke is ke siwa koi hamare paas in term result, hamare paas koi koi alternative nahi hai.</w:t>
      </w:r>
      <w:r>
        <w:br/>
      </w:r>
      <w:r>
        <w:rPr>
          <w:sz w:val="20"/>
        </w:rPr>
        <w:t>26:27  aksar log yeh nahi soch paate ke hamein result ko dekhna chahiye kisi action se pehle. result ko dekhna chahiye. jaise farz kijiye ke mein road par ja raha hoon, takrao mein takra gaya kisi sawari se.</w:t>
      </w:r>
      <w:r>
        <w:br/>
      </w:r>
      <w:r>
        <w:rPr>
          <w:sz w:val="20"/>
        </w:rPr>
        <w:t>26:44  to ab mere paas kya hai?</w:t>
      </w:r>
      <w:r>
        <w:br/>
      </w:r>
      <w:r>
        <w:rPr>
          <w:sz w:val="20"/>
        </w:rPr>
        <w:t>26:46  tolerate karna hai. kyunke ab mein laroon is aadmi se to police aaye gi. police aaye gi to pakar ke thanay le jaye gi. thanay le jaye gi to phir case chalega. to yaad rakhiye, duniya mein option hamein greater evil ke muqable mein lesser evil ka hai.</w:t>
      </w:r>
      <w:r>
        <w:br/>
      </w:r>
      <w:r>
        <w:rPr>
          <w:sz w:val="20"/>
        </w:rPr>
        <w:t>27:03  tolerance jo hai, woh lesser evil hai.</w:t>
      </w:r>
      <w:r>
        <w:br/>
      </w:r>
      <w:r>
        <w:rPr>
          <w:sz w:val="20"/>
        </w:rPr>
        <w:t>27:07  tolerance lesser evil hai is liye ke hum greater evil se apne ko bacha sakein. ek point yeh hai. doosra point yeh hai ke yeh distraction hai.</w:t>
      </w:r>
      <w:r>
        <w:br/>
      </w:r>
      <w:r>
        <w:rPr>
          <w:sz w:val="20"/>
        </w:rPr>
        <w:t>27:18  in tolerance jo hai, woh distraction hai. har waqt duniya mein tarah tarah ke provocation hain. har waqt. to agar aap tolerate na karein to kya hoga?</w:t>
      </w:r>
      <w:r>
        <w:br/>
      </w:r>
      <w:r>
        <w:rPr>
          <w:sz w:val="20"/>
        </w:rPr>
        <w:t>27:28  aap district honge. district honge to kya hoga? soch ka process ruk jayega. intellectual process jo hai, ruk jayega aap ka.</w:t>
      </w:r>
      <w:r>
        <w:br/>
      </w:r>
      <w:r>
        <w:rPr>
          <w:sz w:val="20"/>
        </w:rPr>
        <w:t>27:38  to apne aap ko distraction se bachane ke liye hamein aisa karna padta hai taake intellectual process jo hai, woh chalta rahe, chalta rahe, chalta rahe.</w:t>
      </w:r>
      <w:r>
        <w:br/>
      </w:r>
      <w:r>
        <w:rPr>
          <w:sz w:val="20"/>
        </w:rPr>
        <w:t>27:49  is liye main yeh kahunga ke yeh greater evil se bachne ke liye lesser evil ka mamla hai. is liye is ko unlimited tor par tolerate karna hai. hamein koi is ki limit nahi hai.</w:t>
      </w:r>
      <w:r>
        <w:br/>
      </w:r>
      <w:r>
        <w:rPr>
          <w:sz w:val="20"/>
        </w:rPr>
        <w:t>28:00  unlimited tor par.</w:t>
      </w:r>
      <w:r>
        <w:br/>
      </w:r>
      <w:r>
        <w:rPr>
          <w:sz w:val="20"/>
        </w:rPr>
        <w:t>28:02  mere nazdeek tolerance ki koi limit nahi hai. har haal mein, har situation mein hamein tolerate karna hai. kyunke doosra jo alternative is ka hai, woh greater evil hai.</w:t>
      </w:r>
    </w:p>
    <w:p>
      <w:pPr>
        <w:pStyle w:val="Heading2"/>
      </w:pPr>
      <w:r>
        <w:t>Why God created the universe: the hidden treasure hadith</w:t>
      </w:r>
    </w:p>
    <w:p>
      <w:r>
        <w:rPr>
          <w:color w:val="666666"/>
          <w:sz w:val="18"/>
        </w:rPr>
        <w:t>Religious Extremism and Rational Extremism November 27, 2005 Maulana Wahiduddin Khan · 3m 37s · at 1:30:29 · https://youtu.be/o-EF-I_SE_M?t=5429</w:t>
      </w:r>
    </w:p>
    <w:p>
      <w:r>
        <w:rPr>
          <w:i/>
        </w:rPr>
        <w:t>“Creation plan samajhne ke baad ek sawal aur aata hai zehen mein”</w:t>
      </w:r>
    </w:p>
    <w:p>
      <w:r>
        <w:rPr>
          <w:sz w:val="20"/>
        </w:rPr>
        <w:t>1:30:29  uh creation plan of God aur yeh sari cheezein samajhne ke baad ek sawal aur aata hai dimagh mein ke: "why did God in the first place think of creation?" why did he create the entire universe?</w:t>
      </w:r>
      <w:r>
        <w:br/>
      </w:r>
      <w:r>
        <w:rPr>
          <w:sz w:val="20"/>
        </w:rPr>
        <w:t>1:30:44  he created man for certain reasons, these are secondary things, but why the entire creation as a thought in his mind? is ka jawab jo hai, bahut achha ek hadith mein hai.</w:t>
      </w:r>
      <w:r>
        <w:br/>
      </w:r>
      <w:r>
        <w:rPr>
          <w:sz w:val="20"/>
        </w:rPr>
        <w:t>1:30:57  agarche woh log kehte hain ke hadith nahi hai, agar hadith na bhi ho. kisi عارف ka qaul ho, kisi sufi ka qaul ho, yeh hadith qudsi ki zaban mein hai.</w:t>
      </w:r>
      <w:r>
        <w:br/>
      </w:r>
      <w:r>
        <w:rPr>
          <w:sz w:val="20"/>
        </w:rPr>
        <w:t>1:31:12  to ya to rasool hadith qudsi ho ya kisi عارف ka qaul ho.</w:t>
      </w:r>
      <w:r>
        <w:br/>
      </w:r>
      <w:r>
        <w:rPr>
          <w:sz w:val="20"/>
        </w:rPr>
        <w:t>1:31:18  lekin woh mein ne dekha hai, bohat hi acha us isi mein is ka jawab milta hai. woh yeh hai ke Allah taala ne farmaya ke: "kuntu kanzam makhfiya fa aradtu an urifahu fa khalaqtu al khalq".</w:t>
      </w:r>
      <w:r>
        <w:br/>
      </w:r>
      <w:r>
        <w:rPr>
          <w:sz w:val="20"/>
        </w:rPr>
        <w:t>1:31:40  "kuntu kanzam makhfiya fa aradtu an urifahu fa khalaqtu al khalq".</w:t>
      </w:r>
      <w:r>
        <w:br/>
      </w:r>
      <w:r>
        <w:rPr>
          <w:sz w:val="20"/>
        </w:rPr>
        <w:t>1:31:45  mein aik chupa hua khazana tha, yani i was a hidden treasure, then i wanted to be known,</w:t>
      </w:r>
      <w:r>
        <w:br/>
      </w:r>
      <w:r>
        <w:rPr>
          <w:sz w:val="20"/>
        </w:rPr>
        <w:t>1:31:59  so i created man. to is ko sochte hue meri samajh mein baat aati hai ke dunya mein insan ko chhod ke jitni bhi cheezein hain, un mein yeh faculty nahi hai ke kisi cheez ko discover karein.</w:t>
      </w:r>
      <w:r>
        <w:br/>
      </w:r>
      <w:r>
        <w:rPr>
          <w:sz w:val="20"/>
        </w:rPr>
        <w:t>1:32:13  wo matlab sher ya hathi, kisi ko discover nahi kar sakte. apni instinct pe chalte hain, woh ya solar system aur galaxy, kisi ko discover nahi kar sakte.</w:t>
      </w:r>
      <w:r>
        <w:br/>
      </w:r>
      <w:r>
        <w:rPr>
          <w:sz w:val="20"/>
        </w:rPr>
        <w:t>1:32:25  yeh yeh jo yeh jo hai, jis ko kehte hain conceptual thought ya thinking, yeh sirf insan ke andar hai.</w:t>
      </w:r>
      <w:r>
        <w:br/>
      </w:r>
      <w:r>
        <w:rPr>
          <w:sz w:val="20"/>
        </w:rPr>
        <w:t>1:32:35  to aik aisi aap jante hain ke universe bohat bari hai, bohat bari hai, bohat bari hai, lekin kisi mein bhi yeh power nahi hai, yeh yeh yeh yeh yeh sifat nahi hai ke woh kisi cheez ko soche, soch kar ke kuch realize kare, kuch discover kare.</w:t>
      </w:r>
      <w:r>
        <w:br/>
      </w:r>
      <w:r>
        <w:rPr>
          <w:sz w:val="20"/>
        </w:rPr>
        <w:t>1:32:54  to Khuda ko aik aisi makhlooq darkar thi jo apni soch se Khuda ke bare mein marifat tak pahunche. apni soch se yeh bohat bari baat hai ke is universe mein aik aisa insan ho jo yeh keh sake ke Khuda hai, mein ne tujh ko daryaft kiya.</w:t>
      </w:r>
      <w:r>
        <w:br/>
      </w:r>
      <w:r>
        <w:rPr>
          <w:sz w:val="20"/>
        </w:rPr>
        <w:t>1:33:14  agarche mein ne tujh ko apni aankhon se nahi dekha, yeh kon keh sakta hai? koi suraj nahi keh sakta, koi galaxy nahi keh sakti, koi sher aur hathi nahi keh sakta.</w:t>
      </w:r>
      <w:r>
        <w:br/>
      </w:r>
      <w:r>
        <w:rPr>
          <w:sz w:val="20"/>
        </w:rPr>
        <w:t>1:33:25  yeh sirf insan ki sifat hai ke yeh zameen par khada ho kar yeh kehta hai ke Khuda ya, mein ne tujh ko daryaft kiya. Khuda ya, tu meri discovery hai.</w:t>
      </w:r>
      <w:r>
        <w:br/>
      </w:r>
      <w:r>
        <w:rPr>
          <w:sz w:val="20"/>
        </w:rPr>
        <w:t>1:33:35  agarche mein ne tujh ko dekha nahi, magar mein janta hoon ke tu hai. itni bari baat hai.</w:t>
      </w:r>
      <w:r>
        <w:br/>
      </w:r>
      <w:r>
        <w:rPr>
          <w:sz w:val="20"/>
        </w:rPr>
        <w:t>1:33:41  puri universe ka weight aik taraf, is ka weight aik taraf. to Khuda ne chaha ke aik aisi insan, aik aisi makhlooq banaye jo bazariya marifat Khuda ko paye,</w:t>
      </w:r>
      <w:r>
        <w:br/>
      </w:r>
      <w:r>
        <w:rPr>
          <w:sz w:val="20"/>
        </w:rPr>
        <w:t>1:33:54  yani discovery ke zariye Khuda ko jaane, apni apni aql ko istemal kar ke, apni reason ko istemal kar ke, apne apne thinking ka jo power hai, us ko istemal kar ke woh jaane.</w:t>
      </w:r>
    </w:p>
    <w:p>
      <w:pPr>
        <w:pStyle w:val="Heading2"/>
      </w:pPr>
      <w:r>
        <w:t>Patience, tolerance and self-reform</w:t>
      </w:r>
    </w:p>
    <w:p>
      <w:r>
        <w:rPr>
          <w:color w:val="666666"/>
          <w:sz w:val="18"/>
        </w:rPr>
        <w:t>Islam and Spirituality (In Conversation with Maulana) January 06, 2008 · 4m 27s · at 15:57 · https://youtu.be/ZHr9_EkXCm0?t=957</w:t>
      </w:r>
    </w:p>
    <w:p>
      <w:r>
        <w:rPr>
          <w:i/>
        </w:rPr>
        <w:t>“बिगाड़ और बुराइयों में कैसे फंसता है आदमी?”</w:t>
      </w:r>
    </w:p>
    <w:p>
      <w:r>
        <w:rPr>
          <w:sz w:val="20"/>
        </w:rPr>
        <w:t>15:57  this question is from Girish Jawal: "sab prakar ki savdhani rakhne ke baad bhi bigad aur buraiyon mein kaise phansata hai aadmi?</w:t>
      </w:r>
      <w:r>
        <w:br/>
      </w:r>
      <w:r>
        <w:rPr>
          <w:sz w:val="20"/>
        </w:rPr>
        <w:t>16:08  kya dawat dene se pehle apni zindagi mein sudhar lana avashyak nahin hai?"</w:t>
      </w:r>
      <w:r>
        <w:br/>
      </w:r>
      <w:r>
        <w:rPr>
          <w:sz w:val="20"/>
        </w:rPr>
        <w:t>16:16  bhai, dekhiye, is duniya mein to hamein, yaani</w:t>
      </w:r>
      <w:r>
        <w:br/>
      </w:r>
      <w:r>
        <w:rPr>
          <w:sz w:val="20"/>
        </w:rPr>
        <w:t>16:24  humein</w:t>
      </w:r>
      <w:r>
        <w:br/>
      </w:r>
      <w:r>
        <w:rPr>
          <w:sz w:val="20"/>
        </w:rPr>
        <w:t>16:28  sabr ka formula ek formula hai, jisko hum kehte hain hindi mein sahansheelta. sahansheelta ya sabr ya patience jo hai, yeh bilkul hi, yaani zaroori hai.</w:t>
      </w:r>
      <w:r>
        <w:br/>
      </w:r>
      <w:r>
        <w:rPr>
          <w:sz w:val="20"/>
        </w:rPr>
        <w:t>16:46  jahan jitne bhi jhagde idhar-udhar karte</w:t>
      </w:r>
      <w:r>
        <w:br/>
      </w:r>
      <w:r>
        <w:rPr>
          <w:sz w:val="20"/>
        </w:rPr>
        <w:t>16:48  hain, log kyun karte hain? ke woh sahan nahi kar paate, sah nahi paate, toh lad jaate hain, lad jaate hain. jahan bhi dekhein, chahe do group lad rahe hain, do community lad rahi hain,</w:t>
      </w:r>
      <w:r>
        <w:br/>
      </w:r>
      <w:r>
        <w:rPr>
          <w:sz w:val="20"/>
        </w:rPr>
        <w:t>17:01  woh sab isiliye hota hai.</w:t>
      </w:r>
      <w:r>
        <w:br/>
      </w:r>
      <w:r>
        <w:rPr>
          <w:sz w:val="20"/>
        </w:rPr>
        <w:t>17:06  jaise abhi mujhe kuch log mile, toh ek kamal right ho gaya tha. maine kaha, "abhi kyun hua?</w:t>
      </w:r>
      <w:r>
        <w:br/>
      </w:r>
      <w:r>
        <w:rPr>
          <w:sz w:val="20"/>
        </w:rPr>
        <w:t>17:12  " kahe ke hamara jo ibadat ho rahi thi, us waqt wahan par recording ho rahi thi. toh hum gaye ke recording band karo. toh unhone nahi band karenge, toh jhagda hoga, toh ladai hogi. toh phir kaha, "recording kyun band karenge?" woh aap azan ko loudspeaker band nahi karte, woh recording kyun band karein?</w:t>
      </w:r>
      <w:r>
        <w:br/>
      </w:r>
      <w:r>
        <w:rPr>
          <w:sz w:val="20"/>
        </w:rPr>
        <w:t>17:30  agar aapko freedom hai, to unko bhi freedom hai.</w:t>
      </w:r>
      <w:r>
        <w:br/>
      </w:r>
      <w:r>
        <w:rPr>
          <w:sz w:val="20"/>
        </w:rPr>
        <w:t>17:34  yaani aap yeh nahi karte ke masjid mein jo loudspeaker laga rakha hai aapne, aur zor-zor se azaan</w:t>
      </w:r>
      <w:r>
        <w:br/>
      </w:r>
      <w:r>
        <w:rPr>
          <w:sz w:val="20"/>
        </w:rPr>
        <w:t>17:39  phaila rahe hain loudspeaker par, jo kabhi rasoolullah ke zamane mein thi nahi.</w:t>
      </w:r>
      <w:r>
        <w:br/>
      </w:r>
      <w:r>
        <w:rPr>
          <w:sz w:val="20"/>
        </w:rPr>
        <w:t>17:44  usko to aap samajhte hain ke mujhe right hai ke main loudspeaker par azaan doon.</w:t>
      </w:r>
      <w:r>
        <w:br/>
      </w:r>
      <w:r>
        <w:rPr>
          <w:sz w:val="20"/>
        </w:rPr>
        <w:t>17:49  unhein bhi right hai ke woh apna bhajan kirtan karein loudspeaker par.</w:t>
      </w:r>
      <w:r>
        <w:br/>
      </w:r>
      <w:r>
        <w:rPr>
          <w:sz w:val="20"/>
        </w:rPr>
        <w:t>17:52  unhein karne dijiye.</w:t>
      </w:r>
      <w:r>
        <w:br/>
      </w:r>
      <w:r>
        <w:rPr>
          <w:sz w:val="20"/>
        </w:rPr>
        <w:t>17:55  ab isi mein ladai ho gayi.</w:t>
      </w:r>
      <w:r>
        <w:br/>
      </w:r>
      <w:r>
        <w:rPr>
          <w:sz w:val="20"/>
        </w:rPr>
        <w:t>17:59  to khud to hum chahte hain ke hamein azadi ho, aur doosre log chahte hain ke usko azadi</w:t>
      </w:r>
      <w:r>
        <w:br/>
      </w:r>
      <w:r>
        <w:rPr>
          <w:sz w:val="20"/>
        </w:rPr>
        <w:t>18:03  na mile. aisa chalne wala hai hi nahin.</w:t>
      </w:r>
      <w:r>
        <w:br/>
      </w:r>
      <w:r>
        <w:rPr>
          <w:sz w:val="20"/>
        </w:rPr>
        <w:t>18:07  jitne bhi jhagde hain, uske peeche kya hai</w:t>
      </w:r>
      <w:r>
        <w:br/>
      </w:r>
      <w:r>
        <w:rPr>
          <w:sz w:val="20"/>
        </w:rPr>
        <w:t>18:09  ? sahansheelta nahi, avoidance nahi hai. log chahte hain ke bas main jo chahoon, woh ho. phir tum jo chaho, woh toh doosra bhi toh kuch chahta hai, doosra bhi toh kuch chahta hai. adjust karna padega humein,</w:t>
      </w:r>
      <w:r>
        <w:br/>
      </w:r>
      <w:r>
        <w:rPr>
          <w:sz w:val="20"/>
        </w:rPr>
        <w:t>18:29  adjust karna padega. toh baharhal, mera manna yahi hai ke bagair sabr ke aur sahansheelta ke kabhi bhi shanti nahi aa sakti hai, na ghar mein, na samaj mein,</w:t>
      </w:r>
      <w:r>
        <w:br/>
      </w:r>
      <w:r>
        <w:rPr>
          <w:sz w:val="20"/>
        </w:rPr>
        <w:t>18:45  aur na kahin. hum agar yeh chahe ke hum toh jo chahe karein, doosra jo chahe, woh na kare, toh aisa kabhi hone wala nahi hai. doosra bhi karega, toh aap usko ignore kijiye, usko avoid kijiye. mera formula toh yahi hai.</w:t>
      </w:r>
      <w:r>
        <w:br/>
      </w:r>
      <w:r>
        <w:rPr>
          <w:sz w:val="20"/>
        </w:rPr>
        <w:t>19:06  mulana, unka yeh bhi question tha ke kya dawat dene se pehle apni zindagi mein sudhar lana avashyak nahi hai?</w:t>
      </w:r>
      <w:r>
        <w:br/>
      </w:r>
      <w:r>
        <w:rPr>
          <w:sz w:val="20"/>
        </w:rPr>
        <w:t>19:15  dekhiye, sudhar lana to avashyak hai, lekin usko dawat se nahin jod sakte hum.</w:t>
      </w:r>
      <w:r>
        <w:br/>
      </w:r>
      <w:r>
        <w:rPr>
          <w:sz w:val="20"/>
        </w:rPr>
        <w:t>19:21  hum yeh nahin kahenge ke pehle pehle yeh, uske baad woh.</w:t>
      </w:r>
      <w:r>
        <w:br/>
      </w:r>
      <w:r>
        <w:rPr>
          <w:sz w:val="20"/>
        </w:rPr>
        <w:t>19:25  pehle sudhar la lo, tab dawat do.</w:t>
      </w:r>
      <w:r>
        <w:br/>
      </w:r>
      <w:r>
        <w:rPr>
          <w:sz w:val="20"/>
        </w:rPr>
        <w:t>19:28  hum yeh kahenge ke sudhar lana tumhare upar lana hi lana hai.</w:t>
      </w:r>
      <w:r>
        <w:br/>
      </w:r>
      <w:r>
        <w:rPr>
          <w:sz w:val="20"/>
        </w:rPr>
        <w:t>19:34  sudhar uske baad nahin karoge, to</w:t>
      </w:r>
      <w:r>
        <w:br/>
      </w:r>
      <w:r>
        <w:rPr>
          <w:sz w:val="20"/>
        </w:rPr>
        <w:t>19:37  tumhari koi value nahin hai.</w:t>
      </w:r>
      <w:r>
        <w:br/>
      </w:r>
      <w:r>
        <w:rPr>
          <w:sz w:val="20"/>
        </w:rPr>
        <w:t>19:39  lekin hum yeh nahin keh sakte ke sudhar la chuke.</w:t>
      </w:r>
      <w:r>
        <w:br/>
      </w:r>
      <w:r>
        <w:rPr>
          <w:sz w:val="20"/>
        </w:rPr>
        <w:t>19:41  pehle kuch log aisa bolte hain ke pehle apne andar sudhar lao, phir davati kaam hoga.</w:t>
      </w:r>
      <w:r>
        <w:br/>
      </w:r>
      <w:r>
        <w:rPr>
          <w:sz w:val="20"/>
        </w:rPr>
        <w:t>19:51  main is aage peeche ko nahin manta.</w:t>
      </w:r>
      <w:r>
        <w:br/>
      </w:r>
      <w:r>
        <w:rPr>
          <w:sz w:val="20"/>
        </w:rPr>
        <w:t>19:54  saath-saath dono hi zaroori hain.</w:t>
      </w:r>
      <w:r>
        <w:br/>
      </w:r>
      <w:r>
        <w:rPr>
          <w:sz w:val="20"/>
        </w:rPr>
        <w:t>19:56  woh bhi karna hai, woh bhi karna hai.</w:t>
      </w:r>
      <w:r>
        <w:br/>
      </w:r>
      <w:r>
        <w:rPr>
          <w:sz w:val="20"/>
        </w:rPr>
        <w:t>20:01  toh pehle yeh, uske baad woh ki theory hai, main usko nahi manta. main yeh manta hoon ke jis tarah pani peena hai, use khana khana hai. aap pehle khana kha lo, phir pani piyo, ya pehle pani piyo, phir khana khao. yeh toh koi baat nahi hui. yeh bhi karna hai, woh bhi karna hai.</w:t>
      </w:r>
      <w:r>
        <w:br/>
      </w:r>
      <w:r>
        <w:rPr>
          <w:sz w:val="20"/>
        </w:rPr>
        <w:t>20:21  aisa mera manna hai.</w:t>
      </w:r>
    </w:p>
    <w:p>
      <w:pPr>
        <w:pStyle w:val="Heading2"/>
      </w:pPr>
      <w:r>
        <w:t>Meaning of stoning Satan, sacrifice, and standing at Arafat</w:t>
      </w:r>
    </w:p>
    <w:p>
      <w:r>
        <w:rPr>
          <w:color w:val="666666"/>
          <w:sz w:val="18"/>
        </w:rPr>
        <w:t>Hajj In the Footsteps of Prophet Ibrahim June 16, 2024 · 5m 53s · at 45:55 · https://youtu.be/wAMsw43dhmg?t=2755</w:t>
      </w:r>
    </w:p>
    <w:p>
      <w:r>
        <w:rPr>
          <w:i/>
        </w:rPr>
        <w:t>“In Mina, there is an act called Rami, throwing pebbles”</w:t>
      </w:r>
    </w:p>
    <w:p>
      <w:r>
        <w:rPr>
          <w:sz w:val="20"/>
        </w:rPr>
        <w:t>45:55  m. and there one more act is performed in mina. a it is called rami, a throwing pebbles at symbolic satan. hum maine dekha hai wahan ki jo a log hote hain,</w:t>
      </w:r>
      <w:r>
        <w:br/>
      </w:r>
      <w:r>
        <w:rPr>
          <w:sz w:val="20"/>
        </w:rPr>
        <w:t>46:11  wo samajhte hain ki shaitan wahin khada hai. shaitan itna bewakoof nahi hai ki wo khada hokar kankar khaye. ji, wo to bhag jayega. ji, wo patthar maar rahe hain aur sandals maar rahe hain. ye this is not the act</w:t>
      </w:r>
      <w:r>
        <w:br/>
      </w:r>
      <w:r>
        <w:rPr>
          <w:sz w:val="20"/>
        </w:rPr>
        <w:t>46:25  . ji, there is a symbolism in it. and the symbol, what is the symbol of rami?</w:t>
      </w:r>
      <w:r>
        <w:br/>
      </w:r>
      <w:r>
        <w:rPr>
          <w:sz w:val="20"/>
        </w:rPr>
        <w:t>46:33  what is the meaning of rami? is to pledge that whenever satan will attempt to misguide them and to do something bad, they will mentally throw pebble on on the satan. ji, ya so</w:t>
      </w:r>
      <w:r>
        <w:br/>
      </w:r>
      <w:r>
        <w:rPr>
          <w:sz w:val="20"/>
        </w:rPr>
        <w:t>46:50  a this is the yaani this is the message which we we get. ji, shaitan wahan nahi khada hai. ji, shaitan to aapke aapke zehan par har waqt asar kar raha hai. ji, bilkul. us waqt aapko chaukanna hona hai ki shaitan ko bhagana hai. ji, to ismein aapko bahut hi cautious hona chahiye, hona</w:t>
      </w:r>
      <w:r>
        <w:br/>
      </w:r>
      <w:r>
        <w:rPr>
          <w:sz w:val="20"/>
        </w:rPr>
        <w:t>47:10  padega. you have to be very very careful. and there is a beautiful dua in the quran, how to a</w:t>
      </w:r>
      <w:r>
        <w:br/>
      </w:r>
      <w:r>
        <w:rPr>
          <w:sz w:val="20"/>
        </w:rPr>
        <w:t>47:23  if the satan misguides you. you should read this beautiful dua, allahumma inni. slight difference i've made in the beginning. so, making it personal dua, allahumma inni.</w:t>
      </w:r>
      <w:r>
        <w:br/>
      </w:r>
      <w:r>
        <w:rPr>
          <w:sz w:val="20"/>
        </w:rPr>
        <w:t>47:38  a'uzu bi kum in hajti shayateen wa a'uzu bika rabbi an yadrubu ki i seek refuge in you, o allah, from the prompting of the satan. and i seek refuge with you, o lord, lest they come near me. so, this is a beautiful dua.</w:t>
      </w:r>
      <w:r>
        <w:br/>
      </w:r>
      <w:r>
        <w:rPr>
          <w:sz w:val="20"/>
        </w:rPr>
        <w:t>47:59  whenever you have any a any doubt, any feeling that satan is disturbing you, so satan will run away once you pray this with understanding, allahumma inni. a'uzu bi kum in hajti shayateen wa a'uzu bika rabbi an yadrubu. to yaani aap zehan ke level par soch ke hum aap samajh sakte hain ki is waqt shaitan mujhe behka</w:t>
      </w:r>
      <w:r>
        <w:br/>
      </w:r>
      <w:r>
        <w:rPr>
          <w:sz w:val="20"/>
        </w:rPr>
        <w:t>48:26  raha hai. ji, wo galat raaste ki taraf mujhe le ja raha hai. to yeh waqt hota hai to throw pebbles on the satan. hum and this prayer is beautiful. it will be very helpful. aise hi mina mein sacrifice hota hai,</w:t>
      </w:r>
      <w:r>
        <w:br/>
      </w:r>
      <w:r>
        <w:rPr>
          <w:sz w:val="20"/>
        </w:rPr>
        <w:t>48:41  animal sacrifice. main aajkal dekh raha hoon ki log zyada zyada kai kai bakron ki qurbani karte hain. wo samajhte hain jitne zyada bakre honge, utna sawab zyada hai.</w:t>
      </w:r>
      <w:r>
        <w:br/>
      </w:r>
      <w:r>
        <w:rPr>
          <w:sz w:val="20"/>
        </w:rPr>
        <w:t>48:52  hum halanki ek family mein maulana ne kaha tha ki ek family mein ek qurbani kaafi hai. ji, ye ek symbolic act hai. jo asal cheez hai, that you should sacrifice your time, your energy, your money, your wealth for the sake of god. agar aap qurbani se yeh sabak hasil karein ki aapke andar qurbani ki spirit jaag jaye, tab to yeh hai sahi. warna wo ek ritual hai. to usmein zyada kitne zyada bakron ki zaroorat nahi</w:t>
      </w:r>
      <w:r>
        <w:br/>
      </w:r>
      <w:r>
        <w:rPr>
          <w:sz w:val="20"/>
        </w:rPr>
        <w:t>49:21  hai. ji, ek kaafi hai. spirit develop karna z zaroori hai ki hazrat ibrahim al salam aur ismail al salam ki jo jo life thi, usko samajhna aur jo qurbaniyan unhone di, aapne dekha kis tarah se wo bachche ko chhodkar chale gaye.</w:t>
      </w:r>
      <w:r>
        <w:br/>
      </w:r>
      <w:r>
        <w:rPr>
          <w:sz w:val="20"/>
        </w:rPr>
        <w:t>49:41  to to bahut hi bada lesson hai, that we can learn at mina while sacrifice animal. a that we will sacrifice. actually apna sacrifice hota hai. hum fa wo to ek symbol hai taaki log yaad rakhein. agar ye symbol na hote, to log yaad nahi rakhte. symbol sirf yaad rakhne ke liye.</w:t>
      </w:r>
      <w:r>
        <w:br/>
      </w:r>
      <w:r>
        <w:rPr>
          <w:sz w:val="20"/>
        </w:rPr>
        <w:t>50:03  so, one sacrifice himself, his time, his energy, his wealth, his efforts for the sake of god, for the sake of dawa. that is what needed for all these. there is a there is a there is a message. there is a meaning behind all these symbolic act. so, we should understand that. that is more important. aise hi arafat ka jo plain hai, wahan saare haji jama hote hain.</w:t>
      </w:r>
      <w:r>
        <w:br/>
      </w:r>
      <w:r>
        <w:rPr>
          <w:sz w:val="20"/>
        </w:rPr>
        <w:t>50:32  you can understand the more than 2 million, maybe 2.5 million. which is an awesome scene. and all the pilgrims standing there. there we have to stand for about half of the day, from afternoon to evening. ji, and they they are crying and weeping heavily. hum all the haji are crying and weeping and making</w:t>
      </w:r>
      <w:r>
        <w:br/>
      </w:r>
      <w:r>
        <w:rPr>
          <w:sz w:val="20"/>
        </w:rPr>
        <w:t>50:55  dua. very very a very very inspiring spectacle scene. that reminds us of the day of judgment. hum yaani aise hi day of judgment mein saare insaan, the entire will stand in front of god. and god will judge us. may allah make it make easy for us on that day.</w:t>
      </w:r>
      <w:r>
        <w:br/>
      </w:r>
      <w:r>
        <w:rPr>
          <w:sz w:val="20"/>
        </w:rPr>
        <w:t>51:18  a and the spirit of arafat is the most important, because prophet mohammad sallallahu al wasallam has said, "al hajj arafa." the presence in arafat is hajj. hum which is very important. a its its meaning is very important. if if hajj is arafa, then then there must be some very important lesson that we have to learn from the from this this this act</w:t>
      </w:r>
    </w:p>
    <w:p>
      <w:pPr>
        <w:pStyle w:val="Heading2"/>
      </w:pPr>
      <w:r>
        <w:t>Final message and media image mission</w:t>
      </w:r>
    </w:p>
    <w:p>
      <w:r>
        <w:rPr>
          <w:color w:val="666666"/>
          <w:sz w:val="18"/>
        </w:rPr>
        <w:t>Maulana Addressal to the CPS Team at Nizamuddin Park January 18, 2015 · 4m 33s · at 6:15 · https://youtu.be/GLx-fj6TU8s?t=375</w:t>
      </w:r>
    </w:p>
    <w:p>
      <w:r>
        <w:rPr>
          <w:i/>
        </w:rPr>
        <w:t>“Bismillah al-Rahman al-Rahim. 18 January 2015.”</w:t>
      </w:r>
    </w:p>
    <w:p>
      <w:r>
        <w:rPr>
          <w:sz w:val="20"/>
        </w:rPr>
        <w:t>6:15  bismillah rahman rahim.</w:t>
      </w:r>
      <w:r>
        <w:br/>
      </w:r>
      <w:r>
        <w:rPr>
          <w:sz w:val="20"/>
        </w:rPr>
        <w:t>6:18  18 janvari 2015.</w:t>
      </w:r>
      <w:r>
        <w:br/>
      </w:r>
      <w:r>
        <w:rPr>
          <w:sz w:val="20"/>
        </w:rPr>
        <w:t>6:24  dekhiye, is waqt mein jo kuch</w:t>
      </w:r>
      <w:r>
        <w:br/>
      </w:r>
      <w:r>
        <w:rPr>
          <w:sz w:val="20"/>
        </w:rPr>
        <w:t>6:28  keh raha hoon, yeh</w:t>
      </w:r>
      <w:r>
        <w:br/>
      </w:r>
      <w:r>
        <w:rPr>
          <w:sz w:val="20"/>
        </w:rPr>
        <w:t>6:31  bohat thori samjhi baat hai, aur yeh hamara</w:t>
      </w:r>
      <w:r>
        <w:br/>
      </w:r>
      <w:r>
        <w:rPr>
          <w:sz w:val="20"/>
        </w:rPr>
        <w:t>6:36  final message hai aap sab logon ke liye.</w:t>
      </w:r>
      <w:r>
        <w:br/>
      </w:r>
      <w:r>
        <w:rPr>
          <w:sz w:val="20"/>
        </w:rPr>
        <w:t>6:40  main chahe zinda rahu ya na rahu,</w:t>
      </w:r>
      <w:r>
        <w:br/>
      </w:r>
      <w:r>
        <w:rPr>
          <w:sz w:val="20"/>
        </w:rPr>
        <w:t>6:46  jo log is mission ke loyal hain,</w:t>
      </w:r>
      <w:r>
        <w:br/>
      </w:r>
      <w:r>
        <w:rPr>
          <w:sz w:val="20"/>
        </w:rPr>
        <w:t>6:49  un ko yahi kaam karna hai.</w:t>
      </w:r>
      <w:r>
        <w:br/>
      </w:r>
      <w:r>
        <w:rPr>
          <w:sz w:val="20"/>
        </w:rPr>
        <w:t>6:55  chahe abhi aap jo dilli mein sun rahe hain meri baat, ya duniya mein kahin doosre sun rahe</w:t>
      </w:r>
      <w:r>
        <w:br/>
      </w:r>
      <w:r>
        <w:rPr>
          <w:sz w:val="20"/>
        </w:rPr>
        <w:t>7:01  hain, ya baat ko sunein, un sab ke liye mera yeh message hai.</w:t>
      </w:r>
      <w:r>
        <w:br/>
      </w:r>
      <w:r>
        <w:rPr>
          <w:sz w:val="20"/>
        </w:rPr>
        <w:t>7:10  dekhiye, is waqt</w:t>
      </w:r>
      <w:r>
        <w:br/>
      </w:r>
      <w:r>
        <w:rPr>
          <w:sz w:val="20"/>
        </w:rPr>
        <w:t>7:18  jo kaam hamein karna hai,</w:t>
      </w:r>
      <w:r>
        <w:br/>
      </w:r>
      <w:r>
        <w:rPr>
          <w:sz w:val="20"/>
        </w:rPr>
        <w:t>7:22  is ko main batana chahta hoon.</w:t>
      </w:r>
      <w:r>
        <w:br/>
      </w:r>
      <w:r>
        <w:rPr>
          <w:sz w:val="20"/>
        </w:rPr>
        <w:t>7:26  yeh hamare mission ka final phase hai.</w:t>
      </w:r>
      <w:r>
        <w:br/>
      </w:r>
      <w:r>
        <w:rPr>
          <w:sz w:val="20"/>
        </w:rPr>
        <w:t>7:32  final phase hai.</w:t>
      </w:r>
      <w:r>
        <w:br/>
      </w:r>
      <w:r>
        <w:rPr>
          <w:sz w:val="20"/>
        </w:rPr>
        <w:t>7:35  hamara mission bohat se phases se guzra hai, ab woh final phase mein hai.</w:t>
      </w:r>
      <w:r>
        <w:br/>
      </w:r>
      <w:r>
        <w:rPr>
          <w:sz w:val="20"/>
        </w:rPr>
        <w:t>7:46  woh final phase</w:t>
      </w:r>
      <w:r>
        <w:br/>
      </w:r>
      <w:r>
        <w:rPr>
          <w:sz w:val="20"/>
        </w:rPr>
        <w:t>7:50  mein aap ka target sirf ek hoga, koi do nahin.</w:t>
      </w:r>
      <w:r>
        <w:br/>
      </w:r>
      <w:r>
        <w:rPr>
          <w:sz w:val="20"/>
        </w:rPr>
        <w:t>7:57  woh yeh hai:</w:t>
      </w:r>
      <w:r>
        <w:br/>
      </w:r>
      <w:r>
        <w:rPr>
          <w:sz w:val="20"/>
        </w:rPr>
        <w:t>8:00  Islam ki image ko</w:t>
      </w:r>
      <w:r>
        <w:br/>
      </w:r>
      <w:r>
        <w:rPr>
          <w:sz w:val="20"/>
        </w:rPr>
        <w:t>8:04  durust karna. Is waqt jo Islam ki image ban gayi hai,</w:t>
      </w:r>
      <w:r>
        <w:br/>
      </w:r>
      <w:r>
        <w:rPr>
          <w:sz w:val="20"/>
        </w:rPr>
        <w:t>8:11  وہ یہ ہے کہ Islam is a religion of violence.</w:t>
      </w:r>
      <w:r>
        <w:br/>
      </w:r>
      <w:r>
        <w:rPr>
          <w:sz w:val="20"/>
        </w:rPr>
        <w:t>8:17  ہمیں کرنا ہے کہ Islam is a religion of peace.</w:t>
      </w:r>
      <w:r>
        <w:br/>
      </w:r>
      <w:r>
        <w:rPr>
          <w:sz w:val="20"/>
        </w:rPr>
        <w:t>8:22  to hamare nazdeek is ka blame</w:t>
      </w:r>
      <w:r>
        <w:br/>
      </w:r>
      <w:r>
        <w:rPr>
          <w:sz w:val="20"/>
        </w:rPr>
        <w:t>8:26  poora ka poora jata hai musalmanon par,</w:t>
      </w:r>
      <w:r>
        <w:br/>
      </w:r>
      <w:r>
        <w:rPr>
          <w:sz w:val="20"/>
        </w:rPr>
        <w:t>8:30  dusron par nahin.</w:t>
      </w:r>
      <w:r>
        <w:br/>
      </w:r>
      <w:r>
        <w:rPr>
          <w:sz w:val="20"/>
        </w:rPr>
        <w:t>8:33  jis cheez ko kehte hain log Islamophobia,</w:t>
      </w:r>
      <w:r>
        <w:br/>
      </w:r>
      <w:r>
        <w:rPr>
          <w:sz w:val="20"/>
        </w:rPr>
        <w:t>8:38  woh haqeeqat mein hai Americaphobia.</w:t>
      </w:r>
      <w:r>
        <w:br/>
      </w:r>
      <w:r>
        <w:rPr>
          <w:sz w:val="20"/>
        </w:rPr>
        <w:t>8:43  koi doosra zimmedar nahin hai,</w:t>
      </w:r>
      <w:r>
        <w:br/>
      </w:r>
      <w:r>
        <w:rPr>
          <w:sz w:val="20"/>
        </w:rPr>
        <w:t>8:47  sirf musalman zimmedar hain ke yeh image jo Islam ki aisi hui hai.</w:t>
      </w:r>
      <w:r>
        <w:br/>
      </w:r>
      <w:r>
        <w:rPr>
          <w:sz w:val="20"/>
        </w:rPr>
        <w:t>8:51  yeh bohat afsos aur mushkil aap se yeh baat kar raha hoon.</w:t>
      </w:r>
      <w:r>
        <w:br/>
      </w:r>
      <w:r>
        <w:rPr>
          <w:sz w:val="20"/>
        </w:rPr>
        <w:t>8:56  to hamein khud hi</w:t>
      </w:r>
      <w:r>
        <w:br/>
      </w:r>
      <w:r>
        <w:rPr>
          <w:sz w:val="20"/>
        </w:rPr>
        <w:t>9:01  yeh kaam karna hai ke Islam ki image ko badlein.</w:t>
      </w:r>
      <w:r>
        <w:br/>
      </w:r>
      <w:r>
        <w:rPr>
          <w:sz w:val="20"/>
        </w:rPr>
        <w:t>9:05  image ka matlab kya hai?</w:t>
      </w:r>
      <w:r>
        <w:br/>
      </w:r>
      <w:r>
        <w:rPr>
          <w:sz w:val="20"/>
        </w:rPr>
        <w:t>9:07  image ka matlab hai media image.</w:t>
      </w:r>
      <w:r>
        <w:br/>
      </w:r>
      <w:r>
        <w:rPr>
          <w:sz w:val="20"/>
        </w:rPr>
        <w:t>9:11  basically image ka matlab hai media image.</w:t>
      </w:r>
      <w:r>
        <w:br/>
      </w:r>
      <w:r>
        <w:rPr>
          <w:sz w:val="20"/>
        </w:rPr>
        <w:t>9:16  hamare paas na to koi</w:t>
      </w:r>
      <w:r>
        <w:br/>
      </w:r>
      <w:r>
        <w:rPr>
          <w:sz w:val="20"/>
        </w:rPr>
        <w:t>9:20  political mission hai,</w:t>
      </w:r>
      <w:r>
        <w:br/>
      </w:r>
      <w:r>
        <w:rPr>
          <w:sz w:val="20"/>
        </w:rPr>
        <w:t>9:23  na koi system hamein badalna hai,</w:t>
      </w:r>
      <w:r>
        <w:br/>
      </w:r>
      <w:r>
        <w:rPr>
          <w:sz w:val="20"/>
        </w:rPr>
        <w:t>9:26  na hamein koi musalmanon ka koi</w:t>
      </w:r>
      <w:r>
        <w:br/>
      </w:r>
      <w:r>
        <w:rPr>
          <w:sz w:val="20"/>
        </w:rPr>
        <w:t>9:32  right hai is ko humain dilana hai.</w:t>
      </w:r>
      <w:r>
        <w:br/>
      </w:r>
      <w:r>
        <w:rPr>
          <w:sz w:val="20"/>
        </w:rPr>
        <w:t>9:34  yeh hamara mission nahi hai.</w:t>
      </w:r>
      <w:r>
        <w:br/>
      </w:r>
      <w:r>
        <w:rPr>
          <w:sz w:val="20"/>
        </w:rPr>
        <w:t>9:37  to is waqt jo media hai,</w:t>
      </w:r>
      <w:r>
        <w:br/>
      </w:r>
      <w:r>
        <w:rPr>
          <w:sz w:val="20"/>
        </w:rPr>
        <w:t>9:42  basically world media,</w:t>
      </w:r>
      <w:r>
        <w:br/>
      </w:r>
      <w:r>
        <w:rPr>
          <w:sz w:val="20"/>
        </w:rPr>
        <w:t>9:45  woh bhar gaya hai</w:t>
      </w:r>
      <w:r>
        <w:br/>
      </w:r>
      <w:r>
        <w:rPr>
          <w:sz w:val="20"/>
        </w:rPr>
        <w:t>9:48  aisi news se</w:t>
      </w:r>
      <w:r>
        <w:br/>
      </w:r>
      <w:r>
        <w:rPr>
          <w:sz w:val="20"/>
        </w:rPr>
        <w:t>9:51  کہ Islam is a religion of violence.</w:t>
      </w:r>
      <w:r>
        <w:br/>
      </w:r>
      <w:r>
        <w:rPr>
          <w:sz w:val="20"/>
        </w:rPr>
        <w:t>9:54  to world media mein lana hai.</w:t>
      </w:r>
      <w:r>
        <w:br/>
      </w:r>
      <w:r>
        <w:rPr>
          <w:sz w:val="20"/>
        </w:rPr>
        <w:t>10:00  ab jo mein baat kar raha hoon aap se, aap ko poori energy,</w:t>
      </w:r>
      <w:r>
        <w:br/>
      </w:r>
      <w:r>
        <w:rPr>
          <w:sz w:val="20"/>
        </w:rPr>
        <w:t>10:06  apna poora soul concern</w:t>
      </w:r>
      <w:r>
        <w:br/>
      </w:r>
      <w:r>
        <w:rPr>
          <w:sz w:val="20"/>
        </w:rPr>
        <w:t>10:12  sirf yeh banana hai ke world media mein</w:t>
      </w:r>
      <w:r>
        <w:br/>
      </w:r>
      <w:r>
        <w:rPr>
          <w:sz w:val="20"/>
        </w:rPr>
        <w:t>10:17  یہ آ جائے: Islam is a religion of peace.</w:t>
      </w:r>
      <w:r>
        <w:br/>
      </w:r>
      <w:r>
        <w:rPr>
          <w:sz w:val="20"/>
        </w:rPr>
        <w:t>10:22  dekhiye, hum hamesha aik cheez central hoti hai,</w:t>
      </w:r>
      <w:r>
        <w:br/>
      </w:r>
      <w:r>
        <w:rPr>
          <w:sz w:val="20"/>
        </w:rPr>
        <w:t>10:29  is ko kehte hain master stroke.</w:t>
      </w:r>
      <w:r>
        <w:br/>
      </w:r>
      <w:r>
        <w:rPr>
          <w:sz w:val="20"/>
        </w:rPr>
        <w:t>10:32  aik baat ho jaye to saari baat apnay aap ho jati hai.</w:t>
      </w:r>
      <w:r>
        <w:br/>
      </w:r>
      <w:r>
        <w:rPr>
          <w:sz w:val="20"/>
        </w:rPr>
        <w:t>10:38  to agar aik bar world media mein yeh baat aa jaye</w:t>
      </w:r>
      <w:r>
        <w:br/>
      </w:r>
      <w:r>
        <w:rPr>
          <w:sz w:val="20"/>
        </w:rPr>
        <w:t>10:45  کہ اسلام is a religion of peace، تو کیا ہوگا</w:t>
      </w:r>
    </w:p>
    <w:p>
      <w:pPr>
        <w:pStyle w:val="Heading2"/>
      </w:pPr>
      <w:r>
        <w:t>Individual success vs collective complaint double standard</w:t>
      </w:r>
    </w:p>
    <w:p>
      <w:r>
        <w:rPr>
          <w:color w:val="666666"/>
          <w:sz w:val="18"/>
        </w:rPr>
        <w:t>Double Standards of Present-Day Muslims August 6, 2017 · 4m 02s · at 6:11 · https://youtu.be/k1NcZQpHTyg?t=371</w:t>
      </w:r>
    </w:p>
    <w:p>
      <w:r>
        <w:rPr>
          <w:i/>
        </w:rPr>
        <w:t>“Mujhe ek bhi family, yeh ek bhi insaan nahi jaanta”</w:t>
      </w:r>
    </w:p>
    <w:p>
      <w:r>
        <w:rPr>
          <w:sz w:val="20"/>
        </w:rPr>
        <w:t>6:11  sab taraqqi par hain apni family ke aitbar se. mujhe aik bhi family, yeh aik bhi insaan nahi janta jis ne zaati satah par barbaad hua ho.</w:t>
      </w:r>
      <w:r>
        <w:br/>
      </w:r>
      <w:r>
        <w:rPr>
          <w:sz w:val="20"/>
        </w:rPr>
        <w:t>6:24  har aadmi zaati satah par kaamyaab hai, har aadmi. to sawal yeh hai ke Musalman qaumi satah par to yeh sawal mein phanse hue hain, kya karein, kya karein.</w:t>
      </w:r>
      <w:r>
        <w:br/>
      </w:r>
      <w:r>
        <w:rPr>
          <w:sz w:val="20"/>
        </w:rPr>
        <w:t>6:38  abhi tak line of action tay nahi hui, lekin individual satah par sab ko pata hai ke humein kya karna hai. har aik ko pata hai ke mein apni bachi ki shadi achhe family mein karna hai,</w:t>
      </w:r>
      <w:r>
        <w:br/>
      </w:r>
      <w:r>
        <w:rPr>
          <w:sz w:val="20"/>
        </w:rPr>
        <w:t>6:53  mein bete ko achhi parhai parhana hai, mujhe achha ghar banana hai, mujhe car kharidna hai, mujhe property banana hai. yeh sab ko pata hai aur sab khoob khoob taraqqi kar rahe hain.</w:t>
      </w:r>
      <w:r>
        <w:br/>
      </w:r>
      <w:r>
        <w:rPr>
          <w:sz w:val="20"/>
        </w:rPr>
        <w:t>7:09  isi yeh jahan humein naum din colony mein, to bohat pehle bhi yahan aaya tha mein, yaani bohat pehle.</w:t>
      </w:r>
      <w:r>
        <w:br/>
      </w:r>
      <w:r>
        <w:rPr>
          <w:sz w:val="20"/>
        </w:rPr>
        <w:t>7:24  us waqt yahan sirf aik masjid thi aur yahan par jangla tha. phir jab azadi mili, Pakistan se muhajir log aaye, un ko yeh ilaaqa diya gaya, unhon ne aik colony banai.</w:t>
      </w:r>
      <w:r>
        <w:br/>
      </w:r>
      <w:r>
        <w:rPr>
          <w:sz w:val="20"/>
        </w:rPr>
        <w:t>7:41  us waqt is colony mein sab ke sab non-muslim the, maon saaye ke. aaj yahan majority Musalmanon ki hai. to jis lihaaz se dekhiye Musalman taraqqi par hain apni family ke aitbar se, lekin jo Muslim millat hai,</w:t>
      </w:r>
      <w:r>
        <w:br/>
      </w:r>
      <w:r>
        <w:rPr>
          <w:sz w:val="20"/>
        </w:rPr>
        <w:t>8:00  us ke lihaaz se aaj bhi yeh sawal hai ke Musalman mazloom hain, Musalman mazloom hain. to mazloom family nahi, koi mazloom qaum hai.</w:t>
      </w:r>
      <w:r>
        <w:br/>
      </w:r>
      <w:r>
        <w:rPr>
          <w:sz w:val="20"/>
        </w:rPr>
        <w:t>8:12  aaj mein yeh sochta raha ke is poori muddat mein jin Musalmanon ko mein jaanta hoon, un mein se koi mazloom nahi kehta ke mein fard, mein mazloom hoon.</w:t>
      </w:r>
      <w:r>
        <w:br/>
      </w:r>
      <w:r>
        <w:rPr>
          <w:sz w:val="20"/>
        </w:rPr>
        <w:t>8:22  sab taraqqi kar rahe hain, mera beta kahein ge mera beta yeh parh raha hai, meri family wahan settle ho gayi hai, mere paas falan jagah mein ne ghar bana liya hai.</w:t>
      </w:r>
      <w:r>
        <w:br/>
      </w:r>
      <w:r>
        <w:rPr>
          <w:sz w:val="20"/>
        </w:rPr>
        <w:t>8:31  har aadmi ke paas taraqqi ke qisse hain. to fard taraqqi mein khoob taraqqi kar raha hai fard aur qaum mazloom hai, yeh kya cheez hai?</w:t>
      </w:r>
      <w:r>
        <w:br/>
      </w:r>
      <w:r>
        <w:rPr>
          <w:sz w:val="20"/>
        </w:rPr>
        <w:t>8:47  yeh aaj mein sochta raha to mujhe aik ajeeb cheez discover hui, woh yeh hai ke saari qaum ba-hazo majmooi double standard culture ka shikaar hai.</w:t>
      </w:r>
      <w:r>
        <w:br/>
      </w:r>
      <w:r>
        <w:rPr>
          <w:sz w:val="20"/>
        </w:rPr>
        <w:t>9:01  saari qaum double standard culture, yaani apni zaat ke aitbar se kuch soch hai un ki aur qaum ke lihaaz se kuch soch hai un ki.</w:t>
      </w:r>
      <w:r>
        <w:br/>
      </w:r>
      <w:r>
        <w:rPr>
          <w:sz w:val="20"/>
        </w:rPr>
        <w:t>9:14  qaum ke lihaaz se to falan zalim hai, falan zalim hai, falan zalim hai. America mein is homophobia hai, yeh hai, woh hai. to qaum ke lihaaz se jab baat karein ge woh to sab zalim ko phir aik baar fehrist hogi lambi.</w:t>
      </w:r>
      <w:r>
        <w:br/>
      </w:r>
      <w:r>
        <w:rPr>
          <w:sz w:val="20"/>
        </w:rPr>
        <w:t>9:29  Israel mein zulm ho raha hai, yahan zulm ho raha hai, wahan zulm ho raha hai.</w:t>
      </w:r>
      <w:r>
        <w:br/>
      </w:r>
      <w:r>
        <w:rPr>
          <w:sz w:val="20"/>
        </w:rPr>
        <w:t>9:36  jab baat karein ge qaum ki to un ke paas lambi fehrist nahi hogi zalimon ki. lekin inhi se poochhiye apni zaat ke bare mein to kya kahein ge?</w:t>
      </w:r>
      <w:r>
        <w:br/>
      </w:r>
      <w:r>
        <w:rPr>
          <w:sz w:val="20"/>
        </w:rPr>
        <w:t>9:46  mera beta yeh apni taleem ki bataein ge, yeh engineer ho gaya hai, falan doctor ho gaya hai, mein ne falan jagah apna ghar bana liya hai, mere bete America mein settle ho gaye.</w:t>
      </w:r>
      <w:r>
        <w:br/>
      </w:r>
      <w:r>
        <w:rPr>
          <w:sz w:val="20"/>
        </w:rPr>
        <w:t>10:00  wohi aadmi apne khandan ki taraqqi bataye ga aur qaum ko bataye ga ke tum mazloomon se ghiri hui ho, zalimon se ghiri hui ho.</w:t>
      </w:r>
    </w:p>
    <w:p>
      <w:pPr>
        <w:pStyle w:val="Heading2"/>
      </w:pPr>
      <w:r>
        <w:t>Rustam story: power of salah and non-political empire</w:t>
      </w:r>
    </w:p>
    <w:p>
      <w:r>
        <w:rPr>
          <w:color w:val="666666"/>
          <w:sz w:val="18"/>
        </w:rPr>
        <w:t>Five Pillars of Islam | July 30, 2007 · 6m 14s · at 43:50 · https://youtu.be/f31xU7hWLWI?t=2630</w:t>
      </w:r>
    </w:p>
    <w:p>
      <w:r>
        <w:rPr>
          <w:i/>
        </w:rPr>
        <w:t>“I would like to refer to a very historical event.”</w:t>
      </w:r>
    </w:p>
    <w:p>
      <w:r>
        <w:rPr>
          <w:sz w:val="20"/>
        </w:rPr>
        <w:t>43:50  iph.</w:t>
      </w:r>
      <w:r>
        <w:br/>
      </w:r>
      <w:r>
        <w:rPr>
          <w:sz w:val="20"/>
        </w:rPr>
        <w:t>43:56  The majority of these Muslims were Sahaba, companions of the Prophet.</w:t>
      </w:r>
      <w:r>
        <w:br/>
      </w:r>
      <w:r>
        <w:rPr>
          <w:sz w:val="20"/>
        </w:rPr>
        <w:t>44:03  So when they—so at that time, there were no mosques in Iran.</w:t>
      </w:r>
      <w:r>
        <w:br/>
      </w:r>
      <w:r>
        <w:rPr>
          <w:sz w:val="20"/>
        </w:rPr>
        <w:t>44:09  At that time, there were no mosques in Iran.</w:t>
      </w:r>
      <w:r>
        <w:br/>
      </w:r>
      <w:r>
        <w:rPr>
          <w:sz w:val="20"/>
        </w:rPr>
        <w:t>44:16  So they always performed their salat in fields, open fields.</w:t>
      </w:r>
      <w:r>
        <w:br/>
      </w:r>
      <w:r>
        <w:rPr>
          <w:sz w:val="20"/>
        </w:rPr>
        <w:t>44:23  So at that time, the ruler of Iran was Yazd Gurud, King Yazd Gurud, and his general was Rustam.</w:t>
      </w:r>
      <w:r>
        <w:br/>
      </w:r>
      <w:r>
        <w:rPr>
          <w:sz w:val="20"/>
        </w:rPr>
        <w:t>44:30  His military general was Rustam.</w:t>
      </w:r>
      <w:r>
        <w:br/>
      </w:r>
      <w:r>
        <w:rPr>
          <w:sz w:val="20"/>
        </w:rPr>
        <w:t>44:38  So what happened?</w:t>
      </w:r>
      <w:r>
        <w:br/>
      </w:r>
      <w:r>
        <w:rPr>
          <w:sz w:val="20"/>
        </w:rPr>
        <w:t>44:45  These Muslims used to</w:t>
      </w:r>
      <w:r>
        <w:br/>
      </w:r>
      <w:r>
        <w:rPr>
          <w:sz w:val="20"/>
        </w:rPr>
        <w:t>44:53  perform namaz in the fields, in open fields, in the same way which we observe in mosques, that one person leads the salat and all the other people stand behind him in a row. So Rustam saw this scene several times. So</w:t>
      </w:r>
      <w:r>
        <w:br/>
      </w:r>
      <w:r>
        <w:rPr>
          <w:sz w:val="20"/>
        </w:rPr>
        <w:t>45:23  he was perturbed.</w:t>
      </w:r>
      <w:r>
        <w:br/>
      </w:r>
      <w:r>
        <w:rPr>
          <w:sz w:val="20"/>
        </w:rPr>
        <w:t>45:29  He was afraid.</w:t>
      </w:r>
      <w:r>
        <w:br/>
      </w:r>
      <w:r>
        <w:rPr>
          <w:sz w:val="20"/>
        </w:rPr>
        <w:t>45:35  He became afraid.</w:t>
      </w:r>
      <w:r>
        <w:br/>
      </w:r>
      <w:r>
        <w:rPr>
          <w:sz w:val="20"/>
        </w:rPr>
        <w:t>45:41  He said that, "Aqala Umar Qabidi, Ya'allamul Kilabul Adab." He said that, "For me, it is a killing scene.</w:t>
      </w:r>
      <w:r>
        <w:br/>
      </w:r>
      <w:r>
        <w:rPr>
          <w:sz w:val="20"/>
        </w:rPr>
        <w:t>45:47  Umar is killing myself because he is inculcating a spirit of discipline</w:t>
      </w:r>
      <w:r>
        <w:br/>
      </w:r>
      <w:r>
        <w:rPr>
          <w:sz w:val="20"/>
        </w:rPr>
        <w:t>45:53  ine in his followers.</w:t>
      </w:r>
      <w:r>
        <w:br/>
      </w:r>
      <w:r>
        <w:rPr>
          <w:sz w:val="20"/>
        </w:rPr>
        <w:t>46:01  He prepares an army of discipline.</w:t>
      </w:r>
      <w:r>
        <w:br/>
      </w:r>
      <w:r>
        <w:rPr>
          <w:sz w:val="20"/>
        </w:rPr>
        <w:t>46:09  Although the inner content of namaz is taqwa, khushu, remembrance of God, this is the inner content of namaz.</w:t>
      </w:r>
      <w:r>
        <w:br/>
      </w:r>
      <w:r>
        <w:rPr>
          <w:sz w:val="20"/>
        </w:rPr>
        <w:t>46:16  But the outer content is that it took the form of organization.</w:t>
      </w:r>
      <w:r>
        <w:br/>
      </w:r>
      <w:r>
        <w:rPr>
          <w:sz w:val="20"/>
        </w:rPr>
        <w:t>46:24  We perform our namaz, our congregational namaz. We perform our congregational namaz in an organized manner, in an organized way." So he saw the external structure of the namaz. So he said, "There is discipline. There is training of discipline. And those who are trained in</w:t>
      </w:r>
      <w:r>
        <w:br/>
      </w:r>
      <w:r>
        <w:rPr>
          <w:sz w:val="20"/>
        </w:rPr>
        <w:t>46:54  discipline, those who have a spirit of discipline, they are so strong that no one can conquer these people.</w:t>
      </w:r>
      <w:r>
        <w:br/>
      </w:r>
      <w:r>
        <w:rPr>
          <w:sz w:val="20"/>
        </w:rPr>
        <w:t>47:04  So they are unconquerable." So he became afraid.</w:t>
      </w:r>
      <w:r>
        <w:br/>
      </w:r>
      <w:r>
        <w:rPr>
          <w:sz w:val="20"/>
        </w:rPr>
        <w:t>47:14  This is the power of salat. salat</w:t>
      </w:r>
      <w:r>
        <w:br/>
      </w:r>
      <w:r>
        <w:rPr>
          <w:sz w:val="20"/>
        </w:rPr>
        <w:t>47:24  has no connection with politics.</w:t>
      </w:r>
      <w:r>
        <w:br/>
      </w:r>
      <w:r>
        <w:rPr>
          <w:sz w:val="20"/>
        </w:rPr>
        <w:t>47:29  salat has no connection with rule.</w:t>
      </w:r>
      <w:r>
        <w:br/>
      </w:r>
      <w:r>
        <w:rPr>
          <w:sz w:val="20"/>
        </w:rPr>
        <w:t>47:34  salat has no connection with state.</w:t>
      </w:r>
      <w:r>
        <w:br/>
      </w:r>
      <w:r>
        <w:rPr>
          <w:sz w:val="20"/>
        </w:rPr>
        <w:t>47:39  salat is completely a non-political activity.</w:t>
      </w:r>
      <w:r>
        <w:br/>
      </w:r>
      <w:r>
        <w:rPr>
          <w:sz w:val="20"/>
        </w:rPr>
        <w:t>47:45  salat or namaz is completely a non-political activity.</w:t>
      </w:r>
      <w:r>
        <w:br/>
      </w:r>
      <w:r>
        <w:rPr>
          <w:sz w:val="20"/>
        </w:rPr>
        <w:t>47:50  But it is so strong that</w:t>
      </w:r>
      <w:r>
        <w:br/>
      </w:r>
      <w:r>
        <w:rPr>
          <w:sz w:val="20"/>
        </w:rPr>
        <w:t>47:55  Rustam became afraid.</w:t>
      </w:r>
      <w:r>
        <w:br/>
      </w:r>
      <w:r>
        <w:rPr>
          <w:sz w:val="20"/>
        </w:rPr>
        <w:t>48:11  Internally, salat inculcates the spirit of God consciousness, trust in God, and externally, it is</w:t>
      </w:r>
      <w:r>
        <w:br/>
      </w:r>
      <w:r>
        <w:rPr>
          <w:sz w:val="20"/>
        </w:rPr>
        <w:t>48:27  like a training of discipline and organization.</w:t>
      </w:r>
      <w:r>
        <w:br/>
      </w:r>
      <w:r>
        <w:rPr>
          <w:sz w:val="20"/>
        </w:rPr>
        <w:t>48:35  It makes you live in an organized manner.</w:t>
      </w:r>
      <w:r>
        <w:br/>
      </w:r>
      <w:r>
        <w:rPr>
          <w:sz w:val="20"/>
        </w:rPr>
        <w:t>48:42  So it gives you both inner spirit, inner strength, and at the same time, external strength.</w:t>
      </w:r>
      <w:r>
        <w:br/>
      </w:r>
      <w:r>
        <w:rPr>
          <w:sz w:val="20"/>
        </w:rPr>
        <w:t>48:50  Inner strength in terms of taqwa and extern</w:t>
      </w:r>
      <w:r>
        <w:br/>
      </w:r>
      <w:r>
        <w:rPr>
          <w:sz w:val="20"/>
        </w:rPr>
        <w:t>48:57  al strength in terms of organization.</w:t>
      </w:r>
      <w:r>
        <w:br/>
      </w:r>
      <w:r>
        <w:rPr>
          <w:sz w:val="20"/>
        </w:rPr>
        <w:t>49:03  So this is namaz.</w:t>
      </w:r>
      <w:r>
        <w:br/>
      </w:r>
      <w:r>
        <w:rPr>
          <w:sz w:val="20"/>
        </w:rPr>
        <w:t>49:08  This is salat.</w:t>
      </w:r>
      <w:r>
        <w:br/>
      </w:r>
      <w:r>
        <w:rPr>
          <w:sz w:val="20"/>
        </w:rPr>
        <w:t>49:14  So salat means establishing a global network.</w:t>
      </w:r>
      <w:r>
        <w:br/>
      </w:r>
      <w:r>
        <w:rPr>
          <w:sz w:val="20"/>
        </w:rPr>
        <w:t>49:19  Now we have this global network everywhere in the world.</w:t>
      </w:r>
      <w:r>
        <w:br/>
      </w:r>
      <w:r>
        <w:rPr>
          <w:sz w:val="20"/>
        </w:rPr>
        <w:t>49:25  So why are you fighting for political power?</w:t>
      </w:r>
      <w:r>
        <w:br/>
      </w:r>
      <w:r>
        <w:rPr>
          <w:sz w:val="20"/>
        </w:rPr>
        <w:t>49:30  Why are you killing yourself?</w:t>
      </w:r>
      <w:r>
        <w:br/>
      </w:r>
      <w:r>
        <w:rPr>
          <w:sz w:val="20"/>
        </w:rPr>
        <w:t>49:37  Why are you destroying your life and your money?</w:t>
      </w:r>
      <w:r>
        <w:br/>
      </w:r>
      <w:r>
        <w:rPr>
          <w:sz w:val="20"/>
        </w:rPr>
        <w:t>49:43  You have to revitalize this system.</w:t>
      </w:r>
      <w:r>
        <w:br/>
      </w:r>
      <w:r>
        <w:rPr>
          <w:sz w:val="20"/>
        </w:rPr>
        <w:t>49:50  You have to revitalize this non-political empire.</w:t>
      </w:r>
      <w:r>
        <w:br/>
      </w:r>
      <w:r>
        <w:rPr>
          <w:sz w:val="20"/>
        </w:rPr>
        <w:t>49:57  This is the</w:t>
      </w:r>
    </w:p>
    <w:p>
      <w:pPr>
        <w:pStyle w:val="Heading2"/>
      </w:pPr>
      <w:r>
        <w:t>Two keys: discover blessings, abandon hatred</w:t>
      </w:r>
    </w:p>
    <w:p>
      <w:r>
        <w:rPr>
          <w:color w:val="666666"/>
          <w:sz w:val="18"/>
        </w:rPr>
        <w:t>Love of God | Maulana Wahiduddin Khan |  4 October 2009 · 5m 03s · at 46:41 · https://youtu.be/dRR8aqMAVww?t=2801</w:t>
      </w:r>
    </w:p>
    <w:p>
      <w:r>
        <w:rPr>
          <w:i/>
        </w:rPr>
        <w:t>“I will mention two things: discover God's blessings.”</w:t>
      </w:r>
    </w:p>
    <w:p>
      <w:r>
        <w:rPr>
          <w:sz w:val="20"/>
        </w:rPr>
        <w:t>46:41  ۔ to kyun? dekhein, do cheezein main arz karunga. number one, Khuda ki blessing ko discover kijiye, Khuda ke inaamaat ko discover kijiye ke aap ka jo wajood hai, yeh Khuda ne diya hai. yeh jo family hai, yeh Khuda ne diya hai. yeh jo khana peena main khata hoon, woh Khuda ne diya hai. yeh jo main saans le raha hoon, oxygen bhi Khuda ne diya hai.</w:t>
      </w:r>
      <w:r>
        <w:br/>
      </w:r>
      <w:r>
        <w:rPr>
          <w:sz w:val="20"/>
        </w:rPr>
        <w:t>47:12  to Khuda ke inaamaat ko discover kijiye, tab aap manim ko janenge. aur jab manim ko janenge to us se mohabbat karenge aap. to ek baat yeh main kahunga ke Khuda ki boundaries ko discover kijiye, Khuda ke blessing ko discover kijiye, Khuda ke inaamaat ko discover kijiye. tab ja kar aap ko maloom hoga ke yeh to Khuda ka bahut bada ehsaan hamare upar hai. tab mohabbat ka chashma aap ke dil mein paida hoga.</w:t>
      </w:r>
      <w:r>
        <w:br/>
      </w:r>
      <w:r>
        <w:rPr>
          <w:sz w:val="20"/>
        </w:rPr>
        <w:t>47:43  ek baat yeh hai, doosri baat yeh hai ke is baat ko jaaniye ke aap law of nature se lad nahi sakte hain. yaani aap law of nature ladne ka matlab yeh hai ke aap aap chahein kaan se main bolne lagun aur zabaan se sunne lagun, there is impossible. to law of nature kya hai? woh yahi hai ke ek dil mein, ek seene mein do dil nahi ho sakte.</w:t>
      </w:r>
      <w:r>
        <w:br/>
      </w:r>
      <w:r>
        <w:rPr>
          <w:sz w:val="20"/>
        </w:rPr>
        <w:t>48:14  yaani ek hi dil mein mohabbat bhi ho, usi dil mein hate bhi ho, yeh impossible hai. to aap ko yeh jaanna padega ke agar aap ko Allah se mohabbat karna hai to doosron se hate bhi khatam karna hai. hate khatam, chahe koi excuse ho, chahe woh aap ke nazdeek zaalim ho, chahe woh aap ka conspirator ho, chahe us ne aap ke huqooq chheene hon, chahe us ne aap ko gaali di ho, chahe us ne Rasool Allah ko sh</w:t>
      </w:r>
      <w:r>
        <w:br/>
      </w:r>
      <w:r>
        <w:rPr>
          <w:sz w:val="20"/>
        </w:rPr>
        <w:t>48:44  tem kiya ho, kuch bhi kiya ho, kuch bhi kiya ho, kuch bhi kiya ho, aap ko use ignore karna padega. aap ko bhulana padega. aap ko us se hate apne dil mein nahi lana padega. tab aap is qabil honge ke Allah se mohabbat karen. yeh do, yeh two point formula, ek positive, ek negative. yeh positive</w:t>
      </w:r>
      <w:r>
        <w:br/>
      </w:r>
      <w:r>
        <w:rPr>
          <w:sz w:val="20"/>
        </w:rPr>
        <w:t>49:14  side yeh hai ke aap Allah ki blessing ko discover karen. is yeh discovery yahan se barhe, itna barhe ke har cheez jo aap ko mili hui hai, woh sab Khuda ka diya hua dikhai padne lage aap ko. aap aap ek glass pani piyein, lage ke Khuda ne mujhe bheja hai, pani mere paise se nahi, pani aaya hai, koi supply kar raha hai, supply kar raha hai, koi us se pani nahi aaya, yeh</w:t>
      </w:r>
      <w:r>
        <w:br/>
      </w:r>
      <w:r>
        <w:rPr>
          <w:sz w:val="20"/>
        </w:rPr>
        <w:t>49:45  barah e raast Allah ne pani diya hai. to kuch bhi, kuch bhi, kuch bhi, chahe aap ke beta beti ho, aap ki property ho, aap ka business ho, aap ki health ho, aap ka mind ho, aap aap ke andar speaking power ho, kuch bhi jo aap ke paas hai, yeh life support system jo hai, jis se aap faida utha rahe hain,</w:t>
      </w:r>
      <w:r>
        <w:br/>
      </w:r>
      <w:r>
        <w:rPr>
          <w:sz w:val="20"/>
        </w:rPr>
        <w:t>50:15  woh ho. har ek ko aap Khuda ki blessing samjhein, hundred percent, tab ja kar ke Allah se mohabbat paida hogi. aur doosri cheez yeh hai ke insaanon se aap nafrat ko chhodna padega, aap ko hundred percent chhodna padega. koi bhi excuse lena nahi padega. bil farz, suppose koi aadmi</w:t>
      </w:r>
      <w:r>
        <w:br/>
      </w:r>
      <w:r>
        <w:rPr>
          <w:sz w:val="20"/>
        </w:rPr>
        <w:t>50:45  zulm kar raha hai to us ko Khuda ke hawale hawale kijiye. koi conspiracy kar raha hai to Khuda ke hawale kar dijiye. koi aap se chheen raha hai to Khuda ke hawale kar dijiye. kisi ne bomb mara hai to Khuda ke hawale kijiye. kisi ne gun chalaya hai to Khuda ke hawale kijiye. yeh hai two point formula. aur nahi to phir us ke tayyar rahiye ke maut ke baad jab aap pahunchenge Allah ke saamne to wahan aap ko logon mein shumar nahi kiya jayega, aap ka jinhone</w:t>
      </w:r>
      <w:r>
        <w:br/>
      </w:r>
      <w:r>
        <w:rPr>
          <w:sz w:val="20"/>
        </w:rPr>
        <w:t>51:15  Allah se mohabbat ki thi. hadith mein aur Quran mein yeh baat aayi hai ke jo log Allah se mohabbat karte hain to Allah bhi un se mohabbat karta hai. kitni badi baat hai yeh. yaani yeh bilateral hai, unilateral nahi hai. yeh jo log Allah se mohabbat karte hain to Allah bhi un se mohabbat karta hai. jaise ek buzurg ke bare</w:t>
      </w:r>
    </w:p>
    <w:p>
      <w:pPr>
        <w:pStyle w:val="Heading2"/>
      </w:pPr>
      <w:r>
        <w:t>The Prophet's night journey compared to modern instant global travel</w:t>
      </w:r>
    </w:p>
    <w:p>
      <w:r>
        <w:rPr>
          <w:color w:val="666666"/>
          <w:sz w:val="18"/>
        </w:rPr>
        <w:t>Islam in A New Age March 18, 2012 · 3m 28s · at 21:53 · https://youtu.be/P5hzq_NheY0?t=1313</w:t>
      </w:r>
    </w:p>
    <w:p>
      <w:r>
        <w:rPr>
          <w:i/>
        </w:rPr>
        <w:t>“Rasoolallah ko Isra hua — Makkah se Yerusalem raaton raat”</w:t>
      </w:r>
    </w:p>
    <w:p>
      <w:r>
        <w:rPr>
          <w:sz w:val="20"/>
        </w:rPr>
        <w:t>21:53  Bukhari aur Muslim mein yeh riwayat hai ke Rasool Allah Sal Allahu Alaihi Wasallam ko jab woh waqia hua jis ko Quran mein Isra kaha gaya hai aur aam taur par us ko Meraj kehte hain.</w:t>
      </w:r>
      <w:r>
        <w:br/>
      </w:r>
      <w:r>
        <w:rPr>
          <w:sz w:val="20"/>
        </w:rPr>
        <w:t>22:05  lafz Meraj dekhiye, Quran mein nahi hai. aam taur par Meraj kaha jata hai us ko. lekin Quran mein lafz Isra hai. yaani Makkah se aap, Makkah ke aakhri zamaney ka waqia hai.</w:t>
      </w:r>
      <w:r>
        <w:br/>
      </w:r>
      <w:r>
        <w:rPr>
          <w:sz w:val="20"/>
        </w:rPr>
        <w:t>22:17  Makkah se aap Yerushalayim gaye. aur raton raat wapas bhi aaye.</w:t>
      </w:r>
      <w:r>
        <w:br/>
      </w:r>
      <w:r>
        <w:rPr>
          <w:sz w:val="20"/>
        </w:rPr>
        <w:t>22:22  Isra ke maani hote hain raton raat jana, sab raton raat safar karna. toh Rasool Allah Sal Allahu Alaihi Wasallam ko Allah Ta'ala ne aik safar karwaya raat ko.</w:t>
      </w:r>
      <w:r>
        <w:br/>
      </w:r>
      <w:r>
        <w:rPr>
          <w:sz w:val="20"/>
        </w:rPr>
        <w:t>22:34  main manta hoon ke is par bara behas hai ke woh roohani tha ke jismani tha. main manta hoon ke jismani tha woh. main us ko jismani manta hoon.</w:t>
      </w:r>
      <w:r>
        <w:br/>
      </w:r>
      <w:r>
        <w:rPr>
          <w:sz w:val="20"/>
        </w:rPr>
        <w:t>22:46  to lekin woh ek ek bohat hi thore time mein hua</w:t>
      </w:r>
      <w:r>
        <w:br/>
      </w:r>
      <w:r>
        <w:rPr>
          <w:sz w:val="20"/>
        </w:rPr>
        <w:t>22:50  tha. ek ek shayad ek moment mein hua tha. to us waqt time aur space ka khatam kar diya tha Allah taala ne. farq.</w:t>
      </w:r>
      <w:r>
        <w:br/>
      </w:r>
      <w:r>
        <w:rPr>
          <w:sz w:val="20"/>
        </w:rPr>
        <w:t>23:00  to Rasool Allah S.A.W. ne subah ko elaan bataya ke aaj raton raat mein gaya یروشلم aur wahan se wapas aaya.</w:t>
      </w:r>
      <w:r>
        <w:br/>
      </w:r>
      <w:r>
        <w:rPr>
          <w:sz w:val="20"/>
        </w:rPr>
        <w:t>23:10  to Makkah ke log naoozubillah mazak urane lage. dekho ab in ka ajeeb ghareeb baatein kar rahe</w:t>
      </w:r>
      <w:r>
        <w:br/>
      </w:r>
      <w:r>
        <w:rPr>
          <w:sz w:val="20"/>
        </w:rPr>
        <w:t>23:17  hain yeh. to riwayat hai ke</w:t>
      </w:r>
      <w:r>
        <w:br/>
      </w:r>
      <w:r>
        <w:rPr>
          <w:sz w:val="20"/>
        </w:rPr>
        <w:t>23:21  is zamane mein ek aadmi jo ke safar karte the, yeh Makkah ke log, ek zamane mein gaya tha یروشلم ek shakhs.</w:t>
      </w:r>
      <w:r>
        <w:br/>
      </w:r>
      <w:r>
        <w:rPr>
          <w:sz w:val="20"/>
        </w:rPr>
        <w:t>23:31  aur lauta tha یروشلم se. yeh tay hua ke woh aadmi pooche ke aap ne jo dekha kya dekha? yani is ki east mein kya hai, west mein kya hai?</w:t>
      </w:r>
      <w:r>
        <w:br/>
      </w:r>
      <w:r>
        <w:rPr>
          <w:sz w:val="20"/>
        </w:rPr>
        <w:t>23:42  idhar kya hai, udhar kya hai? woh sab pooche woh. aur aap bata</w:t>
      </w:r>
      <w:r>
        <w:br/>
      </w:r>
      <w:r>
        <w:rPr>
          <w:sz w:val="20"/>
        </w:rPr>
        <w:t>23:45  ein to woh woh tasdeeq kare ke haan aisa hai wahan par. to woh aadmi bulaya gaya Rasool Allah S.A.W. se, woh poochne laga. to wahan yeh hai ke Jibrael ne woh poora naqsha یروشلم ka jis ko hum aaj kehte hain Masjid Aqsa,</w:t>
      </w:r>
      <w:r>
        <w:br/>
      </w:r>
      <w:r>
        <w:rPr>
          <w:sz w:val="20"/>
        </w:rPr>
        <w:t>24:03  woh poora naqsha Jibrael ne samne kar diya.</w:t>
      </w:r>
      <w:r>
        <w:br/>
      </w:r>
      <w:r>
        <w:rPr>
          <w:sz w:val="20"/>
        </w:rPr>
        <w:t>24:10  to woh aadmi poochta jata tha, Rasool Allah batate jate the.</w:t>
      </w:r>
      <w:r>
        <w:br/>
      </w:r>
      <w:r>
        <w:rPr>
          <w:sz w:val="20"/>
        </w:rPr>
        <w:t>24:14  tab yaqeen kar liya logon ne ke haan aisa waqea hua hai.</w:t>
      </w:r>
      <w:r>
        <w:br/>
      </w:r>
      <w:r>
        <w:rPr>
          <w:sz w:val="20"/>
        </w:rPr>
        <w:t>24:20  ab is ko compare kijiye aap. dekhiye Makkah se یروشلم ka faasla jo hai taqreeban ek hazar teen so kilometer hai.</w:t>
      </w:r>
      <w:r>
        <w:br/>
      </w:r>
      <w:r>
        <w:rPr>
          <w:sz w:val="20"/>
        </w:rPr>
        <w:t>24:33  aur Taswania se Khatwa Khatwa ka faasla das hazar, taqreeban das hazar teen so kilometer hai. yani das guna zyada.</w:t>
      </w:r>
      <w:r>
        <w:br/>
      </w:r>
      <w:r>
        <w:rPr>
          <w:sz w:val="20"/>
        </w:rPr>
        <w:t>24:43  Makkah se یروشلم ka faasla taqreeban ek hazar teen so kilometer. aur Taswania se Khatwa ka faasla taqreeban das hazar teen so kilometer.</w:t>
      </w:r>
      <w:r>
        <w:br/>
      </w:r>
      <w:r>
        <w:rPr>
          <w:sz w:val="20"/>
        </w:rPr>
        <w:t>24:56  ab aap ghor kijiye, wohi waqea to hua.</w:t>
      </w:r>
      <w:r>
        <w:br/>
      </w:r>
      <w:r>
        <w:rPr>
          <w:sz w:val="20"/>
        </w:rPr>
        <w:t>25:02  wohi waqea to hua jo Makkah mein hua tha. woh wahan hua tha bazariya Burq, yahan hua bazariya technology.</w:t>
      </w:r>
      <w:r>
        <w:br/>
      </w:r>
      <w:r>
        <w:rPr>
          <w:sz w:val="20"/>
        </w:rPr>
        <w:t>25:11  yeh hai peshangoi Quran o Hadees mein ke yeh daur aane wala hai. aur is daur ka hissa, woh is daur mein ummat hogi Muhammadi.</w:t>
      </w:r>
    </w:p>
    <w:p>
      <w:pPr>
        <w:pStyle w:val="Heading2"/>
      </w:pPr>
      <w:r>
        <w:t>Scientific spirituality: stress as opportunity</w:t>
      </w:r>
    </w:p>
    <w:p>
      <w:r>
        <w:rPr>
          <w:color w:val="666666"/>
          <w:sz w:val="18"/>
        </w:rPr>
        <w:t>Science And Spirituality-25th April 07 · 5m 54s · at 30:59 · https://youtu.be/v5j9QVMgQq0?t=1859</w:t>
      </w:r>
    </w:p>
    <w:p>
      <w:r>
        <w:rPr>
          <w:i/>
        </w:rPr>
        <w:t>“Science shows that stress is a blessing for mind development.”</w:t>
      </w:r>
    </w:p>
    <w:p>
      <w:r>
        <w:rPr>
          <w:sz w:val="20"/>
        </w:rPr>
        <w:t>30:59  Science has discovered that when man faces some challenges, there is a brainstorm in his mind. When we face challenges, when we face some big problems, then there is a brainstorm in our mind. And what is this brainstorm?</w:t>
      </w:r>
      <w:r>
        <w:br/>
      </w:r>
      <w:r>
        <w:rPr>
          <w:sz w:val="20"/>
        </w:rPr>
        <w:t>31:28  According to scientific discoveries, I am explaining the scientific spirituality. This is scientific spirituality. So according to scientific discovery, when there is brainstorming, it is a blessing in disguise for you. Why? Because brainstorming activates your mind.</w:t>
      </w:r>
      <w:r>
        <w:br/>
      </w:r>
      <w:r>
        <w:rPr>
          <w:sz w:val="20"/>
        </w:rPr>
        <w:t>31:58  It activates all those particles, living particles. So without brainstorming, your mind cannot be activated. It lives in a dormant position.</w:t>
      </w:r>
      <w:r>
        <w:br/>
      </w:r>
      <w:r>
        <w:rPr>
          <w:sz w:val="20"/>
        </w:rPr>
        <w:t>32:22  So it is the law of nature. It is a natural method to activate your mind. This kind of brainstorming is a method of nature only to activate your mind.</w:t>
      </w:r>
      <w:r>
        <w:br/>
      </w:r>
      <w:r>
        <w:rPr>
          <w:sz w:val="20"/>
        </w:rPr>
        <w:t>32:45  And when your mind is activated, then it means that you are able to think, you are able</w:t>
      </w:r>
      <w:r>
        <w:br/>
      </w:r>
      <w:r>
        <w:rPr>
          <w:sz w:val="20"/>
        </w:rPr>
        <w:t>32:55  to understand, you are able to explain.</w:t>
      </w:r>
      <w:r>
        <w:br/>
      </w:r>
      <w:r>
        <w:rPr>
          <w:sz w:val="20"/>
        </w:rPr>
        <w:t>33:05  Here, I would like to add one point: that there are millions, billions of people who are engaged in spirituality.</w:t>
      </w:r>
      <w:r>
        <w:br/>
      </w:r>
      <w:r>
        <w:rPr>
          <w:sz w:val="20"/>
        </w:rPr>
        <w:t>33:15  But no spiritual person was able to produce a masterpiece, a masterpiece, a book that is able to</w:t>
      </w:r>
      <w:r>
        <w:br/>
      </w:r>
      <w:r>
        <w:rPr>
          <w:sz w:val="20"/>
        </w:rPr>
        <w:t>33:26  be awarded a Nobel Prize.</w:t>
      </w:r>
      <w:r>
        <w:br/>
      </w:r>
      <w:r>
        <w:rPr>
          <w:sz w:val="20"/>
        </w:rPr>
        <w:t>33:36  No one was awarded a Nobel Prize in this.</w:t>
      </w:r>
      <w:r>
        <w:br/>
      </w:r>
      <w:r>
        <w:rPr>
          <w:sz w:val="20"/>
        </w:rPr>
        <w:t>33:46  No one was able to write a book on spirituality on a scientific level and on such a</w:t>
      </w:r>
      <w:r>
        <w:br/>
      </w:r>
      <w:r>
        <w:rPr>
          <w:sz w:val="20"/>
        </w:rPr>
        <w:t>33:56  great scale that he was able to be awarded a Nobel Prize. Why?</w:t>
      </w:r>
      <w:r>
        <w:br/>
      </w:r>
      <w:r>
        <w:rPr>
          <w:sz w:val="20"/>
        </w:rPr>
        <w:t>34:07  Why all these spiritual persons are living in traditional spirituality? They are living in ecstasy. There is no function of mind. It is the mind that writes a book. Ecstasy cannot write a book. When you are living in ecstasy, how can you write a book? How can you write an encyclopedia?</w:t>
      </w:r>
      <w:r>
        <w:br/>
      </w:r>
      <w:r>
        <w:rPr>
          <w:sz w:val="20"/>
        </w:rPr>
        <w:t>34:36  One who is living in ecstasy, one who is living in ecstasy, he cannot write a book. He is just like an animal. A book can be produced by only that kind of mind who is living in spiritual, who is living in intellectual development.</w:t>
      </w:r>
      <w:r>
        <w:br/>
      </w:r>
      <w:r>
        <w:rPr>
          <w:sz w:val="20"/>
        </w:rPr>
        <w:t>34:55  So if you use your mind, then you will find, then you will discover that stress is a challenge. Tension is a challenge. And challenges are competition.</w:t>
      </w:r>
      <w:r>
        <w:br/>
      </w:r>
      <w:r>
        <w:rPr>
          <w:sz w:val="20"/>
        </w:rPr>
        <w:t>35:13  So when you discover that stress is a challenge and tension is a challenge, then you will discover that challenge is not evil. Challenge is a blessing because no challenge, no intellectual development. Challenge is the only way to bring about intellectual development.</w:t>
      </w:r>
      <w:r>
        <w:br/>
      </w:r>
      <w:r>
        <w:rPr>
          <w:sz w:val="20"/>
        </w:rPr>
        <w:t>35:42  So when you apply scientific discoveries, then you will discover that stress or tension is not a curse, not an evil. Instead, it is a blessing. It moves your mind. It helps develop your mind.</w:t>
      </w:r>
      <w:r>
        <w:br/>
      </w:r>
      <w:r>
        <w:rPr>
          <w:sz w:val="20"/>
        </w:rPr>
        <w:t>36:07  This is the formula of scientific spirituality. In traditional spirituality, there is no formula except to suppress your mind. They will tell you to suppress your mind.</w:t>
      </w:r>
      <w:r>
        <w:br/>
      </w:r>
      <w:r>
        <w:rPr>
          <w:sz w:val="20"/>
        </w:rPr>
        <w:t>36:24  Traditional spirituality will tell you to suppress your mind, stop your thinking. This is the solution. But scientific spirituality will tell you that difference gives you an opportunity for dialogue, for intellectual exchange. And you know, without intellectual exchange, there is no intellectual development.</w:t>
      </w:r>
      <w:r>
        <w:br/>
      </w:r>
      <w:r>
        <w:rPr>
          <w:sz w:val="20"/>
        </w:rPr>
        <w:t>36:53  Without intellectual exchange, there is no intellectual development. So avail the difference as an opportunity. Take the difference as an opportunity and avail it.</w:t>
      </w:r>
    </w:p>
    <w:p>
      <w:pPr>
        <w:pStyle w:val="Heading2"/>
      </w:pPr>
      <w:r>
        <w:t>Avoiding distraction as the key to a focused, purposeful life</w:t>
      </w:r>
    </w:p>
    <w:p>
      <w:r>
        <w:rPr>
          <w:color w:val="666666"/>
          <w:sz w:val="18"/>
        </w:rPr>
        <w:t>God Oriented Life July 9, 2023 · 4m 55s · at 48:10 · https://youtu.be/0bQxMeOk5c8?t=2890</w:t>
      </w:r>
    </w:p>
    <w:p>
      <w:r>
        <w:rPr>
          <w:i/>
        </w:rPr>
        <w:t>“But Apa, one thing alone can derail all of this: distraction”</w:t>
      </w:r>
    </w:p>
    <w:p>
      <w:r>
        <w:rPr>
          <w:sz w:val="20"/>
        </w:rPr>
        <w:t>48:10  lekin apa ek hi cheez is ko derail kar sakti hai aur woh hai distraction.</w:t>
      </w:r>
      <w:r>
        <w:br/>
      </w:r>
      <w:r>
        <w:rPr>
          <w:sz w:val="20"/>
        </w:rPr>
        <w:t>48:17  maulana sahib kehte the ke one of the successful principle to lead a life, successful life in this world is that you should be able to abandon one thing in favor of another.</w:t>
      </w:r>
      <w:r>
        <w:br/>
      </w:r>
      <w:r>
        <w:rPr>
          <w:sz w:val="20"/>
        </w:rPr>
        <w:t>48:29  to koi bhi insaan zindagi mein do do priorities nahi rakh sakta. focus mein ek hi cheez hoti hai. to agar aap ka focus, aap ki priority tazkiya hai, so you have to abandon all those things which are irrelevant for tazkiya</w:t>
      </w:r>
      <w:r>
        <w:br/>
      </w:r>
      <w:r>
        <w:rPr>
          <w:sz w:val="20"/>
        </w:rPr>
        <w:t>48:44  . to apa kal mila ke jo ek sab se aham question hai, saare log aaj ki date mein isi mein mubtala hain, isi mein phanse hue hain.</w:t>
      </w:r>
      <w:r>
        <w:br/>
      </w:r>
      <w:r>
        <w:rPr>
          <w:sz w:val="20"/>
        </w:rPr>
        <w:t>48:55  distraction to kaise apne aap ko distraction se bachayen? yeh apa aaj ka aakhri sawal hai. isi par main chahunga ke aap session ko khatam karen.</w:t>
      </w:r>
      <w:r>
        <w:br/>
      </w:r>
      <w:r>
        <w:rPr>
          <w:sz w:val="20"/>
        </w:rPr>
        <w:t>49:07  distraction hi main cheez hai jis ki wajah se hum apna tazkiya nahi kar paate.</w:t>
      </w:r>
      <w:r>
        <w:br/>
      </w:r>
      <w:r>
        <w:rPr>
          <w:sz w:val="20"/>
        </w:rPr>
        <w:t>49:14  to baar baar hum distract hote rehte hain. aur sab se pehle humein yeh jaanna hai ke hamare paas bohat hi limited period of time hai.</w:t>
      </w:r>
      <w:r>
        <w:br/>
      </w:r>
      <w:r>
        <w:rPr>
          <w:sz w:val="20"/>
        </w:rPr>
        <w:t>49:23  hamare paas waqt bohat kam hai. agar hum is mein distract hote rahenge baar baar to pata chalega ke hamara time hi khatam ho gaya. ab hum kuch karne ki position mein hi nahi</w:t>
      </w:r>
      <w:r>
        <w:br/>
      </w:r>
      <w:r>
        <w:rPr>
          <w:sz w:val="20"/>
        </w:rPr>
        <w:t>49:34  hain. to yeh baat humein samajhna hai aur apne aap ko poori tarah se har waqt tayyar rakhna hai ke jahan bhi koi un ko jahan bhi aisa lage ke yeh cheez humein matlab sab se pehle to humein apna goal set kar lena hai ke hamara goal kya hai?</w:t>
      </w:r>
      <w:r>
        <w:br/>
      </w:r>
      <w:r>
        <w:rPr>
          <w:sz w:val="20"/>
        </w:rPr>
        <w:t>49:53  kya spirituality hamara goal hai? Khuda se connection qaim karna hamara goal hai?</w:t>
      </w:r>
      <w:r>
        <w:br/>
      </w:r>
      <w:r>
        <w:rPr>
          <w:sz w:val="20"/>
        </w:rPr>
        <w:t>49:58  ya duniya ka bhi koi goal ho to humein us goal ko sab se pehle set kar lena hai. is ke baad dekhna hai ke kya koi aisi cheez hai jo is mein hamare woh obstacle create kar rahi hai.</w:t>
      </w:r>
      <w:r>
        <w:br/>
      </w:r>
      <w:r>
        <w:rPr>
          <w:sz w:val="20"/>
        </w:rPr>
        <w:t>50:12  matlab bohat saare log hain jo lazeez khano ke chakkar mein rehte hain. aur ladies khaas taur par shopping ke chakkar mein rehti hain.</w:t>
      </w:r>
      <w:r>
        <w:br/>
      </w:r>
      <w:r>
        <w:rPr>
          <w:sz w:val="20"/>
        </w:rPr>
        <w:t>50:22  kitne hi un ke paas samaan ho lekin shopping karne chali jaati hain.</w:t>
      </w:r>
      <w:r>
        <w:br/>
      </w:r>
      <w:r>
        <w:rPr>
          <w:sz w:val="20"/>
        </w:rPr>
        <w:t>50:26  entertainment hai, daawaten hain aur bohat saari cheezen aisi hain. to yeh saari cheezon se apne aap ko bachana padega.</w:t>
      </w:r>
      <w:r>
        <w:br/>
      </w:r>
      <w:r>
        <w:rPr>
          <w:sz w:val="20"/>
        </w:rPr>
        <w:t>50:35  jab Maulana keh dete hain need based life guzarni padegi. kyunke yeh to saari zindagi bazaar mein to roz nayi nayi cheezen aati rehti hain.</w:t>
      </w:r>
      <w:r>
        <w:br/>
      </w:r>
      <w:r>
        <w:rPr>
          <w:sz w:val="20"/>
        </w:rPr>
        <w:t>50:43  agar hum yeh karenge ke hum ko roz nayi nayi cheez chahiye, ab is se hum bore ho gaye, dil bhar gaya to hum phir isi mein. Maulana ke kamre mein chaalis saal wahi ek hi</w:t>
      </w:r>
      <w:r>
        <w:br/>
      </w:r>
      <w:r>
        <w:rPr>
          <w:sz w:val="20"/>
        </w:rPr>
        <w:t>50:55  furniture raha. ji ji ji bilkul apa. woh kuch laane hi nahi dete the. abhi bhi wahi pada hai apa. ek baar kya hua, ek lambi si sofa bhi nahi thi, lambi bench thi.</w:t>
      </w:r>
      <w:r>
        <w:br/>
      </w:r>
      <w:r>
        <w:rPr>
          <w:sz w:val="20"/>
        </w:rPr>
        <w:t>51:06  achi thi woh. san usnein laye ke yeh abba ke kamre mein rakh dete hain. aur log aate hain baithne baithne ke liye. to maine kaha abba rakhne to denge nahin.</w:t>
      </w:r>
      <w:r>
        <w:br/>
      </w:r>
      <w:r>
        <w:rPr>
          <w:sz w:val="20"/>
        </w:rPr>
        <w:t>51:16  to jab woh namaz parhne lage na tab maine khamosh use ek taraf rakhwa diya.</w:t>
      </w:r>
      <w:r>
        <w:br/>
      </w:r>
      <w:r>
        <w:rPr>
          <w:sz w:val="20"/>
        </w:rPr>
        <w:t>51:21  ji namaz parha parh ke sab se pehle unhon ne is ko bahar nikala. to woh kehte thay main status ko mein change nahin karta.</w:t>
      </w:r>
      <w:r>
        <w:br/>
      </w:r>
      <w:r>
        <w:rPr>
          <w:sz w:val="20"/>
        </w:rPr>
        <w:t>51:31  kyunke woh distraction ban jata hai. ji to is tarah se woh distraction se bohat door rehte thay. koi bhi aisa kaam nahin karte thay jaise shadiyon mein jana, dawatوں mein jana, taqreebon mein jana, yeh sab nahin karte thay.</w:t>
      </w:r>
      <w:r>
        <w:br/>
      </w:r>
      <w:r>
        <w:rPr>
          <w:sz w:val="20"/>
        </w:rPr>
        <w:t>51:46  shuru shuru mein logon ne bohat shikayatein keen ke kahin aana jana nahin karte.</w:t>
      </w:r>
      <w:r>
        <w:br/>
      </w:r>
      <w:r>
        <w:rPr>
          <w:sz w:val="20"/>
        </w:rPr>
        <w:t>51:50  lekin woh dheere dheere log bhi samajh lete hain ke yeh nahin aaye jayenge to phir kehna bhi chhod dete hain woh. ji to yeh har aadmi ka distraction alag alag hota hai.</w:t>
      </w:r>
      <w:r>
        <w:br/>
      </w:r>
      <w:r>
        <w:rPr>
          <w:sz w:val="20"/>
        </w:rPr>
        <w:t>52:02  woh hamein khud hi is ko discover karna hai ke hamara kya distraction hai. to aur is se hamein apne aap ko hum bachana hai.</w:t>
      </w:r>
      <w:r>
        <w:br/>
      </w:r>
      <w:r>
        <w:rPr>
          <w:sz w:val="20"/>
        </w:rPr>
        <w:t>52:12  kyunke hamare bilkul focused hum reh</w:t>
      </w:r>
      <w:r>
        <w:br/>
      </w:r>
      <w:r>
        <w:rPr>
          <w:sz w:val="20"/>
        </w:rPr>
        <w:t>52:15  ein. jo maine kaha tha na shehad ki makhi ki tarah hum focused rahein. tabhi hum kai kar sakte hain. ab jaise hum hi logon ka hai, jagah jagah log bulane lagte hain.</w:t>
      </w:r>
      <w:r>
        <w:br/>
      </w:r>
      <w:r>
        <w:rPr>
          <w:sz w:val="20"/>
        </w:rPr>
        <w:t>52:24  kahin program bula rahe hain, kahin kuch kar rahe hain. yeh yeh kaam hai, woh kaam hai. to hum nahin jaate ke hamare paas bohat kaam hai. to is tarah se har aadmi ka alag alag distraction hota hai.</w:t>
      </w:r>
      <w:r>
        <w:br/>
      </w:r>
      <w:r>
        <w:rPr>
          <w:sz w:val="20"/>
        </w:rPr>
        <w:t>52:35  aur jab tak ke woh apne aap ko is distraction se nahin bachayega, tab tak woh focus</w:t>
      </w:r>
      <w:r>
        <w:br/>
      </w:r>
      <w:r>
        <w:rPr>
          <w:sz w:val="20"/>
        </w:rPr>
        <w:t>52:41  nahin kar sakta. jab focus nahin karega to is ko woh jo is ko paana chahta hai, woh na woh dunya ka koi goal hasil kar sakta hai, na koi akhirat ke hisab se koi goal hasil kar sakta hai.</w:t>
      </w:r>
      <w:r>
        <w:br/>
      </w:r>
      <w:r>
        <w:rPr>
          <w:sz w:val="20"/>
        </w:rPr>
        <w:t>52:54  jab tak ke woh apne aap ko har distraction se na bachaye. ji jazak Allah apa for doing a very good session today.</w:t>
      </w:r>
    </w:p>
    <w:p>
      <w:pPr>
        <w:pStyle w:val="Heading2"/>
      </w:pPr>
      <w:r>
        <w:t>Q&amp;A on planning with death in mind and fear</w:t>
      </w:r>
    </w:p>
    <w:p>
      <w:r>
        <w:rPr>
          <w:color w:val="666666"/>
          <w:sz w:val="18"/>
        </w:rPr>
        <w:t>LAILATAL-QADR &amp; ITIKAF English Quran Talk Senior CPS member Ms. Fathima Sarah May 5, 2021 · 5m 26s · at 28:02 · https://youtu.be/zziLL9KqmQs?t=1682</w:t>
      </w:r>
    </w:p>
    <w:p>
      <w:r>
        <w:rPr>
          <w:i/>
        </w:rPr>
        <w:t>“What does it mean to plan life keeping death in mind?”</w:t>
      </w:r>
    </w:p>
    <w:p>
      <w:r>
        <w:rPr>
          <w:sz w:val="20"/>
        </w:rPr>
        <w:t>28:02  . the first question is: what does it mean to plan life keeping death in mind? the answer to this: keeping death in mind and planning refers to considering life as a journey and not a destination.</w:t>
      </w:r>
      <w:r>
        <w:br/>
      </w:r>
      <w:r>
        <w:rPr>
          <w:sz w:val="20"/>
        </w:rPr>
        <w:t>28:22  there is a hadith where prophet said: live your life in the world as if you are a stranger or a traveler.</w:t>
      </w:r>
      <w:r>
        <w:br/>
      </w:r>
      <w:r>
        <w:rPr>
          <w:sz w:val="20"/>
        </w:rPr>
        <w:t>28:32  that is the hadith: see when a person plans his life keeping death in mind, his planning will be like that of a stranger in a land or a traveler.</w:t>
      </w:r>
      <w:r>
        <w:br/>
      </w:r>
      <w:r>
        <w:rPr>
          <w:sz w:val="20"/>
        </w:rPr>
        <w:t>28:43  he would not like to make any identity here. he knows that he has to spend a small part of his eternal life here and then he must go ahead.</w:t>
      </w:r>
      <w:r>
        <w:br/>
      </w:r>
      <w:r>
        <w:rPr>
          <w:sz w:val="20"/>
        </w:rPr>
        <w:t>28:55  this will quite naturally make him choose a life of a traveler</w:t>
      </w:r>
      <w:r>
        <w:br/>
      </w:r>
      <w:r>
        <w:rPr>
          <w:sz w:val="20"/>
        </w:rPr>
        <w:t>29:01  . he will not live here as if he will stay here for eternity. that is why he doesn't try to stock pile much here.</w:t>
      </w:r>
      <w:r>
        <w:br/>
      </w:r>
      <w:r>
        <w:rPr>
          <w:sz w:val="20"/>
        </w:rPr>
        <w:t>29:12  his view of life will be that of a traveler who uses the world as a lodge. the prophet taught us to look at life from the perspective of a traveler.</w:t>
      </w:r>
      <w:r>
        <w:br/>
      </w:r>
      <w:r>
        <w:rPr>
          <w:sz w:val="20"/>
        </w:rPr>
        <w:t>29:24  i will share an experience here</w:t>
      </w:r>
      <w:r>
        <w:br/>
      </w:r>
      <w:r>
        <w:rPr>
          <w:sz w:val="20"/>
        </w:rPr>
        <w:t>29:26  : my family members upon observing that i plan very extensively for the mission work but not so for the worldly work inquired the reason for it.</w:t>
      </w:r>
      <w:r>
        <w:br/>
      </w:r>
      <w:r>
        <w:rPr>
          <w:sz w:val="20"/>
        </w:rPr>
        <w:t>29:38  so i presented to them the following perspective with regard to this. i said: the roots of the work pertaining to the mission reaches the hereafter.</w:t>
      </w:r>
      <w:r>
        <w:br/>
      </w:r>
      <w:r>
        <w:rPr>
          <w:sz w:val="20"/>
        </w:rPr>
        <w:t>29:49  therefore, even if i am unable to execute the plan, god as per his promise, he has promised his rewards even for the intention.</w:t>
      </w:r>
      <w:r>
        <w:br/>
      </w:r>
      <w:r>
        <w:rPr>
          <w:sz w:val="20"/>
        </w:rPr>
        <w:t>30:02  however, this is not the case about a worldly tasks</w:t>
      </w:r>
      <w:r>
        <w:br/>
      </w:r>
      <w:r>
        <w:rPr>
          <w:sz w:val="20"/>
        </w:rPr>
        <w:t>30:06  . after extensive planning for some worldly affair, if i die and as death can come any moment, all the planning is wasted and all the time which i used for planning is gone forever.</w:t>
      </w:r>
      <w:r>
        <w:br/>
      </w:r>
      <w:r>
        <w:rPr>
          <w:sz w:val="20"/>
        </w:rPr>
        <w:t>30:24  my principle to plan just is just per as per the need. like when the need arises, plan whatever needs to be planned, do the duty.</w:t>
      </w:r>
      <w:r>
        <w:br/>
      </w:r>
      <w:r>
        <w:rPr>
          <w:sz w:val="20"/>
        </w:rPr>
        <w:t>30:36  i learned this lesson from the flowering plants. some plants flower seasonally, that is during certain months of the year, and some plants flower perennially, that is throughout the year.</w:t>
      </w:r>
      <w:r>
        <w:br/>
      </w:r>
      <w:r>
        <w:rPr>
          <w:sz w:val="20"/>
        </w:rPr>
        <w:t>30:49  so for worldly tasks, seasonal planning is suitable and for a hereafter, perennial planning is suitable.</w:t>
      </w:r>
      <w:r>
        <w:br/>
      </w:r>
      <w:r>
        <w:rPr>
          <w:sz w:val="20"/>
        </w:rPr>
        <w:t>31:00  the next question is: does remembering death constantly demotivate human beings?</w:t>
      </w:r>
      <w:r>
        <w:br/>
      </w:r>
      <w:r>
        <w:rPr>
          <w:sz w:val="20"/>
        </w:rPr>
        <w:t>31:09  de answer is: to understand this, we need to first know the difference between two types of fear. one is termed as phobia, which is extreme and unreasonable fear.</w:t>
      </w:r>
      <w:r>
        <w:br/>
      </w:r>
      <w:r>
        <w:rPr>
          <w:sz w:val="20"/>
        </w:rPr>
        <w:t>31:24  this kind of fear is unhealthy and categorized as a psychological disease. the second type of fear is a healthy fear, which is a driving force to work positively.</w:t>
      </w:r>
      <w:r>
        <w:br/>
      </w:r>
      <w:r>
        <w:rPr>
          <w:sz w:val="20"/>
        </w:rPr>
        <w:t>31:40  the quran keeps calling the believers towards this fear, which will result in making us paradisiacal personalities.</w:t>
      </w:r>
      <w:r>
        <w:br/>
      </w:r>
      <w:r>
        <w:rPr>
          <w:sz w:val="20"/>
        </w:rPr>
        <w:t>31:54  we will take an example about phobia. there was a relative of mine who had this extreme fear of death, which is known as thanatophobia.</w:t>
      </w:r>
      <w:r>
        <w:br/>
      </w:r>
      <w:r>
        <w:rPr>
          <w:sz w:val="20"/>
        </w:rPr>
        <w:t>32:04  she would keep saying constantly that i will die, please save me, and she was unable to lead a normal life.</w:t>
      </w:r>
      <w:r>
        <w:br/>
      </w:r>
      <w:r>
        <w:rPr>
          <w:sz w:val="20"/>
        </w:rPr>
        <w:t>32:14  this type of fear full constant remembrance of death is totally debilitating.</w:t>
      </w:r>
      <w:r>
        <w:br/>
      </w:r>
      <w:r>
        <w:rPr>
          <w:sz w:val="20"/>
        </w:rPr>
        <w:t>32:22  when we talk about the constant remembrance of death, we are talking about what we are talking about is the acceptance of the creation plan of god that we have to die one day.</w:t>
      </w:r>
      <w:r>
        <w:br/>
      </w:r>
      <w:r>
        <w:rPr>
          <w:sz w:val="20"/>
        </w:rPr>
        <w:t>32:36  this kind of remembrance does not demotivate us. it creates a sense of urgency within us, and it gives a sense of priority</w:t>
      </w:r>
      <w:r>
        <w:br/>
      </w:r>
      <w:r>
        <w:rPr>
          <w:sz w:val="20"/>
        </w:rPr>
        <w:t>32:47  . when a person is convinced that he does not know when the time will come for him to leave this world, he does all the work that he should do without wasting his time.</w:t>
      </w:r>
      <w:r>
        <w:br/>
      </w:r>
      <w:r>
        <w:rPr>
          <w:sz w:val="20"/>
        </w:rPr>
        <w:t>32:59  he becomes very selective when it comes to choosing worldly things. it is because he knows he cannot do many things.</w:t>
      </w:r>
      <w:r>
        <w:br/>
      </w:r>
      <w:r>
        <w:rPr>
          <w:sz w:val="20"/>
        </w:rPr>
        <w:t>33:08  he only wants to do the most important and necessary things. he would like to prepare for the things for which he is accountable to god.</w:t>
      </w:r>
      <w:r>
        <w:br/>
      </w:r>
      <w:r>
        <w:rPr>
          <w:sz w:val="20"/>
        </w:rPr>
        <w:t>33:19  does the realization and remembrance of death makes him a realistic person in the matter of life?</w:t>
      </w:r>
    </w:p>
    <w:p>
      <w:pPr>
        <w:pStyle w:val="Heading2"/>
      </w:pPr>
      <w:r>
        <w:t>From bulldozing to divine civilization</w:t>
      </w:r>
    </w:p>
    <w:p>
      <w:r>
        <w:rPr>
          <w:color w:val="666666"/>
          <w:sz w:val="18"/>
        </w:rPr>
        <w:t>Paradise in the Making I March 27, 2011- Maulana Wahiduddin Khan · 3m 33s · at 1:36 · https://youtu.be/uIhsvD9JGmY?t=96</w:t>
      </w:r>
    </w:p>
    <w:p>
      <w:r>
        <w:rPr>
          <w:i/>
        </w:rPr>
        <w:t>“Sab insani jo civilization thi, usko bulldoz kiya jaa raha hai.”</w:t>
      </w:r>
    </w:p>
    <w:p>
      <w:r>
        <w:rPr>
          <w:sz w:val="20"/>
        </w:rPr>
        <w:t>1:36  sab insani jo civilization thi, us ko bulldoze kiya ja raha hai. Albata aik nai dunya banni wali hai.</w:t>
      </w:r>
      <w:r>
        <w:br/>
      </w:r>
      <w:r>
        <w:rPr>
          <w:sz w:val="20"/>
        </w:rPr>
        <w:t>1:49  aik taraf Middle East ke mulkon mein jo ho raha hai, woh is baat ki alamat hai ke musalmanon ne jo dunya banai, us se Khuda raazi nahi hai.</w:t>
      </w:r>
      <w:r>
        <w:br/>
      </w:r>
      <w:r>
        <w:rPr>
          <w:sz w:val="20"/>
        </w:rPr>
        <w:t>2:05  woh un ki apni qaumi mazhab ke mutabiq thi, Khudai mazhab ke mutabiq nahi thi. Isi tarah se Japan mein jo ho raha hai, woh bhi aik alamat hai ke secular qaumon ne jo dunya banai,</w:t>
      </w:r>
      <w:r>
        <w:br/>
      </w:r>
      <w:r>
        <w:rPr>
          <w:sz w:val="20"/>
        </w:rPr>
        <w:t>2:23  us se bhi Khuda raazi nahi hai.</w:t>
      </w:r>
      <w:r>
        <w:br/>
      </w:r>
      <w:r>
        <w:rPr>
          <w:sz w:val="20"/>
        </w:rPr>
        <w:t>2:28  is liye ab sab ko bulldoze kiya ja raha hai. Aur woh waqt aa gaya hai ke jis ko hum kehte hain qayamat.</w:t>
      </w:r>
      <w:r>
        <w:br/>
      </w:r>
      <w:r>
        <w:rPr>
          <w:sz w:val="20"/>
        </w:rPr>
        <w:t>2:39  qayamat kya hai? Qayamat aik had-e-fasal hai. Yani qayamat se pehle human civilization thi, qayamat ke baad divine civilization shuru hogi.</w:t>
      </w:r>
      <w:r>
        <w:br/>
      </w:r>
      <w:r>
        <w:rPr>
          <w:sz w:val="20"/>
        </w:rPr>
        <w:t>2:56  qayamat koi tabahi ki baat nahi hai. Nahi. Aik history ka end aur doosri history ki beginning, jis ka naam hai qayamat.</w:t>
      </w:r>
      <w:r>
        <w:br/>
      </w:r>
      <w:r>
        <w:rPr>
          <w:sz w:val="20"/>
        </w:rPr>
        <w:t>3:11  Quran mein dekhiye,</w:t>
      </w:r>
      <w:r>
        <w:br/>
      </w:r>
      <w:r>
        <w:rPr>
          <w:sz w:val="20"/>
        </w:rPr>
        <w:t>3:15  bohat si ayat is is is ki taraf ishara karti hain.</w:t>
      </w:r>
      <w:r>
        <w:br/>
      </w:r>
      <w:r>
        <w:rPr>
          <w:sz w:val="20"/>
        </w:rPr>
        <w:t>3:21  aik ayat jo Surah Ibrahim mein hai, chapter number 14:</w:t>
      </w:r>
      <w:r>
        <w:br/>
      </w:r>
      <w:r>
        <w:rPr>
          <w:sz w:val="20"/>
        </w:rPr>
        <w:t>3:30  Yom tubaddal al-ardhu ghair al-ardh.</w:t>
      </w:r>
      <w:r>
        <w:br/>
      </w:r>
      <w:r>
        <w:rPr>
          <w:sz w:val="20"/>
        </w:rPr>
        <w:t>3:36  yani jis din zameen badal kar aik aur zameen bana di jayegi. Yeh sab yeh alfaaz hain na</w:t>
      </w:r>
      <w:r>
        <w:br/>
      </w:r>
      <w:r>
        <w:rPr>
          <w:sz w:val="20"/>
        </w:rPr>
        <w:t>3:45  ? Ji. Yubaddal hai. Yom tubaddal. Hain? Yom tubaddal. Yom tubaddal al-ardhu ghair al-ardh.</w:t>
      </w:r>
      <w:r>
        <w:br/>
      </w:r>
      <w:r>
        <w:rPr>
          <w:sz w:val="20"/>
        </w:rPr>
        <w:t>3:56  is ka matlab yeh hai: when the earth shall be changed into another world, another earth.</w:t>
      </w:r>
      <w:r>
        <w:br/>
      </w:r>
      <w:r>
        <w:rPr>
          <w:sz w:val="20"/>
        </w:rPr>
        <w:t>4:08  when the earth shall be changed into another earth.</w:t>
      </w:r>
      <w:r>
        <w:br/>
      </w:r>
      <w:r>
        <w:rPr>
          <w:sz w:val="20"/>
        </w:rPr>
        <w:t>4:15  yani yeh yeh jo zameen hai, yeh jo dunya hai, is ko badal kar aik aur dunya banai jayegi.</w:t>
      </w:r>
      <w:r>
        <w:br/>
      </w:r>
      <w:r>
        <w:rPr>
          <w:sz w:val="20"/>
        </w:rPr>
        <w:t>4:25  Surah Taha mein hai ke pahadon ko Khuda tod dega. Wa yadhurruha kasafan safsafan. Poori zameen jo hai, aik ko aik level kar diya jayega.</w:t>
      </w:r>
      <w:r>
        <w:br/>
      </w:r>
      <w:r>
        <w:rPr>
          <w:sz w:val="20"/>
        </w:rPr>
        <w:t>4:39  yeh Surah Taha mein hai.</w:t>
      </w:r>
    </w:p>
    <w:p>
      <w:pPr>
        <w:pStyle w:val="Heading2"/>
      </w:pPr>
      <w:r>
        <w:t>Five pillars of Islam and meaning of purification</w:t>
      </w:r>
    </w:p>
    <w:p>
      <w:r>
        <w:rPr>
          <w:color w:val="666666"/>
          <w:sz w:val="18"/>
        </w:rPr>
        <w:t>Spirit of Zakat 16 May 2007 - Maulana Wahiduddin Khan · 3m 41s · at 0:33 · https://youtu.be/Ptou1yxZS_8?t=33</w:t>
      </w:r>
    </w:p>
    <w:p>
      <w:r>
        <w:rPr>
          <w:i/>
        </w:rPr>
        <w:t>“Today I'd like to say a few words about zakat”</w:t>
      </w:r>
    </w:p>
    <w:p>
      <w:r>
        <w:rPr>
          <w:sz w:val="20"/>
        </w:rPr>
        <w:t>0:33  today i would like to say a few words about zakat.</w:t>
      </w:r>
      <w:r>
        <w:br/>
      </w:r>
      <w:r>
        <w:rPr>
          <w:sz w:val="20"/>
        </w:rPr>
        <w:t>0:44  zakat is one of the important teachings of Islam.</w:t>
      </w:r>
      <w:r>
        <w:br/>
      </w:r>
      <w:r>
        <w:rPr>
          <w:sz w:val="20"/>
        </w:rPr>
        <w:t>0:55  according to hadith, there are five pillars of Islam, al-arkan al-khamsa.</w:t>
      </w:r>
      <w:r>
        <w:br/>
      </w:r>
      <w:r>
        <w:rPr>
          <w:sz w:val="20"/>
        </w:rPr>
        <w:t>1:09  these five pillars are like this: kalma tauheed,</w:t>
      </w:r>
      <w:r>
        <w:br/>
      </w:r>
      <w:r>
        <w:rPr>
          <w:sz w:val="20"/>
        </w:rPr>
        <w:t>1:22  namaz that is prayer, fasting that is saum,</w:t>
      </w:r>
      <w:r>
        <w:br/>
      </w:r>
      <w:r>
        <w:rPr>
          <w:sz w:val="20"/>
        </w:rPr>
        <w:t>1:35  zakat, and hajj.</w:t>
      </w:r>
      <w:r>
        <w:br/>
      </w:r>
      <w:r>
        <w:rPr>
          <w:sz w:val="20"/>
        </w:rPr>
        <w:t>1:41  these are five</w:t>
      </w:r>
      <w:r>
        <w:br/>
      </w:r>
      <w:r>
        <w:rPr>
          <w:sz w:val="20"/>
        </w:rPr>
        <w:t>1:47  pillars of Islam.</w:t>
      </w:r>
      <w:r>
        <w:br/>
      </w:r>
      <w:r>
        <w:rPr>
          <w:sz w:val="20"/>
        </w:rPr>
        <w:t>1:51  now, there is a hadith</w:t>
      </w:r>
      <w:r>
        <w:br/>
      </w:r>
      <w:r>
        <w:rPr>
          <w:sz w:val="20"/>
        </w:rPr>
        <w:t>1:59  about roza: likulli shay'in zakat, wa zakat al-jasad as-saum.</w:t>
      </w:r>
      <w:r>
        <w:br/>
      </w:r>
      <w:r>
        <w:rPr>
          <w:sz w:val="20"/>
        </w:rPr>
        <w:t>2:12  everything,</w:t>
      </w:r>
      <w:r>
        <w:br/>
      </w:r>
      <w:r>
        <w:rPr>
          <w:sz w:val="20"/>
        </w:rPr>
        <w:t>2:17  there is zakat for everything, and zakat of body is saum, there is fasting.</w:t>
      </w:r>
      <w:r>
        <w:br/>
      </w:r>
      <w:r>
        <w:rPr>
          <w:sz w:val="20"/>
        </w:rPr>
        <w:t>2:30  now, zakat is an Arabic word, literally it means purification, or making pure.</w:t>
      </w:r>
      <w:r>
        <w:br/>
      </w:r>
      <w:r>
        <w:rPr>
          <w:sz w:val="20"/>
        </w:rPr>
        <w:t>2:48  so, according to Islam, purification, or zakat, or tazkiyah is most important teaching of Islam.</w:t>
      </w:r>
      <w:r>
        <w:br/>
      </w:r>
      <w:r>
        <w:rPr>
          <w:sz w:val="20"/>
        </w:rPr>
        <w:t>3:06  in this world, we are impure. now, we have to purify our soul in every aspect.</w:t>
      </w:r>
      <w:r>
        <w:br/>
      </w:r>
      <w:r>
        <w:rPr>
          <w:sz w:val="20"/>
        </w:rPr>
        <w:t>3:19  this is our test, this is our text, tst, this is our test.</w:t>
      </w:r>
      <w:r>
        <w:br/>
      </w:r>
      <w:r>
        <w:rPr>
          <w:sz w:val="20"/>
        </w:rPr>
        <w:t>3:30  man is born as impure,</w:t>
      </w:r>
      <w:r>
        <w:br/>
      </w:r>
      <w:r>
        <w:rPr>
          <w:sz w:val="20"/>
        </w:rPr>
        <w:t>3:36  and it is his test that he must purify himself. so,</w:t>
      </w:r>
      <w:r>
        <w:br/>
      </w:r>
      <w:r>
        <w:rPr>
          <w:sz w:val="20"/>
        </w:rPr>
        <w:t>3:47  I think there are five basic aspects of human life, and these five principles, these five principles are al-arkan al-khamsa, cover all these five aspects of human life.</w:t>
      </w:r>
    </w:p>
    <w:p>
      <w:pPr>
        <w:pStyle w:val="Heading2"/>
      </w:pPr>
      <w:r>
        <w:t>Prophetic prediction and modern peace</w:t>
      </w:r>
    </w:p>
    <w:p>
      <w:r>
        <w:rPr>
          <w:color w:val="666666"/>
          <w:sz w:val="18"/>
        </w:rPr>
        <w:t>RIS Talks Maulana Wahiduddin Khan In Pursuit of Peace The Roadmap to Harmonious Societies · 5m 27s · at 11:20 · https://youtu.be/lJPxioppf4o?t=680</w:t>
      </w:r>
    </w:p>
    <w:p>
      <w:r>
        <w:rPr>
          <w:i/>
        </w:rPr>
        <w:t>“Yesterday I was flying from Delhi to Toronto by Air Canada.”</w:t>
      </w:r>
    </w:p>
    <w:p>
      <w:r>
        <w:rPr>
          <w:sz w:val="20"/>
        </w:rPr>
        <w:t>11:20  yesterday i was flying from delhi to toronto by air canada.</w:t>
      </w:r>
      <w:r>
        <w:br/>
      </w:r>
      <w:r>
        <w:rPr>
          <w:sz w:val="20"/>
        </w:rPr>
        <w:t>11:32  it was tulo thousand kilometers non stop journey. this experience triggered my mind.</w:t>
      </w:r>
      <w:r>
        <w:br/>
      </w:r>
      <w:r>
        <w:rPr>
          <w:sz w:val="20"/>
        </w:rPr>
        <w:t>11:47  i rickald a hadith. this hadith is narrated by bukhari.</w:t>
      </w:r>
      <w:r>
        <w:br/>
      </w:r>
      <w:r>
        <w:rPr>
          <w:sz w:val="20"/>
        </w:rPr>
        <w:t>11:59  the prophet islam had said that in the latter history of islam,</w:t>
      </w:r>
      <w:r>
        <w:br/>
      </w:r>
      <w:r>
        <w:rPr>
          <w:sz w:val="20"/>
        </w:rPr>
        <w:t>12:06  some group of my ummah will travel for islamic mission, will travel abroad.</w:t>
      </w:r>
      <w:r>
        <w:br/>
      </w:r>
      <w:r>
        <w:rPr>
          <w:sz w:val="20"/>
        </w:rPr>
        <w:t>12:19  then the wording is,</w:t>
      </w:r>
      <w:r>
        <w:br/>
      </w:r>
      <w:r>
        <w:rPr>
          <w:sz w:val="20"/>
        </w:rPr>
        <w:t>12:26  "kul muluk ala asirah,</w:t>
      </w:r>
      <w:r>
        <w:br/>
      </w:r>
      <w:r>
        <w:rPr>
          <w:sz w:val="20"/>
        </w:rPr>
        <w:t>12:32  kul muluk ala asirah, they will travel like kings</w:t>
      </w:r>
      <w:r>
        <w:br/>
      </w:r>
      <w:r>
        <w:rPr>
          <w:sz w:val="20"/>
        </w:rPr>
        <w:t>12:41  at the throne."</w:t>
      </w:r>
      <w:r>
        <w:br/>
      </w:r>
      <w:r>
        <w:rPr>
          <w:sz w:val="20"/>
        </w:rPr>
        <w:t>12:46  it is very, it is very strange that this was predicted by the prophet of islam in seventh century.</w:t>
      </w:r>
      <w:r>
        <w:br/>
      </w:r>
      <w:r>
        <w:rPr>
          <w:sz w:val="20"/>
        </w:rPr>
        <w:t>13:01  further my mind triggered and i said to myself, "what is airplane</w:t>
      </w:r>
      <w:r>
        <w:br/>
      </w:r>
      <w:r>
        <w:rPr>
          <w:sz w:val="20"/>
        </w:rPr>
        <w:t>13:07  ? it is flying throne."</w:t>
      </w:r>
      <w:r>
        <w:br/>
      </w:r>
      <w:r>
        <w:rPr>
          <w:sz w:val="20"/>
        </w:rPr>
        <w:t>13:11  present airplane is a flying throne. so the prophet of islam sallallahu alaihi wasallam had predicted that they will come when my group of my ummah will travel for islamic mission</w:t>
      </w:r>
      <w:r>
        <w:br/>
      </w:r>
      <w:r>
        <w:rPr>
          <w:sz w:val="20"/>
        </w:rPr>
        <w:t>13:35  or for dawah by flying vehicle</w:t>
      </w:r>
      <w:r>
        <w:br/>
      </w:r>
      <w:r>
        <w:rPr>
          <w:sz w:val="20"/>
        </w:rPr>
        <w:t>13:46  and with royal facilities.</w:t>
      </w:r>
      <w:r>
        <w:br/>
      </w:r>
      <w:r>
        <w:rPr>
          <w:sz w:val="20"/>
        </w:rPr>
        <w:t>13:51  royal facilities. so in the twenty first century, we are inherited all these facilities.</w:t>
      </w:r>
      <w:r>
        <w:br/>
      </w:r>
      <w:r>
        <w:rPr>
          <w:sz w:val="20"/>
        </w:rPr>
        <w:t>14:07  then i reminded that in the quran there are several verses that tell us that quran was revealed, quran was sent for all mankind.</w:t>
      </w:r>
      <w:r>
        <w:br/>
      </w:r>
      <w:r>
        <w:rPr>
          <w:sz w:val="20"/>
        </w:rPr>
        <w:t>14:24  nazal furqan ala abdihi li yakuna lil alamin nadhira. quran was sent for all mankind.</w:t>
      </w:r>
      <w:r>
        <w:br/>
      </w:r>
      <w:r>
        <w:rPr>
          <w:sz w:val="20"/>
        </w:rPr>
        <w:t>14:35  but at the time in the seventh century, there were no peace, no communication, no religious freedom, no openness</w:t>
      </w:r>
      <w:r>
        <w:br/>
      </w:r>
      <w:r>
        <w:rPr>
          <w:sz w:val="20"/>
        </w:rPr>
        <w:t>14:50  . all those things that are necessary to complete this mission were absent at the time.</w:t>
      </w:r>
      <w:r>
        <w:br/>
      </w:r>
      <w:r>
        <w:rPr>
          <w:sz w:val="20"/>
        </w:rPr>
        <w:t>15:01  then allah subhanahu wa ta'ala</w:t>
      </w:r>
      <w:r>
        <w:br/>
      </w:r>
      <w:r>
        <w:rPr>
          <w:sz w:val="20"/>
        </w:rPr>
        <w:t>15:06  intervened in the history. there were some very great wars like first world war and second world war.</w:t>
      </w:r>
      <w:r>
        <w:br/>
      </w:r>
      <w:r>
        <w:rPr>
          <w:sz w:val="20"/>
        </w:rPr>
        <w:t>15:24  these wars proved to be disastrous, no positive gain. then the thinking people started reassessing,</w:t>
      </w:r>
      <w:r>
        <w:br/>
      </w:r>
      <w:r>
        <w:rPr>
          <w:sz w:val="20"/>
        </w:rPr>
        <w:t>15:41  rethinking. then they decided universally that war is not an option.</w:t>
      </w:r>
      <w:r>
        <w:br/>
      </w:r>
      <w:r>
        <w:rPr>
          <w:sz w:val="20"/>
        </w:rPr>
        <w:t>15:54  only option is peace</w:t>
      </w:r>
      <w:r>
        <w:br/>
      </w:r>
      <w:r>
        <w:rPr>
          <w:sz w:val="20"/>
        </w:rPr>
        <w:t>15:58  . what we want, we can achieve only through peace. so in the mid 20th century, nations were formed.</w:t>
      </w:r>
      <w:r>
        <w:br/>
      </w:r>
      <w:r>
        <w:rPr>
          <w:sz w:val="20"/>
        </w:rPr>
        <w:t>16:12  all the countries, all the nations became member of this organization. and they decided universally that now there is no war</w:t>
      </w:r>
      <w:r>
        <w:br/>
      </w:r>
      <w:r>
        <w:rPr>
          <w:sz w:val="20"/>
        </w:rPr>
        <w:t>16:28  onli pais az da onli aipshan.</w:t>
      </w:r>
      <w:r>
        <w:br/>
      </w:r>
      <w:r>
        <w:rPr>
          <w:sz w:val="20"/>
        </w:rPr>
        <w:t>16:35  This opened a new age of peace. This event opened a new age of peace.</w:t>
      </w:r>
    </w:p>
    <w:p>
      <w:pPr>
        <w:pStyle w:val="Heading2"/>
      </w:pPr>
      <w:r>
        <w:t>Arab-run restaurant shows Israel issue is political</w:t>
      </w:r>
    </w:p>
    <w:p>
      <w:r>
        <w:rPr>
          <w:color w:val="666666"/>
          <w:sz w:val="18"/>
        </w:rPr>
        <w:t>Journey to Aqsa Mosque November 10, 2008 · 3m 11s · at 37:37 · https://youtu.be/40kOr2jznE0?t=2257</w:t>
      </w:r>
    </w:p>
    <w:p>
      <w:r>
        <w:rPr>
          <w:i/>
        </w:rPr>
        <w:t>“وہاں پر ہم نے دیکھا کہ عربوں کو پوری آزادی ہے”</w:t>
      </w:r>
    </w:p>
    <w:p>
      <w:r>
        <w:rPr>
          <w:sz w:val="20"/>
        </w:rPr>
        <w:t>37:37  wahan par hum ne dekha ke Arabon ko poori azaadi hai, koi rukawat nahin. Misaal ke taur par hamein bataya gaya tha hum Tel Aviv mein, unhone arrange kiya tha hamara safar, unhone gaadi di thi, unka guide hamare saath tha ke aap ko shaam ka dinner jo hai, ek bahut hi beautiful, unke alfaaz mein ke beautiful dinner, aap ko beautiful vegetarian dinner milega.</w:t>
      </w:r>
      <w:r>
        <w:br/>
      </w:r>
      <w:r>
        <w:rPr>
          <w:sz w:val="20"/>
        </w:rPr>
        <w:t>38:03  wahan aap ko beautiful vegetarian dinner. To</w:t>
      </w:r>
      <w:r>
        <w:br/>
      </w:r>
      <w:r>
        <w:rPr>
          <w:sz w:val="20"/>
        </w:rPr>
        <w:t>38:10  hum jaante nahin the ke bhai kya cheez hai beautiful vegetarian dinner. To wahan jab pahunche to maloom yeh hua ke shaam ke waqt Maghrib ki namaz padhi hai.</w:t>
      </w:r>
      <w:r>
        <w:br/>
      </w:r>
      <w:r>
        <w:rPr>
          <w:sz w:val="20"/>
        </w:rPr>
        <w:t>38:19  hum ne is mein Maghrib ki namaz padhi thi, hum ne jamaat ke saath Masjid Aqsa mein bahar nikle to Aqsa ki deewaren bahut chaudi chaudi hain, yaani bahut unusual taur par chaudi chaudi hain.</w:t>
      </w:r>
      <w:r>
        <w:br/>
      </w:r>
      <w:r>
        <w:rPr>
          <w:sz w:val="20"/>
        </w:rPr>
        <w:t>38:32  is deewar mein is tareeqe se banaya gaya hai ek ek restaurant,</w:t>
      </w:r>
      <w:r>
        <w:br/>
      </w:r>
      <w:r>
        <w:rPr>
          <w:sz w:val="20"/>
        </w:rPr>
        <w:t>38:38  wo deewar mein tod kar bana hai, kya kar ke bana hai, aur bahut hi beautiful restaurant, aur bahut hi saaf suthra restaurant. Aur malik kaun hai is ka? Ek Arab hai, ek Palestinian.</w:t>
      </w:r>
      <w:r>
        <w:br/>
      </w:r>
      <w:r>
        <w:rPr>
          <w:sz w:val="20"/>
        </w:rPr>
        <w:t>38:51  ab is din jo, yaani jo hamein khana dinner jo diya gaya, yaani vegetarian, wo ek ek naya experience tha. Wo bahut saaf suthra aisa vegetarian khana hum ne kabhi khaya nahin tha, shayad hamare saathiyon ne bhi kabhi nahin khaya tha.</w:t>
      </w:r>
      <w:r>
        <w:br/>
      </w:r>
      <w:r>
        <w:rPr>
          <w:sz w:val="20"/>
        </w:rPr>
        <w:t>39:04  aisa</w:t>
      </w:r>
      <w:r>
        <w:br/>
      </w:r>
      <w:r>
        <w:rPr>
          <w:sz w:val="20"/>
        </w:rPr>
        <w:t>39:06  bahut hi umda qism ki roti aur bahut achhe qism ka saalan aur tarah tarah ke wo salad aur sabzi, yaani waqai wo ek beautiful dinner tha.</w:t>
      </w:r>
      <w:r>
        <w:br/>
      </w:r>
      <w:r>
        <w:rPr>
          <w:sz w:val="20"/>
        </w:rPr>
        <w:t>39:16  wo aur kis ne kahan kar raha tha? Wo Masjid Aqsa mein ki deewar mein restaurant bana kar ke kaun kar raha tha?</w:t>
      </w:r>
      <w:r>
        <w:br/>
      </w:r>
      <w:r>
        <w:rPr>
          <w:sz w:val="20"/>
        </w:rPr>
        <w:t>39:25  ek Arab Palestinian kar raha tha, is ko arrange kiya tha in logon ne jo unhone hamein bulaya tha.</w:t>
      </w:r>
      <w:r>
        <w:br/>
      </w:r>
      <w:r>
        <w:rPr>
          <w:sz w:val="20"/>
        </w:rPr>
        <w:t>39:33  yahan se jab hum jaana tha, hamein jab invitation aaya hamare paas to hum ne un ko email se message bheja ke ab wo aayenge to hum conference ke liye sirf nahin aayenge, hamein to Masjid Aqsa jaana hai.</w:t>
      </w:r>
      <w:r>
        <w:br/>
      </w:r>
      <w:r>
        <w:rPr>
          <w:sz w:val="20"/>
        </w:rPr>
        <w:t>39:46  to koi unhone koi is mein koi aur question nahin kiya hum se, kuch bhi nahin. Fauran unhone kaha ke aap ka saara arrangement hum karenge, aur ek badi gaadi unhone di, us mein hum baith kar gaye.</w:t>
      </w:r>
      <w:r>
        <w:br/>
      </w:r>
      <w:r>
        <w:rPr>
          <w:sz w:val="20"/>
        </w:rPr>
        <w:t>40:00  wahan par</w:t>
      </w:r>
      <w:r>
        <w:br/>
      </w:r>
      <w:r>
        <w:rPr>
          <w:sz w:val="20"/>
        </w:rPr>
        <w:t>40:03  un ka, inhi ka, inhi ka guide tha, inhi ka aadmi tha, unhone sab kuch kiya. Hum ne koi hamein ehsaas yeh nahin hua ke yahan par koi hamare paas zulm ho raha hai.</w:t>
      </w:r>
      <w:r>
        <w:br/>
      </w:r>
      <w:r>
        <w:rPr>
          <w:sz w:val="20"/>
        </w:rPr>
        <w:t>40:14  dekhiye, Israel ka maamla ek political masla hai, yaad rakhiye, religious masla nahin hai.</w:t>
      </w:r>
      <w:r>
        <w:br/>
      </w:r>
      <w:r>
        <w:rPr>
          <w:sz w:val="20"/>
        </w:rPr>
        <w:t>40:20  musalmanon ki ghalati kya hai ke political problem ko full for religious problem bana dete hain, aur phir jo political shikayatein hoti hain, us ko yahan la kar chipka dete hain.</w:t>
      </w:r>
      <w:r>
        <w:br/>
      </w:r>
      <w:r>
        <w:rPr>
          <w:sz w:val="20"/>
        </w:rPr>
        <w:t>40:34  wo khaas tarah ek political masla hai, is ki bana par itni nafratein hain, itni shikayatein hain ke wahan jo hamari sa'adatein rakhi hui hain, wo sa'adaton se hum faida nahin utha paate.</w:t>
      </w:r>
    </w:p>
    <w:p>
      <w:pPr>
        <w:pStyle w:val="Heading2"/>
      </w:pPr>
      <w:r>
        <w:t>Every hardship has ease, turn minus to plus</w:t>
      </w:r>
    </w:p>
    <w:p>
      <w:r>
        <w:rPr>
          <w:color w:val="666666"/>
          <w:sz w:val="18"/>
        </w:rPr>
        <w:t>Al-Hikmah in Islam September 14, 2007 · 5m 31s · at 24:19 · https://youtu.be/PxOdof00YIM?t=1459</w:t>
      </w:r>
    </w:p>
    <w:p>
      <w:r>
        <w:rPr>
          <w:i/>
        </w:rPr>
        <w:t>“Indeed, with hardship comes ease”</w:t>
      </w:r>
    </w:p>
    <w:p>
      <w:r>
        <w:rPr>
          <w:sz w:val="20"/>
        </w:rPr>
        <w:t>24:19  is se kya baat saabit ho rahi hai? is ko samjhiye. woh Quran ki jo baat hai ke "إن المال غُسرَ يُسْرَى".</w:t>
      </w:r>
      <w:r>
        <w:br/>
      </w:r>
      <w:r>
        <w:rPr>
          <w:sz w:val="20"/>
        </w:rPr>
        <w:t>24:28  "إن المال غُسرَ يُسْرَى". "With every hardship there is ease". "With every disadvantage there is an advantage". "With every negativity there is a positivity".</w:t>
      </w:r>
      <w:r>
        <w:br/>
      </w:r>
      <w:r>
        <w:rPr>
          <w:sz w:val="20"/>
        </w:rPr>
        <w:t>24:39  yeh Law of Nature hai. yeh hai Wisdom. is baat ko jaanna yahi Wisdom hai. is baat ko jaanna yeh Wisdom hai ke har Negativity, har Negative Point ke saath Positive Point hota hai.</w:t>
      </w:r>
      <w:r>
        <w:br/>
      </w:r>
      <w:r>
        <w:rPr>
          <w:sz w:val="20"/>
        </w:rPr>
        <w:t>24:56  har Disadvantage ke saath Advantage hota hai.</w:t>
      </w:r>
      <w:r>
        <w:br/>
      </w:r>
      <w:r>
        <w:rPr>
          <w:sz w:val="20"/>
        </w:rPr>
        <w:t>25:02  har Problem ke saath Opportunities hoti hain. yeh Wisdom hai. Rasool Allah Sal Allahu Alaihi Wasallam ne jab Hudaybiyyah Agreement kiya to saare Sahaba samajhte the ke hum dab kar sulah kar len, dab kar.</w:t>
      </w:r>
      <w:r>
        <w:br/>
      </w:r>
      <w:r>
        <w:rPr>
          <w:sz w:val="20"/>
        </w:rPr>
        <w:t>25:15  yaani paspayi hai, dab kar sulah karna hai, aur apne aap ko yaani ke zaleel karna hai, peechhe hatana hai.</w:t>
      </w:r>
      <w:r>
        <w:br/>
      </w:r>
      <w:r>
        <w:rPr>
          <w:sz w:val="20"/>
        </w:rPr>
        <w:t>25:27  lekin isi mein dekhiye ke ek naya Advantage chhaapa hua tha. jis ko Quran mein kaha ke "إنا فتحنا لك فتحاً مبيناً". yaani bazahir shikast ki sulah, fateh is mein chhipi hui thi.</w:t>
      </w:r>
      <w:r>
        <w:br/>
      </w:r>
      <w:r>
        <w:rPr>
          <w:sz w:val="20"/>
        </w:rPr>
        <w:t>25:43  bazahir ek mehroomi ka Agreement, is ke andar kamyabi ka faida chha pa hua tha. yeh hai Wisdom.</w:t>
      </w:r>
      <w:r>
        <w:br/>
      </w:r>
      <w:r>
        <w:rPr>
          <w:sz w:val="20"/>
        </w:rPr>
        <w:t>25:54  isi ko kaha gaya ke "اتقوا فراس المؤمن فإنه يَنْظُرُ بِنُورِ اللَّهِ". ke Momin woh hai jo nahi mein hai ko dekhe. jo Negative mein Positive ko dekhe.</w:t>
      </w:r>
      <w:r>
        <w:br/>
      </w:r>
      <w:r>
        <w:rPr>
          <w:sz w:val="20"/>
        </w:rPr>
        <w:t>26:06  jo Disadvantage mein Advantage ko dekhe. ab ghaur kijiye ke Musalman agar is raaz ko jaante to do sau saal khote nahi woh.</w:t>
      </w:r>
      <w:r>
        <w:br/>
      </w:r>
      <w:r>
        <w:rPr>
          <w:sz w:val="20"/>
        </w:rPr>
        <w:t>26:17  do sau saal, yaani satrah sau nananve mein jab Tipu ne lad kar ke apne ko khatm kar liya Angrezon se, us waqt se agar aap shuru karen to do sau saal kho diya hum ne isi mein ke pehle unhein mitana hai,</w:t>
      </w:r>
      <w:r>
        <w:br/>
      </w:r>
      <w:r>
        <w:rPr>
          <w:sz w:val="20"/>
        </w:rPr>
        <w:t>26:34  pehla British ko khatm karna hai, pehle Colonial Powers ko khatm karna hai, phir humein Chances milenge.</w:t>
      </w:r>
      <w:r>
        <w:br/>
      </w:r>
      <w:r>
        <w:rPr>
          <w:sz w:val="20"/>
        </w:rPr>
        <w:t>26:45  un ke hote hue Chances hain. is isi ko jaanne ka naam Wisdom hai. yeh Wisdom nahi aayi kisi ke andar. yaani Colonial Powers ke hote hue hamari Opportunities hain.</w:t>
      </w:r>
      <w:r>
        <w:br/>
      </w:r>
      <w:r>
        <w:rPr>
          <w:sz w:val="20"/>
        </w:rPr>
        <w:t>26:59  Globalization ke hote hue hamari Opportunities hain. Hindu Rule ke hote hue hamare paas Opportunities hain. yaani Usr har haal mein hai.</w:t>
      </w:r>
      <w:r>
        <w:br/>
      </w:r>
      <w:r>
        <w:rPr>
          <w:sz w:val="20"/>
        </w:rPr>
        <w:t>27:10  koi bhi Usr jo hai, Usr ko Cancel nahi karta. koi bhi Usr Usr ko Abolish nahi karta. yeh hai Wisdom. is Wisdom ko nahi jaana hai logon ne.</w:t>
      </w:r>
      <w:r>
        <w:br/>
      </w:r>
      <w:r>
        <w:rPr>
          <w:sz w:val="20"/>
        </w:rPr>
        <w:t>27:24  "إن المال غُسرَ يُسْرَى". "إن المال غُسرَ يُسْرَى". do baar kaha gaya. ke yaad rakho har Usr mein Usr hai. yaani har har Problem mein Opportunities hain.</w:t>
      </w:r>
      <w:r>
        <w:br/>
      </w:r>
      <w:r>
        <w:rPr>
          <w:sz w:val="20"/>
        </w:rPr>
        <w:t>27:37  har mushkil mein aasani hai. har Disadvantage ke saath Advantage hai.</w:t>
      </w:r>
      <w:r>
        <w:br/>
      </w:r>
      <w:r>
        <w:rPr>
          <w:sz w:val="20"/>
        </w:rPr>
        <w:t>27:48  yani isi ko Psychology mein aik bohat bara Scholar tha Psychology mein, jis ka naam tha woh</w:t>
      </w:r>
      <w:r>
        <w:br/>
      </w:r>
      <w:r>
        <w:rPr>
          <w:sz w:val="20"/>
        </w:rPr>
        <w:t>28:06  aik Alfred۔ to us ne aik kitaab likhi</w:t>
      </w:r>
      <w:r>
        <w:br/>
      </w:r>
      <w:r>
        <w:rPr>
          <w:sz w:val="20"/>
        </w:rPr>
        <w:t>28:15  "The Individual Psychology"۔ is mein woh kehta hai ke maine sari umar, sari zindagi insan ki Study ki۔</w:t>
      </w:r>
      <w:r>
        <w:br/>
      </w:r>
      <w:r>
        <w:rPr>
          <w:sz w:val="20"/>
        </w:rPr>
        <w:t>28:27  insan ko parha۔ insan ko janne ki koshish ki۔</w:t>
      </w:r>
      <w:r>
        <w:br/>
      </w:r>
      <w:r>
        <w:rPr>
          <w:sz w:val="20"/>
        </w:rPr>
        <w:t>28:34  to woh kehta hai ke maine apni Study mein jo sab se anokhi cheez pai insan ke baray mein, woh kya thi؟</w:t>
      </w:r>
      <w:r>
        <w:br/>
      </w:r>
      <w:r>
        <w:rPr>
          <w:sz w:val="20"/>
        </w:rPr>
        <w:t>28:44  "Their power to turn a minus into a plus"۔ "Their power to turn a minus into a plus"۔</w:t>
      </w:r>
      <w:r>
        <w:br/>
      </w:r>
      <w:r>
        <w:rPr>
          <w:sz w:val="20"/>
        </w:rPr>
        <w:t>28:55  insan ki yeh taqat ke woh minus ko plus mein Convert kar sakay۔ insan ke andar yeh anokhi taqat hai ke woh apnay minus ko apna plus bana sakay۔</w:t>
      </w:r>
      <w:r>
        <w:br/>
      </w:r>
      <w:r>
        <w:rPr>
          <w:sz w:val="20"/>
        </w:rPr>
        <w:t>29:13  yeh wohi cheez hai jo Quran mein is se bohat pehlay kahi gayi thi ke "إن المال غُسرَ يُسْرَى"۔ har usar mein yusr hai۔ matlab kya hai؟ har yusr, har usar ko tum Convert kar ke yusr bana saktay ho۔</w:t>
      </w:r>
      <w:r>
        <w:br/>
      </w:r>
      <w:r>
        <w:rPr>
          <w:sz w:val="20"/>
        </w:rPr>
        <w:t>29:25  apni Wisdom ko istemal kar ke, apni aql ko istemal kar ke, apni samajh ko istemal kar ke tum aisa kar saktay ho ke har Disadvantage ko Advantage bana lo۔</w:t>
      </w:r>
      <w:r>
        <w:br/>
      </w:r>
      <w:r>
        <w:rPr>
          <w:sz w:val="20"/>
        </w:rPr>
        <w:t>29:38  har usar ko yusr bana lo۔ har minus ko plus bana lo۔ jaisa ke Rasool Allah Sal Allahu Alaihi Wasallam ne apni zindagi mein kiya۔ yeh hai Islamic Wisdom۔</w:t>
      </w:r>
    </w:p>
    <w:p>
      <w:pPr>
        <w:pStyle w:val="Heading2"/>
      </w:pPr>
      <w:r>
        <w:t>Stress man-made, seek contentment</w:t>
      </w:r>
    </w:p>
    <w:p>
      <w:r>
        <w:rPr>
          <w:color w:val="666666"/>
          <w:sz w:val="18"/>
        </w:rPr>
        <w:t>Interactive Session (English) May 26, 2007 · 3m 12s · at 7:49 · https://youtu.be/SCVv18gR2sU?t=469</w:t>
      </w:r>
    </w:p>
    <w:p>
      <w:r>
        <w:rPr>
          <w:i/>
        </w:rPr>
        <w:t>“I think that stress and tension is a man-made phenomenon.”</w:t>
      </w:r>
    </w:p>
    <w:p>
      <w:r>
        <w:rPr>
          <w:sz w:val="20"/>
        </w:rPr>
        <w:t>7:49  I think that stress and tension is a man-made phenomenon.</w:t>
      </w:r>
      <w:r>
        <w:br/>
      </w:r>
      <w:r>
        <w:rPr>
          <w:sz w:val="20"/>
        </w:rPr>
        <w:t>7:58  Man-made phenomenon. It is not</w:t>
      </w:r>
      <w:r>
        <w:br/>
      </w:r>
      <w:r>
        <w:rPr>
          <w:sz w:val="20"/>
        </w:rPr>
        <w:t>8:01  natural phenomenon. So what is the,</w:t>
      </w:r>
      <w:r>
        <w:br/>
      </w:r>
      <w:r>
        <w:rPr>
          <w:sz w:val="20"/>
        </w:rPr>
        <w:t>8:08  what is the</w:t>
      </w:r>
      <w:r>
        <w:br/>
      </w:r>
      <w:r>
        <w:rPr>
          <w:sz w:val="20"/>
        </w:rPr>
        <w:t>8:10  crux of this matter is that</w:t>
      </w:r>
      <w:r>
        <w:br/>
      </w:r>
      <w:r>
        <w:rPr>
          <w:sz w:val="20"/>
        </w:rPr>
        <w:t>8:14  we are living here in a world that is a limited world, but our desires are unlimited.</w:t>
      </w:r>
      <w:r>
        <w:br/>
      </w:r>
      <w:r>
        <w:rPr>
          <w:sz w:val="20"/>
        </w:rPr>
        <w:t>8:23  So we want to fulfill our desires</w:t>
      </w:r>
      <w:r>
        <w:br/>
      </w:r>
      <w:r>
        <w:rPr>
          <w:sz w:val="20"/>
        </w:rPr>
        <w:t>8:26  in an unlimited way.</w:t>
      </w:r>
      <w:r>
        <w:br/>
      </w:r>
      <w:r>
        <w:rPr>
          <w:sz w:val="20"/>
        </w:rPr>
        <w:t>8:29  But as world is limited, sources are limited.</w:t>
      </w:r>
      <w:r>
        <w:br/>
      </w:r>
      <w:r>
        <w:rPr>
          <w:sz w:val="20"/>
        </w:rPr>
        <w:t>8:34  So how you can fulfill all your des</w:t>
      </w:r>
      <w:r>
        <w:br/>
      </w:r>
      <w:r>
        <w:rPr>
          <w:sz w:val="20"/>
        </w:rPr>
        <w:t>8:37  ires? It is impossible.</w:t>
      </w:r>
      <w:r>
        <w:br/>
      </w:r>
      <w:r>
        <w:rPr>
          <w:sz w:val="20"/>
        </w:rPr>
        <w:t>8:39  So the only formula</w:t>
      </w:r>
      <w:r>
        <w:br/>
      </w:r>
      <w:r>
        <w:rPr>
          <w:sz w:val="20"/>
        </w:rPr>
        <w:t>8:42  to, to achieve peace of mind is contentment.</w:t>
      </w:r>
      <w:r>
        <w:br/>
      </w:r>
      <w:r>
        <w:rPr>
          <w:sz w:val="20"/>
        </w:rPr>
        <w:t>8:49  Contentment. But people are not ready</w:t>
      </w:r>
      <w:r>
        <w:br/>
      </w:r>
      <w:r>
        <w:rPr>
          <w:sz w:val="20"/>
        </w:rPr>
        <w:t>8:54  for contentment. They always want more and more, more and more, whereas it is impossible.</w:t>
      </w:r>
      <w:r>
        <w:br/>
      </w:r>
      <w:r>
        <w:rPr>
          <w:sz w:val="20"/>
        </w:rPr>
        <w:t>9:03  So we live in a contradiction.</w:t>
      </w:r>
      <w:r>
        <w:br/>
      </w:r>
      <w:r>
        <w:rPr>
          <w:sz w:val="20"/>
        </w:rPr>
        <w:t>9:07  Our desires are unlimited, but</w:t>
      </w:r>
      <w:r>
        <w:br/>
      </w:r>
      <w:r>
        <w:rPr>
          <w:sz w:val="20"/>
        </w:rPr>
        <w:t>9:12  the world is limited.</w:t>
      </w:r>
      <w:r>
        <w:br/>
      </w:r>
      <w:r>
        <w:rPr>
          <w:sz w:val="20"/>
        </w:rPr>
        <w:t>9:14  Sources are limited.</w:t>
      </w:r>
      <w:r>
        <w:br/>
      </w:r>
      <w:r>
        <w:rPr>
          <w:sz w:val="20"/>
        </w:rPr>
        <w:t>9:17  Also we are living in a world of competition.</w:t>
      </w:r>
      <w:r>
        <w:br/>
      </w:r>
      <w:r>
        <w:rPr>
          <w:sz w:val="20"/>
        </w:rPr>
        <w:t>9:21  So we cannot achieve</w:t>
      </w:r>
      <w:r>
        <w:br/>
      </w:r>
      <w:r>
        <w:rPr>
          <w:sz w:val="20"/>
        </w:rPr>
        <w:t>9:24  all those desires.</w:t>
      </w:r>
      <w:r>
        <w:br/>
      </w:r>
      <w:r>
        <w:rPr>
          <w:sz w:val="20"/>
        </w:rPr>
        <w:t>9:29  So we have, so you have to be realistic.</w:t>
      </w:r>
      <w:r>
        <w:br/>
      </w:r>
      <w:r>
        <w:rPr>
          <w:sz w:val="20"/>
        </w:rPr>
        <w:t>9:34  The realistic approach is</w:t>
      </w:r>
      <w:r>
        <w:br/>
      </w:r>
      <w:r>
        <w:rPr>
          <w:sz w:val="20"/>
        </w:rPr>
        <w:t>9:38  that you have to adopt contentment, formula of contentment.</w:t>
      </w:r>
      <w:r>
        <w:br/>
      </w:r>
      <w:r>
        <w:rPr>
          <w:sz w:val="20"/>
        </w:rPr>
        <w:t>9:43  This is realistic approach.</w:t>
      </w:r>
      <w:r>
        <w:br/>
      </w:r>
      <w:r>
        <w:rPr>
          <w:sz w:val="20"/>
        </w:rPr>
        <w:t>9:46  It means that</w:t>
      </w:r>
      <w:r>
        <w:br/>
      </w:r>
      <w:r>
        <w:rPr>
          <w:sz w:val="20"/>
        </w:rPr>
        <w:t>9:49  why you bother about that, that thing which is impossible to achieve.</w:t>
      </w:r>
      <w:r>
        <w:br/>
      </w:r>
      <w:r>
        <w:rPr>
          <w:sz w:val="20"/>
        </w:rPr>
        <w:t>9:56  It is impossible to achieve all those things we desire.</w:t>
      </w:r>
      <w:r>
        <w:br/>
      </w:r>
      <w:r>
        <w:rPr>
          <w:sz w:val="20"/>
        </w:rPr>
        <w:t>10:02  Simply is not possible because</w:t>
      </w:r>
      <w:r>
        <w:br/>
      </w:r>
      <w:r>
        <w:rPr>
          <w:sz w:val="20"/>
        </w:rPr>
        <w:t>10:06  world is limited.</w:t>
      </w:r>
      <w:r>
        <w:br/>
      </w:r>
      <w:r>
        <w:rPr>
          <w:sz w:val="20"/>
        </w:rPr>
        <w:t>10:08  So you have to be realistic.</w:t>
      </w:r>
      <w:r>
        <w:br/>
      </w:r>
      <w:r>
        <w:rPr>
          <w:sz w:val="20"/>
        </w:rPr>
        <w:t>10:11  You have to adopt the formula of contentment.</w:t>
      </w:r>
      <w:r>
        <w:br/>
      </w:r>
      <w:r>
        <w:rPr>
          <w:sz w:val="20"/>
        </w:rPr>
        <w:t>10:16  So tension and stress is only the phenomena of failure,</w:t>
      </w:r>
      <w:r>
        <w:br/>
      </w:r>
      <w:r>
        <w:rPr>
          <w:sz w:val="20"/>
        </w:rPr>
        <w:t>10:25  failure, when you are not ready to adopt the formula of contentment, then you are bound to pay</w:t>
      </w:r>
      <w:r>
        <w:br/>
      </w:r>
      <w:r>
        <w:rPr>
          <w:sz w:val="20"/>
        </w:rPr>
        <w:t>10:33  the price in term of stress, in term of tension.</w:t>
      </w:r>
      <w:r>
        <w:br/>
      </w:r>
      <w:r>
        <w:rPr>
          <w:sz w:val="20"/>
        </w:rPr>
        <w:t>10:40  So I think that simple formula</w:t>
      </w:r>
      <w:r>
        <w:br/>
      </w:r>
      <w:r>
        <w:rPr>
          <w:sz w:val="20"/>
        </w:rPr>
        <w:t>10:44  of saving yourself from tension and stress is that you have to adopt the way of contentment.</w:t>
      </w:r>
      <w:r>
        <w:br/>
      </w:r>
      <w:r>
        <w:rPr>
          <w:sz w:val="20"/>
        </w:rPr>
        <w:t>10:56  Then you will enjoy</w:t>
      </w:r>
      <w:r>
        <w:br/>
      </w:r>
      <w:r>
        <w:rPr>
          <w:sz w:val="20"/>
        </w:rPr>
        <w:t>10:58  peace of mind.</w:t>
      </w:r>
      <w:r>
        <w:br/>
      </w:r>
      <w:r>
        <w:rPr>
          <w:sz w:val="20"/>
        </w:rPr>
        <w:t>11:01  you mentioned that this world is a limited world, but philosophers have always believed that this universe was eternal, and the scientific community said that no, it is not eternal. it has a life. so, can this universe be explained without God? what is your opinion on it?</w:t>
      </w:r>
    </w:p>
    <w:p>
      <w:pPr>
        <w:pStyle w:val="Heading2"/>
      </w:pPr>
      <w:r>
        <w:t>Jewish and Christian scholars' discoveries debunk 'only two enemies of Islam'</w:t>
      </w:r>
    </w:p>
    <w:p>
      <w:r>
        <w:rPr>
          <w:color w:val="666666"/>
          <w:sz w:val="18"/>
        </w:rPr>
        <w:t>God Particle July 8, 2012 · 5m 33s · at 52:30 · https://youtu.be/30Ulu10c2nA?t=3150</w:t>
      </w:r>
    </w:p>
    <w:p>
      <w:r>
        <w:rPr>
          <w:i/>
        </w:rPr>
        <w:t>“They've done such great work — Jewish scholars, Christian scholars”</w:t>
      </w:r>
    </w:p>
    <w:p>
      <w:r>
        <w:rPr>
          <w:sz w:val="20"/>
        </w:rPr>
        <w:t>52:30  . bare dhoom se taqreer mein unhon ne kaha ke "dekhiye, is liye do Islam ke sirf do dushman hain. do dushman sirf hain Islam ke.</w:t>
      </w:r>
      <w:r>
        <w:br/>
      </w:r>
      <w:r>
        <w:rPr>
          <w:sz w:val="20"/>
        </w:rPr>
        <w:t>52:39  woh kaun hain? Yahoodi aur Isai." yeh bilkul baseless baat hai, koi dushman nahi.</w:t>
      </w:r>
      <w:r>
        <w:br/>
      </w:r>
      <w:r>
        <w:rPr>
          <w:sz w:val="20"/>
        </w:rPr>
        <w:t>52:50  isi zehan ki wajah se cheezon ko hum positive mein le nahi paate. kyun ke hum dushman samajhte hain. bohat bade bade kaam kiye hain Yahoodi ulma ne, bohat bade bade bade kaam kiye hain Isai ulma ne,</w:t>
      </w:r>
      <w:r>
        <w:br/>
      </w:r>
      <w:r>
        <w:rPr>
          <w:sz w:val="20"/>
        </w:rPr>
        <w:t>53:05  bohat bade bade kaam.</w:t>
      </w:r>
      <w:r>
        <w:br/>
      </w:r>
      <w:r>
        <w:rPr>
          <w:sz w:val="20"/>
        </w:rPr>
        <w:t>53:10  is ka ek pehlu dekhein yeh hai ke jo baatein Quran mein aayi hain, woh baatein bohat si aisi jo jo historical baatein hain, woh is mein bhi aayi hain, Bible mein aayi hain.</w:t>
      </w:r>
      <w:r>
        <w:br/>
      </w:r>
      <w:r>
        <w:rPr>
          <w:sz w:val="20"/>
        </w:rPr>
        <w:t>53:22  Bible jis ko ke Yahoodi mante hain aur Isai mante hain, to is ki wajah se woh is ki tehqeeq karte hain. Musalman to tehqeeq hi nahi kar sake.</w:t>
      </w:r>
      <w:r>
        <w:br/>
      </w:r>
      <w:r>
        <w:rPr>
          <w:sz w:val="20"/>
        </w:rPr>
        <w:t>53:31  misalan yeh jo Firon ki body wali baat hai, agarche ek Muslim mulk bhi thi woh, lekin Muslim tehqeeq hi nahi kar sakte thay.</w:t>
      </w:r>
      <w:r>
        <w:br/>
      </w:r>
      <w:r>
        <w:rPr>
          <w:sz w:val="20"/>
        </w:rPr>
        <w:t>53:41  Aram mein wahan gaya hoon, Cairo ke bahar desert hai, wahan par sab Aram hai. wahan par to ek Muslim mulk hai woh. to Firon ka body jis ka zikr hai Quran mein ke woh woh daryaft hoga,</w:t>
      </w:r>
      <w:r>
        <w:br/>
      </w:r>
      <w:r>
        <w:rPr>
          <w:sz w:val="20"/>
        </w:rPr>
        <w:t>53:57  woh woh body Muslim mulk mein hai, lekin Muslim mulk is ko kuch bhi nahi jante is bare mein. kyun? is ki yeh hai, is ki wajah yeh hai ke jo Aram hain, is mein bade bade gate lage hue hain.</w:t>
      </w:r>
      <w:r>
        <w:br/>
      </w:r>
      <w:r>
        <w:rPr>
          <w:sz w:val="20"/>
        </w:rPr>
        <w:t>54:11  to kabhi aisa hua ke is ke andar khol kar kisi ne kuch jhaanka hoga to us ko behosh ho gaya. woh to yeh wahan mashhoor ho gaya ke Aram mein laanat-ul-Firauna hai,</w:t>
      </w:r>
      <w:r>
        <w:br/>
      </w:r>
      <w:r>
        <w:rPr>
          <w:sz w:val="20"/>
        </w:rPr>
        <w:t>54:26  Firon ki laanat hai. to band hi parha raha woh, muddaton se band parha raha.</w:t>
      </w:r>
      <w:r>
        <w:br/>
      </w:r>
      <w:r>
        <w:rPr>
          <w:sz w:val="20"/>
        </w:rPr>
        <w:t>54:32  to yeh yeh Christian ulma jinhon ne Bible mein Firon ko parha tha, Musalman nahi, woh ja kar ke idhar udhar dhoond dhoond rahe hain.</w:t>
      </w:r>
      <w:r>
        <w:br/>
      </w:r>
      <w:r>
        <w:rPr>
          <w:sz w:val="20"/>
        </w:rPr>
        <w:t>54:41  woh wahan unhon ne khola to wahan bhi jab jab unhon ne khola to bohat zabardast qism ka andar se bhubka aaya aur jaldi se unhon ne gate band kar diya.</w:t>
      </w:r>
      <w:r>
        <w:br/>
      </w:r>
      <w:r>
        <w:rPr>
          <w:sz w:val="20"/>
        </w:rPr>
        <w:t>54:53  lekin is par research ki unhon ne to maloom yeh hua ke jo andar se jo bohat tez qism ki woh gas type ki cheez aayi thi, woh lanat al-frainah nahi thi.</w:t>
      </w:r>
      <w:r>
        <w:br/>
      </w:r>
      <w:r>
        <w:rPr>
          <w:sz w:val="20"/>
        </w:rPr>
        <w:t>55:05  woh</w:t>
      </w:r>
      <w:r>
        <w:br/>
      </w:r>
      <w:r>
        <w:rPr>
          <w:sz w:val="20"/>
        </w:rPr>
        <w:t>55:07  woh thi wahan us ke andar woh hain jisko hum kehte hain ababeel, woh chiriyaan bohat zyada hain, beshumar chiriyaan hain.</w:t>
      </w:r>
      <w:r>
        <w:br/>
      </w:r>
      <w:r>
        <w:rPr>
          <w:sz w:val="20"/>
        </w:rPr>
        <w:t>55:17  is mein woh bait karti rehti hain, un ki bait ki wajah se us ke andar gas bhar gayi hai. Yani yani aaram ke andar gas bhar gayi hai.</w:t>
      </w:r>
      <w:r>
        <w:br/>
      </w:r>
      <w:r>
        <w:rPr>
          <w:sz w:val="20"/>
        </w:rPr>
        <w:t>55:28  to jab insaan koi gate kholega to woh woh gas ko inhale inhale karega, inhale karte hi behosh ho jayega.</w:t>
      </w:r>
      <w:r>
        <w:br/>
      </w:r>
      <w:r>
        <w:rPr>
          <w:sz w:val="20"/>
        </w:rPr>
        <w:t>55:37  woh to unhon ne kya kiya? unhon ne is ko discover kiya ke is ke andar is ki bait ki gases hain aur is ko inhale karne ki wajah se aisa hota hai.</w:t>
      </w:r>
      <w:r>
        <w:br/>
      </w:r>
      <w:r>
        <w:rPr>
          <w:sz w:val="20"/>
        </w:rPr>
        <w:t>55:49  to unhon ne kya kiya ke machine ke zariye se woh nikala, gases nik</w:t>
      </w:r>
      <w:r>
        <w:br/>
      </w:r>
      <w:r>
        <w:rPr>
          <w:sz w:val="20"/>
        </w:rPr>
        <w:t>55:55  ali. aap jante hain aaj kal ke jaise exhaust fan hota hai andar ki hawa nikalne ke liye, aise bari bari machinein lagai gayeen, bari bari machinein.</w:t>
      </w:r>
      <w:r>
        <w:br/>
      </w:r>
      <w:r>
        <w:rPr>
          <w:sz w:val="20"/>
        </w:rPr>
        <w:t>56:04  aur aaram ke andar jo gases theen, woh sab nikala gaya. Nikalne ke baad andar jab woh bilkul purified ho gaya to yeh log andar gaye.</w:t>
      </w:r>
      <w:r>
        <w:br/>
      </w:r>
      <w:r>
        <w:rPr>
          <w:sz w:val="20"/>
        </w:rPr>
        <w:t>56:14  andar ja kar wahan dekha unhon ne ke is ko lashain padi hui hain, momyai ki hui.</w:t>
      </w:r>
      <w:r>
        <w:br/>
      </w:r>
      <w:r>
        <w:rPr>
          <w:sz w:val="20"/>
        </w:rPr>
        <w:t>56:21  is ko nikal kar le gaye aur tehqeeq kiya aur phir carbon 14 dating ko apply kar diya. Yeh sara kaam unhon ne kiya kyunke Bible mein parha tha unhon ne.</w:t>
      </w:r>
      <w:r>
        <w:br/>
      </w:r>
      <w:r>
        <w:rPr>
          <w:sz w:val="20"/>
        </w:rPr>
        <w:t>56:31  to agarche musalmanon ko janna chahiye tha yeh baat kyunke Quran mein zikr tha is ka ke musalmanon ne kuch bhi nahi kiya, khud muslim mulk mein hai, tab bhi nahi kiya.</w:t>
      </w:r>
      <w:r>
        <w:br/>
      </w:r>
      <w:r>
        <w:rPr>
          <w:sz w:val="20"/>
        </w:rPr>
        <w:t>56:43  to aap use nafrat kyun karte hain?</w:t>
      </w:r>
      <w:r>
        <w:br/>
      </w:r>
      <w:r>
        <w:rPr>
          <w:sz w:val="20"/>
        </w:rPr>
        <w:t>56:46  to yeh ek ek bare aalim ne aa kar taqreer kar rahi hai yahan par ke Islam ke sirf do dushman hain, isai aur yahoodi.</w:t>
      </w:r>
      <w:r>
        <w:br/>
      </w:r>
      <w:r>
        <w:rPr>
          <w:sz w:val="20"/>
        </w:rPr>
        <w:t>56:55  unhon ne to sare bare bare kaam kiye hain. Aaj kalji misaal ke taur par dekhiye, Hazrat Ibrahim alaihissalam ke bare mein morkheen yeh keh rahe the ke un ka wajood nahi koi.</w:t>
      </w:r>
      <w:r>
        <w:br/>
      </w:r>
      <w:r>
        <w:rPr>
          <w:sz w:val="20"/>
        </w:rPr>
        <w:t>57:08  yeh bohat ajeeb baat hai,</w:t>
      </w:r>
      <w:r>
        <w:br/>
      </w:r>
      <w:r>
        <w:rPr>
          <w:sz w:val="20"/>
        </w:rPr>
        <w:t>57:10  Hazrat Ibrahim alaihissalam ka wajood nahi historically. Lekin inhi logon ne kya kiya ke Baghdad ke paas ek shehar daryaft kiya, khodai kiya, us ki khodai kar ke zameen ke andar se nikala ek poora shehar jiska naam Ur rakha gaya hai, UR Ur.</w:t>
      </w:r>
      <w:r>
        <w:br/>
      </w:r>
      <w:r>
        <w:rPr>
          <w:sz w:val="20"/>
        </w:rPr>
        <w:t>57:32  to unhon ne kaha Hazrat Ibrahim ko tareekhi hasiyat de di jisko morkheen samajhte the woh afsanvi hasiyat diye hue the. Tareekhi hasiyat de di jis shehar mein Hazrat Ibrahim paida hue, jahan unhon ne kaam kiya, yani Ur, woh poora ka poora shehar unhon ne khodai kar ke nikal diya.</w:t>
      </w:r>
      <w:r>
        <w:br/>
      </w:r>
      <w:r>
        <w:rPr>
          <w:sz w:val="20"/>
        </w:rPr>
        <w:t>57:51  to kitne bare bare qabil log kar rahe hain, yahi yahoodi ulma, yahi isai ulma. To aap se nafrat kyun karte hain? Un ko dushman kyun kehte hain? Woh to hamare dost hain.</w:t>
      </w:r>
    </w:p>
    <w:p>
      <w:pPr>
        <w:pStyle w:val="Heading2"/>
      </w:pPr>
      <w:r>
        <w:t>How science's search inside creation led back to the Creator</w:t>
      </w:r>
    </w:p>
    <w:p>
      <w:r>
        <w:rPr>
          <w:color w:val="666666"/>
          <w:sz w:val="18"/>
        </w:rPr>
        <w:t>Physical Science or Divine Science I 25th Nov, 2012 - Maulana Wahiduddin Khan · 4m 02s · at 17:38 · https://youtu.be/NfJRGRN6OhE?t=1058</w:t>
      </w:r>
    </w:p>
    <w:p>
      <w:r>
        <w:rPr>
          <w:i/>
        </w:rPr>
        <w:t>“Newton ke zamane mein maana gaya tha ke matter”</w:t>
      </w:r>
    </w:p>
    <w:p>
      <w:r>
        <w:rPr>
          <w:sz w:val="20"/>
        </w:rPr>
        <w:t>17:38  woh hoti ho rahi thi creation mein, takhleeq mein. to takhleeq mein jab aap tehqeeq karenge to khaliq apne aap sabit ho jayega. chunancha dekhiye, newton ke zamane mein yeh mana gaya tha ke matter jo hai, matter jo hai,</w:t>
      </w:r>
      <w:r>
        <w:br/>
      </w:r>
      <w:r>
        <w:rPr>
          <w:sz w:val="20"/>
        </w:rPr>
        <w:t>17:57  universe ka building block hai. us waqt bohat mechanical thinking thi science daanon mein. to woh samajhte the ke</w:t>
      </w:r>
      <w:r>
        <w:br/>
      </w:r>
      <w:r>
        <w:rPr>
          <w:sz w:val="20"/>
        </w:rPr>
        <w:t>18:10  universe ka building block matter hai. lekin science mein hai to tehqeeq hoti rehti hai. science koi aqeeday ki kitaab nahi hoti, tehqeeq, tehqeeq, tehqeeq, tehqeeq.</w:t>
      </w:r>
      <w:r>
        <w:br/>
      </w:r>
      <w:r>
        <w:rPr>
          <w:sz w:val="20"/>
        </w:rPr>
        <w:t>18:22  chunancha baad ko einstein ke zamane mein maloom hua ke nahi,</w:t>
      </w:r>
      <w:r>
        <w:br/>
      </w:r>
      <w:r>
        <w:rPr>
          <w:sz w:val="20"/>
        </w:rPr>
        <w:t>18:27  matter nahi, energy building block hai universe ka. kyunke matter jab split hua to energy ban gaya.</w:t>
      </w:r>
      <w:r>
        <w:br/>
      </w:r>
      <w:r>
        <w:rPr>
          <w:sz w:val="20"/>
        </w:rPr>
        <w:t>18:35  woh newton ke zamane mein matter solid cheez tha, solid. lekin</w:t>
      </w:r>
      <w:r>
        <w:br/>
      </w:r>
      <w:r>
        <w:rPr>
          <w:sz w:val="20"/>
        </w:rPr>
        <w:t>18:44  einstein ka jab zamana aaya to matter mein split hua, tab woh energy ban gaya. to newton ke to einstein ke zamane mein yeh maan liya gaya hai ke ke universe ka building block energy hai.</w:t>
      </w:r>
      <w:r>
        <w:br/>
      </w:r>
      <w:r>
        <w:rPr>
          <w:sz w:val="20"/>
        </w:rPr>
        <w:t>19:00  lekin baat yahin nahi ruki, phir tehqeeq hoti rahi. yahan tak fred hoyle ka zamana aaya. fred hoyle ne</w:t>
      </w:r>
      <w:r>
        <w:br/>
      </w:r>
      <w:r>
        <w:rPr>
          <w:sz w:val="20"/>
        </w:rPr>
        <w:t>19:09  ek kitaab likhi, uska naam hai "intelligent universe". ab yeh sabit ho gaya ke energy bhi nahi, intelligence building block hai universe ka.</w:t>
      </w:r>
      <w:r>
        <w:br/>
      </w:r>
      <w:r>
        <w:rPr>
          <w:sz w:val="20"/>
        </w:rPr>
        <w:t>19:20  kaisi ajeeb baat hai!</w:t>
      </w:r>
      <w:r>
        <w:br/>
      </w:r>
      <w:r>
        <w:rPr>
          <w:sz w:val="20"/>
        </w:rPr>
        <w:t>19:24  intelligence yani zehan, zehan building block hai universe ka. mazeed tehqeeq hui, mazeed tehqeeq hui, yahan tak ke yeh baat scientifically proof ho gayi ke universe jo hai, is mein bohat intelligent design hai.</w:t>
      </w:r>
      <w:r>
        <w:br/>
      </w:r>
      <w:r>
        <w:rPr>
          <w:sz w:val="20"/>
        </w:rPr>
        <w:t>19:42  aaj yeh ek sabit shuda fact hai, scientifically. is par maine kai article likhe hain, aap parh sakte hain is ko mere magazine mein ke universe jo hai, is ke andar bohat hi zyada intelligent design hai,</w:t>
      </w:r>
      <w:r>
        <w:br/>
      </w:r>
      <w:r>
        <w:rPr>
          <w:sz w:val="20"/>
        </w:rPr>
        <w:t>19:59  yani zaheen design, jahant par mabni design. ab kya baat reh gayi? mujhe bataiye, in intelligent, in intelligent design jo hai,</w:t>
      </w:r>
      <w:r>
        <w:br/>
      </w:r>
      <w:r>
        <w:rPr>
          <w:sz w:val="20"/>
        </w:rPr>
        <w:t>20:13  it was only the other name of god.</w:t>
      </w:r>
      <w:r>
        <w:br/>
      </w:r>
      <w:r>
        <w:rPr>
          <w:sz w:val="20"/>
        </w:rPr>
        <w:t>20:17  aap ghor kijiye, intelligent design ka lafz jo hai, is ka matlab kya hai? it is another name of god.</w:t>
      </w:r>
      <w:r>
        <w:br/>
      </w:r>
      <w:r>
        <w:rPr>
          <w:sz w:val="20"/>
        </w:rPr>
        <w:t>20:28  to science jo hai, woh god ka naam nahi leti, woh creator ka naam nahi leti. lekin is ki tehqeeqat to creation mein chal rahi hain.</w:t>
      </w:r>
      <w:r>
        <w:br/>
      </w:r>
      <w:r>
        <w:rPr>
          <w:sz w:val="20"/>
        </w:rPr>
        <w:t>20:38  creation mein</w:t>
      </w:r>
      <w:r>
        <w:br/>
      </w:r>
      <w:r>
        <w:rPr>
          <w:sz w:val="20"/>
        </w:rPr>
        <w:t>20:42  jaise koi shakhs meri kitabon ko parhe, farz kijiye, to meri kitabon ko parhega to us ko apne aap daryaft kar lega. woh</w:t>
      </w:r>
      <w:r>
        <w:br/>
      </w:r>
      <w:r>
        <w:rPr>
          <w:sz w:val="20"/>
        </w:rPr>
        <w:t>20:51  meri kitabon ko agar parhe to meri kitabon ko parhte parhte khud ba khud us ke author ko daryaft kar lega. woh to science ne jab creation ko, agarche unhon ne naam diya nature ka, creation ka nahi,</w:t>
      </w:r>
      <w:r>
        <w:br/>
      </w:r>
      <w:r>
        <w:rPr>
          <w:sz w:val="20"/>
        </w:rPr>
        <w:t>21:06  lekin amalan to yahi tha, yani practically woh creation mein</w:t>
      </w:r>
      <w:r>
        <w:br/>
      </w:r>
      <w:r>
        <w:rPr>
          <w:sz w:val="20"/>
        </w:rPr>
        <w:t>21:10  study kar rahe the. creation mein discoveries ho rahi thin un ki, to creation mein discovery karte karte woh pahunch gaye kahan?</w:t>
      </w:r>
      <w:r>
        <w:br/>
      </w:r>
      <w:r>
        <w:rPr>
          <w:sz w:val="20"/>
        </w:rPr>
        <w:t>21:20  creator tak pahunch gaye. to agarche woh naam nahi lete, yeh kaam jo karna tha hamare ulama ko, ahle ilm ko, yeh to phir sabit ho gaya hai.</w:t>
      </w:r>
      <w:r>
        <w:br/>
      </w:r>
      <w:r>
        <w:rPr>
          <w:sz w:val="20"/>
        </w:rPr>
        <w:t>21:29  yeh to</w:t>
      </w:r>
      <w:r>
        <w:br/>
      </w:r>
      <w:r>
        <w:rPr>
          <w:sz w:val="20"/>
        </w:rPr>
        <w:t>21:31  quran ki ek ayat jo hai, waqea ban gai.</w:t>
      </w:r>
      <w:r>
        <w:br/>
      </w:r>
      <w:r>
        <w:rPr>
          <w:sz w:val="20"/>
        </w:rPr>
        <w:t>21:37  kisi ajib baat thi!</w:t>
      </w:r>
    </w:p>
    <w:p>
      <w:pPr>
        <w:pStyle w:val="Heading2"/>
      </w:pPr>
      <w:r>
        <w:t>Adam and Satan example of unmanageable option</w:t>
      </w:r>
    </w:p>
    <w:p>
      <w:r>
        <w:rPr>
          <w:color w:val="666666"/>
          <w:sz w:val="18"/>
        </w:rPr>
        <w:t>Art of Life Management (English) | April 13, 2007 | Maulana Wahiduddin Khan · 4m 06s · at 6:38 · https://youtu.be/UU9DKPUhv4U?t=398</w:t>
      </w:r>
    </w:p>
    <w:p>
      <w:r>
        <w:rPr>
          <w:i/>
        </w:rPr>
        <w:t>“You know, Adam was the first man created by God.”</w:t>
      </w:r>
    </w:p>
    <w:p>
      <w:r>
        <w:rPr>
          <w:sz w:val="20"/>
        </w:rPr>
        <w:t>6:38  very beginning of life. You know, Adam was the first man created by God. Then what happened? The story is told in the Quran. You can see it in the Quran. So when God created man, God said</w:t>
      </w:r>
      <w:r>
        <w:br/>
      </w:r>
      <w:r>
        <w:rPr>
          <w:sz w:val="20"/>
        </w:rPr>
        <w:t>7:11  to other creatures that you have to bow down before Adam. At that time, there were angels and jinn, J-I-N. Other than human beings, there were jinn and, and angels. So God said to the both, angel and, and jinn, that you have to bow down bef</w:t>
      </w:r>
      <w:r>
        <w:br/>
      </w:r>
      <w:r>
        <w:rPr>
          <w:sz w:val="20"/>
        </w:rPr>
        <w:t>7:42  ore, before Adam. So what happened? Angels surrendered before the commandment of God. But Satan, that was jinn, Satan was a jinn, he refused to obey</w:t>
      </w:r>
      <w:r>
        <w:br/>
      </w:r>
      <w:r>
        <w:rPr>
          <w:sz w:val="20"/>
        </w:rPr>
        <w:t>8:12  this commandment. God asked, "Why you, you refused my commandment? You have to bow down before Adam." So Satan, that was head of jinn, he said,</w:t>
      </w:r>
      <w:r>
        <w:br/>
      </w:r>
      <w:r>
        <w:rPr>
          <w:sz w:val="20"/>
        </w:rPr>
        <w:t>8:43  "I am better than Adam. I am better than Adam. You have created me with fire, and you created Adam with clay." So Satan invented a self-style Crit</w:t>
      </w:r>
      <w:r>
        <w:br/>
      </w:r>
      <w:r>
        <w:rPr>
          <w:sz w:val="20"/>
        </w:rPr>
        <w:t>9:13  erion. At that time, Criterion was only one, that you have to obey the commandment of God Almighty. God is the creator of the universe. God is the Lord of the universe. So he must obey the commandment of God. But he refused and invented a self-style Criterion.</w:t>
      </w:r>
      <w:r>
        <w:br/>
      </w:r>
      <w:r>
        <w:rPr>
          <w:sz w:val="20"/>
        </w:rPr>
        <w:t>9:44  By this Criterion, he justified his, his, his, his practice. So this was wrong option for him. Why wrong? Because he was, he was not able to manage this option. Because he, he was not God. So God said, "When you disobey my commandment</w:t>
      </w:r>
      <w:r>
        <w:br/>
      </w:r>
      <w:r>
        <w:rPr>
          <w:sz w:val="20"/>
        </w:rPr>
        <w:t>10:14  , I will put you in hell forever." So, so Satan, according to the, to the God's decision, Satan will go to hell forever. Here you can see that what the option</w:t>
      </w:r>
    </w:p>
    <w:p>
      <w:pPr>
        <w:pStyle w:val="Heading2"/>
      </w:pPr>
      <w:r>
        <w:t>Dream of a team meeting and blessing</w:t>
      </w:r>
    </w:p>
    <w:p>
      <w:r>
        <w:rPr>
          <w:color w:val="666666"/>
          <w:sz w:val="18"/>
        </w:rPr>
        <w:t>Divine Help 28 Sept, 2019 - Maulana Wahiduddin Khan · 4m 17s · at 0:14 · https://youtu.be/djYNA8XBXwM?t=14</w:t>
      </w:r>
    </w:p>
    <w:p>
      <w:r>
        <w:rPr>
          <w:i/>
        </w:rPr>
        <w:t>“Aaj ek ajeeb waqea hua”</w:t>
      </w:r>
    </w:p>
    <w:p>
      <w:r>
        <w:rPr>
          <w:sz w:val="20"/>
        </w:rPr>
        <w:t>0:14  bismillah rahman rahim, wasallallahu ala nabiyil karim. 28 september 2019.</w:t>
      </w:r>
      <w:r>
        <w:br/>
      </w:r>
      <w:r>
        <w:rPr>
          <w:sz w:val="20"/>
        </w:rPr>
        <w:t>0:31  aaj ek ajeeb waqia hua.</w:t>
      </w:r>
      <w:r>
        <w:br/>
      </w:r>
      <w:r>
        <w:rPr>
          <w:sz w:val="20"/>
        </w:rPr>
        <w:t>0:37  hamare bumbai ke kuch saathi dili aaye hue the, main apne office mein un ke saath baitha hua baat kar raha tha.</w:t>
      </w:r>
      <w:r>
        <w:br/>
      </w:r>
      <w:r>
        <w:rPr>
          <w:sz w:val="20"/>
        </w:rPr>
        <w:t>0:51  phir mujhe laga ke main andar se kuch, yaani kuch problem feel kar raha hoon.</w:t>
      </w:r>
      <w:r>
        <w:br/>
      </w:r>
      <w:r>
        <w:rPr>
          <w:sz w:val="20"/>
        </w:rPr>
        <w:t>1:00  to maine un logon se kaha ke aap, aap jaiye, mulaqaat hogi aapse program mein. to bombai ke log chale gaye.</w:t>
      </w:r>
      <w:r>
        <w:br/>
      </w:r>
      <w:r>
        <w:rPr>
          <w:sz w:val="20"/>
        </w:rPr>
        <w:t>1:12  phir main apne office mein, apne bed par so gaya. aur bohat achhi neend aayi, bilkul sound sleep aayi.</w:t>
      </w:r>
      <w:r>
        <w:br/>
      </w:r>
      <w:r>
        <w:rPr>
          <w:sz w:val="20"/>
        </w:rPr>
        <w:t>1:25  phir main sone ke baad utha to main kuch khaya maine. khate hi meri tabiyat theek ho gayi.</w:t>
      </w:r>
      <w:r>
        <w:br/>
      </w:r>
      <w:r>
        <w:rPr>
          <w:sz w:val="20"/>
        </w:rPr>
        <w:t>1:36  to maloom hua ke asal mein woh maamla bhook ka maamla tha. bhook jab chali gayi to woh kefiyat bhi chali gayi.</w:t>
      </w:r>
      <w:r>
        <w:br/>
      </w:r>
      <w:r>
        <w:rPr>
          <w:sz w:val="20"/>
        </w:rPr>
        <w:t>1:49  ab jab main soya, bohat hi achhi neend, to maine ek khwab dekha. abhi, aaj hi, apne office mein.</w:t>
      </w:r>
      <w:r>
        <w:br/>
      </w:r>
      <w:r>
        <w:rPr>
          <w:sz w:val="20"/>
        </w:rPr>
        <w:t>2:01  ek khwab dekha. woh khwab bohat hi zyada saaf aur clear tha. to kya hua ke jab main so gaya to maine ek bohat acha, saaf ek khwab dekha.</w:t>
      </w:r>
      <w:r>
        <w:br/>
      </w:r>
      <w:r>
        <w:rPr>
          <w:sz w:val="20"/>
        </w:rPr>
        <w:t>2:21  dream.</w:t>
      </w:r>
      <w:r>
        <w:br/>
      </w:r>
      <w:r>
        <w:rPr>
          <w:sz w:val="20"/>
        </w:rPr>
        <w:t>2:24  bohat hi zyada saaf dream tha woh, aur bara khwab tha. maine dekha ke main ek bohat bare kamre mein hoon, hall jaisa kamra.</w:t>
      </w:r>
      <w:r>
        <w:br/>
      </w:r>
      <w:r>
        <w:rPr>
          <w:sz w:val="20"/>
        </w:rPr>
        <w:t>2:39  to is kamre mein chaaron taraf seatein hain, kursiyan. log kursiyon par baithe hue hain.</w:t>
      </w:r>
      <w:r>
        <w:br/>
      </w:r>
      <w:r>
        <w:rPr>
          <w:sz w:val="20"/>
        </w:rPr>
        <w:t>2:48  tamam kursiyan bhari hui hain. bhari hui hain. aur bohat hi khushi ka mahaul hai. woh sab ke sab log hamari team ke log hain.</w:t>
      </w:r>
      <w:r>
        <w:br/>
      </w:r>
      <w:r>
        <w:rPr>
          <w:sz w:val="20"/>
        </w:rPr>
        <w:t>3:03  hamari team ke log kahin se aaye hain. kahin se aaye hain, phir wahan par woh meeting kar rahe hain. to main thodi der ke baad wahan aata hoon, is hall mein.</w:t>
      </w:r>
      <w:r>
        <w:br/>
      </w:r>
      <w:r>
        <w:rPr>
          <w:sz w:val="20"/>
        </w:rPr>
        <w:t>3:16  jab main aata hoon to bohat khushi ka mahaul wahan dekhta hoon.</w:t>
      </w:r>
      <w:r>
        <w:br/>
      </w:r>
      <w:r>
        <w:rPr>
          <w:sz w:val="20"/>
        </w:rPr>
        <w:t>3:23  to main ek sawal karta hoon ke aap mein head kaun hai? yeh ek ajeeb sa sawal tha. aap mein head kaun hai?</w:t>
      </w:r>
      <w:r>
        <w:br/>
      </w:r>
      <w:r>
        <w:rPr>
          <w:sz w:val="20"/>
        </w:rPr>
        <w:t>3:35  mujhe is se haath milana hai. to log kehte hain ke head to sadia khan hain.</w:t>
      </w:r>
      <w:r>
        <w:br/>
      </w:r>
      <w:r>
        <w:rPr>
          <w:sz w:val="20"/>
        </w:rPr>
        <w:t>3:46  yaani is meeting ki head sadia khan hain.</w:t>
      </w:r>
      <w:r>
        <w:br/>
      </w:r>
      <w:r>
        <w:rPr>
          <w:sz w:val="20"/>
        </w:rPr>
        <w:t>3:52  to is waqt main kehta hoon ke theek hai, boodha aadmi haath nahi milata. boodha aadmi sar par haath rakhta hai.</w:t>
      </w:r>
      <w:r>
        <w:br/>
      </w:r>
      <w:r>
        <w:rPr>
          <w:sz w:val="20"/>
        </w:rPr>
        <w:t>4:06  pehlay maine kaha tha ke mujhe haath milana hai. lekin jab unhon ne yeh kaha ke is meeting ki head sadia khan hain, tab maine kaha ke boodha aadmi haath nahi milata, boodha aadmi sar par haath rakhta hai.</w:t>
      </w:r>
      <w:r>
        <w:br/>
      </w:r>
      <w:r>
        <w:rPr>
          <w:sz w:val="20"/>
        </w:rPr>
        <w:t>4:27  yahan par khwab khatam hota hai.</w:t>
      </w:r>
    </w:p>
    <w:p>
      <w:pPr>
        <w:pStyle w:val="Heading2"/>
      </w:pPr>
      <w:r>
        <w:t>Hubble telescope reveals cosmic design, not mere oneness</w:t>
      </w:r>
    </w:p>
    <w:p>
      <w:r>
        <w:rPr>
          <w:color w:val="666666"/>
          <w:sz w:val="18"/>
        </w:rPr>
        <w:t>Living in Falsehood 25 Jan 2009 · 3m 33s · at 22:44 · https://youtu.be/Qt8VwwonU9k?t=1364</w:t>
      </w:r>
    </w:p>
    <w:p>
      <w:r>
        <w:rPr>
          <w:i/>
        </w:rPr>
        <w:t>“Let me give an example about our galaxy”</w:t>
      </w:r>
    </w:p>
    <w:p>
      <w:r>
        <w:rPr>
          <w:sz w:val="20"/>
        </w:rPr>
        <w:t>22:44  jaise mein ek example deta hoon jo is kitaab mein hai ke galaxy jo hai hamari, us ke baray mein</w:t>
      </w:r>
      <w:r>
        <w:br/>
      </w:r>
      <w:r>
        <w:rPr>
          <w:sz w:val="20"/>
        </w:rPr>
        <w:t>22:51  unhon ne bataya hai ke 1990 mein, yaani 1990 mein, pehli baar yeh mumkin hua Hubble telescope ke zariye se ke bohat door tak hum dekh saken.</w:t>
      </w:r>
      <w:r>
        <w:br/>
      </w:r>
      <w:r>
        <w:rPr>
          <w:sz w:val="20"/>
        </w:rPr>
        <w:t>23:05  is se pehle jo telescope lagaya gaya tha, ke Galileo ne jo telescope is ko istemaal kiya tha, woh to ab ek ek khilona lagta hai aaj ke lihaaz se.</w:t>
      </w:r>
      <w:r>
        <w:br/>
      </w:r>
      <w:r>
        <w:rPr>
          <w:sz w:val="20"/>
        </w:rPr>
        <w:t>23:17  ek ek khilone jaisa hai woh telescope.</w:t>
      </w:r>
      <w:r>
        <w:br/>
      </w:r>
      <w:r>
        <w:rPr>
          <w:sz w:val="20"/>
        </w:rPr>
        <w:t>23:21  ab jo telescope banaya gaya hai, is se bohat aage ka hai. aur Hubble telescope jo America ne upar bheja hai, to woh to bohat hi zabardast hai.</w:t>
      </w:r>
      <w:r>
        <w:br/>
      </w:r>
      <w:r>
        <w:rPr>
          <w:sz w:val="20"/>
        </w:rPr>
        <w:t>23:33  yaani ek badi bus ke barabar hai is ka size, woh saaray charhso meel upar woh rotate kar rahi hai woh zameen ke upar,</w:t>
      </w:r>
      <w:r>
        <w:br/>
      </w:r>
      <w:r>
        <w:rPr>
          <w:sz w:val="20"/>
        </w:rPr>
        <w:t>23:48  aur woh bohat door tak dekh sakti hai, bohat door tak. to is ne jo photo liya hai galaxy ka, jo hamare galaxy, jis ko hum Milky Way kehte hain,</w:t>
      </w:r>
      <w:r>
        <w:br/>
      </w:r>
      <w:r>
        <w:rPr>
          <w:sz w:val="20"/>
        </w:rPr>
        <w:t>24:01  jis mein hamara solar system hai,</w:t>
      </w:r>
      <w:r>
        <w:br/>
      </w:r>
      <w:r>
        <w:rPr>
          <w:sz w:val="20"/>
        </w:rPr>
        <w:t>24:04  yaani universe mein more than 100 million billion b se, more than 100 billion, us ke mutabiq 125 billion galaxy hain.</w:t>
      </w:r>
      <w:r>
        <w:br/>
      </w:r>
      <w:r>
        <w:rPr>
          <w:sz w:val="20"/>
        </w:rPr>
        <w:t>24:19  bohat hi badi badi har galaxy mein billion billion stars hain. to jo hamari nearest galaxy hai, jis ko hum Milky Way kehte hain, jis mein isi mein hamara solar system hai,</w:t>
      </w:r>
      <w:r>
        <w:br/>
      </w:r>
      <w:r>
        <w:rPr>
          <w:sz w:val="20"/>
        </w:rPr>
        <w:t>24:33  jis mein unhon ne bataya hai ke</w:t>
      </w:r>
      <w:r>
        <w:br/>
      </w:r>
      <w:r>
        <w:rPr>
          <w:sz w:val="20"/>
        </w:rPr>
        <w:t>24:37  yeh jo galaxy hamari hai, is ka jo diameter hai, woh ek lakh light years hai.</w:t>
      </w:r>
      <w:r>
        <w:br/>
      </w:r>
      <w:r>
        <w:rPr>
          <w:sz w:val="20"/>
        </w:rPr>
        <w:t>24:48  ghor kijiye ke ek lakh light years kitna zyada bada diameter is ka banta hai, aur is ke andar do so billion se zyada stars hain, bohat hi bade bade.</w:t>
      </w:r>
      <w:r>
        <w:br/>
      </w:r>
      <w:r>
        <w:rPr>
          <w:sz w:val="20"/>
        </w:rPr>
        <w:t>25:04  is mein hamara yeh solar system hai, is mein unhon ne bataya hai ke</w:t>
      </w:r>
      <w:r>
        <w:br/>
      </w:r>
      <w:r>
        <w:rPr>
          <w:sz w:val="20"/>
        </w:rPr>
        <w:t>25:12  ke is ka jo center hai is galaxy ka, woh bohat hi hot hai, bohat hi garam. is center mein agar hamara solar system hota to hum is mein jee nahin sakte thay.</w:t>
      </w:r>
      <w:r>
        <w:br/>
      </w:r>
      <w:r>
        <w:rPr>
          <w:sz w:val="20"/>
        </w:rPr>
        <w:t>25:29  to woh ek corner par hai hamara solar system,</w:t>
      </w:r>
      <w:r>
        <w:br/>
      </w:r>
      <w:r>
        <w:rPr>
          <w:sz w:val="20"/>
        </w:rPr>
        <w:t>25:32  jis mein yeh dekhiye photo diya gaya, yeh aap dekh sakte hain neechay.</w:t>
      </w:r>
      <w:r>
        <w:br/>
      </w:r>
      <w:r>
        <w:rPr>
          <w:sz w:val="20"/>
        </w:rPr>
        <w:t>25:38  is galaxy ke center mein hamara solar system nahi hai, ek corner par hai, ek dam extreme corner par. is wajah se hum yahan par aaram se reh rahe hain.</w:t>
      </w:r>
      <w:r>
        <w:br/>
      </w:r>
      <w:r>
        <w:rPr>
          <w:sz w:val="20"/>
        </w:rPr>
        <w:t>25:51  agar woh beech mein hota, jahan ke bohat hi ziyada, yani yani jo hamare tolerable nahi hai, itni zabardast qisam ki heat wahan hoti hai, to life ka wajood hi na hota.</w:t>
      </w:r>
      <w:r>
        <w:br/>
      </w:r>
      <w:r>
        <w:rPr>
          <w:sz w:val="20"/>
        </w:rPr>
        <w:t>26:07  yeh ab dekhiye, yeh oneness ka proof hai ya ke design ka proof hai. aisi bohat sari cheezein is kitab ke andar hain,</w:t>
      </w:r>
      <w:r>
        <w:br/>
      </w:r>
      <w:r>
        <w:rPr>
          <w:sz w:val="20"/>
        </w:rPr>
        <w:t>26:18  woh sari cheezein le kar ke yeh kehte hain ke universal oneness paai jaati hai. yahan oneness nahi hai, oneness bhi ho sakti hai, lekin asli cheez hai design.</w:t>
      </w:r>
    </w:p>
    <w:p>
      <w:pPr>
        <w:pStyle w:val="Heading2"/>
      </w:pPr>
      <w:r>
        <w:t>full argument: God's mercy over wrath, with parable</w:t>
      </w:r>
    </w:p>
    <w:p>
      <w:r>
        <w:rPr>
          <w:color w:val="666666"/>
          <w:sz w:val="18"/>
        </w:rPr>
        <w:t>Realisation of God December 13, 2015 · 5m 16s · at 4:35 · https://youtu.be/88yxy1lk1GU?t=275</w:t>
      </w:r>
    </w:p>
    <w:p>
      <w:r>
        <w:rPr>
          <w:i/>
        </w:rPr>
        <w:t>“God wrote with His own hand: My mercy prevails over My wrath”</w:t>
      </w:r>
    </w:p>
    <w:p>
      <w:r>
        <w:rPr>
          <w:sz w:val="20"/>
        </w:rPr>
        <w:t>4:35  is Hadees mein Rasool Allah sallallahu alaihi wasallam ne bataya. yeh Hadees Qudsi hai. Hadees Qudsi us ko kehte hain ke peghambar ki zuban se Allah ki baat.</w:t>
      </w:r>
      <w:r>
        <w:br/>
      </w:r>
      <w:r>
        <w:rPr>
          <w:sz w:val="20"/>
        </w:rPr>
        <w:t>4:54  to is hadith mein bataya gaya hai ke Allah ne jab insan ko khalq kiya, Allah ne jab insan ko paida kiya,</w:t>
      </w:r>
      <w:r>
        <w:br/>
      </w:r>
      <w:r>
        <w:rPr>
          <w:sz w:val="20"/>
        </w:rPr>
        <w:t>5:12  fa kataba bi hady</w:t>
      </w:r>
      <w:r>
        <w:br/>
      </w:r>
      <w:r>
        <w:rPr>
          <w:sz w:val="20"/>
        </w:rPr>
        <w:t>5:19  apne hath se ek baat likh di.</w:t>
      </w:r>
      <w:r>
        <w:br/>
      </w:r>
      <w:r>
        <w:rPr>
          <w:sz w:val="20"/>
        </w:rPr>
        <w:t>5:27  fa wub indahu fawqal arsh</w:t>
      </w:r>
      <w:r>
        <w:br/>
      </w:r>
      <w:r>
        <w:rPr>
          <w:sz w:val="20"/>
        </w:rPr>
        <w:t>5:33  yeh baat Allah ke paas hai arsh ke upar.</w:t>
      </w:r>
      <w:r>
        <w:br/>
      </w:r>
      <w:r>
        <w:rPr>
          <w:sz w:val="20"/>
        </w:rPr>
        <w:t>5:41  ghor kijiye kitni important iski beginning hai. ke Allah ne jab insan ko paida kiya</w:t>
      </w:r>
      <w:r>
        <w:br/>
      </w:r>
      <w:r>
        <w:rPr>
          <w:sz w:val="20"/>
        </w:rPr>
        <w:t>5:52  to ek baat likh di apne hath se. fa kataba bi hady aur yeh likha hua fa wub indahu fawqal arsh yeh likhi hui baat Allah ke paas hai arsh ke upar.</w:t>
      </w:r>
      <w:r>
        <w:br/>
      </w:r>
      <w:r>
        <w:rPr>
          <w:sz w:val="20"/>
        </w:rPr>
        <w:t>6:17  wo baat kya hai? wo baat yeh hai ke ghalabat rahmaty ala ghzby meri rahmat mere ghazab ke upar hai.</w:t>
      </w:r>
      <w:r>
        <w:br/>
      </w:r>
      <w:r>
        <w:rPr>
          <w:sz w:val="20"/>
        </w:rPr>
        <w:t>6:34  ghalabat rahmaty ala ghzby meri rahmat mere ghazab ke upar hai. iska matlab kya hua?</w:t>
      </w:r>
      <w:r>
        <w:br/>
      </w:r>
      <w:r>
        <w:rPr>
          <w:sz w:val="20"/>
        </w:rPr>
        <w:t>6:44  iska matlab yeh hua ke rahmat ke pehlu more than fifty percent hain.</w:t>
      </w:r>
      <w:r>
        <w:br/>
      </w:r>
      <w:r>
        <w:rPr>
          <w:sz w:val="20"/>
        </w:rPr>
        <w:t>6:55  ghazab ka pehlu less than fifty percent hai.</w:t>
      </w:r>
      <w:r>
        <w:br/>
      </w:r>
      <w:r>
        <w:rPr>
          <w:sz w:val="20"/>
        </w:rPr>
        <w:t>7:04  insan se mawakhza ke mamle mein Allah taala insan ka mawakhza kare ga</w:t>
      </w:r>
      <w:r>
        <w:br/>
      </w:r>
      <w:r>
        <w:rPr>
          <w:sz w:val="20"/>
        </w:rPr>
        <w:t>7:10  a. mawakhza ka matlab hisab kitab lega. aur phir har ek ke liye jannat ka aur jahannum ka faisla kare ga.</w:t>
      </w:r>
      <w:r>
        <w:br/>
      </w:r>
      <w:r>
        <w:rPr>
          <w:sz w:val="20"/>
        </w:rPr>
        <w:t>7:22  to aap ghor kijiye kitna zyada yeh serious mamla hai. to main is se pehle yeh samajhta tha ke yeh fifty fifty ka mamla hai. kal mujhe yeh daryaft hui ke nahi,</w:t>
      </w:r>
      <w:r>
        <w:br/>
      </w:r>
      <w:r>
        <w:rPr>
          <w:sz w:val="20"/>
        </w:rPr>
        <w:t>7:35  rahmat ka pehlu more than fifty percent hai. ghazab ka pehlu less than fifty percent hai. kyunke Allah ne khud apne hath se likha aur usko mustaqil taur par arsh ke upar rakh diya.</w:t>
      </w:r>
      <w:r>
        <w:br/>
      </w:r>
      <w:r>
        <w:rPr>
          <w:sz w:val="20"/>
        </w:rPr>
        <w:t>7:53  goya yeh Allah ka wada hai.</w:t>
      </w:r>
      <w:r>
        <w:br/>
      </w:r>
      <w:r>
        <w:rPr>
          <w:sz w:val="20"/>
        </w:rPr>
        <w:t>7:57  ghalabat rahmaty ala ghzby</w:t>
      </w:r>
      <w:r>
        <w:br/>
      </w:r>
      <w:r>
        <w:rPr>
          <w:sz w:val="20"/>
        </w:rPr>
        <w:t>8:03  meri rahmat mere ghazab ke upar hai.</w:t>
      </w:r>
      <w:r>
        <w:br/>
      </w:r>
      <w:r>
        <w:rPr>
          <w:sz w:val="20"/>
        </w:rPr>
        <w:t>8:13  mujhe bohat se qisse maloom hain ke koi baap ab bete se ghussa ho gaya. koi malik apne server se ghussa ho gaya.</w:t>
      </w:r>
      <w:r>
        <w:br/>
      </w:r>
      <w:r>
        <w:rPr>
          <w:sz w:val="20"/>
        </w:rPr>
        <w:t>8:28  lekin iske baad kya hua?</w:t>
      </w:r>
      <w:r>
        <w:br/>
      </w:r>
      <w:r>
        <w:rPr>
          <w:sz w:val="20"/>
        </w:rPr>
        <w:t>8:33  wo beta ya wo server ya wo aadmi bohat zyada sharminda hua. repentance aaya uske andar.</w:t>
      </w:r>
      <w:r>
        <w:br/>
      </w:r>
      <w:r>
        <w:rPr>
          <w:sz w:val="20"/>
        </w:rPr>
        <w:t>8:43  wo bohat roya. aur ja kar ke wo apne baap ke qadmon mein gir pada ke baap mujhe maaf farma.</w:t>
      </w:r>
      <w:r>
        <w:br/>
      </w:r>
      <w:r>
        <w:rPr>
          <w:sz w:val="20"/>
        </w:rPr>
        <w:t>8:55  to wahi baap jisne ghar se nikaal diya tha. yeh sacha qissa hai. wahi baap jisne jo apne bete se ghussa ho kar ghar se nikaal diya tha.</w:t>
      </w:r>
      <w:r>
        <w:br/>
      </w:r>
      <w:r>
        <w:rPr>
          <w:sz w:val="20"/>
        </w:rPr>
        <w:t>9:06  jab beta gaya aur rote hue usne baap ke qadmon par sar rakh diya. aur kaha ke baap mujhe maaf farma.</w:t>
      </w:r>
      <w:r>
        <w:br/>
      </w:r>
      <w:r>
        <w:rPr>
          <w:sz w:val="20"/>
        </w:rPr>
        <w:t>9:19  to baap ne usko utha kar sine se laga liya. yahi hai ghalabat rahmaty ala ghzby.</w:t>
      </w:r>
      <w:r>
        <w:br/>
      </w:r>
      <w:r>
        <w:rPr>
          <w:sz w:val="20"/>
        </w:rPr>
        <w:t>9:35  yahi hai ghalbat rehmeti ala ghazbi. dekhiye yeh saada baat nahi hai. bohat hi is ke andar deep meaning hai.</w:t>
      </w:r>
    </w:p>
    <w:p>
      <w:pPr>
        <w:pStyle w:val="Heading2"/>
      </w:pPr>
      <w:r>
        <w:t>Applying Quran to life through Iblis, Adam, and Musa</w:t>
      </w:r>
    </w:p>
    <w:p>
      <w:r>
        <w:rPr>
          <w:color w:val="666666"/>
          <w:sz w:val="18"/>
        </w:rPr>
        <w:t>Importance of Ramadan March 24, 2024 · 5m 17s · at 56:28 · https://youtu.be/cn67uauGQrc?t=3388</w:t>
      </w:r>
    </w:p>
    <w:p>
      <w:r>
        <w:rPr>
          <w:i/>
        </w:rPr>
        <w:t>“Jab insan ka creation hua, Allah ne farishton se kaha Adam ko jhuko”</w:t>
      </w:r>
    </w:p>
    <w:p>
      <w:r>
        <w:rPr>
          <w:sz w:val="20"/>
        </w:rPr>
        <w:t>56:28  to</w:t>
      </w:r>
      <w:r>
        <w:br/>
      </w:r>
      <w:r>
        <w:rPr>
          <w:sz w:val="20"/>
        </w:rPr>
        <w:t>56:29  ab sabse pehle jo main batati hoon, jo chapter seven mein verse 16, to jab insaan ka creation hua, to Allah taala ne jinnat se aur farishton se kaha ke in insaan ke adam ke aage jhuk jao.</w:t>
      </w:r>
      <w:r>
        <w:br/>
      </w:r>
      <w:r>
        <w:rPr>
          <w:sz w:val="20"/>
        </w:rPr>
        <w:t>56:45  to ablis ne khuda se kaha ke tune mujhe gumrah kiya hai, aur nahin jhuka ke main to paida kiya gaya hoon aag se, aur mitti se, main iske aage kaise jhukun?</w:t>
      </w:r>
      <w:r>
        <w:br/>
      </w:r>
      <w:r>
        <w:rPr>
          <w:sz w:val="20"/>
        </w:rPr>
        <w:t>56:55  to ismein do do baat thi. ismein</w:t>
      </w:r>
      <w:r>
        <w:br/>
      </w:r>
      <w:r>
        <w:rPr>
          <w:sz w:val="20"/>
        </w:rPr>
        <w:t>56:58  to humne kabhi sochte nahin, hum log na sochein. dekhein, insaan jab sochta hai, tab isko samajh mein aata hai. khali recite karne se nahin samajh mein aata.</w:t>
      </w:r>
      <w:r>
        <w:br/>
      </w:r>
      <w:r>
        <w:rPr>
          <w:sz w:val="20"/>
        </w:rPr>
        <w:t>57:08  ji, to ab dekhein ke ab sochein ke dekho, koi bhi baat hoti hai to insaan doosron ko blame kar deta hai. ab ablis ne khudai ko blame kar diya ke tune mujhe gumrah kiya hai, matlab tune mujhe aisa kaam karne ko kyun kaha ke main jo nahin kar sakta tha?</w:t>
      </w:r>
      <w:r>
        <w:br/>
      </w:r>
      <w:r>
        <w:rPr>
          <w:sz w:val="20"/>
        </w:rPr>
        <w:t>57:22  is par kaha ke isne tune hamein mujhe gumrah kar diya hai. to aam taur par ye dekha jaata hai ke koi baat hoti hai to woh doosron ko hi blame deta hai,</w:t>
      </w:r>
      <w:r>
        <w:br/>
      </w:r>
      <w:r>
        <w:rPr>
          <w:sz w:val="20"/>
        </w:rPr>
        <w:t>57:30  apni ghaltiyan nahin manta. jabke maulana ne to ye sikhaya ke foran kehte the, "I was wrong, I was wrong". bahut foran kehte the, "blame the self". haan, "blame the self" wala jo hai, isi motto ko hamein apnana hai.</w:t>
      </w:r>
      <w:r>
        <w:br/>
      </w:r>
      <w:r>
        <w:rPr>
          <w:sz w:val="20"/>
        </w:rPr>
        <w:t>57:44  to phir shaitan ne kaha ke woh sajda nahi karega, woh sirf khuda ke aage sajda karega. to yahan yeh masla nahi hai ke khuda ke aage sajda karega, balke khuda ka hukm yeh hai, usko uske aage apne aap ko surrender karna hai.</w:t>
      </w:r>
      <w:r>
        <w:br/>
      </w:r>
      <w:r>
        <w:rPr>
          <w:sz w:val="20"/>
        </w:rPr>
        <w:t>57:59  ab misaal ke taur par, koi daai hota hai, koi khuda ki baatein batane wala hota hai, rasool hota hai. to jab woh koi baat kehta hai, to woh ek aam insan us waqt hota hai na?</w:t>
      </w:r>
      <w:r>
        <w:br/>
      </w:r>
      <w:r>
        <w:rPr>
          <w:sz w:val="20"/>
        </w:rPr>
        <w:t>58:10  ji, to aaj jo prophet of islam ki jo hesiyat hai, woh toh thi thodi thi. tab toh woh ek aam insan nazar aate the. ab log kehte the ke hum unke aage kyun jhukein? yeh toh ek aam insan hai.</w:t>
      </w:r>
      <w:r>
        <w:br/>
      </w:r>
      <w:r>
        <w:rPr>
          <w:sz w:val="20"/>
        </w:rPr>
        <w:t>58:21  humein yeh dekhna hai ke baat haq ki hai, baat insaaf ki hai, baat sach hai. to humein uske aage j</w:t>
      </w:r>
      <w:r>
        <w:br/>
      </w:r>
      <w:r>
        <w:rPr>
          <w:sz w:val="20"/>
        </w:rPr>
        <w:t>58:27  hukna hai, yeh nahi kehna hai ke hum unke aage kyun jhukein? unke andar kaun si badai hai? to yeh jo hai, hasad aur ghamand ka jo attitude hai, yeh khuda ko bahut zyada napasand hai.</w:t>
      </w:r>
      <w:r>
        <w:br/>
      </w:r>
      <w:r>
        <w:rPr>
          <w:sz w:val="20"/>
        </w:rPr>
        <w:t>58:39  ab isi liye iblis par hamesha ke liye laanat kardi gayi. ji, ab bahut saare log milte hain ke hum khuda ke ilawa kisi se nahi darte.</w:t>
      </w:r>
      <w:r>
        <w:br/>
      </w:r>
      <w:r>
        <w:rPr>
          <w:sz w:val="20"/>
        </w:rPr>
        <w:t>58:48  to yeh bilkul galat baat hai ke khuda ne jo baat kahi, usko karo</w:t>
      </w:r>
      <w:r>
        <w:br/>
      </w:r>
      <w:r>
        <w:rPr>
          <w:sz w:val="20"/>
        </w:rPr>
        <w:t>58:53  . khuda ne kaha, "insaaf ke aage jhuko, haq ke aage jhuko, sulah karo". to kyun nahi jhukte? to is tarike se humein har cheez se humein lesson mil sakta hai, agar hum usko gehraai se dekhein.</w:t>
      </w:r>
      <w:r>
        <w:br/>
      </w:r>
      <w:r>
        <w:rPr>
          <w:sz w:val="20"/>
        </w:rPr>
        <w:t>59:05  ji, bahut badi baat hai aapki. ji ji, ab main hazrat adam ko leti hoon. ab sab ne yeh qissa suna hai hazrat adam ka ke unhone forbidden tree ka phal khaya, jab ke Allah ne mana kiya tha.</w:t>
      </w:r>
      <w:r>
        <w:br/>
      </w:r>
      <w:r>
        <w:rPr>
          <w:sz w:val="20"/>
        </w:rPr>
        <w:t>59:17  woh distract ho gaye.</w:t>
      </w:r>
      <w:r>
        <w:br/>
      </w:r>
      <w:r>
        <w:rPr>
          <w:sz w:val="20"/>
        </w:rPr>
        <w:t>59:20  lekin koi yeh nahi sochta ke kis tarike se hum isko apne upar kaise apply karein. to apply kar sakte hain ke hum isi tarike se duniya, jaise maulana ne bataya tha ke duniya mein bahut saare forbidden trees hain, bahut saari cheezein hain jo humein seedhe raaste par jaane se distract karti hain.</w:t>
      </w:r>
      <w:r>
        <w:br/>
      </w:r>
      <w:r>
        <w:rPr>
          <w:sz w:val="20"/>
        </w:rPr>
        <w:t>59:38  ab misaal ke taur par, ghair zaroori shopping, must qul programme hote rehte hain. ab ismein log jaate hain, bahar jaate hain, outing karte hain, picnic</w:t>
      </w:r>
      <w:r>
        <w:br/>
      </w:r>
      <w:r>
        <w:rPr>
          <w:sz w:val="20"/>
        </w:rPr>
        <w:t>59:49  manate hain. yeh saari cheezein jo hain, yeh sab agar humara koi goal hai, agar humara koi goal nahi hai to aap kuch bhi karein. lekin agar humara koi goal hai to us goal ke liye humein ab ek su hona padega, focused mind apna banana padega.</w:t>
      </w:r>
      <w:r>
        <w:br/>
      </w:r>
      <w:r>
        <w:rPr>
          <w:sz w:val="20"/>
        </w:rPr>
        <w:t>1:00:05  tabhi hum hum jo hai, koi koi faida utha sakte hain. to isse humein yeh milta hai ke hum apna distraction khatm karein</w:t>
      </w:r>
      <w:r>
        <w:br/>
      </w:r>
      <w:r>
        <w:rPr>
          <w:sz w:val="20"/>
        </w:rPr>
        <w:t>1:00:15  . tabhi hum jo hai, sacche raaste ko haasil kar sakte hain. ab maine toh kuch chand cheezein note ki hain, jaise hazrat musa alaihissalam jab hazrat khizr ke saath unhone kuch travel kiya tha na?</w:t>
      </w:r>
      <w:r>
        <w:br/>
      </w:r>
      <w:r>
        <w:rPr>
          <w:sz w:val="20"/>
        </w:rPr>
        <w:t>1:00:31  ji, to hazrat khizr ne kai kaam kiye. to ismein se ek kaam tha ke unhone ek kashti thi, to usko aibdaar kar diya tha, kuch nishan kuch kar diya</w:t>
      </w:r>
      <w:r>
        <w:br/>
      </w:r>
      <w:r>
        <w:rPr>
          <w:sz w:val="20"/>
        </w:rPr>
        <w:t>1:00:43  tha. to woh hazrat musa alaihissalam ko samajh mein nahi aaya. to unhone kaha ke aisa baad mein pata chala ke asal mein woh ek aage ek badshah hai, woh jo bhi achhi kashti hai, woh usko le leta hai.</w:t>
      </w:r>
      <w:r>
        <w:br/>
      </w:r>
      <w:r>
        <w:rPr>
          <w:sz w:val="20"/>
        </w:rPr>
        <w:t>1:00:55  uska koi king wing chal raha tha, to woh ghareeb bachhon ki kashti thi. to maine usko aibdaar bana diya ke woh badshah nahi lega. to defect create kar diya usne. haan ji, to hazrat musa alaihissalam ko samajh mein nahi aaya. to unhone baad mein usko explain kiya.</w:t>
      </w:r>
      <w:r>
        <w:br/>
      </w:r>
      <w:r>
        <w:rPr>
          <w:sz w:val="20"/>
        </w:rPr>
        <w:t>1:01:10  to</w:t>
      </w:r>
      <w:r>
        <w:br/>
      </w:r>
      <w:r>
        <w:rPr>
          <w:sz w:val="20"/>
        </w:rPr>
        <w:t>1:01:11  isse humein yeh le sakte hain ke dekho, bahut baar aisa hota hai ke hum kuch chahte hain, woh hota nahi hai, aur hum frustration mein pad jaate hain ke yeh pata nahi, yeh kaam hum bahut chahte the. log tarah jagah jagah interview dete hain, unko kaamyaab nahi hote. lekin woh aisa hota hai ke usse achhi jagah unko mil jaati hai baad mein.</w:t>
      </w:r>
      <w:r>
        <w:br/>
      </w:r>
      <w:r>
        <w:rPr>
          <w:sz w:val="20"/>
        </w:rPr>
        <w:t>1:01:32  to yeh in sab cheezon se humein yeh samajhna hai ke agar koi kaam bigad jaaye to humko yeh sochna chahiye ke koi khuda ka usse behtar planning hogi hamare liye.</w:t>
      </w:r>
    </w:p>
    <w:p>
      <w:pPr>
        <w:pStyle w:val="Heading2"/>
      </w:pPr>
      <w:r>
        <w:t>Fitna Duhaima and pro-Islam civilization</w:t>
      </w:r>
    </w:p>
    <w:p>
      <w:r>
        <w:rPr>
          <w:color w:val="666666"/>
          <w:sz w:val="18"/>
        </w:rPr>
        <w:t>The Age of Opportunity Explosion December 2, 2018 Maulana Wahiduddin Khan · 5m 48s · at 6:00 · https://youtu.be/LqGWdCG81hc?t=360</w:t>
      </w:r>
    </w:p>
    <w:p>
      <w:r>
        <w:rPr>
          <w:i/>
        </w:rPr>
        <w:t>“First, take Fitna Duhaima, the bad news.”</w:t>
      </w:r>
    </w:p>
    <w:p>
      <w:r>
        <w:rPr>
          <w:sz w:val="20"/>
        </w:rPr>
        <w:t>6:00  sab se pehle aap leejie fitna dohama ko, buri news ko. main barson se sochta raha hoon ke yeh buri news kya hai.</w:t>
      </w:r>
      <w:r>
        <w:br/>
      </w:r>
      <w:r>
        <w:rPr>
          <w:sz w:val="20"/>
        </w:rPr>
        <w:t>6:11  fitna dohama kya hai.</w:t>
      </w:r>
      <w:r>
        <w:br/>
      </w:r>
      <w:r>
        <w:rPr>
          <w:sz w:val="20"/>
        </w:rPr>
        <w:t>6:18  to dekhiye, dohama ke maani to hain tareek, utter darkness. lekin is ka matlab hai ek aisa zamana jab ke musalman, yeh musalman ki nisbat se hai,</w:t>
      </w:r>
      <w:r>
        <w:br/>
      </w:r>
      <w:r>
        <w:rPr>
          <w:sz w:val="20"/>
        </w:rPr>
        <w:t>6:35  musalman</w:t>
      </w:r>
      <w:r>
        <w:br/>
      </w:r>
      <w:r>
        <w:rPr>
          <w:sz w:val="20"/>
        </w:rPr>
        <w:t>6:39  islam ke taqaze ko samajhne ke liye ek dam andhere mein ho jayenge.</w:t>
      </w:r>
      <w:r>
        <w:br/>
      </w:r>
      <w:r>
        <w:rPr>
          <w:sz w:val="20"/>
        </w:rPr>
        <w:t>6:49  bahut zyada tehqeeq aur research aur ghor o fikr ke baad maine samjha hai ke fitna dohama se murad hai westophobia.</w:t>
      </w:r>
      <w:r>
        <w:br/>
      </w:r>
      <w:r>
        <w:rPr>
          <w:sz w:val="20"/>
        </w:rPr>
        <w:t>7:04  westophobia. yani maghrib ke bare mein bahut zyada negativity, maghrib ke bare mein bahut zyada</w:t>
      </w:r>
      <w:r>
        <w:br/>
      </w:r>
      <w:r>
        <w:rPr>
          <w:sz w:val="20"/>
        </w:rPr>
        <w:t>7:16  nafrat. to fitna dohama ke bare mein aaya hai ke woh itni zyada aam ho gayi, itna zyada aam hoga ke har ek ko iska latma, latma jisko kehte hain,</w:t>
      </w:r>
      <w:r>
        <w:br/>
      </w:r>
      <w:r>
        <w:rPr>
          <w:sz w:val="20"/>
        </w:rPr>
        <w:t>7:39  tamasha, thapad padega. yani har musalman iska victim ban jayega.</w:t>
      </w:r>
      <w:r>
        <w:br/>
      </w:r>
      <w:r>
        <w:rPr>
          <w:sz w:val="20"/>
        </w:rPr>
        <w:t>7:49  iska shikar ban jayega. ismein mubtala ho jayega. ab aap poori tareekh mein dekhiye, woh kaun sa waqea tha islam ki tareekh mein jiska victim har har musalman ban raha hai, ban gaya.</w:t>
      </w:r>
      <w:r>
        <w:br/>
      </w:r>
      <w:r>
        <w:rPr>
          <w:sz w:val="20"/>
        </w:rPr>
        <w:t>8:11  to woh sirf ek hai. woh hai nafrat maghrib. yani westophobia.</w:t>
      </w:r>
      <w:r>
        <w:br/>
      </w:r>
      <w:r>
        <w:rPr>
          <w:sz w:val="20"/>
        </w:rPr>
        <w:t>8:22  aaj duniya mein kahin bhi aap jayen, sari duniya ka safar karen aap, aur sare musalmanon se milen, har musalman maghrib se nafrat mein mubtala hoga.</w:t>
      </w:r>
      <w:r>
        <w:br/>
      </w:r>
      <w:r>
        <w:rPr>
          <w:sz w:val="20"/>
        </w:rPr>
        <w:t>8:36  hata ke woh musalman jo west mein, maghribi mulkon mein settle ho gaye hain, wahan iske bachche rehte hain, woh bhi nafrat ki boli bolte hain west ke bare mein.</w:t>
      </w:r>
      <w:r>
        <w:br/>
      </w:r>
      <w:r>
        <w:rPr>
          <w:sz w:val="20"/>
        </w:rPr>
        <w:t>8:50  to yeh hai westophobia. westophobia.</w:t>
      </w:r>
      <w:r>
        <w:br/>
      </w:r>
      <w:r>
        <w:rPr>
          <w:sz w:val="20"/>
        </w:rPr>
        <w:t>9:00  to sari duniya ke musalman aaj baghair kisi istasna ke westophobia ka shikar hain.</w:t>
      </w:r>
      <w:r>
        <w:br/>
      </w:r>
      <w:r>
        <w:rPr>
          <w:sz w:val="20"/>
        </w:rPr>
        <w:t>9:12  har maghribi mulk se nafrat. poore western world se nafrat.</w:t>
      </w:r>
      <w:r>
        <w:br/>
      </w:r>
      <w:r>
        <w:rPr>
          <w:sz w:val="20"/>
        </w:rPr>
        <w:t>9:21  kyun nafrat hai? is nafrat ka aaghaz hua, yeh yeh yeh jo yeh jo nafrat hai, ek hi zamane mein hui jab ke civilization zahoor mein aayi.</w:t>
      </w:r>
      <w:r>
        <w:br/>
      </w:r>
      <w:r>
        <w:rPr>
          <w:sz w:val="20"/>
        </w:rPr>
        <w:t>9:37  dekhiye, modern civilization ya western civilization jo thi, woh poore maanon mein pro islam civilization thi.</w:t>
      </w:r>
      <w:r>
        <w:br/>
      </w:r>
      <w:r>
        <w:rPr>
          <w:sz w:val="20"/>
        </w:rPr>
        <w:t>9:49  modern science ki,</w:t>
      </w:r>
      <w:r>
        <w:br/>
      </w:r>
      <w:r>
        <w:rPr>
          <w:sz w:val="20"/>
        </w:rPr>
        <w:t>9:53  modern world ki ya western world ki science, science, iski technology, iski facilities, iska jo revolution aaya iski wajah se, woh sab poora ka poora</w:t>
      </w:r>
      <w:r>
        <w:br/>
      </w:r>
      <w:r>
        <w:rPr>
          <w:sz w:val="20"/>
        </w:rPr>
        <w:t>10:16  pro islam tha.</w:t>
      </w:r>
      <w:r>
        <w:br/>
      </w:r>
      <w:r>
        <w:rPr>
          <w:sz w:val="20"/>
        </w:rPr>
        <w:t>10:20  lekin ismein ek culture ya political pehlu bhi shamil tha. western civilization jo thi, uske sath civilization ke sath sath kacha shamil tha, political policy shamil thi.</w:t>
      </w:r>
      <w:r>
        <w:br/>
      </w:r>
      <w:r>
        <w:rPr>
          <w:sz w:val="20"/>
        </w:rPr>
        <w:t>10:43  jo bazahir musalmanon ko negative dikhai di. to musalman dealing kar ke nahi dekh sake. jitne bhi chahe mister hon ya molvi hon, woh is mamle ko dealing kar ke na dekh sake.</w:t>
      </w:r>
      <w:r>
        <w:br/>
      </w:r>
      <w:r>
        <w:rPr>
          <w:sz w:val="20"/>
        </w:rPr>
        <w:t>11:01  yani western civilization alag cheez hai, aur western politics, western culture alag cheez hai.</w:t>
      </w:r>
      <w:r>
        <w:br/>
      </w:r>
      <w:r>
        <w:rPr>
          <w:sz w:val="20"/>
        </w:rPr>
        <w:t>11:10  yeh nahi kar sake woh. is liye sari duniya ke musalman maghrib ki nafrat mein mubtala ho gaye.</w:t>
      </w:r>
      <w:r>
        <w:br/>
      </w:r>
      <w:r>
        <w:rPr>
          <w:sz w:val="20"/>
        </w:rPr>
        <w:t>11:22  jisko main kahunga ke westophobia. to fitna dohama jo hai, mere nazdeek,</w:t>
      </w:r>
      <w:r>
        <w:br/>
      </w:r>
      <w:r>
        <w:rPr>
          <w:sz w:val="20"/>
        </w:rPr>
        <w:t>11:34  meri research ke mutabiq, wahi cheez hai jisko hum kahenge westophobia. westophobia.</w:t>
      </w:r>
    </w:p>
    <w:p>
      <w:pPr>
        <w:pStyle w:val="Heading2"/>
      </w:pPr>
      <w:r>
        <w:t>Money management within manageable limits</w:t>
      </w:r>
    </w:p>
    <w:p>
      <w:r>
        <w:rPr>
          <w:color w:val="666666"/>
          <w:sz w:val="18"/>
        </w:rPr>
        <w:t>Art of Life Management (English) | April 13, 2007 | Maulana Wahiduddin Khan · 3m 33s · at 32:52 · https://youtu.be/UU9DKPUhv4U?t=1972</w:t>
      </w:r>
    </w:p>
    <w:p>
      <w:r>
        <w:rPr>
          <w:i/>
        </w:rPr>
        <w:t>“Most people try to acquire money, money, money.”</w:t>
      </w:r>
    </w:p>
    <w:p>
      <w:r>
        <w:rPr>
          <w:sz w:val="20"/>
        </w:rPr>
        <w:t>32:52  Most people try to acquire money, money, money, every time money. But everyone, the fate of everyone is that they are living in tension, in stress, in disease. People are running after money. Everyone tries to acquire money, to accumulate</w:t>
      </w:r>
      <w:r>
        <w:br/>
      </w:r>
      <w:r>
        <w:rPr>
          <w:sz w:val="20"/>
        </w:rPr>
        <w:t>33:22  money. But what is happening? These money lords are living in despair, living in tension, living in frustration, living in disease. They die in despair although they have enough money. Why?</w:t>
      </w:r>
      <w:r>
        <w:br/>
      </w:r>
      <w:r>
        <w:rPr>
          <w:sz w:val="20"/>
        </w:rPr>
        <w:t>33:53  Here also the case is mismanagement. Man has unlimited desire towards money, but man has no capacity, no capacity. So everyone tries to, to build a, build a</w:t>
      </w:r>
      <w:r>
        <w:br/>
      </w:r>
      <w:r>
        <w:rPr>
          <w:sz w:val="20"/>
        </w:rPr>
        <w:t>34:23  , an empire, a money empire. But he is not able to manage himself. So they, everyone has opted a, a wrong option. That is</w:t>
      </w:r>
      <w:r>
        <w:br/>
      </w:r>
      <w:r>
        <w:rPr>
          <w:sz w:val="20"/>
        </w:rPr>
        <w:t>34:54  unmanageable limit. Living in unmanageable limit. So everyone is living in unmanageable limit. And this is not possible for a man. Because man is, man has only limited capacity. And also the world is limited. So although man is very, very ambitious, he want to ac</w:t>
      </w:r>
      <w:r>
        <w:br/>
      </w:r>
      <w:r>
        <w:rPr>
          <w:sz w:val="20"/>
        </w:rPr>
        <w:t>35:24  quire more money, more money, more money. But his capacity to manage is limited. So there is no way except to adopt the manageable, manageable principle of, of, of mone</w:t>
      </w:r>
      <w:r>
        <w:br/>
      </w:r>
      <w:r>
        <w:rPr>
          <w:sz w:val="20"/>
        </w:rPr>
        <w:t>35:54  y. You have to establish your business. You have to establish your industry. But in manageable limit. Don't cross the manageable limit. You are free to establish your business. You are free to establish your industry. You are free to establish your, your money empire</w:t>
      </w:r>
    </w:p>
    <w:p>
      <w:pPr>
        <w:pStyle w:val="Heading2"/>
      </w:pPr>
      <w:r>
        <w:t>The Prophet's generosity and why charity brings barakah</w:t>
      </w:r>
    </w:p>
    <w:p>
      <w:r>
        <w:rPr>
          <w:color w:val="666666"/>
          <w:sz w:val="18"/>
        </w:rPr>
        <w:t>Message of Ramadan April 9, 2023 Prof. Farida Khanam · 3m 15s · at 27:33 · https://youtu.be/z-jsHB1vlV4?t=1653</w:t>
      </w:r>
    </w:p>
    <w:p>
      <w:r>
        <w:rPr>
          <w:i/>
        </w:rPr>
        <w:t>“The Prophet was most generous, and even more so in Ramadan”</w:t>
      </w:r>
    </w:p>
    <w:p>
      <w:r>
        <w:rPr>
          <w:sz w:val="20"/>
        </w:rPr>
        <w:t>27:33  Our Prophet was most generous and he would be more generous during the month of Ramadan. It is said that he was more generous than the blowing wind and anybody who would come and ask him for anything he would never refuse. to yeh Ramadan ko month of charity bhi kaha gaya hai. to main chahunga ke isko thoda aap isko wazeh karein, thoda expand karke hum sabko samjhayein.</w:t>
      </w:r>
      <w:r>
        <w:br/>
      </w:r>
      <w:r>
        <w:rPr>
          <w:sz w:val="20"/>
        </w:rPr>
        <w:t>28:02  Rasool Allah sallallahu alaihi wasallam to bohat ziyada charity karte the. ek baar aap ghar mein aaye to Hazrat Aisha ne kaha, koi cheez aayi thi ziyada thi woh. to woh sab charity mein chali gayi hai. Hazrat Aisha to sabhi aapki poori family aisi thi. to thoda sa unhone ghar ke liye bacha liya. to jab Rasool Allah sallallahu alaihi wasallam aaye to aapne kaha ke bas yahi bacha hai baqi sab distribute ho gaya.</w:t>
      </w:r>
      <w:r>
        <w:br/>
      </w:r>
      <w:r>
        <w:rPr>
          <w:sz w:val="20"/>
        </w:rPr>
        <w:t>28:29  to Rasool Allah sallallahu alaihi wasallam ne farmaya ke jo distribute hua wahi bacha hai. yaani aakhri mein usi ka reward milega na to wahi bacha hai aur yeh itna nahi bacha hai jo tumne apne liye rakh liya hai. to aap koi cheez apne paas rakhte hi nahi the ziyada se ziyada kuch bhi aata tha. baad mein bhi jab conquest ho gayi, Makkah Madinah fateh ho gaya, fateh ho gaya. tab bhi aapke paas jo kuch aata tha sab aap distribute kar dete the.</w:t>
      </w:r>
      <w:r>
        <w:br/>
      </w:r>
      <w:r>
        <w:rPr>
          <w:sz w:val="20"/>
        </w:rPr>
        <w:t>28:58  to khaastaur par roze mein aapki generosity jo hai bohat ziyada badh jati thi. kyunke roze ko kaha hi gaya shahrul mawaasaat. mawaasaat maane wahi philanthropy ya social work jo aap kehte hain. to wahi hai. to iski bohat ziyada ahmiyat hai Islam mein. kyunke is duniya mein bohat sare log aise hain jo jisko hai kuch hai ziyadatar hai hai to unki madad karna woh hamari zimmedari hai.</w:t>
      </w:r>
      <w:r>
        <w:br/>
      </w:r>
      <w:r>
        <w:rPr>
          <w:sz w:val="20"/>
        </w:rPr>
        <w:t>29:25  to is tarike se hamein unki madad karni chahiye. to kuch to obligatory hai charity jaise zakat aur kuch voluntary hai jaise sadqa. to hamein musalsal in logon ki madad karna chahiye kyunke Allah taala ke creation plan ke mutabiq jo hum logon ko diya jata hai chahe woh ilm ho, chahe woh paisa ho usmein doosron ka hissa hota hai. to hamein bilkul generously doosron ki madad karna chahiye.</w:t>
      </w:r>
      <w:r>
        <w:br/>
      </w:r>
      <w:r>
        <w:rPr>
          <w:sz w:val="20"/>
        </w:rPr>
        <w:t>29:52  ek hadees hai ke aisa hargiz nahi hai ke agar hum tum, tum kisi ko kuch do to tumhare maal mein ghata ho jaye. balkeh aur izafa hoga. to yeh nahi sochna chahiye ke yeh doge to hamare paas kami ho jayegi.</w:t>
      </w:r>
      <w:r>
        <w:br/>
      </w:r>
      <w:r>
        <w:rPr>
          <w:sz w:val="20"/>
        </w:rPr>
        <w:t>30:20  matlab hisab paisa tha lekin woh mazdooron ko bhi theek se mazdoori nahi dete the. to do taqreeban aath das saal ke baad maine suna ke unka sab paisa khatam ho gaya. yahan tak ke unka ghar bhi bik gaya. to dene lene se barkat hoti hai. yeh samajh ke dena chahiye duniya mein bhi barkat aur aakhirat mein woh ek reward hai. to hai hadees ke mutabiq al khalq aal Allah. The creation is god's family.</w:t>
      </w:r>
      <w:r>
        <w:br/>
      </w:r>
      <w:r>
        <w:rPr>
          <w:sz w:val="20"/>
        </w:rPr>
        <w:t>30:48  to chunki tamam log khuda ke children of god hain to hamein sabko ek nazar se dekhna hai</w:t>
      </w:r>
    </w:p>
    <w:p>
      <w:pPr>
        <w:pStyle w:val="Heading2"/>
      </w:pPr>
      <w:r>
        <w:t>Role of women in dawah work</w:t>
      </w:r>
    </w:p>
    <w:p>
      <w:r>
        <w:rPr>
          <w:color w:val="666666"/>
          <w:sz w:val="18"/>
        </w:rPr>
        <w:t>Love of God, Question and Answer 03 May 2009 · 3m 08s · at 4:10 · https://youtu.be/iwHKsGnU7gg?t=250</w:t>
      </w:r>
    </w:p>
    <w:p>
      <w:r>
        <w:rPr>
          <w:i/>
        </w:rPr>
        <w:t>“This question is from Miss Tuti”</w:t>
      </w:r>
    </w:p>
    <w:p>
      <w:r>
        <w:rPr>
          <w:sz w:val="20"/>
        </w:rPr>
        <w:t>4:10  question is from Miss Tuti. "In the context of دعویٰ work, what role can women play in today's modern world?"</w:t>
      </w:r>
      <w:r>
        <w:br/>
      </w:r>
      <w:r>
        <w:rPr>
          <w:sz w:val="20"/>
        </w:rPr>
        <w:t>4:22  dekhen islam mein jahan tak دعویٰ work ki baat hai to aurat mard ka koi farq nahi hai. ek hi kaam hai jo dono ko karna hai.</w:t>
      </w:r>
      <w:r>
        <w:br/>
      </w:r>
      <w:r>
        <w:rPr>
          <w:sz w:val="20"/>
        </w:rPr>
        <w:t>4:33  apne apne capacity ke mutabiq. jis ki jitni capacity hai</w:t>
      </w:r>
      <w:r>
        <w:br/>
      </w:r>
      <w:r>
        <w:rPr>
          <w:sz w:val="20"/>
        </w:rPr>
        <w:t>4:39  hoti hai us ki zimmedari hai. اتقوا الله ما استطعتم to yeh aadmi khud apne aap yani koi aurat ho ya mard woh khud aas paas ya apne halaat ko soch kar</w:t>
      </w:r>
      <w:r>
        <w:br/>
      </w:r>
      <w:r>
        <w:rPr>
          <w:sz w:val="20"/>
        </w:rPr>
        <w:t>4:55  jaan sakta hai ke main mere bas mein kitna دعویٰ work karna hai. koi bahar se nahi bata sakta aap ko. main is se bhi yeh tay hi kar sakta hoon ke دعویٰ work har aadmi ki, har ek shakhs ki zimmedari hai.</w:t>
      </w:r>
      <w:r>
        <w:br/>
      </w:r>
      <w:r>
        <w:rPr>
          <w:sz w:val="20"/>
        </w:rPr>
        <w:t>5:08  yeh farz kifaya nahi hai, yeh farz ain hai. yeh jo log is ko farz kifaya batatay hain woh bilkul galat kehte hain.</w:t>
      </w:r>
      <w:r>
        <w:br/>
      </w:r>
      <w:r>
        <w:rPr>
          <w:sz w:val="20"/>
        </w:rPr>
        <w:t>5:17  har har aadmi ke jis tarah namaz parhna zimmedari hai, us tarah dawat bhi zimmedari hai is ki. baqi yeh hai ke yeh according to the capacity Quran mein saaf saaf hai ke لا يكلف الله نفسا الا وسعها jitna bas mein hai utni hi zimmedari hai.</w:t>
      </w:r>
      <w:r>
        <w:br/>
      </w:r>
      <w:r>
        <w:rPr>
          <w:sz w:val="20"/>
        </w:rPr>
        <w:t>5:36  bas mein kitna hai yeh aadmi khud jaan sakta hai, doosra aadmi nahi bata sakta. to main ne usay ek ek formula banaya hai ke ke one mind one mission, one mind to mission.</w:t>
      </w:r>
      <w:r>
        <w:br/>
      </w:r>
      <w:r>
        <w:rPr>
          <w:sz w:val="20"/>
        </w:rPr>
        <w:t>5:48  ek aadmi woh hai jo apni poori zindagi laga sakta hai, apne aap ko</w:t>
      </w:r>
      <w:r>
        <w:br/>
      </w:r>
      <w:r>
        <w:rPr>
          <w:sz w:val="20"/>
        </w:rPr>
        <w:t>5:54  poori tarah se dedicate kar sakta hai to woh one mind one mission kaha jayega. aur ek aadmi woh hai ke is tarah apne aap ko dedicate nahi kar sakta to 50 percent woh kare apna, apni jo zindagi ki jo zimmedariyan hain us ko aur 50 percent woh دعویٰ work kare.</w:t>
      </w:r>
      <w:r>
        <w:br/>
      </w:r>
      <w:r>
        <w:rPr>
          <w:sz w:val="20"/>
        </w:rPr>
        <w:t>6:16  meri samajh se yahi do sooraten hain. teesri koi soorat mere sath mere paas nahi hai. haan, agar koi shakhs bilkul hi majboor hai, sach poochhiye, kisi wajah se majboor ho gaya hai to us ke liye kya hai?</w:t>
      </w:r>
      <w:r>
        <w:br/>
      </w:r>
      <w:r>
        <w:rPr>
          <w:sz w:val="20"/>
        </w:rPr>
        <w:t>6:29  dua karna. kisi ke paas</w:t>
      </w:r>
      <w:r>
        <w:br/>
      </w:r>
      <w:r>
        <w:rPr>
          <w:sz w:val="20"/>
        </w:rPr>
        <w:t>6:34  dua karna is ke liye. is zamane mein daawa work itna aasan hai ke literature mein sab baat aa gayi hai. aap literature rakhiye ho, is ko phailaiye.</w:t>
      </w:r>
      <w:r>
        <w:br/>
      </w:r>
      <w:r>
        <w:rPr>
          <w:sz w:val="20"/>
        </w:rPr>
        <w:t>6:44  is ki zaroorat nahi ke aap speaker hon, aap writer hon. bohat hi aasan hai is zamane mein</w:t>
      </w:r>
      <w:r>
        <w:br/>
      </w:r>
      <w:r>
        <w:rPr>
          <w:sz w:val="20"/>
        </w:rPr>
        <w:t>6:51  daawa work karna. literature rakhiye, aap ko do do waraq ke bhi hain, leaflet bhi hain, aur pamphlet bhi hai, kitaab bhi hai, aur jahan jaisa ho waisa phailaiye.</w:t>
      </w:r>
      <w:r>
        <w:br/>
      </w:r>
      <w:r>
        <w:rPr>
          <w:sz w:val="20"/>
        </w:rPr>
        <w:t>7:05  to kisi ke liye koi excuse nahi raha hai.</w:t>
      </w:r>
      <w:r>
        <w:br/>
      </w:r>
      <w:r>
        <w:rPr>
          <w:sz w:val="20"/>
        </w:rPr>
        <w:t>7:08  koi excuse nahi hai. ya to aadmi one mind one mission bane ya one mind to mission bane.</w:t>
      </w:r>
    </w:p>
    <w:p>
      <w:pPr>
        <w:pStyle w:val="Heading2"/>
      </w:pPr>
      <w:r>
        <w:t>Test of contentment in imperfect world</w:t>
      </w:r>
    </w:p>
    <w:p>
      <w:r>
        <w:rPr>
          <w:color w:val="666666"/>
          <w:sz w:val="18"/>
        </w:rPr>
        <w:t>Message on Eid Al-Adha October 27, 2012 · 3m 19s · at 12:31 · https://youtu.be/eGzAlyVEafc?t=751</w:t>
      </w:r>
    </w:p>
    <w:p>
      <w:r>
        <w:rPr>
          <w:i/>
        </w:rPr>
        <w:t>“Jo insaan is raat ko jaane woh ek contradiction mein jeena hai”</w:t>
      </w:r>
    </w:p>
    <w:p>
      <w:r>
        <w:rPr>
          <w:sz w:val="20"/>
        </w:rPr>
        <w:t>12:31  jo insaan is raat ko jaan le ke main aik, main ko aik contradiction mein jeena hai, is raat ko jaan le ke I am and idealist, but I have to live in a, in a world which is less than ideal.</w:t>
      </w:r>
      <w:r>
        <w:br/>
      </w:r>
      <w:r>
        <w:rPr>
          <w:sz w:val="20"/>
        </w:rPr>
        <w:t>12:53  jo is raat ko jaan le,</w:t>
      </w:r>
      <w:r>
        <w:br/>
      </w:r>
      <w:r>
        <w:rPr>
          <w:sz w:val="20"/>
        </w:rPr>
        <w:t>12:55  is ke liye jannat hai. dekhiye, is is ayat ka, is is yeh surah hai, is ka tarjuma yeh hai ke gawah hai anjeer o zaitoon aur toor-e-sineen aur balad-e-ameen ke insaan ko paida kiya Allah taala ne behtareen banawat ke sath, lekin phir is ko daal diya asghar safreen mein.</w:t>
      </w:r>
      <w:r>
        <w:br/>
      </w:r>
      <w:r>
        <w:rPr>
          <w:sz w:val="20"/>
        </w:rPr>
        <w:t>13:25  is mein exception in logon ka hai jo imaan laye, behtar amal kiye, to un ko phir mile ga ajr ghair mamnoon, yani ideal world.</w:t>
      </w:r>
      <w:r>
        <w:br/>
      </w:r>
      <w:r>
        <w:rPr>
          <w:sz w:val="20"/>
        </w:rPr>
        <w:t>13:39  ideal world mile ga. to is is is quran ki surah mein darasal yeh bataya gaya ke insaan ka test kya hai, real test kya hai.</w:t>
      </w:r>
      <w:r>
        <w:br/>
      </w:r>
      <w:r>
        <w:rPr>
          <w:sz w:val="20"/>
        </w:rPr>
        <w:t>13:51  real test yeh hai ke woh discover kare is baat ko.</w:t>
      </w:r>
      <w:r>
        <w:br/>
      </w:r>
      <w:r>
        <w:rPr>
          <w:sz w:val="20"/>
        </w:rPr>
        <w:t>13:55  imano ko mani ke yahan allazina amanu ko mani koi formable tor par la ilaha kehna nahi hai. is se murad hain woh log jo is sachai ko discover kar lein ke what is the creation plan of God.</w:t>
      </w:r>
      <w:r>
        <w:br/>
      </w:r>
      <w:r>
        <w:rPr>
          <w:sz w:val="20"/>
        </w:rPr>
        <w:t>14:13  is ko discover kar lein ke agarche Allah ne mujhe paida kiya idealist, mujhe jo duniya rehne ko di hai, woh hai less than ideal.</w:t>
      </w:r>
      <w:r>
        <w:br/>
      </w:r>
      <w:r>
        <w:rPr>
          <w:sz w:val="20"/>
        </w:rPr>
        <w:t>14:23  to mujhe is tarah, yani yeh jaan kar rehna hai ke mujhe fulfillment milne wala nahi hai. to contentment mein raaz hai zindagi ki kamyabi ka, more or more mein raaz nahi hai.</w:t>
      </w:r>
      <w:r>
        <w:br/>
      </w:r>
      <w:r>
        <w:rPr>
          <w:sz w:val="20"/>
        </w:rPr>
        <w:t>14:37  yeh baat Allah taala ne awwal din bhi clear kar di thi. Adam ki zindagi mein</w:t>
      </w:r>
      <w:r>
        <w:br/>
      </w:r>
      <w:r>
        <w:rPr>
          <w:sz w:val="20"/>
        </w:rPr>
        <w:t>14:43  aap jante hain ke Adam ko Allah ne paida kiya to jannat mein rakha Adam ko, lekin yeh keh diya ke aik darakht is ka tumhare liye forbidden hoga, is ka phal tum nahi kha sakte.</w:t>
      </w:r>
      <w:r>
        <w:br/>
      </w:r>
      <w:r>
        <w:rPr>
          <w:sz w:val="20"/>
        </w:rPr>
        <w:t>15:00  bas wohi cheez Adam ke liye pareshani ka sabab ban gayi. agarche aik darakht ke siwa un ko sab kuch mila hua tha, phir bhi woh tension mein rehte pad gaye.</w:t>
      </w:r>
      <w:r>
        <w:br/>
      </w:r>
      <w:r>
        <w:rPr>
          <w:sz w:val="20"/>
        </w:rPr>
        <w:t>15:13  kyun? is ko bhi unhein khana tha, is ko bhi janna tha, is ko bhi test, is ka bhi checksna tha, is kya hai woh. chunancha nateeja kya hua?</w:t>
      </w:r>
      <w:r>
        <w:br/>
      </w:r>
      <w:r>
        <w:rPr>
          <w:sz w:val="20"/>
        </w:rPr>
        <w:t>15:24  ke woh ja kar unhon ne is ka phal kha liya aur phir jannat se nikaal diye gaye. to poori jannat ya poori taskeen aadmi ko is duniya mein milne wali nahi hai.</w:t>
      </w:r>
      <w:r>
        <w:br/>
      </w:r>
      <w:r>
        <w:rPr>
          <w:sz w:val="20"/>
        </w:rPr>
        <w:t>15:36  poori jannat ya poori taskeen ya poora satisfaction ya ideal world aadmi ko mile ga sirf akhirat mein, yani jannat mein. yeh hai is message, is is surah ka.</w:t>
      </w:r>
    </w:p>
    <w:p>
      <w:pPr>
        <w:pStyle w:val="Heading2"/>
      </w:pPr>
      <w:r>
        <w:t>True Islam versus its media portrayal</w:t>
      </w:r>
    </w:p>
    <w:p>
      <w:r>
        <w:rPr>
          <w:color w:val="666666"/>
          <w:sz w:val="18"/>
        </w:rPr>
        <w:t>Islam and Terrorism February 10, 2009 Maulana Wahiduddin Khan · 5m 34s · at 26:22 · https://youtu.be/vCEjp0w7Qjo?t=1582</w:t>
      </w:r>
    </w:p>
    <w:p>
      <w:r>
        <w:rPr>
          <w:i/>
        </w:rPr>
        <w:t>“Islam wants to establish a peaceful society.”</w:t>
      </w:r>
    </w:p>
    <w:p>
      <w:r>
        <w:rPr>
          <w:sz w:val="20"/>
        </w:rPr>
        <w:t>26:22  This is the main target of Islam. Islam wants to establish a peaceful society.</w:t>
      </w:r>
      <w:r>
        <w:br/>
      </w:r>
      <w:r>
        <w:rPr>
          <w:sz w:val="20"/>
        </w:rPr>
        <w:t>26:30  In a society where people live in peace and spirituality, there is a hadith the Prophet of Islam has said,</w:t>
      </w:r>
      <w:r>
        <w:br/>
      </w:r>
      <w:r>
        <w:rPr>
          <w:sz w:val="20"/>
        </w:rPr>
        <w:t>26:46  "Al-Muslimu man Saliman Nasu min lisanihi wa yadihi." It means that a true Muslim is on</w:t>
      </w:r>
      <w:r>
        <w:br/>
      </w:r>
      <w:r>
        <w:rPr>
          <w:sz w:val="20"/>
        </w:rPr>
        <w:t>26:56  e A true Muslim is one by whose hands and tongue people are safe. This is the definition of a true Muslim.</w:t>
      </w:r>
      <w:r>
        <w:br/>
      </w:r>
      <w:r>
        <w:rPr>
          <w:sz w:val="20"/>
        </w:rPr>
        <w:t>27:07  This is the definition of a true Muslim. A true Muslim is one by whose hands and tongue people are safe.</w:t>
      </w:r>
      <w:r>
        <w:br/>
      </w:r>
      <w:r>
        <w:rPr>
          <w:sz w:val="20"/>
        </w:rPr>
        <w:t>27:18  The Prophet of Islam has said,</w:t>
      </w:r>
      <w:r>
        <w:br/>
      </w:r>
      <w:r>
        <w:rPr>
          <w:sz w:val="20"/>
        </w:rPr>
        <w:t>27:23  "Wallahi la yu minu, wallahi la yu minu, wallahi la yu minu. Alladhi la ya manu jaru hu bawaikum." It means that</w:t>
      </w:r>
      <w:r>
        <w:br/>
      </w:r>
      <w:r>
        <w:rPr>
          <w:sz w:val="20"/>
        </w:rPr>
        <w:t>27:38  he is not a Mumin. He is not a true Mumin who creates problems for his neighbors.</w:t>
      </w:r>
      <w:r>
        <w:br/>
      </w:r>
      <w:r>
        <w:rPr>
          <w:sz w:val="20"/>
        </w:rPr>
        <w:t>27:48  He is not a Mumin or he is not a true Mumin who creates problems for his neighbors. This is the definition of Muslim and Mumin.</w:t>
      </w:r>
      <w:r>
        <w:br/>
      </w:r>
      <w:r>
        <w:rPr>
          <w:sz w:val="20"/>
        </w:rPr>
        <w:t>28:00  You are not allowed to create nuisance to your neighbors.</w:t>
      </w:r>
      <w:r>
        <w:br/>
      </w:r>
      <w:r>
        <w:rPr>
          <w:sz w:val="20"/>
        </w:rPr>
        <w:t>28:09  So all these news you listen to in media or read in media that are that has nothing to do with Islam,</w:t>
      </w:r>
      <w:r>
        <w:br/>
      </w:r>
      <w:r>
        <w:rPr>
          <w:sz w:val="20"/>
        </w:rPr>
        <w:t>28:28  these news are created by Muslims. By Muslims. And Muslims and Islam are not one and the same.</w:t>
      </w:r>
      <w:r>
        <w:br/>
      </w:r>
      <w:r>
        <w:rPr>
          <w:sz w:val="20"/>
        </w:rPr>
        <w:t>28:39  I always condemn these practices.</w:t>
      </w:r>
      <w:r>
        <w:br/>
      </w:r>
      <w:r>
        <w:rPr>
          <w:sz w:val="20"/>
        </w:rPr>
        <w:t>28:46  I always say that if you want to adopt the violent method, you have to adopt unknown.</w:t>
      </w:r>
      <w:r>
        <w:br/>
      </w:r>
      <w:r>
        <w:rPr>
          <w:sz w:val="20"/>
        </w:rPr>
        <w:t>28:57  Don't mention Islam. It is not Islam. It is not Jihad. Now, what is Jihad?</w:t>
      </w:r>
      <w:r>
        <w:br/>
      </w:r>
      <w:r>
        <w:rPr>
          <w:sz w:val="20"/>
        </w:rPr>
        <w:t>29:06  Jihad literally means to strive, to struggle. That is peacefully struggle.</w:t>
      </w:r>
      <w:r>
        <w:br/>
      </w:r>
      <w:r>
        <w:rPr>
          <w:sz w:val="20"/>
        </w:rPr>
        <w:t>29:16  If you see any dictionary of the Arabic language, you will find that Jihad means simply struggle, strive.</w:t>
      </w:r>
      <w:r>
        <w:br/>
      </w:r>
      <w:r>
        <w:rPr>
          <w:sz w:val="20"/>
        </w:rPr>
        <w:t>29:29  So Jihad means peacefully struggle.</w:t>
      </w:r>
      <w:r>
        <w:br/>
      </w:r>
      <w:r>
        <w:rPr>
          <w:sz w:val="20"/>
        </w:rPr>
        <w:t>29:34  Struggle for any noble cause. Struggle for any noble cause. Jihad has nothing to do with violence and war.</w:t>
      </w:r>
      <w:r>
        <w:br/>
      </w:r>
      <w:r>
        <w:rPr>
          <w:sz w:val="20"/>
        </w:rPr>
        <w:t>29:46  During these times, people misuse the word Jihad. They misuse the word Jihad.</w:t>
      </w:r>
      <w:r>
        <w:br/>
      </w:r>
      <w:r>
        <w:rPr>
          <w:sz w:val="20"/>
        </w:rPr>
        <w:t>29:57  Jihad means peaceful behavior. Jihad means to overpower your desir</w:t>
      </w:r>
      <w:r>
        <w:br/>
      </w:r>
      <w:r>
        <w:rPr>
          <w:sz w:val="20"/>
        </w:rPr>
        <w:t>30:04  es. Jihad means to overpower your anger. This is Jihad.</w:t>
      </w:r>
      <w:r>
        <w:br/>
      </w:r>
      <w:r>
        <w:rPr>
          <w:sz w:val="20"/>
        </w:rPr>
        <w:t>30:14  So this is the true picture of Islam. I would suggest that if you want to know what Islam is, please don't rely on media reports.</w:t>
      </w:r>
      <w:r>
        <w:br/>
      </w:r>
      <w:r>
        <w:rPr>
          <w:sz w:val="20"/>
        </w:rPr>
        <w:t>30:32  Please read the Qur'an. The Qur'an is the most sacred book of Islam. The Qur'an is a very modest book.</w:t>
      </w:r>
      <w:r>
        <w:br/>
      </w:r>
      <w:r>
        <w:rPr>
          <w:sz w:val="20"/>
        </w:rPr>
        <w:t>30:46  It is very easy to understand the Qur'an and to read it. And the translation of the Qur'an is available in every language, in English and other languages.</w:t>
      </w:r>
      <w:r>
        <w:br/>
      </w:r>
      <w:r>
        <w:rPr>
          <w:sz w:val="20"/>
        </w:rPr>
        <w:t>30:59  We have published a translation of the Qur'an from our institution. It is very in a very simple language and very it is very easy to understand the Qur'an.</w:t>
      </w:r>
      <w:r>
        <w:br/>
      </w:r>
      <w:r>
        <w:rPr>
          <w:sz w:val="20"/>
        </w:rPr>
        <w:t>31:15  So I would like to say that if anyone wants to know what Islam is, he must read the Qur'an.</w:t>
      </w:r>
      <w:r>
        <w:br/>
      </w:r>
      <w:r>
        <w:rPr>
          <w:sz w:val="20"/>
        </w:rPr>
        <w:t>31:27  Please don't rely on media reports because media is an industry, the industry of hot news.</w:t>
      </w:r>
      <w:r>
        <w:br/>
      </w:r>
      <w:r>
        <w:rPr>
          <w:sz w:val="20"/>
        </w:rPr>
        <w:t>31:37  Media always selects hot news or sensational news. Media has no interest in spiritual news or peaceful news.</w:t>
      </w:r>
      <w:r>
        <w:br/>
      </w:r>
      <w:r>
        <w:rPr>
          <w:sz w:val="20"/>
        </w:rPr>
        <w:t>31:49  So you cannot find the true picture of Islam through media.</w:t>
      </w:r>
    </w:p>
    <w:p>
      <w:pPr>
        <w:pStyle w:val="Heading2"/>
      </w:pPr>
      <w:r>
        <w:t>The concept of helping in Islam</w:t>
      </w:r>
    </w:p>
    <w:p>
      <w:r>
        <w:rPr>
          <w:color w:val="666666"/>
          <w:sz w:val="18"/>
        </w:rPr>
        <w:t>Help of God | Nov 05, 2016 · 5m 44s · at 2:51 · https://youtu.be/xi-pxaxK9ts?t=171</w:t>
      </w:r>
    </w:p>
    <w:p>
      <w:r>
        <w:rPr>
          <w:i/>
        </w:rPr>
        <w:t>“Chain of thought ban jata hai”</w:t>
      </w:r>
    </w:p>
    <w:p>
      <w:r>
        <w:rPr>
          <w:sz w:val="20"/>
        </w:rPr>
        <w:t>2:51  chain of thought ban jata hai. to is par sochte hue mujhe ek hadith yaad aayi jo sihaah ki tamam kitabon mein hai. sahih muslim ke alfaaz yeh hain: wal-lahu fi awnil abd ma kana al-abdu fi awni akhih. Allah bande ki madad</w:t>
      </w:r>
      <w:r>
        <w:br/>
      </w:r>
      <w:r>
        <w:rPr>
          <w:sz w:val="20"/>
        </w:rPr>
        <w:t>3:21  par hota hai jab tak banda apne bhai ki madad par ho.</w:t>
      </w:r>
      <w:r>
        <w:br/>
      </w:r>
      <w:r>
        <w:rPr>
          <w:sz w:val="20"/>
        </w:rPr>
        <w:t>3:30  yaani aap apne bhai ki madad karen to aap Allah ki madad ke mustahiq ban jaate hain.</w:t>
      </w:r>
      <w:r>
        <w:br/>
      </w:r>
      <w:r>
        <w:rPr>
          <w:sz w:val="20"/>
        </w:rPr>
        <w:t>3:38  aur dekhen madad ka tasawwur jo hai yeh bohat hi aam hai.</w:t>
      </w:r>
      <w:r>
        <w:br/>
      </w:r>
      <w:r>
        <w:rPr>
          <w:sz w:val="20"/>
        </w:rPr>
        <w:t>3:47  har cheez jo aap karen doosre ki niyat se woh us ki madad hai.</w:t>
      </w:r>
      <w:r>
        <w:br/>
      </w:r>
      <w:r>
        <w:rPr>
          <w:sz w:val="20"/>
        </w:rPr>
        <w:t>3:55  phir is par sochte hue bohat si baaten mere zehn mein aain.</w:t>
      </w:r>
      <w:r>
        <w:br/>
      </w:r>
      <w:r>
        <w:rPr>
          <w:sz w:val="20"/>
        </w:rPr>
        <w:t>4:03  bohat si baaten.</w:t>
      </w:r>
      <w:r>
        <w:br/>
      </w:r>
      <w:r>
        <w:rPr>
          <w:sz w:val="20"/>
        </w:rPr>
        <w:t>4:10  mislan dekhen aksar log yeh karte hain kisi aalim ke paas, kisi buzurg ke paas jayenge ke</w:t>
      </w:r>
      <w:r>
        <w:br/>
      </w:r>
      <w:r>
        <w:rPr>
          <w:sz w:val="20"/>
        </w:rPr>
        <w:t>4:18  hamare liye dua ki ji</w:t>
      </w:r>
      <w:r>
        <w:br/>
      </w:r>
      <w:r>
        <w:rPr>
          <w:sz w:val="20"/>
        </w:rPr>
        <w:t>4:25  e, Allah humein hamari madad kare.</w:t>
      </w:r>
      <w:r>
        <w:br/>
      </w:r>
      <w:r>
        <w:rPr>
          <w:sz w:val="20"/>
        </w:rPr>
        <w:t>4:31  mujhe baat bari ajeeb lagti hai.</w:t>
      </w:r>
      <w:r>
        <w:br/>
      </w:r>
      <w:r>
        <w:rPr>
          <w:sz w:val="20"/>
        </w:rPr>
        <w:t>4:36  Allah ki madad ka tareeqa yeh nahin hai ke kisi buzurg se ja kar aap dua karwayen ke</w:t>
      </w:r>
      <w:r>
        <w:br/>
      </w:r>
      <w:r>
        <w:rPr>
          <w:sz w:val="20"/>
        </w:rPr>
        <w:t>4:42  dua kijiye ke Allah meri madad kare.</w:t>
      </w:r>
      <w:r>
        <w:br/>
      </w:r>
      <w:r>
        <w:rPr>
          <w:sz w:val="20"/>
        </w:rPr>
        <w:t>4:47  iska tareeqa yahi is hadees mein se maloom hota hai.</w:t>
      </w:r>
      <w:r>
        <w:br/>
      </w:r>
      <w:r>
        <w:rPr>
          <w:sz w:val="20"/>
        </w:rPr>
        <w:t>4:53  yaani aap ko Allah ki madad chahiye to aap doosre bhaiyon ki madad shuru kar dijiye.</w:t>
      </w:r>
      <w:r>
        <w:br/>
      </w:r>
      <w:r>
        <w:rPr>
          <w:sz w:val="20"/>
        </w:rPr>
        <w:t>4:58  kyunke jahan aap apne liye madad chah rahe hain woh sirf Allah ke bas mein hai. lekin aap ke aas paas jo insan hain un ki madad karna to aap ke bas mein hai. to formula yeh hai ke aap apne bas wali madad kijiye to aap ko woh madad mil jaye gi jo aap ke bas se bahir hai. yeh hai formula</w:t>
      </w:r>
      <w:r>
        <w:br/>
      </w:r>
      <w:r>
        <w:rPr>
          <w:sz w:val="20"/>
        </w:rPr>
        <w:t>5:28  .</w:t>
      </w:r>
      <w:r>
        <w:br/>
      </w:r>
      <w:r>
        <w:rPr>
          <w:sz w:val="20"/>
        </w:rPr>
        <w:t>5:36  kisi buzurg ke paas ja kar Allah ki madad ke liye dua karwana yeh tareeqa nahin hai.</w:t>
      </w:r>
      <w:r>
        <w:br/>
      </w:r>
      <w:r>
        <w:rPr>
          <w:sz w:val="20"/>
        </w:rPr>
        <w:t>5:44  tareeqa yahi hai ke kahin na kahin aap is Position mein hote hain ke aap kisi ki madad karen.</w:t>
      </w:r>
      <w:r>
        <w:br/>
      </w:r>
      <w:r>
        <w:rPr>
          <w:sz w:val="20"/>
        </w:rPr>
        <w:t>5:51  to jahan aap ke bas mein hai kisi ki madad karna</w:t>
      </w:r>
      <w:r>
        <w:br/>
      </w:r>
      <w:r>
        <w:rPr>
          <w:sz w:val="20"/>
        </w:rPr>
        <w:t>5:59  wahan aap kijiye.</w:t>
      </w:r>
      <w:r>
        <w:br/>
      </w:r>
      <w:r>
        <w:rPr>
          <w:sz w:val="20"/>
        </w:rPr>
        <w:t>6:04  to jahan aap ke bas mein nahin hai wahan Allah aap ki madad bhej dega.</w:t>
      </w:r>
      <w:r>
        <w:br/>
      </w:r>
      <w:r>
        <w:rPr>
          <w:sz w:val="20"/>
        </w:rPr>
        <w:t>6:10  to sahi formula yeh hai.</w:t>
      </w:r>
      <w:r>
        <w:br/>
      </w:r>
      <w:r>
        <w:rPr>
          <w:sz w:val="20"/>
        </w:rPr>
        <w:t>6:15  aur madad ke maani dekhiye bohat hi zyada beshumar Item hain jahan aap kisi ki madad ke</w:t>
      </w:r>
      <w:r>
        <w:br/>
      </w:r>
      <w:r>
        <w:rPr>
          <w:sz w:val="20"/>
        </w:rPr>
        <w:t>6:20  Position mein hote hain.</w:t>
      </w:r>
      <w:r>
        <w:br/>
      </w:r>
      <w:r>
        <w:rPr>
          <w:sz w:val="20"/>
        </w:rPr>
        <w:t>6:25  to main sochta hoon ke ek ek ek</w:t>
      </w:r>
      <w:r>
        <w:br/>
      </w:r>
      <w:r>
        <w:rPr>
          <w:sz w:val="20"/>
        </w:rPr>
        <w:t>6:31  nusrat Culture hamare andar hona chahiye.</w:t>
      </w:r>
      <w:r>
        <w:br/>
      </w:r>
      <w:r>
        <w:rPr>
          <w:sz w:val="20"/>
        </w:rPr>
        <w:t>6:39  nusrat yeh nahin hai ke aap kisi ko paisa de dein, kisi ko khana khila dein.</w:t>
      </w:r>
      <w:r>
        <w:br/>
      </w:r>
      <w:r>
        <w:rPr>
          <w:sz w:val="20"/>
        </w:rPr>
        <w:t>6:47  nusrat shayad nusrat ki sab se bari qism yeh hai ke aap us ko sachai ka rasta dikhaein.</w:t>
      </w:r>
      <w:r>
        <w:br/>
      </w:r>
      <w:r>
        <w:rPr>
          <w:sz w:val="20"/>
        </w:rPr>
        <w:t>6:55  sachai ka rasta.</w:t>
      </w:r>
      <w:r>
        <w:br/>
      </w:r>
      <w:r>
        <w:rPr>
          <w:sz w:val="20"/>
        </w:rPr>
        <w:t>7:02  lekin sachai ka rasta dikhane ka bhi yeh matlab nahin hai ke aap Announce kar dein ke dekho</w:t>
      </w:r>
      <w:r>
        <w:br/>
      </w:r>
      <w:r>
        <w:rPr>
          <w:sz w:val="20"/>
        </w:rPr>
        <w:t>7:08  bhai sachai yeh hai.</w:t>
      </w:r>
      <w:r>
        <w:br/>
      </w:r>
      <w:r>
        <w:rPr>
          <w:sz w:val="20"/>
        </w:rPr>
        <w:t>7:14  Announce kar dein yeh kafi nahin hai.</w:t>
      </w:r>
      <w:r>
        <w:br/>
      </w:r>
      <w:r>
        <w:rPr>
          <w:sz w:val="20"/>
        </w:rPr>
        <w:t>7:20  aap sochen ke is insaan ko main kaise sachai ki ghraz tha bata sakta hoon.</w:t>
      </w:r>
      <w:r>
        <w:br/>
      </w:r>
      <w:r>
        <w:rPr>
          <w:sz w:val="20"/>
        </w:rPr>
        <w:t>7:26  to aap us ke Mind Set ko padhenge taake aap ke paas zyada Effective andaaz mein</w:t>
      </w:r>
      <w:r>
        <w:br/>
      </w:r>
      <w:r>
        <w:rPr>
          <w:sz w:val="20"/>
        </w:rPr>
        <w:t>7:33  us tak pohnche. phir aik bar bata kar bhi aap chup nahi ho jayen ge. aap feedback len ge. feedback lene ke baad agar aap dekhen ge ke zaroorat hai replanning ki to aap replanning karen ge. to is mein koi shaq nahi ke insan ki rehnumai ya dawat ilahi bhi insan ki</w:t>
      </w:r>
      <w:r>
        <w:br/>
      </w:r>
      <w:r>
        <w:rPr>
          <w:sz w:val="20"/>
        </w:rPr>
        <w:t>8:03  madad hai.</w:t>
      </w:r>
      <w:r>
        <w:br/>
      </w:r>
      <w:r>
        <w:rPr>
          <w:sz w:val="20"/>
        </w:rPr>
        <w:t>8:09  lekin yeh madad bohat hi wasee' hai.</w:t>
      </w:r>
      <w:r>
        <w:br/>
      </w:r>
      <w:r>
        <w:rPr>
          <w:sz w:val="20"/>
        </w:rPr>
        <w:t>8:16  bohat sare pehluon ko pehlu is mein shamil hain.</w:t>
      </w:r>
      <w:r>
        <w:br/>
      </w:r>
      <w:r>
        <w:rPr>
          <w:sz w:val="20"/>
        </w:rPr>
        <w:t>8:22  to aap ke andar jab Spirit aayegi madad karne ki to aap sochenge.</w:t>
      </w:r>
      <w:r>
        <w:br/>
      </w:r>
      <w:r>
        <w:rPr>
          <w:sz w:val="20"/>
        </w:rPr>
        <w:t>8:29  aur sochte sochte aap ko</w:t>
      </w:r>
    </w:p>
    <w:p>
      <w:pPr>
        <w:pStyle w:val="Heading2"/>
      </w:pPr>
      <w:r>
        <w:t>Price of strong personality: avoid distraction, plan life</w:t>
      </w:r>
    </w:p>
    <w:p>
      <w:r>
        <w:rPr>
          <w:color w:val="666666"/>
          <w:sz w:val="18"/>
        </w:rPr>
        <w:t>Q&amp;A 29 Mar 2009 Maulana Wahiduddin Khan · 5m 31s · at 0:45 · https://youtu.be/pr358S6nndo?t=45</w:t>
      </w:r>
    </w:p>
    <w:p>
      <w:r>
        <w:rPr>
          <w:i/>
        </w:rPr>
        <w:t>“इसकी तमन्ना मत कीजिए, जो है उसी को चलने दीजिए”</w:t>
      </w:r>
    </w:p>
    <w:p>
      <w:r>
        <w:rPr>
          <w:sz w:val="20"/>
        </w:rPr>
        <w:t>0:45  iski tamanna mat kijiye, jo hai usi ko chalne dijiye. Aur agar aap tamanna karte hain to uski price dijiye. Maine bar bar kaha hai ki dekhiye, sabse bada jo reason hai</w:t>
      </w:r>
      <w:r>
        <w:br/>
      </w:r>
      <w:r>
        <w:rPr>
          <w:sz w:val="20"/>
        </w:rPr>
        <w:t>1:01  wah hai distraction. Sare log distraction mein jeete hain. Kisi ko uski family distract kar rahi hai, kisi ko shopping mein distract ho raha hai,</w:t>
      </w:r>
      <w:r>
        <w:br/>
      </w:r>
      <w:r>
        <w:rPr>
          <w:sz w:val="20"/>
        </w:rPr>
        <w:t>1:16  koi TV ho raha hai.</w:t>
      </w:r>
      <w:r>
        <w:br/>
      </w:r>
      <w:r>
        <w:rPr>
          <w:sz w:val="20"/>
        </w:rPr>
        <w:t>1:19  Every moment we live in distractions.</w:t>
      </w:r>
      <w:r>
        <w:br/>
      </w:r>
      <w:r>
        <w:rPr>
          <w:sz w:val="20"/>
        </w:rPr>
        <w:t>1:26  sabse bada reason jo hai wo distraction hai.</w:t>
      </w:r>
      <w:r>
        <w:br/>
      </w:r>
      <w:r>
        <w:rPr>
          <w:sz w:val="20"/>
        </w:rPr>
        <w:t>1:33  to aap agar chahte hain strong personality banana, to ye kijiye.</w:t>
      </w:r>
      <w:r>
        <w:br/>
      </w:r>
      <w:r>
        <w:rPr>
          <w:sz w:val="20"/>
        </w:rPr>
        <w:t>1:43  ek sahab isse pehle aaye, ab wo kuch suna unhone, us par jaane lage. Maine kaha, kyon ja rahe hain bhai? Kya meri family aayi hui hai to unke lunch mein shareek hona hai?</w:t>
      </w:r>
      <w:r>
        <w:br/>
      </w:r>
      <w:r>
        <w:rPr>
          <w:sz w:val="20"/>
        </w:rPr>
        <w:t>1:58  ye koi koi reason hai? ye</w:t>
      </w:r>
      <w:r>
        <w:br/>
      </w:r>
      <w:r>
        <w:rPr>
          <w:sz w:val="20"/>
        </w:rPr>
        <w:t>2:01  bahar bazaar lunch hai, bahar bazaar family.</w:t>
      </w:r>
      <w:r>
        <w:br/>
      </w:r>
      <w:r>
        <w:rPr>
          <w:sz w:val="20"/>
        </w:rPr>
        <w:t>2:07  mera to yahi nazariya hai. Aapne kyon nahi kaha ki tum log kha lena, main thodi der mein aaunga? bilkul, simply si baat hai.</w:t>
      </w:r>
      <w:r>
        <w:br/>
      </w:r>
      <w:r>
        <w:rPr>
          <w:sz w:val="20"/>
        </w:rPr>
        <w:t>2:18  to har waqt log distraction mein jeete hain. Har waqt mobile liye rehte hain. baj raha hai, ghar se kaam par laga liya. to mobile is source of distraction. Family, TV, shopping</w:t>
      </w:r>
      <w:r>
        <w:br/>
      </w:r>
      <w:r>
        <w:rPr>
          <w:sz w:val="20"/>
        </w:rPr>
        <w:t>2:36  aur khane, log koi simple simplicity ko lene ko taiyar nahi hain. Simple food, simple furniture, simple ghar, simple dress, koi taiyar nahi hai uske liye hota.</w:t>
      </w:r>
      <w:r>
        <w:br/>
      </w:r>
      <w:r>
        <w:rPr>
          <w:sz w:val="20"/>
        </w:rPr>
        <w:t>2:53  to main yahi kahunga ki ya to uski price dijiye ya phir uski baat hi karna chhod dijiye. Aur main poore apne experience ko lete hue kahunga ki sabse bada jo killer hai, killer</w:t>
      </w:r>
      <w:r>
        <w:br/>
      </w:r>
      <w:r>
        <w:rPr>
          <w:sz w:val="20"/>
        </w:rPr>
        <w:t>3:09  wah hai distraction. Hum sabke liye sabse bada killer. to subah shaam aap sochiye ki aaj main kin cheezon ne mujhe distract kiya. Distraction ka matlab hota hai tawajjoh ka hat jana.</w:t>
      </w:r>
      <w:r>
        <w:br/>
      </w:r>
      <w:r>
        <w:rPr>
          <w:sz w:val="20"/>
        </w:rPr>
        <w:t>3:29  bar bar logon ki tawajjoh hat ti rehti hai kisi bhi cheez se. Kabhi idhar, kabhi udhar, kabhi idhar, kabhi udhar. to aap yahan se chale jaane ke liye Faridabad, aur har waqt aap idhar udhar, yani aapko sab derail hota rahe, to aap shayad shaam tak bhi nahi pahunchenge.</w:t>
      </w:r>
      <w:r>
        <w:br/>
      </w:r>
      <w:r>
        <w:rPr>
          <w:sz w:val="20"/>
        </w:rPr>
        <w:t>3:53  Distraction means derailment. Jab aap distract hote hain to aapne apne aap ko derail kiya, practice hat gayi. to time bhi gaya, energy bhi gayi, maqsad bhi hasil nahi hua.</w:t>
      </w:r>
      <w:r>
        <w:br/>
      </w:r>
      <w:r>
        <w:rPr>
          <w:sz w:val="20"/>
        </w:rPr>
        <w:t>4:14  aaj main padh raha tha akhbar mein ek bahut hi mashhoor film star ki kahani. Main har cheez padhta hoon. to usko India ke sabse zyada mehngi film star mein se gina jata hai.</w:t>
      </w:r>
      <w:r>
        <w:br/>
      </w:r>
      <w:r>
        <w:rPr>
          <w:sz w:val="20"/>
        </w:rPr>
        <w:t>4:34  to add ke liye ek koi add dena tha, to uske liye wo 6 crore rupya uska contract hua. to kisi ne poocha ki itna itna paisa tum leti ho ki ek add ke liye 6 crore rupya, aisi kitna tum kamati hogi?</w:t>
      </w:r>
      <w:r>
        <w:br/>
      </w:r>
      <w:r>
        <w:rPr>
          <w:sz w:val="20"/>
        </w:rPr>
        <w:t>4:52  to kya karti ho us paison ko? kya karogi?</w:t>
      </w:r>
      <w:r>
        <w:br/>
      </w:r>
      <w:r>
        <w:rPr>
          <w:sz w:val="20"/>
        </w:rPr>
        <w:t>4:56  aaj padh lijiye, aaj hi ke paper mein. Tune kaha ki mujhe Greece mein ek ghar lena hai, Yunan mein. Yunan jo hai, Europe ka ek bahut hi, yani beautiful country hai. Wahan bahut bahut nature hai. Wahan par</w:t>
      </w:r>
      <w:r>
        <w:br/>
      </w:r>
      <w:r>
        <w:rPr>
          <w:sz w:val="20"/>
        </w:rPr>
        <w:t>5:12  to wahan par mujhe ghar lena hai. Usi mein poocha jab interview ne, to usne bataya ki maine Bombay mein ek naya ghar khareeda hai, lekin abhi tak usmein rehna mujhe nahi mila kyunki meri zindagi guzarti hai studio mein. Aap gaur kijiye ki ek ghar uske paas already hai, usmein reh nahi pa rahi hai kyunki studio mein usko rehna padta hai.</w:t>
      </w:r>
      <w:r>
        <w:br/>
      </w:r>
      <w:r>
        <w:rPr>
          <w:sz w:val="20"/>
        </w:rPr>
        <w:t>5:34  to Greece mein ghar lena hai usko.</w:t>
      </w:r>
      <w:r>
        <w:br/>
      </w:r>
      <w:r>
        <w:rPr>
          <w:sz w:val="20"/>
        </w:rPr>
        <w:t>5:40  to iske liye paisa kamana hai, paisa kamana hai, paisa kamana hai. Aisa paisa jiska koi use nahi, jiska koi istemal nahi. to yaad rakhiye ki is duniya mein sabse bada killer jo hai, killer yahi hai ki aadmi bagair planning ke sirf</w:t>
      </w:r>
      <w:r>
        <w:br/>
      </w:r>
      <w:r>
        <w:rPr>
          <w:sz w:val="20"/>
        </w:rPr>
        <w:t>5:57  desire, sentiment, emotion ke saath chalta rehta hai. to aap apni zindagi ko plan way mein bitaiye aur uske baad uska result hoga strong personality.</w:t>
      </w:r>
    </w:p>
    <w:p>
      <w:pPr>
        <w:pStyle w:val="Heading2"/>
      </w:pPr>
      <w:r>
        <w:t>Hadith explained: 'ilm' here means gnosis, not law</w:t>
      </w:r>
    </w:p>
    <w:p>
      <w:r>
        <w:rPr>
          <w:color w:val="666666"/>
          <w:sz w:val="18"/>
        </w:rPr>
        <w:t>Prophetic Method November 18, 2013 · 4m 59s · at 0:42 · https://youtu.be/bGA92mdRq1g?t=42</w:t>
      </w:r>
    </w:p>
    <w:p>
      <w:r>
        <w:rPr>
          <w:i/>
        </w:rPr>
        <w:t>“Koi bhi chiraya udti, Nabi hume usse ilm sikhate the”</w:t>
      </w:r>
    </w:p>
    <w:p>
      <w:r>
        <w:rPr>
          <w:sz w:val="20"/>
        </w:rPr>
        <w:t>0:42  al muajjam al kabir lil tabrani, hadith number 1624. abu zar riwayat karte hain ke rasool Allah hum se is haal mein juda hue ke koi bhi chidiya hawa mein par marti to aap hamein us se ek ilm sikhate hain.</w:t>
      </w:r>
      <w:r>
        <w:br/>
      </w:r>
      <w:r>
        <w:rPr>
          <w:sz w:val="20"/>
        </w:rPr>
        <w:t>1:05  hazrat abu zar mazeed kehte hain ke aap ne farmaya: koi bhi cheez jo tum ko jannat se qareeb kare aur jahannum se door kare, wo tumhare liye wazeh kar di gayi.</w:t>
      </w:r>
      <w:r>
        <w:br/>
      </w:r>
      <w:r>
        <w:rPr>
          <w:sz w:val="20"/>
        </w:rPr>
        <w:t>1:18  maulana, is hadith ko wazeh karen.</w:t>
      </w:r>
      <w:r>
        <w:br/>
      </w:r>
      <w:r>
        <w:rPr>
          <w:sz w:val="20"/>
        </w:rPr>
        <w:t>1:24  bismillah rahman rahim.</w:t>
      </w:r>
      <w:r>
        <w:br/>
      </w:r>
      <w:r>
        <w:rPr>
          <w:sz w:val="20"/>
        </w:rPr>
        <w:t>1:30  is hadith ki sharah mein</w:t>
      </w:r>
      <w:r>
        <w:br/>
      </w:r>
      <w:r>
        <w:rPr>
          <w:sz w:val="20"/>
        </w:rPr>
        <w:t>1:36  main ne dekha to sharheen ne likha hai ke rasool Allah ne mukammal shariyat sab ko bata di.</w:t>
      </w:r>
      <w:r>
        <w:br/>
      </w:r>
      <w:r>
        <w:rPr>
          <w:sz w:val="20"/>
        </w:rPr>
        <w:t>1:47  is se baat wazeh nahi hoti. is mein lafz ilm hai to sochne ki baat hai ke ilm ka matlab kya hai. to is mein do juz hain, dono juz par ghor farmayen.</w:t>
      </w:r>
      <w:r>
        <w:br/>
      </w:r>
      <w:r>
        <w:rPr>
          <w:sz w:val="20"/>
        </w:rPr>
        <w:t>2:08  ek juz is ka yeh hai ke rasool Allah sal Allah alaih wasallam ne farmaya ke maine tum ko woh tamam baatein bata dein jo tum ko jahannum se bachane wali hon aur jannat se qareeb karne wali hon.</w:t>
      </w:r>
      <w:r>
        <w:br/>
      </w:r>
      <w:r>
        <w:rPr>
          <w:sz w:val="20"/>
        </w:rPr>
        <w:t>2:22  sab bayan kar di gayi. aur sahabi is ki misaal ke taur par ek cheez ka zikr karte hain ke hawa mein koi parinda udta tha to us se hum ko rasool Allah koi naseehat ki baat batate the.</w:t>
      </w:r>
      <w:r>
        <w:br/>
      </w:r>
      <w:r>
        <w:rPr>
          <w:sz w:val="20"/>
        </w:rPr>
        <w:t>2:42  yeh ek misaal hai ke rasool Allah ne kya baatein sahaba ko bataen. is ko samajhna ho to is ki ek misaal yeh hai.</w:t>
      </w:r>
      <w:r>
        <w:br/>
      </w:r>
      <w:r>
        <w:rPr>
          <w:sz w:val="20"/>
        </w:rPr>
        <w:t>2:51  is ko generalize karo to samajh mein aa jayega. dekhen, jab kisi maamle mein ba taur misaal ek waqea bataya jaye, is ka matlab yeh hai ke is ko aap generalize karen.</w:t>
      </w:r>
      <w:r>
        <w:br/>
      </w:r>
      <w:r>
        <w:rPr>
          <w:sz w:val="20"/>
        </w:rPr>
        <w:t>3:05  generalize kar ke aap poori baat samajh lenge.</w:t>
      </w:r>
      <w:r>
        <w:br/>
      </w:r>
      <w:r>
        <w:rPr>
          <w:sz w:val="20"/>
        </w:rPr>
        <w:t>3:09  to ab ghor kijiye ke jo waqea bataya unhone, jo misaal unhone batai, woh thi ke hawa mein koi parinda ud raha hai to us ko kaha ke dekho, is mein yeh naseehat hai.</w:t>
      </w:r>
      <w:r>
        <w:br/>
      </w:r>
      <w:r>
        <w:rPr>
          <w:sz w:val="20"/>
        </w:rPr>
        <w:t>3:23  to isi nawiyat ki cheezon ko aap se shamil karenge is mein.</w:t>
      </w:r>
      <w:r>
        <w:br/>
      </w:r>
      <w:r>
        <w:rPr>
          <w:sz w:val="20"/>
        </w:rPr>
        <w:t>3:31  yeh ek misaal hai ke kaun si baat hoti thi jo rasool Allah sal Allah alaih wasallam jannat aur jahannum ki nisbat se sahaba ko bata dete hain.</w:t>
      </w:r>
      <w:r>
        <w:br/>
      </w:r>
      <w:r>
        <w:rPr>
          <w:sz w:val="20"/>
        </w:rPr>
        <w:t>3:42  is par ghor karte hue samajh mein aata hai ke yeh ilm jahan yahan, lafz ilm yahan qanoon ke maene mein nahi hai. yeh marifat ke maene mein hai.</w:t>
      </w:r>
      <w:r>
        <w:br/>
      </w:r>
      <w:r>
        <w:rPr>
          <w:sz w:val="20"/>
        </w:rPr>
        <w:t>3:52  kyun ke dekhen,</w:t>
      </w:r>
      <w:r>
        <w:br/>
      </w:r>
      <w:r>
        <w:rPr>
          <w:sz w:val="20"/>
        </w:rPr>
        <w:t>3:55  chidiya, ek chidiya ya chidiyon ka jhund hawa mein ud raha ho, us ko aap dekhen, us se koi naseehat len to woh kya hoga?</w:t>
      </w:r>
      <w:r>
        <w:br/>
      </w:r>
      <w:r>
        <w:rPr>
          <w:sz w:val="20"/>
        </w:rPr>
        <w:t>4:06  woh koi qanoon ka maamla hoga? us se koi qanoon daryaft karenge aap? us se aap marifat daryaft karenge.</w:t>
      </w:r>
      <w:r>
        <w:br/>
      </w:r>
      <w:r>
        <w:rPr>
          <w:sz w:val="20"/>
        </w:rPr>
        <w:t>4:16  yeh manzar ke parinda hawa mein ud raha hai, bilashuba ek bohat bada takhleeq ka waqea hai.</w:t>
      </w:r>
      <w:r>
        <w:br/>
      </w:r>
      <w:r>
        <w:rPr>
          <w:sz w:val="20"/>
        </w:rPr>
        <w:t>4:25  Allah taala ki jo takhleeqat hain, us mein ek bohat ajeeb waqea yeh hai ke parinda hawa mein ud raha hai. lekin us se jo naseehat aap lenge to woh koi qanoon ki dafa nahi hogi.</w:t>
      </w:r>
      <w:r>
        <w:br/>
      </w:r>
      <w:r>
        <w:rPr>
          <w:sz w:val="20"/>
        </w:rPr>
        <w:t>4:39  woh diwani aur faujdari qanoon ka koi maamla nahi hoga. woh marifat hogi. to yahan ilm hota hai, jo lafz ilm ka jo lafz hai, ba maani marifat hai.</w:t>
      </w:r>
      <w:r>
        <w:br/>
      </w:r>
      <w:r>
        <w:rPr>
          <w:sz w:val="20"/>
        </w:rPr>
        <w:t>4:52  phir doosri baat yeh jo samajh mein aati hai ke jannat aur jahannum ka maamla jo hai, aakhirat ki kamyabi ka jo maamla hai, is ka sara inhisaar marifat par hai.</w:t>
      </w:r>
      <w:r>
        <w:br/>
      </w:r>
      <w:r>
        <w:rPr>
          <w:sz w:val="20"/>
        </w:rPr>
        <w:t>5:06  qanoon ki dafa par nahi hai. yaani marifat woh cheez hai jo aap ko</w:t>
      </w:r>
      <w:r>
        <w:br/>
      </w:r>
      <w:r>
        <w:rPr>
          <w:sz w:val="20"/>
        </w:rPr>
        <w:t>5:15  jahannum se door karti hai aur jannat se qareeb karti hai.</w:t>
      </w:r>
      <w:r>
        <w:br/>
      </w:r>
      <w:r>
        <w:rPr>
          <w:sz w:val="20"/>
        </w:rPr>
        <w:t>5:22  bilkul wazeh hai in alfaaz se. ab sochiye ke marifat ki hesiyat kyun hai? is ki hesiyat is liye hai ke marifat jo hai, woh central idea hai, central theme hai deen mein.</w:t>
      </w:r>
    </w:p>
    <w:p>
      <w:pPr>
        <w:pStyle w:val="Heading2"/>
      </w:pPr>
      <w:r>
        <w:t>Final message to CPS members: never quit the team</w:t>
      </w:r>
    </w:p>
    <w:p>
      <w:r>
        <w:rPr>
          <w:color w:val="666666"/>
          <w:sz w:val="18"/>
        </w:rPr>
        <w:t>Conveying The Message of God November 27, 2022 · 5m 02s · at 1:00:42 · https://youtu.be/1MUWodugLKU?t=3642</w:t>
      </w:r>
    </w:p>
    <w:p>
      <w:r>
        <w:rPr>
          <w:i/>
        </w:rPr>
        <w:t>“Dawah basically means peacefully conveying the message of God”</w:t>
      </w:r>
    </w:p>
    <w:p>
      <w:r>
        <w:rPr>
          <w:sz w:val="20"/>
        </w:rPr>
        <w:t>1:00:42  dawa waqt ka basically matlab hai ki peacefully conveying the message of god to humanity aur cps ka yahi kaam hai ki quran ki wisdom ko logon tak pahunchana. yahi davavak hai, isi ko hum davavak ko isko aise samajhte hain aur aapne bataya ki kis tarah se yeh kaam duniya bhar mein phail rahe hain. khaskar uae aur nigeria ke hawale se aapne bataya.</w:t>
      </w:r>
      <w:r>
        <w:br/>
      </w:r>
      <w:r>
        <w:rPr>
          <w:sz w:val="20"/>
        </w:rPr>
        <w:t>1:01:08  sajid bhai aakhiri sawal yeh hai ki cps members jo pure phail hue hain duniya bhar mein, unke liye koi paigham, koi message jo aap dena chahen.</w:t>
      </w:r>
      <w:r>
        <w:br/>
      </w:r>
      <w:r>
        <w:rPr>
          <w:sz w:val="20"/>
        </w:rPr>
        <w:t>1:01:35  to thoda ek hesitation to hota hi hai dawat mein aisa to nahi hota hai ki sab kuch free follow hota hai hamesha. to thoda ek rehta hai. ji. lekin jo response mujhe mila vah bilkul hi ajib tha. unhone mujhse aur quran manga. vah log badhte hain.</w:t>
      </w:r>
      <w:r>
        <w:br/>
      </w:r>
      <w:r>
        <w:rPr>
          <w:sz w:val="20"/>
        </w:rPr>
        <w:t>1:02:05  ji. to yeh main add karna chah bahut khoob, bahut khoob. bas khada hona hai. ji. apne aap jo hai madad aayegi aapki taraf. ji. dekhiye message to ab maine molana se jo kuch seekha hai main vahi aapke sath share karunga.</w:t>
      </w:r>
      <w:r>
        <w:br/>
      </w:r>
      <w:r>
        <w:rPr>
          <w:sz w:val="20"/>
        </w:rPr>
        <w:t>1:02:19  mera aakhiri wale se molana ne hamesha jo hamein nasiyat kiye hain aur khas taur se mujhe bhi ki hai. ji. ki kisi bhi excuse ko ab banakar team se alag mat hoiyega. ji.</w:t>
      </w:r>
      <w:r>
        <w:br/>
      </w:r>
      <w:r>
        <w:rPr>
          <w:sz w:val="20"/>
        </w:rPr>
        <w:t>1:02:47  Kisi bhi, kisi bhi excuse ko waisa nahi hua. Ji.</w:t>
      </w:r>
      <w:r>
        <w:br/>
      </w:r>
      <w:r>
        <w:rPr>
          <w:sz w:val="20"/>
        </w:rPr>
        <w:t>1:02:54  to yeh cheez jo hai team ke liye itni important hai aur matlab aap samjhiye ki mumann ne</w:t>
      </w:r>
      <w:r>
        <w:br/>
      </w:r>
      <w:r>
        <w:rPr>
          <w:sz w:val="20"/>
        </w:rPr>
        <w:t>1:03:01  isko ek baar nahi kai baar bola hai.</w:t>
      </w:r>
      <w:r>
        <w:br/>
      </w:r>
      <w:r>
        <w:rPr>
          <w:sz w:val="20"/>
        </w:rPr>
        <w:t>1:03:08  is par articles hain, is par lectures hain, to kitni amiat hogi. Ji.</w:t>
      </w:r>
      <w:r>
        <w:br/>
      </w:r>
      <w:r>
        <w:rPr>
          <w:sz w:val="20"/>
        </w:rPr>
        <w:t>1:03:15  ki jisko repeat karna pada. Ji.</w:t>
      </w:r>
      <w:r>
        <w:br/>
      </w:r>
      <w:r>
        <w:rPr>
          <w:sz w:val="20"/>
        </w:rPr>
        <w:t>1:03:22  jaise alladar ne shaitan ke waqi ko saat baar repeat kiya.</w:t>
      </w:r>
      <w:r>
        <w:br/>
      </w:r>
      <w:r>
        <w:rPr>
          <w:sz w:val="20"/>
        </w:rPr>
        <w:t>1:03:29  yaani kitna bada dushmane mara woh. Ji.</w:t>
      </w:r>
      <w:r>
        <w:br/>
      </w:r>
      <w:r>
        <w:rPr>
          <w:sz w:val="20"/>
        </w:rPr>
        <w:t>1:03:36  hum usko bhool na jayein kisi waqt bhi.</w:t>
      </w:r>
      <w:r>
        <w:br/>
      </w:r>
      <w:r>
        <w:rPr>
          <w:sz w:val="20"/>
        </w:rPr>
        <w:t>1:03:44  to yeh message ko hamein as a team aur yeh isliye bhi important hai kyunki aise hi mauke</w:t>
      </w:r>
      <w:r>
        <w:br/>
      </w:r>
      <w:r>
        <w:rPr>
          <w:sz w:val="20"/>
        </w:rPr>
        <w:t>1:03:52  aate hi rehte hain. Ji.</w:t>
      </w:r>
      <w:r>
        <w:br/>
      </w:r>
      <w:r>
        <w:rPr>
          <w:sz w:val="20"/>
        </w:rPr>
        <w:t>1:04:00  ki koi kisi offend ho jata hai, kisi ke bare mein koi badbumani aa jati hai.</w:t>
      </w:r>
      <w:r>
        <w:br/>
      </w:r>
      <w:r>
        <w:rPr>
          <w:sz w:val="20"/>
        </w:rPr>
        <w:t>1:04:08  to wahan par hamein khud ko hi samjhana hai, kisi dusre ko samjhana nahi hai.</w:t>
      </w:r>
      <w:r>
        <w:br/>
      </w:r>
      <w:r>
        <w:rPr>
          <w:sz w:val="20"/>
        </w:rPr>
        <w:t>1:04:16  to hum doctor Junaid, Mohabbay aur main lagbhag alternate month aate the manah se milne ke.</w:t>
      </w:r>
      <w:r>
        <w:br/>
      </w:r>
      <w:r>
        <w:rPr>
          <w:sz w:val="20"/>
        </w:rPr>
        <w:t>1:04:22  to usmein zahire ke ek dedh din rehte the aur uske baad jab hamari wapsi hoti thi, mujhe</w:t>
      </w:r>
      <w:r>
        <w:br/>
      </w:r>
      <w:r>
        <w:rPr>
          <w:sz w:val="20"/>
        </w:rPr>
        <w:t>1:04:28  aaj tak yaad hai ki har martaba Maulana ne ek hi naseeyat thi.</w:t>
      </w:r>
      <w:r>
        <w:br/>
      </w:r>
      <w:r>
        <w:rPr>
          <w:sz w:val="20"/>
        </w:rPr>
        <w:t>1:04:35  Ji, har martaba. Har martaba. Achha.</w:t>
      </w:r>
      <w:r>
        <w:br/>
      </w:r>
      <w:r>
        <w:rPr>
          <w:sz w:val="20"/>
        </w:rPr>
        <w:t>1:04:41  yeh nahi ki bhai aap is baar aap kuch is baar ek hi naseeyat apne mutallion ko badhaiye.</w:t>
      </w:r>
      <w:r>
        <w:br/>
      </w:r>
      <w:r>
        <w:rPr>
          <w:sz w:val="20"/>
        </w:rPr>
        <w:t>1:04:48  bahut cool. ji. to 96 ka insan yeh kar raha apne mutale ko badhaiye. ji ji ji. yeh nahi bol raha hai apni team ko badhaiye, apni mehnat ko badhaiye. hai na? aur kya kya dawa active karna hai usko badhaiye. kya bol hai? study badhaiye. ji. kyunki study shayad munane se bolta hoon ki study jab badhegi to baki aap khud hi sab aap karenge. ji ji ji. vah usko alag se focus karne ki zarurat nahi hai. ji ji ji.</w:t>
      </w:r>
      <w:r>
        <w:br/>
      </w:r>
      <w:r>
        <w:rPr>
          <w:sz w:val="20"/>
        </w:rPr>
        <w:t>1:05:14  to yeh main as a individual isko bahut ahamiyat deta hoon kyunki murana hamein khas taur se as a individually hamein bataya is baat ko. to yeh meri yeh ek share kar raha hoon. ji. murana ki baat jo humne murana se seekhi as a individual. ji. jaza gullah sajid bhai, that was amazing. may allah bless you abundantly. may you keep inspiring everyone and may you become the tool to take the message of god to entire humanity.</w:t>
      </w:r>
      <w:r>
        <w:br/>
      </w:r>
      <w:r>
        <w:rPr>
          <w:sz w:val="20"/>
        </w:rPr>
        <w:t>1:05:44  thank you so much for inspiring all of us. if you want to join cps international, you want to distribute quran in your area, or you want to support us in any way, then write to us on info at cpsglobal dot org. to aaj ka session hum yahin khatm karte hain. hum phir lautenge agle sunday saare das baje. thank you. jija kalla jija kalla</w:t>
      </w:r>
    </w:p>
    <w:p>
      <w:pPr>
        <w:pStyle w:val="Heading2"/>
      </w:pPr>
      <w:r>
        <w:t>Call to reassess 200 years of failed protest strategy</w:t>
      </w:r>
    </w:p>
    <w:p>
      <w:r>
        <w:rPr>
          <w:color w:val="666666"/>
          <w:sz w:val="18"/>
        </w:rPr>
        <w:t>Divine Law of Success October 14, 2012 · 4m 59s · at 35:03 · https://youtu.be/GdbQzSNdf70?t=2103</w:t>
      </w:r>
    </w:p>
    <w:p>
      <w:r>
        <w:rPr>
          <w:i/>
        </w:rPr>
        <w:t>“وہ وقت آ گیا ہے کہ ہم ساری اپنی تاریخ کو پھر سے چھان بین کریں”</w:t>
      </w:r>
    </w:p>
    <w:p>
      <w:r>
        <w:rPr>
          <w:sz w:val="20"/>
        </w:rPr>
        <w:t>35:03  poori apni tareekh ko , do sau saal, do sau saala tareekh ko hum phir se iski chhanbeen karein, re-assess karein, revise karein, phir se sochein ke kya humne kiya ?</w:t>
      </w:r>
      <w:r>
        <w:br/>
      </w:r>
      <w:r>
        <w:rPr>
          <w:sz w:val="20"/>
        </w:rPr>
        <w:t>35:19  hum insaan se iski azaadi chheen lete hain, chheenna chahte hain, jab ke azaadi khuda hi toh chheenga ya dega. hum insaan se iska haq chheenna chahte hain ke woh iqraar kare ya inkaar kare.</w:t>
      </w:r>
      <w:r>
        <w:br/>
      </w:r>
      <w:r>
        <w:rPr>
          <w:sz w:val="20"/>
        </w:rPr>
        <w:t>35:33  isko khuda ne de rakha hai do option : iqraar ka aur inkaar ka . hum chahte hain ke nahi, tum ko inkaar, inkaar nahi karne paoge, tum ko iqraar hi karna padega.</w:t>
      </w:r>
      <w:r>
        <w:br/>
      </w:r>
      <w:r>
        <w:rPr>
          <w:sz w:val="20"/>
        </w:rPr>
        <w:t>35:45  yaani khuda ne de rakha hai har insaan ko do option ke paighambar ka toh maano ya inkaar karo. paighambar ko chahe ikraam karo ya tazheek karo ,</w:t>
      </w:r>
      <w:r>
        <w:br/>
      </w:r>
      <w:r>
        <w:rPr>
          <w:sz w:val="20"/>
        </w:rPr>
        <w:t>35:59  paighambar ke bare mein chahe achha alfaaz bolo ya bure alfaaz bolo, yeh Allah ka diya hua haq hai. hum kehte hain ke nahi, tum ko ek hi option hai, doosra option nahi hai.</w:t>
      </w:r>
      <w:r>
        <w:br/>
      </w:r>
      <w:r>
        <w:rPr>
          <w:sz w:val="20"/>
        </w:rPr>
        <w:t>36:14  lekin aap jante hain ke itni lambi muddat se yeh kaam ho raha hai, aaj se nahi ho raha. yeh</w:t>
      </w:r>
      <w:r>
        <w:br/>
      </w:r>
      <w:r>
        <w:rPr>
          <w:sz w:val="20"/>
        </w:rPr>
        <w:t>36:22  ghaaliban sabse pehli kitaab jo likhi gayi hai is mauzu par, woh hai aath sau saal pehle</w:t>
      </w:r>
      <w:r>
        <w:br/>
      </w:r>
      <w:r>
        <w:rPr>
          <w:sz w:val="20"/>
        </w:rPr>
        <w:t>36:33  imam Taimiya ki kitaab "Al-Saarim al-Rasool ala Saam al-Rasool" hai. iske baad bahut si kitaabein hain, bahut se masle, bahut se fatwe aaj tak jaari hain.</w:t>
      </w:r>
      <w:r>
        <w:br/>
      </w:r>
      <w:r>
        <w:rPr>
          <w:sz w:val="20"/>
        </w:rPr>
        <w:t>36:44  aap sochiye ke kya us waqt kami hui ? imam Taimiya ke zamane mein ek ek Isaai tha, usne gustakhi ki thi toh unhone kaha ke isko maaro, isko kaato, qatl karo isko.</w:t>
      </w:r>
      <w:r>
        <w:br/>
      </w:r>
      <w:r>
        <w:rPr>
          <w:sz w:val="20"/>
        </w:rPr>
        <w:t>37:01  hate ke is bechare ne Islam qabool kar liya. kitaabon mein aata hai ke "al-na-Islam" tab bhi unhone kaha ke nahi, isko maara jayega. "al-na-Islam" ka lafz aaya kitaabon mein</w:t>
      </w:r>
      <w:r>
        <w:br/>
      </w:r>
      <w:r>
        <w:rPr>
          <w:sz w:val="20"/>
        </w:rPr>
        <w:t>37:13  ke is aadmi ne kaha tauba kiya, Islam qabool kar liya toh ibn Taimiya ne kaha ke nahi, tab bhi maara jayega isko. achha, ibn Taimiya ke zamane mein jitna sab-o-shata tha, aaj ka usse kam ho gaya hai.</w:t>
      </w:r>
      <w:r>
        <w:br/>
      </w:r>
      <w:r>
        <w:rPr>
          <w:sz w:val="20"/>
        </w:rPr>
        <w:t>37:30  aaj, aaj thousand times zyada ho gaya hai.</w:t>
      </w:r>
      <w:r>
        <w:br/>
      </w:r>
      <w:r>
        <w:rPr>
          <w:sz w:val="20"/>
        </w:rPr>
        <w:t>37:36  dekhiye, ibn Taimiya ke zamane mein printing press nahi tha,</w:t>
      </w:r>
      <w:r>
        <w:br/>
      </w:r>
      <w:r>
        <w:rPr>
          <w:sz w:val="20"/>
        </w:rPr>
        <w:t>37:41  kitaabein haath se likhi jaati thin,</w:t>
      </w:r>
      <w:r>
        <w:br/>
      </w:r>
      <w:r>
        <w:rPr>
          <w:sz w:val="20"/>
        </w:rPr>
        <w:t>37:46  na akhbaar tha, na magazine tha, na TV tha, kuch bhi nahi tha. toh koi ek shakhs kahin gustakhi kar deta tha.</w:t>
      </w:r>
      <w:r>
        <w:br/>
      </w:r>
      <w:r>
        <w:rPr>
          <w:sz w:val="20"/>
        </w:rPr>
        <w:t>37:59  aaj toh naye daur mein jo naya jo daur aaya hai, print media, electronic media, aaj toh beshumaar log is mein mubtala hain.</w:t>
      </w:r>
      <w:r>
        <w:br/>
      </w:r>
      <w:r>
        <w:rPr>
          <w:sz w:val="20"/>
        </w:rPr>
        <w:t>38:10  kisi ek ka aa jata hai, flash hokar ke saamne, unhe log karte hi rehte hain gustakhi ki baatein. aaj azaadi play se badh gayi hai,</w:t>
      </w:r>
      <w:r>
        <w:br/>
      </w:r>
      <w:r>
        <w:rPr>
          <w:sz w:val="20"/>
        </w:rPr>
        <w:t>38:24  azaadi badh gayi hai, saadhan badh gaye hain. aaj log kitaabein chhaapte hain, mazameen likhte hain, film banate hain.</w:t>
      </w:r>
      <w:r>
        <w:br/>
      </w:r>
      <w:r>
        <w:rPr>
          <w:sz w:val="20"/>
        </w:rPr>
        <w:t>38:36  toh pehle ke muqable mein, aur dekhiye, pehle zamane mein aisa tha ke in logon ko koi protection nahi milti thi. protection, misaal ke taur par, Salman Rushdie ne ek kitaab likhi jiske khilaaf fatwa diya gaya.</w:t>
      </w:r>
      <w:r>
        <w:br/>
      </w:r>
      <w:r>
        <w:rPr>
          <w:sz w:val="20"/>
        </w:rPr>
        <w:t>38:54  saare ulama mushk ko chhod kar ke bas maaro, maaro, kaato isko, aur kai billion dollar ka inteqaam inaam is par rakha gaya.</w:t>
      </w:r>
      <w:r>
        <w:br/>
      </w:r>
      <w:r>
        <w:rPr>
          <w:sz w:val="20"/>
        </w:rPr>
        <w:t>39:04  kai billion dollar.</w:t>
      </w:r>
      <w:r>
        <w:br/>
      </w:r>
      <w:r>
        <w:rPr>
          <w:sz w:val="20"/>
        </w:rPr>
        <w:t>39:07  ab kya hai? meri zindagi ke waqea hai ke fatwa dene wale aur is se is par saath karne wale bahut se log mar chuke, mar ke qabr mein dafna ho chuke, aur iska zinda hai, Rushdie Salman Rushdie zinda hai.</w:t>
      </w:r>
      <w:r>
        <w:br/>
      </w:r>
      <w:r>
        <w:rPr>
          <w:sz w:val="20"/>
        </w:rPr>
        <w:t>39:25  yaani UK mein woh royal security ke andar rehta hai. royal security uski kitaabon ke bahut se edition chhape, tarjume bhi chhape.</w:t>
      </w:r>
      <w:r>
        <w:br/>
      </w:r>
      <w:r>
        <w:rPr>
          <w:sz w:val="20"/>
        </w:rPr>
        <w:t>39:38  30 saal beet gaye, ab musalman kuch bhi nahi kar sake. To fatwe se kya faida? Is daur mein yaad rakhiye, protection, protection mil jata hai un logon ko, kyunke yeh daur jo hai,</w:t>
      </w:r>
      <w:r>
        <w:br/>
      </w:r>
      <w:r>
        <w:rPr>
          <w:sz w:val="20"/>
        </w:rPr>
        <w:t>39:52  yeh jo aaj ka daur jo hai, is mein freedom of expression jo hai, woh itna muqaddas hai jaise hamare naik kalma muqaddas hai.</w:t>
      </w:r>
    </w:p>
    <w:p>
      <w:pPr>
        <w:pStyle w:val="Heading2"/>
      </w:pPr>
      <w:r>
        <w:t>Muslims' wrong turn and the two-point roadmap forward</w:t>
      </w:r>
    </w:p>
    <w:p>
      <w:r>
        <w:rPr>
          <w:color w:val="666666"/>
          <w:sz w:val="18"/>
        </w:rPr>
        <w:t>Purpose of Creation September 28, 2014 · 4m 04s · at 29:21 · https://youtu.be/7M-rzLZzCYw?t=1761</w:t>
      </w:r>
    </w:p>
    <w:p>
      <w:r>
        <w:rPr>
          <w:i/>
        </w:rPr>
        <w:t>“Terrorism tou terrorism hai — good ya bad nahi hota”</w:t>
      </w:r>
    </w:p>
    <w:p>
      <w:r>
        <w:rPr>
          <w:sz w:val="20"/>
        </w:rPr>
        <w:t>29:21  western civilization ke bare mein woh apna attitude badlein</w:t>
      </w:r>
      <w:r>
        <w:br/>
      </w:r>
      <w:r>
        <w:rPr>
          <w:sz w:val="20"/>
        </w:rPr>
        <w:t>29:29  is ko bajaye rival samajhne ke dost samjhein yeh sab karein aur is ke baad kya karna hai unhein</w:t>
      </w:r>
      <w:r>
        <w:br/>
      </w:r>
      <w:r>
        <w:rPr>
          <w:sz w:val="20"/>
        </w:rPr>
        <w:t>29:39  dawat ka kaam sirf dawat aur kuch nahi koi jang nahi koi takrao nahi koi suicide bombing nahi koi gun culture nahi koi bomb culture nahi kuch bhi nahi koi nafrat nahi sirf dawat aur jaisa ke main ne arz kiya dawat ke do level hain dawat ke do level hain</w:t>
      </w:r>
      <w:r>
        <w:br/>
      </w:r>
      <w:r>
        <w:rPr>
          <w:sz w:val="20"/>
        </w:rPr>
        <w:t>30:02  ek yeh hai ke duniya ki jo major zabanen hain major jo languages hain un mein bohat acha translation tayyar kiya jaye quran ka bohat hi mayari qism ka aur is ko bohat hi achhe andaaz mein chhapa jaye har zaban mein aur sari duniya mein is ko phaila diya jaye yeh minimum requirement hai</w:t>
      </w:r>
      <w:r>
        <w:br/>
      </w:r>
      <w:r>
        <w:rPr>
          <w:sz w:val="20"/>
        </w:rPr>
        <w:t>30:30  maximum requirement kya hai</w:t>
      </w:r>
      <w:r>
        <w:br/>
      </w:r>
      <w:r>
        <w:rPr>
          <w:sz w:val="20"/>
        </w:rPr>
        <w:t>30:32  ke aap science ko padhein modern mind ko samjhein is zamane mein jo rationalism hai us ko jaanein aur phir is level par islam ko pesh karein</w:t>
      </w:r>
      <w:r>
        <w:br/>
      </w:r>
      <w:r>
        <w:rPr>
          <w:sz w:val="20"/>
        </w:rPr>
        <w:t>30:46  is level par yani modern jo level hai rationalism ka scientific argument ka is level pe islam ko pesh karen</w:t>
      </w:r>
      <w:r>
        <w:br/>
      </w:r>
      <w:r>
        <w:rPr>
          <w:sz w:val="20"/>
        </w:rPr>
        <w:t>30:57  jisko main kehta hoon ke yani</w:t>
      </w:r>
      <w:r>
        <w:br/>
      </w:r>
      <w:r>
        <w:rPr>
          <w:sz w:val="20"/>
        </w:rPr>
        <w:t>31:02  waqt ka fikri mustawa waqt ka fikri mustawa ka matlab yeh hai ke waqt ka jo intellectual level hai to ek hai quran ke translation har zuban mein karke phailana</w:t>
      </w:r>
      <w:r>
        <w:br/>
      </w:r>
      <w:r>
        <w:rPr>
          <w:sz w:val="20"/>
        </w:rPr>
        <w:t>31:17  doosra jo hai ke waqt ka jo fikri mustawa hai waqt ka jo intellectual level hai is level par islam ke ideology ko murattab karke dunya dunya ke samne lana</w:t>
      </w:r>
      <w:r>
        <w:br/>
      </w:r>
      <w:r>
        <w:rPr>
          <w:sz w:val="20"/>
        </w:rPr>
        <w:t>31:33  to musalman na minimum kar paye na maximum kar paye aur jo kar rahe hain woh kya hai ke</w:t>
      </w:r>
      <w:r>
        <w:br/>
      </w:r>
      <w:r>
        <w:rPr>
          <w:sz w:val="20"/>
        </w:rPr>
        <w:t>31:44  suicide bombing gun culture bomb culture nafrat</w:t>
      </w:r>
      <w:r>
        <w:br/>
      </w:r>
      <w:r>
        <w:rPr>
          <w:sz w:val="20"/>
        </w:rPr>
        <w:t>31:51  yeh sab ab tak bhi kuch nahi ab tak bhi sirf unhone khoya hai kuch paya nahi aindah bhi sirf khoyenge kuch payenge nahi</w:t>
      </w:r>
      <w:r>
        <w:br/>
      </w:r>
      <w:r>
        <w:rPr>
          <w:sz w:val="20"/>
        </w:rPr>
        <w:t>32:01  kyunke woh unka jo yeh tareeqa hai woh against the rational plan of god hai allah taala ko matlab kuch hai aur woh kuch kar rahe hain</w:t>
      </w:r>
      <w:r>
        <w:br/>
      </w:r>
      <w:r>
        <w:rPr>
          <w:sz w:val="20"/>
        </w:rPr>
        <w:t>32:16  to yaad rakhiye is dunya mein koi bhi kaam hai bhi 50 percent insan ki koshish hoti hai aur 50 percent allah ki madad is mein shamil hoti hai tab hota hai</w:t>
      </w:r>
      <w:r>
        <w:br/>
      </w:r>
      <w:r>
        <w:rPr>
          <w:sz w:val="20"/>
        </w:rPr>
        <w:t>32:31  to allah ki madad to aap ke shamil rahegi nahi aap ki to aap kya karein kuch nahi kar sakte</w:t>
      </w:r>
      <w:r>
        <w:br/>
      </w:r>
      <w:r>
        <w:rPr>
          <w:sz w:val="20"/>
        </w:rPr>
        <w:t>32:40  allah ki madad ke baghair naam ke rahe ke musalman koi bhi kamyabi hasil kar sakein impossible hai allah ki madad us waqt milegi jab ke woh allah ki scheme of things ko samjhein woh creation plan of god ko samjhein</w:t>
      </w:r>
      <w:r>
        <w:br/>
      </w:r>
      <w:r>
        <w:rPr>
          <w:sz w:val="20"/>
        </w:rPr>
        <w:t>32:59  woh purpose of creation ko samjhein aur uske mutabiq planning karein abhi jo unki planning hai woh sab sab ki sab galat planning hai</w:t>
      </w:r>
      <w:r>
        <w:br/>
      </w:r>
      <w:r>
        <w:rPr>
          <w:sz w:val="20"/>
        </w:rPr>
        <w:t>33:13  dunya ki nazar mein woh sab terrorism hai aap khud usko jihad kehte hain lekin aap ke jihad kehne se jihad nahi ho jayega woh dunya ki nazar mein woh terrorism chalega</w:t>
      </w:r>
    </w:p>
    <w:p>
      <w:pPr>
        <w:pStyle w:val="Heading2"/>
      </w:pPr>
      <w:r>
        <w:t>From peace rule to dichotomous thinking</w:t>
      </w:r>
    </w:p>
    <w:p>
      <w:r>
        <w:rPr>
          <w:color w:val="666666"/>
          <w:sz w:val="18"/>
        </w:rPr>
        <w:t>Peace and Non Violence - 11. 08. 2007 · 5m 39s · at 0:37 · https://youtu.be/e4iKH4GUT3E?t=37</w:t>
      </w:r>
    </w:p>
    <w:p>
      <w:r>
        <w:rPr>
          <w:i/>
        </w:rPr>
        <w:t>“Islam is a religion of peace.”</w:t>
      </w:r>
    </w:p>
    <w:p>
      <w:r>
        <w:rPr>
          <w:sz w:val="20"/>
        </w:rPr>
        <w:t>0:37  olence in Islam." I can say that Islam is a religion of peace. The very name of Islam has a connotation of peace. You know, the word "Islam" is derived from "silm." Silm is the root word of Islam</w:t>
      </w:r>
      <w:r>
        <w:br/>
      </w:r>
      <w:r>
        <w:rPr>
          <w:sz w:val="20"/>
        </w:rPr>
        <w:t>1:07  , and silm means peace. So Islam is a religion of peace. If you take a copy of the Quran and start reading, you'll find that almost all the verses of the Quran are related to peace, either directly or indirectly. I know that there are some vers</w:t>
      </w:r>
      <w:r>
        <w:br/>
      </w:r>
      <w:r>
        <w:rPr>
          <w:sz w:val="20"/>
        </w:rPr>
        <w:t>1:37  es—maybe two dozen verses—that deal with qital, that is, war. But these verses are related to defensive war. I can say that in Islam, peace is the rule and war is an exception. And that exception is at</w:t>
      </w:r>
      <w:r>
        <w:br/>
      </w:r>
      <w:r>
        <w:rPr>
          <w:sz w:val="20"/>
        </w:rPr>
        <w:t>2:08  the time of defense. So in Islam, there is no war other than defensive war. No war other than defensive war. All these wars which you know these days, like guerrilla war, and proxy war, and secret war, all</w:t>
      </w:r>
      <w:r>
        <w:br/>
      </w:r>
      <w:r>
        <w:rPr>
          <w:sz w:val="20"/>
        </w:rPr>
        <w:t>2:38  these wars are unlawful in Islam. You know, there is a well-established principle in Islam that is al-Rahi lil-Imam. It means to declare a war is a prerogative of a state. So any agency other than the state is not allowed to go to war.</w:t>
      </w:r>
      <w:r>
        <w:br/>
      </w:r>
      <w:r>
        <w:rPr>
          <w:sz w:val="20"/>
        </w:rPr>
        <w:t>3:10  Now, even in a genuine war, there are some conditions. For example, even in a genuine war, you cannot kill ghayr muqatil. You can kill only muqatil, that is, combatant and non-combatant. So Islam differentiates between combatant and non-combatant. Islam allows to</w:t>
      </w:r>
      <w:r>
        <w:br/>
      </w:r>
      <w:r>
        <w:rPr>
          <w:sz w:val="20"/>
        </w:rPr>
        <w:t>3:40  kill combatant, but not the non-combatant. So when you see that now we are living in an age that is weapons of mass destruction, so I can say that now war is not an option for Muslims. Because in such an age, you cannot save yourself from killing non-combatant. Because now the age is</w:t>
      </w:r>
      <w:r>
        <w:br/>
      </w:r>
      <w:r>
        <w:rPr>
          <w:sz w:val="20"/>
        </w:rPr>
        <w:t>4:11  ages of weapons of mass destruction. So I am, I can say with conviction that now there is now Muslims have no option other than peaceful activism. Now war is not the next option for us. Here I can this is the yesterday issue of Times of India.</w:t>
      </w:r>
      <w:r>
        <w:br/>
      </w:r>
      <w:r>
        <w:rPr>
          <w:sz w:val="20"/>
        </w:rPr>
        <w:t>4:42  Yesterday, that is August 10. In this Times of India issue, there is a news item about Pakistan. One responsible person of Pakistan says in parliament, he is a member of parliament and also he is a member of ruling party, he says that jihad against India and US.</w:t>
      </w:r>
      <w:r>
        <w:br/>
      </w:r>
      <w:r>
        <w:rPr>
          <w:sz w:val="20"/>
        </w:rPr>
        <w:t>5:13  Jihad against India and America. When I read this news item, I was bewildered. Why these people talk in terms of jihad? Jihad already you are doing already jihad. You are busy in jihad. I can say that since long time</w:t>
      </w:r>
      <w:r>
        <w:br/>
      </w:r>
      <w:r>
        <w:rPr>
          <w:sz w:val="20"/>
        </w:rPr>
        <w:t>5:44  all the Muslims are either doing jihad or thinking in terms of jihad. Everywhere in the world. So why they say why they are engaged such like in this news item that he said that no talk but jihad, that is war. No talk but war. Why?</w:t>
      </w:r>
    </w:p>
    <w:p>
      <w:pPr>
        <w:pStyle w:val="Heading2"/>
      </w:pPr>
      <w:r>
        <w:t>Sabr is the only price for paradise</w:t>
      </w:r>
    </w:p>
    <w:p>
      <w:r>
        <w:rPr>
          <w:color w:val="666666"/>
          <w:sz w:val="18"/>
        </w:rPr>
        <w:t>The Road to Paradise December 30, 2012 Maulana Wahiduddin Khan · 5m 20s · at 10:30 · https://youtu.be/vUiaPsYF4Tk?t=630</w:t>
      </w:r>
    </w:p>
    <w:p>
      <w:r>
        <w:rPr>
          <w:i/>
        </w:rPr>
        <w:t>“Paradise is bracketed with patience”</w:t>
      </w:r>
    </w:p>
    <w:p>
      <w:r>
        <w:rPr>
          <w:sz w:val="20"/>
        </w:rPr>
        <w:t>10:30  main chahta hoon ke aap is is moamle ko quran ki roshni mein dekhen ke jannat kis ke liye hai. ek bohat important baat hai ke jannat ko ALLAH taala ne sabr ke sath bracket kiya hai.</w:t>
      </w:r>
      <w:r>
        <w:br/>
      </w:r>
      <w:r>
        <w:rPr>
          <w:sz w:val="20"/>
        </w:rPr>
        <w:t>10:48  bohat si ayaten aur hadeesen hain jis mein yeh baat kahi gayi hai. misaal ke taur par, zalik jazaahum bima sabroo.</w:t>
      </w:r>
      <w:r>
        <w:br/>
      </w:r>
      <w:r>
        <w:rPr>
          <w:sz w:val="20"/>
        </w:rPr>
        <w:t>11:02  jannat hum ne diya un ko is liye ke unhon ne sabr kiya.</w:t>
      </w:r>
      <w:r>
        <w:br/>
      </w:r>
      <w:r>
        <w:rPr>
          <w:sz w:val="20"/>
        </w:rPr>
        <w:t>11:08  is tarah ki bohat si ayaten hain jis se maloom hota hai ke jannat sabr par hai.</w:t>
      </w:r>
      <w:r>
        <w:br/>
      </w:r>
      <w:r>
        <w:rPr>
          <w:sz w:val="20"/>
        </w:rPr>
        <w:t>11:16  yani sabr hi wahid price hai jannat mein dakhle ki. ab ghaur kijiye ke sabr kya cheez hai?</w:t>
      </w:r>
      <w:r>
        <w:br/>
      </w:r>
      <w:r>
        <w:rPr>
          <w:sz w:val="20"/>
        </w:rPr>
        <w:t>11:26  quran mein dekhiye, sabr ke bare mein ek ayat hai jis se maloom hota hai ke ALLAH ke nazdeek sabr sab se bari ibadat hai.</w:t>
      </w:r>
      <w:r>
        <w:br/>
      </w:r>
      <w:r>
        <w:rPr>
          <w:sz w:val="20"/>
        </w:rPr>
        <w:t>11:37  innama yuwaffa sabiroo ujurhum bighair hisaab.</w:t>
      </w:r>
      <w:r>
        <w:br/>
      </w:r>
      <w:r>
        <w:rPr>
          <w:sz w:val="20"/>
        </w:rPr>
        <w:t>11:46  sabr karne wale bila hisaab inaam payen ge. to sabr mein kya cheez hai? is sabr mein kyun hai itna bara?</w:t>
      </w:r>
      <w:r>
        <w:br/>
      </w:r>
      <w:r>
        <w:rPr>
          <w:sz w:val="20"/>
        </w:rPr>
        <w:t>11:57  sabr ki value itni zyada kyun hai? is ko sochne ki zaroorat hai.</w:t>
      </w:r>
      <w:r>
        <w:br/>
      </w:r>
      <w:r>
        <w:rPr>
          <w:sz w:val="20"/>
        </w:rPr>
        <w:t>12:05  yeh baat is waqt samajh mein aati hai jab aap yeh jannen ke ALLAH taala ne jo paida kiya insaan ko duniya mein. to purpose of life kya hai?</w:t>
      </w:r>
      <w:r>
        <w:br/>
      </w:r>
      <w:r>
        <w:rPr>
          <w:sz w:val="20"/>
        </w:rPr>
        <w:t>12:17  ALLAH ka creation plan kya hai? is ko jab aap janen ge tab samajh mein aayega ke sabr ki itni zyada ahmiyat kyun hai. aam taur par log sabr ko negative sense mein lete hain.</w:t>
      </w:r>
      <w:r>
        <w:br/>
      </w:r>
      <w:r>
        <w:rPr>
          <w:sz w:val="20"/>
        </w:rPr>
        <w:t>12:31  yeh bilkul galat hai.</w:t>
      </w:r>
      <w:r>
        <w:br/>
      </w:r>
      <w:r>
        <w:rPr>
          <w:sz w:val="20"/>
        </w:rPr>
        <w:t>12:34  sabr sab se bari positive cheez hai. sab se bari positive cheez. kyun ke sabr ke sath juda hua hai jannat.</w:t>
      </w:r>
      <w:r>
        <w:br/>
      </w:r>
      <w:r>
        <w:rPr>
          <w:sz w:val="20"/>
        </w:rPr>
        <w:t>12:42  to zahir hai ke sabr se zyada positive aur kya ho sakta hai?</w:t>
      </w:r>
      <w:r>
        <w:br/>
      </w:r>
      <w:r>
        <w:rPr>
          <w:sz w:val="20"/>
        </w:rPr>
        <w:t>12:49  to sabr kyun price hai jannat ki? is ko samajhne ki zaroorat hai. is ka raaz yeh hai ke ALLAH taala ne duniya ko is tarah paida</w:t>
      </w:r>
      <w:r>
        <w:br/>
      </w:r>
      <w:r>
        <w:rPr>
          <w:sz w:val="20"/>
        </w:rPr>
        <w:t>13:02  kiya hai ke yahan par problem hai, hardship hai, masail hain.</w:t>
      </w:r>
      <w:r>
        <w:br/>
      </w:r>
      <w:r>
        <w:rPr>
          <w:sz w:val="20"/>
        </w:rPr>
        <w:t>13:10  misal ke taur par dekhiye, quran mein likha hua hai: "laqad khalaqal insana fi kabd". hum ne insaan ko paida kiya hardship mein ya problem mein.</w:t>
      </w:r>
      <w:r>
        <w:br/>
      </w:r>
      <w:r>
        <w:rPr>
          <w:sz w:val="20"/>
        </w:rPr>
        <w:t>13:25  doosre ka hai ke:</w:t>
      </w:r>
      <w:r>
        <w:br/>
      </w:r>
      <w:r>
        <w:rPr>
          <w:sz w:val="20"/>
        </w:rPr>
        <w:t>13:31  "laqad khalaqal insana fi ahsani taqweem". thumma radadna asfala safileen. insaan ko paida kiya bohat hi aala makhlooq ke hasiyat se.</w:t>
      </w:r>
      <w:r>
        <w:br/>
      </w:r>
      <w:r>
        <w:rPr>
          <w:sz w:val="20"/>
        </w:rPr>
        <w:t>13:44  phir is ko daal diya bilkul nichon se neech.</w:t>
      </w:r>
      <w:r>
        <w:br/>
      </w:r>
      <w:r>
        <w:rPr>
          <w:sz w:val="20"/>
        </w:rPr>
        <w:t>13:50  bohat hi neeche daal diya is ko.</w:t>
      </w:r>
      <w:r>
        <w:br/>
      </w:r>
      <w:r>
        <w:rPr>
          <w:sz w:val="20"/>
        </w:rPr>
        <w:t>13:55  is ka matlab kya hai? aise hi dekhiye ke: "walsar in al-lisan fi khusr". insan ghaate mein hai, insan loss mein hai.</w:t>
      </w:r>
      <w:r>
        <w:br/>
      </w:r>
      <w:r>
        <w:rPr>
          <w:sz w:val="20"/>
        </w:rPr>
        <w:t>14:04  is sab aayaton ko le kar log is ko samajhte hain ke dunya yeh museebat ki dunya hai. aur philosophers yeh kehte hain ke dunya to yaani evil se bhari hui hai.</w:t>
      </w:r>
      <w:r>
        <w:br/>
      </w:r>
      <w:r>
        <w:rPr>
          <w:sz w:val="20"/>
        </w:rPr>
        <w:t>14:20  philosophers ke nazdeek sab se bara suboot Allah ke na hone ka yeh hai ke yahan par evil kyun hai? agar Allah all right hai to evil kyun yahan par hai?</w:t>
      </w:r>
      <w:r>
        <w:br/>
      </w:r>
      <w:r>
        <w:rPr>
          <w:sz w:val="20"/>
        </w:rPr>
        <w:t>14:33  all powerful hai to evil kyun yahan par hai? dekhiye, yeh evil nahi hai.</w:t>
      </w:r>
      <w:r>
        <w:br/>
      </w:r>
      <w:r>
        <w:rPr>
          <w:sz w:val="20"/>
        </w:rPr>
        <w:t>14:40  aap in cheezon ko yaani problem ko, kabad ko aur masail ko</w:t>
      </w:r>
      <w:r>
        <w:br/>
      </w:r>
      <w:r>
        <w:rPr>
          <w:sz w:val="20"/>
        </w:rPr>
        <w:t>14:50  negative lafz diye hue hain. as a question of nomenclature, nomenclature. aap is ko negative word diye hue hain yaani problem ka word.</w:t>
      </w:r>
      <w:r>
        <w:br/>
      </w:r>
      <w:r>
        <w:rPr>
          <w:sz w:val="20"/>
        </w:rPr>
        <w:t>15:01  aap is ko positive word dijiye. woh hai challenge. yeh saari cheezein challenge hain. challenge.</w:t>
      </w:r>
      <w:r>
        <w:br/>
      </w:r>
      <w:r>
        <w:rPr>
          <w:sz w:val="20"/>
        </w:rPr>
        <w:t>15:10  hardship bhi ek challenge hai. problem bhi ek challenge hai. in water situation bhi ek challenge hai.</w:t>
      </w:r>
      <w:r>
        <w:br/>
      </w:r>
      <w:r>
        <w:rPr>
          <w:sz w:val="20"/>
        </w:rPr>
        <w:t>15:22  to Allah taala ne jannat ke raaste mein challenges rakh diye.</w:t>
      </w:r>
      <w:r>
        <w:br/>
      </w:r>
      <w:r>
        <w:rPr>
          <w:sz w:val="20"/>
        </w:rPr>
        <w:t>15:30  jannat ke raaste mein challenges rakh diye. in challenges ko jo face kare wahi pahunchega jannat tak. aur face karne ke liye kya cheez chahiye?</w:t>
      </w:r>
      <w:r>
        <w:br/>
      </w:r>
      <w:r>
        <w:rPr>
          <w:sz w:val="20"/>
        </w:rPr>
        <w:t>15:39  sabr</w:t>
      </w:r>
      <w:r>
        <w:br/>
      </w:r>
      <w:r>
        <w:rPr>
          <w:sz w:val="20"/>
        </w:rPr>
        <w:t>15:40  , patience, tahammul. yeh cheez chahiye.</w:t>
      </w:r>
    </w:p>
    <w:p>
      <w:pPr>
        <w:pStyle w:val="Heading2"/>
      </w:pPr>
      <w:r>
        <w:t>Deathbed glimpse of Paradise</w:t>
      </w:r>
    </w:p>
    <w:p>
      <w:r>
        <w:rPr>
          <w:color w:val="666666"/>
          <w:sz w:val="18"/>
        </w:rPr>
        <w:t>The Concept of Paradise | February 12, 2017 · 5m 38s · at 18:10 · https://youtu.be/u9G8FqEjjA0?t=1090</w:t>
      </w:r>
    </w:p>
    <w:p>
      <w:r>
        <w:rPr>
          <w:i/>
        </w:rPr>
        <w:t>“Yeh saari cheezein mujhe pehle se maaloom thi”</w:t>
      </w:r>
    </w:p>
    <w:p>
      <w:r>
        <w:rPr>
          <w:sz w:val="20"/>
        </w:rPr>
        <w:t>18:10  aur aik bohat bari cheez jo discover hui kal mujhe, woh yeh hai ke rab ul alameen ne bohat sari sooraton mein paradise ka introduction is duniya mein rakh diya hai. lekin aik anokha introduction hai, woh hai paradise ki glimpse peshgi to par dikhana. paradise ki glimpse, pehle hi se dikha dena, in advance.</w:t>
      </w:r>
      <w:r>
        <w:br/>
      </w:r>
      <w:r>
        <w:rPr>
          <w:sz w:val="20"/>
        </w:rPr>
        <w:t>18:42  to history mein aisa hai ke kai logon ne paradise ko dream, dream mein dekha. paradise ko dream mein dekha. to woh kya hai? woh paradise ka peshgi introduction hai. woh dream. isi tarah kai logon ne mout se pehle kuch aisi baatein dekhein</w:t>
      </w:r>
      <w:r>
        <w:br/>
      </w:r>
      <w:r>
        <w:rPr>
          <w:sz w:val="20"/>
        </w:rPr>
        <w:t>19:13  jo goya ke paradise ki glimpse theen. unhon ne kaha, lekin woh record nahi hua. kyunke is zamane mein technology nahi aayi thi. to technology se pehle bhi logon ko paradise ka peshgi glimpse hua. lekin woh record nahi hua. akhtar siddiqui sahib ka mamla is mein yeh hai ke un ko pre death period mein, mout se kuch pehle,</w:t>
      </w:r>
      <w:r>
        <w:br/>
      </w:r>
      <w:r>
        <w:rPr>
          <w:sz w:val="20"/>
        </w:rPr>
        <w:t>19:44  paradise ka glimpse dekha unhon ne. aur bolay woh, aur woh record ho gaya. yeh bohat anokhi baat hai. bohat anokhi baat. un ki beti hain, un ka naam hai raziya siddiqui. musharraf siddiq, akhtar siddiq sahib ki beti hain raziya siddiqui. woh un ke pas baithi theen mout se pehle. to woh kuch bolne lagay,</w:t>
      </w:r>
      <w:r>
        <w:br/>
      </w:r>
      <w:r>
        <w:rPr>
          <w:sz w:val="20"/>
        </w:rPr>
        <w:t>20:14  kuch different awaz mein. woh awaz bhi different thi. aur arabi ka aik lafz unhon ne kaha. halankay woh arabi bilkul nahi jante thay. woh jante thay sirf english ya hindi ya urdu. arabi bilkul nahi jante thay woh. woh bolay us waqt aik different awaz mein. aisa lagta tha ke jaisay aadmi kahin door se bol raha ho. aur raziya ne urdu record kar liya. woh raziya ke</w:t>
      </w:r>
      <w:r>
        <w:br/>
      </w:r>
      <w:r>
        <w:rPr>
          <w:sz w:val="20"/>
        </w:rPr>
        <w:t>20:44  mobile mein maujood hai. koi bhi shakhs us ko sun sakta hai. woh kya tha? unhon ne kaha ajeeb awaz mein, mein ne suna hai, ajeeb awaz mein. hubza hubza. kai bar hubza hubza. hubza ke mani na raziya ko pata tha, na un ki family ko pata tha, na khud akhtar siddiqui sahib ko pata tha. hubza arabi word hai. is ka matlab hai</w:t>
      </w:r>
      <w:r>
        <w:br/>
      </w:r>
      <w:r>
        <w:rPr>
          <w:sz w:val="20"/>
        </w:rPr>
        <w:t>21:15  how dry, how nice, how nice ya wonderful, wonderful. to yeh mein ne suna. mujhe yaad aya ke aik martaba aik european lady aayi thi india. to aap jante hain ke india mein taj mahal hai, jis ko duniya ka saatwan wonder mana jata hai. saatwan wonder. to woh dekhne ke liye gayi</w:t>
      </w:r>
      <w:r>
        <w:br/>
      </w:r>
      <w:r>
        <w:rPr>
          <w:sz w:val="20"/>
        </w:rPr>
        <w:t>21:45  ۔ jab woh agra gayi aur wahan pohanchi jahan us ko samne dikhai diya taj mahal, to taj mahal ko dekhte hi us ke zuban se jo nikla tha jo lafz woh tha wonderful, wonderful. taj mahal ki booti, taj mahal ki jo ajeeb o ghareeb teen saal, teen so saal se zyada muddat pehle woh bana tha. us waqt aisa architecture</w:t>
      </w:r>
      <w:r>
        <w:br/>
      </w:r>
      <w:r>
        <w:rPr>
          <w:sz w:val="20"/>
        </w:rPr>
        <w:t>22:15  insan nahi janta tha. jab taj mahal bana tha to is tarah ka architecture duniya mein kahin maujood nahi tha. to us ne kaha wonderful. to akhtar siddiqui sahib saat february ko jab un ki death hui to mout se pehle un ki beti raziya siddiqui un ke pas thi apne mobile ke sath. to kuch awazein nikalne lagay woh. to raziya ne us ko record kar liya.</w:t>
      </w:r>
      <w:r>
        <w:br/>
      </w:r>
      <w:r>
        <w:rPr>
          <w:sz w:val="20"/>
        </w:rPr>
        <w:t>22:47  to woh keh rahe thay hubza hubza. yani wonderful, wonderful. to yeh kya tha? paradise ki glimpse unhon ne mout se pehle dekh li. aur duniya walon ko bataya. aey duniya walon suno. woh goya ke Allah ne akhtar siddiqui ki zuban se poori duniya ko sunaya</w:t>
      </w:r>
      <w:r>
        <w:br/>
      </w:r>
      <w:r>
        <w:rPr>
          <w:sz w:val="20"/>
        </w:rPr>
        <w:t>23:17  ke aik wonderful habitat tumhara intezar kar raha hai. aey duniya walon tum kahan phansay ho? kahan phansay ho tum? to bohat si aisi cheezon mein phansay ho jis ki koi value nahi. aisi cheezon mein phansay ho jis ki koi value nahi. value ki valuable cheez to hai paradise. is ki glimpse dekh liya jis insaan ne us ne kaha</w:t>
      </w:r>
    </w:p>
    <w:p>
      <w:pPr>
        <w:pStyle w:val="Heading2"/>
      </w:pPr>
      <w:r>
        <w:t>Peaceful protest futile, need for quality and management</w:t>
      </w:r>
    </w:p>
    <w:p>
      <w:r>
        <w:rPr>
          <w:color w:val="666666"/>
          <w:sz w:val="18"/>
        </w:rPr>
        <w:t>How God Manages Human History December 23, 2018 · 4m 23s · at 51:28 · https://youtu.be/j_yxigrCl5U?t=3088</w:t>
      </w:r>
    </w:p>
    <w:p>
      <w:r>
        <w:rPr>
          <w:i/>
        </w:rPr>
        <w:t>“Peaceful protest means futile protest.”</w:t>
      </w:r>
    </w:p>
    <w:p>
      <w:r>
        <w:rPr>
          <w:sz w:val="20"/>
        </w:rPr>
        <w:t>51:28  molana sahib, what is your guidance on peaceful protest?" peaceful protest means futile protest.</w:t>
      </w:r>
      <w:r>
        <w:br/>
      </w:r>
      <w:r>
        <w:rPr>
          <w:sz w:val="20"/>
        </w:rPr>
        <w:t>51:39  futile protest.</w:t>
      </w:r>
      <w:r>
        <w:br/>
      </w:r>
      <w:r>
        <w:rPr>
          <w:sz w:val="20"/>
        </w:rPr>
        <w:t>51:41  aap blame dete hain authorities ko, blame dijiye apne wrong method ko.</w:t>
      </w:r>
      <w:r>
        <w:br/>
      </w:r>
      <w:r>
        <w:rPr>
          <w:sz w:val="20"/>
        </w:rPr>
        <w:t>51:53  road par aa kar chalana yeh chodiye,</w:t>
      </w:r>
      <w:r>
        <w:br/>
      </w:r>
      <w:r>
        <w:rPr>
          <w:sz w:val="20"/>
        </w:rPr>
        <w:t>51:59  measurement seekhiye. allah taala ka tareeqa manage karna hai, manage karna.</w:t>
      </w:r>
      <w:r>
        <w:br/>
      </w:r>
      <w:r>
        <w:rPr>
          <w:sz w:val="20"/>
        </w:rPr>
        <w:t>52:08  wo seekhiye. poori tareekh ko allah manage kar raha hai, poori tareekh ko. to aap manage karna seekhiye, takrao chodiye, is ko haram samjhiye.</w:t>
      </w:r>
      <w:r>
        <w:br/>
      </w:r>
      <w:r>
        <w:rPr>
          <w:sz w:val="20"/>
        </w:rPr>
        <w:t>52:23  is ko samjhiye ke andha pan samjhiye, andha pan. yahi to hai fitna dohama ke sari qaum andhi ho jayegi, is ko kuch dikhai nahi dega, kuch kiya karein, kiya na karein.</w:t>
      </w:r>
      <w:r>
        <w:br/>
      </w:r>
      <w:r>
        <w:rPr>
          <w:sz w:val="20"/>
        </w:rPr>
        <w:t>52:37  jis cheez ko aap keh rahe hain protest, wo wo phenomena hai fitna dohama ka. itne zyada raaste khule hue hain.</w:t>
      </w:r>
      <w:r>
        <w:br/>
      </w:r>
      <w:r>
        <w:rPr>
          <w:sz w:val="20"/>
        </w:rPr>
        <w:t>52:49  aap bataiye ke ek shakhs france se aata hai aur poore india mein ek empire khada kar deta hai, tata.</w:t>
      </w:r>
      <w:r>
        <w:br/>
      </w:r>
      <w:r>
        <w:rPr>
          <w:sz w:val="20"/>
        </w:rPr>
        <w:t>52:59  aap kehte hain hamein ladna hai, protest karna hai. us ne kabhi protest nahi kiya, tata ne kabhi protest nahi kiya. aur sab se bara jo hai colonial powers ka misaal,</w:t>
      </w:r>
      <w:r>
        <w:br/>
      </w:r>
      <w:r>
        <w:rPr>
          <w:sz w:val="20"/>
        </w:rPr>
        <w:t>53:19  wo log india mein aaye, french company aur british company to talwar le ke aaye the, maar maar kar ke hukoomat karna aur apna maqsad to tha apne product ko bechna, lekin maar maar kar ke.</w:t>
      </w:r>
      <w:r>
        <w:br/>
      </w:r>
      <w:r>
        <w:rPr>
          <w:sz w:val="20"/>
        </w:rPr>
        <w:t>53:39  phir unhon ne pata kiya ke maarne ki zaroorat hi kya hai? peaceful tareeqe se hum apni industry badha sakte hain poori duniya mein, yahan tak ke poori duniya mein hamari monopoly ho jaye.</w:t>
      </w:r>
      <w:r>
        <w:br/>
      </w:r>
      <w:r>
        <w:rPr>
          <w:sz w:val="20"/>
        </w:rPr>
        <w:t>53:52  aap ghaur kijiye, aaj monopoly hai, jaisa ke maine arz kiya, airbus ki aur boeing ki monopoly hai sari duniya mein.</w:t>
      </w:r>
      <w:r>
        <w:br/>
      </w:r>
      <w:r>
        <w:rPr>
          <w:sz w:val="20"/>
        </w:rPr>
        <w:t>54:06  to kya koi talwar le ke yeh monopoly qaim kiya unhon ne? gun chala kar kiya hai? apne standard se. india ki kamzori yeh hai ke aaj koi standard ki cheez milti nahi.</w:t>
      </w:r>
      <w:r>
        <w:br/>
      </w:r>
      <w:r>
        <w:rPr>
          <w:sz w:val="20"/>
        </w:rPr>
        <w:t>54:21  agar india in standard ki cheezein banaye to is ki bhi monopoly qaim ho jayegi. lekin india mein koi cheez standard ki milti nahi.</w:t>
      </w:r>
      <w:r>
        <w:br/>
      </w:r>
      <w:r>
        <w:rPr>
          <w:sz w:val="20"/>
        </w:rPr>
        <w:t>54:35  is zamane mein yaad rakhiye, standard ki taqat hai, talwar ki taqat nahi hai. is zamane mein jo taqat hai na, woh standard ki taqat hai.</w:t>
      </w:r>
      <w:r>
        <w:br/>
      </w:r>
      <w:r>
        <w:rPr>
          <w:sz w:val="20"/>
        </w:rPr>
        <w:t>54:46  talwar ki koi taqat nahi hai. koi bhi cheez aap standard ki banaiye, sari duniya jhook markar kharede gi. lekin india mein koi ek cheez bhi standard ki nahi milti.</w:t>
      </w:r>
      <w:r>
        <w:br/>
      </w:r>
      <w:r>
        <w:rPr>
          <w:sz w:val="20"/>
        </w:rPr>
        <w:t>55:00  isi liye yahan par log bohat si cheezein late hain.</w:t>
      </w:r>
      <w:r>
        <w:br/>
      </w:r>
      <w:r>
        <w:rPr>
          <w:sz w:val="20"/>
        </w:rPr>
        <w:t>55:07  bohat hi ajeeb baat hai ke parhe likhe log bhi haqeeqaton ko nahi jante. mujhe taajjub hota hai. baat karte hain protest ki, baat karo standard ki, quality education ki.</w:t>
      </w:r>
      <w:r>
        <w:br/>
      </w:r>
      <w:r>
        <w:rPr>
          <w:sz w:val="20"/>
        </w:rPr>
        <w:t>55:21  yeh parhe likhe log hain jo baatein karte hain, yeh sab protest.</w:t>
      </w:r>
      <w:r>
        <w:br/>
      </w:r>
      <w:r>
        <w:rPr>
          <w:sz w:val="20"/>
        </w:rPr>
        <w:t>55:28  aaj ke daur mein baat karo quality education ki, standard ki. mujhe bohat taajjub hota hai ke parhe likhe log itne bekhauf, bekhabar hain.</w:t>
      </w:r>
      <w:r>
        <w:br/>
      </w:r>
      <w:r>
        <w:rPr>
          <w:sz w:val="20"/>
        </w:rPr>
        <w:t>55:39  isi liye mujhe lagta hai ke yahi hai fitna dohama, yahi fitna dohama hai. Maulana, Mumbai se sawal kiya hai Fawad Siddiqui sahab ne.</w:t>
      </w:r>
    </w:p>
    <w:p>
      <w:pPr>
        <w:pStyle w:val="Heading2"/>
      </w:pPr>
      <w:r>
        <w:t>Solar energy storage proves Creator planning</w:t>
      </w:r>
    </w:p>
    <w:p>
      <w:r>
        <w:rPr>
          <w:color w:val="666666"/>
          <w:sz w:val="18"/>
        </w:rPr>
        <w:t>Man and God | April 30, 2006 | Maulana Wahiduddin Khan · 6m 06s · at 54:33 · https://youtu.be/rjbenjA0B1A?t=3273</w:t>
      </w:r>
    </w:p>
    <w:p>
      <w:r>
        <w:rPr>
          <w:i/>
        </w:rPr>
        <w:t>“Do you know that all human civilization runs on energy?”</w:t>
      </w:r>
    </w:p>
    <w:p>
      <w:r>
        <w:rPr>
          <w:sz w:val="20"/>
        </w:rPr>
        <w:t>54:33  radio par sun raha tha ek ek bahut hi mujhe baṛa ajeeb maloom hua ke us ko mein</w:t>
      </w:r>
      <w:r>
        <w:br/>
      </w:r>
      <w:r>
        <w:rPr>
          <w:sz w:val="20"/>
        </w:rPr>
        <w:t>54:38  sunaoonga aap ko.</w:t>
      </w:r>
      <w:r>
        <w:br/>
      </w:r>
      <w:r>
        <w:rPr>
          <w:sz w:val="20"/>
        </w:rPr>
        <w:t>54:43  kya aap jante hain ke insaan ki saare jo hamari jo woh tamaddun hai jo civilization hai woh</w:t>
      </w:r>
      <w:r>
        <w:br/>
      </w:r>
      <w:r>
        <w:rPr>
          <w:sz w:val="20"/>
        </w:rPr>
        <w:t>54:48  energy par chalti hai? hamein energy chahiye.</w:t>
      </w:r>
      <w:r>
        <w:br/>
      </w:r>
      <w:r>
        <w:rPr>
          <w:sz w:val="20"/>
        </w:rPr>
        <w:t>54:53  yani water energy aur petrol energy.</w:t>
      </w:r>
      <w:r>
        <w:br/>
      </w:r>
      <w:r>
        <w:rPr>
          <w:sz w:val="20"/>
        </w:rPr>
        <w:t>54:59  to aap jante hain ke petrol jo hai ya oil jo hai woh limited hai zameen mein.</w:t>
      </w:r>
      <w:r>
        <w:br/>
      </w:r>
      <w:r>
        <w:rPr>
          <w:sz w:val="20"/>
        </w:rPr>
        <w:t>55:04  woh saare log yeh soch rahe hain ke khatm ho jayega to kya hoga? kahan se energy</w:t>
      </w:r>
      <w:r>
        <w:br/>
      </w:r>
      <w:r>
        <w:rPr>
          <w:sz w:val="20"/>
        </w:rPr>
        <w:t>55:10  layenge hum? ab ek source of energy jo hai woh sun hai, suraj.</w:t>
      </w:r>
      <w:r>
        <w:br/>
      </w:r>
      <w:r>
        <w:rPr>
          <w:sz w:val="20"/>
        </w:rPr>
        <w:t>55:16  lekin aap jante hain ke solar energy jo hai jo wahan se aati hai upar se suraj ki,</w:t>
      </w:r>
      <w:r>
        <w:br/>
      </w:r>
      <w:r>
        <w:rPr>
          <w:sz w:val="20"/>
        </w:rPr>
        <w:t>55:23  solar energy ko aap store nahi kar sakte.</w:t>
      </w:r>
      <w:r>
        <w:br/>
      </w:r>
      <w:r>
        <w:rPr>
          <w:sz w:val="20"/>
        </w:rPr>
        <w:t>55:29  kisi bhi energy ko, electrical energy ko store nahi kar sakte aap. to</w:t>
      </w:r>
      <w:r>
        <w:br/>
      </w:r>
      <w:r>
        <w:rPr>
          <w:sz w:val="20"/>
        </w:rPr>
        <w:t>55:35  bahut hi zyada quantity mein suraj energy zameen par bhej raha hai.</w:t>
      </w:r>
      <w:r>
        <w:br/>
      </w:r>
      <w:r>
        <w:rPr>
          <w:sz w:val="20"/>
        </w:rPr>
        <w:t>55:41  lekin chuki hum store nahi kar sakte, isko iske istemal nahi kar sakte.</w:t>
      </w:r>
      <w:r>
        <w:br/>
      </w:r>
      <w:r>
        <w:rPr>
          <w:sz w:val="20"/>
        </w:rPr>
        <w:t>55:47  kyunki raat ke waqt suraj nahi rehta hai, woh din ke waqt rehta hai.</w:t>
      </w:r>
      <w:r>
        <w:br/>
      </w:r>
      <w:r>
        <w:rPr>
          <w:sz w:val="20"/>
        </w:rPr>
        <w:t>55:53  to kaise isko istemal karein hum? to abhi maine suna ek ek report ke amreeka mein</w:t>
      </w:r>
      <w:r>
        <w:br/>
      </w:r>
      <w:r>
        <w:rPr>
          <w:sz w:val="20"/>
        </w:rPr>
        <w:t>55:59  ek discovery hui hai ke solar energy ko hum</w:t>
      </w:r>
      <w:r>
        <w:br/>
      </w:r>
      <w:r>
        <w:rPr>
          <w:sz w:val="20"/>
        </w:rPr>
        <w:t>56:05  ek aur tareeqe se isko qabil-e-istemal bana sakte hain apne liye.</w:t>
      </w:r>
      <w:r>
        <w:br/>
      </w:r>
      <w:r>
        <w:rPr>
          <w:sz w:val="20"/>
        </w:rPr>
        <w:t>56:10  woh kaise? zameen se koi athais sau mil upar suraj ki roshni yani har waqt rehti hai.</w:t>
      </w:r>
      <w:r>
        <w:br/>
      </w:r>
      <w:r>
        <w:rPr>
          <w:sz w:val="20"/>
        </w:rPr>
        <w:t>56:14  jaise hamare yahan jo hum jis duniya mein rehte hain, yahan par aap jante hain ke barah ghante</w:t>
      </w:r>
      <w:r>
        <w:br/>
      </w:r>
      <w:r>
        <w:rPr>
          <w:sz w:val="20"/>
        </w:rPr>
        <w:t>56:18  raat, barah ghante din.</w:t>
      </w:r>
      <w:r>
        <w:br/>
      </w:r>
      <w:r>
        <w:rPr>
          <w:sz w:val="20"/>
        </w:rPr>
        <w:t>56:23  to jab raat ho gayi to suraj ghayab ho gaya.</w:t>
      </w:r>
      <w:r>
        <w:br/>
      </w:r>
      <w:r>
        <w:rPr>
          <w:sz w:val="20"/>
        </w:rPr>
        <w:t>56:27  to iski energy hum nahi le sakte.</w:t>
      </w:r>
      <w:r>
        <w:br/>
      </w:r>
      <w:r>
        <w:rPr>
          <w:sz w:val="20"/>
        </w:rPr>
        <w:t>56:31  din ko agar le sakte hain</w:t>
      </w:r>
      <w:r>
        <w:br/>
      </w:r>
      <w:r>
        <w:rPr>
          <w:sz w:val="20"/>
        </w:rPr>
        <w:t>56:36  to woh store to kar nahi sakte.</w:t>
      </w:r>
      <w:r>
        <w:br/>
      </w:r>
      <w:r>
        <w:rPr>
          <w:sz w:val="20"/>
        </w:rPr>
        <w:t>56:42  jab suraj doob gaya to woh energy bhi khatm ho gayi.</w:t>
      </w:r>
      <w:r>
        <w:br/>
      </w:r>
      <w:r>
        <w:rPr>
          <w:sz w:val="20"/>
        </w:rPr>
        <w:t>56:48  to ab ab hum kya karein? raat ke waqt kya karein? ya jahan suraj ki roshni bahut kam</w:t>
      </w:r>
      <w:r>
        <w:br/>
      </w:r>
      <w:r>
        <w:rPr>
          <w:sz w:val="20"/>
        </w:rPr>
        <w:t>56:54  parti hai, wahan kya karein? kyunki har jagah suraj ki roshni yaksaan nahi hoti hai.</w:t>
      </w:r>
      <w:r>
        <w:br/>
      </w:r>
      <w:r>
        <w:rPr>
          <w:sz w:val="20"/>
        </w:rPr>
        <w:t>57:00  to wahan par experiment kiya gaya hai ke ek rocket ko jis mein ke woh lage honge, woh</w:t>
      </w:r>
      <w:r>
        <w:br/>
      </w:r>
      <w:r>
        <w:rPr>
          <w:sz w:val="20"/>
        </w:rPr>
        <w:t>57:06  baray baray woh hotay hain, woh jis mein solar energy ko woh absorab kartay hain.</w:t>
      </w:r>
      <w:r>
        <w:br/>
      </w:r>
      <w:r>
        <w:rPr>
          <w:sz w:val="20"/>
        </w:rPr>
        <w:t>57:14  to oopar bheja gaya us ko, oopar bheja gaya jahan ke 24 ghantay suraj ki roshni rehti hai.</w:t>
      </w:r>
      <w:r>
        <w:br/>
      </w:r>
      <w:r>
        <w:rPr>
          <w:sz w:val="20"/>
        </w:rPr>
        <w:t>57:21  to is ne solar energy ko liya suraj se, le kar kiya kiya is ko? is ko is</w:t>
      </w:r>
      <w:r>
        <w:br/>
      </w:r>
      <w:r>
        <w:rPr>
          <w:sz w:val="20"/>
        </w:rPr>
        <w:t>57:29  ne convert kiya is mein electronic energy mein, convert</w:t>
      </w:r>
      <w:r>
        <w:br/>
      </w:r>
      <w:r>
        <w:rPr>
          <w:sz w:val="20"/>
        </w:rPr>
        <w:t>57:36  kiya.</w:t>
      </w:r>
      <w:r>
        <w:br/>
      </w:r>
      <w:r>
        <w:rPr>
          <w:sz w:val="20"/>
        </w:rPr>
        <w:t>57:40  phir convert kar ke is ko phir zameen par bheja.</w:t>
      </w:r>
      <w:r>
        <w:br/>
      </w:r>
      <w:r>
        <w:rPr>
          <w:sz w:val="20"/>
        </w:rPr>
        <w:t>57:44  is ko electronic energy jab mein convert kar liya aap ne to aap is qabil ho gaye ke</w:t>
      </w:r>
      <w:r>
        <w:br/>
      </w:r>
      <w:r>
        <w:rPr>
          <w:sz w:val="20"/>
        </w:rPr>
        <w:t>57:48  is ko zameen par bhej sakain.</w:t>
      </w:r>
      <w:r>
        <w:br/>
      </w:r>
      <w:r>
        <w:rPr>
          <w:sz w:val="20"/>
        </w:rPr>
        <w:t>57:52  aur phir is is is ko phir dobara electrical energy mein convert kiya gaya.</w:t>
      </w:r>
      <w:r>
        <w:br/>
      </w:r>
      <w:r>
        <w:rPr>
          <w:sz w:val="20"/>
        </w:rPr>
        <w:t>57:55  to yeh maloom hua ke solar energy convert ho sakti hai electronic energy mein, phir woh convert ho</w:t>
      </w:r>
      <w:r>
        <w:br/>
      </w:r>
      <w:r>
        <w:rPr>
          <w:sz w:val="20"/>
        </w:rPr>
        <w:t>57:59  sakti hai electrical engineering mein, phir is ko aap istemal kar saktay hain apnay kaam ke liye.</w:t>
      </w:r>
      <w:r>
        <w:br/>
      </w:r>
      <w:r>
        <w:rPr>
          <w:sz w:val="20"/>
        </w:rPr>
        <w:t>58:03  to kiya ke raat ke waqt bhi hum</w:t>
      </w:r>
      <w:r>
        <w:br/>
      </w:r>
      <w:r>
        <w:rPr>
          <w:sz w:val="20"/>
        </w:rPr>
        <w:t>58:07  solar energy ko le kar ke is ko istemal kar saktay hain apnay liye conversion ke zariye.</w:t>
      </w:r>
      <w:r>
        <w:br/>
      </w:r>
      <w:r>
        <w:rPr>
          <w:sz w:val="20"/>
        </w:rPr>
        <w:t>58:12  ab mein ne socha ke Khuda ne yeh possibility bhi rakhi thi is dunya mein ke raat ke</w:t>
      </w:r>
      <w:r>
        <w:br/>
      </w:r>
      <w:r>
        <w:rPr>
          <w:sz w:val="20"/>
        </w:rPr>
        <w:t>58:17  waqt bhi hum jab ke suraj hamaray paas na ho, tab bhi hum is ki energy ko le</w:t>
      </w:r>
      <w:r>
        <w:br/>
      </w:r>
      <w:r>
        <w:rPr>
          <w:sz w:val="20"/>
        </w:rPr>
        <w:t>58:22  sakain convert kar ke.</w:t>
      </w:r>
      <w:r>
        <w:br/>
      </w:r>
      <w:r>
        <w:rPr>
          <w:sz w:val="20"/>
        </w:rPr>
        <w:t>58:28  to kitni bari planning thi Khuda ki yeh.</w:t>
      </w:r>
      <w:r>
        <w:br/>
      </w:r>
      <w:r>
        <w:rPr>
          <w:sz w:val="20"/>
        </w:rPr>
        <w:t>58:33  to yeh to ek bohat hi choti si misaal hai ke itni meaningful dunya</w:t>
      </w:r>
      <w:r>
        <w:br/>
      </w:r>
      <w:r>
        <w:rPr>
          <w:sz w:val="20"/>
        </w:rPr>
        <w:t>58:38  agar hum Khuda ko na manain, tab bhi hamein manna parta hai ke ek aisi dunya hamaray samnay</w:t>
      </w:r>
      <w:r>
        <w:br/>
      </w:r>
      <w:r>
        <w:rPr>
          <w:sz w:val="20"/>
        </w:rPr>
        <w:t>58:44  hai jo bohat hi meaningful hai, bohat ziyada meaningful, jo bohat ziyada planned way mein banai gayi hai.</w:t>
      </w:r>
      <w:r>
        <w:br/>
      </w:r>
      <w:r>
        <w:rPr>
          <w:sz w:val="20"/>
        </w:rPr>
        <w:t>58:50  ek scientist ne kaha ke dunya ko dekh kar mujhe aisa lagta hai ke is ko bananay wala</w:t>
      </w:r>
      <w:r>
        <w:br/>
      </w:r>
      <w:r>
        <w:rPr>
          <w:sz w:val="20"/>
        </w:rPr>
        <w:t>58:56  ek mathematical mind hai, yani mathematical precision is ke andar hai.</w:t>
      </w:r>
      <w:r>
        <w:br/>
      </w:r>
      <w:r>
        <w:rPr>
          <w:sz w:val="20"/>
        </w:rPr>
        <w:t>59:02  ab bataiye ke kiya agar aap Khuda keh rahe hain ke mein</w:t>
      </w:r>
      <w:r>
        <w:br/>
      </w:r>
      <w:r>
        <w:rPr>
          <w:sz w:val="20"/>
        </w:rPr>
        <w:t>59:08  khuda ko nahi manta to kya is dunya ko bhi inkar kar sakte hain aap? to itni meaningful dunya ban nahi sakti hai baghair is ke ke is ka ek creator ho. agar dunya at random hoti, haphazard hoti, koi yahan par koi planning na hoti to shayad aap keh sakte the ke yeh ban gayi ho apne aap. lekin is ka ek ek zara, ek ek cheez is ki bohat hi meaningful hai, bohat hi planned way mein hai, is ke andar mathematical pre</w:t>
      </w:r>
      <w:r>
        <w:br/>
      </w:r>
      <w:r>
        <w:rPr>
          <w:sz w:val="20"/>
        </w:rPr>
        <w:t>59:38  cision hai, is ke andar. to aisi ek dunya impossible hai ke kisi banane wale ke baghair bani ho. to main yeh kehta hoon aap ke liye choice jo hai aisi halat mein wo yani universe with god aur universe without god ke darmiyan nahi hai. aap ka jo choice hai wo yeh nahi hai ke ya to universe with god ko lein ya universe without god</w:t>
      </w:r>
      <w:r>
        <w:br/>
      </w:r>
      <w:r>
        <w:rPr>
          <w:sz w:val="20"/>
        </w:rPr>
        <w:t>1:00:08  ko lain.</w:t>
      </w:r>
      <w:r>
        <w:br/>
      </w:r>
      <w:r>
        <w:rPr>
          <w:sz w:val="20"/>
        </w:rPr>
        <w:t>1:00:13  yeh belief work nahin karega.</w:t>
      </w:r>
      <w:r>
        <w:br/>
      </w:r>
      <w:r>
        <w:rPr>
          <w:sz w:val="20"/>
        </w:rPr>
        <w:t>1:00:17  jo choice aap ke liye woh hai universe with god aur no universe at all.</w:t>
      </w:r>
      <w:r>
        <w:br/>
      </w:r>
      <w:r>
        <w:rPr>
          <w:sz w:val="20"/>
        </w:rPr>
        <w:t>1:00:21  yani god agar na ho to universe hi khatam ho jati hai.</w:t>
      </w:r>
      <w:r>
        <w:br/>
      </w:r>
      <w:r>
        <w:rPr>
          <w:sz w:val="20"/>
        </w:rPr>
        <w:t>1:00:26  creator na ho to yeh meaningful duniya hi nahin paida hoti.</w:t>
      </w:r>
      <w:r>
        <w:br/>
      </w:r>
      <w:r>
        <w:rPr>
          <w:sz w:val="20"/>
        </w:rPr>
        <w:t>1:00:30  to real choice jo aap ke liye hai woh hai universe with god ya no universe at all.</w:t>
      </w:r>
      <w:r>
        <w:br/>
      </w:r>
      <w:r>
        <w:rPr>
          <w:sz w:val="20"/>
        </w:rPr>
        <w:t>1:00:34  to kya hai ke hamare liye is ke s</w:t>
      </w:r>
      <w:r>
        <w:br/>
      </w:r>
      <w:r>
        <w:rPr>
          <w:sz w:val="20"/>
        </w:rPr>
        <w:t>1:00:39  wa koi chara nahin hai ke hum Khuda ko manen.</w:t>
      </w:r>
    </w:p>
    <w:p>
      <w:pPr>
        <w:pStyle w:val="Heading2"/>
      </w:pPr>
      <w:r>
        <w:t>Full case for urgent global dawah today</w:t>
      </w:r>
    </w:p>
    <w:p>
      <w:r>
        <w:rPr>
          <w:color w:val="666666"/>
          <w:sz w:val="18"/>
        </w:rPr>
        <w:t>Chairperson, Prof. Farida Khanam's Addressal Peace Conference April 29-30, 2023 · 3m 27s · at 7:25 · https://youtu.be/ZuVp1fGsZOw?t=445</w:t>
      </w:r>
    </w:p>
    <w:p>
      <w:r>
        <w:rPr>
          <w:i/>
        </w:rPr>
        <w:t>“Aaj hamare paas transport hai, jahaz hai, internet hai”</w:t>
      </w:r>
    </w:p>
    <w:p>
      <w:r>
        <w:rPr>
          <w:sz w:val="20"/>
        </w:rPr>
        <w:t>7:25  to yeh kaam jo hai isi par molana ne bahut hi ek baat batai jis se humko bahut zyada darna chahiye ke hamara ummati mohammadi hona doubtful ho jayega agar hum is kaam ko lekar aage nahi badhte. kyunke rasullah sallah sallam ne apne asaf se yahi kaha tha ke tum log mera pragam tamam logon tak pahuncha do. wo log sare nikal gaye.</w:t>
      </w:r>
      <w:r>
        <w:br/>
      </w:r>
      <w:r>
        <w:rPr>
          <w:sz w:val="20"/>
        </w:rPr>
        <w:t>7:52  molana ne bataye ki wahan par makka madina mein unki khabrein bahut kam hain. sari duniya mein nikal gayi lekin wo duniya ek limited world thi. bahut sari limitations thi. to jitna wo kar sakte the utna unhone kiya. america to discovery nahi hua tha. door door jana, sawari, janwaron ki sawari ya paidal chalna. to usne mumkin nahi tha.</w:t>
      </w:r>
      <w:r>
        <w:br/>
      </w:r>
      <w:r>
        <w:rPr>
          <w:sz w:val="20"/>
        </w:rPr>
        <w:t>8:17  aaj hum transport hai hamare paas, jahaj hai hamare paas, aur hamare paas literature hai, internet hai, aur hum sikandon mein apna pragam sari duniya tak pahuncha sakte hain. to agar hum aaj bhi na karenge to hum khuda ke aage kya jawab denge? hum doctor nagma siddhi ji kehti hain ke hum bilkul kaanpti hain ke woh hum khud aage aage kaise khade honge? khud aage kya jawab denge?</w:t>
      </w:r>
      <w:r>
        <w:br/>
      </w:r>
      <w:r>
        <w:rPr>
          <w:sz w:val="20"/>
        </w:rPr>
        <w:t>8:46  kya humne tumko sab kuch de diya tha? phir bhi tumne kaam nahi kiya to khud aage hum kya jawab denge? hamare paas us waqt koi sahara nahi hoga. hum yeh duniya humse chhin chuki hogi. wahan sirf allah taalaah jisko dega jannat usi ko milegi. hum kuch se, kuch hasil wahan nahi kar sakte. duniya khatm ho chuki hogi. yahan to hum kaam karein, na karein. hamein allah ne jo life support system bana diya hai, woh hamein milta rahega.</w:t>
      </w:r>
      <w:r>
        <w:br/>
      </w:r>
      <w:r>
        <w:rPr>
          <w:sz w:val="20"/>
        </w:rPr>
        <w:t>9:16  kyunki yahan hum halaton ke test mein hain. to test ki wajah se sabko yeh sab cheezein mil rahi hain. koi usko use karta hai, koi misuse karta hai. ab dekhiye ke global warming ki wajah se bahut zyada urgency ho gayi hai is kaam ko karne ki. yeh kahin jal jale aa rahe hain, kahin volcanoes aatashah phat rahe hain, kahin toofan aa raha hai, pani ki galat ho gayi hai.</w:t>
      </w:r>
      <w:r>
        <w:br/>
      </w:r>
      <w:r>
        <w:rPr>
          <w:sz w:val="20"/>
        </w:rPr>
        <w:t>9:41  abhi khabar aayi thi ke poore Cape town poora declare ho gaya drought area, pani na hone ki wajah se. Oxygen ke resources deplete hote ja rahe hain. to life support system jiski wajah se insan is duniya mein survive kar raha tha, usmein bahut tezi se kami aa rahi hain.</w:t>
      </w:r>
      <w:r>
        <w:br/>
      </w:r>
      <w:r>
        <w:rPr>
          <w:sz w:val="20"/>
        </w:rPr>
        <w:t>10:01  to Maulana ne yeh bataya ke dekhiye, kitni bhi problem ho jaye, duniya mein kitni bhi museebatein aa jayein, aapko saaf hawa na mile, aapko pani na mile, aapko khana na mile lekin jab tak ke aap yeh daavah bharg ka kaam karke sari duniya ko Khuda ka paigaam nahi pahuncha denge tab tak qayamat hi tali rahegi. aap museebat mein yahan rahenge aur qayamat bhi nahi aayegi ke yeh museebat kisi tarah khatm ho jaye.</w:t>
      </w:r>
      <w:r>
        <w:br/>
      </w:r>
      <w:r>
        <w:rPr>
          <w:sz w:val="20"/>
        </w:rPr>
        <w:t>10:28  to hamein har halat mein is baat ko samajhna hai aur, aur yeh kaam jo Allah taala ne hamare zimme kiya hai, to woh kaam hamein usko achhi tarike se anjaam dena hai. bilkul har waqt Khuda ko haazir aur naazir samajhkar ke hamein Allah taala ke yahan jawabdehi karni hai, usi hisab se hamein sara kaam karna hai.</w:t>
      </w:r>
      <w:r>
        <w:br/>
      </w:r>
      <w:r>
        <w:rPr>
          <w:sz w:val="20"/>
        </w:rPr>
        <w:t>10:52  to yeh jo hai aur ek bahut bada jo ehsaan Allah taala ne kiya hai ke hamein har qism ka literature daavah par, har aspect ka usmein deal kiya gaya hai, cover kiya gaya hai. hamare paas literature hai, to hamein jo hai literature, pehle jo hamara literature tha woh madhu friendly nahi tha. duniya ko logon ne darul harb darul islam mein baant rakha tha. to madhu friendly nahi tha.</w:t>
      </w:r>
    </w:p>
    <w:p>
      <w:pPr>
        <w:pStyle w:val="Heading2"/>
      </w:pPr>
      <w:r>
        <w:t>Khilafat and human responsibility in Islam</w:t>
      </w:r>
    </w:p>
    <w:p>
      <w:r>
        <w:rPr>
          <w:color w:val="666666"/>
          <w:sz w:val="18"/>
        </w:rPr>
        <w:t>Islam in the Modern Age May 22, 2016 · 3m 29s · at 32:56 · https://youtu.be/RdJegCn3D10?t=1976</w:t>
      </w:r>
    </w:p>
    <w:p>
      <w:r>
        <w:rPr>
          <w:i/>
        </w:rPr>
        <w:t>“Moulana Mr. Akramullah Dotani has asked you another question”</w:t>
      </w:r>
    </w:p>
    <w:p>
      <w:r>
        <w:rPr>
          <w:sz w:val="20"/>
        </w:rPr>
        <w:t>32:56  maulana, Mr. Ikramullah Dautani has asked you another question. in fact, he is asking you that isn't your philosophy restrictive because you are asking people to restrict them only for worshiping, like it happens in other religions, whereas Quran reminds us that we have to be Khalifa on earth. so he feels that your philosophy is restrictive. how would you respond to him?</w:t>
      </w:r>
      <w:r>
        <w:br/>
      </w:r>
      <w:r>
        <w:rPr>
          <w:sz w:val="20"/>
        </w:rPr>
        <w:t>33:25  is ka khilafat se koi taluq nahi hai.</w:t>
      </w:r>
      <w:r>
        <w:br/>
      </w:r>
      <w:r>
        <w:rPr>
          <w:sz w:val="20"/>
        </w:rPr>
        <w:t>33:31  khilafat jo kalr jo quran mein aya hai, woh mazhabi shakhs mein nahi aya.</w:t>
      </w:r>
      <w:r>
        <w:br/>
      </w:r>
      <w:r>
        <w:rPr>
          <w:sz w:val="20"/>
        </w:rPr>
        <w:t>33:37  balkeh amomi aitbar se insan ko jo position di gai hai, us ke lehaz se hai.</w:t>
      </w:r>
      <w:r>
        <w:br/>
      </w:r>
      <w:r>
        <w:rPr>
          <w:sz w:val="20"/>
        </w:rPr>
        <w:t>33:43  woh muslim ke lehaz se nahi hai, islam ke lehaz se nahi hai.</w:t>
      </w:r>
      <w:r>
        <w:br/>
      </w:r>
      <w:r>
        <w:rPr>
          <w:sz w:val="20"/>
        </w:rPr>
        <w:t>33:49  woh yani is ka matlab yeh hai ke Allah taala ne ek dunya banai, yeh zameen, planet earth.</w:t>
      </w:r>
      <w:r>
        <w:br/>
      </w:r>
      <w:r>
        <w:rPr>
          <w:sz w:val="20"/>
        </w:rPr>
        <w:t>33:55  to planet earth ka natural sense mein insan ko incharge kar diya.</w:t>
      </w:r>
      <w:r>
        <w:br/>
      </w:r>
      <w:r>
        <w:rPr>
          <w:sz w:val="20"/>
        </w:rPr>
        <w:t>34:01  incharge bana diya.</w:t>
      </w:r>
      <w:r>
        <w:br/>
      </w:r>
      <w:r>
        <w:rPr>
          <w:sz w:val="20"/>
        </w:rPr>
        <w:t>34:07  lekin incharge jo tha, yeh kis sense mein tha? yahi inka test tha.</w:t>
      </w:r>
      <w:r>
        <w:br/>
      </w:r>
      <w:r>
        <w:rPr>
          <w:sz w:val="20"/>
        </w:rPr>
        <w:t>34:13  yeh jab insan is is ko chalayega, yahan ke nizam ko, isi mein inka test hoga.</w:t>
      </w:r>
      <w:r>
        <w:br/>
      </w:r>
      <w:r>
        <w:rPr>
          <w:sz w:val="20"/>
        </w:rPr>
        <w:t>34:19  isi mein dekha jayega ke justice pe chala hai ke injustice pe chala hai.</w:t>
      </w:r>
      <w:r>
        <w:br/>
      </w:r>
      <w:r>
        <w:rPr>
          <w:sz w:val="20"/>
        </w:rPr>
        <w:t>34:25  is ne zulm kiya ya insaf kiya hai.</w:t>
      </w:r>
      <w:r>
        <w:br/>
      </w:r>
      <w:r>
        <w:rPr>
          <w:sz w:val="20"/>
        </w:rPr>
        <w:t>34:31  to insan is ka incharge hai, is ka hakim nahi hai.</w:t>
      </w:r>
      <w:r>
        <w:br/>
      </w:r>
      <w:r>
        <w:rPr>
          <w:sz w:val="20"/>
        </w:rPr>
        <w:t>34:37  yani musalman is ka matlab yeh lete hain ke dunya bhar mein hum khilafat qaim karenge.</w:t>
      </w:r>
      <w:r>
        <w:br/>
      </w:r>
      <w:r>
        <w:rPr>
          <w:sz w:val="20"/>
        </w:rPr>
        <w:t>34:43  woh khilafat alag cheez hai.</w:t>
      </w:r>
      <w:r>
        <w:br/>
      </w:r>
      <w:r>
        <w:rPr>
          <w:sz w:val="20"/>
        </w:rPr>
        <w:t>34:49  yeh sirf incharge ke maene mein hai.</w:t>
      </w:r>
      <w:r>
        <w:br/>
      </w:r>
      <w:r>
        <w:rPr>
          <w:sz w:val="20"/>
        </w:rPr>
        <w:t>34:55  yani azadi, is ko aap yeh keh sakte hain ke insan ko azadi di gai hai zameen par</w:t>
      </w:r>
      <w:r>
        <w:br/>
      </w:r>
      <w:r>
        <w:rPr>
          <w:sz w:val="20"/>
        </w:rPr>
        <w:t>35:01  ke jis tarah chahe rahe, lekin Allah taala is ka hisab lega.</w:t>
      </w:r>
      <w:r>
        <w:br/>
      </w:r>
      <w:r>
        <w:rPr>
          <w:sz w:val="20"/>
        </w:rPr>
        <w:t>35:07  yani azadi ke sath sath accountability yeh hai.</w:t>
      </w:r>
      <w:r>
        <w:br/>
      </w:r>
      <w:r>
        <w:rPr>
          <w:sz w:val="20"/>
        </w:rPr>
        <w:t>35:13  to isi azadi se, ya wahi jo jis ko maine kaha ke ek zameen ko par insan</w:t>
      </w:r>
      <w:r>
        <w:br/>
      </w:r>
      <w:r>
        <w:rPr>
          <w:sz w:val="20"/>
        </w:rPr>
        <w:t>35:19  ko incharge banaya gaya hai, isi se soiliser bani.</w:t>
      </w:r>
      <w:r>
        <w:br/>
      </w:r>
      <w:r>
        <w:rPr>
          <w:sz w:val="20"/>
        </w:rPr>
        <w:t>35:25  yeh soiliser jo hai, wo kya hai? insan chounke is zameen ka incharge tha, to us ne discoveries</w:t>
      </w:r>
      <w:r>
        <w:br/>
      </w:r>
      <w:r>
        <w:rPr>
          <w:sz w:val="20"/>
        </w:rPr>
        <w:t>35:31  keen aur tarah tarah ki research ki, to ek soiliser wajood mein aai.</w:t>
      </w:r>
      <w:r>
        <w:br/>
      </w:r>
      <w:r>
        <w:rPr>
          <w:sz w:val="20"/>
        </w:rPr>
        <w:t>35:37  to soiliser jo hai, wo mazhabi cheez nahi hai.</w:t>
      </w:r>
      <w:r>
        <w:br/>
      </w:r>
      <w:r>
        <w:rPr>
          <w:sz w:val="20"/>
        </w:rPr>
        <w:t>35:43  wo insan ne jo apni ikhtiyar ko istemal kiya, us ke nateejay mein soiliser ban gai.</w:t>
      </w:r>
      <w:r>
        <w:br/>
      </w:r>
      <w:r>
        <w:rPr>
          <w:sz w:val="20"/>
        </w:rPr>
        <w:t>35:49  to Allah taala ke samne phir bhi insan accountability hai ke is is ka is ka behavior kaisa tha.</w:t>
      </w:r>
      <w:r>
        <w:br/>
      </w:r>
      <w:r>
        <w:rPr>
          <w:sz w:val="20"/>
        </w:rPr>
        <w:t>35:55  us ne insaaf kiya ke insaaf nahi kiya.</w:t>
      </w:r>
      <w:r>
        <w:br/>
      </w:r>
      <w:r>
        <w:rPr>
          <w:sz w:val="20"/>
        </w:rPr>
        <w:t>36:01  in sab cheezon ke aitbar se uska Allah taala hisab kitab le ga.</w:t>
      </w:r>
      <w:r>
        <w:br/>
      </w:r>
      <w:r>
        <w:rPr>
          <w:sz w:val="20"/>
        </w:rPr>
        <w:t>36:07  warna khaleefa ka wo matlab nahi jo aaj kal khaleefa ghalat bolte hain.</w:t>
      </w:r>
      <w:r>
        <w:br/>
      </w:r>
      <w:r>
        <w:rPr>
          <w:sz w:val="20"/>
        </w:rPr>
        <w:t>36:13  wo natural sense mein hai.</w:t>
      </w:r>
      <w:r>
        <w:br/>
      </w:r>
      <w:r>
        <w:rPr>
          <w:sz w:val="20"/>
        </w:rPr>
        <w:t>36:19  wo mazhabi sense mein nahi hai.</w:t>
      </w:r>
      <w:r>
        <w:br/>
      </w:r>
      <w:r>
        <w:rPr>
          <w:sz w:val="20"/>
        </w:rPr>
        <w:t>36:25  maulana, we have another question from Dr. Farida Khanum from Delhi, and she has written: what was Prophet of Islam's daily activity? it is a general perception that he was all the time engaged in war. how did he communicate the divine message to people?</w:t>
      </w:r>
    </w:p>
    <w:p>
      <w:pPr>
        <w:pStyle w:val="Heading2"/>
      </w:pPr>
      <w:r>
        <w:t>the real mission is putting Quran in every home</w:t>
      </w:r>
    </w:p>
    <w:p>
      <w:r>
        <w:rPr>
          <w:color w:val="666666"/>
          <w:sz w:val="18"/>
        </w:rPr>
        <w:t>Doomsday is Coming November 24, 2013 · 5m 00s · at 57:14 · https://youtu.be/rixrzrrK-cE?t=3434</w:t>
      </w:r>
    </w:p>
    <w:p>
      <w:r>
        <w:rPr>
          <w:i/>
        </w:rPr>
        <w:t>“Zameen par koi ghar nahi bachega jiske andar Allah ka kalma na pahunche”</w:t>
      </w:r>
    </w:p>
    <w:p>
      <w:r>
        <w:rPr>
          <w:sz w:val="20"/>
        </w:rPr>
        <w:t>57:14  maulana, agla sawal srinagar se riyaz ahmed bhatt sahab ne kiya hai. unhon ne likha hai: "the duty of today's day is to aware the mankind about doomsday with more vigor and forceful way to counter the designs of evil."</w:t>
      </w:r>
      <w:r>
        <w:br/>
      </w:r>
      <w:r>
        <w:rPr>
          <w:sz w:val="20"/>
        </w:rPr>
        <w:t>57:34  maulana, "what kind of methods can be useful beyond distribution of dawa literature? please advise us."</w:t>
      </w:r>
      <w:r>
        <w:br/>
      </w:r>
      <w:r>
        <w:rPr>
          <w:sz w:val="20"/>
        </w:rPr>
        <w:t>57:44  dekhen, ek hadith hai ke ek hadith mein yeh alfaaz hain ke zameen par koi aisa ghar nahin bachega,</w:t>
      </w:r>
      <w:r>
        <w:br/>
      </w:r>
      <w:r>
        <w:rPr>
          <w:sz w:val="20"/>
        </w:rPr>
        <w:t>58:01  chhota ya bada, jis ke andar Allah ka kalma na dakhil ho jaye. "illa yadkhulullahu kalimal islam" . to Allah ka kalma kya hai?</w:t>
      </w:r>
      <w:r>
        <w:br/>
      </w:r>
      <w:r>
        <w:rPr>
          <w:sz w:val="20"/>
        </w:rPr>
        <w:t>58:10  quran hai.</w:t>
      </w:r>
      <w:r>
        <w:br/>
      </w:r>
      <w:r>
        <w:rPr>
          <w:sz w:val="20"/>
        </w:rPr>
        <w:t>58:12  to mein samajhta hoon ke main target jo hai, woh quran ko ghar ghar pohnchana hai. main target. woh is ko kitna peroo karein ge, kitna follow karein ge, yeh un ka kaam hai.</w:t>
      </w:r>
      <w:r>
        <w:br/>
      </w:r>
      <w:r>
        <w:rPr>
          <w:sz w:val="20"/>
        </w:rPr>
        <w:t>58:24  It is their problem. hamara nahi hai. ghar ghar kalma, yahan pe dekhein, yaani ke ghar dil mein dakhil karna, ghar mein dakhil karna.</w:t>
      </w:r>
      <w:r>
        <w:br/>
      </w:r>
      <w:r>
        <w:rPr>
          <w:sz w:val="20"/>
        </w:rPr>
        <w:t>58:36  "la tabqa ala wajh al-ard bait badr wala wabar illa adkhala Allah kalimata al-islam" . yaani zameen par koi chota bara ghar nahi bache ga.</w:t>
      </w:r>
      <w:r>
        <w:br/>
      </w:r>
      <w:r>
        <w:rPr>
          <w:sz w:val="20"/>
        </w:rPr>
        <w:t>58:47  to kaha, hamari zimmedari hai ke Allah ke word ko, word of god ko, ghar ghar mein pohncha dein. dilon mein utar dein, yeh nahi hai. yaani ke dil mein utar dein aur woh kalma parh lein.</w:t>
      </w:r>
      <w:r>
        <w:br/>
      </w:r>
      <w:r>
        <w:rPr>
          <w:sz w:val="20"/>
        </w:rPr>
        <w:t>58:57  yeh hamara nishana nahi hai. yeh hamara nishana nahi hai ke in ke dilon ko badal dein, in se kalma parhwa dein.</w:t>
      </w:r>
      <w:r>
        <w:br/>
      </w:r>
      <w:r>
        <w:rPr>
          <w:sz w:val="20"/>
        </w:rPr>
        <w:t>59:05  nahi, gharon mein pohncha dein, gharon mein. gharon mein pohnchanay ke mani ke jahan insaan rehte hain, wahan woh pohnch jaye. aaj to insaan, aap dekhein, har jagah yaani milte hain aap ko insaan.</w:t>
      </w:r>
      <w:r>
        <w:br/>
      </w:r>
      <w:r>
        <w:rPr>
          <w:sz w:val="20"/>
        </w:rPr>
        <w:t>59:21  saari duniya mein aik mobility hai, yahan se wahan insaan aa ja rahe hain, ja rahe hain, har jagah. to aap ko safar kar ke janay ki zaroorat nahi hai falan jagah.</w:t>
      </w:r>
      <w:r>
        <w:br/>
      </w:r>
      <w:r>
        <w:rPr>
          <w:sz w:val="20"/>
        </w:rPr>
        <w:t>59:31  khud duniya ke log har jagah aa rahe hain.</w:t>
      </w:r>
      <w:r>
        <w:br/>
      </w:r>
      <w:r>
        <w:rPr>
          <w:sz w:val="20"/>
        </w:rPr>
        <w:t>59:34  kahin siyah ke roop mein, kahin taajir ke roop mein, kahin talib ilm ke roop mein, kahin kisi roop mein. to hum ko pohnchaiye. to yeh hadith jo hai, yeh batati hai ke dilon mein utarna yeh aap ka nishana nahi hai.</w:t>
      </w:r>
      <w:r>
        <w:br/>
      </w:r>
      <w:r>
        <w:rPr>
          <w:sz w:val="20"/>
        </w:rPr>
        <w:t>59:46  balkeh Allah ke word, word ko logon ko un ke haath mein pohnch jaye, yeh aap ka nishana hai. h</w:t>
      </w:r>
      <w:r>
        <w:br/>
      </w:r>
      <w:r>
        <w:rPr>
          <w:sz w:val="20"/>
        </w:rPr>
        <w:t>59:54  r zaban mein is ke tarjume, tarjume, har zaban mein umda tarjume kar ke un ko pohnchaiye. aur aur jo doosre literature hain, un ko mein kehta hoon supporting literature.</w:t>
      </w:r>
      <w:r>
        <w:br/>
      </w:r>
      <w:r>
        <w:rPr>
          <w:sz w:val="20"/>
        </w:rPr>
        <w:t>1:00:06  supporting literature. is ke sath sath hamein zaroorat hai ke hum un ko aaj supporting literature bhi dein taake woh is ko, un ko samajhna un ke liye asan ho jaye.</w:t>
      </w:r>
      <w:r>
        <w:br/>
      </w:r>
      <w:r>
        <w:rPr>
          <w:sz w:val="20"/>
        </w:rPr>
        <w:t>1:00:17  yeh to quran o hadith se yeh nishana sabit hai.</w:t>
      </w:r>
      <w:r>
        <w:br/>
      </w:r>
      <w:r>
        <w:rPr>
          <w:sz w:val="20"/>
        </w:rPr>
        <w:t>1:00:20  is mein kisi kisi ko batane ki zaroorat nahi hai. quran o hadith se yeh nishana sabit hai ke jo word of god hai, us ko ghar ghar pohncha do.</w:t>
      </w:r>
      <w:r>
        <w:br/>
      </w:r>
      <w:r>
        <w:rPr>
          <w:sz w:val="20"/>
        </w:rPr>
        <w:t>1:00:29  logon tak pohncha do.</w:t>
      </w:r>
      <w:r>
        <w:br/>
      </w:r>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r>
        <w:br/>
      </w:r>
      <w:r>
        <w:rPr>
          <w:sz w:val="20"/>
        </w:rPr>
        <w:t>1:01:40  aap stage se batayein, woh woh aap kar sakte hain to kijiye. yeh to woh target hai jo har aadmi kar sakta hai. yaani gunga aur behra bhi kar sakta hai.</w:t>
      </w:r>
      <w:r>
        <w:br/>
      </w:r>
      <w:r>
        <w:rPr>
          <w:sz w:val="20"/>
        </w:rPr>
        <w:t>1:01:51  baqi aap ko agar Allah ne salahiyat di hai to aap stage ko istemal kijiye, media ko istemal kijiye.</w:t>
      </w:r>
      <w:r>
        <w:br/>
      </w:r>
      <w:r>
        <w:rPr>
          <w:sz w:val="20"/>
        </w:rPr>
        <w:t>1:01:58  jo jitnay aur zyada kar saktay hain, kartay rahey. yeh to minimum, minimum. yeh distribution of quran jo hai, yeh minimum hai. is kay aagay to aap bohat kuch kar saktay hain.</w:t>
      </w:r>
      <w:r>
        <w:br/>
      </w:r>
      <w:r>
        <w:rPr>
          <w:sz w:val="20"/>
        </w:rPr>
        <w:t>1:02:08  aur kartay rahey, is mein koi aap ko rokne wala nahi hai.</w:t>
      </w:r>
      <w:r>
        <w:br/>
      </w:r>
      <w:r>
        <w:rPr>
          <w:sz w:val="20"/>
        </w:rPr>
        <w:t>1:02:15  maulana, agla sawal delhi se hai, miss nagma siddiqi ka</w:t>
      </w:r>
    </w:p>
    <w:p>
      <w:pPr>
        <w:pStyle w:val="Heading2"/>
      </w:pPr>
      <w:r>
        <w:t>Full case: da'wah is fard, and silence is risky</w:t>
      </w:r>
    </w:p>
    <w:p>
      <w:r>
        <w:rPr>
          <w:color w:val="666666"/>
          <w:sz w:val="18"/>
        </w:rPr>
        <w:t>Muslims in Diaspora April 5, 2014 Maulana Wahiduddin Khan · 5m 53s · at 17:57 · https://youtu.be/JUzf9W-4D8A?t=1077</w:t>
      </w:r>
    </w:p>
    <w:p>
      <w:r>
        <w:rPr>
          <w:i/>
        </w:rPr>
        <w:t>“Da'wah is a fard — it is an obligatory work, not optional.”</w:t>
      </w:r>
    </w:p>
    <w:p>
      <w:r>
        <w:rPr>
          <w:sz w:val="20"/>
        </w:rPr>
        <w:t>17:57  dawah is a farz. dawah is is an obligatory work. it is not, it is not optional.</w:t>
      </w:r>
      <w:r>
        <w:br/>
      </w:r>
      <w:r>
        <w:rPr>
          <w:sz w:val="20"/>
        </w:rPr>
        <w:t>18:11  so you have to do the work just as you are performing salah and hajj.</w:t>
      </w:r>
      <w:r>
        <w:br/>
      </w:r>
      <w:r>
        <w:rPr>
          <w:sz w:val="20"/>
        </w:rPr>
        <w:t>18:23  so you have to. it is, it is, it is a fact that every muslim is living in neighborhood.</w:t>
      </w:r>
      <w:r>
        <w:br/>
      </w:r>
      <w:r>
        <w:rPr>
          <w:sz w:val="20"/>
        </w:rPr>
        <w:t>18:35  and it is your duty to convey the message of God to your,</w:t>
      </w:r>
      <w:r>
        <w:br/>
      </w:r>
      <w:r>
        <w:rPr>
          <w:sz w:val="20"/>
        </w:rPr>
        <w:t>18:43  to neighbors. If you fail to do this job, your neighbor will ask you in the world hereafter that we were living in your neighborhood.</w:t>
      </w:r>
      <w:r>
        <w:br/>
      </w:r>
      <w:r>
        <w:rPr>
          <w:sz w:val="20"/>
        </w:rPr>
        <w:t>19:00  you were, you were Muslims, you were having the book of God</w:t>
      </w:r>
      <w:r>
        <w:br/>
      </w:r>
      <w:r>
        <w:rPr>
          <w:sz w:val="20"/>
        </w:rPr>
        <w:t>19:10  . So why you fail to convey this message to us?</w:t>
      </w:r>
      <w:r>
        <w:br/>
      </w:r>
      <w:r>
        <w:rPr>
          <w:sz w:val="20"/>
        </w:rPr>
        <w:t>19:18  Why you fail to give us a copy of the Quran?</w:t>
      </w:r>
      <w:r>
        <w:br/>
      </w:r>
      <w:r>
        <w:rPr>
          <w:sz w:val="20"/>
        </w:rPr>
        <w:t>19:27  So these neighbors will ask you this question in the world hereafter.</w:t>
      </w:r>
      <w:r>
        <w:br/>
      </w:r>
      <w:r>
        <w:rPr>
          <w:sz w:val="20"/>
        </w:rPr>
        <w:t>19:38  So it is not very simple that you have left your homeland and you settled in some other country and earning more money and providing better,</w:t>
      </w:r>
      <w:r>
        <w:br/>
      </w:r>
      <w:r>
        <w:rPr>
          <w:sz w:val="20"/>
        </w:rPr>
        <w:t>20:03  better life for your family. It is enough, enough</w:t>
      </w:r>
      <w:r>
        <w:br/>
      </w:r>
      <w:r>
        <w:rPr>
          <w:sz w:val="20"/>
        </w:rPr>
        <w:t>20:11  for your neighbor. Your neighbor has also some right.</w:t>
      </w:r>
      <w:r>
        <w:br/>
      </w:r>
      <w:r>
        <w:rPr>
          <w:sz w:val="20"/>
        </w:rPr>
        <w:t>20:20  There is Hadith that Jallak 'alaik haqq, Jallak 'alaik haqq. It means that your neighbor has also right.</w:t>
      </w:r>
      <w:r>
        <w:br/>
      </w:r>
      <w:r>
        <w:rPr>
          <w:sz w:val="20"/>
        </w:rPr>
        <w:t>20:33  You have to fulfill that right.</w:t>
      </w:r>
      <w:r>
        <w:br/>
      </w:r>
      <w:r>
        <w:rPr>
          <w:sz w:val="20"/>
        </w:rPr>
        <w:t>20:37  And that right now</w:t>
      </w:r>
      <w:r>
        <w:br/>
      </w:r>
      <w:r>
        <w:rPr>
          <w:sz w:val="20"/>
        </w:rPr>
        <w:t>20:41  that you provide some food, some bread, some money. No, the greatest right of your neighbor is to to give them a copy of the Quran to convey the message of God.</w:t>
      </w:r>
      <w:r>
        <w:br/>
      </w:r>
      <w:r>
        <w:rPr>
          <w:sz w:val="20"/>
        </w:rPr>
        <w:t>21:00  is the first right of your neighbor.</w:t>
      </w:r>
      <w:r>
        <w:br/>
      </w:r>
      <w:r>
        <w:rPr>
          <w:sz w:val="20"/>
        </w:rPr>
        <w:t>21:08  So every Muslim, every man and woman who are living in diaspora, they must</w:t>
      </w:r>
      <w:r>
        <w:br/>
      </w:r>
      <w:r>
        <w:rPr>
          <w:sz w:val="20"/>
        </w:rPr>
        <w:t>21:21  introspect. They must rethink, they must reassess about their life.</w:t>
      </w:r>
      <w:r>
        <w:br/>
      </w:r>
      <w:r>
        <w:rPr>
          <w:sz w:val="20"/>
        </w:rPr>
        <w:t>21:34  They are living, will be, they are living in a very risky position.</w:t>
      </w:r>
      <w:r>
        <w:br/>
      </w:r>
      <w:r>
        <w:rPr>
          <w:sz w:val="20"/>
        </w:rPr>
        <w:t>21:42  It is, it is a great risk that you are living in country and you are not conveying the message of God to your neighbors.</w:t>
      </w:r>
      <w:r>
        <w:br/>
      </w:r>
      <w:r>
        <w:rPr>
          <w:sz w:val="20"/>
        </w:rPr>
        <w:t>21:58  If you are living in country and naturally their neighbors and you are not conveying the message of God to these neighbors,</w:t>
      </w:r>
      <w:r>
        <w:br/>
      </w:r>
      <w:r>
        <w:rPr>
          <w:sz w:val="20"/>
        </w:rPr>
        <w:t>22:12  you are not providing the book of God to these neighbors, then you are</w:t>
      </w:r>
      <w:r>
        <w:br/>
      </w:r>
      <w:r>
        <w:rPr>
          <w:sz w:val="20"/>
        </w:rPr>
        <w:t>22:22  living in a very ris</w:t>
      </w:r>
      <w:r>
        <w:br/>
      </w:r>
      <w:r>
        <w:rPr>
          <w:sz w:val="20"/>
        </w:rPr>
        <w:t>22:23  ky position. You have be, you be held responsible for this negligence of your neighbors.</w:t>
      </w:r>
      <w:r>
        <w:br/>
      </w:r>
      <w:r>
        <w:rPr>
          <w:sz w:val="20"/>
        </w:rPr>
        <w:t>22:38  So to save yourself, to save your family, to save your children</w:t>
      </w:r>
      <w:r>
        <w:br/>
      </w:r>
      <w:r>
        <w:rPr>
          <w:sz w:val="20"/>
        </w:rPr>
        <w:t>22:48  , you have to adopt the work. Because if you do the work, then</w:t>
      </w:r>
      <w:r>
        <w:br/>
      </w:r>
      <w:r>
        <w:rPr>
          <w:sz w:val="20"/>
        </w:rPr>
        <w:t>23:01  God Almighty will give you His blessing.</w:t>
      </w:r>
      <w:r>
        <w:br/>
      </w:r>
      <w:r>
        <w:rPr>
          <w:sz w:val="20"/>
        </w:rPr>
        <w:t>23:10  he will shower your blessing to you.</w:t>
      </w:r>
      <w:r>
        <w:br/>
      </w:r>
      <w:r>
        <w:rPr>
          <w:sz w:val="20"/>
        </w:rPr>
        <w:t>23:19  so if you want to have the blessing of god for you, for your family, for your children, then you have to do the work.</w:t>
      </w:r>
      <w:r>
        <w:br/>
      </w:r>
      <w:r>
        <w:rPr>
          <w:sz w:val="20"/>
        </w:rPr>
        <w:t>23:31  the work is not simply an announcement. the work is a greatest duty, greatest divine duty.</w:t>
      </w:r>
    </w:p>
    <w:p>
      <w:pPr>
        <w:pStyle w:val="Heading2"/>
      </w:pPr>
      <w:r>
        <w:t>the true meaning of Ibrahim's sacrifice of his son</w:t>
      </w:r>
    </w:p>
    <w:p>
      <w:r>
        <w:rPr>
          <w:color w:val="666666"/>
          <w:sz w:val="18"/>
        </w:rPr>
        <w:t>Historical Aspects of Hajj November 1, 2008 · 4m 06s · at 28:36 · https://youtu.be/-cHslxrgNeE?t=1716</w:t>
      </w:r>
    </w:p>
    <w:p>
      <w:r>
        <w:rPr>
          <w:i/>
        </w:rPr>
        <w:t>“Hazrat Ibrahim ne apne bete ko zibah karna chaha tha”</w:t>
      </w:r>
    </w:p>
    <w:p>
      <w:r>
        <w:rPr>
          <w:sz w:val="20"/>
        </w:rPr>
        <w:t>28:36  yahan par aik cheez yeh hai ke yeh jo aam taur par sab log jantay hain ke hazrat ibrahim ne apne bete ko zibah karna chaha tha.</w:t>
      </w:r>
      <w:r>
        <w:br/>
      </w:r>
      <w:r>
        <w:rPr>
          <w:sz w:val="20"/>
        </w:rPr>
        <w:t>28:48  is ka matlab kya hai? hazrat ibrahim ne khwab dekha ke main apne bete ko chhuri se zibah kar raha hoon.</w:t>
      </w:r>
      <w:r>
        <w:br/>
      </w:r>
      <w:r>
        <w:rPr>
          <w:sz w:val="20"/>
        </w:rPr>
        <w:t>28:58  to is ka zikr quran majeed mein bhi hai. aur hadith mein bhi hai.</w:t>
      </w:r>
      <w:r>
        <w:br/>
      </w:r>
      <w:r>
        <w:rPr>
          <w:sz w:val="20"/>
        </w:rPr>
        <w:t>29:04  to unhon ne apne bete yani ismail se kaha jo us waqt ghaliban teen age mein thay woh teen age mein ke main tum ko zibah kar raha hoon.</w:t>
      </w:r>
      <w:r>
        <w:br/>
      </w:r>
      <w:r>
        <w:rPr>
          <w:sz w:val="20"/>
        </w:rPr>
        <w:t>29:17  to tumhari kya rai hai?</w:t>
      </w:r>
      <w:r>
        <w:br/>
      </w:r>
      <w:r>
        <w:rPr>
          <w:sz w:val="20"/>
        </w:rPr>
        <w:t>29:19  to unhon ne kaha ke</w:t>
      </w:r>
      <w:r>
        <w:br/>
      </w:r>
      <w:r>
        <w:rPr>
          <w:sz w:val="20"/>
        </w:rPr>
        <w:t>29:24  ya inshallah aye mere baap jo hukum diya hai khuda ne us ko kar daliye aap.</w:t>
      </w:r>
      <w:r>
        <w:br/>
      </w:r>
      <w:r>
        <w:rPr>
          <w:sz w:val="20"/>
        </w:rPr>
        <w:t>29:37  main is par razi hoon.</w:t>
      </w:r>
      <w:r>
        <w:br/>
      </w:r>
      <w:r>
        <w:rPr>
          <w:sz w:val="20"/>
        </w:rPr>
        <w:t>29:45  to amalan hazrat ibrahim ne aisa kiya ke bete ko litaya chhuri liya. lekin awaz aayi ke aye ibrahim tum ne is khwab ko poora kar diya.</w:t>
      </w:r>
      <w:r>
        <w:br/>
      </w:r>
      <w:r>
        <w:rPr>
          <w:sz w:val="20"/>
        </w:rPr>
        <w:t>29:57  itna hi tak bas is se aagay nahi.</w:t>
      </w:r>
      <w:r>
        <w:br/>
      </w:r>
      <w:r>
        <w:rPr>
          <w:sz w:val="20"/>
        </w:rPr>
        <w:t>30:01  is ka matlab kya tha? dekhen is khwab jo dikhaya gaya tha woh tamseeli khwab tha haqeeqi khwab nahi tha woh.</w:t>
      </w:r>
      <w:r>
        <w:br/>
      </w:r>
      <w:r>
        <w:rPr>
          <w:sz w:val="20"/>
        </w:rPr>
        <w:t>30:11  yani matlab yeh nahi tha ke sach poochi gardan kaat do is ki.</w:t>
      </w:r>
      <w:r>
        <w:br/>
      </w:r>
      <w:r>
        <w:rPr>
          <w:sz w:val="20"/>
        </w:rPr>
        <w:t>30:15  matlab yeh nahi tha. matlab yeh tha ke jo mission tha toheed ka mission jis mein unhein apne aap ko dedicate karna tha. to us ko dikhaya gaya tamseel ke roop mein ke is mission ke liye aik aisay area mein kaam karna hai jahan desert hi desert hai.</w:t>
      </w:r>
      <w:r>
        <w:br/>
      </w:r>
      <w:r>
        <w:rPr>
          <w:sz w:val="20"/>
        </w:rPr>
        <w:t>30:33  jahan zindagi ke saman nahi. aur insan ko chun chun kar nikalna hai.</w:t>
      </w:r>
      <w:r>
        <w:br/>
      </w:r>
      <w:r>
        <w:rPr>
          <w:sz w:val="20"/>
        </w:rPr>
        <w:t>30:42  insanon se aik team banana hai.</w:t>
      </w:r>
      <w:r>
        <w:br/>
      </w:r>
      <w:r>
        <w:rPr>
          <w:sz w:val="20"/>
        </w:rPr>
        <w:t>30:45  yeh bohat hi mushkil kaam. to us ke liye desert mein basaya gaya tha kyunke jo us zamanay ke jo mutamaddin shehar thay civilized wahan pe yeh kaam ho nahi sakta tha wahan.</w:t>
      </w:r>
      <w:r>
        <w:br/>
      </w:r>
      <w:r>
        <w:rPr>
          <w:sz w:val="20"/>
        </w:rPr>
        <w:t>31:00  to itnay aap ghor kijiye ke desert mein rehna yeh to yeh to zibah se se bhi ziyada sakht hai. to desert mein rehne ki tamseel thi zibah.</w:t>
      </w:r>
      <w:r>
        <w:br/>
      </w:r>
      <w:r>
        <w:rPr>
          <w:sz w:val="20"/>
        </w:rPr>
        <w:t>31:15  yeh matlab hai is ka. yani haqeeqi zibah murad nahi tha balkay tamseeli zibah murad tha. aur woh hazrat ibrahim ne kiya hazrat ismail ne kiya.</w:t>
      </w:r>
      <w:r>
        <w:br/>
      </w:r>
      <w:r>
        <w:rPr>
          <w:sz w:val="20"/>
        </w:rPr>
        <w:t>31:24  aur isi ke zibhi isi isi isi isi qurbani ke nateejay mein yeh hua ke phir toheed ka inqilab barpa hua. process ke roop mein.</w:t>
      </w:r>
      <w:r>
        <w:br/>
      </w:r>
      <w:r>
        <w:rPr>
          <w:sz w:val="20"/>
        </w:rPr>
        <w:t>31:37  to is tarah se wahan ek nasal banna shuru hui.</w:t>
      </w:r>
      <w:r>
        <w:br/>
      </w:r>
      <w:r>
        <w:rPr>
          <w:sz w:val="20"/>
        </w:rPr>
        <w:t>31:44  to yeh jo hajj mein haaji karta hai is sara isi ki isi ki woh hai. Yani isi ki pairwi hai.</w:t>
      </w:r>
      <w:r>
        <w:br/>
      </w:r>
      <w:r>
        <w:rPr>
          <w:sz w:val="20"/>
        </w:rPr>
        <w:t>31:54  ke aap jante hain ke ehraam bandha jata hai.</w:t>
      </w:r>
      <w:r>
        <w:br/>
      </w:r>
      <w:r>
        <w:rPr>
          <w:sz w:val="20"/>
        </w:rPr>
        <w:t>32:01  hazrat ibrahim ki zindagi bohat saada zindagi thi. Bilkul saada zindagi. To is saada zindagi ko hum dohrate hain is tarah se ke hum do bana sile kapde pehan lete hain.</w:t>
      </w:r>
      <w:r>
        <w:br/>
      </w:r>
      <w:r>
        <w:rPr>
          <w:sz w:val="20"/>
        </w:rPr>
        <w:t>32:13  is ko kehte hain ehraam ehraam. Aise hi dekhiye tawaf kiya hazrat ibrahim ne tawaf kiya tha banane ke baad</w:t>
      </w:r>
      <w:r>
        <w:br/>
      </w:r>
      <w:r>
        <w:rPr>
          <w:sz w:val="20"/>
        </w:rPr>
        <w:t>32:21  . Tawaf kiya tha? Yeh ek ek ehad tha ke khudaaya hamari zindagi tere gird waqf rahe gi. Kahin bhatke gi nahin.</w:t>
      </w:r>
      <w:r>
        <w:br/>
      </w:r>
      <w:r>
        <w:rPr>
          <w:sz w:val="20"/>
        </w:rPr>
        <w:t>32:32  hum kahin deviate nahin karenge. Kisi distractions ka shikar nahin honge. Is ka ek ek tamseeli roop mein tawaf kiya aap ne saat baar.</w:t>
      </w:r>
    </w:p>
    <w:p>
      <w:pPr>
        <w:pStyle w:val="Heading2"/>
      </w:pPr>
      <w:r>
        <w:t>Human psychology under trial, and the meaning of taqwa</w:t>
      </w:r>
    </w:p>
    <w:p>
      <w:r>
        <w:rPr>
          <w:color w:val="666666"/>
          <w:sz w:val="18"/>
        </w:rPr>
        <w:t>Discovering The Spirit of Ramadan March 16, 2025 · 3m 27s · at 8:09 · https://youtu.be/WrIyg6N7390?t=489</w:t>
      </w:r>
    </w:p>
    <w:p>
      <w:r>
        <w:rPr>
          <w:i/>
        </w:rPr>
        <w:t>“When God tests man with wealth, he grows arrogant”</w:t>
      </w:r>
    </w:p>
    <w:p>
      <w:r>
        <w:rPr>
          <w:sz w:val="20"/>
        </w:rPr>
        <w:t>8:09  roza kya hai insaan ki shart jo hoti hai, us ko khatam karne ka ek zariya bhi hai. to is par mujhe ek aayat yaad aa rahi hai. aayat surah alfajr ki hai.</w:t>
      </w:r>
      <w:r>
        <w:br/>
      </w:r>
      <w:r>
        <w:rPr>
          <w:sz w:val="20"/>
        </w:rPr>
        <w:t>8:20  allah taala ne kaha: فَعَمَّلْ إِنْسَانُ إِذَا مَبْتَلَاهُ رَبُّهُ فَأَكْرَمَهُ وَنَعْمَهُ فَيَقُولُ رَبِّي أَكْرَمًا و</w:t>
      </w:r>
      <w:r>
        <w:br/>
      </w:r>
      <w:r>
        <w:rPr>
          <w:sz w:val="20"/>
        </w:rPr>
        <w:t>8:27  َأَمَّا إِذَا مَبْتَلَاهُ فَقَدْرَ عَلَيْهِ رِزْقَهُ فَيَقُولُ رَبِّي أَهَانًا ke jab insaan ko is ka rab azmata hai aur us ko rozi deta hai, nematein khoob deta hai, to woh akad kar kehta hai ke allah taala ne meri izzat afzai ki.</w:t>
      </w:r>
      <w:r>
        <w:br/>
      </w:r>
      <w:r>
        <w:rPr>
          <w:sz w:val="20"/>
        </w:rPr>
        <w:t>8:45  lekin jab us ko azmata hai aur us ki rozi tang kar deta hai, to woh kehta hai: mere rab ne meri be izzati ki, meri ahant ki. to insaan jab is nafsiyat mein jeeta hai, to woh takhleeq ke mansoobe ko, khuda ko yaad nahi kar sakta.</w:t>
      </w:r>
      <w:r>
        <w:br/>
      </w:r>
      <w:r>
        <w:rPr>
          <w:sz w:val="20"/>
        </w:rPr>
        <w:t>9:00  roza goya ek tareeqe se batana hai ke aap is duniya ke andar aap jo reh rahe ho, yeh aap ki apni duniya nahi hai, khuda ne banai hai jis mein aap ko rakha hai.</w:t>
      </w:r>
      <w:r>
        <w:br/>
      </w:r>
      <w:r>
        <w:rPr>
          <w:sz w:val="20"/>
        </w:rPr>
        <w:t>9:11  aap ko jab chahe jo cheez le, jo chahe de sakta hai, woh us ke haath mein hai. isi liye hai woh. to main samajhta hoon bohat aham baat aap ne batai hai.</w:t>
      </w:r>
      <w:r>
        <w:br/>
      </w:r>
      <w:r>
        <w:rPr>
          <w:sz w:val="20"/>
        </w:rPr>
        <w:t>9:21  agle sawal mein aap se karunga ke roza ka taqwa se kya taluq hai? kyunke quran mein aata hai surah jahan par bataya gaya hai roze ke bare mein, to bataya gaya hai taake tum muttaqi ban jao.</w:t>
      </w:r>
      <w:r>
        <w:br/>
      </w:r>
      <w:r>
        <w:rPr>
          <w:sz w:val="20"/>
        </w:rPr>
        <w:t>9:32  to taqwa se kya taluq hai is ka? quran mein aaya hai: aye iman walo! tum par roza farz kiya gaya hai taake tum muttaqi bano.</w:t>
      </w:r>
      <w:r>
        <w:br/>
      </w:r>
      <w:r>
        <w:rPr>
          <w:sz w:val="20"/>
        </w:rPr>
        <w:t>9:43  yeh</w:t>
      </w:r>
      <w:r>
        <w:br/>
      </w:r>
      <w:r>
        <w:rPr>
          <w:sz w:val="20"/>
        </w:rPr>
        <w:t>9:44  surah baqarah mein aaya hai.</w:t>
      </w:r>
      <w:r>
        <w:br/>
      </w:r>
      <w:r>
        <w:rPr>
          <w:sz w:val="20"/>
        </w:rPr>
        <w:t>9:50  matlab insaan jo hai tamam jo duniya mein us ko mili hui hain nematein, to us ko le kar rehta hai.</w:t>
      </w:r>
      <w:r>
        <w:br/>
      </w:r>
      <w:r>
        <w:rPr>
          <w:sz w:val="20"/>
        </w:rPr>
        <w:t>9:59  to us ko dhyan nahi rehta ke kitni bari khuda ki nemmat hai, us ka hamein shukr karna hai aur khuda se dar kar apni zindagi guzarni hai.</w:t>
      </w:r>
      <w:r>
        <w:br/>
      </w:r>
      <w:r>
        <w:rPr>
          <w:sz w:val="20"/>
        </w:rPr>
        <w:t>10:08  taqwa ka matlab hai bohat zyada khuda se darna, ek muhtat andaaz, soch samajh kar apni zindagi guzarna. to matlab sirf bhook pyas se nahi taqwa paida ho jayega, balkeh hum ko khuda se dar kar zindagi guzaren.</w:t>
      </w:r>
      <w:r>
        <w:br/>
      </w:r>
      <w:r>
        <w:rPr>
          <w:sz w:val="20"/>
        </w:rPr>
        <w:t>10:25  koi bhi kaam hum karne jayen to hum sochen ke kya hamara khuda is se naraz to nahi hoga?</w:t>
      </w:r>
      <w:r>
        <w:br/>
      </w:r>
      <w:r>
        <w:rPr>
          <w:sz w:val="20"/>
        </w:rPr>
        <w:t>10:32  agar hamein lage ke yeh khuda ki marzi ke mutabiq yeh kaam nahi hai, to hum foran, hamein we should stop in our track foran hamein ruk jana chahiye.</w:t>
      </w:r>
      <w:r>
        <w:br/>
      </w:r>
      <w:r>
        <w:rPr>
          <w:sz w:val="20"/>
        </w:rPr>
        <w:t>10:41  aur isi tarah har kaam ko sochein ke khuda kis kaam se khush hota hai, to phir hum woh kaam karein. agar hum aisa mahine bhar aisa kaam kar lenge, to hamari achi tarbiyat ho jayegi.</w:t>
      </w:r>
      <w:r>
        <w:br/>
      </w:r>
      <w:r>
        <w:rPr>
          <w:sz w:val="20"/>
        </w:rPr>
        <w:t>10:55  jaise refresher courses hote hain tarbiyat karne ke liye, to aise hi ho jayega tarbiyat. aur hamara yeh taqreeban saal bhar chalta rahega.</w:t>
      </w:r>
      <w:r>
        <w:br/>
      </w:r>
      <w:r>
        <w:rPr>
          <w:sz w:val="20"/>
        </w:rPr>
        <w:t>11:06  to taqwa ka tarjuma khuda ka shaoor bhi kaha gaya hai. matlab har waqt khuda ko hazir o nazir samajhna. to khuda hamein dekh raha hai.</w:t>
      </w:r>
      <w:r>
        <w:br/>
      </w:r>
      <w:r>
        <w:rPr>
          <w:sz w:val="20"/>
        </w:rPr>
        <w:t>11:16  matlab yeh insight ke level par hum mehsoos karein</w:t>
      </w:r>
      <w:r>
        <w:br/>
      </w:r>
      <w:r>
        <w:rPr>
          <w:sz w:val="20"/>
        </w:rPr>
        <w:t>11:21  ge. jab hum bohat zyada khuda ko yaad karenge, to aisa lagega ke khuda hamein dekh raha hai. ab aap sochein ke khuda jab hamein dekh raha hai, to kitna zyada hamein ehsas hoga ke hum har kaam khuda ki marzi ke mutabiq karein.</w:t>
      </w:r>
    </w:p>
    <w:p>
      <w:pPr>
        <w:pStyle w:val="Heading2"/>
      </w:pPr>
      <w:r>
        <w:t>Using daily experiences for personality development</w:t>
      </w:r>
    </w:p>
    <w:p>
      <w:r>
        <w:rPr>
          <w:color w:val="666666"/>
          <w:sz w:val="18"/>
        </w:rPr>
        <w:t>Paradise as A Goal April 26, 2015 · 4m 58s · at 9:13 · https://youtu.be/4IWLd2SIBkw?t=553</w:t>
      </w:r>
    </w:p>
    <w:p>
      <w:r>
        <w:rPr>
          <w:i/>
        </w:rPr>
        <w:t>“For example, yesterday I was sitting in my spiritual corner.”</w:t>
      </w:r>
    </w:p>
    <w:p>
      <w:r>
        <w:rPr>
          <w:sz w:val="20"/>
        </w:rPr>
        <w:t>9:13  jaise ke mein aik misaal deta hoon. mein kal baitha hua tha apne ghar ke jis ko mein kehta hoon spiritual corner.</w:t>
      </w:r>
      <w:r>
        <w:br/>
      </w:r>
      <w:r>
        <w:rPr>
          <w:sz w:val="20"/>
        </w:rPr>
        <w:t>9:24  to oopar se aik patti aa ke giri. patti. aaj kal pattiyan bohat gir rahi hain idhar udhar. to maine apne haath mein le liya us ko.</w:t>
      </w:r>
      <w:r>
        <w:br/>
      </w:r>
      <w:r>
        <w:rPr>
          <w:sz w:val="20"/>
        </w:rPr>
        <w:t>9:36  to mujhe bohat hi khoobsurat maloom hoi. to der tak mein us ko dekhta raha.</w:t>
      </w:r>
      <w:r>
        <w:br/>
      </w:r>
      <w:r>
        <w:rPr>
          <w:sz w:val="20"/>
        </w:rPr>
        <w:t>9:43  phir maine socha ke kya mein aisi aik patti bana sakta hoon?</w:t>
      </w:r>
      <w:r>
        <w:br/>
      </w:r>
      <w:r>
        <w:rPr>
          <w:sz w:val="20"/>
        </w:rPr>
        <w:t>9:50  kya mein aisi aik patti bana sakta hoon? to jawab mila ke nahin. kya doosra koi insaan bana sakta hai?</w:t>
      </w:r>
      <w:r>
        <w:br/>
      </w:r>
      <w:r>
        <w:rPr>
          <w:sz w:val="20"/>
        </w:rPr>
        <w:t>9:59  kya koi factory bana sakti hai? koi technology bana sakti hai? jawab mila ke nahin.</w:t>
      </w:r>
      <w:r>
        <w:br/>
      </w:r>
      <w:r>
        <w:rPr>
          <w:sz w:val="20"/>
        </w:rPr>
        <w:t>10:07  to is tarah aik chota sa waqia tha lekin is se maine discover kiya creator ko. ke maine yeh banaya to kis ne banaya hai?</w:t>
      </w:r>
      <w:r>
        <w:br/>
      </w:r>
      <w:r>
        <w:rPr>
          <w:sz w:val="20"/>
        </w:rPr>
        <w:t>10:16  wo creator hai.</w:t>
      </w:r>
      <w:r>
        <w:br/>
      </w:r>
      <w:r>
        <w:rPr>
          <w:sz w:val="20"/>
        </w:rPr>
        <w:t>10:20  to is tarah se rozana jo waqiat hotay hain, is mein aap sachai ko discover karte rahen.</w:t>
      </w:r>
      <w:r>
        <w:br/>
      </w:r>
      <w:r>
        <w:rPr>
          <w:sz w:val="20"/>
        </w:rPr>
        <w:t>10:31  is se aap ko spiritual food mile gi.</w:t>
      </w:r>
      <w:r>
        <w:br/>
      </w:r>
      <w:r>
        <w:rPr>
          <w:sz w:val="20"/>
        </w:rPr>
        <w:t>10:34  is se aap ka intellectual development hoga. is tarah aap ki personality banti rahe gi, banti rahe gi, banti rahe gi. isi ko kaha gaya hai muttaqqa shakhsiyat.</w:t>
      </w:r>
      <w:r>
        <w:br/>
      </w:r>
      <w:r>
        <w:rPr>
          <w:sz w:val="20"/>
        </w:rPr>
        <w:t>10:47  muttaqqa shakhsiyat. yaani wo shakhsiyat jis ka tazkiya hua ho. perfect personality.</w:t>
      </w:r>
      <w:r>
        <w:br/>
      </w:r>
      <w:r>
        <w:rPr>
          <w:sz w:val="20"/>
        </w:rPr>
        <w:t>10:56  to is tarah ke jo waqiat hotay hain, jis ko chahe toofan ho, chahe flood ho, chahe earthquake ho, ya aur koi cheez ho, wo warning hotay hain is baat ke liye ke tum tum kya kar rahe ho insaan?</w:t>
      </w:r>
      <w:r>
        <w:br/>
      </w:r>
      <w:r>
        <w:rPr>
          <w:sz w:val="20"/>
        </w:rPr>
        <w:t>11:11  ae insaan to kya kar raha hai? kis cheez ko tum ne apna goal bana bana rakha hai? goal to akhirat hai, goal to paradise hai, goal to apni personality ka development hai.</w:t>
      </w:r>
      <w:r>
        <w:br/>
      </w:r>
      <w:r>
        <w:rPr>
          <w:sz w:val="20"/>
        </w:rPr>
        <w:t>11:26  is ki warning. is ko kehte hain tanbeeh. ya intibah.</w:t>
      </w:r>
      <w:r>
        <w:br/>
      </w:r>
      <w:r>
        <w:rPr>
          <w:sz w:val="20"/>
        </w:rPr>
        <w:t>11:38  lekin koi is is tarah ke waqiat ko is mani mein nahin leta. kuch log to kehte hain ke natural natural calamity ka mamla yeh hai.</w:t>
      </w:r>
      <w:r>
        <w:br/>
      </w:r>
      <w:r>
        <w:rPr>
          <w:sz w:val="20"/>
        </w:rPr>
        <w:t>11:52  kuch log jo mazhabi hain wo samajhte hain ke jahan jahan wo waqia hua hai samajhte hain ke is pe azab aaya hai. dono baatein galat hain. wo natural calamity ki baat nahin hai, wo natural warning ki baat hai.</w:t>
      </w:r>
      <w:r>
        <w:br/>
      </w:r>
      <w:r>
        <w:rPr>
          <w:sz w:val="20"/>
        </w:rPr>
        <w:t>12:08  aur jahan par wo aaya hai wo wo sirf aik point of reference hai. aisa nahin ke is par azab aaya ho. dekhiye azab ho ya sawab ho, dono akhirat mein milne walay hain.</w:t>
      </w:r>
      <w:r>
        <w:br/>
      </w:r>
      <w:r>
        <w:rPr>
          <w:sz w:val="20"/>
        </w:rPr>
        <w:t>12:22  dunya mein nahin. dunya mein na azab hai na sawab hai. dunya mein warning hai, intibah hai.</w:t>
      </w:r>
      <w:r>
        <w:br/>
      </w:r>
      <w:r>
        <w:rPr>
          <w:sz w:val="20"/>
        </w:rPr>
        <w:t>12:35  to mazhabi log is ko samajhte hain ke jahan aaya hai is ke oopar azab aaya hai. yeh bhi galat hai. aur jo ghair mazhabi log hain is ko to samajhte hain ke yeh natural aafat hai.</w:t>
      </w:r>
      <w:r>
        <w:br/>
      </w:r>
      <w:r>
        <w:rPr>
          <w:sz w:val="20"/>
        </w:rPr>
        <w:t>12:53  wo bhi galat hai. dekhiye is dunya ko aik hasti chala rahi hai. aisa nahin ke khud hi khud dunya chali ja rahi hai.</w:t>
      </w:r>
      <w:r>
        <w:br/>
      </w:r>
      <w:r>
        <w:rPr>
          <w:sz w:val="20"/>
        </w:rPr>
        <w:t>13:04  itni bari dunya ab khud hi khud kaise chalegi? jaise galaxy hai. galaxy mein billion hain, billion sitare hain aur sab move kar rahe hain aur takrao nahin hota.</w:t>
      </w:r>
      <w:r>
        <w:br/>
      </w:r>
      <w:r>
        <w:rPr>
          <w:sz w:val="20"/>
        </w:rPr>
        <w:t>13:17  to agar koi chalane wala na ho, koi manage karne wala na ho, koi control karne wala na ho to zaroor takrao hoga, zaroor takrao hoga.</w:t>
      </w:r>
      <w:r>
        <w:br/>
      </w:r>
      <w:r>
        <w:rPr>
          <w:sz w:val="20"/>
        </w:rPr>
        <w:t>13:28  aisi har cheez, har cheez ko aap dekhiye, kisi bhi cheez ko</w:t>
      </w:r>
      <w:r>
        <w:br/>
      </w:r>
      <w:r>
        <w:rPr>
          <w:sz w:val="20"/>
        </w:rPr>
        <w:t>13:32  ۔ ajeeb ghareeb is ke andar fankari hogi. ajeeb ghareeb is ke andar design hogi. to kaise woh aisa ho gaya? kaise aisa ho gaya?</w:t>
      </w:r>
      <w:r>
        <w:br/>
      </w:r>
      <w:r>
        <w:rPr>
          <w:sz w:val="20"/>
        </w:rPr>
        <w:t>13:44  to har cheez mein aap daryaft karte hain Khuda ko. phir aur sochte hain to har cheez mein aap daryaft karte hain jannat ko. phir aur sochte hain to har cheez mein aap ko aik food milta hai, food.</w:t>
      </w:r>
      <w:r>
        <w:br/>
      </w:r>
      <w:r>
        <w:rPr>
          <w:sz w:val="20"/>
        </w:rPr>
        <w:t>13:57  jis se aap apni personality ko develop karte hain.</w:t>
      </w:r>
      <w:r>
        <w:br/>
      </w:r>
      <w:r>
        <w:rPr>
          <w:sz w:val="20"/>
        </w:rPr>
        <w:t>14:03  yeh hai zindagi ka sahi role. yeh hai zindagi ka sahi role.</w:t>
      </w:r>
    </w:p>
    <w:p>
      <w:pPr>
        <w:pStyle w:val="Heading2"/>
      </w:pPr>
      <w:r>
        <w:t>Today's atheism needs the same sacrifice ancient shirk did</w:t>
      </w:r>
    </w:p>
    <w:p>
      <w:r>
        <w:rPr>
          <w:color w:val="666666"/>
          <w:sz w:val="18"/>
        </w:rPr>
        <w:t>Haqeeqat-E-Hajj Book by Maulana Wahiduddin Khan · 4m 21s · at 2:22:30 · https://youtu.be/fNuk7YC0jSM?t=8550</w:t>
      </w:r>
    </w:p>
    <w:p>
      <w:r>
        <w:rPr>
          <w:i/>
        </w:rPr>
        <w:t>“اس ذہنی سانچے کو توڑنا ہی آج اسلام کا اصل کام ہے”</w:t>
      </w:r>
    </w:p>
    <w:p>
      <w:r>
        <w:rPr>
          <w:sz w:val="20"/>
        </w:rPr>
        <w:t>2:22:30  is shaklah yaani zehni sanche ko torna hi aaj Islam ka asal kaam hai. aaj bhi Islami muhim isi nahaj par tay ho gi jis nahaj par qadeem zamanay ki Islami muhim tay hui thi.</w:t>
      </w:r>
      <w:r>
        <w:br/>
      </w:r>
      <w:r>
        <w:rPr>
          <w:sz w:val="20"/>
        </w:rPr>
        <w:t>2:22:47  ab dobara kuch logon ko zubah hona hai. ab phir kuch logon ko apni اولاد ko sehra mein dalna hai taake deen ki tareekh dobara zindah ho.</w:t>
      </w:r>
      <w:r>
        <w:br/>
      </w:r>
      <w:r>
        <w:rPr>
          <w:sz w:val="20"/>
        </w:rPr>
        <w:t>2:22:59  maazi mein daur-e-shirk ko khatam karne ke liye ek nasal ki qurbani darkar thi. aaj daur-e-ilhad ko khatam karne ke liye dobara ek nasal ki qurbani darkar hai.</w:t>
      </w:r>
      <w:r>
        <w:br/>
      </w:r>
      <w:r>
        <w:rPr>
          <w:sz w:val="20"/>
        </w:rPr>
        <w:t>2:23:13  yehi Hajj ka sab se bara sabak hai. isi ka Hajj aaj Hajj-e-mabroor hai jo Hajj ke baad yeh azm le kar wahan se wapas aaye.</w:t>
      </w:r>
      <w:r>
        <w:br/>
      </w:r>
      <w:r>
        <w:rPr>
          <w:sz w:val="20"/>
        </w:rPr>
        <w:t>2:23:26  haqeeqat yeh hai ke Hajj se faraghat ke baad haji ka kaam khatam nahi ho jata. Hajj se faraghat ke baad haji ka asal kaam shuru hota hai.</w:t>
      </w:r>
      <w:r>
        <w:br/>
      </w:r>
      <w:r>
        <w:rPr>
          <w:sz w:val="20"/>
        </w:rPr>
        <w:t>2:23:37  Hajj ke safar se wapsi ek naye aham tar safar ka aghaz hai. haji marasim-e-Hajj ke douran bar bar labbaik Allahumma labbaik yaani hazir hoon Khudaaya main hazir hoon kehta hai.</w:t>
      </w:r>
      <w:r>
        <w:br/>
      </w:r>
      <w:r>
        <w:rPr>
          <w:sz w:val="20"/>
        </w:rPr>
        <w:t>2:23:52  yeh kya hai? yeh ahad-nama ke alfaaz hain.</w:t>
      </w:r>
      <w:r>
        <w:br/>
      </w:r>
      <w:r>
        <w:rPr>
          <w:sz w:val="20"/>
        </w:rPr>
        <w:t>2:23:57  Hajj Khuda aur bande ke darmiyan ek ahad hai. ahad hamesha aghaz hota hai. woh ikhtitam nahi hota. yehi Hajj ki ibadat ka maamla hai.</w:t>
      </w:r>
      <w:r>
        <w:br/>
      </w:r>
      <w:r>
        <w:rPr>
          <w:sz w:val="20"/>
        </w:rPr>
        <w:t>2:24:09  jo shakhs marasim-e-Hajj ko ada kar ke wapas aata hai woh goya Khuda se ek muqaddas ahad kar ke wapas aata hai.</w:t>
      </w:r>
      <w:r>
        <w:br/>
      </w:r>
      <w:r>
        <w:rPr>
          <w:sz w:val="20"/>
        </w:rPr>
        <w:t>2:24:17  wapas aanay ke baad usay mutma'in ho kar baith nahi jana hai balkeh apne halaat aur salahiyat ke aitbar se woh kaam shuru kar deta hai jis ka woh apne Rab se ahad kar ke wapas aaya hai.</w:t>
      </w:r>
      <w:r>
        <w:br/>
      </w:r>
      <w:r>
        <w:rPr>
          <w:sz w:val="20"/>
        </w:rPr>
        <w:t>2:24:32  Hajj se lotna maqam-e-ahad se nikal kar maqam-e-amal ki taraf lotna hai. Hajj ke baad aadmi ki zimmedariyan barh jati hain.</w:t>
      </w:r>
      <w:r>
        <w:br/>
      </w:r>
      <w:r>
        <w:rPr>
          <w:sz w:val="20"/>
        </w:rPr>
        <w:t>2:24:43  Hajj ke baad aadmi ki zimmedariyan khatam nahi hoti.</w:t>
      </w:r>
      <w:r>
        <w:br/>
      </w:r>
      <w:r>
        <w:rPr>
          <w:sz w:val="20"/>
        </w:rPr>
        <w:t>2:24:48  Hajj ka ahad-nama kya hai? yeh ek tareekh ko dohrane ka azm hai. Hajj tareekh-e-Ibrahimi ko dobara zahoor milane ka iqrar hai.</w:t>
      </w:r>
      <w:r>
        <w:br/>
      </w:r>
      <w:r>
        <w:rPr>
          <w:sz w:val="20"/>
        </w:rPr>
        <w:t>2:25:00  Hazrat Ibrahim ne jab dekha ke Iraq ke mutamaddin log tauheed aur akhirat ki baat ko mannay ke liye tayyar nahi hain to unhon ne apne amal ka ek naya naqsha banaya.</w:t>
      </w:r>
      <w:r>
        <w:br/>
      </w:r>
      <w:r>
        <w:rPr>
          <w:sz w:val="20"/>
        </w:rPr>
        <w:t>2:25:13  unhon ne apne aap ko aur apni اولاد ko sakht tareen qurbani ke marhalay se guzar kar ek nayi zindah nasal paida ki.</w:t>
      </w:r>
      <w:r>
        <w:br/>
      </w:r>
      <w:r>
        <w:rPr>
          <w:sz w:val="20"/>
        </w:rPr>
        <w:t>2:25:23  unhon ne dawat ke amal ko ek azeem mansoobay ka amal bana diya. unhon ne woh sab kuch kiya jo yeh maqsad un se karnay ka taqaza kar raha tha.</w:t>
      </w:r>
      <w:r>
        <w:br/>
      </w:r>
      <w:r>
        <w:rPr>
          <w:sz w:val="20"/>
        </w:rPr>
        <w:t>2:25:36  isi tarah aaj haji ko woh sab kuch karna hai jo aaj ke halaat ka taqaza ho aur us waqt tak karte rehna hai jab ke us ki maut aaye ya woh manzil-e-maqsood tak puhanch jaye.</w:t>
      </w:r>
      <w:r>
        <w:br/>
      </w:r>
      <w:r>
        <w:rPr>
          <w:sz w:val="20"/>
        </w:rPr>
        <w:t>2:25:52  Hazrat Ibrahim ke zamanay mein jis tarah shirk ka 'alami ghalbah tha usi tarah aaj ilhad ka 'alami ghalbah hai.</w:t>
      </w:r>
      <w:r>
        <w:br/>
      </w:r>
      <w:r>
        <w:rPr>
          <w:sz w:val="20"/>
        </w:rPr>
        <w:t>2:26:03  ab haj se lotne walon ko yeh karna hai ke woh door ilhad ko khatm kar ke dobara door tauheed ko lane ke liye abrahimi tareekh ko dohraen.</w:t>
      </w:r>
      <w:r>
        <w:br/>
      </w:r>
      <w:r>
        <w:rPr>
          <w:sz w:val="20"/>
        </w:rPr>
        <w:t>2:26:14  woh abrahimi amal ko asar-e-nau zinda karen. woh is maqsad ki rah mein apna woh sab kuch laga den jis ko lagane ka aaj ke halaat un se taqaza karte hon.</w:t>
      </w:r>
      <w:r>
        <w:br/>
      </w:r>
      <w:r>
        <w:rPr>
          <w:sz w:val="20"/>
        </w:rPr>
        <w:t>2:26:27  woh alamati qurbani ko haqeeqi qurbani bana den.</w:t>
      </w:r>
      <w:r>
        <w:br/>
      </w:r>
      <w:r>
        <w:rPr>
          <w:sz w:val="20"/>
        </w:rPr>
        <w:t>2:26:32  haj ek tareekh ke aadae ka azm hai. ayyam-e-haj mein alamati manasik ki soorat mein aur ayyam-e-haj ke baad haqeeqi zindagi mein mansooba band amal ki soorat mein.</w:t>
      </w:r>
    </w:p>
    <w:p>
      <w:pPr>
        <w:pStyle w:val="Heading2"/>
      </w:pPr>
      <w:r>
        <w:t>Historical shocks from Noah to Pharaoh</w:t>
      </w:r>
    </w:p>
    <w:p>
      <w:r>
        <w:rPr>
          <w:color w:val="666666"/>
          <w:sz w:val="18"/>
        </w:rPr>
        <w:t>Dars-e-Quran, Ch. 2 Verse 50-52 |  March 11, 2018 · 5m 06s · at 2:11 · https://youtu.be/ShSyMy4LPfc?t=131</w:t>
      </w:r>
    </w:p>
    <w:p>
      <w:r>
        <w:rPr>
          <w:i/>
        </w:rPr>
        <w:t>“Historical shock qaumon ko re-planning ka message deta hai”</w:t>
      </w:r>
    </w:p>
    <w:p>
      <w:r>
        <w:rPr>
          <w:sz w:val="20"/>
        </w:rPr>
        <w:t>2:11  khuda ka faisla zahir hua.</w:t>
      </w:r>
      <w:r>
        <w:br/>
      </w:r>
      <w:r>
        <w:rPr>
          <w:sz w:val="20"/>
        </w:rPr>
        <w:t>2:22  yeh darasal aise waqeaat darasal historical shock ki hesiyat rakhte hain. Historical shock.</w:t>
      </w:r>
      <w:r>
        <w:br/>
      </w:r>
      <w:r>
        <w:rPr>
          <w:sz w:val="20"/>
        </w:rPr>
        <w:t>2:32  Historical shock kya hai? Historical shock qaumon ko re-planning ka</w:t>
      </w:r>
      <w:r>
        <w:br/>
      </w:r>
      <w:r>
        <w:rPr>
          <w:sz w:val="20"/>
        </w:rPr>
        <w:t>2:43  message deta hai.</w:t>
      </w:r>
      <w:r>
        <w:br/>
      </w:r>
      <w:r>
        <w:rPr>
          <w:sz w:val="20"/>
        </w:rPr>
        <w:t>2:49  aap jante hain ke ek american writer ne, Alvin Toffler, ne ek kitaab likhi thi jo 1970</w:t>
      </w:r>
      <w:r>
        <w:br/>
      </w:r>
      <w:r>
        <w:rPr>
          <w:sz w:val="20"/>
        </w:rPr>
        <w:t>2:55  mein chhapi thi. Future shock.</w:t>
      </w:r>
      <w:r>
        <w:br/>
      </w:r>
      <w:r>
        <w:rPr>
          <w:sz w:val="20"/>
        </w:rPr>
        <w:t>3:01  to future shock to kabhi waqea nahi bana.</w:t>
      </w:r>
      <w:r>
        <w:br/>
      </w:r>
      <w:r>
        <w:rPr>
          <w:sz w:val="20"/>
        </w:rPr>
        <w:t>3:07  jo unhon ne predict kiya tha woh waqea nahi bana.</w:t>
      </w:r>
      <w:r>
        <w:br/>
      </w:r>
      <w:r>
        <w:rPr>
          <w:sz w:val="20"/>
        </w:rPr>
        <w:t>3:13  lekin quran baat karta hai present shock ki.</w:t>
      </w:r>
      <w:r>
        <w:br/>
      </w:r>
      <w:r>
        <w:rPr>
          <w:sz w:val="20"/>
        </w:rPr>
        <w:t>3:17  jitne shock quran mein zikr hain woh sab present shock hain.</w:t>
      </w:r>
      <w:r>
        <w:br/>
      </w:r>
      <w:r>
        <w:rPr>
          <w:sz w:val="20"/>
        </w:rPr>
        <w:t>3:22  to present shock kis liye hota hai? Woh hota hai re-planning ke liye.</w:t>
      </w:r>
      <w:r>
        <w:br/>
      </w:r>
      <w:r>
        <w:rPr>
          <w:sz w:val="20"/>
        </w:rPr>
        <w:t>3:26  yeh jo aayat padhi gayi is ko phir se padhiye. Afawna.</w:t>
      </w:r>
      <w:r>
        <w:br/>
      </w:r>
      <w:r>
        <w:rPr>
          <w:sz w:val="20"/>
        </w:rPr>
        <w:t>3:30  thumma afawna ankum min ba'di zalika la'allakum tashkurun.</w:t>
      </w:r>
      <w:r>
        <w:br/>
      </w:r>
      <w:r>
        <w:rPr>
          <w:sz w:val="20"/>
        </w:rPr>
        <w:t>3:34  haan, tarjuma padhiye.</w:t>
      </w:r>
      <w:r>
        <w:br/>
      </w:r>
      <w:r>
        <w:rPr>
          <w:sz w:val="20"/>
        </w:rPr>
        <w:t>3:39  phir hum ne is ke</w:t>
      </w:r>
      <w:r>
        <w:br/>
      </w:r>
      <w:r>
        <w:rPr>
          <w:sz w:val="20"/>
        </w:rPr>
        <w:t>3:43  baad tum ko maaf kar diya taake tum shukr guzaar bano.</w:t>
      </w:r>
      <w:r>
        <w:br/>
      </w:r>
      <w:r>
        <w:rPr>
          <w:sz w:val="20"/>
        </w:rPr>
        <w:t>3:48  haan, dekhen yeh jo shukr ki baat hai is par ghor kijiye.</w:t>
      </w:r>
      <w:r>
        <w:br/>
      </w:r>
      <w:r>
        <w:rPr>
          <w:sz w:val="20"/>
        </w:rPr>
        <w:t>3:53  to yeh re-planning ki baat hai yeh.</w:t>
      </w:r>
      <w:r>
        <w:br/>
      </w:r>
      <w:r>
        <w:rPr>
          <w:sz w:val="20"/>
        </w:rPr>
        <w:t>3:58  yaani Allah taala ne maaf karte ja rahe hain phir mauqa diya.</w:t>
      </w:r>
      <w:r>
        <w:br/>
      </w:r>
      <w:r>
        <w:rPr>
          <w:sz w:val="20"/>
        </w:rPr>
        <w:t>4:03  ek shock ke baad doosra mauqa diya.</w:t>
      </w:r>
      <w:r>
        <w:br/>
      </w:r>
      <w:r>
        <w:rPr>
          <w:sz w:val="20"/>
        </w:rPr>
        <w:t>4:07  taake tum re-planning karo.</w:t>
      </w:r>
      <w:r>
        <w:br/>
      </w:r>
      <w:r>
        <w:rPr>
          <w:sz w:val="20"/>
        </w:rPr>
        <w:t>4:12  yahi hamesha hua hai.</w:t>
      </w:r>
      <w:r>
        <w:br/>
      </w:r>
      <w:r>
        <w:rPr>
          <w:sz w:val="20"/>
        </w:rPr>
        <w:t>4:17  khaliq ka jo tareeqa hai woh history mein woh hai baar baar shock dena. Shock.</w:t>
      </w:r>
      <w:r>
        <w:br/>
      </w:r>
      <w:r>
        <w:rPr>
          <w:sz w:val="20"/>
        </w:rPr>
        <w:t>4:25  Shock isi liye hota hai ke aadmi ka mind jaage aur woh shoot karna seekhe.</w:t>
      </w:r>
      <w:r>
        <w:br/>
      </w:r>
      <w:r>
        <w:rPr>
          <w:sz w:val="20"/>
        </w:rPr>
        <w:t>4:32  Yaani re-planning karna seekhe.</w:t>
      </w:r>
      <w:r>
        <w:br/>
      </w:r>
      <w:r>
        <w:rPr>
          <w:sz w:val="20"/>
        </w:rPr>
        <w:t>4:40  Main batata hoon ke tareekh ka pehla waqea is qism</w:t>
      </w:r>
      <w:r>
        <w:br/>
      </w:r>
      <w:r>
        <w:rPr>
          <w:sz w:val="20"/>
        </w:rPr>
        <w:t>4:47  ka tha toofan-e-Nuh.</w:t>
      </w:r>
      <w:r>
        <w:br/>
      </w:r>
      <w:r>
        <w:rPr>
          <w:sz w:val="20"/>
        </w:rPr>
        <w:t>4:53  Toofan-e-Nuh jo tha woh kya tha? Woh ek shock tha.</w:t>
      </w:r>
      <w:r>
        <w:br/>
      </w:r>
      <w:r>
        <w:rPr>
          <w:sz w:val="20"/>
        </w:rPr>
        <w:t>4:59  Woh ek shock tha.</w:t>
      </w:r>
      <w:r>
        <w:br/>
      </w:r>
      <w:r>
        <w:rPr>
          <w:sz w:val="20"/>
        </w:rPr>
        <w:t>5:05  Is shock ka matlab tha ke jaago phir se planning karo. Re-planning karo.</w:t>
      </w:r>
      <w:r>
        <w:br/>
      </w:r>
      <w:r>
        <w:rPr>
          <w:sz w:val="20"/>
        </w:rPr>
        <w:t>5:11  Chunancha hum jante hain ke toofan-e-Nuh se pehle poori insani abadi ek area</w:t>
      </w:r>
      <w:r>
        <w:br/>
      </w:r>
      <w:r>
        <w:rPr>
          <w:sz w:val="20"/>
        </w:rPr>
        <w:t>5:17  mein thi jisko kehte hain Mesopotamia. Aik mehdood area mein. Mesopotamia mein. Toofan-e-Nuh ke baad kya hua ke yeh abadi phaili. Disperse hui. Disperse hui. Asia mein</w:t>
      </w:r>
      <w:r>
        <w:br/>
      </w:r>
      <w:r>
        <w:rPr>
          <w:sz w:val="20"/>
        </w:rPr>
        <w:t>5:47  , Europe mein, Africa mein phaili.</w:t>
      </w:r>
      <w:r>
        <w:br/>
      </w:r>
      <w:r>
        <w:rPr>
          <w:sz w:val="20"/>
        </w:rPr>
        <w:t>5:55  Is se kaise insaan jo ek local community bana hua tha us se us us se pehle.</w:t>
      </w:r>
      <w:r>
        <w:br/>
      </w:r>
      <w:r>
        <w:rPr>
          <w:sz w:val="20"/>
        </w:rPr>
        <w:t>6:02  Toofan-e-Nuh se pehle insaan ek local community bana hua tha jo Dijla aur Furat ke darmiyan rehti thi.</w:t>
      </w:r>
      <w:r>
        <w:br/>
      </w:r>
      <w:r>
        <w:rPr>
          <w:sz w:val="20"/>
        </w:rPr>
        <w:t>6:10  Lekin toofan-e-Nuh ne in ko ek historical shock diya</w:t>
      </w:r>
      <w:r>
        <w:br/>
      </w:r>
      <w:r>
        <w:rPr>
          <w:sz w:val="20"/>
        </w:rPr>
        <w:t>6:17  .</w:t>
      </w:r>
      <w:r>
        <w:br/>
      </w:r>
      <w:r>
        <w:rPr>
          <w:sz w:val="20"/>
        </w:rPr>
        <w:t>6:23  In ko toofan ki lehron ke hawale kar ke pahuncha diya Turkey ke ilaqe mein.</w:t>
      </w:r>
      <w:r>
        <w:br/>
      </w:r>
      <w:r>
        <w:rPr>
          <w:sz w:val="20"/>
        </w:rPr>
        <w:t>6:29  Wahan se woh Asia mein, Africa mein, Europe mein phailay.</w:t>
      </w:r>
      <w:r>
        <w:br/>
      </w:r>
      <w:r>
        <w:rPr>
          <w:sz w:val="20"/>
        </w:rPr>
        <w:t>6:35  Is tarah ek naya daur shuru hua insaan ki tareekh mein.</w:t>
      </w:r>
      <w:r>
        <w:br/>
      </w:r>
      <w:r>
        <w:rPr>
          <w:sz w:val="20"/>
        </w:rPr>
        <w:t>6:41  To yeh jo Hazrat Musa ke zamane mein jo Firon ko g</w:t>
      </w:r>
      <w:r>
        <w:br/>
      </w:r>
      <w:r>
        <w:rPr>
          <w:sz w:val="20"/>
        </w:rPr>
        <w:t>6:47  arq kiya gaya aik bohat bara waqea tha yeh. Bohat bara waqea. Woh bhi aik historical shock tha. Woh dawat thi ke re-planning karo. Re-planning karo. Re-planning karo. Is zamane mein duniya despotic king ke daur mein thi. Pharaoh jo tha Pharaoh Firon woh aik desp</w:t>
      </w:r>
    </w:p>
    <w:p>
      <w:pPr>
        <w:pStyle w:val="Heading2"/>
      </w:pPr>
      <w:r>
        <w:t>Only 1% of Quran verses relate to war</w:t>
      </w:r>
    </w:p>
    <w:p>
      <w:r>
        <w:rPr>
          <w:color w:val="666666"/>
          <w:sz w:val="18"/>
        </w:rPr>
        <w:t>The Message of The Quran at IIC | October 31, 2009 · 3m 01s · at 1:06:22 · https://youtu.be/bybfuPv1p98?t=3982</w:t>
      </w:r>
    </w:p>
    <w:p>
      <w:r>
        <w:rPr>
          <w:i/>
        </w:rPr>
        <w:t>“More than 99 percent verses are peace related”</w:t>
      </w:r>
    </w:p>
    <w:p>
      <w:r>
        <w:rPr>
          <w:sz w:val="20"/>
        </w:rPr>
        <w:t>1:06:22  more than 99 percent woh verses hain jo direct ya indirect peace related peace se one percent se bhi kam woh verses hain jis mein qital ki baat hai qital mani jang war yeh sari verses woh hain jo us waqt utri thi jab ke muslim muslim jo hai at war the doosron se at war koi bhi aisi verse nahin thi aap bata sakte hain quran majeed mein ke yun hi utri ho ke qital karo jab museebat woh jo at war the matlab jang jo ho rahi thi jang us waqt bat</w:t>
      </w:r>
      <w:r>
        <w:br/>
      </w:r>
      <w:r>
        <w:rPr>
          <w:sz w:val="20"/>
        </w:rPr>
        <w:t>1:06:52  aya gaya ke aisa karo aisa karo aisa karo to jab at war aap hon to har constitution mein rehta hai ke is mein hamein defense karna hai jaise gita mein hai hai arjun aage barho aur jang kar kyunke woh woh woh war ka time tha to arjun ne kaha ke aage barh kar war karo to woh jo verses hain bahut hi one percent se kam woh us waqt ke hain jab ke muslim se jo the 200 se at war the to w</w:t>
      </w:r>
      <w:r>
        <w:br/>
      </w:r>
      <w:r>
        <w:rPr>
          <w:sz w:val="20"/>
        </w:rPr>
        <w:t>1:07:22  ar ke time mein to aise hi hota hai har jagah war ke time mein jo hota hai sab jagah wahi quran mein bhi bataya gaya hai kyunke aap ko defense karna padega aap defense nahin karenge to kya karenge yani war ka matlab kya hai islam mein yeh bhi samajh lijiye ke jab koi bahar ki country aap par attack karti hai tab war mani jayegi agar attack nahin hota hai to aap kisi aur excuse de kar war nahin kar sakte dos</w:t>
      </w:r>
      <w:r>
        <w:br/>
      </w:r>
      <w:r>
        <w:rPr>
          <w:sz w:val="20"/>
        </w:rPr>
        <w:t>1:07:52  ri baat yeh hai islam mein war jo hai war is a prerogative of state sirf state hi</w:t>
      </w:r>
      <w:r>
        <w:br/>
      </w:r>
      <w:r>
        <w:rPr>
          <w:sz w:val="20"/>
        </w:rPr>
        <w:t>1:07:59  ladh sakti hai doosra koi ladh nahi sakta isi liye dekhiye yeh jitna aaj kal ho raha hai</w:t>
      </w:r>
      <w:r>
        <w:br/>
      </w:r>
      <w:r>
        <w:rPr>
          <w:sz w:val="20"/>
        </w:rPr>
        <w:t>1:08:05  gorilla war proxy war and this war that war yeh sab haram hai islam mein yeh islam mein</w:t>
      </w:r>
      <w:r>
        <w:br/>
      </w:r>
      <w:r>
        <w:rPr>
          <w:sz w:val="20"/>
        </w:rPr>
        <w:t>1:08:11  hai hi nahi islam mein sirf woh war hai jo koi state kare us waqt jab ke is</w:t>
      </w:r>
      <w:r>
        <w:br/>
      </w:r>
      <w:r>
        <w:rPr>
          <w:sz w:val="20"/>
        </w:rPr>
        <w:t>1:08:17  par attack kiya gaya ho bas</w:t>
      </w:r>
      <w:r>
        <w:br/>
      </w:r>
      <w:r>
        <w:rPr>
          <w:sz w:val="20"/>
        </w:rPr>
        <w:t>1:08:23  aur tab bhi dekhen bohat kadi shart hai islam mein is ko kehte hain muqatil aur ghair muqatil yani competent aur non competent yani jehano war mein bhi aap sirf competent ko maar sakte hain non competent ko aap maar nahi sakte to mein aksar kaha karta hoon ke ab to war jo hai abhalsh ho chuki hai kyunke ab hum jee rahe hain is zamane mein jab ke weapons of mass justice ka zamana hai yeh weapons of mass justice ab ab pasiible nahi hai ke aap bomb marein</w:t>
      </w:r>
      <w:r>
        <w:br/>
      </w:r>
      <w:r>
        <w:rPr>
          <w:sz w:val="20"/>
        </w:rPr>
        <w:t>1:08:53  to sirf innocent log number hain doosre log mar jayein sab log marein ge ab a p akhe</w:t>
      </w:r>
      <w:r>
        <w:br/>
      </w:r>
      <w:r>
        <w:rPr>
          <w:sz w:val="20"/>
        </w:rPr>
        <w:t>1:08:58  option hai musalmanon ke paas woh sulah ka option hai ab war ka option hi khatam ho gaya</w:t>
      </w:r>
      <w:r>
        <w:br/>
      </w:r>
      <w:r>
        <w:rPr>
          <w:sz w:val="20"/>
        </w:rPr>
        <w:t>1:09:03  hai woh kyunke yani jab se yeh hua hai jab se talwar ki ladhai thi tab option tha</w:t>
      </w:r>
      <w:r>
        <w:br/>
      </w:r>
      <w:r>
        <w:rPr>
          <w:sz w:val="20"/>
        </w:rPr>
        <w:t>1:09:09  woh ab woh option nahi hai ab to aap kyunke jab aap bomb maren ge to in innocent</w:t>
      </w:r>
      <w:r>
        <w:br/>
      </w:r>
      <w:r>
        <w:rPr>
          <w:sz w:val="20"/>
        </w:rPr>
        <w:t>1:09:14  marein ge woh aap ke liye haram hai ab jo option hai woh sirf ek hi option hai</w:t>
      </w:r>
      <w:r>
        <w:br/>
      </w:r>
      <w:r>
        <w:rPr>
          <w:sz w:val="20"/>
        </w:rPr>
        <w:t>1:09:19  woh ke sulah peace aur</w:t>
      </w:r>
    </w:p>
    <w:p>
      <w:pPr>
        <w:pStyle w:val="Heading2"/>
      </w:pPr>
      <w:r>
        <w:t>Maulana's journey to Quran translation</w:t>
      </w:r>
    </w:p>
    <w:p>
      <w:r>
        <w:rPr>
          <w:color w:val="666666"/>
          <w:sz w:val="18"/>
        </w:rPr>
        <w:t>How to Decondition One's Mind December 27, 2009 Maulana Wahiduddin Khan · 6m 14s · at 8:28 · https://youtu.be/Hisjf1BPTes?t=508</w:t>
      </w:r>
    </w:p>
    <w:p>
      <w:r>
        <w:rPr>
          <w:i/>
        </w:rPr>
        <w:t>“Yeh dekhiye aisa tarjuma abhi tak chhapa hi nahi tha”</w:t>
      </w:r>
    </w:p>
    <w:p>
      <w:r>
        <w:rPr>
          <w:sz w:val="20"/>
        </w:rPr>
        <w:t>8:28  yeh dekhiye aisa tarjuma</w:t>
      </w:r>
      <w:r>
        <w:br/>
      </w:r>
      <w:r>
        <w:rPr>
          <w:sz w:val="20"/>
        </w:rPr>
        <w:t>8:31  ابھی تک چھپا ہی نہیں تھا اور simple language, easily understandable language, clarity جس کے اندر ہو کوئی</w:t>
      </w:r>
      <w:r>
        <w:br/>
      </w:r>
      <w:r>
        <w:rPr>
          <w:sz w:val="20"/>
        </w:rPr>
        <w:t>8:39  ek bhi maujood nahi tha</w:t>
      </w:r>
      <w:r>
        <w:br/>
      </w:r>
      <w:r>
        <w:rPr>
          <w:sz w:val="20"/>
        </w:rPr>
        <w:t>8:42  to main madrasay mein parh kar nikla to main arabi to janta tha english nahi janta tha</w:t>
      </w:r>
      <w:r>
        <w:br/>
      </w:r>
      <w:r>
        <w:rPr>
          <w:sz w:val="20"/>
        </w:rPr>
        <w:t>8:50  to bhi conditioning thi</w:t>
      </w:r>
      <w:r>
        <w:br/>
      </w:r>
      <w:r>
        <w:rPr>
          <w:sz w:val="20"/>
        </w:rPr>
        <w:t>8:54  madrasay mein jo conditioning hui thi meri woh kya thi quran parho hadees parho namaz parho roza rakho</w:t>
      </w:r>
      <w:r>
        <w:br/>
      </w:r>
      <w:r>
        <w:rPr>
          <w:sz w:val="20"/>
        </w:rPr>
        <w:t>9:02  is condition ko kaise maine toda</w:t>
      </w:r>
      <w:r>
        <w:br/>
      </w:r>
      <w:r>
        <w:rPr>
          <w:sz w:val="20"/>
        </w:rPr>
        <w:t>9:06  meri family mein sare log english wale log thay</w:t>
      </w:r>
      <w:r>
        <w:br/>
      </w:r>
      <w:r>
        <w:rPr>
          <w:sz w:val="20"/>
        </w:rPr>
        <w:t>9:11  zamana bhi english ka zamana tha woh</w:t>
      </w:r>
      <w:r>
        <w:br/>
      </w:r>
      <w:r>
        <w:rPr>
          <w:sz w:val="20"/>
        </w:rPr>
        <w:t>9:14  thom</w:t>
      </w:r>
      <w:r>
        <w:br/>
      </w:r>
      <w:r>
        <w:rPr>
          <w:sz w:val="20"/>
        </w:rPr>
        <w:t>9:14  thi english parho english parho english parho to jab mein bahar aaya parh kar ke to mein ne mehsoos kiya ke mein abhi tak goonga hoon madrese mein mein taqreer karta tha likhta tha yahan mein goonga ho gaya kyunke modern mind ko address nahi kar sakta tha mein</w:t>
      </w:r>
      <w:r>
        <w:br/>
      </w:r>
      <w:r>
        <w:rPr>
          <w:sz w:val="20"/>
        </w:rPr>
        <w:t>9:40  jo traditional mind tha us ke us ko address karne ke liye mere paas bohat se baatein thi bohat se alfaaz the modern mind ko mein address nahi kar sakta tha</w:t>
      </w:r>
      <w:r>
        <w:br/>
      </w:r>
      <w:r>
        <w:rPr>
          <w:sz w:val="20"/>
        </w:rPr>
        <w:t>9:54  yeh ek shock laga</w:t>
      </w:r>
      <w:r>
        <w:br/>
      </w:r>
      <w:r>
        <w:rPr>
          <w:sz w:val="20"/>
        </w:rPr>
        <w:t>9:57  aap shock ko jab ek tajrube ke taur par lein tab yahan se from here starts de-conditioning</w:t>
      </w:r>
      <w:r>
        <w:br/>
      </w:r>
      <w:r>
        <w:rPr>
          <w:sz w:val="20"/>
        </w:rPr>
        <w:t>10:07  har aadmi ki zindagi mein shock lagte hain har aadmi ke negative experience hote hain</w:t>
      </w:r>
      <w:r>
        <w:br/>
      </w:r>
      <w:r>
        <w:rPr>
          <w:sz w:val="20"/>
        </w:rPr>
        <w:t>10:13  lekin woh bas is ko complain ke sense mein le leta hai</w:t>
      </w:r>
      <w:r>
        <w:br/>
      </w:r>
      <w:r>
        <w:rPr>
          <w:sz w:val="20"/>
        </w:rPr>
        <w:t>10:18  dusron ko bura karne lagta hai</w:t>
      </w:r>
      <w:r>
        <w:br/>
      </w:r>
      <w:r>
        <w:rPr>
          <w:sz w:val="20"/>
        </w:rPr>
        <w:t>10:21  to mein jin logon se milta tha angrezi daanon se aur un se mujhe jo shock lagta tha</w:t>
      </w:r>
      <w:r>
        <w:br/>
      </w:r>
      <w:r>
        <w:rPr>
          <w:sz w:val="20"/>
        </w:rPr>
        <w:t>10:26  dekh sakte the ke mein un ko bura samajhta tha jaise ke bohat se logon ne samjha ke</w:t>
      </w:r>
      <w:r>
        <w:br/>
      </w:r>
      <w:r>
        <w:rPr>
          <w:sz w:val="20"/>
        </w:rPr>
        <w:t>10:31  murtad hain aur yeh fasaq hain yeh gumrah hain saare log isi mani mein lete the in logon</w:t>
      </w:r>
      <w:r>
        <w:br/>
      </w:r>
      <w:r>
        <w:rPr>
          <w:sz w:val="20"/>
        </w:rPr>
        <w:t>10:38  ko ke neechri hai</w:t>
      </w:r>
      <w:r>
        <w:br/>
      </w:r>
      <w:r>
        <w:rPr>
          <w:sz w:val="20"/>
        </w:rPr>
        <w:t>10:43  lekin mein ne</w:t>
      </w:r>
      <w:r>
        <w:br/>
      </w:r>
      <w:r>
        <w:rPr>
          <w:sz w:val="20"/>
        </w:rPr>
        <w:t>10:46  introspection kiya ke kyun aisa hai ke mein parh kar nikla hoon aur un ko mein address nahi</w:t>
      </w:r>
      <w:r>
        <w:br/>
      </w:r>
      <w:r>
        <w:rPr>
          <w:sz w:val="20"/>
        </w:rPr>
        <w:t>10:53  kar sakta to mein ne is hadith se rehnumai mujhe mili ke in yakoon baseeran be zamana</w:t>
      </w:r>
      <w:r>
        <w:br/>
      </w:r>
      <w:r>
        <w:rPr>
          <w:sz w:val="20"/>
        </w:rPr>
        <w:t>11:02  ke momin ko chahiye ke ek taraf woh deen ko jaane aur sath sath woh zamane ko jaane</w:t>
      </w:r>
      <w:r>
        <w:br/>
      </w:r>
      <w:r>
        <w:rPr>
          <w:sz w:val="20"/>
        </w:rPr>
        <w:t>11:08  in yakoon baseeran be zamana to mein ne kaha madarse mein mein ne mein ne socha ke madarse</w:t>
      </w:r>
      <w:r>
        <w:br/>
      </w:r>
      <w:r>
        <w:rPr>
          <w:sz w:val="20"/>
        </w:rPr>
        <w:t>11:14  mein mein ne deen ko to jaana lekin zamane se be khabar reh gaya</w:t>
      </w:r>
      <w:r>
        <w:br/>
      </w:r>
      <w:r>
        <w:rPr>
          <w:sz w:val="20"/>
        </w:rPr>
        <w:t>11:21  yeh bhi ek bari daryaft thi ke log taqseem karte hain deen aur dunya ek parcha nikalta tha</w:t>
      </w:r>
      <w:r>
        <w:br/>
      </w:r>
      <w:r>
        <w:rPr>
          <w:sz w:val="20"/>
        </w:rPr>
        <w:t>11:27  is zamane mein falan</w:t>
      </w:r>
      <w:r>
        <w:br/>
      </w:r>
      <w:r>
        <w:rPr>
          <w:sz w:val="20"/>
        </w:rPr>
        <w:t>11:28  deen dunya falan deen dunya yeh taqseem sahi nahi hai sahi taqseem deen aur zamana</w:t>
      </w:r>
      <w:r>
        <w:br/>
      </w:r>
      <w:r>
        <w:rPr>
          <w:sz w:val="20"/>
        </w:rPr>
        <w:t>11:37  madarse mein hum suntay the ke ek deen hai ek dunya hai ek deen hai ek dunya hai</w:t>
      </w:r>
      <w:r>
        <w:br/>
      </w:r>
      <w:r>
        <w:rPr>
          <w:sz w:val="20"/>
        </w:rPr>
        <w:t>11:42  ek teesri cheez hai jo zamana is se hum be khabar the</w:t>
      </w:r>
      <w:r>
        <w:br/>
      </w:r>
      <w:r>
        <w:rPr>
          <w:sz w:val="20"/>
        </w:rPr>
        <w:t>11:46  samajhte the deen achi cheez hai dunya dunya daari buri cheez hai</w:t>
      </w:r>
      <w:r>
        <w:br/>
      </w:r>
      <w:r>
        <w:rPr>
          <w:sz w:val="20"/>
        </w:rPr>
        <w:t>11:51  isi conditioning mein hum jeetay the yaani is ko kehte hain yaani ek ek duality galat qism ki</w:t>
      </w:r>
      <w:r>
        <w:br/>
      </w:r>
      <w:r>
        <w:rPr>
          <w:sz w:val="20"/>
        </w:rPr>
        <w:t>11:59  woh sanviyat mein ke deen hai dunya hai deen hai aur dunya hai nahi ek teesri cheez bhi</w:t>
      </w:r>
      <w:r>
        <w:br/>
      </w:r>
      <w:r>
        <w:rPr>
          <w:sz w:val="20"/>
        </w:rPr>
        <w:t>12:06  hai woh zamana hai</w:t>
      </w:r>
      <w:r>
        <w:br/>
      </w:r>
      <w:r>
        <w:rPr>
          <w:sz w:val="20"/>
        </w:rPr>
        <w:t>12:08  yeh yeh daryaft thi meri discovery thi is ko</w:t>
      </w:r>
      <w:r>
        <w:br/>
      </w:r>
      <w:r>
        <w:rPr>
          <w:sz w:val="20"/>
        </w:rPr>
        <w:t>12:15  ke dunya dari to hamein nahi karna hai lekin zamane ko to jaanna hai hamein zamane ko nahi janenge to hum dawat ka kaam kaise karenge islam ko yaqeen kaise apna bahal karenge</w:t>
      </w:r>
      <w:r>
        <w:br/>
      </w:r>
      <w:r>
        <w:rPr>
          <w:sz w:val="20"/>
        </w:rPr>
        <w:t>12:33  zamane ka matlab hai ke you have to re discover your religion in modern terms</w:t>
      </w:r>
      <w:r>
        <w:br/>
      </w:r>
      <w:r>
        <w:rPr>
          <w:sz w:val="20"/>
        </w:rPr>
        <w:t>12:43  yeh ek bohat bari daryaft thi mere liye ke taqseem jo hai wo deen dunya ki nahi hai deen aur zamane ki hai</w:t>
      </w:r>
      <w:r>
        <w:br/>
      </w:r>
      <w:r>
        <w:rPr>
          <w:sz w:val="20"/>
        </w:rPr>
        <w:t>12:56  is ko kehte hain angrezi mein dichotomy woh dichotomy galat thi</w:t>
      </w:r>
      <w:r>
        <w:br/>
      </w:r>
      <w:r>
        <w:rPr>
          <w:sz w:val="20"/>
        </w:rPr>
        <w:t>13:02  madarse ki taleem ne jo dichotomy hamare andar paida ki thi woh yeh thi ke yeh deen hai</w:t>
      </w:r>
      <w:r>
        <w:br/>
      </w:r>
      <w:r>
        <w:rPr>
          <w:sz w:val="20"/>
        </w:rPr>
        <w:t>13:06  baqi sab dunya hai</w:t>
      </w:r>
      <w:r>
        <w:br/>
      </w:r>
      <w:r>
        <w:rPr>
          <w:sz w:val="20"/>
        </w:rPr>
        <w:t>13:09  to dunya ko chodo woh to</w:t>
      </w:r>
      <w:r>
        <w:br/>
      </w:r>
      <w:r>
        <w:rPr>
          <w:sz w:val="20"/>
        </w:rPr>
        <w:t>13:13  bekar cheez hai nahi maloom hai ke deen hai woh doosra zamana hai</w:t>
      </w:r>
      <w:r>
        <w:br/>
      </w:r>
      <w:r>
        <w:rPr>
          <w:sz w:val="20"/>
        </w:rPr>
        <w:t>13:17  to yeh ghalat dichotomy mein jee raha tha mein</w:t>
      </w:r>
      <w:r>
        <w:br/>
      </w:r>
      <w:r>
        <w:rPr>
          <w:sz w:val="20"/>
        </w:rPr>
        <w:t>13:20  lekin jab mujhe shock laga to maine socha sochte sochte maine samjha ke yeh to ghalat</w:t>
      </w:r>
      <w:r>
        <w:br/>
      </w:r>
      <w:r>
        <w:rPr>
          <w:sz w:val="20"/>
        </w:rPr>
        <w:t>13:25  dichotomy thi deen aur duniya ki dichotomy nahi deen aur zamane ki dichotomy</w:t>
      </w:r>
      <w:r>
        <w:br/>
      </w:r>
      <w:r>
        <w:rPr>
          <w:sz w:val="20"/>
        </w:rPr>
        <w:t>13:33  to is ke baad mein ne english parhna shuru kiya aur bees baras tak mein english mein ghara raha ab mera khwab kya tha</w:t>
      </w:r>
      <w:r>
        <w:br/>
      </w:r>
      <w:r>
        <w:rPr>
          <w:sz w:val="20"/>
        </w:rPr>
        <w:t>13:45  mera khwab yeh tha ke yeh Allah ka jo kalam hai maine jis madarse mein padha wahan</w:t>
      </w:r>
      <w:r>
        <w:br/>
      </w:r>
      <w:r>
        <w:rPr>
          <w:sz w:val="20"/>
        </w:rPr>
        <w:t>13:51  par poora quran padhaya jata tha kisi bhi madarse mein madarse mein poora quran nahi padhaya jata hadith</w:t>
      </w:r>
      <w:r>
        <w:br/>
      </w:r>
      <w:r>
        <w:rPr>
          <w:sz w:val="20"/>
        </w:rPr>
        <w:t>13:58  aur fiqh aur adab yeh sab padhaye jate hain lekin poora poora quran wahan syllabus mein dakhil ho</w:t>
      </w:r>
      <w:r>
        <w:br/>
      </w:r>
      <w:r>
        <w:rPr>
          <w:sz w:val="20"/>
        </w:rPr>
        <w:t>14:03  aisa koi madarsa nahi hai isi wahi tha jahan mein</w:t>
      </w:r>
      <w:r>
        <w:br/>
      </w:r>
      <w:r>
        <w:rPr>
          <w:sz w:val="20"/>
        </w:rPr>
        <w:t>14:08  padha bane lekin yeh padha quran ko padha aur phir quran ko mein doosron ko pata nahi sakta</w:t>
      </w:r>
      <w:r>
        <w:br/>
      </w:r>
      <w:r>
        <w:rPr>
          <w:sz w:val="20"/>
        </w:rPr>
        <w:t>14:14  zaban yar man turki o man turki nami danam</w:t>
      </w:r>
      <w:r>
        <w:br/>
      </w:r>
      <w:r>
        <w:rPr>
          <w:sz w:val="20"/>
        </w:rPr>
        <w:t>14:20  The language of my friend is Turkish and I don't know Turkish. To international language jo thi angrezi thi us mein Quran ko pesh karna tha. Yani Quran ko parha maine lekin mein jab aya doosron ka andar to mein gunga ban gaya kyunke woh samajhte the English mein.</w:t>
      </w:r>
    </w:p>
    <w:p>
      <w:pPr>
        <w:pStyle w:val="Heading2"/>
      </w:pPr>
      <w:r>
        <w:t>British Empire, international language, and Quran mission</w:t>
      </w:r>
    </w:p>
    <w:p>
      <w:r>
        <w:rPr>
          <w:color w:val="666666"/>
          <w:sz w:val="18"/>
        </w:rPr>
        <w:t>Realization of God in the Age of Science March 1, 2020 Maulana Wahiduddin Khan · 5m 20s · at 25:58 · https://youtu.be/duUnwicq5Yw?t=1558</w:t>
      </w:r>
    </w:p>
    <w:p>
      <w:r>
        <w:rPr>
          <w:i/>
        </w:rPr>
        <w:t>“Allah ne ek poori duniya takhleeq ki, phir ek international world banaya”</w:t>
      </w:r>
    </w:p>
    <w:p>
      <w:r>
        <w:rPr>
          <w:sz w:val="20"/>
        </w:rPr>
        <w:t>25:58  phir ek international world banaya, British Empire ki shakal mein. British Empire mere nazdeek Allah rab ul alameen ka ka ek creation tha.</w:t>
      </w:r>
      <w:r>
        <w:br/>
      </w:r>
      <w:r>
        <w:rPr>
          <w:sz w:val="20"/>
        </w:rPr>
        <w:t>26:10  brtish ampaier ne pehli baar yeh kiya ke dunya mein aik international language wajood mein aai,</w:t>
      </w:r>
      <w:r>
        <w:br/>
      </w:r>
      <w:r>
        <w:rPr>
          <w:sz w:val="20"/>
        </w:rPr>
        <w:t>26:19  international language. lekin musalman itne zyada, yaani</w:t>
      </w:r>
      <w:r>
        <w:br/>
      </w:r>
      <w:r>
        <w:rPr>
          <w:sz w:val="20"/>
        </w:rPr>
        <w:t>26:28  doosri cheez bhoolay hue thay ke aik angrez zaban jo Allah taala ke aik lambay process ke baad wajood mein aai thi,</w:t>
      </w:r>
      <w:r>
        <w:br/>
      </w:r>
      <w:r>
        <w:rPr>
          <w:sz w:val="20"/>
        </w:rPr>
        <w:t>26:42  aik international national language</w:t>
      </w:r>
      <w:r>
        <w:br/>
      </w:r>
      <w:r>
        <w:rPr>
          <w:sz w:val="20"/>
        </w:rPr>
        <w:t>26:44  ki surat mein. lekin kaisi ajeeb baat hai ke itni lambi muddat guzar gayi, aur hamare log jo hain, brtish ampaier ladte rahe, usay bam bam maarte rahe,</w:t>
      </w:r>
      <w:r>
        <w:br/>
      </w:r>
      <w:r>
        <w:rPr>
          <w:sz w:val="20"/>
        </w:rPr>
        <w:t>26:57  aur jo us ne Allah ne us ke zariye se</w:t>
      </w:r>
      <w:r>
        <w:br/>
      </w:r>
      <w:r>
        <w:rPr>
          <w:sz w:val="20"/>
        </w:rPr>
        <w:t>27:02  jo nemat hamein pahunchai thi, us ko jaane hi nahin, be khabar rahe. hatta ke hadith mein yeh maujood thi hadith ke "in allah</w:t>
      </w:r>
      <w:r>
        <w:br/>
      </w:r>
      <w:r>
        <w:rPr>
          <w:sz w:val="20"/>
        </w:rPr>
        <w:t>27:19  in allah la yajduha al-deen</w:t>
      </w:r>
      <w:r>
        <w:br/>
      </w:r>
      <w:r>
        <w:rPr>
          <w:sz w:val="20"/>
        </w:rPr>
        <w:t>27:25  bila al-fajir". yaani fajar insan ya shukr insan ke zariye Allah taala is din ki madad karega. to yeh is shukr insan thay,</w:t>
      </w:r>
      <w:r>
        <w:br/>
      </w:r>
      <w:r>
        <w:rPr>
          <w:sz w:val="20"/>
        </w:rPr>
        <w:t>27:39  yeh shukr</w:t>
      </w:r>
      <w:r>
        <w:br/>
      </w:r>
      <w:r>
        <w:rPr>
          <w:sz w:val="20"/>
        </w:rPr>
        <w:t>27:42  ampaier thi jis ne aik international language</w:t>
      </w:r>
      <w:r>
        <w:br/>
      </w:r>
      <w:r>
        <w:rPr>
          <w:sz w:val="20"/>
        </w:rPr>
        <w:t>27:51  paida ki. ab zaroorat thi ke is mein quran ko understandable</w:t>
      </w:r>
      <w:r>
        <w:br/>
      </w:r>
      <w:r>
        <w:rPr>
          <w:sz w:val="20"/>
        </w:rPr>
        <w:t>28:03  language mein tayyar kiya jaye, lekin log ladte rahe, bas ladte rahe, nafrat karte rahe, shikayat karte rahe.</w:t>
      </w:r>
      <w:r>
        <w:br/>
      </w:r>
      <w:r>
        <w:rPr>
          <w:sz w:val="20"/>
        </w:rPr>
        <w:t>28:14  is poori muddat mein musalmanon ki record mein jo cheez hai, woh shikayat,</w:t>
      </w:r>
      <w:r>
        <w:br/>
      </w:r>
      <w:r>
        <w:rPr>
          <w:sz w:val="20"/>
        </w:rPr>
        <w:t>28:21  nafrat, ladna, khoon bahana. bas aur yeh nahin hai ke unhon ne quran ka international language, language mein us ko, halankay christian logon ne</w:t>
      </w:r>
      <w:r>
        <w:br/>
      </w:r>
      <w:r>
        <w:rPr>
          <w:sz w:val="20"/>
        </w:rPr>
        <w:t>28:41  bible ka asal tajruba tayyar kar diya tha, aik model samne aa chuka tha, tab bhi nahin kiya gaya. jahan tak mein jaanta hoon, taqreeban 55 tarjume kiye gaye hain english mein, lekin koi tarjuma jahan tak mein jaanta hoon,</w:t>
      </w:r>
      <w:r>
        <w:br/>
      </w:r>
      <w:r>
        <w:rPr>
          <w:sz w:val="20"/>
        </w:rPr>
        <w:t>29:02  clarity is mein nahin hai. kisi tarjume mein clarity nahin hai. hamare haan se Allah ke wastay jo tarjuma chhapa hai, woh us ke andar mukammal clarity hai.</w:t>
      </w:r>
      <w:r>
        <w:br/>
      </w:r>
      <w:r>
        <w:rPr>
          <w:sz w:val="20"/>
        </w:rPr>
        <w:t>29:17  parhte jao aur samajhte jao.</w:t>
      </w:r>
      <w:r>
        <w:br/>
      </w:r>
      <w:r>
        <w:rPr>
          <w:sz w:val="20"/>
        </w:rPr>
        <w:t>29:19  is ki gawahi di hai non muslim scholars ne, hasan khushwund singh ne, india mein aur europe mein.</w:t>
      </w:r>
      <w:r>
        <w:br/>
      </w:r>
      <w:r>
        <w:rPr>
          <w:sz w:val="20"/>
        </w:rPr>
        <w:t>29:34  kya naam tha un ka?</w:t>
      </w:r>
      <w:r>
        <w:br/>
      </w:r>
      <w:r>
        <w:rPr>
          <w:sz w:val="20"/>
        </w:rPr>
        <w:t>29:36  poland mein hum logon ka aise kya naam tha un ka? federico hain? federico? federico ji! fg!</w:t>
      </w:r>
      <w:r>
        <w:br/>
      </w:r>
      <w:r>
        <w:rPr>
          <w:sz w:val="20"/>
        </w:rPr>
        <w:t>29:46  f! federico. to apne ilm ke mutabiq mein keh sakta hoon</w:t>
      </w:r>
      <w:r>
        <w:br/>
      </w:r>
      <w:r>
        <w:rPr>
          <w:sz w:val="20"/>
        </w:rPr>
        <w:t>29:54  ke hamare sathiyon ne koi aik tofeeq hasil hai ke unhon ne jo kaam koi kar nahin saka tha, baray baray leader woh us ko kara raha hai,</w:t>
      </w:r>
      <w:r>
        <w:br/>
      </w:r>
      <w:r>
        <w:rPr>
          <w:sz w:val="20"/>
        </w:rPr>
        <w:t>30:09  aur</w:t>
      </w:r>
      <w:r>
        <w:br/>
      </w:r>
      <w:r>
        <w:rPr>
          <w:sz w:val="20"/>
        </w:rPr>
        <w:t>30:10  international language mein quran ka tarjuma understandable asloob mein tayyar kar diya, aur Allah ke fazal se us ko jo hum phaila rahe hain.</w:t>
      </w:r>
      <w:r>
        <w:br/>
      </w:r>
      <w:r>
        <w:rPr>
          <w:sz w:val="20"/>
        </w:rPr>
        <w:t>30:25  ab jin logon ko</w:t>
      </w:r>
      <w:r>
        <w:br/>
      </w:r>
      <w:r>
        <w:rPr>
          <w:sz w:val="20"/>
        </w:rPr>
        <w:t>30:27  meri awaz pohnch rahi hai, woh sab ya to apne aap ko is muhim mein laga dein.</w:t>
      </w:r>
      <w:r>
        <w:br/>
      </w:r>
      <w:r>
        <w:rPr>
          <w:sz w:val="20"/>
        </w:rPr>
        <w:t>30:38  agar woh laga nahi sakte to kam az kam dua karein. dua! dua!</w:t>
      </w:r>
      <w:r>
        <w:br/>
      </w:r>
      <w:r>
        <w:rPr>
          <w:sz w:val="20"/>
        </w:rPr>
        <w:t>30:49  yeh isi baat par mein khatam karta hoon. Allah taala mujh ko aur aap ko</w:t>
      </w:r>
      <w:r>
        <w:br/>
      </w:r>
      <w:r>
        <w:rPr>
          <w:sz w:val="20"/>
        </w:rPr>
        <w:t>30:58  saheeh baat aur waqt pakarne ki tofeeq ata farmaye. Assalam o alaikum wa rehmatullah.</w:t>
      </w:r>
    </w:p>
    <w:p>
      <w:pPr>
        <w:pStyle w:val="Heading2"/>
      </w:pPr>
      <w:r>
        <w:t>Najran priests and Pharaoh's magicians recognizing the truth</w:t>
      </w:r>
    </w:p>
    <w:p>
      <w:r>
        <w:rPr>
          <w:color w:val="666666"/>
          <w:sz w:val="18"/>
        </w:rPr>
        <w:t>Powerful Life-Changing Quranic Duas with Explanation (English) October 27, 2024 · 3m 24s · at 19:15 · https://youtu.be/4cYteSjPIKw?t=1155</w:t>
      </w:r>
    </w:p>
    <w:p>
      <w:r>
        <w:rPr>
          <w:i/>
        </w:rPr>
        <w:t>“There's a prayer of the Christian priests who came from a city called Najran.”</w:t>
      </w:r>
    </w:p>
    <w:p>
      <w:r>
        <w:rPr>
          <w:sz w:val="20"/>
        </w:rPr>
        <w:t>19:15  and they are prior of the Christian precepts who come from a Scandinavian journey.</w:t>
      </w:r>
      <w:r>
        <w:br/>
      </w:r>
      <w:r>
        <w:rPr>
          <w:sz w:val="20"/>
        </w:rPr>
        <w:t>19:29  Najran is in the south of Saudi Arabia. And at that time, some Christians were living there, and their language was also Arabic. So the prophet, in the prophet's time, a group of</w:t>
      </w:r>
      <w:r>
        <w:br/>
      </w:r>
      <w:r>
        <w:rPr>
          <w:sz w:val="20"/>
        </w:rPr>
        <w:t>19:51  Christian priests visited Medina and met the Prophet (SAW). The Prophet explained Islam to them and recited the Quran.</w:t>
      </w:r>
      <w:r>
        <w:br/>
      </w:r>
      <w:r>
        <w:rPr>
          <w:sz w:val="20"/>
        </w:rPr>
        <w:t>20:03  .they immediately understood, and at their surprise, they started praying to Allah. And the Quran mentions them in a very amazing way.</w:t>
      </w:r>
      <w:r>
        <w:br/>
      </w:r>
      <w:r>
        <w:rPr>
          <w:sz w:val="20"/>
        </w:rPr>
        <w:t>20:19  waiz asma'u ma unzila ila ar-rasool</w:t>
      </w:r>
      <w:r>
        <w:br/>
      </w:r>
      <w:r>
        <w:rPr>
          <w:sz w:val="20"/>
        </w:rPr>
        <w:t>20:27  , tara a'yunuhum tafeedu min ad-dammi mimma 'arafoo min al-haqq."</w:t>
      </w:r>
      <w:r>
        <w:br/>
      </w:r>
      <w:r>
        <w:rPr>
          <w:sz w:val="20"/>
        </w:rPr>
        <w:t>20:34  wende lesan,</w:t>
      </w:r>
      <w:r>
        <w:br/>
      </w:r>
      <w:r>
        <w:rPr>
          <w:sz w:val="20"/>
        </w:rPr>
        <w:t>20:41  the as the was as his come right and at beginning of just session, para number session. "waiz asma'u, wa hende lesan to what is been send down to them is najar, yosi there is overflowing with tears</w:t>
      </w:r>
      <w:r>
        <w:br/>
      </w:r>
      <w:r>
        <w:rPr>
          <w:sz w:val="20"/>
        </w:rPr>
        <w:t>21:04  because of the truth they recognize. "so this kind of experience, this kind of prayer arises from deep realization, from deep marifa.</w:t>
      </w:r>
      <w:r>
        <w:br/>
      </w:r>
      <w:r>
        <w:rPr>
          <w:sz w:val="20"/>
        </w:rPr>
        <w:t>21:22  and this prayer is the prayer of magicians during moses time, moses alaihis salam . "rab na afra' alaina sabran wa tawaffana muslimeen.</w:t>
      </w:r>
      <w:r>
        <w:br/>
      </w:r>
      <w:r>
        <w:rPr>
          <w:sz w:val="20"/>
        </w:rPr>
        <w:t>21:34  "aur lord, pour patience upon us, pour patience upon us, and cause us to die in the state of submission to you.</w:t>
      </w:r>
      <w:r>
        <w:br/>
      </w:r>
      <w:r>
        <w:rPr>
          <w:sz w:val="20"/>
        </w:rPr>
        <w:t>21:50  When Pharaoh threatened them, the magicians, with severe punishment, they said, "Whatever you can do, do it." And then they prayed, "Our Lord, pour patience upon us, pour patience upon us, and let us die as followers, as believers."</w:t>
      </w:r>
      <w:r>
        <w:br/>
      </w:r>
      <w:r>
        <w:rPr>
          <w:sz w:val="20"/>
        </w:rPr>
        <w:t>22:14  as those who acknowledge the truth</w:t>
      </w:r>
      <w:r>
        <w:br/>
      </w:r>
      <w:r>
        <w:rPr>
          <w:sz w:val="20"/>
        </w:rPr>
        <w:t>22:19  . "they were able to do that because the message they received from Moses alaihis salam was so great and so powerful that they could demonstrate such patience in front of the tyrant king</w:t>
      </w:r>
    </w:p>
    <w:p>
      <w:pPr>
        <w:pStyle w:val="Heading2"/>
      </w:pPr>
      <w:r>
        <w:t>History's spiritual derailment: no one truly loved Allah</w:t>
      </w:r>
    </w:p>
    <w:p>
      <w:r>
        <w:rPr>
          <w:color w:val="666666"/>
          <w:sz w:val="18"/>
        </w:rPr>
        <w:t>Love of God | May 13, 2017 · 3m 42s · at 0:14 · https://youtu.be/5XN9DuLu2Mo?t=14</w:t>
      </w:r>
    </w:p>
    <w:p>
      <w:r>
        <w:rPr>
          <w:i/>
        </w:rPr>
        <w:t>“میں ایک بہت دنوں سے ایک سوال سے الجھا ہوا تھا”</w:t>
      </w:r>
    </w:p>
    <w:p>
      <w:r>
        <w:rPr>
          <w:sz w:val="20"/>
        </w:rPr>
        <w:t>0:14  bismillah rahman rahim.</w:t>
      </w:r>
      <w:r>
        <w:br/>
      </w:r>
      <w:r>
        <w:rPr>
          <w:sz w:val="20"/>
        </w:rPr>
        <w:t>0:21  mein ek bahut dinon se ek sawal se uljha hua tha, woh yeh ke quran mein surah al baqarah</w:t>
      </w:r>
      <w:r>
        <w:br/>
      </w:r>
      <w:r>
        <w:rPr>
          <w:sz w:val="20"/>
        </w:rPr>
        <w:t>0:29  ki ek ayat hai: "wa alladhina amanu ashadd hubban lillahi".</w:t>
      </w:r>
      <w:r>
        <w:br/>
      </w:r>
      <w:r>
        <w:rPr>
          <w:sz w:val="20"/>
        </w:rPr>
        <w:t>0:36  yani jo faithful log hain, jo allah par iman wale hain, woh allah</w:t>
      </w:r>
      <w:r>
        <w:br/>
      </w:r>
      <w:r>
        <w:rPr>
          <w:sz w:val="20"/>
        </w:rPr>
        <w:t>0:44  se bahut zyada mohabbat wale hote hain.</w:t>
      </w:r>
      <w:r>
        <w:br/>
      </w:r>
      <w:r>
        <w:rPr>
          <w:sz w:val="20"/>
        </w:rPr>
        <w:t>0:50  tumhare bahut sari kitabein padhein, bahut sari kitabein ke tareekh mein kaun sa shakhs tha jo waqai allah</w:t>
      </w:r>
      <w:r>
        <w:br/>
      </w:r>
      <w:r>
        <w:rPr>
          <w:sz w:val="20"/>
        </w:rPr>
        <w:t>0:56  se bahut mohabbat karta tha.</w:t>
      </w:r>
      <w:r>
        <w:br/>
      </w:r>
      <w:r>
        <w:rPr>
          <w:sz w:val="20"/>
        </w:rPr>
        <w:t>1:02  to mein apne mutale'a ki had tak kehta hoon ke mujhe koi nahi mila siwaye paighambaron ke.</w:t>
      </w:r>
      <w:r>
        <w:br/>
      </w:r>
      <w:r>
        <w:rPr>
          <w:sz w:val="20"/>
        </w:rPr>
        <w:t>1:08  mujhe tareekh mein allah se darne wale nahi mile, yani ke allah</w:t>
      </w:r>
      <w:r>
        <w:br/>
      </w:r>
      <w:r>
        <w:rPr>
          <w:sz w:val="20"/>
        </w:rPr>
        <w:t>1:14  se hubb shadeed karne wale nahi mile.</w:t>
      </w:r>
      <w:r>
        <w:br/>
      </w:r>
      <w:r>
        <w:rPr>
          <w:sz w:val="20"/>
        </w:rPr>
        <w:t>1:20  yeh mera apni study ka hai.</w:t>
      </w:r>
      <w:r>
        <w:br/>
      </w:r>
      <w:r>
        <w:rPr>
          <w:sz w:val="20"/>
        </w:rPr>
        <w:t>1:25  agar kisi ka khayal hai ke aise log thay to uth kar naam mujhe bataye.</w:t>
      </w:r>
      <w:r>
        <w:br/>
      </w:r>
      <w:r>
        <w:rPr>
          <w:sz w:val="20"/>
        </w:rPr>
        <w:t>1:30  maine bohat parha, bohat parha, kyunke mujhe bohat zyada is se interest tha ke yeh to sab</w:t>
      </w:r>
      <w:r>
        <w:br/>
      </w:r>
      <w:r>
        <w:rPr>
          <w:sz w:val="20"/>
        </w:rPr>
        <w:t>1:36  se bari sifat hai.</w:t>
      </w:r>
      <w:r>
        <w:br/>
      </w:r>
      <w:r>
        <w:rPr>
          <w:sz w:val="20"/>
        </w:rPr>
        <w:t>1:41  aap jante hain ke insan ke paas sab se bari cheez mohabbat hai, sab se bari cheez mohabbat hai.</w:t>
      </w:r>
      <w:r>
        <w:br/>
      </w:r>
      <w:r>
        <w:rPr>
          <w:sz w:val="20"/>
        </w:rPr>
        <w:t>1:47  mohabbat se bari koi cheez aap ke paas nahi hai.</w:t>
      </w:r>
      <w:r>
        <w:br/>
      </w:r>
      <w:r>
        <w:rPr>
          <w:sz w:val="20"/>
        </w:rPr>
        <w:t>1:52  misalan aap ek khatoon se shadi karte hain aur khatoon se aap yeh keh dein ke bhai dekho,</w:t>
      </w:r>
      <w:r>
        <w:br/>
      </w:r>
      <w:r>
        <w:rPr>
          <w:sz w:val="20"/>
        </w:rPr>
        <w:t>1:58  roopa, paisa, ghar baar jo koi hai, sab tumhara hai, lekin mohabbat mein nahi kar sakta tum se.</w:t>
      </w:r>
      <w:r>
        <w:br/>
      </w:r>
      <w:r>
        <w:rPr>
          <w:sz w:val="20"/>
        </w:rPr>
        <w:t>2:03  isi din woh bhaag jayegi chhod kar aap ko, kyunke aap ke rafeeq hayat ko yahi tasawwuf</w:t>
      </w:r>
      <w:r>
        <w:br/>
      </w:r>
      <w:r>
        <w:rPr>
          <w:sz w:val="20"/>
        </w:rPr>
        <w:t>2:09  chahiye, mohabbat hi tasawwuf chahiye.</w:t>
      </w:r>
      <w:r>
        <w:br/>
      </w:r>
      <w:r>
        <w:rPr>
          <w:sz w:val="20"/>
        </w:rPr>
        <w:t>2:14  ghar baar le ke kya kare gi woh?</w:t>
      </w:r>
      <w:r>
        <w:br/>
      </w:r>
      <w:r>
        <w:rPr>
          <w:sz w:val="20"/>
        </w:rPr>
        <w:t>2:20  to Allah taala jo aap ka khaliq hai, aap ka malik hai, aap ka rab hai, aap ko</w:t>
      </w:r>
      <w:r>
        <w:br/>
      </w:r>
      <w:r>
        <w:rPr>
          <w:sz w:val="20"/>
        </w:rPr>
        <w:t>2:26  har cheez dene wala hai, us ko aap wahi cheez na dein jo sab se bari cheez aap</w:t>
      </w:r>
      <w:r>
        <w:br/>
      </w:r>
      <w:r>
        <w:rPr>
          <w:sz w:val="20"/>
        </w:rPr>
        <w:t>2:32  ke paas hai, yaani mohabbat, to aap ne kuch bhi nahi diya, kuch bhi nahi diya aap ne.</w:t>
      </w:r>
      <w:r>
        <w:br/>
      </w:r>
      <w:r>
        <w:rPr>
          <w:sz w:val="20"/>
        </w:rPr>
        <w:t>2:38  to main chahta tha ke janoon ke woh kaun insan tha jis ne Allah ko yeh sab se</w:t>
      </w:r>
      <w:r>
        <w:br/>
      </w:r>
      <w:r>
        <w:rPr>
          <w:sz w:val="20"/>
        </w:rPr>
        <w:t>2:44  bari cheez di, hub-e-shadeed.</w:t>
      </w:r>
      <w:r>
        <w:br/>
      </w:r>
      <w:r>
        <w:rPr>
          <w:sz w:val="20"/>
        </w:rPr>
        <w:t>2:51  to mere mutale'ay mein koi mila hi nahi, yaad rakhiye, siwaye peghambaron ke.</w:t>
      </w:r>
      <w:r>
        <w:br/>
      </w:r>
      <w:r>
        <w:rPr>
          <w:sz w:val="20"/>
        </w:rPr>
        <w:t>2:57  Allah se darne wale to mile mujhe, Allah se mohabbat karne wale nahi mile.</w:t>
      </w:r>
      <w:r>
        <w:br/>
      </w:r>
      <w:r>
        <w:rPr>
          <w:sz w:val="20"/>
        </w:rPr>
        <w:t>3:04  kisi ko is se ikhtilaf hai to ghussa na ho, woh naam bataye aur kitaab bataye jis se</w:t>
      </w:r>
      <w:r>
        <w:br/>
      </w:r>
      <w:r>
        <w:rPr>
          <w:sz w:val="20"/>
        </w:rPr>
        <w:t>3:10  sabit hota hai yeh.</w:t>
      </w:r>
      <w:r>
        <w:br/>
      </w:r>
      <w:r>
        <w:rPr>
          <w:sz w:val="20"/>
        </w:rPr>
        <w:t>3:17  to phir main sochne laga ke aisa kyun hua? Hub-e-shadeed ghayab hai.</w:t>
      </w:r>
      <w:r>
        <w:br/>
      </w:r>
      <w:r>
        <w:rPr>
          <w:sz w:val="20"/>
        </w:rPr>
        <w:t>3:24  Allah ke liye hub-e-shadeed ghayab hoti hai, yeh kya hai? Kya hai? Yeh kya muamla hai? To</w:t>
      </w:r>
      <w:r>
        <w:br/>
      </w:r>
      <w:r>
        <w:rPr>
          <w:sz w:val="20"/>
        </w:rPr>
        <w:t>3:35  maine samjha ke Islam ke baad ke zamane mein ek derailment ho gaya, derailment.</w:t>
      </w:r>
      <w:r>
        <w:br/>
      </w:r>
      <w:r>
        <w:rPr>
          <w:sz w:val="20"/>
        </w:rPr>
        <w:t>3:45  kyunke dekhiye, hub-e-shadeed ka jo subject hai, is ka ta'alluq hai spirituality se. Spirituality ke</w:t>
      </w:r>
    </w:p>
    <w:p>
      <w:pPr>
        <w:pStyle w:val="Heading2"/>
      </w:pPr>
      <w:r>
        <w:t>A ruined throat, tasty food, and belonging to God</w:t>
      </w:r>
    </w:p>
    <w:p>
      <w:r>
        <w:rPr>
          <w:color w:val="666666"/>
          <w:sz w:val="18"/>
        </w:rPr>
        <w:t>How To Realise God August 29, 2008 · 4m 01s · at 54:42 · https://youtu.be/cbjyJhhS1vI?t=3282</w:t>
      </w:r>
    </w:p>
    <w:p>
      <w:r>
        <w:rPr>
          <w:i/>
        </w:rPr>
        <w:t>“Raat mere paas telephone aaya ek sahab ka jo mere mission mein jude hain”</w:t>
      </w:r>
    </w:p>
    <w:p>
      <w:r>
        <w:rPr>
          <w:sz w:val="20"/>
        </w:rPr>
        <w:t>54:42  aisi haalat mein discovery kaise ho Khuda ki? raat mere paas telephone aaya ek sahab ka,</w:t>
      </w:r>
      <w:r>
        <w:br/>
      </w:r>
      <w:r>
        <w:rPr>
          <w:sz w:val="20"/>
        </w:rPr>
        <w:t>54:51  woh mere mission mein jude hue hain. woh to un ki awaaz jo thi, kuch woh badli hui lagti thi.</w:t>
      </w:r>
      <w:r>
        <w:br/>
      </w:r>
      <w:r>
        <w:rPr>
          <w:sz w:val="20"/>
        </w:rPr>
        <w:t>55:01  mein ne poocha ke aap ki awaaz badli hui kyun hai?</w:t>
      </w:r>
      <w:r>
        <w:br/>
      </w:r>
      <w:r>
        <w:rPr>
          <w:sz w:val="20"/>
        </w:rPr>
        <w:t>55:07  to unhon ne kaha ke woh infection ho gaya hai mere gale mein, aur mein antibiotic le raha hoon.</w:t>
      </w:r>
      <w:r>
        <w:br/>
      </w:r>
      <w:r>
        <w:rPr>
          <w:sz w:val="20"/>
        </w:rPr>
        <w:t>55:16  to mein samajh gaya ke kya qissa hai. woh bachpan se jis ko kehte hain lazeez ghizaein,</w:t>
      </w:r>
      <w:r>
        <w:br/>
      </w:r>
      <w:r>
        <w:rPr>
          <w:sz w:val="20"/>
        </w:rPr>
        <w:t>55:29  mein to ghiza ko lazzat ke liye nahi khata, tasty khane, woh tasty khane ke. to woh to mein samajh gaya ke tasty khane se yeh gala kharab hua hai.</w:t>
      </w:r>
      <w:r>
        <w:br/>
      </w:r>
      <w:r>
        <w:rPr>
          <w:sz w:val="20"/>
        </w:rPr>
        <w:t>55:44  to mein ne kaha aap ko</w:t>
      </w:r>
      <w:r>
        <w:br/>
      </w:r>
      <w:r>
        <w:rPr>
          <w:sz w:val="20"/>
        </w:rPr>
        <w:t>55:52  jis dawa ki zaroorat hai, woh woh nahi hai jo doctor ke haan milta hai, woh dawa khud aap ke paas hai,</w:t>
      </w:r>
      <w:r>
        <w:br/>
      </w:r>
      <w:r>
        <w:rPr>
          <w:sz w:val="20"/>
        </w:rPr>
        <w:t>55:59  woh ek aap apne ko badlein, aur aaj hi se yeh tay karein ke mujhe yeh so called lazeez khane nahi khane hain, tasty food ab nahi lena hai mujhe.</w:t>
      </w:r>
      <w:r>
        <w:br/>
      </w:r>
      <w:r>
        <w:rPr>
          <w:sz w:val="20"/>
        </w:rPr>
        <w:t>56:10  mein ne kaha ke mere mere sage bhai hain Aligarh mein, unhon ne mujhe gift bheja, khalais ghee, bade se dibbe mein bhara hua, aur bahut hi umda qism ka gajar ka halwa, bahut hi khushbudar, is mein to meway hain, kya kya,</w:t>
      </w:r>
      <w:r>
        <w:br/>
      </w:r>
      <w:r>
        <w:rPr>
          <w:sz w:val="20"/>
        </w:rPr>
        <w:t>56:26  khalais ghee aur gajar ka halwa.</w:t>
      </w:r>
      <w:r>
        <w:br/>
      </w:r>
      <w:r>
        <w:rPr>
          <w:sz w:val="20"/>
        </w:rPr>
        <w:t>56:28  mein ne kaha is ko chakh, mein ne chakha bhi nahi. mein ne aap yaqeen karein ke yaani itna le kar chaka bhi nahi, mein ne ke kya kaisa ghee hai, kaisa halwa hai.</w:t>
      </w:r>
      <w:r>
        <w:br/>
      </w:r>
      <w:r>
        <w:rPr>
          <w:sz w:val="20"/>
        </w:rPr>
        <w:t>56:41  to phir mein ne un se kaha ke dekhiye</w:t>
      </w:r>
      <w:r>
        <w:br/>
      </w:r>
      <w:r>
        <w:rPr>
          <w:sz w:val="20"/>
        </w:rPr>
        <w:t>56:46  Quran majeed ki ek aayat yaad rakhiye: "إن الله اشترى من المؤمنين أنفسهم ومالهم الجنة".</w:t>
      </w:r>
      <w:r>
        <w:br/>
      </w:r>
      <w:r>
        <w:rPr>
          <w:sz w:val="20"/>
        </w:rPr>
        <w:t>56:57  yeh Quran ki ek aayat hai ke Khuda ne khareed liya hai woh ahl-e-imaan ko, is liye ke un ko jannat hai akhirat mein.</w:t>
      </w:r>
      <w:r>
        <w:br/>
      </w:r>
      <w:r>
        <w:rPr>
          <w:sz w:val="20"/>
        </w:rPr>
        <w:t>57:06  aap khareeday hue insaan hain, Khuda ne aap ko khareed liya hai, aap apne nahi hain, aap Khuda ke hain. to kaisa aap khana khayein?</w:t>
      </w:r>
      <w:r>
        <w:br/>
      </w:r>
      <w:r>
        <w:rPr>
          <w:sz w:val="20"/>
        </w:rPr>
        <w:t>57:17  yeh aap ko, aap ko is mein koi choice nahi hai, aap ko saada khana khana padega taake gala kharab na ho, taake sehat kharab na ho, taake wazan na badhe,</w:t>
      </w:r>
      <w:r>
        <w:br/>
      </w:r>
      <w:r>
        <w:rPr>
          <w:sz w:val="20"/>
        </w:rPr>
        <w:t>57:27  taake aap Khuda ke deen ka kaam kar sakein.</w:t>
      </w:r>
      <w:r>
        <w:br/>
      </w:r>
      <w:r>
        <w:rPr>
          <w:sz w:val="20"/>
        </w:rPr>
        <w:t>57:33  to mein ne kaha aap, aap, mein aur aap, aur jo bhi yeh kehta hai ke mein sahab-e-imaan hoon, us ko Khuda ne khareed liya hai, woh khareeda hua insaan hai, us ko wahi kaam karna hai jo Khuda chahta hai, us ka apna koi choice nahi hai.</w:t>
      </w:r>
      <w:r>
        <w:br/>
      </w:r>
      <w:r>
        <w:rPr>
          <w:sz w:val="20"/>
        </w:rPr>
        <w:t>57:53  to hum sab logon ko, yeh aap sab logon se mein yeh kehta hoon, aap sab log khareeday hue insaan hain, aap mein se koi apna choice nahi rakhta, Khuda ke choice par hamein chalna hai, yaad rakhiye,</w:t>
      </w:r>
      <w:r>
        <w:br/>
      </w:r>
      <w:r>
        <w:rPr>
          <w:sz w:val="20"/>
        </w:rPr>
        <w:t>58:10  wahi karna hai jo Khuda chahta hai ke hum karein, Khuda ke deen ke liye apne aap ko laga dena hai, Khuda ke mission mein apne aap ko laga dena hai, yahi hamein karna hai.</w:t>
      </w:r>
      <w:r>
        <w:br/>
      </w:r>
      <w:r>
        <w:rPr>
          <w:sz w:val="20"/>
        </w:rPr>
        <w:t>58:21  Allah taala hum sab ko qabool farmaye, hum sab ko taqat de. aqool qawli haza wastaghfirullaha li walakum ajmaeen.</w:t>
      </w:r>
    </w:p>
    <w:p>
      <w:pPr>
        <w:pStyle w:val="Heading2"/>
      </w:pPr>
      <w:r>
        <w:t>Opening prayer and introduction to life interview</w:t>
      </w:r>
    </w:p>
    <w:p>
      <w:r>
        <w:rPr>
          <w:color w:val="666666"/>
          <w:sz w:val="18"/>
        </w:rPr>
        <w:t>My Life and Experiences 8 April, 2007 - Maulana Wahiduddin Khan · 3m 21s · at 0:13 · https://youtu.be/ycPiIM2nxFU?t=13</w:t>
      </w:r>
    </w:p>
    <w:p>
      <w:r>
        <w:rPr>
          <w:i/>
        </w:rPr>
        <w:t>“Sallallahu alan-nabiyyil kareem, Rabbi ishrah li sadri”</w:t>
      </w:r>
    </w:p>
    <w:p>
      <w:r>
        <w:rPr>
          <w:sz w:val="20"/>
        </w:rPr>
        <w:t>0:13  wasalli allah ala nabiyil karim. rabishrah li sadri, wa yassir li amri, wah lul uqdatan min lisani, yafqahu qawli.</w:t>
      </w:r>
      <w:r>
        <w:br/>
      </w:r>
      <w:r>
        <w:rPr>
          <w:sz w:val="20"/>
        </w:rPr>
        <w:t>0:33  aaj mein khud apni life aur apne experience ke bare mein kuch kahunga.</w:t>
      </w:r>
      <w:r>
        <w:br/>
      </w:r>
      <w:r>
        <w:rPr>
          <w:sz w:val="20"/>
        </w:rPr>
        <w:t>0:49  asal mein aisa hai ke dilli mein ek arab tv ki team aayi hai to unhon ne do bar mera interview,</w:t>
      </w:r>
      <w:r>
        <w:br/>
      </w:r>
      <w:r>
        <w:rPr>
          <w:sz w:val="20"/>
        </w:rPr>
        <w:t>1:07  video interview record kiya. ek to kal, kal tha, ek pehle, bohat detail ke sath.</w:t>
      </w:r>
      <w:r>
        <w:br/>
      </w:r>
      <w:r>
        <w:rPr>
          <w:sz w:val="20"/>
        </w:rPr>
        <w:t>1:17  to</w:t>
      </w:r>
      <w:r>
        <w:br/>
      </w:r>
      <w:r>
        <w:rPr>
          <w:sz w:val="20"/>
        </w:rPr>
        <w:t>1:20  kal jo interview tha,</w:t>
      </w:r>
      <w:r>
        <w:br/>
      </w:r>
      <w:r>
        <w:rPr>
          <w:sz w:val="20"/>
        </w:rPr>
        <w:t>1:26  kal jo interview tha us mein kal 17 question the, 17. woh sab meri apni life ke bare mein the.</w:t>
      </w:r>
      <w:r>
        <w:br/>
      </w:r>
      <w:r>
        <w:rPr>
          <w:sz w:val="20"/>
        </w:rPr>
        <w:t>1:42  misal ke taur par unhon ne poocha ke meri early life kaisi thi. har aadmi ki early life kya hai, us ki yaden us ke zehan mein rehti hain.</w:t>
      </w:r>
      <w:r>
        <w:br/>
      </w:r>
      <w:r>
        <w:rPr>
          <w:sz w:val="20"/>
        </w:rPr>
        <w:t>1:58  to unhon ne is ke bare mein poocha.</w:t>
      </w:r>
      <w:r>
        <w:br/>
      </w:r>
      <w:r>
        <w:rPr>
          <w:sz w:val="20"/>
        </w:rPr>
        <w:t>2:03  phir unhon ne poocha ke</w:t>
      </w:r>
      <w:r>
        <w:br/>
      </w:r>
      <w:r>
        <w:rPr>
          <w:sz w:val="20"/>
        </w:rPr>
        <w:t>2:10  un ka ek question yeh tha ke ma hi al ahdath wal shakhsiyat allati atharat fi shakhsiyatik al karimah?</w:t>
      </w:r>
      <w:r>
        <w:br/>
      </w:r>
      <w:r>
        <w:rPr>
          <w:sz w:val="20"/>
        </w:rPr>
        <w:t>2:24  us ka matlab yeh tha ke what are those events</w:t>
      </w:r>
      <w:r>
        <w:br/>
      </w:r>
      <w:r>
        <w:rPr>
          <w:sz w:val="20"/>
        </w:rPr>
        <w:t>2:29  and personalities that influenced you most?</w:t>
      </w:r>
      <w:r>
        <w:br/>
      </w:r>
      <w:r>
        <w:rPr>
          <w:sz w:val="20"/>
        </w:rPr>
        <w:t>2:41  what are those events and personalities that influenced you most?</w:t>
      </w:r>
      <w:r>
        <w:br/>
      </w:r>
      <w:r>
        <w:rPr>
          <w:sz w:val="20"/>
        </w:rPr>
        <w:t>2:50  yeh tha. isi tarah unhon ne yeh bhi poocha ke meri jo thought hai, jo meri soch hai, us ke bare mein mein kya kehna chahunga.</w:t>
      </w:r>
      <w:r>
        <w:br/>
      </w:r>
      <w:r>
        <w:rPr>
          <w:sz w:val="20"/>
        </w:rPr>
        <w:t>3:05  to mein chahta hoon ke yeh baatein jo maine kaheen wahan to thoda elaboration ke sath, usko thoda sa elaborate kar ke mein yahan par kuch baatein kahoon.</w:t>
      </w:r>
    </w:p>
    <w:p>
      <w:pPr>
        <w:pStyle w:val="Heading2"/>
      </w:pPr>
      <w:r>
        <w:t>Kalima as discovery and transformation</w:t>
      </w:r>
    </w:p>
    <w:p>
      <w:r>
        <w:rPr>
          <w:color w:val="666666"/>
          <w:sz w:val="18"/>
        </w:rPr>
        <w:t>How to Build a Heavenly Personality January 25, 2008 Maulana Wahiduddin Khan · 5m 19s · at 3:24 · https://youtu.be/FKjJyCNTdUY?t=204</w:t>
      </w:r>
    </w:p>
    <w:p>
      <w:r>
        <w:rPr>
          <w:i/>
        </w:rPr>
        <w:t>“It is true that 'La ilaha illallah' is the key to paradise.”</w:t>
      </w:r>
    </w:p>
    <w:p>
      <w:r>
        <w:rPr>
          <w:sz w:val="20"/>
        </w:rPr>
        <w:t>3:24  it is true that "la ilaha illallah muhammadur rasulullah" is the key to paradise. but in what sense?</w:t>
      </w:r>
      <w:r>
        <w:br/>
      </w:r>
      <w:r>
        <w:rPr>
          <w:sz w:val="20"/>
        </w:rPr>
        <w:t>3:36  this kalma is like eureka, eureka.</w:t>
      </w:r>
      <w:r>
        <w:br/>
      </w:r>
      <w:r>
        <w:rPr>
          <w:sz w:val="20"/>
        </w:rPr>
        <w:t>3:45  one greek philosopher said eureka, eureka. but for him, eureka was a word of discovery.</w:t>
      </w:r>
      <w:r>
        <w:br/>
      </w:r>
      <w:r>
        <w:rPr>
          <w:sz w:val="20"/>
        </w:rPr>
        <w:t>4:02  a declaration of discovery. when he said that eureka, eureka, it means that he has discovered.</w:t>
      </w:r>
      <w:r>
        <w:br/>
      </w:r>
      <w:r>
        <w:rPr>
          <w:sz w:val="20"/>
        </w:rPr>
        <w:t>4:16  he is a discoverer. so due to this discovery, he became a</w:t>
      </w:r>
      <w:r>
        <w:br/>
      </w:r>
      <w:r>
        <w:rPr>
          <w:sz w:val="20"/>
        </w:rPr>
        <w:t>4:27  scientist of that discipline. not simply</w:t>
      </w:r>
      <w:r>
        <w:br/>
      </w:r>
      <w:r>
        <w:rPr>
          <w:sz w:val="20"/>
        </w:rPr>
        <w:t>4:39  due to lip service. so is the case of kalma. it is, it is, it is correct if you see that kalma is the key to paradise.</w:t>
      </w:r>
      <w:r>
        <w:br/>
      </w:r>
      <w:r>
        <w:rPr>
          <w:sz w:val="20"/>
        </w:rPr>
        <w:t>4:58  but in what sense? in the sense of discovery, in sense of realization.</w:t>
      </w:r>
      <w:r>
        <w:br/>
      </w:r>
      <w:r>
        <w:rPr>
          <w:sz w:val="20"/>
        </w:rPr>
        <w:t>5:07  that is called in arabic marifa, al-marifa.</w:t>
      </w:r>
      <w:r>
        <w:br/>
      </w:r>
      <w:r>
        <w:rPr>
          <w:sz w:val="20"/>
        </w:rPr>
        <w:t>5:40  some verses from the quran. in these verses, you can see that some people were reward paradise simply by saying, bima qalu.</w:t>
      </w:r>
      <w:r>
        <w:br/>
      </w:r>
      <w:r>
        <w:rPr>
          <w:sz w:val="20"/>
        </w:rPr>
        <w:t>5:53  but this call was not simply saying or lip service. it was an outcome of a brainstorm.</w:t>
      </w:r>
      <w:r>
        <w:br/>
      </w:r>
      <w:r>
        <w:rPr>
          <w:sz w:val="20"/>
        </w:rPr>
        <w:t>6:06  they discover the truth, they realize the truth. and then there was storm in their personality.</w:t>
      </w:r>
      <w:r>
        <w:br/>
      </w:r>
      <w:r>
        <w:rPr>
          <w:sz w:val="20"/>
        </w:rPr>
        <w:t>6:22  they when they said this kalma, it was out of this storm, out of this intellectual revolution.</w:t>
      </w:r>
      <w:r>
        <w:br/>
      </w:r>
      <w:r>
        <w:rPr>
          <w:sz w:val="20"/>
        </w:rPr>
        <w:t>6:35  so i can say that kalma is a key to paradise, but in this sense.</w:t>
      </w:r>
      <w:r>
        <w:br/>
      </w:r>
      <w:r>
        <w:rPr>
          <w:sz w:val="20"/>
        </w:rPr>
        <w:t>6:45  that kalma means that kalma is an outcome of intellectual revolution, intellectual change, intellectual storm,</w:t>
      </w:r>
      <w:r>
        <w:br/>
      </w:r>
      <w:r>
        <w:rPr>
          <w:sz w:val="20"/>
        </w:rPr>
        <w:t>7:00  intellectual realization, intellectual discovery. so kalma is just like eureka,</w:t>
      </w:r>
      <w:r>
        <w:br/>
      </w:r>
      <w:r>
        <w:rPr>
          <w:sz w:val="20"/>
        </w:rPr>
        <w:t>7:15  just like eureka. i have found, i have found. so these a beginning.</w:t>
      </w:r>
      <w:r>
        <w:br/>
      </w:r>
      <w:r>
        <w:rPr>
          <w:sz w:val="20"/>
        </w:rPr>
        <w:t>7:31  any man or any woman who is a candidate for paradise, he must know, he or she must know that kalma is their beginning.</w:t>
      </w:r>
      <w:r>
        <w:br/>
      </w:r>
      <w:r>
        <w:rPr>
          <w:sz w:val="20"/>
        </w:rPr>
        <w:t>7:48  that is realization, is their beginning, discovery is their beginning. from discovery or realization, their journey begins.</w:t>
      </w:r>
      <w:r>
        <w:br/>
      </w:r>
      <w:r>
        <w:rPr>
          <w:sz w:val="20"/>
        </w:rPr>
        <w:t>8:02  then what happens? this kalma transforms your personality in complete sense of the word.</w:t>
      </w:r>
      <w:r>
        <w:br/>
      </w:r>
      <w:r>
        <w:rPr>
          <w:sz w:val="20"/>
        </w:rPr>
        <w:t>8:14  it changes your outlook, it changes your mind, it changes your, your way of thinking, it changes your behavior.</w:t>
      </w:r>
      <w:r>
        <w:br/>
      </w:r>
      <w:r>
        <w:rPr>
          <w:sz w:val="20"/>
        </w:rPr>
        <w:t>8:29  it changes all the aspect of your life. you become completely a transformed person.</w:t>
      </w:r>
    </w:p>
    <w:p>
      <w:pPr>
        <w:pStyle w:val="Heading2"/>
      </w:pPr>
      <w:r>
        <w:t>Abu Darda story on self hammering tazkiyah</w:t>
      </w:r>
    </w:p>
    <w:p>
      <w:r>
        <w:rPr>
          <w:color w:val="666666"/>
          <w:sz w:val="18"/>
        </w:rPr>
        <w:t>Tazkiyah and Self Criticism April 13, 2020 Maulana Wahiduddin Khan · 5m 52s · at 2:19 · https://youtu.be/D4pMJtT4vDg?t=139</w:t>
      </w:r>
    </w:p>
    <w:p>
      <w:r>
        <w:rPr>
          <w:i/>
        </w:rPr>
        <w:t>“Maine ek waqea parha Abu Darda sahabi ka”</w:t>
      </w:r>
    </w:p>
    <w:p>
      <w:r>
        <w:rPr>
          <w:sz w:val="20"/>
        </w:rPr>
        <w:t>2:19  toh maine ek waqia padha abu darda sahabi ka. rasool allah ke ek sahabi the, un ka naam tha abu darda.</w:t>
      </w:r>
      <w:r>
        <w:br/>
      </w:r>
      <w:r>
        <w:rPr>
          <w:sz w:val="20"/>
        </w:rPr>
        <w:t>2:34  yeh bahut hi...</w:t>
      </w:r>
      <w:r>
        <w:br/>
      </w:r>
      <w:r>
        <w:rPr>
          <w:sz w:val="20"/>
        </w:rPr>
        <w:t>2:43  unki ek ladki thi, uska naam tha darda. toh isi darda ke naam par un ke baap ka naam aur</w:t>
      </w:r>
      <w:r>
        <w:br/>
      </w:r>
      <w:r>
        <w:rPr>
          <w:sz w:val="20"/>
        </w:rPr>
        <w:t>2:53  maan ka naam pad gaya. yaani maan ko kehne lage log ab umm e darda aur baap ko kehne lage abu darda.</w:t>
      </w:r>
      <w:r>
        <w:br/>
      </w:r>
      <w:r>
        <w:rPr>
          <w:sz w:val="20"/>
        </w:rPr>
        <w:t>3:06  to maan baap kam mashhoor hain, lekin darda zyada mashhoor hai.</w:t>
      </w:r>
      <w:r>
        <w:br/>
      </w:r>
      <w:r>
        <w:rPr>
          <w:sz w:val="20"/>
        </w:rPr>
        <w:t>3:16  to baharhaal,</w:t>
      </w:r>
      <w:r>
        <w:br/>
      </w:r>
      <w:r>
        <w:rPr>
          <w:sz w:val="20"/>
        </w:rPr>
        <w:t>3:20  abu darda jo sahabi thay, un ka ek hum ne parha hai ek qaul.</w:t>
      </w:r>
      <w:r>
        <w:br/>
      </w:r>
      <w:r>
        <w:rPr>
          <w:sz w:val="20"/>
        </w:rPr>
        <w:t>3:31  is ka sense yeh tha ke momin woh hai jo bahar kisi par naqd naqd kar raha hai, noon khaf se naqd kar rahe hain.</w:t>
      </w:r>
      <w:r>
        <w:br/>
      </w:r>
      <w:r>
        <w:rPr>
          <w:sz w:val="20"/>
        </w:rPr>
        <w:t>3:46  yaani kisi ki humri karen,</w:t>
      </w:r>
      <w:r>
        <w:br/>
      </w:r>
      <w:r>
        <w:rPr>
          <w:sz w:val="20"/>
        </w:rPr>
        <w:t>3:50  aur phir jab andar aaye ya ghar mein aaye to us se zyada khud apni humri karen.</w:t>
      </w:r>
      <w:r>
        <w:br/>
      </w:r>
      <w:r>
        <w:rPr>
          <w:sz w:val="20"/>
        </w:rPr>
        <w:t>4:02  is se maine samjha ke</w:t>
      </w:r>
      <w:r>
        <w:br/>
      </w:r>
      <w:r>
        <w:rPr>
          <w:sz w:val="20"/>
        </w:rPr>
        <w:t>4:09  naqd ya humri</w:t>
      </w:r>
      <w:r>
        <w:br/>
      </w:r>
      <w:r>
        <w:rPr>
          <w:sz w:val="20"/>
        </w:rPr>
        <w:t>4:17  ka ek plus point hai. plus point. islam ki ek sifat yeh hai ke is mein har</w:t>
      </w:r>
      <w:r>
        <w:br/>
      </w:r>
      <w:r>
        <w:rPr>
          <w:sz w:val="20"/>
        </w:rPr>
        <w:t>4:28  har cheez ka positive aspect hota hai. to naqd ka bhi ek positive point hai.</w:t>
      </w:r>
      <w:r>
        <w:br/>
      </w:r>
      <w:r>
        <w:rPr>
          <w:sz w:val="20"/>
        </w:rPr>
        <w:t>4:39  yaani woh bahar to us ne keh diya kisi ko sakht daanta par kar di,</w:t>
      </w:r>
      <w:r>
        <w:br/>
      </w:r>
      <w:r>
        <w:rPr>
          <w:sz w:val="20"/>
        </w:rPr>
        <w:t>4:46  kisi ko bura bura keh diya, lekin jab kuch dair ke baad ghar ke andar aaye aur us ko yaad aaye ke main ne kya ghalti kar di, to apne ko us se zyada humri karen.</w:t>
      </w:r>
      <w:r>
        <w:br/>
      </w:r>
      <w:r>
        <w:rPr>
          <w:sz w:val="20"/>
        </w:rPr>
        <w:t>5:04  instead of humri, aur bhi zyada andaaz mein, sakht andaaz mein karen.</w:t>
      </w:r>
      <w:r>
        <w:br/>
      </w:r>
      <w:r>
        <w:rPr>
          <w:sz w:val="20"/>
        </w:rPr>
        <w:t>5:16  to is se maine samjha ke</w:t>
      </w:r>
      <w:r>
        <w:br/>
      </w:r>
      <w:r>
        <w:rPr>
          <w:sz w:val="20"/>
        </w:rPr>
        <w:t>5:25  Allah rab ul aalameen ne insaan ko mauqa diya hai ke woh agar koi ghalti kar jaye to us ghalti ko apne liye</w:t>
      </w:r>
      <w:r>
        <w:br/>
      </w:r>
      <w:r>
        <w:rPr>
          <w:sz w:val="20"/>
        </w:rPr>
        <w:t>5:46  convert karne ka zariya bana le.</w:t>
      </w:r>
      <w:r>
        <w:br/>
      </w:r>
      <w:r>
        <w:rPr>
          <w:sz w:val="20"/>
        </w:rPr>
        <w:t>5:51  yaani apne negative ko positive banane mein woh istemaal kar sake.</w:t>
      </w:r>
      <w:r>
        <w:br/>
      </w:r>
      <w:r>
        <w:rPr>
          <w:sz w:val="20"/>
        </w:rPr>
        <w:t>6:00  tab se mujhe yeh humri abhi aadat ban gayi. aadat. woh ke agar main kisi se koi sakht baat keh doon, kisi ko koi sakht baat keh doon,</w:t>
      </w:r>
      <w:r>
        <w:br/>
      </w:r>
      <w:r>
        <w:rPr>
          <w:sz w:val="20"/>
        </w:rPr>
        <w:t>6:17  to us ke baad mere andar bohat jald</w:t>
      </w:r>
      <w:r>
        <w:br/>
      </w:r>
      <w:r>
        <w:rPr>
          <w:sz w:val="20"/>
        </w:rPr>
        <w:t>6:24  yeh repentance aata hai. repentance. repentance.</w:t>
      </w:r>
      <w:r>
        <w:br/>
      </w:r>
      <w:r>
        <w:rPr>
          <w:sz w:val="20"/>
        </w:rPr>
        <w:t>6:33  yaani apni ko...</w:t>
      </w:r>
      <w:r>
        <w:br/>
      </w:r>
      <w:r>
        <w:rPr>
          <w:sz w:val="20"/>
        </w:rPr>
        <w:t>6:42  yaani self humri.</w:t>
      </w:r>
      <w:r>
        <w:br/>
      </w:r>
      <w:r>
        <w:rPr>
          <w:sz w:val="20"/>
        </w:rPr>
        <w:t>6:50  to Hazrat Abu Darda ka qissa jab maine parha to us waqt se mere baray mein barh gaya ke Allah ki rehmat jo hai, rehmat ke agar insaan se koi ghalti ho jaye to Allah us ko mauqa deta hai, mauqa</w:t>
      </w:r>
      <w:r>
        <w:br/>
      </w:r>
      <w:r>
        <w:rPr>
          <w:sz w:val="20"/>
        </w:rPr>
        <w:t>7:10  ke woh apni ghalti ko karwat kar ke achhai bana bana le. yeh bohat ajeeb o ghareeb rehmat hai Allah taala ki.</w:t>
      </w:r>
      <w:r>
        <w:br/>
      </w:r>
      <w:r>
        <w:rPr>
          <w:sz w:val="20"/>
        </w:rPr>
        <w:t>7:25  yani</w:t>
      </w:r>
      <w:r>
        <w:br/>
      </w:r>
      <w:r>
        <w:rPr>
          <w:sz w:val="20"/>
        </w:rPr>
        <w:t>7:27  is ne pehle to ki thi kisi aur ki humri, lekin baad ko woh apni hi humri karne laga. self humri.</w:t>
      </w:r>
      <w:r>
        <w:br/>
      </w:r>
      <w:r>
        <w:rPr>
          <w:sz w:val="20"/>
        </w:rPr>
        <w:t>7:38  aur phir aur phir kya kare woh? is aadmi ke liye bohat ziyada duaen kare woh. yeh hazrat abu darda ka tareeqa tha.</w:t>
      </w:r>
      <w:r>
        <w:br/>
      </w:r>
      <w:r>
        <w:rPr>
          <w:sz w:val="20"/>
        </w:rPr>
        <w:t>7:51  is aadmi ki bohat ziyada duaen karna is</w:t>
      </w:r>
      <w:r>
        <w:br/>
      </w:r>
      <w:r>
        <w:rPr>
          <w:sz w:val="20"/>
        </w:rPr>
        <w:t>7:55  aadmi ke liye. yani is waqeye ke zariye, is waqeye ke jo ho gaya hai is se, is ke zariye woh is ko woh self development ka zariya bana le.</w:t>
      </w:r>
    </w:p>
    <w:p>
      <w:pPr>
        <w:pStyle w:val="Heading2"/>
      </w:pPr>
      <w:r>
        <w:t>Job rejection story and self-examination after decades</w:t>
      </w:r>
    </w:p>
    <w:p>
      <w:r>
        <w:rPr>
          <w:color w:val="666666"/>
          <w:sz w:val="18"/>
        </w:rPr>
        <w:t>INTERACTION February 23, 2020 Maulana Wahiduddin Khan · 5m 39s · at 33:39 · https://youtu.be/cSwwQagXX_E?t=2019</w:t>
      </w:r>
    </w:p>
    <w:p>
      <w:r>
        <w:rPr>
          <w:i/>
        </w:rPr>
        <w:t>“Mujhe apna qissa yaad aata hai”</w:t>
      </w:r>
    </w:p>
    <w:p>
      <w:r>
        <w:rPr>
          <w:sz w:val="20"/>
        </w:rPr>
        <w:t>33:39  mujhe apna qissa yaad aata hai ke main, hamare bhai jo thay, bhai, baray bhai, bohat chahte thay ke mujhe koi rozgar milay.</w:t>
      </w:r>
      <w:r>
        <w:br/>
      </w:r>
      <w:r>
        <w:rPr>
          <w:sz w:val="20"/>
        </w:rPr>
        <w:t>33:51  to unhon ne mujhe bheja gorakhpur. gorakhpur mein aik baray afsar thay, woh hamare rishtedar thay,</w:t>
      </w:r>
      <w:r>
        <w:br/>
      </w:r>
      <w:r>
        <w:rPr>
          <w:sz w:val="20"/>
        </w:rPr>
        <w:t>34:01  faik sahib, iias. to un ka bohat bara bangla tha, us mein ja kar main thehra tha.</w:t>
      </w:r>
      <w:r>
        <w:br/>
      </w:r>
      <w:r>
        <w:rPr>
          <w:sz w:val="20"/>
        </w:rPr>
        <w:t>34:12  to yeh us zamanay ki baat hai ji, jab second war war bharti ho rahi thi</w:t>
      </w:r>
      <w:r>
        <w:br/>
      </w:r>
      <w:r>
        <w:rPr>
          <w:sz w:val="20"/>
        </w:rPr>
        <w:t>34:20  aik kaam ke liye. to us service mein mujhe bheja unhon ne ke faik sahib sifarish karein ge, woh service mil jaye gi.</w:t>
      </w:r>
      <w:r>
        <w:br/>
      </w:r>
      <w:r>
        <w:rPr>
          <w:sz w:val="20"/>
        </w:rPr>
        <w:t>34:35  to main gaya wahan, aur jo jo recruitment ka jo incharge hai, us se mila.</w:t>
      </w:r>
      <w:r>
        <w:br/>
      </w:r>
      <w:r>
        <w:rPr>
          <w:sz w:val="20"/>
        </w:rPr>
        <w:t>34:48  kai din, kai din gaya is ke paas, mujh ko is ne bharti nahin kiya. yahan tak ke aakhri din ja ke maine in se kaha, faeq sahib se, kya kai din, kai din ho gaye, abhi tak is ne mujhe liya nahin?</w:t>
      </w:r>
      <w:r>
        <w:br/>
      </w:r>
      <w:r>
        <w:rPr>
          <w:sz w:val="20"/>
        </w:rPr>
        <w:t>35:07  to unhon ne ek special khat likha tha mere</w:t>
      </w:r>
      <w:r>
        <w:br/>
      </w:r>
      <w:r>
        <w:rPr>
          <w:sz w:val="20"/>
        </w:rPr>
        <w:t>35:10  sifarish ka, is ka jumla ab tak mujhe yaad hai. i hope you will take him on today. yeh bohat bare afsar thay.</w:t>
      </w:r>
      <w:r>
        <w:br/>
      </w:r>
      <w:r>
        <w:rPr>
          <w:sz w:val="20"/>
        </w:rPr>
        <w:t>35:22  i hope you will take him on today. ab yeh le ke gaya main, tab bhi is ne nahin liya.</w:t>
      </w:r>
      <w:r>
        <w:br/>
      </w:r>
      <w:r>
        <w:rPr>
          <w:sz w:val="20"/>
        </w:rPr>
        <w:t>35:30  to waqea hai ke aaj hi main soch raha tha ke mujhe kyun nahin liya is ne, ek bare afsar ki sifarish.</w:t>
      </w:r>
      <w:r>
        <w:br/>
      </w:r>
      <w:r>
        <w:rPr>
          <w:sz w:val="20"/>
        </w:rPr>
        <w:t>35:40  to is ne mujh se nahin kaha tha, lekin main ne khud jana ke is ne socha hoga ke main kaise le loon, yeh to matric bhi nahin hai,</w:t>
      </w:r>
      <w:r>
        <w:br/>
      </w:r>
      <w:r>
        <w:rPr>
          <w:sz w:val="20"/>
        </w:rPr>
        <w:t>35:51  to kaise le loon main? aaj hi mujhe samajh mein aaya ke kyun nahin liya is ne. i hope you will take him on today.</w:t>
      </w:r>
      <w:r>
        <w:br/>
      </w:r>
      <w:r>
        <w:rPr>
          <w:sz w:val="20"/>
        </w:rPr>
        <w:t>36:01  to is ne socha hoga bechare ne ke bhai kaise le loon main?</w:t>
      </w:r>
      <w:r>
        <w:br/>
      </w:r>
      <w:r>
        <w:rPr>
          <w:sz w:val="20"/>
        </w:rPr>
        <w:t>36:09  yeh to matric bhi certificate in ke paas nahin hai.</w:t>
      </w:r>
      <w:r>
        <w:br/>
      </w:r>
      <w:r>
        <w:rPr>
          <w:sz w:val="20"/>
        </w:rPr>
        <w:t>36:16  yeh mujhe bataiyega, koi hoga aap, aap kisi ko jante hain</w:t>
      </w:r>
      <w:r>
        <w:br/>
      </w:r>
      <w:r>
        <w:rPr>
          <w:sz w:val="20"/>
        </w:rPr>
        <w:t>36:24  jo is tarah apni self excuse nahin kare? yeh waqea is waqt tha jab ke</w:t>
      </w:r>
      <w:r>
        <w:br/>
      </w:r>
      <w:r>
        <w:rPr>
          <w:sz w:val="20"/>
        </w:rPr>
        <w:t>36:34  world war second ho rahi thi, tab ki.</w:t>
      </w:r>
      <w:r>
        <w:br/>
      </w:r>
      <w:r>
        <w:rPr>
          <w:sz w:val="20"/>
        </w:rPr>
        <w:t>36:42  kya jang hogi woh? kab se kab tak hui thi</w:t>
      </w:r>
      <w:r>
        <w:br/>
      </w:r>
      <w:r>
        <w:rPr>
          <w:sz w:val="20"/>
        </w:rPr>
        <w:t>36:45  ? 39 se 45 tak. hain? 39 se 45 tak, 39 se 45 tak.</w:t>
      </w:r>
      <w:r>
        <w:br/>
      </w:r>
      <w:r>
        <w:rPr>
          <w:sz w:val="20"/>
        </w:rPr>
        <w:t>36:54  acha, to jang, larai ke khatam hone se pehle ki baat hai. to andaza kitne saal ho gaye?</w:t>
      </w:r>
      <w:r>
        <w:br/>
      </w:r>
      <w:r>
        <w:rPr>
          <w:sz w:val="20"/>
        </w:rPr>
        <w:t>37:04  haan, andaza. kyunke jang abhi khatam nahin hui thi, abhi bharti ho rahi thi. 75</w:t>
      </w:r>
      <w:r>
        <w:br/>
      </w:r>
      <w:r>
        <w:rPr>
          <w:sz w:val="20"/>
        </w:rPr>
        <w:t>37:14  saal se zyada ho gaye. hain? 75 saal ke qareeb hue. 75? to aap kisi ko jante hain jo 75 saal tak yeh sochta raha hai ke itni bari sifarish ke baad bhi nahin liya unhein?</w:t>
      </w:r>
      <w:r>
        <w:br/>
      </w:r>
      <w:r>
        <w:rPr>
          <w:sz w:val="20"/>
        </w:rPr>
        <w:t>37:28  to phir yeh is ka jawab aaj hi mili mujhe, sachi baat yeh hai.</w:t>
      </w:r>
      <w:r>
        <w:br/>
      </w:r>
      <w:r>
        <w:rPr>
          <w:sz w:val="20"/>
        </w:rPr>
        <w:t>37:34  kyunke main yeh bura bhala nahin kehta, kisi ko bura nahin kehta main, apne andar dhoondta hoon.</w:t>
      </w:r>
      <w:r>
        <w:br/>
      </w:r>
      <w:r>
        <w:rPr>
          <w:sz w:val="20"/>
        </w:rPr>
        <w:t>37:46  to mujh se woh sawal karta tha, to yeh sab poochta tha, kya parha hai, kahan parha hai yeh woh? to aaj hi maine jana ke woh bechara kya karta.</w:t>
      </w:r>
      <w:r>
        <w:br/>
      </w:r>
      <w:r>
        <w:rPr>
          <w:sz w:val="20"/>
        </w:rPr>
        <w:t>37:58  unhon ne dekha hoga ke tu naujawan, matric</w:t>
      </w:r>
      <w:r>
        <w:br/>
      </w:r>
      <w:r>
        <w:rPr>
          <w:sz w:val="20"/>
        </w:rPr>
        <w:t>38:03  ka certificate bhi is ke paas nahin hai, to main kaise le loon is ko?</w:t>
      </w:r>
      <w:r>
        <w:br/>
      </w:r>
      <w:r>
        <w:rPr>
          <w:sz w:val="20"/>
        </w:rPr>
        <w:t>38:11  itna koi, aap jante hain kisi ko jo itna zyada apni, khud apne bare mein khud kured karta ho?</w:t>
      </w:r>
      <w:r>
        <w:br/>
      </w:r>
      <w:r>
        <w:rPr>
          <w:sz w:val="20"/>
        </w:rPr>
        <w:t>38:23  poochhein un se, jante hain kisi ko?</w:t>
      </w:r>
      <w:r>
        <w:br/>
      </w:r>
      <w:r>
        <w:rPr>
          <w:sz w:val="20"/>
        </w:rPr>
        <w:t>38:26  nahin. khud apne bare mein? woh bol rahe hain ke nahin jante, kisi ko bhi nahin jante. khud apne bare mein khud kured. itni lambi muddat ke baad mujhe sachi baat se aaj hi samajh mein aaya ke is ne kyun nahin liya woh,</w:t>
      </w:r>
      <w:r>
        <w:br/>
      </w:r>
      <w:r>
        <w:rPr>
          <w:sz w:val="20"/>
        </w:rPr>
        <w:t>38:43  jo is ne likha tha, wo bohat bara afsar tha wo. i hope you will take him on today. to wo shayad dil mein sochta hoga, mujh se kaha nahi tha is ne ke main kaise le loon, yeh to naujawan afsar hai, matric bhi nahi hai,</w:t>
      </w:r>
      <w:r>
        <w:br/>
      </w:r>
      <w:r>
        <w:rPr>
          <w:sz w:val="20"/>
        </w:rPr>
        <w:t>38:59  certificate bhi nahi hai. to mujhe in logon se poochein ke aap, aap apne bare mein ya kisi ke bare mein jante hain itni, khud apne khilaf itna socha ho?</w:t>
      </w:r>
      <w:r>
        <w:br/>
      </w:r>
      <w:r>
        <w:rPr>
          <w:sz w:val="20"/>
        </w:rPr>
        <w:t>39:14  wo bol rahe hain nahi jante.</w:t>
      </w:r>
    </w:p>
    <w:p>
      <w:pPr>
        <w:pStyle w:val="Heading2"/>
      </w:pPr>
      <w:r>
        <w:t>Why the Prophet migrated from Mecca to Medina</w:t>
      </w:r>
    </w:p>
    <w:p>
      <w:r>
        <w:rPr>
          <w:color w:val="666666"/>
          <w:sz w:val="18"/>
        </w:rPr>
        <w:t>Lessons from The Islamic History (English) November 30, 2007 · 3m 16s · at 13:14 · https://youtu.be/PBu7tbmSSy8?t=794</w:t>
      </w:r>
    </w:p>
    <w:p>
      <w:r>
        <w:rPr>
          <w:i/>
        </w:rPr>
        <w:t>“At the time, there were two leaders in Mecca: Abu Jahl and Abu Lahab”</w:t>
      </w:r>
    </w:p>
    <w:p>
      <w:r>
        <w:rPr>
          <w:sz w:val="20"/>
        </w:rPr>
        <w:t>13:14  you know, at the time there were two leaders in mekkah: abu jahl and abu lahab. these two leaders</w:t>
      </w:r>
      <w:r>
        <w:br/>
      </w:r>
      <w:r>
        <w:rPr>
          <w:sz w:val="20"/>
        </w:rPr>
        <w:t>13:26  were, both the leaders were, were arrogant, were very stubborn. so it was very difficult to do the work in mekkah.</w:t>
      </w:r>
      <w:r>
        <w:br/>
      </w:r>
      <w:r>
        <w:rPr>
          <w:sz w:val="20"/>
        </w:rPr>
        <w:t>13:41  b</w:t>
      </w:r>
      <w:r>
        <w:br/>
      </w:r>
      <w:r>
        <w:rPr>
          <w:sz w:val="20"/>
        </w:rPr>
        <w:t>13:42  but in madinah, there were two, again, there were two leaders: sa'd ibn 'ubadah and sa'd ibn mu'adh.</w:t>
      </w:r>
      <w:r>
        <w:br/>
      </w:r>
      <w:r>
        <w:rPr>
          <w:sz w:val="20"/>
        </w:rPr>
        <w:t>13:50  but these two leaders were quite different from abu jahl and abu lahab. they were modest in nature: sa'd ibn 'ubadah and sa'd ibn mu'adh, both were modest in nature.</w:t>
      </w:r>
      <w:r>
        <w:br/>
      </w:r>
      <w:r>
        <w:rPr>
          <w:sz w:val="20"/>
        </w:rPr>
        <w:t>14:07  they were lenient, they were very simple.</w:t>
      </w:r>
      <w:r>
        <w:br/>
      </w:r>
      <w:r>
        <w:rPr>
          <w:sz w:val="20"/>
        </w:rPr>
        <w:t>14:11  so it was very easy to deal with these two leaders in madinah. mekkah was occupied by two arrogant leaders, that is abu jahl and abu lahab.</w:t>
      </w:r>
      <w:r>
        <w:br/>
      </w:r>
      <w:r>
        <w:rPr>
          <w:sz w:val="20"/>
        </w:rPr>
        <w:t>14:27  but in madinah, there was different kind of leadership. here, the leaders were sa'd ibn mu'adh and sa'd ibn 'ubadah, both were modest persons.</w:t>
      </w:r>
      <w:r>
        <w:br/>
      </w:r>
      <w:r>
        <w:rPr>
          <w:sz w:val="20"/>
        </w:rPr>
        <w:t>14:42  so prophet of islam changed the work place. he migrated from mekkah to madinah, and history shows that in madinah,</w:t>
      </w:r>
      <w:r>
        <w:br/>
      </w:r>
      <w:r>
        <w:rPr>
          <w:sz w:val="20"/>
        </w:rPr>
        <w:t>15:00  there was, in madinah, the situation was quite different.</w:t>
      </w:r>
      <w:r>
        <w:br/>
      </w:r>
      <w:r>
        <w:rPr>
          <w:sz w:val="20"/>
        </w:rPr>
        <w:t>15:06  in a very short period, the majority of madinah people accepted islam.</w:t>
      </w:r>
      <w:r>
        <w:br/>
      </w:r>
      <w:r>
        <w:rPr>
          <w:sz w:val="20"/>
        </w:rPr>
        <w:t>15:16  so we read in the book of history, of early history, that lam tabqa darun min dur al-ansar illa dakhala fi al-islam.</w:t>
      </w:r>
      <w:r>
        <w:br/>
      </w:r>
      <w:r>
        <w:rPr>
          <w:sz w:val="20"/>
        </w:rPr>
        <w:t>15:32  it means that in every house of madinah, people accepted islam.</w:t>
      </w:r>
      <w:r>
        <w:br/>
      </w:r>
      <w:r>
        <w:rPr>
          <w:sz w:val="20"/>
        </w:rPr>
        <w:t>15:43  so the situation was quite different due to this reason. prophet migrated from mekkah to madinah.</w:t>
      </w:r>
      <w:r>
        <w:br/>
      </w:r>
      <w:r>
        <w:rPr>
          <w:sz w:val="20"/>
        </w:rPr>
        <w:t>15:53  it was not simply a hijrah, not simply a migration.</w:t>
      </w:r>
      <w:r>
        <w:br/>
      </w:r>
      <w:r>
        <w:rPr>
          <w:sz w:val="20"/>
        </w:rPr>
        <w:t>15:58  it was opting for better place for the work. hijrah was literal meaning of hijrah is migration, but it was not simply a migration.</w:t>
      </w:r>
      <w:r>
        <w:br/>
      </w:r>
      <w:r>
        <w:rPr>
          <w:sz w:val="20"/>
        </w:rPr>
        <w:t>16:13  hijrah was</w:t>
      </w:r>
      <w:r>
        <w:br/>
      </w:r>
      <w:r>
        <w:rPr>
          <w:sz w:val="20"/>
        </w:rPr>
        <w:t>16:17  a method of da'wah. hijrah was a method of da'wah. hijrah means opting for a better place for the work.</w:t>
      </w:r>
    </w:p>
    <w:p>
      <w:pPr>
        <w:pStyle w:val="Heading2"/>
      </w:pPr>
      <w:r>
        <w:t>Start with available opportunities trust God</w:t>
      </w:r>
    </w:p>
    <w:p>
      <w:r>
        <w:rPr>
          <w:color w:val="666666"/>
          <w:sz w:val="18"/>
        </w:rPr>
        <w:t>No Jihad, Only Management of Conflict 1 Dec 2019 - Maulana Wahiduddin Khan · 3m 10s · at 13:14 · https://youtu.be/afUhlMSCBCY?t=794</w:t>
      </w:r>
    </w:p>
    <w:p>
      <w:r>
        <w:rPr>
          <w:i/>
        </w:rPr>
        <w:t>“میرے خیال سے یہ کرنا چاہیے کہ جو اویلیبل ویکنسی ہو”</w:t>
      </w:r>
    </w:p>
    <w:p>
      <w:r>
        <w:rPr>
          <w:sz w:val="20"/>
        </w:rPr>
        <w:t>13:14  mere khayal se yeh karna chahiye ke jo available vacancy ho usi ko le lijiye, yeh mat sochiye ke better vacancy,</w:t>
      </w:r>
      <w:r>
        <w:br/>
      </w:r>
      <w:r>
        <w:rPr>
          <w:sz w:val="20"/>
        </w:rPr>
        <w:t>13:30  better vacancy nahi, available ek hi ikhtiyar kijiye. better ke liye future, present ke liye available.</w:t>
      </w:r>
      <w:r>
        <w:br/>
      </w:r>
      <w:r>
        <w:rPr>
          <w:sz w:val="20"/>
        </w:rPr>
        <w:t>13:45  maulana ek lafz bolna aap available doosra kya hai? vacancy ya koi doosra word hai? present ke liye available, future ke liye better.</w:t>
      </w:r>
      <w:r>
        <w:br/>
      </w:r>
      <w:r>
        <w:rPr>
          <w:sz w:val="20"/>
        </w:rPr>
        <w:t>14:09  koi bataye ke ye kaisa hai</w:t>
      </w:r>
      <w:r>
        <w:br/>
      </w:r>
      <w:r>
        <w:rPr>
          <w:sz w:val="20"/>
        </w:rPr>
        <w:t>14:12  ? ye to super formula hai molana, kisi ne nahi kaha ye. hain? ye to bohat supreme formula hai ye. kisi ne kisi se mein ne nahi suna, na parha ye baat abhi tak.</w:t>
      </w:r>
      <w:r>
        <w:br/>
      </w:r>
      <w:r>
        <w:rPr>
          <w:sz w:val="20"/>
        </w:rPr>
        <w:t>14:25  available vacancy ko istemal karo, ye baat kisi ne nahi kahi job market mein. sab better ki talash mein hi rehte hain, sare coaching wale, sare personality development wale better ki baat karte rehte hain.</w:t>
      </w:r>
      <w:r>
        <w:br/>
      </w:r>
      <w:r>
        <w:rPr>
          <w:sz w:val="20"/>
        </w:rPr>
        <w:t>14:40  present ke liye available. ji.</w:t>
      </w:r>
      <w:r>
        <w:br/>
      </w:r>
      <w:r>
        <w:rPr>
          <w:sz w:val="20"/>
        </w:rPr>
        <w:t>14:43  future ke liye best. ji. hain? sahi baat hai ye to. hmm. ye to bohat hi wisdom wali baat hai molana ye.</w:t>
      </w:r>
      <w:r>
        <w:br/>
      </w:r>
      <w:r>
        <w:rPr>
          <w:sz w:val="20"/>
        </w:rPr>
        <w:t>14:57  molana aap jo kehte hain mun ain 'abdah wala sawal aap ke samne hota tha, hum kahan se shuru karein? mun ain 'abdah. mun ain 'abdah.</w:t>
      </w:r>
      <w:r>
        <w:br/>
      </w:r>
      <w:r>
        <w:rPr>
          <w:sz w:val="20"/>
        </w:rPr>
        <w:t>15:06  to is ka ye jawab mil gaya.</w:t>
      </w:r>
      <w:r>
        <w:br/>
      </w:r>
      <w:r>
        <w:rPr>
          <w:sz w:val="20"/>
        </w:rPr>
        <w:t>15:09  haan haan. mislan is ko likh raha hoon mein. ji. amalan nikal diya gaya tha.</w:t>
      </w:r>
      <w:r>
        <w:br/>
      </w:r>
      <w:r>
        <w:rPr>
          <w:sz w:val="20"/>
        </w:rPr>
        <w:t>15:18  ye nahi kaha tha ke aap jaiye, lekin jab amalan aisi surat-e-haal paida ki gayi ke be ghar, be kamra, be jagah ho gaya.</w:t>
      </w:r>
      <w:r>
        <w:br/>
      </w:r>
      <w:r>
        <w:rPr>
          <w:sz w:val="20"/>
        </w:rPr>
        <w:t>15:33  ji.</w:t>
      </w:r>
      <w:r>
        <w:br/>
      </w:r>
      <w:r>
        <w:rPr>
          <w:sz w:val="20"/>
        </w:rPr>
        <w:t>15:35  to us waqt mere liye jo available tha wo ye tha ke ek sahib the, masjid mein rehte the wo, mein un ke sath chala gaya.</w:t>
      </w:r>
      <w:r>
        <w:br/>
      </w:r>
      <w:r>
        <w:rPr>
          <w:sz w:val="20"/>
        </w:rPr>
        <w:t>15:52  wo bechare achhe aadmi the, to un ke sath mein chand din raha ziyada nahi, phir ye ye ye ye rasta khula, dilli wala.</w:t>
      </w:r>
      <w:r>
        <w:br/>
      </w:r>
      <w:r>
        <w:rPr>
          <w:sz w:val="20"/>
        </w:rPr>
        <w:t>16:08  to present ke liye available, future ke liye best, better.</w:t>
      </w:r>
      <w:r>
        <w:br/>
      </w:r>
      <w:r>
        <w:rPr>
          <w:sz w:val="20"/>
        </w:rPr>
        <w:t>16:19  to aap log bataiye ke kaisa hai ye formula?</w:t>
      </w:r>
    </w:p>
    <w:p>
      <w:pPr>
        <w:pStyle w:val="Heading2"/>
      </w:pPr>
      <w:r>
        <w:t>Intellectual development and need to change idiom</w:t>
      </w:r>
    </w:p>
    <w:p>
      <w:r>
        <w:rPr>
          <w:color w:val="666666"/>
          <w:sz w:val="18"/>
        </w:rPr>
        <w:t>Q&amp;A 18 May 2008 Maulana Wahiduddin Khan · 3m 05s · at 21:31 · https://youtu.be/wTHUCCyWJoE?t=1291</w:t>
      </w:r>
    </w:p>
    <w:p>
      <w:r>
        <w:rPr>
          <w:i/>
        </w:rPr>
        <w:t>“Dekhiye, main lafz maine naya istemal kiya hai”</w:t>
      </w:r>
    </w:p>
    <w:p>
      <w:r>
        <w:rPr>
          <w:sz w:val="20"/>
        </w:rPr>
        <w:t>21:31  dekhiye, main lafz maine naya istemal kiya hai, lekin woh baat quran ki hai. quran mein hai, dekhiye, zalika jaza man tadakka. jannat milegi unko jinhone apne aap ko purify kiya. tadakka mane purify karna. word wahan purification hai. purification matlab</w:t>
      </w:r>
      <w:r>
        <w:br/>
      </w:r>
      <w:r>
        <w:rPr>
          <w:sz w:val="20"/>
        </w:rPr>
        <w:t>21:53  kya hai? kya body ko dhoya, body ko saaf suthra banaya? kis cheez ko purify kiya unhone? kis cheez ko purify kiya?</w:t>
      </w:r>
      <w:r>
        <w:br/>
      </w:r>
      <w:r>
        <w:rPr>
          <w:sz w:val="20"/>
        </w:rPr>
        <w:t>22:02  usi ko main intellectual development keh raha hoon. usi ko main keh raha hoon, zalika jaza man tadakka. jinhone apna tazkiya kiya hai, apne ko purify kiya hai,</w:t>
      </w:r>
      <w:r>
        <w:br/>
      </w:r>
      <w:r>
        <w:rPr>
          <w:sz w:val="20"/>
        </w:rPr>
        <w:t>22:15  apne ko purified soul. yani quran ki language mein hum yeh kahenge ki jin logon ne apne aap ko purified soul banaya, s o u l. jin logon ne apne aap ko purified soul banaya,</w:t>
      </w:r>
      <w:r>
        <w:br/>
      </w:r>
      <w:r>
        <w:rPr>
          <w:sz w:val="20"/>
        </w:rPr>
        <w:t>22:32  woh jannat mein jayenge. to usi baat ko main keh raha hoon. intellectual development ka matlab hai yehi purification. aur lafz to badalna hi padta hai. sari sari tafseeron mein aap aisa to usi ko repeat kar diya karen. agar repeat karna ho, tafsir likhi nahin jaati.</w:t>
      </w:r>
      <w:r>
        <w:br/>
      </w:r>
      <w:r>
        <w:rPr>
          <w:sz w:val="20"/>
        </w:rPr>
        <w:t>22:52  itni sari jo commentary likhi gai quran majeed ki, to agar usi ko repeat karna ho quran ke word ko, to phir tafsir kyun likhi jayegi?</w:t>
      </w:r>
      <w:r>
        <w:br/>
      </w:r>
      <w:r>
        <w:rPr>
          <w:sz w:val="20"/>
        </w:rPr>
        <w:t>23:00  uski zaroorat hi nahin. phir isi liye likha jata hai ki usko naya shabd de sake taki log samajh saken. basic baat dekhiye, yeh hai ki mukhatib ka mind address ho. audience jo hai, audience ka mind address ho. to</w:t>
      </w:r>
      <w:r>
        <w:br/>
      </w:r>
      <w:r>
        <w:rPr>
          <w:sz w:val="20"/>
        </w:rPr>
        <w:t>23:18  wa arsal ba rasoolullah ba lisan-e-qaumi. har zamane ki lisan badal jati hai, zuban badal jati hai, idiom badal jata hai. isko samajh lijiye aap. idiom wahi nahi rehta har zamane mein. to yaani</w:t>
      </w:r>
      <w:r>
        <w:br/>
      </w:r>
      <w:r>
        <w:rPr>
          <w:sz w:val="20"/>
        </w:rPr>
        <w:t>23:35  idiom, yaani andaaz-e-kalaam badalta hai. to usi ke lihaaz se quran mein bataya ki har har paighambar ne apne zamane ke lihaaz se jo us waqt jo idiom tha, usko istemaal kiya. to hum aaj ka jo idiom hai,</w:t>
      </w:r>
      <w:r>
        <w:br/>
      </w:r>
      <w:r>
        <w:rPr>
          <w:sz w:val="20"/>
        </w:rPr>
        <w:t>23:50  aaj ka jo andaaz-e-kalaam hai, usko istemaal karte hain taaki</w:t>
      </w:r>
      <w:r>
        <w:br/>
      </w:r>
      <w:r>
        <w:rPr>
          <w:sz w:val="20"/>
        </w:rPr>
        <w:t>23:54  aaj ke insaan ka mind address ho. aur yeh bhi quran se nikalta hai, 'kul logo fas'alhum qawlam baligha'. kaho unse baat, unke dil mein utarti hui. to dil mein utarna kya hai?</w:t>
      </w:r>
      <w:r>
        <w:br/>
      </w:r>
      <w:r>
        <w:rPr>
          <w:sz w:val="20"/>
        </w:rPr>
        <w:t>24:08  ek uska mind address ho. yaani quran mein wo in lafzon mein hai ki kaho baat unse dil tak pahunchti hui. hum usko kehte hain ki unka mind address ho. ismein wahi baat ko main aaj ke zubaan mein bolta hoon. to theek wahi baat hai, lekin idiom badla hua hai. bas aur koi fark nahi hai.</w:t>
      </w:r>
    </w:p>
    <w:p>
      <w:pPr>
        <w:pStyle w:val="Heading2"/>
      </w:pPr>
      <w:r>
        <w:t>Small groups overcome large using reserved energy</w:t>
      </w:r>
    </w:p>
    <w:p>
      <w:r>
        <w:rPr>
          <w:color w:val="666666"/>
          <w:sz w:val="18"/>
        </w:rPr>
        <w:t>Darse Quran 03 07 07 · 6m 03s · at 37:53 · https://youtu.be/-5s9-7Xj6jU?t=2273</w:t>
      </w:r>
    </w:p>
    <w:p>
      <w:r>
        <w:rPr>
          <w:i/>
        </w:rPr>
        <w:t>“Verse number 249 ko lijie”</w:t>
      </w:r>
    </w:p>
    <w:p>
      <w:r>
        <w:rPr>
          <w:sz w:val="20"/>
        </w:rPr>
        <w:t>37:53  verse number 249 ko lijiye, Surah Al-Baqarah ki verse number 249. Is mein farmaya ke "Kam min fi'atin qaleelatin ghalabat fia'tan katheeratan bi'idhnillah". "Kam min fi'atin qaleelatin ghalabat fia'tan katheeratan</w:t>
      </w:r>
      <w:r>
        <w:br/>
      </w:r>
      <w:r>
        <w:rPr>
          <w:sz w:val="20"/>
        </w:rPr>
        <w:t>38:23  bi'idhnillah". Is ka translation yeh hai ke kitne chhote giroh hain jo bare giroh par ghalib aate hain, Allah ke idhn se, Allah ke qanoon se.</w:t>
      </w:r>
      <w:r>
        <w:br/>
      </w:r>
      <w:r>
        <w:rPr>
          <w:sz w:val="20"/>
        </w:rPr>
        <w:t>38:54  Yahan par dekhen, yeh koi mysterious baat nahi hai, yeh koi asrar baat nahi hai ke chhote giroh apne se zyada bare giroh par ghalib aa jaye. To kaise hota hai? Yeh mysteriously nahi hota hai, yeh koi asrar baat nahi hai. Yeh Khuda</w:t>
      </w:r>
      <w:r>
        <w:br/>
      </w:r>
      <w:r>
        <w:rPr>
          <w:sz w:val="20"/>
        </w:rPr>
        <w:t>39:24  ka jo qanoon hai, dunya mein jo law of nature hai, us ke mutabiq hota hai. bashart ke aadmi is qanoon ko samjhe aur us ko istemal karay. woh kaisay? dekhen, do groh hain, aik chota hai, aik bara, aik hi area mein. to kya hota hai?</w:t>
      </w:r>
      <w:r>
        <w:br/>
      </w:r>
      <w:r>
        <w:rPr>
          <w:sz w:val="20"/>
        </w:rPr>
        <w:t>39:54  khuda ka qanoon yeh hai ke chotay groh ke andar compression ki spirit jaagti hai, hard work ki spirit jaagti hai. yeh law of nature hai, yeh fitrat jo hai, insaan ki fitrat, fitrat khud active ho jati hai ke jab doosra agar woh bara hai to mein us ko compensate is tarah kar sakta hoon ke mein apni mehnat ko ziyada kar doon</w:t>
      </w:r>
      <w:r>
        <w:br/>
      </w:r>
      <w:r>
        <w:rPr>
          <w:sz w:val="20"/>
        </w:rPr>
        <w:t>40:24  . apni mehnat ko ziyada kar ke, apni planning ko ziyada behtar kar ke, mein us ki adadi bartari ko number woh ziyada hai to mein apni planning ko ziyada behtar bana kar ke us par ghalib aa sakta hoon. yeh nature mein hai, fitrat mein hai. to woh woh hissa active</w:t>
      </w:r>
      <w:r>
        <w:br/>
      </w:r>
      <w:r>
        <w:rPr>
          <w:sz w:val="20"/>
        </w:rPr>
        <w:t>40:54  ho jata hai. isi baat ko sheikh saadi ne aik shair mein is tarah kaha ke "nabini ke choon gurba ajiz shabad bararat bachangaal chashm piling". sheikh saadi ki kitaab hai "gulistan", us mein bohat wisdom ki baatein hain,</w:t>
      </w:r>
      <w:r>
        <w:br/>
      </w:r>
      <w:r>
        <w:rPr>
          <w:sz w:val="20"/>
        </w:rPr>
        <w:t>41:24  ziyadah tar tamseel ki zabaan mein hain. to unhon ne kaha ke "nabini ke jo gurba ajiz shabad bararat bachangaal chashm piling". kya tum nahi dekhte ke billi jab ajiz ho jati hai to woh sher ki aankh nikaal leti hai apne changal se? woh kya hai? yani sher ne</w:t>
      </w:r>
      <w:r>
        <w:br/>
      </w:r>
      <w:r>
        <w:rPr>
          <w:sz w:val="20"/>
        </w:rPr>
        <w:t>41:54  hamla kiya billi ke oopar. ab billi jo hai, us waqt us ki saari energy jaag paray gi jo deserved energy hoti hai har aik ke andar. woh saara windows khul jayen gi aur jhapte gi, jhapta kar ke us ko changal se us ki aankh nikaal sakti hai. yeh kaha unhon ne.</w:t>
      </w:r>
      <w:r>
        <w:br/>
      </w:r>
      <w:r>
        <w:rPr>
          <w:sz w:val="20"/>
        </w:rPr>
        <w:t>42:25  to dekhiye, har insaan ke andar kuch reserved energy hoti hai, aam halat mein woh release nahi hoti. lekin jab crisis aa jaye, jab challenge aa jaye to mind us energy ko release kar deta hai. yeh aam aam tor par dekh sakte hain, aap aam tor par aap dekh sakte hain ke aik ghareeb aadmi hero ban jata hai ziyada paisa kamane ke liye.</w:t>
      </w:r>
      <w:r>
        <w:br/>
      </w:r>
      <w:r>
        <w:rPr>
          <w:sz w:val="20"/>
        </w:rPr>
        <w:t>42:56  aksar aisa hota hai, aap jantay hain. aur jo ameer paida hua, us ke andar woh energy release nahi hoti kyunke us ko challenge nahi pesh aaya. jisay kehtay hain English mein ke "he was born with silver spoon in his mouth" ke woh aadmi paida hua sone ke chamche ko apne mun</w:t>
      </w:r>
      <w:r>
        <w:br/>
      </w:r>
      <w:r>
        <w:rPr>
          <w:sz w:val="20"/>
        </w:rPr>
        <w:t>43:26  h par le kar. "he was born with silver spoon in his mouth". to jis ka haal yeh ho ke bachpan hi mein us ko sona chandi mil gaya, aaram aur sukh mil gaya, to us ko kuch zindagi mein challenge pesh nahi aaya. jab challenge nahi pesh aaya to kya hoga? us ke mind mein jo reserved energy hai, to mind us ko rele</w:t>
      </w:r>
    </w:p>
    <w:p>
      <w:pPr>
        <w:pStyle w:val="Heading2"/>
      </w:pPr>
      <w:r>
        <w:t>Applying prophetic wisdom to modern civilizational issues</w:t>
      </w:r>
    </w:p>
    <w:p>
      <w:r>
        <w:rPr>
          <w:color w:val="666666"/>
          <w:sz w:val="18"/>
        </w:rPr>
        <w:t>Prophetic Wisdom | May 01, 2016 · 4m 06s · at 18:44 · https://youtu.be/KrjwjAw03zw?t=1124</w:t>
      </w:r>
    </w:p>
    <w:p>
      <w:r>
        <w:rPr>
          <w:i/>
        </w:rPr>
        <w:t>“Sari duniya mein, Western civilization ka problem hua”</w:t>
      </w:r>
    </w:p>
    <w:p>
      <w:r>
        <w:rPr>
          <w:sz w:val="20"/>
        </w:rPr>
        <w:t>18:44  saari duniya mein.</w:t>
      </w:r>
      <w:r>
        <w:br/>
      </w:r>
      <w:r>
        <w:rPr>
          <w:sz w:val="20"/>
        </w:rPr>
        <w:t>18:49  misalan dekhiye is zamane mein western civilization ka problem hua.</w:t>
      </w:r>
      <w:r>
        <w:br/>
      </w:r>
      <w:r>
        <w:rPr>
          <w:sz w:val="20"/>
        </w:rPr>
        <w:t>18:53  colonialism ka problem hua.</w:t>
      </w:r>
      <w:r>
        <w:br/>
      </w:r>
      <w:r>
        <w:rPr>
          <w:sz w:val="20"/>
        </w:rPr>
        <w:t>18:58  zahideen ka problem hua.</w:t>
      </w:r>
      <w:r>
        <w:br/>
      </w:r>
      <w:r>
        <w:rPr>
          <w:sz w:val="20"/>
        </w:rPr>
        <w:t>19:02  india mein communalism ka problem hua.</w:t>
      </w:r>
      <w:r>
        <w:br/>
      </w:r>
      <w:r>
        <w:rPr>
          <w:sz w:val="20"/>
        </w:rPr>
        <w:t>19:07  to saare musalman duniya bhar mein lagay larnay.</w:t>
      </w:r>
      <w:r>
        <w:br/>
      </w:r>
      <w:r>
        <w:rPr>
          <w:sz w:val="20"/>
        </w:rPr>
        <w:t>19:12  rasool Allah ne jo kaam nahi kiya tha ke aap</w:t>
      </w:r>
      <w:r>
        <w:br/>
      </w:r>
      <w:r>
        <w:rPr>
          <w:sz w:val="20"/>
        </w:rPr>
        <w:t>19:16  buton ke naam par ladaai nahi shuru ki thi aap ne.</w:t>
      </w:r>
      <w:r>
        <w:br/>
      </w:r>
      <w:r>
        <w:rPr>
          <w:sz w:val="20"/>
        </w:rPr>
        <w:t>19:21  wohi karne lagay jo nahi nahi kiya tha.</w:t>
      </w:r>
      <w:r>
        <w:br/>
      </w:r>
      <w:r>
        <w:rPr>
          <w:sz w:val="20"/>
        </w:rPr>
        <w:t>19:25  aur jo uswa tha wo kya tha? wo yeh ke hum aaj ke halaat mein is ko apply karte.</w:t>
      </w:r>
      <w:r>
        <w:br/>
      </w:r>
      <w:r>
        <w:rPr>
          <w:sz w:val="20"/>
        </w:rPr>
        <w:t>19:29  ke agar kuch negative aspects hain modern civilization ke.</w:t>
      </w:r>
      <w:r>
        <w:br/>
      </w:r>
      <w:r>
        <w:rPr>
          <w:sz w:val="20"/>
        </w:rPr>
        <w:t>19:33  koi negative aspects hain colonialism ke. colonialism ke.</w:t>
      </w:r>
      <w:r>
        <w:br/>
      </w:r>
      <w:r>
        <w:rPr>
          <w:sz w:val="20"/>
        </w:rPr>
        <w:t>19:38  koi negative aspects hain zahideen ke.</w:t>
      </w:r>
      <w:r>
        <w:br/>
      </w:r>
      <w:r>
        <w:rPr>
          <w:sz w:val="20"/>
        </w:rPr>
        <w:t>19:42  to hum is ko ignore karte</w:t>
      </w:r>
      <w:r>
        <w:br/>
      </w:r>
      <w:r>
        <w:rPr>
          <w:sz w:val="20"/>
        </w:rPr>
        <w:t>19:46  .</w:t>
      </w:r>
      <w:r>
        <w:br/>
      </w:r>
      <w:r>
        <w:rPr>
          <w:sz w:val="20"/>
        </w:rPr>
        <w:t>19:51  is mein jo nukta hai is mein jo hamare mufeed matlab cheezein hain is ko discover kar ke</w:t>
      </w:r>
      <w:r>
        <w:br/>
      </w:r>
      <w:r>
        <w:rPr>
          <w:sz w:val="20"/>
        </w:rPr>
        <w:t>19:55  is ko hum istemal karte. utilize karte.</w:t>
      </w:r>
      <w:r>
        <w:br/>
      </w:r>
      <w:r>
        <w:rPr>
          <w:sz w:val="20"/>
        </w:rPr>
        <w:t>20:00  yeh hota prophetic victim ko jaan kar is ko istemal karna.</w:t>
      </w:r>
      <w:r>
        <w:br/>
      </w:r>
      <w:r>
        <w:rPr>
          <w:sz w:val="20"/>
        </w:rPr>
        <w:t>20:04  misalan kai jagah aap jante hain ke tourist bohat atay hain.</w:t>
      </w:r>
      <w:r>
        <w:br/>
      </w:r>
      <w:r>
        <w:rPr>
          <w:sz w:val="20"/>
        </w:rPr>
        <w:t>20:09  to musalman bomb martay hain.</w:t>
      </w:r>
      <w:r>
        <w:br/>
      </w:r>
      <w:r>
        <w:rPr>
          <w:sz w:val="20"/>
        </w:rPr>
        <w:t>20:13  ke yahan aa kar hamare haan western culture phaila rahay hain.</w:t>
      </w:r>
      <w:r>
        <w:br/>
      </w:r>
      <w:r>
        <w:rPr>
          <w:sz w:val="20"/>
        </w:rPr>
        <w:t>20:18  ab dekhiye tourist aap atay hain wahan.</w:t>
      </w:r>
      <w:r>
        <w:br/>
      </w:r>
      <w:r>
        <w:rPr>
          <w:sz w:val="20"/>
        </w:rPr>
        <w:t>20:25  to agar hum jante is wisdom ko jo rasool Allah ne ikhtiyar ki makkah mein to hum kya</w:t>
      </w:r>
      <w:r>
        <w:br/>
      </w:r>
      <w:r>
        <w:rPr>
          <w:sz w:val="20"/>
        </w:rPr>
        <w:t>20:33  karte? to tourist ke aane ko wahi samajhte hain jaise ke Makkah ke ibadat khane mein but aa gaye.</w:t>
      </w:r>
      <w:r>
        <w:br/>
      </w:r>
      <w:r>
        <w:rPr>
          <w:sz w:val="20"/>
        </w:rPr>
        <w:t>20:40  aur unke unke unke majma ko hazaron hazar tourist aate hain daily.</w:t>
      </w:r>
      <w:r>
        <w:br/>
      </w:r>
      <w:r>
        <w:rPr>
          <w:sz w:val="20"/>
        </w:rPr>
        <w:t>20:48  un ko apne audience ke taur par istemal karte. mislan quran un ki zaban mein tayyar kar ke is ka chancellor chhapte aur phir un ko distribute karte. ke apne mulk se nikal kar wahan hamare paas khud hi aa gaye hain woh. ab un ki zaban mein islami literature phailao. to isi wisdom ka isi hikmat ka na istemal hota</w:t>
      </w:r>
      <w:r>
        <w:br/>
      </w:r>
      <w:r>
        <w:rPr>
          <w:sz w:val="20"/>
        </w:rPr>
        <w:t>21:18  a applied istemal hota.</w:t>
      </w:r>
      <w:r>
        <w:br/>
      </w:r>
      <w:r>
        <w:rPr>
          <w:sz w:val="20"/>
        </w:rPr>
        <w:t>21:24  lekin mujhe Noman ki koi is hikmat ko janta tha.</w:t>
      </w:r>
      <w:r>
        <w:br/>
      </w:r>
      <w:r>
        <w:rPr>
          <w:sz w:val="20"/>
        </w:rPr>
        <w:t>21:30  kitabon mein to kisi ne likha nahi ke yeh hikmat hai.</w:t>
      </w:r>
      <w:r>
        <w:br/>
      </w:r>
      <w:r>
        <w:rPr>
          <w:sz w:val="20"/>
        </w:rPr>
        <w:t>21:36  is hikmat ko dobara revive karo.</w:t>
      </w:r>
      <w:r>
        <w:br/>
      </w:r>
      <w:r>
        <w:rPr>
          <w:sz w:val="20"/>
        </w:rPr>
        <w:t>21:42  mere ilm ke mutabiq kisi ne nahi kaha dunya mein Muslim dunya mein ke is hikmat ko revive karo. Touriston ke</w:t>
      </w:r>
      <w:r>
        <w:br/>
      </w:r>
      <w:r>
        <w:rPr>
          <w:sz w:val="20"/>
        </w:rPr>
        <w:t>21:48  andar agar kuch aisi baatein hain jo hamein pasand nahi hain to theek hai usko ignore karo.</w:t>
      </w:r>
      <w:r>
        <w:br/>
      </w:r>
      <w:r>
        <w:rPr>
          <w:sz w:val="20"/>
        </w:rPr>
        <w:t>21:53  woh woh jo audience de rahe hain hum ko audience is audience ko hamein istemal karna hai.</w:t>
      </w:r>
      <w:r>
        <w:br/>
      </w:r>
      <w:r>
        <w:rPr>
          <w:sz w:val="20"/>
        </w:rPr>
        <w:t>21:59  bhai aisa nahi hua.</w:t>
      </w:r>
      <w:r>
        <w:br/>
      </w:r>
      <w:r>
        <w:rPr>
          <w:sz w:val="20"/>
        </w:rPr>
        <w:t>22:04  to is woh ko agar aap wasee tar mani mein lein mahdood mani mein na lein to bohat bara</w:t>
      </w:r>
      <w:r>
        <w:br/>
      </w:r>
      <w:r>
        <w:rPr>
          <w:sz w:val="20"/>
        </w:rPr>
        <w:t>22:09  hum ko wisdom mil jayega.</w:t>
      </w:r>
      <w:r>
        <w:br/>
      </w:r>
      <w:r>
        <w:rPr>
          <w:sz w:val="20"/>
        </w:rPr>
        <w:t>22:15  bohat bari hikmat mil jayegi.</w:t>
      </w:r>
      <w:r>
        <w:br/>
      </w:r>
      <w:r>
        <w:rPr>
          <w:sz w:val="20"/>
        </w:rPr>
        <w:t>22:20  bohat bara wisdom.</w:t>
      </w:r>
      <w:r>
        <w:br/>
      </w:r>
      <w:r>
        <w:rPr>
          <w:sz w:val="20"/>
        </w:rPr>
        <w:t>22:25  aisi dekhiye Rasool Allah ne hijrat ke baad jab aap Madinah mein se travel ho gaye the to</w:t>
      </w:r>
      <w:r>
        <w:br/>
      </w:r>
      <w:r>
        <w:rPr>
          <w:sz w:val="20"/>
        </w:rPr>
        <w:t>22:30  Makkah jana chaha umrah karne ke liye.</w:t>
      </w:r>
      <w:r>
        <w:br/>
      </w:r>
      <w:r>
        <w:rPr>
          <w:sz w:val="20"/>
        </w:rPr>
        <w:t>22:35  Hudaybiyah ke maqam par unhon ne roka ke hum nahi jaane denge aap ko.</w:t>
      </w:r>
      <w:r>
        <w:br/>
      </w:r>
      <w:r>
        <w:rPr>
          <w:sz w:val="20"/>
        </w:rPr>
        <w:t>22:40  ab ek shart thi ke aap lad jaate ho is se.</w:t>
      </w:r>
      <w:r>
        <w:br/>
      </w:r>
      <w:r>
        <w:rPr>
          <w:sz w:val="20"/>
        </w:rPr>
        <w:t>22:45  yeh to hamara haq hai</w:t>
      </w:r>
    </w:p>
    <w:p>
      <w:pPr>
        <w:pStyle w:val="Heading2"/>
      </w:pPr>
      <w:r>
        <w:t>Rapid succession of day and night in Quran</w:t>
      </w:r>
    </w:p>
    <w:p>
      <w:r>
        <w:rPr>
          <w:color w:val="666666"/>
          <w:sz w:val="18"/>
        </w:rPr>
        <w:t>Scientific Affirmation of the Quran I 15th Dec 07 - Maulana Wahiduddin Khan · 4m 10s · at 17:53 · https://youtu.be/pt0FaCDlfAY?t=1073</w:t>
      </w:r>
    </w:p>
    <w:p>
      <w:r>
        <w:rPr>
          <w:i/>
        </w:rPr>
        <w:t>“For example, there is a verse about the day and night”</w:t>
      </w:r>
    </w:p>
    <w:p>
      <w:r>
        <w:rPr>
          <w:sz w:val="20"/>
        </w:rPr>
        <w:t>17:53  For example, there is a verse about the day and night. Day and night.</w:t>
      </w:r>
      <w:r>
        <w:br/>
      </w:r>
      <w:r>
        <w:rPr>
          <w:sz w:val="20"/>
        </w:rPr>
        <w:t>18:03  this verse you can see in—in chapter Al-A'raf.</w:t>
      </w:r>
      <w:r>
        <w:br/>
      </w:r>
      <w:r>
        <w:rPr>
          <w:sz w:val="20"/>
        </w:rPr>
        <w:t>18:09  This verse says: "yakhsul layla al-nahar yatlubuhu hasisa". "yakhsul layla al-nahar yatlubuhu hasisa".</w:t>
      </w:r>
      <w:r>
        <w:br/>
      </w:r>
      <w:r>
        <w:rPr>
          <w:sz w:val="20"/>
        </w:rPr>
        <w:t>18:24  The translation of this verse is that this verse is about—about day and night.</w:t>
      </w:r>
      <w:r>
        <w:br/>
      </w:r>
      <w:r>
        <w:rPr>
          <w:sz w:val="20"/>
        </w:rPr>
        <w:t>18:34  about day and night.</w:t>
      </w:r>
      <w:r>
        <w:br/>
      </w:r>
      <w:r>
        <w:rPr>
          <w:sz w:val="20"/>
        </w:rPr>
        <w:t>18:36  So, this verse says that: "akhsul layla al-nahar yatlubuhu hasisa". It means that each one of them seeks rapid succession.</w:t>
      </w:r>
      <w:r>
        <w:br/>
      </w:r>
      <w:r>
        <w:rPr>
          <w:sz w:val="20"/>
        </w:rPr>
        <w:t>18:53  each one of them seeks rapid succession.</w:t>
      </w:r>
      <w:r>
        <w:br/>
      </w:r>
      <w:r>
        <w:rPr>
          <w:sz w:val="20"/>
        </w:rPr>
        <w:t>19:00  It is very strange that the same word was used by a—by a—by a</w:t>
      </w:r>
      <w:r>
        <w:br/>
      </w:r>
      <w:r>
        <w:rPr>
          <w:sz w:val="20"/>
        </w:rPr>
        <w:t>19:15  astronauts. You know, in the—in this—in—in—in—in our present age, in the second half of the twentieth century,</w:t>
      </w:r>
      <w:r>
        <w:br/>
      </w:r>
      <w:r>
        <w:rPr>
          <w:sz w:val="20"/>
        </w:rPr>
        <w:t>19:35  There were some discoveries in space science</w:t>
      </w:r>
      <w:r>
        <w:br/>
      </w:r>
      <w:r>
        <w:rPr>
          <w:sz w:val="20"/>
        </w:rPr>
        <w:t>19:42  . man was able to travel in space, and man was able to see planet earth from the space through telescope.</w:t>
      </w:r>
      <w:r>
        <w:br/>
      </w:r>
      <w:r>
        <w:rPr>
          <w:sz w:val="20"/>
        </w:rPr>
        <w:t>19:56  So, astronauts says that when we were in the space, and we saw the earth from telescope,</w:t>
      </w:r>
      <w:r>
        <w:br/>
      </w:r>
      <w:r>
        <w:rPr>
          <w:sz w:val="20"/>
        </w:rPr>
        <w:t>20:10  we observe a very strange phenomena. So, he says that we saw</w:t>
      </w:r>
      <w:r>
        <w:br/>
      </w:r>
      <w:r>
        <w:rPr>
          <w:sz w:val="20"/>
        </w:rPr>
        <w:t>20:22  There was a rapid succession of darkness and light on the earth. This is the word of astronauts.</w:t>
      </w:r>
      <w:r>
        <w:br/>
      </w:r>
      <w:r>
        <w:rPr>
          <w:sz w:val="20"/>
        </w:rPr>
        <w:t>20:34  He says that I saw a rapid succession of day and night on the earth. So, this very strange.</w:t>
      </w:r>
      <w:r>
        <w:br/>
      </w:r>
      <w:r>
        <w:rPr>
          <w:sz w:val="20"/>
        </w:rPr>
        <w:t>20:46  This—this scene, this observation that day and night are moving in a rapid succession on earth, it was not known to mankind.</w:t>
      </w:r>
      <w:r>
        <w:br/>
      </w:r>
      <w:r>
        <w:rPr>
          <w:sz w:val="20"/>
        </w:rPr>
        <w:t>21:03  no one was able to see this picture of the earth. It was possible only when man discovered</w:t>
      </w:r>
      <w:r>
        <w:br/>
      </w:r>
      <w:r>
        <w:rPr>
          <w:sz w:val="20"/>
        </w:rPr>
        <w:t>21:18  space science, spacecraft, and space telescope. All these things were quite unknown in the seventh century.</w:t>
      </w:r>
      <w:r>
        <w:br/>
      </w:r>
      <w:r>
        <w:rPr>
          <w:sz w:val="20"/>
        </w:rPr>
        <w:t>21:34  so, in the Quran, this verse: "yakhsul layla al-nahar yatlubuhu hasisa" was a quite—was quite a scientific statement.</w:t>
      </w:r>
      <w:r>
        <w:br/>
      </w:r>
      <w:r>
        <w:rPr>
          <w:sz w:val="20"/>
        </w:rPr>
        <w:t>21:51  although, this phenomena was unknown to—to the people in seventh century.</w:t>
      </w:r>
    </w:p>
    <w:p>
      <w:pPr>
        <w:pStyle w:val="Heading2"/>
      </w:pPr>
      <w:r>
        <w:t>Egypt's historical lesson on management</w:t>
      </w:r>
    </w:p>
    <w:p>
      <w:r>
        <w:rPr>
          <w:color w:val="666666"/>
          <w:sz w:val="18"/>
        </w:rPr>
        <w:t>How to Deal with Problems December 7, 2008 · 4m 53s · at 41:48 · https://youtu.be/03Wx7Ydxf84?t=2508</w:t>
      </w:r>
    </w:p>
    <w:p>
      <w:r>
        <w:rPr>
          <w:i/>
        </w:rPr>
        <w:t>“Ab aap dekhiye, abhi zamane mein aaiye, beeswin sadi mein”</w:t>
      </w:r>
    </w:p>
    <w:p>
      <w:r>
        <w:rPr>
          <w:sz w:val="20"/>
        </w:rPr>
        <w:t>41:48  ab aap dekhive, abhi zamane mein aap aaiye, beesween sadi mein aap aaiye. usi misr mein, usi misr mein kya hua? keh wahan par badshah farooq hukmarani kar raha tha.</w:t>
      </w:r>
      <w:r>
        <w:br/>
      </w:r>
      <w:r>
        <w:rPr>
          <w:sz w:val="20"/>
        </w:rPr>
        <w:t>42:03  beesween sadi ki baat bata raha hoon aap ko. badshah farooq hukmarani kar raha tha misr mein.</w:t>
      </w:r>
      <w:r>
        <w:br/>
      </w:r>
      <w:r>
        <w:rPr>
          <w:sz w:val="20"/>
        </w:rPr>
        <w:t>42:09  to wahan par ek tehreek utthi jis ko kehte hain al-ikhwan al-muslimoon. jis ko kehte hain muslim brothers. is ke leader the syed qutb.</w:t>
      </w:r>
      <w:r>
        <w:br/>
      </w:r>
      <w:r>
        <w:rPr>
          <w:sz w:val="20"/>
        </w:rPr>
        <w:t>42:21  to syed qutb jo the, unhon ne is ki badshahat ko manne se inkar kar diya. unhon ne kaha keh yeh badshah jab tak hai, jab tak hum yahan par koi achha nizam nahi bana sakte.</w:t>
      </w:r>
      <w:r>
        <w:br/>
      </w:r>
      <w:r>
        <w:rPr>
          <w:sz w:val="20"/>
        </w:rPr>
        <w:t>42:35  to wahan jo fauj thi, fauj se unhon ne woh kiya? mil gaye, fauj aur unhon ne mil kar ke badshah farooq ko nikal diya.</w:t>
      </w:r>
      <w:r>
        <w:br/>
      </w:r>
      <w:r>
        <w:rPr>
          <w:sz w:val="20"/>
        </w:rPr>
        <w:t>42:44  oust kar diya us ko. us ko jahaz par bitha kar ke yani bahar bhej diya. samandari jahaz se bitha kar bahar bhej diya.</w:t>
      </w:r>
      <w:r>
        <w:br/>
      </w:r>
      <w:r>
        <w:rPr>
          <w:sz w:val="20"/>
        </w:rPr>
        <w:t>42:56  ab woh mar chuka hai woh. is ke baad jo bana sadr misr ka, woh tha jamal abdul nasir.</w:t>
      </w:r>
      <w:r>
        <w:br/>
      </w:r>
      <w:r>
        <w:rPr>
          <w:sz w:val="20"/>
        </w:rPr>
        <w:t>43:04  ek mukhtasar muddat ke liye woh general naguib hue the. is ke baad woh hat gaye aur phir jamal abdul nasir wahan ke dictator ban gaye.</w:t>
      </w:r>
      <w:r>
        <w:br/>
      </w:r>
      <w:r>
        <w:rPr>
          <w:sz w:val="20"/>
        </w:rPr>
        <w:t>43:14  yani fauji dictator.</w:t>
      </w:r>
      <w:r>
        <w:br/>
      </w:r>
      <w:r>
        <w:rPr>
          <w:sz w:val="20"/>
        </w:rPr>
        <w:t>43:17  to jamal abdul nasir ne kaha syed qutb se keh aap jo hai, hamari jo ministry hai, is mein aap wizarat taleem ban jaiye.</w:t>
      </w:r>
      <w:r>
        <w:br/>
      </w:r>
      <w:r>
        <w:rPr>
          <w:sz w:val="20"/>
        </w:rPr>
        <w:t>43:29  aur jo nai nasal hai misr ki, is ko aap taiyar kijie. yani mukammal wizarat di unhon ne un ko.</w:t>
      </w:r>
      <w:r>
        <w:br/>
      </w:r>
      <w:r>
        <w:rPr>
          <w:sz w:val="20"/>
        </w:rPr>
        <w:t>43:41  taleem ke department mein. aur aap ne kaha taleem sab se zyada ahem department hota hai.</w:t>
      </w:r>
      <w:r>
        <w:br/>
      </w:r>
      <w:r>
        <w:rPr>
          <w:sz w:val="20"/>
        </w:rPr>
        <w:t>43:49  to logon ko taleem dijie, logon ko tarbiyat dijie. logon ko taiyar kijie. nai naslon ko. to syed qutb ne is offer ko qubool nahi kiya.</w:t>
      </w:r>
      <w:r>
        <w:br/>
      </w:r>
      <w:r>
        <w:rPr>
          <w:sz w:val="20"/>
        </w:rPr>
        <w:t>44:04  unhon ne kaha ke pehle tum takht se hato. pehle tum khatam karo apni apna hukmarani. yani puri puri mujhe hukumat chahiye.</w:t>
      </w:r>
      <w:r>
        <w:br/>
      </w:r>
      <w:r>
        <w:rPr>
          <w:sz w:val="20"/>
        </w:rPr>
        <w:t>44:15  tumhare tehat mein mujhe wizarat taleem nahi chahiye.</w:t>
      </w:r>
      <w:r>
        <w:br/>
      </w:r>
      <w:r>
        <w:rPr>
          <w:sz w:val="20"/>
        </w:rPr>
        <w:t>44:20  to zahir hai ke wo takrao hua. jamal abdul nasir ke pas fauj thi. un ke pas to kuch nahi tha. lekin un ko pakar liya, pakar ke band kar diya.</w:t>
      </w:r>
      <w:r>
        <w:br/>
      </w:r>
      <w:r>
        <w:rPr>
          <w:sz w:val="20"/>
        </w:rPr>
        <w:t>44:29  aur case chalaya aur yahan tak ke un ko phansi de di gayi. syed qutb ko phansi di gayi. ab log kahte hain syed qutb shaheed. mein to kahta hoon syed qutb yani ghair mutabar shakhs.</w:t>
      </w:r>
      <w:r>
        <w:br/>
      </w:r>
      <w:r>
        <w:rPr>
          <w:sz w:val="20"/>
        </w:rPr>
        <w:t>44:40  ye shaheed jo jor rakha hai unhon ne, logon ne. sare arab duniya mein aap jayen to un ko jab naam lenge un ka to kahenge syed qutb shaheed kahenge.</w:t>
      </w:r>
      <w:r>
        <w:br/>
      </w:r>
      <w:r>
        <w:rPr>
          <w:sz w:val="20"/>
        </w:rPr>
        <w:t>44:50  mein kahunga syed qutb ghair mutabar shakhs. koi samajh nahi thi un ko. aur unhon ne quran ke tabasre bhi likhie.</w:t>
      </w:r>
      <w:r>
        <w:br/>
      </w:r>
      <w:r>
        <w:rPr>
          <w:sz w:val="20"/>
        </w:rPr>
        <w:t>45:00  fi zilal al quran ke naam se. under the shadow of quran under the shadow of the quran fi zilal al quran.</w:t>
      </w:r>
      <w:r>
        <w:br/>
      </w:r>
      <w:r>
        <w:rPr>
          <w:sz w:val="20"/>
        </w:rPr>
        <w:t>45:11  mukammal puri tabasra un ki hai.</w:t>
      </w:r>
      <w:r>
        <w:br/>
      </w:r>
      <w:r>
        <w:rPr>
          <w:sz w:val="20"/>
        </w:rPr>
        <w:t>45:13  ab dekhie ke isi misr mein jo misaal maujood thi, ek nabi ki. jis ko quran ne tasdeeq kiya tha. ke un ka jo tariqa tha, wo sahih tariqa tha.</w:t>
      </w:r>
      <w:r>
        <w:br/>
      </w:r>
      <w:r>
        <w:rPr>
          <w:sz w:val="20"/>
        </w:rPr>
        <w:t>45:26  isi misr mein wo insaan. jo quran ke tabasre bhi likhta hai. aur hazrat yusuf ko paighambar hi manta hai.</w:t>
      </w:r>
      <w:r>
        <w:br/>
      </w:r>
      <w:r>
        <w:rPr>
          <w:sz w:val="20"/>
        </w:rPr>
        <w:t>45:35  us ne un ke pattern ko follow nahi kiya.</w:t>
      </w:r>
      <w:r>
        <w:br/>
      </w:r>
      <w:r>
        <w:rPr>
          <w:sz w:val="20"/>
        </w:rPr>
        <w:t>45:41  agar wo is pattern ko follow karte.</w:t>
      </w:r>
      <w:r>
        <w:br/>
      </w:r>
      <w:r>
        <w:rPr>
          <w:sz w:val="20"/>
        </w:rPr>
        <w:t>45:46  aur ye sochte hain ke bhai agar sadr jo hai, jamal abdul nasir hai to hone do. hamare pas taleem rahegi.</w:t>
      </w:r>
      <w:r>
        <w:br/>
      </w:r>
      <w:r>
        <w:rPr>
          <w:sz w:val="20"/>
        </w:rPr>
        <w:t>45:56  puri puri misr ki jo nasal hai, nai nasal, is ko hum tarbiyat karenge. to bohat bada humein ye mauqa mil rahi hai.</w:t>
      </w:r>
      <w:r>
        <w:br/>
      </w:r>
      <w:r>
        <w:rPr>
          <w:sz w:val="20"/>
        </w:rPr>
        <w:t>46:07  to misr mein ek nai tareekh bana sakte the wo.</w:t>
      </w:r>
      <w:r>
        <w:br/>
      </w:r>
      <w:r>
        <w:rPr>
          <w:sz w:val="20"/>
        </w:rPr>
        <w:t>46:12  misr mein wo nai tareekh bana sakte the. lekin kya hua? bohat dinon tak case chala aur larai bharai aur ye hua, is ke baad wo khatam ho gaye.</w:t>
      </w:r>
      <w:r>
        <w:br/>
      </w:r>
      <w:r>
        <w:rPr>
          <w:sz w:val="20"/>
        </w:rPr>
        <w:t>46:22  wo phansi de di gayi wo. ye hai ke top ke log bhi manage nahi kar pate. top ke log, wo log jo quran ki tafsir likhte hain.</w:t>
      </w:r>
      <w:r>
        <w:br/>
      </w:r>
      <w:r>
        <w:rPr>
          <w:sz w:val="20"/>
        </w:rPr>
        <w:t>46:33  tab bhi quran ki baaton ko samajh nahi pate.</w:t>
      </w:r>
    </w:p>
    <w:p>
      <w:pPr>
        <w:pStyle w:val="Heading2"/>
      </w:pPr>
      <w:r>
        <w:t>Generations and scholars' failure in Quran</w:t>
      </w:r>
    </w:p>
    <w:p>
      <w:r>
        <w:rPr>
          <w:color w:val="666666"/>
          <w:sz w:val="18"/>
        </w:rPr>
        <w:t>Dars-e-Quran, Chapter 2, Verses 83-86, July 8, 2018 · 4m 02s · at 3:51 · https://youtu.be/lMYyBKzipJI?t=231</w:t>
      </w:r>
    </w:p>
    <w:p>
      <w:r>
        <w:rPr>
          <w:i/>
        </w:rPr>
        <w:t>“Dekhiye, Quran ki inaayaton mein yahood ka zikr hai”</w:t>
      </w:r>
    </w:p>
    <w:p>
      <w:r>
        <w:rPr>
          <w:sz w:val="20"/>
        </w:rPr>
        <w:t>3:51  e gi. dekhiye, quran ki enayaton mein yahood ka zikr hai. is mein bataya gaya hai ke yahood se ahad liya gaya, iqrar liya gaya,</w:t>
      </w:r>
      <w:r>
        <w:br/>
      </w:r>
      <w:r>
        <w:rPr>
          <w:sz w:val="20"/>
        </w:rPr>
        <w:t>4:08  phir iqrar karne ke baad woh phir gaye aur iqrar ke khilaf karne lagay.</w:t>
      </w:r>
      <w:r>
        <w:br/>
      </w:r>
      <w:r>
        <w:rPr>
          <w:sz w:val="20"/>
        </w:rPr>
        <w:t>4:16  to is ka matlab yeh nahi hai ke idhar iqrar hua, idhar munkir ban gaye. woh yeh darwazay se aaye, iqrar karte hue, is darwazay se nikal gaye, phir ke nikal gaye.</w:t>
      </w:r>
      <w:r>
        <w:br/>
      </w:r>
      <w:r>
        <w:rPr>
          <w:sz w:val="20"/>
        </w:rPr>
        <w:t>4:30  yeh matlab nahi hai is ka. yeh do naslon ki baat hai. iqrar shuru ki naslon se hua tha, phir aur naslein paida huien, aur yani baap ke bete, bete ke pote.</w:t>
      </w:r>
      <w:r>
        <w:br/>
      </w:r>
      <w:r>
        <w:rPr>
          <w:sz w:val="20"/>
        </w:rPr>
        <w:t>4:48  to dheere dheere un mein degeneration aaya. degeneration to ibtidai naslon ne to iqrar kiya tha, lekin baad ki naslein jin mein degeneration aa chuka tha, to woh phir gaye.</w:t>
      </w:r>
      <w:r>
        <w:br/>
      </w:r>
      <w:r>
        <w:rPr>
          <w:sz w:val="20"/>
        </w:rPr>
        <w:t>5:05  yeh matlab hai is ka.</w:t>
      </w:r>
      <w:r>
        <w:br/>
      </w:r>
      <w:r>
        <w:rPr>
          <w:sz w:val="20"/>
        </w:rPr>
        <w:t>5:09  kyun ke aisa hota nahi, aisa kabhi ho sakta hai ke is darwazay se aayein, iqrar karte hue, is darwazay se nikal jayein, munkir bankar ke.</w:t>
      </w:r>
      <w:r>
        <w:br/>
      </w:r>
      <w:r>
        <w:rPr>
          <w:sz w:val="20"/>
        </w:rPr>
        <w:t>5:19  aisa nahi hota. jo hota hai amalan fitri andaaz mein, woh matlab liya jayega. yahan</w:t>
      </w:r>
      <w:r>
        <w:br/>
      </w:r>
      <w:r>
        <w:rPr>
          <w:sz w:val="20"/>
        </w:rPr>
        <w:t>5:29  to is par aur deep mein jaiye, aur sochiye, aur sochiye to aap payenge ke is mein yahood ke ulma ke ek khaas ghalati ke point out kiya gaya hai.</w:t>
      </w:r>
      <w:r>
        <w:br/>
      </w:r>
      <w:r>
        <w:rPr>
          <w:sz w:val="20"/>
        </w:rPr>
        <w:t>5:51  yahood ke ulma ki ek khaas ghalati ko point out kiya gaya hai. woh ghalati kya thi? yahood ki baad ki generation jis mein girawat aayi,</w:t>
      </w:r>
      <w:r>
        <w:br/>
      </w:r>
      <w:r>
        <w:rPr>
          <w:sz w:val="20"/>
        </w:rPr>
        <w:t>6:10  yani baap logon mein nahi, baad ke logon mein nahi, bete, pote, nawase, woh jo nai nasl bani, un mein aayi girawat.</w:t>
      </w:r>
      <w:r>
        <w:br/>
      </w:r>
      <w:r>
        <w:rPr>
          <w:sz w:val="20"/>
        </w:rPr>
        <w:t>6:23  to ulma ne is waqt, is waqt ke ulma ne, woh bhi pehle ulma nahi, pehle daur ke ulma mein nahi, baad ke daur ke ulma ne is waqt apni zimmedari ko ada nahi kiya.</w:t>
      </w:r>
      <w:r>
        <w:br/>
      </w:r>
      <w:r>
        <w:rPr>
          <w:sz w:val="20"/>
        </w:rPr>
        <w:t>6:39  yeh hai baat kahi gayi is mein.</w:t>
      </w:r>
      <w:r>
        <w:br/>
      </w:r>
      <w:r>
        <w:rPr>
          <w:sz w:val="20"/>
        </w:rPr>
        <w:t>6:43  aisa nahi ke idhar iqrar hua, idhar inkar hua. balkeh is ka matlab yeh hai ke iqrar kar ke ek ummat bani, unhon ne peghambaron ko mana, peghambaron ki baat ko mana,</w:t>
      </w:r>
      <w:r>
        <w:br/>
      </w:r>
      <w:r>
        <w:rPr>
          <w:sz w:val="20"/>
        </w:rPr>
        <w:t>6:59  is par chalne lagay. lekin jo baad ki naslein paida huien, baad ki naslon mein fitri taur par, yeh fitri taur par hota hai, fata'ala alaihim.</w:t>
      </w:r>
      <w:r>
        <w:br/>
      </w:r>
      <w:r>
        <w:rPr>
          <w:sz w:val="20"/>
        </w:rPr>
        <w:t>7:12  alaihim amd, tul amd se aati hai girawat. tul amd, fata'ala alaihim al-amd.</w:t>
      </w:r>
      <w:r>
        <w:br/>
      </w:r>
      <w:r>
        <w:rPr>
          <w:sz w:val="20"/>
        </w:rPr>
        <w:t>7:23  to is ko achhe se samajh lijiye ke is ka yeh matlab nahi ke pehle hi nasl mein girawat aa gayi. nahi, tul amd ke baad baad ki naslon mein girawat aayi.</w:t>
      </w:r>
      <w:r>
        <w:br/>
      </w:r>
      <w:r>
        <w:rPr>
          <w:sz w:val="20"/>
        </w:rPr>
        <w:t>7:36  to tul amd ke baad aayi to kya hua? us waqt ke jo ulma thay, baad ke zamane ke ulma thay, unhon ne is ko apni zimmedari ko ada nahi kiya aur bimari badhta gaya, badhta gaya.</w:t>
      </w:r>
    </w:p>
    <w:p>
      <w:pPr>
        <w:pStyle w:val="Heading2"/>
      </w:pPr>
      <w:r>
        <w:t>The full story of Qaswa, the Prophet's beloved camel</w:t>
      </w:r>
    </w:p>
    <w:p>
      <w:r>
        <w:rPr>
          <w:color w:val="666666"/>
          <w:sz w:val="18"/>
        </w:rPr>
        <w:t>The Farwell Hajj of The Prophet June 18, 2023 · 4m 35s · at 25:50 · https://youtu.be/jY24n6ArZaM?t=1550</w:t>
      </w:r>
    </w:p>
    <w:p>
      <w:r>
        <w:rPr>
          <w:i/>
        </w:rPr>
        <w:t>“Qaswa was the Prophet's trusted camel, known for her rare qualities”</w:t>
      </w:r>
    </w:p>
    <w:p>
      <w:r>
        <w:rPr>
          <w:sz w:val="20"/>
        </w:rPr>
        <w:t>25:50  doctor ṣāḥib, aap quswah ke bāre mein jo prophet ka camel tha, us ka zikr kar rahe the, and as we know, that he was, i mean, quswah was the trusted camel of the prophet, and many significant events prophet rode in quswah.</w:t>
      </w:r>
      <w:r>
        <w:br/>
      </w:r>
      <w:r>
        <w:rPr>
          <w:sz w:val="20"/>
        </w:rPr>
        <w:t>26:06  migration bhi jo kiyā, woh quswah pe kiyā, aur abhi farewell pilgrimage tha, woh bhi quswah pe unhoñ ne kiyā, and quswah is known for its exceptional qualities.</w:t>
      </w:r>
      <w:r>
        <w:br/>
      </w:r>
      <w:r>
        <w:rPr>
          <w:sz w:val="20"/>
        </w:rPr>
        <w:t>26:16  to main chāhūñgā ke thoṛā aap is ko aur</w:t>
      </w:r>
      <w:r>
        <w:br/>
      </w:r>
      <w:r>
        <w:rPr>
          <w:sz w:val="20"/>
        </w:rPr>
        <w:t>26:19  wāzeḥ kareñ, kuchh camel ke bāre mein batāyeñ aap. ji hañ, yeh wāqiʿī jaise aap ne kahā, bahut hi khās uṇṭnī thī. dar'aṣal kyā huā ke jab rasūl allāh, rasūl allāh ṣallā allāhu ʿalayhi wa-sallam ne kabhi koi, un ke pās koi uṇṭ nahīñ thā, he never bought or owned any camel.</w:t>
      </w:r>
      <w:r>
        <w:br/>
      </w:r>
      <w:r>
        <w:rPr>
          <w:sz w:val="20"/>
        </w:rPr>
        <w:t>26:35  ji, before migration. to jab migration ka waqt āyā</w:t>
      </w:r>
      <w:r>
        <w:br/>
      </w:r>
      <w:r>
        <w:rPr>
          <w:sz w:val="20"/>
        </w:rPr>
        <w:t>26:43  makkah se madīnah jāne kā, to rasūl allāh ne ḥazrat abūbakr se kahā ke do uṇṭ kā intizām karo. to jo time aur jagah batāī thī, ḥazrat abūbakr raḍiyallāhu ʿanhu do uṇṭ le ke ā gaye aur kahā ke yeh ek uṇṭ main āp ko gift kartā huñ.</w:t>
      </w:r>
      <w:r>
        <w:br/>
      </w:r>
      <w:r>
        <w:rPr>
          <w:sz w:val="20"/>
        </w:rPr>
        <w:t>27:04  to prophet ne kahā ke no, i will buy it bismillah o abūbakr, i will pay for a</w:t>
      </w:r>
      <w:r>
        <w:br/>
      </w:r>
      <w:r>
        <w:rPr>
          <w:sz w:val="20"/>
        </w:rPr>
        <w:t>27:10  it. to rasūl allāh ne bāqāʿdah is ko pay kiyā, yani yeh payambar kī shāʾan nahīñ hai ke woh gift le logoñ se. to is ko ab pay kiyā, aur is pe phir safar huā.</w:t>
      </w:r>
      <w:r>
        <w:br/>
      </w:r>
      <w:r>
        <w:rPr>
          <w:sz w:val="20"/>
        </w:rPr>
        <w:t>27:23  to jab madīnah pahuñche to sāre log chāhte the, they were trying to hold his reins, and they wanted to take the camel to their tri</w:t>
      </w:r>
      <w:r>
        <w:br/>
      </w:r>
      <w:r>
        <w:rPr>
          <w:sz w:val="20"/>
        </w:rPr>
        <w:t>27:38  be. to rasūl allāh ne kahā ke leave quswah alone, allāh is guiding quswah. to quswah woh shahar mein, madīnah mein chaltī rahī, phir ek jagah jā ke baith gaī.</w:t>
      </w:r>
      <w:r>
        <w:br/>
      </w:r>
      <w:r>
        <w:rPr>
          <w:sz w:val="20"/>
        </w:rPr>
        <w:t>27:50  ji, aur us jagah jahāñ baithī hai, āj ṭhīk wahāñ masjid nabawī kā main gate hai.</w:t>
      </w:r>
      <w:r>
        <w:br/>
      </w:r>
      <w:r>
        <w:rPr>
          <w:sz w:val="20"/>
        </w:rPr>
        <w:t>27:56  ji, prophet ne masjid nabawī wahīñ banāī jahāñ par quswah baithī thī. aur kaī bār jaise main ne abhi batāyā ke quswah ke safar mein rasūl allāh is pe safar kar rahe the, aur qurʾān nāzil huā.</w:t>
      </w:r>
      <w:r>
        <w:br/>
      </w:r>
      <w:r>
        <w:rPr>
          <w:sz w:val="20"/>
        </w:rPr>
        <w:t>28:13  aur ḥudaybiyyah kā jo wāqiʿah thā ke ḥudaybiyyah mein prophet ruk gaye the makkah ke safar ke liye jab ā rahe the, to quswah wahāñ jā ke baith gaye, baith gaī.</w:t>
      </w:r>
      <w:r>
        <w:br/>
      </w:r>
      <w:r>
        <w:rPr>
          <w:sz w:val="20"/>
        </w:rPr>
        <w:t>28:25  aur jab uṭhānā chāhā ṣaḥābah ne to uṭhī nahīñ rahī thī.</w:t>
      </w:r>
      <w:r>
        <w:br/>
      </w:r>
      <w:r>
        <w:rPr>
          <w:sz w:val="20"/>
        </w:rPr>
        <w:t>28:31  to rasūl allāh ne kahā ke is ko chhoṛ do, aise hi, aur hum yahīñ rukēñge. yani quswah kī wajah se wahāñ rasūl allāh ḥudaybiyyah mein ruke.</w:t>
      </w:r>
      <w:r>
        <w:br/>
      </w:r>
      <w:r>
        <w:rPr>
          <w:sz w:val="20"/>
        </w:rPr>
        <w:t>28:44  aur kahā jātā hai ke jab rasūl allāh kī death huī to quswah bahut roī, yahāñ tak ke blind ho gaī, aur khānā pīnā chhoṛ diyā.</w:t>
      </w:r>
      <w:r>
        <w:br/>
      </w:r>
      <w:r>
        <w:rPr>
          <w:sz w:val="20"/>
        </w:rPr>
        <w:t>28:53  aur kuch mahinon mein is ki death ho gayi, halankay bohating thi.</w:t>
      </w:r>
      <w:r>
        <w:br/>
      </w:r>
      <w:r>
        <w:rPr>
          <w:sz w:val="20"/>
        </w:rPr>
        <w:t>28:58  jab is ko rasool Allah ne khareeda tha to i think she was hardly ten year old. oont jo hai na, woh das saal mein bilkul is ke laiq ho jata hai.</w:t>
      </w:r>
      <w:r>
        <w:br/>
      </w:r>
      <w:r>
        <w:rPr>
          <w:sz w:val="20"/>
        </w:rPr>
        <w:t>29:09  to its a ek aur waqia hai ke qaswah jo thi, woh bohat hi taiz raftaar oontni thi, to hamesha race mein jeetti thi.</w:t>
      </w:r>
      <w:r>
        <w:br/>
      </w:r>
      <w:r>
        <w:rPr>
          <w:sz w:val="20"/>
        </w:rPr>
        <w:t>29:19  ji, aik baar haar gayi woh. to rasool Allah to sahaba baray udas hue.</w:t>
      </w:r>
      <w:r>
        <w:br/>
      </w:r>
      <w:r>
        <w:rPr>
          <w:sz w:val="20"/>
        </w:rPr>
        <w:t>29:25  to rasool Allah ne bohat achi baat kahi ke dunya ki cheezon mein jis cheez ko log bohat ziyada buland maqam dete hain, to Allah zaroor un ko is maqam se gira deta hai.</w:t>
      </w:r>
      <w:r>
        <w:br/>
      </w:r>
      <w:r>
        <w:rPr>
          <w:sz w:val="20"/>
        </w:rPr>
        <w:t>29:38  yani aik general baat kahi. ji,</w:t>
      </w:r>
      <w:r>
        <w:br/>
      </w:r>
      <w:r>
        <w:rPr>
          <w:sz w:val="20"/>
        </w:rPr>
        <w:t>29:40  to yeh aik bara zabardast principle hai. aur fath e makkah ke waqt bhi qaswah ke oopar aap baithe hue thay, balkay itna ziyada jhuke hue thay jab enter kar rahay thay, to aisay jhuk jhukay hue thay ke qaswah ka jo kohan hota hai na, jo woh aik hump, haan, us us pe touch kar rahi thi rasool Allah ki daadhi, bilkul touch kar rahi thi.</w:t>
      </w:r>
      <w:r>
        <w:br/>
      </w:r>
      <w:r>
        <w:rPr>
          <w:sz w:val="20"/>
        </w:rPr>
        <w:t>30:06  aur</w:t>
      </w:r>
      <w:r>
        <w:br/>
      </w:r>
      <w:r>
        <w:rPr>
          <w:sz w:val="20"/>
        </w:rPr>
        <w:t>30:10  jo yeh safar hua farewell, is mein bhi qaswah pe aap</w:t>
      </w:r>
      <w:r>
        <w:br/>
      </w:r>
      <w:r>
        <w:rPr>
          <w:sz w:val="20"/>
        </w:rPr>
        <w:t>30:16  thay. to yeh to aik bohat hi khaas khaas oontni thi. doctor sahib, kuch comments parhna chahoon ga agla sawal lainay se pehlay.</w:t>
      </w:r>
    </w:p>
    <w:p>
      <w:pPr>
        <w:pStyle w:val="Heading2"/>
      </w:pPr>
      <w:r>
        <w:t>hidden relative value behind the Treaty of Hudaybiyyah</w:t>
      </w:r>
    </w:p>
    <w:p>
      <w:r>
        <w:rPr>
          <w:color w:val="666666"/>
          <w:sz w:val="18"/>
        </w:rPr>
        <w:t>The Art of Thinking January 28, 2024 · 3m 22s · at 43:42 · https://youtu.be/lpUsTrs0ulo?t=2622</w:t>
      </w:r>
    </w:p>
    <w:p>
      <w:r>
        <w:rPr>
          <w:i/>
        </w:rPr>
        <w:t>“Relative value is a very important concept, Maulana said”</w:t>
      </w:r>
    </w:p>
    <w:p>
      <w:r>
        <w:rPr>
          <w:sz w:val="20"/>
        </w:rPr>
        <w:t>43:42  hai. Mein chahoon ga is ke baray mein bhi aap hum sab ko wazeh karein. Haan, ye bohat zyada ye cheez important hai, relative value. Kyunke jo real value hai ya absolute value hai, to woh to bohat hi kam aisa hota hai ke humain real value jo hai har cheez ki mil</w:t>
      </w:r>
      <w:r>
        <w:br/>
      </w:r>
      <w:r>
        <w:rPr>
          <w:sz w:val="20"/>
        </w:rPr>
        <w:t>44:03  jaye. Kyunke aam taur par kya hota hai, jis ko Maulana indirect benefit bhi kehtay thay, ke direct benefit kam hota hai, indirect benefit bohat zyada hota hai, lekin log us ko samajh nahi patay. To is ka mein is se us waqt sirf Sulah Hudaibiyah ki misaal doon gi</w:t>
      </w:r>
      <w:r>
        <w:br/>
      </w:r>
      <w:r>
        <w:rPr>
          <w:sz w:val="20"/>
        </w:rPr>
        <w:t>44:22  ke Sulah Hudaibiyah ki jo misaal, woh jo Rasool Allah Salallahu Alaihi Wasallam ne sulah ki, dab kar ke tamam un ke enemy ki sharaait ko accept kar ke, to ab Sahaba ke bhi kisi kisi bhi Sahabi ko samajh mein nahi aa raha tha.</w:t>
      </w:r>
      <w:r>
        <w:br/>
      </w:r>
      <w:r>
        <w:rPr>
          <w:sz w:val="20"/>
        </w:rPr>
        <w:t>44:40  Sab Sahabi bohat zyada ghamgeen thay ke itna zillat amaiz muahida hua hai. Matlab hai ke Hazrat Umar, Hazrat Abu Bakr jaisay Sahabi bhi sab pareshan thay.</w:t>
      </w:r>
      <w:r>
        <w:br/>
      </w:r>
      <w:r>
        <w:rPr>
          <w:sz w:val="20"/>
        </w:rPr>
        <w:t>44:53  Lekin woh jo us ka woh tha, jo hidden aspect tha, jis ko hum kahain ge relative value jo tha, woh Rasool Allah Salallahu Alaihi Wasallam ko angels ne bataya ya aap ko khud aap ne samjha.</w:t>
      </w:r>
      <w:r>
        <w:br/>
      </w:r>
      <w:r>
        <w:rPr>
          <w:sz w:val="20"/>
        </w:rPr>
        <w:t>45:07  Beharhaal to woh jo hidden aspect tha, woh zabardast tha kyunke jab muahida ho jaye ga aur aman qaim ho jaye ga, saray jo hain bahami takrao khatam ho jaye ga, jang-i halaat khatam ho jayein ge</w:t>
      </w:r>
      <w:r>
        <w:br/>
      </w:r>
      <w:r>
        <w:rPr>
          <w:sz w:val="20"/>
        </w:rPr>
        <w:t>45:24  , log aik doosray se milnay lagen ge to zabardast jo hai is ka faida hoga. Jo paigham Rasool Allah Salallahu Alaihi Wasallam, jo paigham phailanay mein jo itni rukawatein aa rahi theen, to woh sari rukawatein khatam ho jayein gi.</w:t>
      </w:r>
      <w:r>
        <w:br/>
      </w:r>
      <w:r>
        <w:rPr>
          <w:sz w:val="20"/>
        </w:rPr>
        <w:t>45:40  To isi wajah se Quran mein aaya ke Allah ne woh baat jani jo tum ne nahi jani, Surah Al-Fatah mein ke us ke baad achaanak saray pooray Arab mein achaanak jo hai woh Rasool Allah Salallahu Alaihi Wasallam ka paigham phunch gaya, sari dushmaniayn khatam ho gaein.</w:t>
      </w:r>
      <w:r>
        <w:br/>
      </w:r>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r>
        <w:br/>
      </w:r>
      <w:r>
        <w:rPr>
          <w:sz w:val="20"/>
        </w:rPr>
        <w:t>46:23  Matlab aik tha ke un ki sari dushmani ki sari conditions ko accept karna aur doosra tha ke tamam jo hai halaat normalize, normalize ho jayein aur paigham phochanay mein sari jo hain rastay khul jayein.</w:t>
      </w:r>
      <w:r>
        <w:br/>
      </w:r>
      <w:r>
        <w:rPr>
          <w:sz w:val="20"/>
        </w:rPr>
        <w:t>46:40  To woh zyada behtar tha ya yeh zyada behtar hai. To</w:t>
      </w:r>
      <w:r>
        <w:br/>
      </w:r>
      <w:r>
        <w:rPr>
          <w:sz w:val="20"/>
        </w:rPr>
        <w:t>46:44  yeh jo hai agar hum sirf aik baat ko yeh rakhein ke hamara har action jo hai woh result oriented hona chahiye aur sochien, agar hum gehrai se to humain samajh mein aa jata hai ke hum aisa karein ge to is ka result yeh hoga, aisa karein ge to is ka result yeh hoga.</w:t>
      </w:r>
    </w:p>
    <w:p>
      <w:pPr>
        <w:pStyle w:val="Heading2"/>
      </w:pPr>
      <w:r>
        <w:t>Debating a philosopher: strange belief beats stranger disbelief</w:t>
      </w:r>
    </w:p>
    <w:p>
      <w:r>
        <w:rPr>
          <w:color w:val="666666"/>
          <w:sz w:val="18"/>
        </w:rPr>
        <w:t>Nature and Spirituality with Q&amp;A June 04, 2006 Maulana Wahiduddin Khan · 5m 14s · at 12:29 · https://youtu.be/1lyvIoYlc70?t=749</w:t>
      </w:r>
    </w:p>
    <w:p>
      <w:r>
        <w:rPr>
          <w:i/>
        </w:rPr>
        <w:t>“Let me tell you a story of my own.”</w:t>
      </w:r>
    </w:p>
    <w:p>
      <w:r>
        <w:rPr>
          <w:sz w:val="20"/>
        </w:rPr>
        <w:t>12:29  main aap ko ek apna qissa arz karoon. ek sahab jo unhon ne philosophy mein MA kiya tha un se meri baat cheet hui Khuda par.</w:t>
      </w:r>
      <w:r>
        <w:br/>
      </w:r>
      <w:r>
        <w:rPr>
          <w:sz w:val="20"/>
        </w:rPr>
        <w:t>12:44  to woh Khuda ko nahi mante the. aap jante hain ke philosophy jo log parhte hain woh sab mostly agnostic ho jate hain.</w:t>
      </w:r>
      <w:r>
        <w:br/>
      </w:r>
      <w:r>
        <w:rPr>
          <w:sz w:val="20"/>
        </w:rPr>
        <w:t>12:54  ya theist ya agnostic.</w:t>
      </w:r>
      <w:r>
        <w:br/>
      </w:r>
      <w:r>
        <w:rPr>
          <w:sz w:val="20"/>
        </w:rPr>
        <w:t>12:58  kyunke philosophy jo hai confusion deti hai. aur confusion ki wajah se aisa ho jata hai. yani kisi conviction ki wajah se woh theist nahi bante hain. balkeh out of confusion bante hain.</w:t>
      </w:r>
      <w:r>
        <w:br/>
      </w:r>
      <w:r>
        <w:rPr>
          <w:sz w:val="20"/>
        </w:rPr>
        <w:t>13:09  to behal main ne bohat si baatein un ko kahin. to woh behas karte rahe. aakhir mein main ne kaha ke dekhiye</w:t>
      </w:r>
      <w:r>
        <w:br/>
      </w:r>
      <w:r>
        <w:rPr>
          <w:sz w:val="20"/>
        </w:rPr>
        <w:t>13:23  ek formula main ne un ko diya ke main kyun Khuda ko manta hoon.</w:t>
      </w:r>
      <w:r>
        <w:br/>
      </w:r>
      <w:r>
        <w:rPr>
          <w:sz w:val="20"/>
        </w:rPr>
        <w:t>13:28  aur sab se bara jo logical formula mere pas hai apne liye jis ne mujhe convince kiya ke Khuda exist karta hai us ko main ne bataya un ko.</w:t>
      </w:r>
      <w:r>
        <w:br/>
      </w:r>
      <w:r>
        <w:rPr>
          <w:sz w:val="20"/>
        </w:rPr>
        <w:t>13:43  woh yeh bataya main ne un ko ke unhein bohat ajeeb lagta tha ke Khuda ko kaise manen hum. bohat hi strange baat</w:t>
      </w:r>
      <w:r>
        <w:br/>
      </w:r>
      <w:r>
        <w:rPr>
          <w:sz w:val="20"/>
        </w:rPr>
        <w:t>13:52  ۔ to main ne kaha ke believing in God is strange. but not to believe in God is stranger still</w:t>
      </w:r>
      <w:r>
        <w:br/>
      </w:r>
      <w:r>
        <w:rPr>
          <w:sz w:val="20"/>
        </w:rPr>
        <w:t>14:10  ۔ so when I say that I believe in God I simply say that</w:t>
      </w:r>
      <w:r>
        <w:br/>
      </w:r>
      <w:r>
        <w:rPr>
          <w:sz w:val="20"/>
        </w:rPr>
        <w:t>14:24  I have preferred the strange rather than the stranger.</w:t>
      </w:r>
      <w:r>
        <w:br/>
      </w:r>
      <w:r>
        <w:rPr>
          <w:sz w:val="20"/>
        </w:rPr>
        <w:t>14:33  yani urdu mein main kahunga ke ke Khuda ko manna ajeeb hai. lekin Khuda ko na manna is se bhi zyada ajeeb hai.</w:t>
      </w:r>
      <w:r>
        <w:br/>
      </w:r>
      <w:r>
        <w:rPr>
          <w:sz w:val="20"/>
        </w:rPr>
        <w:t>14:47  yeh hai logic hai jis ne mujhe mutmaeen kiya. yeh main ne kaha un se ke main ne bohat is pe study ki hai. lekin jis logic ne mujhe satisfy kiya woh yeh thi kyunke main bohat zyada rational aadmi hoon.</w:t>
      </w:r>
      <w:r>
        <w:br/>
      </w:r>
      <w:r>
        <w:rPr>
          <w:sz w:val="20"/>
        </w:rPr>
        <w:t>15:03  kabhi kabhi khayal hota hai ke shayad mujh se bara rationalist koi duniya mein paida nahi hua.</w:t>
      </w:r>
      <w:r>
        <w:br/>
      </w:r>
      <w:r>
        <w:rPr>
          <w:sz w:val="20"/>
        </w:rPr>
        <w:t>15:11  bohat hi zyada rationalist aadmi hoon. kisi bhi cheez ko main reason ke baghair nahi manta.</w:t>
      </w:r>
      <w:r>
        <w:br/>
      </w:r>
      <w:r>
        <w:rPr>
          <w:sz w:val="20"/>
        </w:rPr>
        <w:t>15:20  to main ne kaha ke meri study ne jahan tak mujhe pohanchaya to jis cheez se main mutmaeen hua woh yeh thi.</w:t>
      </w:r>
      <w:r>
        <w:br/>
      </w:r>
      <w:r>
        <w:rPr>
          <w:sz w:val="20"/>
        </w:rPr>
        <w:t>15:30  woh yeh formula tha ke Khuda ko manna ajeeb hai. lekin Khuda ko na manna is se bhi zyada ajeeb hai.</w:t>
      </w:r>
      <w:r>
        <w:br/>
      </w:r>
      <w:r>
        <w:rPr>
          <w:sz w:val="20"/>
        </w:rPr>
        <w:t>15:44  jab main yeh kehta hoon ke main Khuda ko manta hoon to main ajeeb tar ke muqable mein ajeeb ko tarjeeh deta hoon.</w:t>
      </w:r>
      <w:r>
        <w:br/>
      </w:r>
      <w:r>
        <w:rPr>
          <w:sz w:val="20"/>
        </w:rPr>
        <w:t>15:56  phir main ne kaha ke yahan aap ke liye choice in do ke beech mein woh samjhiye aap. aap samajhte hain ke choice is mein hai ke Khuda ko manen ya Khuda ko na manen.</w:t>
      </w:r>
      <w:r>
        <w:br/>
      </w:r>
      <w:r>
        <w:rPr>
          <w:sz w:val="20"/>
        </w:rPr>
        <w:t>16:08  yeh choais hi nahin hai.</w:t>
      </w:r>
      <w:r>
        <w:br/>
      </w:r>
      <w:r>
        <w:rPr>
          <w:sz w:val="20"/>
        </w:rPr>
        <w:t>16:14  choais yeh hai ke ajeeb ko manen ya ajeeb tar ko manen. yani stranger ko manen ya stranger ko manen. to zahir hai koi bhi aadmi stranger ke muqable mein ajeeb ko manega.</w:t>
      </w:r>
      <w:r>
        <w:br/>
      </w:r>
      <w:r>
        <w:rPr>
          <w:sz w:val="20"/>
        </w:rPr>
        <w:t>16:28  kyunke woh easier choais hai. to aap taajjub karenge ke is logic ko unhon ne mana aur woh khamosh ho gaye.</w:t>
      </w:r>
      <w:r>
        <w:br/>
      </w:r>
      <w:r>
        <w:rPr>
          <w:sz w:val="20"/>
        </w:rPr>
        <w:t>16:39  shayad unhon ne yeh to nahin kaha ke main aaj se</w:t>
      </w:r>
      <w:r>
        <w:br/>
      </w:r>
      <w:r>
        <w:rPr>
          <w:sz w:val="20"/>
        </w:rPr>
        <w:t>16:47  yani shayad unhon ne yeh to nahin kaha ke main main galat tha ab tak. aaj maine sachai ko paya hai. lekin woh chup ho gaye.</w:t>
      </w:r>
      <w:r>
        <w:br/>
      </w:r>
      <w:r>
        <w:rPr>
          <w:sz w:val="20"/>
        </w:rPr>
        <w:t>17:01  jab ek intellectual ya educated aadmi chup ho jaye to samajh lijiye ke uska dil uske dil ne usko man liya.</w:t>
      </w:r>
      <w:r>
        <w:br/>
      </w:r>
      <w:r>
        <w:rPr>
          <w:sz w:val="20"/>
        </w:rPr>
        <w:t>17:12  uske dil ne usko man liya. to mujhe yeh formula bahut hi strong maloom hota hai.</w:t>
      </w:r>
      <w:r>
        <w:br/>
      </w:r>
      <w:r>
        <w:rPr>
          <w:sz w:val="20"/>
        </w:rPr>
        <w:t>17:22  ke Khuda ko manna ajeeb hai lekin Khuda ko na manna is se bhi zyada ajeeb hai.</w:t>
      </w:r>
      <w:r>
        <w:br/>
      </w:r>
      <w:r>
        <w:rPr>
          <w:sz w:val="20"/>
        </w:rPr>
        <w:t>17:30  to jab main Khuda ko manta hoon to main ajeeb tar ko chhod kar ajeeb ko ka choais leta hoon.</w:t>
      </w:r>
    </w:p>
    <w:p>
      <w:pPr>
        <w:pStyle w:val="Heading2"/>
      </w:pPr>
      <w:r>
        <w:t>World distraction team building</w:t>
      </w:r>
    </w:p>
    <w:p>
      <w:r>
        <w:rPr>
          <w:color w:val="666666"/>
          <w:sz w:val="18"/>
        </w:rPr>
        <w:t>Islam Ideology, Team and Method 9 Oct, 2011 - Maulana Wahiduddin Khan · 5m 13s · at 23:07 · https://youtu.be/gEd027DIDw8?t=1387</w:t>
      </w:r>
    </w:p>
    <w:p>
      <w:r>
        <w:rPr>
          <w:i/>
        </w:rPr>
        <w:t>“World of distraction mein team kaise banaye?”</w:t>
      </w:r>
    </w:p>
    <w:p>
      <w:r>
        <w:rPr>
          <w:sz w:val="20"/>
        </w:rPr>
        <w:t>23:07  aadmi akela nahin rehta. to ek cheez yeh hai ke distraction, dis world of distraction mein kis tarah team banai jaye.</w:t>
      </w:r>
      <w:r>
        <w:br/>
      </w:r>
      <w:r>
        <w:rPr>
          <w:sz w:val="20"/>
        </w:rPr>
        <w:t>23:24  world of distraction mein kis tarah woh team banai jaye jo Islam ke mission ko le ke aage badhe. to is ka jo example hai, us ko jo model hai, woh qaim hua Hazrat Ismail, Hazrat Hajra, Hazrat Ismail, Hazrat Ibrahim ke zariye se.</w:t>
      </w:r>
      <w:r>
        <w:br/>
      </w:r>
      <w:r>
        <w:rPr>
          <w:sz w:val="20"/>
        </w:rPr>
        <w:t>23:44  to jaisa ke maine arz kiya, woh model apni haqeeqat ke aitbar se matloob hai na ke apni shakal ke aitbar se.</w:t>
      </w:r>
      <w:r>
        <w:br/>
      </w:r>
      <w:r>
        <w:rPr>
          <w:sz w:val="20"/>
        </w:rPr>
        <w:t>23:53  is model ki jo spirit hai, woh aaj matloob hai. is ki jo shakal hai, woh aaj matloob nahin hai. aur spirit yahi hai ke kuch log apne aap ko Allah ke bharose par daal dein ke woh apne ko train karein, apne ko tayyar karein, apne ko prepare karein team banne ke liye.</w:t>
      </w:r>
      <w:r>
        <w:br/>
      </w:r>
      <w:r>
        <w:rPr>
          <w:sz w:val="20"/>
        </w:rPr>
        <w:t>24:20  to ek yeh cheez hai ke world of distraction mein kis tarah se aisi team banai jaye jo Islam ki dawat mission ko le kar aage badhe.</w:t>
      </w:r>
      <w:r>
        <w:br/>
      </w:r>
      <w:r>
        <w:rPr>
          <w:sz w:val="20"/>
        </w:rPr>
        <w:t>24:33  team bahut hi zaruri hai. team ke baghair kaam nahin ho sakta. Allah ke fazl se hamare mission mein yeh sari baaten wajood mein aa chuki hain.</w:t>
      </w:r>
      <w:r>
        <w:br/>
      </w:r>
      <w:r>
        <w:rPr>
          <w:sz w:val="20"/>
        </w:rPr>
        <w:t>24:44  hamari koi is mein plan nahin hai. Allah ki madad ki wajah se aisa hua ke team ban rahi hai yahan se le kar America tak, aur isi lihaz mein ban rahi hai ke woh log fi waqe wadi ghair zar mein jump kar rahe hain.</w:t>
      </w:r>
      <w:r>
        <w:br/>
      </w:r>
      <w:r>
        <w:rPr>
          <w:sz w:val="20"/>
        </w:rPr>
        <w:t>25:02  yani ab dunya bhaag rahi hai material taraqqi ke liye, aur more aur more money ke money ke liye.</w:t>
      </w:r>
      <w:r>
        <w:br/>
      </w:r>
      <w:r>
        <w:rPr>
          <w:sz w:val="20"/>
        </w:rPr>
        <w:t>25:12  in logon ne apne ko dala hai ke more aur more nusrat Khuda, yani bajaye is ke ke aur zyada, aur zyada paisa, aur zyada, is ke bajaye aur zyada, aur zyada Allah ki madad is rah par dala hai.</w:t>
      </w:r>
      <w:r>
        <w:br/>
      </w:r>
      <w:r>
        <w:rPr>
          <w:sz w:val="20"/>
        </w:rPr>
        <w:t>25:28  to allah ke fazl se hamare liye ye mustaqbil ki baat nahi, aaj ki baat hai. yani ab ye cheez waqe ho chuki hai ke pehle islam ki ideology samne aai,</w:t>
      </w:r>
      <w:r>
        <w:br/>
      </w:r>
      <w:r>
        <w:rPr>
          <w:sz w:val="20"/>
        </w:rPr>
        <w:t>25:42  Quran ka transition hua, Quran ki commentary likhi gayi dawat ki buniyad par, aur ab Allah ke fazl</w:t>
      </w:r>
      <w:r>
        <w:br/>
      </w:r>
      <w:r>
        <w:rPr>
          <w:sz w:val="20"/>
        </w:rPr>
        <w:t>25:50  se aise afraad ikhatta ho gaye hain jo apne aap ko prepare kar rahe hain, apne aap ko</w:t>
      </w:r>
      <w:r>
        <w:br/>
      </w:r>
      <w:r>
        <w:rPr>
          <w:sz w:val="20"/>
        </w:rPr>
        <w:t>25:58  taiyar kar rahe hain ke woh team ban kar</w:t>
      </w:r>
      <w:r>
        <w:br/>
      </w:r>
      <w:r>
        <w:rPr>
          <w:sz w:val="20"/>
        </w:rPr>
        <w:t>26:01  Islam ka jo aalmi</w:t>
      </w:r>
      <w:r>
        <w:br/>
      </w:r>
      <w:r>
        <w:rPr>
          <w:sz w:val="20"/>
        </w:rPr>
        <w:t>26:07  mission hai, us ko</w:t>
      </w:r>
      <w:r>
        <w:br/>
      </w:r>
      <w:r>
        <w:rPr>
          <w:sz w:val="20"/>
        </w:rPr>
        <w:t>26:10  is mein apna hissa ada karein.</w:t>
      </w:r>
      <w:r>
        <w:br/>
      </w:r>
      <w:r>
        <w:rPr>
          <w:sz w:val="20"/>
        </w:rPr>
        <w:t>26:14  dusri cheez jo main kehna chahta hoon, wo hai methodology ko le kar ke, method ko le kar ke. ye ek bahut mushkil sawal hai ke aap ek ideology ko le kar jab aate hain society mein to doosre logon ki alag ideology hai, doosre logon ke alag interest hain.</w:t>
      </w:r>
      <w:r>
        <w:br/>
      </w:r>
      <w:r>
        <w:rPr>
          <w:sz w:val="20"/>
        </w:rPr>
        <w:t>26:33  har aadmi apni azadi ko istemal kar raha hai. to qadam bad qadam par rukawat. is lihaz se main kahunga ke ye masla jo hai, agar world of conflict mein, world of conflict mein ye talash karna ke kaise apne mission ko aap chalayen,</w:t>
      </w:r>
      <w:r>
        <w:br/>
      </w:r>
      <w:r>
        <w:rPr>
          <w:sz w:val="20"/>
        </w:rPr>
        <w:t>26:56  wahan jo tha ke world of distraction mein kaise aap ek team banayen, ye wahan ye sawal tha. yahan ye sawal hai ke world of conflict mein kaise aap apne liye rasta nikalein,</w:t>
      </w:r>
      <w:r>
        <w:br/>
      </w:r>
      <w:r>
        <w:rPr>
          <w:sz w:val="20"/>
        </w:rPr>
        <w:t>27:11  kaise aap apne mission ko aage badhayen. to is ka namuna dekhiye, paighambaron ka hai, khud rasool allah ka hai, lekin ek bahut hi zabardast namuna quran mein wo hai jo surah yusuf mein hai.</w:t>
      </w:r>
      <w:r>
        <w:br/>
      </w:r>
      <w:r>
        <w:rPr>
          <w:sz w:val="20"/>
        </w:rPr>
        <w:t>27:29  isi namune ki wajah se is ko asal al qasas kaha gaya hai ke hazrat yusuf ke ke namuno ko kaha gaya asal al qasas, best story.</w:t>
      </w:r>
      <w:r>
        <w:br/>
      </w:r>
      <w:r>
        <w:rPr>
          <w:sz w:val="20"/>
        </w:rPr>
        <w:t>27:42  ye lafz quran mein kahin aur kisi aur ke liye nahi aaya hai, hazrat ibrahim ke liye aaya hai, uswa hasna, uswa hasna.</w:t>
      </w:r>
      <w:r>
        <w:br/>
      </w:r>
      <w:r>
        <w:rPr>
          <w:sz w:val="20"/>
        </w:rPr>
        <w:t>27:52  yahan hazrat yusuf ke liye lafz aaya hai, asal al qasas, best story. to hazrat yusuf ki zindagi mein best story hai, yani best example hai.</w:t>
      </w:r>
      <w:r>
        <w:br/>
      </w:r>
      <w:r>
        <w:rPr>
          <w:sz w:val="20"/>
        </w:rPr>
        <w:t>28:06  ye bahut hi ajib baat hai, aur quran ki ek hi aisi ek hi aisi surah hai ke poori surah mein ek hi paighambar ka zikr hai, hazrat yusuf ka, wo surah yusuf.</w:t>
      </w:r>
    </w:p>
    <w:p>
      <w:pPr>
        <w:pStyle w:val="Heading2"/>
      </w:pPr>
      <w:r>
        <w:t>No political empire needed, love itself builds an empire</w:t>
      </w:r>
    </w:p>
    <w:p>
      <w:r>
        <w:rPr>
          <w:color w:val="666666"/>
          <w:sz w:val="18"/>
        </w:rPr>
        <w:t>The Prophetic Guidance February 18, 2007 · 5m 47s · at 1:10:46 · https://youtu.be/5K7MiAVqNNA?t=4246</w:t>
      </w:r>
    </w:p>
    <w:p>
      <w:r>
        <w:rPr>
          <w:i/>
        </w:rPr>
        <w:t>“Political empire ki zaroorat nahi, dawa empire bana sakte ho”</w:t>
      </w:r>
    </w:p>
    <w:p>
      <w:r>
        <w:rPr>
          <w:sz w:val="20"/>
        </w:rPr>
        <w:t>1:10:46  hum dono ko alag nahi kar sakte. yeh is ka bohat bara example hai Hazrat Masih ki zindagi mein Jesus Christ ki zindagi mein.</w:t>
      </w:r>
      <w:r>
        <w:br/>
      </w:r>
      <w:r>
        <w:rPr>
          <w:sz w:val="20"/>
        </w:rPr>
        <w:t>1:10:55  woh kya Jesus Christ ne dekhiye koi rooh koi unhon ne state nahi banai yahan tak ke state ka unhon ne koi woh bhi dhancha bhi nahi diya.</w:t>
      </w:r>
      <w:r>
        <w:br/>
      </w:r>
      <w:r>
        <w:rPr>
          <w:sz w:val="20"/>
        </w:rPr>
        <w:t>1:11:08  aap parhiye New Testament ko is mein koi political baatein hi nahi hain is liye se balkay yahan tak hai ke ke do give to Caesar what is do to Caesar go to God what is do to God</w:t>
      </w:r>
      <w:r>
        <w:br/>
      </w:r>
      <w:r>
        <w:rPr>
          <w:sz w:val="20"/>
        </w:rPr>
        <w:t>1:11:22  lekin aaj Christian log duniya mein sab se zyada hain. sab se bara religion aaj duniya mein Christianity hai nihayat Masih ke followers ka.</w:t>
      </w:r>
      <w:r>
        <w:br/>
      </w:r>
      <w:r>
        <w:rPr>
          <w:sz w:val="20"/>
        </w:rPr>
        <w:t>1:11:33  is se kya example mila hamein ke political role ki koi zaroorat nahi hai dawah misj ke liye. aap political empire aap ke na ho tab bhi aap dawah empire bana sakte hain.</w:t>
      </w:r>
      <w:r>
        <w:br/>
      </w:r>
      <w:r>
        <w:rPr>
          <w:sz w:val="20"/>
        </w:rPr>
        <w:t>1:11:48  aaj sari dunya mein christian ne dawah empire bana rakha hai. sari dunya mein ek bohat hi well organized in ka system hai.</w:t>
      </w:r>
      <w:r>
        <w:br/>
      </w:r>
      <w:r>
        <w:rPr>
          <w:sz w:val="20"/>
        </w:rPr>
        <w:t>1:11:57  well organized kisi bhi state se zyada organization hai in ke haan is kaam ke liye. to Hazrat Masih ne yahi kaha ke takrao na karo yeh jo kaha tha unhon ne ke give to caesar what is due to caesar and give to god what is due</w:t>
      </w:r>
      <w:r>
        <w:br/>
      </w:r>
      <w:r>
        <w:rPr>
          <w:sz w:val="20"/>
        </w:rPr>
        <w:t>1:12:16  to god ka matlab kya hai political corporation na karo political takrao na karo aur takrao se avoid kar ke apna kaam karte raho is ka matlab yahi hai</w:t>
      </w:r>
      <w:r>
        <w:br/>
      </w:r>
      <w:r>
        <w:rPr>
          <w:sz w:val="20"/>
        </w:rPr>
        <w:t>1:12:28  ke takrao ko avoid karte hue apna dawah kaam karte raho yeh tha message jo unhon ne diya is ko follow kiya un ke logon ne aur aaj sari dunya mein sab se zyada christian log hain</w:t>
      </w:r>
      <w:r>
        <w:br/>
      </w:r>
      <w:r>
        <w:rPr>
          <w:sz w:val="20"/>
        </w:rPr>
        <w:t>1:12:43  to main samajhta hoon christian logon ke haan yeh namuna hai ke political empire ki koi zaroorat nahi hai aap dawah empire bana sakte hain aur dawah empire bana kar ke aap sari dunya mein sab kuch kar sakte hain aap koi rukawat nahi hai isi liye quran ke surah saff mein yeh kaha gaya hai ke Hazrat Masih ko namuna ke taur par pesh kiya gaya hai</w:t>
      </w:r>
      <w:r>
        <w:br/>
      </w:r>
      <w:r>
        <w:rPr>
          <w:sz w:val="20"/>
        </w:rPr>
        <w:t>1:13:07  Ya ayuhal lazeena amanu Allah kama qala kama qala Isa Maryam mansari Allah qala hawai nasara Allah yani</w:t>
      </w:r>
      <w:r>
        <w:br/>
      </w:r>
      <w:r>
        <w:rPr>
          <w:sz w:val="20"/>
        </w:rPr>
        <w:t>1:13:17  musalmanon se kaha gaya hai ke tum</w:t>
      </w:r>
      <w:r>
        <w:br/>
      </w:r>
      <w:r>
        <w:rPr>
          <w:sz w:val="20"/>
        </w:rPr>
        <w:t>1:13:21  maseeh ke followers ki tarah se Allah bano ke hum maseeh ko follow karo</w:t>
      </w:r>
      <w:r>
        <w:br/>
      </w:r>
      <w:r>
        <w:rPr>
          <w:sz w:val="20"/>
        </w:rPr>
        <w:t>1:13:27  to follow karna kya hai</w:t>
      </w:r>
      <w:r>
        <w:br/>
      </w:r>
      <w:r>
        <w:rPr>
          <w:sz w:val="20"/>
        </w:rPr>
        <w:t>1:13:30  ke yeh soch ko khatam kar do yeh soch ko khatam kar do ke political empire political empire</w:t>
      </w:r>
      <w:r>
        <w:br/>
      </w:r>
      <w:r>
        <w:rPr>
          <w:sz w:val="20"/>
        </w:rPr>
        <w:t>1:13:36  chahiye</w:t>
      </w:r>
      <w:r>
        <w:br/>
      </w:r>
      <w:r>
        <w:rPr>
          <w:sz w:val="20"/>
        </w:rPr>
        <w:t>1:13:38  political empire is nothing idhar dynasty empire hai jis cheez ko musalman samajhte hain ke political empire apna woh kya tha kisi dynasty ka empire tha woh kahin mughal rule kar rahe hain kahin ottoman turk rule kar rahe hain kahin fatmi to rule kar rahe hain woh islamic rule to tha hi nahi woh</w:t>
      </w:r>
      <w:r>
        <w:br/>
      </w:r>
      <w:r>
        <w:rPr>
          <w:sz w:val="20"/>
        </w:rPr>
        <w:t>1:14:01  to Hazrat Masih ki zindagi yeh batati hai ke political empire ki hamein koi zaroorat nahi hai hum political empire ke bina is ke baghair dawah empire bana sakte hain dawah empire bana sakte hain</w:t>
      </w:r>
      <w:r>
        <w:br/>
      </w:r>
      <w:r>
        <w:rPr>
          <w:sz w:val="20"/>
        </w:rPr>
        <w:t>1:14:19  education ka field aur industry ka field business ka field dawah ka field message ko pohnchaney ka field logon ko sachai batane ka field aur sab se barh kar kya hai insaan se pyar karne ka field yeh bhi ek field hai yeh bhi ek field hai ke aap insaan se pyar karna seekhein yeh ek bohat bara kaam hai yeh khud apne aap mein ek empire hai</w:t>
      </w:r>
      <w:r>
        <w:br/>
      </w:r>
      <w:r>
        <w:rPr>
          <w:sz w:val="20"/>
        </w:rPr>
        <w:t>1:14:46  love empire pyar empire mein to pyar mein jeeta hoon yaqeen kijiye ke main poori dunya mujhe lagta hai mujhe mili hui hai poori dunya ko main apni dunya samajhta hoon</w:t>
      </w:r>
      <w:r>
        <w:br/>
      </w:r>
      <w:r>
        <w:rPr>
          <w:sz w:val="20"/>
        </w:rPr>
        <w:t>1:14:59  kyun ke mujhe har insaan se pyar hai yeh sara insaan mera insaan hai sari dunya meri dunya hai meri zindagi is baat ka witness hai saboot hai ke pyar bhi ek empire hai</w:t>
      </w:r>
      <w:r>
        <w:br/>
      </w:r>
      <w:r>
        <w:rPr>
          <w:sz w:val="20"/>
        </w:rPr>
        <w:t>1:15:13  pyar bhi ek empire hai pyar sab kuch hai aap kuch na hote bhi agar pyar aap ke dil mein hai to aap ke paas sab kuch ikatha hai main zindagi mein mera poora wajood is ka saboot hai ke pyar bhi ek empire hai to aap ke paas kuch bhi nahi hai kuch bhi nahi kuch bhi nahi tab bhi aap pyar ke empire mein jee sakte hain to aap kyun nahi aisa karte</w:t>
      </w:r>
      <w:r>
        <w:br/>
      </w:r>
      <w:r>
        <w:rPr>
          <w:sz w:val="20"/>
        </w:rPr>
        <w:t>1:15:39  insaan se pyar karna seekhiye aur phir aap samjhein ke aap aap ka sab kuch aa gaya aap ke paas har insaan aap ko apna bhai dikhai dega har aurat aap ko apna behan dikhai degi poori poori dunya aap ko apni dunya dikhai degi to khulasa yeh hai yeh bohat bari fallacy hai ke musalman yeh samajhte hain ke hamara ek hi prophet kafi hai hamare liye</w:t>
      </w:r>
      <w:r>
        <w:br/>
      </w:r>
      <w:r>
        <w:rPr>
          <w:sz w:val="20"/>
        </w:rPr>
        <w:t>1:16:07  bas to main ne kaha ke</w:t>
      </w:r>
      <w:r>
        <w:br/>
      </w:r>
      <w:r>
        <w:rPr>
          <w:sz w:val="20"/>
        </w:rPr>
        <w:t>1:16:13  final prophet to bilashuba Rasool Allah the lekin final model nahi the woh model to bohat sare ho sakte hain isi liye quran mein kaha gaya ke doosre doosre jo prophet the un ke baray mein hukum diya ke un ke model ko follow karo kyun har prophet different situation mein aya to different model bhi us ne pesh kiye</w:t>
      </w:r>
    </w:p>
    <w:p>
      <w:pPr>
        <w:pStyle w:val="Heading2"/>
      </w:pPr>
      <w:r>
        <w:t>Heaven is a selection ground for refined personalities</w:t>
      </w:r>
    </w:p>
    <w:p>
      <w:r>
        <w:rPr>
          <w:color w:val="666666"/>
          <w:sz w:val="18"/>
        </w:rPr>
        <w:t>Dars-e-Quran (Chapter 103, Verses 1-3) August 19, 2012 · 3m 58s · at 55:31 · https://youtu.be/q7ORmSbhs4s?t=3331</w:t>
      </w:r>
    </w:p>
    <w:p>
      <w:r>
        <w:rPr>
          <w:i/>
        </w:rPr>
        <w:t>“Jannat ke baare mein logon ko ajeeb taassurat hain”</w:t>
      </w:r>
    </w:p>
    <w:p>
      <w:r>
        <w:rPr>
          <w:sz w:val="20"/>
        </w:rPr>
        <w:t>55:31  dekhein, jannat ke baray mein logon ko ajeeb o ghareeb qism ke tassarrufaat hain. koi samajhta hai ke sath tasbeeh parh lo, jannat ho gayi</w:t>
      </w:r>
      <w:r>
        <w:br/>
      </w:r>
      <w:r>
        <w:rPr>
          <w:sz w:val="20"/>
        </w:rPr>
        <w:t>55:38  . koi samajhta hai ke shafa'at mil jaye gi to jannat, is se shafa'at karein, karein, jannat mil jaye gi. muslim family mein paida ho to jannat mil gayi.</w:t>
      </w:r>
      <w:r>
        <w:br/>
      </w:r>
      <w:r>
        <w:rPr>
          <w:sz w:val="20"/>
        </w:rPr>
        <w:t>55:48  falan tasbeeh parh lo to jannat mil gayi. yeh sab jannat ko underestimate karna hai. yeh sab jannat ko underestimate karna hai.</w:t>
      </w:r>
      <w:r>
        <w:br/>
      </w:r>
      <w:r>
        <w:rPr>
          <w:sz w:val="20"/>
        </w:rPr>
        <w:t>56:00  dekhein, jannat mein sirf woh log jayenge jo is ke liye deserve karte hain. jo is ke liye deserve</w:t>
      </w:r>
      <w:r>
        <w:br/>
      </w:r>
      <w:r>
        <w:rPr>
          <w:sz w:val="20"/>
        </w:rPr>
        <w:t>56:07  karte hon. aap ghor kijiye ke ek multinational company hai, is ko ek ek zaroorat hai, ek ek ek director ki. to kya kisi ko hi pakar ke dal ke parha dega woh?</w:t>
      </w:r>
      <w:r>
        <w:br/>
      </w:r>
      <w:r>
        <w:rPr>
          <w:sz w:val="20"/>
        </w:rPr>
        <w:t>56:17  man of history ko? nahin, jis ne woh woh woh science parhi hai, jis ko is ka experience hai, jo waqiaat hain, is ke liye deserve karta hai, is ka selection hoga.</w:t>
      </w:r>
      <w:r>
        <w:br/>
      </w:r>
      <w:r>
        <w:rPr>
          <w:sz w:val="20"/>
        </w:rPr>
        <w:t>56:32  to kya aap samajhte hain ke multinational mein ek aadmi ka ek job diya jata hai, is se bhi kam darja hai jannat ka?</w:t>
      </w:r>
      <w:r>
        <w:br/>
      </w:r>
      <w:r>
        <w:rPr>
          <w:sz w:val="20"/>
        </w:rPr>
        <w:t>56:43  ke kisi ko bhar do, bheer bakri karte rahe, kaise? jannat bohat hi refined jagah hai, bohat hi, bohat hi, yaani bohat hi ghair maamooli jagah hai.</w:t>
      </w:r>
      <w:r>
        <w:br/>
      </w:r>
      <w:r>
        <w:rPr>
          <w:sz w:val="20"/>
        </w:rPr>
        <w:t>56:58  to isi ke lehaz se insan chahiye.</w:t>
      </w:r>
      <w:r>
        <w:br/>
      </w:r>
      <w:r>
        <w:rPr>
          <w:sz w:val="20"/>
        </w:rPr>
        <w:t>57:00  to yeh sari baat jo dunya mein rakhi gayi hai, insan ko jo yeh mauqa diya gaya hai ke khud se soche, khud se aap choice lein, khud se right path ko jaanein, khud se apna personality development karein,</w:t>
      </w:r>
      <w:r>
        <w:br/>
      </w:r>
      <w:r>
        <w:rPr>
          <w:sz w:val="20"/>
        </w:rPr>
        <w:t>57:16  khud se apni shakhsiyat banayein. yeh sab jo hai, yeh isi liye hai taake jannati insan tayyar ho.</w:t>
      </w:r>
      <w:r>
        <w:br/>
      </w:r>
      <w:r>
        <w:rPr>
          <w:sz w:val="20"/>
        </w:rPr>
        <w:t>57:25  jannat yaad rakhiye, sirf jannati insano ke liye hai. jannati personality ke liye. yeh nahin ke kisi ko pakar lo, jannat bhar do is ko.</w:t>
      </w:r>
      <w:r>
        <w:br/>
      </w:r>
      <w:r>
        <w:rPr>
          <w:sz w:val="20"/>
        </w:rPr>
        <w:t>57:37  jannat bohat hi refined colony hai aur is mein basanay ke liye bhi bohat hi refined log chahiye. bohat hi prepared personality. to yeh sab isi liye rakha gaya hai.</w:t>
      </w:r>
      <w:r>
        <w:br/>
      </w:r>
      <w:r>
        <w:rPr>
          <w:sz w:val="20"/>
        </w:rPr>
        <w:t>57:50  yeh sara jo Allah taala ka jo plan hai insan ke sath, in sab ka aakhri jo mudda hai, aakhri jo maqsad hai, woh yahi hai ke woh insan tayyar hon jo jannat mein ke refined colony mein rehne ke qabil hon.</w:t>
      </w:r>
      <w:r>
        <w:br/>
      </w:r>
      <w:r>
        <w:rPr>
          <w:sz w:val="20"/>
        </w:rPr>
        <w:t>58:10  bohat hi refined colony, bohat hi ziyada perfect colony, bohat hi ziyada ideal colony. to wahan, wahan par basnay walay insan Allah taala ko darkar hain.</w:t>
      </w:r>
      <w:r>
        <w:br/>
      </w:r>
      <w:r>
        <w:rPr>
          <w:sz w:val="20"/>
        </w:rPr>
        <w:t>58:22  yeh sare halaat is liye paida kiye gaye hain taake in insano ko select kiya jaye. in insano ko muntakhib kiya jaye.</w:t>
      </w:r>
      <w:r>
        <w:br/>
      </w:r>
      <w:r>
        <w:rPr>
          <w:sz w:val="20"/>
        </w:rPr>
        <w:t>58:33  to yeh ek ek ek selection ground hai, yeh dunya.</w:t>
      </w:r>
      <w:r>
        <w:br/>
      </w:r>
      <w:r>
        <w:rPr>
          <w:sz w:val="20"/>
        </w:rPr>
        <w:t>58:37  allah taala ki taraf se farishte wash kar rahe hain logon ko. har aadmi ke record taiyar kar rahe hain. aur aakhirat mein yahi hoga ke jo log deserve karte honge, unko select kar ke jannat mein dakhil kar diya jayega.</w:t>
      </w:r>
      <w:r>
        <w:br/>
      </w:r>
      <w:r>
        <w:rPr>
          <w:sz w:val="20"/>
        </w:rPr>
        <w:t>58:52  jannat mein basa diya jayega. to hum aap ko jo quran mein hai ke woh walibnis lahatha falyaamalil aamilon to yeh hai woh cheez jis ke liye insaan amal kare.</w:t>
      </w:r>
      <w:r>
        <w:br/>
      </w:r>
      <w:r>
        <w:rPr>
          <w:sz w:val="20"/>
        </w:rPr>
        <w:t>59:06  yeh hai woh cheez jis ke liye insaan amal kare.</w:t>
      </w:r>
      <w:r>
        <w:br/>
      </w:r>
      <w:r>
        <w:rPr>
          <w:sz w:val="20"/>
        </w:rPr>
        <w:t>59:12  to mein dua karta hoon ke allah taala hum sab ko aqal de, hum sab ko tofeeq de ke hum jannat wale amal karein, aur hum sab ko allah taala jannat mein dakhil farmaye.</w:t>
      </w:r>
    </w:p>
    <w:p>
      <w:pPr>
        <w:pStyle w:val="Heading2"/>
      </w:pPr>
      <w:r>
        <w:t>Quranic approach versus human rights activism</w:t>
      </w:r>
    </w:p>
    <w:p>
      <w:r>
        <w:rPr>
          <w:color w:val="666666"/>
          <w:sz w:val="18"/>
        </w:rPr>
        <w:t>Conversation with Maulana Wahiduddin Khan | October 01, 2017 · 4m 31s · at 38:28 · https://youtu.be/TmOYGd3rp2M?t=2308</w:t>
      </w:r>
    </w:p>
    <w:p>
      <w:r>
        <w:rPr>
          <w:i/>
        </w:rPr>
        <w:t>“Dekhiye main yani human rights activists kya kehte hain”</w:t>
      </w:r>
    </w:p>
    <w:p>
      <w:r>
        <w:rPr>
          <w:sz w:val="20"/>
        </w:rPr>
        <w:t>38:28  dekhiye, main yani human rights activists kya kehte hain, woh main nahin dekhta.</w:t>
      </w:r>
      <w:r>
        <w:br/>
      </w:r>
      <w:r>
        <w:rPr>
          <w:sz w:val="20"/>
        </w:rPr>
        <w:t>38:36  jo human rights activists hote hain, woh kya kehte hain, woh main nahin dekhta.</w:t>
      </w:r>
      <w:r>
        <w:br/>
      </w:r>
      <w:r>
        <w:rPr>
          <w:sz w:val="20"/>
        </w:rPr>
        <w:t>38:43  main dekhta hoon quran kya kehta hai.</w:t>
      </w:r>
      <w:r>
        <w:br/>
      </w:r>
      <w:r>
        <w:rPr>
          <w:sz w:val="20"/>
        </w:rPr>
        <w:t>38:51  to quran mein hamesha maine dekha hai ke woh naseehat ka andaaz hota hai. bl</w:t>
      </w:r>
      <w:r>
        <w:br/>
      </w:r>
      <w:r>
        <w:rPr>
          <w:sz w:val="20"/>
        </w:rPr>
        <w:t>38:58  ame dene ka andaaz nahin hota.</w:t>
      </w:r>
      <w:r>
        <w:br/>
      </w:r>
      <w:r>
        <w:rPr>
          <w:sz w:val="20"/>
        </w:rPr>
        <w:t>39:03  yeh jo human rights activists hain, in ka andaaz hota hai blame dena, blame dena, blame dena.</w:t>
      </w:r>
      <w:r>
        <w:br/>
      </w:r>
      <w:r>
        <w:rPr>
          <w:sz w:val="20"/>
        </w:rPr>
        <w:t>39:07  quran ka andaaz naseehat ka hota hai.</w:t>
      </w:r>
      <w:r>
        <w:br/>
      </w:r>
      <w:r>
        <w:rPr>
          <w:sz w:val="20"/>
        </w:rPr>
        <w:t>39:11  main aap ko do misaalain deta hoon, bohat hi clear misaalain.</w:t>
      </w:r>
      <w:r>
        <w:br/>
      </w:r>
      <w:r>
        <w:rPr>
          <w:sz w:val="20"/>
        </w:rPr>
        <w:t>39:16  ke rasool Allah ke zamanay mein hunain ka waqia pesh aaya, jang hunain.</w:t>
      </w:r>
      <w:r>
        <w:br/>
      </w:r>
      <w:r>
        <w:rPr>
          <w:sz w:val="20"/>
        </w:rPr>
        <w:t>39:20  jo sarasar fareeq-e-saani ke zulm par mabni tha.</w:t>
      </w:r>
      <w:r>
        <w:br/>
      </w:r>
      <w:r>
        <w:rPr>
          <w:sz w:val="20"/>
        </w:rPr>
        <w:t>39:24  yani hunain ka jo</w:t>
      </w:r>
      <w:r>
        <w:br/>
      </w:r>
      <w:r>
        <w:rPr>
          <w:sz w:val="20"/>
        </w:rPr>
        <w:t>39:28  ghazwa hua tha, us mein koi shakk nahin ke doosron ne jarahiyat ki thi, zulm kiya tha.</w:t>
      </w:r>
      <w:r>
        <w:br/>
      </w:r>
      <w:r>
        <w:rPr>
          <w:sz w:val="20"/>
        </w:rPr>
        <w:t>39:33  lekin aap is par tabsarah quran mein aaya hai, aap parhiye.</w:t>
      </w:r>
      <w:r>
        <w:br/>
      </w:r>
      <w:r>
        <w:rPr>
          <w:sz w:val="20"/>
        </w:rPr>
        <w:t>39:39  is mein zulm ka lafz hi nahin.</w:t>
      </w:r>
      <w:r>
        <w:br/>
      </w:r>
      <w:r>
        <w:rPr>
          <w:sz w:val="20"/>
        </w:rPr>
        <w:t>39:44  zulm ka lafz hi nahin.</w:t>
      </w:r>
      <w:r>
        <w:br/>
      </w:r>
      <w:r>
        <w:rPr>
          <w:sz w:val="20"/>
        </w:rPr>
        <w:t>39:49  is mein hai: ويوم حنين عجبتك كثرتك yani musalmanon mein jo ek kamzori thi, ho sakta hai ke</w:t>
      </w:r>
      <w:r>
        <w:br/>
      </w:r>
      <w:r>
        <w:rPr>
          <w:sz w:val="20"/>
        </w:rPr>
        <w:t>39:54  wahan ek sau ek</w:t>
      </w:r>
      <w:r>
        <w:br/>
      </w:r>
      <w:r>
        <w:rPr>
          <w:sz w:val="20"/>
        </w:rPr>
        <w:t>39:59  asbaab hon, is ka quran ne kuch zikr hi nahin kiya.</w:t>
      </w:r>
      <w:r>
        <w:br/>
      </w:r>
      <w:r>
        <w:rPr>
          <w:sz w:val="20"/>
        </w:rPr>
        <w:t>40:05  zikr kiya is ek baat ka jo musalmanon mein thi.</w:t>
      </w:r>
      <w:r>
        <w:br/>
      </w:r>
      <w:r>
        <w:rPr>
          <w:sz w:val="20"/>
        </w:rPr>
        <w:t>40:11  is ka matlab yeh hai ke agar nannuave percent doosron ka dakhal ho, ek percent musalman ka ho,</w:t>
      </w:r>
      <w:r>
        <w:br/>
      </w:r>
      <w:r>
        <w:rPr>
          <w:sz w:val="20"/>
        </w:rPr>
        <w:t>40:17  تو اس کو قرآن میں point out کیا گیا، point out۔</w:t>
      </w:r>
      <w:r>
        <w:br/>
      </w:r>
      <w:r>
        <w:rPr>
          <w:sz w:val="20"/>
        </w:rPr>
        <w:t>40:23  misal ke taur par dekhiye, hunain mein unhon ne dhoke se yeh kiya tha</w:t>
      </w:r>
      <w:r>
        <w:br/>
      </w:r>
      <w:r>
        <w:rPr>
          <w:sz w:val="20"/>
        </w:rPr>
        <w:t>40:29  ke teer baarah shuru kar diya.</w:t>
      </w:r>
      <w:r>
        <w:br/>
      </w:r>
      <w:r>
        <w:rPr>
          <w:sz w:val="20"/>
        </w:rPr>
        <w:t>40:33  is ka zikr hi nahin.</w:t>
      </w:r>
      <w:r>
        <w:br/>
      </w:r>
      <w:r>
        <w:rPr>
          <w:sz w:val="20"/>
        </w:rPr>
        <w:t>40:36  zikr sirf yeh hai ke ويوم حنين عجبتك كثرتك yani musalmanon ke andar jo kamzori thi, usi ko</w:t>
      </w:r>
      <w:r>
        <w:br/>
      </w:r>
      <w:r>
        <w:rPr>
          <w:sz w:val="20"/>
        </w:rPr>
        <w:t>40:40  point out kiya hai.</w:t>
      </w:r>
      <w:r>
        <w:br/>
      </w:r>
      <w:r>
        <w:rPr>
          <w:sz w:val="20"/>
        </w:rPr>
        <w:t>40:44  bas aik misaal yeh hai.</w:t>
      </w:r>
      <w:r>
        <w:br/>
      </w:r>
      <w:r>
        <w:rPr>
          <w:sz w:val="20"/>
        </w:rPr>
        <w:t>40:48  doosri misaal hai Uhud ki.</w:t>
      </w:r>
      <w:r>
        <w:br/>
      </w:r>
      <w:r>
        <w:rPr>
          <w:sz w:val="20"/>
        </w:rPr>
        <w:t>40:52  jabke musalmanon ko khule taur par doosron ka zulm, kyunke woh charhai kar ke pahunche thay Madina, charhai</w:t>
      </w:r>
      <w:r>
        <w:br/>
      </w:r>
      <w:r>
        <w:rPr>
          <w:sz w:val="20"/>
        </w:rPr>
        <w:t>40:56  kar ke aaye thay aur hamla kiya tha.</w:t>
      </w:r>
      <w:r>
        <w:br/>
      </w:r>
      <w:r>
        <w:rPr>
          <w:sz w:val="20"/>
        </w:rPr>
        <w:t>40:59  lekin Quran mein kya hai? sirf Musalmanon ke andar jo weakness aa gayi thi, us ka zikr kiya. woh yeh hai ke حتّى ذا فضلتم وتنازعتم فی الأمر aap ghaur kijiye ke Uhud mein sari zimmedari un ki thi jo Makka se aaye hamla karne ke liye. sari zimmedari. lekin is ka zikr nahi kiya gaya. zikr kiya Musalmanon ki ek</w:t>
      </w:r>
      <w:r>
        <w:br/>
      </w:r>
      <w:r>
        <w:rPr>
          <w:sz w:val="20"/>
        </w:rPr>
        <w:t>41:29  kamzori ka.</w:t>
      </w:r>
      <w:r>
        <w:br/>
      </w:r>
      <w:r>
        <w:rPr>
          <w:sz w:val="20"/>
        </w:rPr>
        <w:t>41:34  hatta za fadaltum wa tanaza'tum fil amr yaani tum ne aapas mein ikhtilaf kar liya.</w:t>
      </w:r>
      <w:r>
        <w:br/>
      </w:r>
      <w:r>
        <w:rPr>
          <w:sz w:val="20"/>
        </w:rPr>
        <w:t>41:39  yeh namuna bhi mujhe milta hai Quran se ke ke apni taraf jo apni taraf jo kami hai,</w:t>
      </w:r>
      <w:r>
        <w:br/>
      </w:r>
      <w:r>
        <w:rPr>
          <w:sz w:val="20"/>
        </w:rPr>
        <w:t>41:44  is ko point out karo.</w:t>
      </w:r>
      <w:r>
        <w:br/>
      </w:r>
      <w:r>
        <w:rPr>
          <w:sz w:val="20"/>
        </w:rPr>
        <w:t>41:49  taake is ki islaah kar ke aindah woh ghalti na karein.</w:t>
      </w:r>
      <w:r>
        <w:br/>
      </w:r>
      <w:r>
        <w:rPr>
          <w:sz w:val="20"/>
        </w:rPr>
        <w:t>41:54  ke musalmanon ke jo log hain, woh jante</w:t>
      </w:r>
      <w:r>
        <w:br/>
      </w:r>
      <w:r>
        <w:rPr>
          <w:sz w:val="20"/>
        </w:rPr>
        <w:t>41:59  hain ke woh human rights activists wale kya keh rahe hain. toh human rights activists yahi karte hain hamesha. ek side le kar ke shor machate hain. ek side. lekin Islam ka tareeqa yeh hai ke Musalmanon ke andar jo weakness pai gayi, us ko le kar point out karna. taake aindah woh apni islaah kar lein. toh main Quran ke tareeqe</w:t>
      </w:r>
      <w:r>
        <w:br/>
      </w:r>
      <w:r>
        <w:rPr>
          <w:sz w:val="20"/>
        </w:rPr>
        <w:t>42:29  ko follow kar raha hoon.</w:t>
      </w:r>
      <w:r>
        <w:br/>
      </w:r>
      <w:r>
        <w:rPr>
          <w:sz w:val="20"/>
        </w:rPr>
        <w:t>42:34  aur log human rights activists ke ko follow kar rahe hain.</w:t>
      </w:r>
      <w:r>
        <w:br/>
      </w:r>
      <w:r>
        <w:rPr>
          <w:sz w:val="20"/>
        </w:rPr>
        <w:t>42:38  yeh farq hai.</w:t>
      </w:r>
      <w:r>
        <w:br/>
      </w:r>
      <w:r>
        <w:rPr>
          <w:sz w:val="20"/>
        </w:rPr>
        <w:t>42:42  Maulana, agla sawal Kolkata se Aftab Alam sahib ne bheja hai.</w:t>
      </w:r>
      <w:r>
        <w:br/>
      </w:r>
      <w:r>
        <w:rPr>
          <w:sz w:val="20"/>
        </w:rPr>
        <w:t>42:47  "It has been said that every Sahaba is to be followed.</w:t>
      </w:r>
      <w:r>
        <w:br/>
      </w:r>
      <w:r>
        <w:rPr>
          <w:sz w:val="20"/>
        </w:rPr>
        <w:t>42:51  They are like stars.</w:t>
      </w:r>
      <w:r>
        <w:br/>
      </w:r>
      <w:r>
        <w:rPr>
          <w:sz w:val="20"/>
        </w:rPr>
        <w:t>42:55  But it is learned from history that sometimes they have been diverted from truth and it had led</w:t>
      </w:r>
    </w:p>
    <w:p>
      <w:pPr>
        <w:pStyle w:val="Heading2"/>
      </w:pPr>
      <w:r>
        <w:t>Simplicity and no burqa in early Islam</w:t>
      </w:r>
    </w:p>
    <w:p>
      <w:r>
        <w:rPr>
          <w:color w:val="666666"/>
          <w:sz w:val="18"/>
        </w:rPr>
        <w:t>Women in Islam | September 03, 2016 · 3m 55s · at 10:37 · https://youtu.be/GXbtYoD8VXc?t=637</w:t>
      </w:r>
    </w:p>
    <w:p>
      <w:r>
        <w:rPr>
          <w:i/>
        </w:rPr>
        <w:t>“Is zamane mein life bahut limited hoti thi”</w:t>
      </w:r>
    </w:p>
    <w:p>
      <w:r>
        <w:rPr>
          <w:sz w:val="20"/>
        </w:rPr>
        <w:t>10:37  dekhen, is zamane mein life bohat hi limited hua karti thi. aaj ki tarah itna zyada, yani field of activities theen nahi. bohat hi. lekin wahan koi pabandi nahi thi. misaal ke taur par dekhiye, is zamane mein kai jagah aap payen ge ke log kehte hain ke auraten masjid mein na jaen. lekin yeh islam ka usool nahi hai. rasool allah ke zamane mein auraten baqayda jati theen</w:t>
      </w:r>
      <w:r>
        <w:br/>
      </w:r>
      <w:r>
        <w:rPr>
          <w:sz w:val="20"/>
        </w:rPr>
        <w:t>11:07  masjido mein. unhon ne likha hai, woh allama nasseruddin albani ne. woh burqa ke khilaf hain. nasseruddin albani jo bohat bare aalim hain, muhaddis hain, saudi. to woh burqa ya naqab jo hota hai, us ke khilaf hain. to woh hadith pesh karte hain ke rasool allah ke zamane mein auraten bohat with out, kisi pabandi ke baghair jati</w:t>
      </w:r>
      <w:r>
        <w:br/>
      </w:r>
      <w:r>
        <w:rPr>
          <w:sz w:val="20"/>
        </w:rPr>
        <w:t>11:37  theen masjidon mein namaz ke liye. to woh kehte hain ke ek sahabi bayan karte hain ke fajar ke waqt auraten ati theen. to ek masla hai fajar ke bare mein ke kab namaz parhi jae. abhi jab dhara baqi rehta hai, tab jaen. bilkul ujala ho jae tab. to woh kehte hain ke sahabi kehte hain ke auraten namaz parh kar ke nikalti theen masjid se wa laa yu'rafna min al-ghalasi</w:t>
      </w:r>
      <w:r>
        <w:br/>
      </w:r>
      <w:r>
        <w:rPr>
          <w:sz w:val="20"/>
        </w:rPr>
        <w:t>12:08  aur andhere ki wajah se pehchani nahi jati theen. itni savere namaz fajar ki ho jati thi. to woh kehte hain ke agar woh burqa aur yeh sab naqab dale hue hon to ujale mein nahi pehchan sakte aurat ko. kaise pehchanen ge aap? to is ka matlab yeh hai ke is zamane mein yeh burqa nahi tha, yeh naqab nahi tha. saada kapra tha, bilkul saada qism ka kapra.</w:t>
      </w:r>
      <w:r>
        <w:br/>
      </w:r>
      <w:r>
        <w:rPr>
          <w:sz w:val="20"/>
        </w:rPr>
        <w:t>12:38  to woh yeh kehte hain ke asal islam mein asal jo cheez hai woh sadgi hai. burqa nahi hai. to un ki kitab hai, bohat achi kitab hai hijab al-mar'ah al-muslimah, us ko koshish karen dekhen.</w:t>
      </w:r>
      <w:r>
        <w:br/>
      </w:r>
      <w:r>
        <w:rPr>
          <w:sz w:val="20"/>
        </w:rPr>
        <w:t>12:55  in fact, maulana sahib, my next question is related to what you just said that in islam there is no burqa, but many people think that women should be veiled and they should stay indoors. maulana sahib, what is the right islamic view on this?</w:t>
      </w:r>
      <w:r>
        <w:br/>
      </w:r>
      <w:r>
        <w:rPr>
          <w:sz w:val="20"/>
        </w:rPr>
        <w:t>13:11  dekhiye, yeh mana jata hai, sab log mante hain ke islam mein jo shuru ka zamana hai, wohi model hai. baad ka zamana model nahi hai. baad ka zamana model nahi hai. to aap koi bhi kitab parhiye, har kitab mein aap payen ge ke rasool allah ke zamane mein aur sahaba ke zamane mein burqa koi concept hi nahi tha. aaj kal jo ek</w:t>
      </w:r>
      <w:r>
        <w:br/>
      </w:r>
      <w:r>
        <w:rPr>
          <w:sz w:val="20"/>
        </w:rPr>
        <w:t>13:41  dam chehra par dale rehte hain, us ka koi concept nahi tha. jo concept tha, yeh ke bohat hi saada zindagi, bohat hi saada, bilkul saada. fashion ka koi sawal nahi tha. aur aaj kal jis tareeqe se free mixing hoti thi, woh sab nahi tha. to yahi hai islam ka, yahi main samajhta hoon ke concept hai aurat ke bare mein</w:t>
      </w:r>
      <w:r>
        <w:br/>
      </w:r>
      <w:r>
        <w:rPr>
          <w:sz w:val="20"/>
        </w:rPr>
        <w:t>14:11  ke sadgi ke sath rahen, free mixing na ho. aur jis tarah aaj kal mazaq, hansi mazaq, yeh sab hota hai, woh sab na ho. serious, yani sanjeeda andaaz mein rahen. to woh that is islam.</w:t>
      </w:r>
    </w:p>
    <w:p>
      <w:pPr>
        <w:pStyle w:val="Heading2"/>
      </w:pPr>
      <w:r>
        <w:t>Industrial revolution sign and urgent dawah</w:t>
      </w:r>
    </w:p>
    <w:p>
      <w:r>
        <w:rPr>
          <w:color w:val="666666"/>
          <w:sz w:val="18"/>
        </w:rPr>
        <w:t>Dars-e-Quran, Hadith-e-Jibril October 29, 2017 · 3m 34s · at 18:31 · https://youtu.be/CaMTvkwqQqo?t=1111</w:t>
      </w:r>
    </w:p>
    <w:p>
      <w:r>
        <w:rPr>
          <w:i/>
        </w:rPr>
        <w:t>“Mera khayal hai ke yeh industrial revolution ki taraf ishara hai”</w:t>
      </w:r>
    </w:p>
    <w:p>
      <w:r>
        <w:rPr>
          <w:sz w:val="20"/>
        </w:rPr>
        <w:t>18:31  mera khayal hai ke yeh jo baatein kahi gayi hain, is par maine bahut socha to mujhe aisa lagta hai ke yeh industrial revolution ki taraf ishara hai.</w:t>
      </w:r>
      <w:r>
        <w:br/>
      </w:r>
      <w:r>
        <w:rPr>
          <w:sz w:val="20"/>
        </w:rPr>
        <w:t>18:43  yani qayamat se pehle duniya mein industrial revolution aayega. ke jab duniya mein industrial revolution aa jaye to samjho ke qayamat qareeb aa gayi.</w:t>
      </w:r>
      <w:r>
        <w:br/>
      </w:r>
      <w:r>
        <w:rPr>
          <w:sz w:val="20"/>
        </w:rPr>
        <w:t>18:57  aur ab main jo scientists ki taraf se jo barabar khabrein aa rahi hain, un seven hawk ki taraf se jo khabrein aa rahi hain, us se maloom hota hai ke woh daur aa chuka.</w:t>
      </w:r>
      <w:r>
        <w:br/>
      </w:r>
      <w:r>
        <w:rPr>
          <w:sz w:val="20"/>
        </w:rPr>
        <w:t>19:10  yani industrial revolution. is liye ke industrial ka ek doosra pehlu yeh hai ke zameen ke resources jo hain, woh un ka access istemal, jis ka nateeja hoga ke zameen mazeed</w:t>
      </w:r>
      <w:r>
        <w:br/>
      </w:r>
      <w:r>
        <w:rPr>
          <w:sz w:val="20"/>
        </w:rPr>
        <w:t>19:32  exploitation ke liye karamad nahi rahegi. ab wahi ho raha hai. ab scientists ailan kar rahe hain ke zameen mein jo resources baqi hain, woh pachas saal ya is se kuch zyada chalne wale hain.</w:t>
      </w:r>
      <w:r>
        <w:br/>
      </w:r>
      <w:r>
        <w:rPr>
          <w:sz w:val="20"/>
        </w:rPr>
        <w:t>19:48  is ke baad duniya ke resources jo hain, jo insaan jis se taraqqi karta hai, woh sab khatam ho jayenge.</w:t>
      </w:r>
      <w:r>
        <w:br/>
      </w:r>
      <w:r>
        <w:rPr>
          <w:sz w:val="20"/>
        </w:rPr>
        <w:t>19:57  yahi to hai. to industrial revolution ka aakhri darja jab aa jaye to samjho qayamat qareeb aa gayi.</w:t>
      </w:r>
      <w:r>
        <w:br/>
      </w:r>
      <w:r>
        <w:rPr>
          <w:sz w:val="20"/>
        </w:rPr>
        <w:t>20:07  aur darja duniya ke scientists yeh ailan kar rahe hain ke industrial revolution ka aakhri darja aa chuka. aap ko maloom hai ke Alvin Toffler ne kaha tha 1971 mein ke duniya badh rahi hai super industrial age ki taraf.</w:t>
      </w:r>
      <w:r>
        <w:br/>
      </w:r>
      <w:r>
        <w:rPr>
          <w:sz w:val="20"/>
        </w:rPr>
        <w:t>20:26  yani industrial age to aa chuka hai, lekin ab super industrial age aane wala hai. Lekin aap ko maloom hai ke baat ulti ho gayi.</w:t>
      </w:r>
      <w:r>
        <w:br/>
      </w:r>
      <w:r>
        <w:rPr>
          <w:sz w:val="20"/>
        </w:rPr>
        <w:t>20:39  yani industrial age ke baad jo daur aaya, woh yeh aaya ke zameen ke zarray' khatm ho gaye. To ab yahi to hai alamat qyamat ki.</w:t>
      </w:r>
      <w:r>
        <w:br/>
      </w:r>
      <w:r>
        <w:rPr>
          <w:sz w:val="20"/>
        </w:rPr>
        <w:t>20:50  To main samajhta hoon ke jo waqeyat ho chuke hain, woh waqeyat is baat ki nishani hain ke ab qyamat qareeb aa gayi.</w:t>
      </w:r>
      <w:r>
        <w:br/>
      </w:r>
      <w:r>
        <w:rPr>
          <w:sz w:val="20"/>
        </w:rPr>
        <w:t>21:00  Ab hamein kya karna hai ke khaas taur par dawat ka kaam, quran ko phailane ka kaam</w:t>
      </w:r>
      <w:r>
        <w:br/>
      </w:r>
      <w:r>
        <w:rPr>
          <w:sz w:val="20"/>
        </w:rPr>
        <w:t>21:09  tez karna hai. Kyun ke quran bheja gaya hai taake woh insaan, saare insaanon tak pohnche. To jab insaanon ka doori khatm ho raha hai to ab hamein bohat zyada tezi ke sath quran ko phailane ka kaam karna chahiye.</w:t>
      </w:r>
      <w:r>
        <w:br/>
      </w:r>
      <w:r>
        <w:rPr>
          <w:sz w:val="20"/>
        </w:rPr>
        <w:t>21:27  kh</w:t>
      </w:r>
      <w:r>
        <w:br/>
      </w:r>
      <w:r>
        <w:rPr>
          <w:sz w:val="20"/>
        </w:rPr>
        <w:t>21:28  tum. Qala: "Thumma intalaqa." Hazrat Umar ne kaha ke woh chal diye. Faleebsa alai. To hum log thori dair thehre.</w:t>
      </w:r>
      <w:r>
        <w:br/>
      </w:r>
      <w:r>
        <w:rPr>
          <w:sz w:val="20"/>
        </w:rPr>
        <w:t>21:38  Thumma qala alai. Phir aap ne mujh se kaha: "Ya Umar, atadree man al-saail?" Ae Umar, jante ho yeh is sawal karne wala kaun tha?</w:t>
      </w:r>
      <w:r>
        <w:br/>
      </w:r>
      <w:r>
        <w:rPr>
          <w:sz w:val="20"/>
        </w:rPr>
        <w:t>21:48  Qult: Hazrat Umar ne kaha: "Allah wa rasooluhu aalam." Allah aur us ke rasool khoob jante hain. Qala: "Fa innahu Jibraeel." Ke woh Jibraeel the.</w:t>
      </w:r>
      <w:r>
        <w:br/>
      </w:r>
      <w:r>
        <w:rPr>
          <w:sz w:val="20"/>
        </w:rPr>
        <w:t>21:59  Ataakum ya'lamu deenakum. Ke woh aaye the tum ko tumhara deen sikhane hain.</w:t>
      </w:r>
    </w:p>
    <w:p>
      <w:pPr>
        <w:pStyle w:val="Heading2"/>
      </w:pPr>
      <w:r>
        <w:t>Daily inspiration from God, not past rituals</w:t>
      </w:r>
    </w:p>
    <w:p>
      <w:r>
        <w:rPr>
          <w:color w:val="666666"/>
          <w:sz w:val="18"/>
        </w:rPr>
        <w:t>Spiritual Development 6 May 2017 - Maulana Wahiduddin Khan · 5m 53s · at 2:58 · https://youtu.be/pckPBMSJoPc?t=178</w:t>
      </w:r>
    </w:p>
    <w:p>
      <w:r>
        <w:rPr>
          <w:i/>
        </w:rPr>
        <w:t>“Phir dekhiye, Quran mein hai ke”</w:t>
      </w:r>
    </w:p>
    <w:p>
      <w:r>
        <w:rPr>
          <w:sz w:val="20"/>
        </w:rPr>
        <w:t>2:58  quran mein hai ke</w:t>
      </w:r>
      <w:r>
        <w:br/>
      </w:r>
      <w:r>
        <w:rPr>
          <w:sz w:val="20"/>
        </w:rPr>
        <w:t>3:03  kal yaum huwa fi shan Allah har din aik nai shan mein hota hai.</w:t>
      </w:r>
      <w:r>
        <w:br/>
      </w:r>
      <w:r>
        <w:rPr>
          <w:sz w:val="20"/>
        </w:rPr>
        <w:t>3:13  to bohat din tak sochta raha is ayat ke mutaliq, kyunke Allah nai shan mein ho, yeh Allah ki shan ke khilaf hai. Allah to har din aik hi halat mein hai, pehlay din se woh mukammal hai.</w:t>
      </w:r>
      <w:r>
        <w:br/>
      </w:r>
      <w:r>
        <w:rPr>
          <w:sz w:val="20"/>
        </w:rPr>
        <w:t>3:29  Allah rab ul alameen</w:t>
      </w:r>
      <w:r>
        <w:br/>
      </w:r>
      <w:r>
        <w:rPr>
          <w:sz w:val="20"/>
        </w:rPr>
        <w:t>3:32  pehlay din se mukammal hai. dekhiye, yeh baat kahi gayi hai insaan ki nisbat se, yani Allah ke liye khud koi nahi ke khud woh apni takmeel kar raha hai,</w:t>
      </w:r>
      <w:r>
        <w:br/>
      </w:r>
      <w:r>
        <w:rPr>
          <w:sz w:val="20"/>
        </w:rPr>
        <w:t>3:49  jaisa ke kuch falasfa mantay hain.</w:t>
      </w:r>
      <w:r>
        <w:br/>
      </w:r>
      <w:r>
        <w:rPr>
          <w:sz w:val="20"/>
        </w:rPr>
        <w:t>3:54  Allah rozana aisay halaat paida karta hai jis mein aap ke liye nai discovery, nai thought, naya development ka saman ho.</w:t>
      </w:r>
      <w:r>
        <w:br/>
      </w:r>
      <w:r>
        <w:rPr>
          <w:sz w:val="20"/>
        </w:rPr>
        <w:t>4:10  aur yeh baat jo quran mein hai, theek yahi baat bible mein bhi hai, Maseeh zuban se. give us our daily bread</w:t>
      </w:r>
      <w:r>
        <w:br/>
      </w:r>
      <w:r>
        <w:rPr>
          <w:sz w:val="20"/>
        </w:rPr>
        <w:t>4:22  give us our daily bread, yani aye rab, to hum ko rozana ki rozana ka food day.</w:t>
      </w:r>
      <w:r>
        <w:br/>
      </w:r>
      <w:r>
        <w:rPr>
          <w:sz w:val="20"/>
        </w:rPr>
        <w:t>4:35  woh yahan bhi hai, yani Allah har din chahta hai ke insaan is se rozana nai thought le, naya development le.</w:t>
      </w:r>
      <w:r>
        <w:br/>
      </w:r>
      <w:r>
        <w:rPr>
          <w:sz w:val="20"/>
        </w:rPr>
        <w:t>4:48  to maine kaha yeh hai, aap akaber jo guzar</w:t>
      </w:r>
      <w:r>
        <w:br/>
      </w:r>
      <w:r>
        <w:rPr>
          <w:sz w:val="20"/>
        </w:rPr>
        <w:t>4:57  aap</w:t>
      </w:r>
      <w:r>
        <w:br/>
      </w:r>
      <w:r>
        <w:rPr>
          <w:sz w:val="20"/>
        </w:rPr>
        <w:t>5:00  yeh paanch sau saal pehle ek bada, ek ek ek guzra koi shakhs, us ko aap akaber akaber kehte hain, woh toh mar chuka hai, qabar mein dafan ho chuka hai.</w:t>
      </w:r>
      <w:r>
        <w:br/>
      </w:r>
      <w:r>
        <w:rPr>
          <w:sz w:val="20"/>
        </w:rPr>
        <w:t>5:10  toh aaj keh dega aap ko, woh us ke paas tareefen karte rahey.</w:t>
      </w:r>
      <w:r>
        <w:br/>
      </w:r>
      <w:r>
        <w:rPr>
          <w:sz w:val="20"/>
        </w:rPr>
        <w:t>5:18  aaj dene ke liye toh sirf Allah ke paas cheez hai. Isi liye dekhiye, logon ko jo log insani akaber bhejte hain, aap paayenge ke un ka koi intellectual development nahin.</w:t>
      </w:r>
      <w:r>
        <w:br/>
      </w:r>
      <w:r>
        <w:rPr>
          <w:sz w:val="20"/>
        </w:rPr>
        <w:t>5:36  without any exception, main kehta hoon ke jo log akaber bhejte hon, un mein koi intellectual development nahin paayenge, kyunke daily food toh mithai hai un ko.</w:t>
      </w:r>
      <w:r>
        <w:br/>
      </w:r>
      <w:r>
        <w:rPr>
          <w:sz w:val="20"/>
        </w:rPr>
        <w:t>5:49  paanch sau saal pehle kisi ne kuch diya tha, wohi wohi un ke paas hai, aur aur toh koi un ka kuch asset nahin hai.</w:t>
      </w:r>
      <w:r>
        <w:br/>
      </w:r>
      <w:r>
        <w:rPr>
          <w:sz w:val="20"/>
        </w:rPr>
        <w:t>6:03  toh dekhiye, India mein ek bohat bade aalim guzre hain, un ka naam hai Shah Waliullah, yeh Newton ke contemporary thay.</w:t>
      </w:r>
      <w:r>
        <w:br/>
      </w:r>
      <w:r>
        <w:rPr>
          <w:sz w:val="20"/>
        </w:rPr>
        <w:t>6:18  toh un ki kitaab hai "Hujjat Allah Al-Baligha", toh un ke halaat mein likha hua hai ke jab woh naujawan thay, toh ek din apne sathiyon ke hamrah</w:t>
      </w:r>
      <w:r>
        <w:br/>
      </w:r>
      <w:r>
        <w:rPr>
          <w:sz w:val="20"/>
        </w:rPr>
        <w:t>6:35  chale gaye ghar se bahar. Jab wapas aaye toh un ke baap, jo ke khud sufi thay, un ke baap khud sufi thay, unhon ne poocha ke kahan gaye thay?</w:t>
      </w:r>
      <w:r>
        <w:br/>
      </w:r>
      <w:r>
        <w:rPr>
          <w:sz w:val="20"/>
        </w:rPr>
        <w:t>6:53  toh unhon ne kaha ke bagh mein, bagh mein chala gaya tha. Toh unhon ne kaha ke bagh mein, wahan kya tha?</w:t>
      </w:r>
      <w:r>
        <w:br/>
      </w:r>
      <w:r>
        <w:rPr>
          <w:sz w:val="20"/>
        </w:rPr>
        <w:t>7:03  jahan aap tasbeeh parhte, wazifa parhte, wahan jaane ki kya zaroorat thi?</w:t>
      </w:r>
      <w:r>
        <w:br/>
      </w:r>
      <w:r>
        <w:rPr>
          <w:sz w:val="20"/>
        </w:rPr>
        <w:t>7:10  toh log jaante hi nahin hain is tarah is concept ko. Aap tasbeeh parhein, wazifa parhein toh kya milega?</w:t>
      </w:r>
      <w:r>
        <w:br/>
      </w:r>
      <w:r>
        <w:rPr>
          <w:sz w:val="20"/>
        </w:rPr>
        <w:t>7:19  wohi, wohi, wohi, wohi, wohi milega. Lekin jab Khuda ka jo nature hai, Khuda ki jo takhleeq hai,</w:t>
      </w:r>
      <w:r>
        <w:br/>
      </w:r>
      <w:r>
        <w:rPr>
          <w:sz w:val="20"/>
        </w:rPr>
        <w:t>7:27  wahan aap jaate hain toh wahan Khuda maujood hai, aap ko naya inspiration dene ke liye.</w:t>
      </w:r>
      <w:r>
        <w:br/>
      </w:r>
      <w:r>
        <w:rPr>
          <w:sz w:val="20"/>
        </w:rPr>
        <w:t>7:36  jo hadith mein aata hai ke Allah har subah ko utarta hai aasman-e-dunya par aur ailaan karta hai. Koi hai jo use kuch maange?</w:t>
      </w:r>
      <w:r>
        <w:br/>
      </w:r>
      <w:r>
        <w:rPr>
          <w:sz w:val="20"/>
        </w:rPr>
        <w:t>7:45  mahdood is ko.</w:t>
      </w:r>
      <w:r>
        <w:br/>
      </w:r>
      <w:r>
        <w:rPr>
          <w:sz w:val="20"/>
        </w:rPr>
        <w:t>7:48  woh yahi baat hai,</w:t>
      </w:r>
      <w:r>
        <w:br/>
      </w:r>
      <w:r>
        <w:rPr>
          <w:sz w:val="20"/>
        </w:rPr>
        <w:t>7:54  yahi baat hai. Is dunya mein hum ko yahi nahin hai ke hum namaz wuzu kar lein, nahin.</w:t>
      </w:r>
      <w:r>
        <w:br/>
      </w:r>
      <w:r>
        <w:rPr>
          <w:sz w:val="20"/>
        </w:rPr>
        <w:t>8:04  par saadi development sab se pehli cheez hai shakhsiyat irtaqa.</w:t>
      </w:r>
      <w:r>
        <w:br/>
      </w:r>
      <w:r>
        <w:rPr>
          <w:sz w:val="20"/>
        </w:rPr>
        <w:t>8:16  toh is se jaan, is tasawwur ko hi, is is concept ko nahin jaante log. Kuch rituals hain, kuch form hain, koi lagi bidi ibadat ki shakalain hain, us ko kar liya</w:t>
      </w:r>
      <w:r>
        <w:br/>
      </w:r>
      <w:r>
        <w:rPr>
          <w:sz w:val="20"/>
        </w:rPr>
        <w:t>8:32  toh samajhte hain ke ho gaya.</w:t>
      </w:r>
      <w:r>
        <w:br/>
      </w:r>
      <w:r>
        <w:rPr>
          <w:sz w:val="20"/>
        </w:rPr>
        <w:t>8:38  asal cheez yeh hai ke aap ke andar woh personality bane jo jannat mein basaye jaane ke qabil ho.</w:t>
      </w:r>
    </w:p>
    <w:p>
      <w:pPr>
        <w:pStyle w:val="Heading2"/>
      </w:pPr>
      <w:r>
        <w:t>Lesser evil principle and Muslim suffering</w:t>
      </w:r>
    </w:p>
    <w:p>
      <w:r>
        <w:rPr>
          <w:color w:val="666666"/>
          <w:sz w:val="18"/>
        </w:rPr>
        <w:t>Importance of Creative Thinking I December 11, 2011 Maulana Wahiduddin Khan · 5m 56s · at 44:43 · https://youtu.be/GsnxvBYTj8w?t=2683</w:t>
      </w:r>
    </w:p>
    <w:p>
      <w:r>
        <w:rPr>
          <w:i/>
        </w:rPr>
        <w:t>“Sahabah log jo the, bahut zabardast tareeqay, bahut zabardast log the.”</w:t>
      </w:r>
    </w:p>
    <w:p>
      <w:r>
        <w:rPr>
          <w:sz w:val="20"/>
        </w:rPr>
        <w:t>44:43  ab main aap ko ek misaal deta hoon Sahabi ki. Sahaba log jo the, bohat zabardast tareeqe, bohat zabardast log the. woh creative thinker the. har Sahabi creative thinker tha.</w:t>
      </w:r>
      <w:r>
        <w:br/>
      </w:r>
      <w:r>
        <w:rPr>
          <w:sz w:val="20"/>
        </w:rPr>
        <w:t>44:54  Allah taala Rasool Allah Salallaho Alaihe Wasallam ne har Sahabi ko yaani is ke andar woh soch paida ki thi, woh soch ke woh khud mamlaat ko samajh sake</w:t>
      </w:r>
      <w:r>
        <w:br/>
      </w:r>
      <w:r>
        <w:rPr>
          <w:sz w:val="20"/>
        </w:rPr>
        <w:t>45:05  e. maslan ek Sahabi kehte hain ke "man layardha bil qaleel mimma yaati bihi safihiradha bil katheer" ke jo aadmi nadan ke chhote shar ko bardasht nahi kare ga,</w:t>
      </w:r>
      <w:r>
        <w:br/>
      </w:r>
      <w:r>
        <w:rPr>
          <w:sz w:val="20"/>
        </w:rPr>
        <w:t>45:28  is ko nadan ke bare shar ko bardasht karna pare ga.</w:t>
      </w:r>
      <w:r>
        <w:br/>
      </w:r>
      <w:r>
        <w:rPr>
          <w:sz w:val="20"/>
        </w:rPr>
        <w:t>45:33  yeh sahabi ke qaul tamam rights jo fasadat jo hotay hain, is par apply hota hai. India mein jo fasad hota hai, kyun hota hai?</w:t>
      </w:r>
      <w:r>
        <w:br/>
      </w:r>
      <w:r>
        <w:rPr>
          <w:sz w:val="20"/>
        </w:rPr>
        <w:t>45:43  ziyada tar is liye hota hai ke is mulk mein jo majority hai, us ka is ke haan jaloos waghera bohat hotay hain. To yeh un ka riwayat hai, un ki tradition hai.</w:t>
      </w:r>
      <w:r>
        <w:br/>
      </w:r>
      <w:r>
        <w:rPr>
          <w:sz w:val="20"/>
        </w:rPr>
        <w:t>45:56  to jaloos nikle ga.</w:t>
      </w:r>
      <w:r>
        <w:br/>
      </w:r>
      <w:r>
        <w:rPr>
          <w:sz w:val="20"/>
        </w:rPr>
        <w:t>45:58  ab jaloos mein tarah tarah ke log hotay hain, koi nare bhi lagen ge is mein. Ab masjid samne guzra to ab nara lagaya unhon ne kuch.</w:t>
      </w:r>
      <w:r>
        <w:br/>
      </w:r>
      <w:r>
        <w:rPr>
          <w:sz w:val="20"/>
        </w:rPr>
        <w:t>46:08  to Musalman kya samajhte hain ke hamari masjid ki be hurmati hui? Masalan aik jagah diwali ka jaloos tha to rang chharak rahe thay, to masjid ki dewar par rang par gaya.</w:t>
      </w:r>
      <w:r>
        <w:br/>
      </w:r>
      <w:r>
        <w:rPr>
          <w:sz w:val="20"/>
        </w:rPr>
        <w:t>46:21  to bas masjid ki be hurmati ho gayi. Wahan log biphar uthay. Yeh ke tumhein kya kiya? Yeh kiya kiya?</w:t>
      </w:r>
      <w:r>
        <w:br/>
      </w:r>
      <w:r>
        <w:rPr>
          <w:sz w:val="20"/>
        </w:rPr>
        <w:t>46:27  route to har moqa par Musalman kya karte hain? Route badalne ka ki mang karte hain. Police se kehte hain route badlo, yeh idhar se jaloos na jaye, idhar se jaye.</w:t>
      </w:r>
      <w:r>
        <w:br/>
      </w:r>
      <w:r>
        <w:rPr>
          <w:sz w:val="20"/>
        </w:rPr>
        <w:t>46:38  is par jhagda hota hai. Jaloos walay kehte hain hum kyun jayein? Hum kyun badlein? To tum badlo. To is par dono mein takrao hota hai.</w:t>
      </w:r>
      <w:r>
        <w:br/>
      </w:r>
      <w:r>
        <w:rPr>
          <w:sz w:val="20"/>
        </w:rPr>
        <w:t>46:50  phir pathar atay hain aur phir goli ati hai.</w:t>
      </w:r>
      <w:r>
        <w:br/>
      </w:r>
      <w:r>
        <w:rPr>
          <w:sz w:val="20"/>
        </w:rPr>
        <w:t>46:54  to is ka matlab kya hua? Sahabi ke is ko le kar ke ke agar tum masjid ke dewar par rang ko bardasht na karoge to sarak kya hoga?</w:t>
      </w:r>
      <w:r>
        <w:br/>
      </w:r>
      <w:r>
        <w:rPr>
          <w:sz w:val="20"/>
        </w:rPr>
        <w:t>47:07  phir blood sarak hoga. Yani pani ka rang jo hai nahi bardasht karoge to khoon ka rang wahan par sarkon pe bahe ga.</w:t>
      </w:r>
      <w:r>
        <w:br/>
      </w:r>
      <w:r>
        <w:rPr>
          <w:sz w:val="20"/>
        </w:rPr>
        <w:t>47:19  yeh matlab hai. Yeh yahi ho raha hai.</w:t>
      </w:r>
      <w:r>
        <w:br/>
      </w:r>
      <w:r>
        <w:rPr>
          <w:sz w:val="20"/>
        </w:rPr>
        <w:t>47:23  mein aik jagah right hua to mein wahan gaya pata karne ke liye ke right kyun hua? Mein khud gaya wahan par. Bohat right hua tha.</w:t>
      </w:r>
      <w:r>
        <w:br/>
      </w:r>
      <w:r>
        <w:rPr>
          <w:sz w:val="20"/>
        </w:rPr>
        <w:t>47:33  to maloom kya hua ke wahan par aik mandir tha, wahan bhajan ho raha tha, kirtan. To doosri taraf road ke is par mandir tha.</w:t>
      </w:r>
      <w:r>
        <w:br/>
      </w:r>
      <w:r>
        <w:rPr>
          <w:sz w:val="20"/>
        </w:rPr>
        <w:t>47:46  road ke is taraf aik Musalmanon ka jalsa ho raha tha.</w:t>
      </w:r>
      <w:r>
        <w:br/>
      </w:r>
      <w:r>
        <w:rPr>
          <w:sz w:val="20"/>
        </w:rPr>
        <w:t>47:50  to kuch Muslim nojawan gaye wahan par mandir mein ke apna loud speaker band karo. Is ki wajah se hamare jalse tak awaz awaz ati hai, wahan par disturb ho raha hai.</w:t>
      </w:r>
      <w:r>
        <w:br/>
      </w:r>
      <w:r>
        <w:rPr>
          <w:sz w:val="20"/>
        </w:rPr>
        <w:t>48:03  to unhon ne kaha hum kyun band karein? Tum band karo apna. Tum hatao apni jagah. Hum kyun band karein? Hum to aijaz le kar kar rahe hain. Ab unhon ne kya kiya? Loud speaker tod ke phenk diya.</w:t>
      </w:r>
      <w:r>
        <w:br/>
      </w:r>
      <w:r>
        <w:rPr>
          <w:sz w:val="20"/>
        </w:rPr>
        <w:t>48:13  zahir hai ke aap jab loud speaker tod ke phenken ge to wahi ghussa hon ge. Woh</w:t>
      </w:r>
      <w:r>
        <w:br/>
      </w:r>
      <w:r>
        <w:rPr>
          <w:sz w:val="20"/>
        </w:rPr>
        <w:t>48:18  to unhon ne in ko mara, unhon ne in ko mara, aur aik poora right ho gaya. Poori basti mein jane phoonkne ka kaam shuru ho gaya. To ab yahan kya hai?</w:t>
      </w:r>
      <w:r>
        <w:br/>
      </w:r>
      <w:r>
        <w:rPr>
          <w:sz w:val="20"/>
        </w:rPr>
        <w:t>48:27  dekhiye, is is sahabi ki baat ko lijiye aap ke agar tum loud speaker ko bardasht nahi karoge to kya hoga?</w:t>
      </w:r>
      <w:r>
        <w:br/>
      </w:r>
      <w:r>
        <w:rPr>
          <w:sz w:val="20"/>
        </w:rPr>
        <w:t>48:36  tum ko goli bardasht karni pare gi. Loud speaker ki awaz ko bardasht nahi karoge to goli ki awaz tum ko bardasht karni pare gi.</w:t>
      </w:r>
      <w:r>
        <w:br/>
      </w:r>
      <w:r>
        <w:rPr>
          <w:sz w:val="20"/>
        </w:rPr>
        <w:t>48:45  wohi hua wahan par.</w:t>
      </w:r>
      <w:r>
        <w:br/>
      </w:r>
      <w:r>
        <w:rPr>
          <w:sz w:val="20"/>
        </w:rPr>
        <w:t>48:48  to yeh hai creativity. Aap yeh jano ke what is passport? What is in passport? Woh sahabi ne jab yeh kaha to sahabi ke matlab aik chote shart pesh hi ayen ge.</w:t>
      </w:r>
      <w:r>
        <w:br/>
      </w:r>
      <w:r>
        <w:rPr>
          <w:sz w:val="20"/>
        </w:rPr>
        <w:t>48:58  jab insan ko azadi hai to kuch na kuch to kare ga. Woh kyun nahi kare ga? Woh aap kar rahe hain to woh bhi kare ga. Jaise aap azad, woh bhi azad.</w:t>
      </w:r>
      <w:r>
        <w:br/>
      </w:r>
      <w:r>
        <w:rPr>
          <w:sz w:val="20"/>
        </w:rPr>
        <w:t>49:09  to sahabi ne jab yeh kaha ke agar tum insaan ke chhote shar ko bardasht nahi karoge to insaan ke bade shar ko bardasht karna padega.</w:t>
      </w:r>
      <w:r>
        <w:br/>
      </w:r>
      <w:r>
        <w:rPr>
          <w:sz w:val="20"/>
        </w:rPr>
        <w:t>49:21  to ek bahut badi baat thi. lekin yeh kaun samajh sakta hai jis ke andar free thinking ho, creative thinking ho, jo baaton ko gehrai ke sath samajh sak</w:t>
      </w:r>
      <w:r>
        <w:br/>
      </w:r>
      <w:r>
        <w:rPr>
          <w:sz w:val="20"/>
        </w:rPr>
        <w:t>49:36  e? aise hi Hazrat Umar ka qaul hai ke "لیس العاقل الذی یعرف الخیر ابن الشر ولا کنو الذی یعرف الخیر شرین".</w:t>
      </w:r>
      <w:r>
        <w:br/>
      </w:r>
      <w:r>
        <w:rPr>
          <w:sz w:val="20"/>
        </w:rPr>
        <w:t>49:47  yeh Hazrat Umar Farooq ka qaul hai ke is ka matlab waaz aqlmand woh nahi hai jo khair aur shar ko jaane.</w:t>
      </w:r>
      <w:r>
        <w:br/>
      </w:r>
      <w:r>
        <w:rPr>
          <w:sz w:val="20"/>
        </w:rPr>
        <w:t>49:58  waaz aqlmand woh hai jo yeh jaane ke do shar mein kaun sa khair hai.</w:t>
      </w:r>
      <w:r>
        <w:br/>
      </w:r>
      <w:r>
        <w:rPr>
          <w:sz w:val="20"/>
        </w:rPr>
        <w:t>50:04  yani matlab kya hai? lesser evil aur greater evil ke farq ko jaane. is ka matlab yeh hai ke lesser evil to bardasht hi karna padega. mein zindagi mein aap agar aap chahein ke evil free society to woh to impossible hai.</w:t>
      </w:r>
      <w:r>
        <w:br/>
      </w:r>
      <w:r>
        <w:rPr>
          <w:sz w:val="20"/>
        </w:rPr>
        <w:t>50:19  evil free society to possible hi nahi hai. to aap ko chhote yani lesser evil ko bardasht karna padega.</w:t>
      </w:r>
      <w:r>
        <w:br/>
      </w:r>
      <w:r>
        <w:rPr>
          <w:sz w:val="20"/>
        </w:rPr>
        <w:t>50:29  nahi bardasht karenge to kya hoga? greater evil samne aayega. greater evil samne aayega. yahi yahi shayad dunya mein musalmanon ke sath ho raha hai.</w:t>
      </w:r>
    </w:p>
    <w:p>
      <w:pPr>
        <w:pStyle w:val="Heading2"/>
      </w:pPr>
      <w:r>
        <w:t>Wisdom of using idols as audience</w:t>
      </w:r>
    </w:p>
    <w:p>
      <w:r>
        <w:rPr>
          <w:color w:val="666666"/>
          <w:sz w:val="18"/>
        </w:rPr>
        <w:t>The Method of The Prophet of Islam February 02, 2019 · 4m 00s · at 7:33 · https://youtu.be/8R8ztCC5tsI?t=453</w:t>
      </w:r>
    </w:p>
    <w:p>
      <w:r>
        <w:rPr>
          <w:i/>
        </w:rPr>
        <w:t>“Yeh isi ko kaha ke yu'allimuhum al-kitab wal-hikmah”</w:t>
      </w:r>
    </w:p>
    <w:p>
      <w:r>
        <w:rPr>
          <w:sz w:val="20"/>
        </w:rPr>
        <w:t>7:33  yeh isi ko kaha ke yallimuhul kitabal hikmah. yeh hikmah hai.</w:t>
      </w:r>
      <w:r>
        <w:br/>
      </w:r>
      <w:r>
        <w:rPr>
          <w:sz w:val="20"/>
        </w:rPr>
        <w:t>7:42  hikmah means wisdom. to wisdom yeh hai ke jis situation mein tum apne aap ko pa rahe ho, us situation mein discover karo ke kya hai difficulty aur kya hai opportunity.</w:t>
      </w:r>
      <w:r>
        <w:br/>
      </w:r>
      <w:r>
        <w:rPr>
          <w:sz w:val="20"/>
        </w:rPr>
        <w:t>8:02  to difficulty ko avoid karo aur opportunity ko avail karo. to aap ne bohat hi minute study ki Makkah ke halaat ki.</w:t>
      </w:r>
      <w:r>
        <w:br/>
      </w:r>
      <w:r>
        <w:rPr>
          <w:sz w:val="20"/>
        </w:rPr>
        <w:t>8:18  to aap ne dekha</w:t>
      </w:r>
      <w:r>
        <w:br/>
      </w:r>
      <w:r>
        <w:rPr>
          <w:sz w:val="20"/>
        </w:rPr>
        <w:t>8:23  ke Makkah mein agarche us waqt jo log dominating position mein thay, woh mushrik thay, idol worshipper thay, to unhon ne yeh kar rakha tha ke un ke liye woh business tha.</w:t>
      </w:r>
      <w:r>
        <w:br/>
      </w:r>
      <w:r>
        <w:rPr>
          <w:sz w:val="20"/>
        </w:rPr>
        <w:t>8:43  yani idol worship un ke liye business tha. kyunke aap jante hain ke Makkah mein koi agriculture nahi tha, koi horticulture nahi tha,</w:t>
      </w:r>
      <w:r>
        <w:br/>
      </w:r>
      <w:r>
        <w:rPr>
          <w:sz w:val="20"/>
        </w:rPr>
        <w:t>8:58  koi business nahi tha. to un ka zariya, un ki earning ka zariya kya tha?</w:t>
      </w:r>
      <w:r>
        <w:br/>
      </w:r>
      <w:r>
        <w:rPr>
          <w:sz w:val="20"/>
        </w:rPr>
        <w:t>9:08  log aate thay Kaba mein. Kaba ki jo precises thi, woh market bani hui thi.</w:t>
      </w:r>
      <w:r>
        <w:br/>
      </w:r>
      <w:r>
        <w:rPr>
          <w:sz w:val="20"/>
        </w:rPr>
        <w:t>9:20  wohan par khareed farokht hoti thi. to log aate thay, apne bhaton ko charawa charate thay, apne bhaton ko poojhte thay.</w:t>
      </w:r>
      <w:r>
        <w:br/>
      </w:r>
      <w:r>
        <w:rPr>
          <w:sz w:val="20"/>
        </w:rPr>
        <w:t>9:33  is ki wajah se wahan par ek business chalta tha. business.</w:t>
      </w:r>
      <w:r>
        <w:br/>
      </w:r>
      <w:r>
        <w:rPr>
          <w:sz w:val="20"/>
        </w:rPr>
        <w:t>9:43  to aap ko saare Arab ka audience Makkah hi mil raha tha.</w:t>
      </w:r>
      <w:r>
        <w:br/>
      </w:r>
      <w:r>
        <w:rPr>
          <w:sz w:val="20"/>
        </w:rPr>
        <w:t>9:54  yeh jo log aate thay, un ko aap ne liya as an audience. to saare saare Arab ke log wahan aate thay daily.</w:t>
      </w:r>
      <w:r>
        <w:br/>
      </w:r>
      <w:r>
        <w:rPr>
          <w:sz w:val="20"/>
        </w:rPr>
        <w:t>10:11  to is ka matlab kyunke wahan aap ko</w:t>
      </w:r>
      <w:r>
        <w:br/>
      </w:r>
      <w:r>
        <w:rPr>
          <w:sz w:val="20"/>
        </w:rPr>
        <w:t>10:16  modern occupation ka age jo aaya hai ke hum yahan bol rahe hain aur saari duniya hum sun sakti hai, is ka aap ne ek ek bohat hi beautiful yani method nikala ke aap ne kabhi daura nahi kiya Arab mein, idhar udhar gaye nahi,</w:t>
      </w:r>
      <w:r>
        <w:br/>
      </w:r>
      <w:r>
        <w:rPr>
          <w:sz w:val="20"/>
        </w:rPr>
        <w:t>10:44  Makkah mein rahe. lekin Makkah hi mein aap ne international dawat work shuru kar diya.</w:t>
      </w:r>
      <w:r>
        <w:br/>
      </w:r>
      <w:r>
        <w:rPr>
          <w:sz w:val="20"/>
        </w:rPr>
        <w:t>10:54  kyunke asal kaam aap ka to dawah tha, Rasool Allah ka asal mission dawah, dawat tha, dawat. saare yani saare Arab ke logon ko yeh batana ke Allah Rabbul Alameen ek hai,</w:t>
      </w:r>
      <w:r>
        <w:br/>
      </w:r>
      <w:r>
        <w:rPr>
          <w:sz w:val="20"/>
        </w:rPr>
        <w:t>11:11  isi ka worship karo, isi ko maano. Allah Rabbul Alameen do ya kai nahi hai.</w:t>
      </w:r>
      <w:r>
        <w:br/>
      </w:r>
      <w:r>
        <w:rPr>
          <w:sz w:val="20"/>
        </w:rPr>
        <w:t>11:22  is message ko aap ne ajeeb o ghareeb hikmat ke saath, wisdom ke saath, Makkah mein rehte hi internationalize kar diya.</w:t>
      </w:r>
    </w:p>
    <w:p>
      <w:pPr>
        <w:pStyle w:val="Heading2"/>
      </w:pPr>
      <w:r>
        <w:t>A father's grief and the meaning of beautiful patience</w:t>
      </w:r>
    </w:p>
    <w:p>
      <w:r>
        <w:rPr>
          <w:color w:val="666666"/>
          <w:sz w:val="18"/>
        </w:rPr>
        <w:t>Understanding Sufism August 07, 2022 · 4m 28s · at 12:17 · https://youtu.be/DCJ11IpxcOA?t=737</w:t>
      </w:r>
    </w:p>
    <w:p>
      <w:r>
        <w:rPr>
          <w:i/>
        </w:rPr>
        <w:t>“Bhai wapas ghar gaye, Yaqub ko bataya Binyamin giraftar hai”</w:t>
      </w:r>
    </w:p>
    <w:p>
      <w:r>
        <w:rPr>
          <w:sz w:val="20"/>
        </w:rPr>
        <w:t>12:16  ji</w:t>
      </w:r>
      <w:r>
        <w:br/>
      </w:r>
      <w:r>
        <w:rPr>
          <w:sz w:val="20"/>
        </w:rPr>
        <w:t>12:17  aur Doctor sahib jab wapas ghar gaye hon ge aur apne walid sahib Prophet Yaqoob ko bataya hoga ke Binyamin ko chori ke ilzam mein hirasat mein le liya gaya hai .</w:t>
      </w:r>
      <w:r>
        <w:br/>
      </w:r>
      <w:r>
        <w:rPr>
          <w:sz w:val="20"/>
        </w:rPr>
        <w:t>12:28  ji . to kitna shauq hue hon ge un ka dil toot gaya hoga . ji . woh is baat ko jante the ke Binyamin kuch bhi ho sakta hai lekin chori nahin kar sakta .</w:t>
      </w:r>
      <w:r>
        <w:br/>
      </w:r>
      <w:r>
        <w:rPr>
          <w:sz w:val="20"/>
        </w:rPr>
        <w:t>12:37  yaqeenan to kya kya hua doctor sahib iske baad inka kya radd e amal tha prophet yaqoob ka iske bare mein bataein</w:t>
      </w:r>
      <w:r>
        <w:br/>
      </w:r>
      <w:r>
        <w:rPr>
          <w:sz w:val="20"/>
        </w:rPr>
        <w:t>12:46  aaj jaisa aap ne pehle abhi bataya bhi ke ek bhai to wahin ruk gaya. ji. ab woh bhai jo tha woh he was one of the elder brothers do jo bare bhai the sab se bare do bhai ek ka naam robin aata hai ek ka naam yahuda aata hai.</w:t>
      </w:r>
      <w:r>
        <w:br/>
      </w:r>
      <w:r>
        <w:rPr>
          <w:sz w:val="20"/>
        </w:rPr>
        <w:t>13:00  ji. to yeh dono narm konay thay inka bachpan se shuru mein jab yeh log irada kar rahe thay ke yusuf ko daal dein kuwein mein ya maar dein ya qatal hi kar dein to is ne kaha tha isi bhai ne kaha tha ke bhai qatal mat karo kisi kun</w:t>
      </w:r>
      <w:r>
        <w:br/>
      </w:r>
      <w:r>
        <w:rPr>
          <w:sz w:val="20"/>
        </w:rPr>
        <w:t>13:15  wein mein daal do ho sakta hai ke koi qafila aa ke le jaye to is ne kaha tha ke bhai ab mein wapas nahi ja sakta. ji. ab mein jaunga nahi wapas mein misr mein rahunga mere andar himmat nahi hai ke apne walid ko chehra dikhaun apna to phir khair saare bhai nikle wapas gaye aur ja ke bataya yaqoob alehالسلام ko ke tumhare bete ne chori ki hai chori ke ilzaam mein woh us ko rokk liya hai</w:t>
      </w:r>
      <w:r>
        <w:br/>
      </w:r>
      <w:r>
        <w:rPr>
          <w:sz w:val="20"/>
        </w:rPr>
        <w:t>13:42  to hazrat yaqoob alehالسلام ne jab yeh dardnak baat suni to unhein yaqeen nahi aaya woh woh jante thay apne bete ko khaas taur se bini amin ko ke bohat shareef insan tha woh bohat shareef bacha tha woh kaise aisa kar sakta hai.</w:t>
      </w:r>
      <w:r>
        <w:br/>
      </w:r>
      <w:r>
        <w:rPr>
          <w:sz w:val="20"/>
        </w:rPr>
        <w:t>13:58  ji. lekin bhaiyon ne barha yaqeen dilaya ke aap jo hum saath jan jo gyarah thay hum saath gaye thay hum jin logon ke saath hum aaye hain un se pooch li jiye.</w:t>
      </w:r>
      <w:r>
        <w:br/>
      </w:r>
      <w:r>
        <w:rPr>
          <w:sz w:val="20"/>
        </w:rPr>
        <w:t>14:10  ji. lekin koi baat manin nahi unhon ne. ji. kaha un ko poora yaqeen tha ke yeh koi na koi is ke andar in logon ki chaal hai.</w:t>
      </w:r>
      <w:r>
        <w:br/>
      </w:r>
      <w:r>
        <w:rPr>
          <w:sz w:val="20"/>
        </w:rPr>
        <w:t>14:19  ji balkeh doctor sahib agar dekha jaye ke kitna zyada sabr karna pada hoga prophet yaqoob ko. ji.</w:t>
      </w:r>
      <w:r>
        <w:br/>
      </w:r>
      <w:r>
        <w:rPr>
          <w:sz w:val="20"/>
        </w:rPr>
        <w:t>14:29  agar agar is ko khud par le kar sochein ke agar aap ki sab se azeem cheez aap se le li jaye. hmm. to kitna mushkil hai</w:t>
      </w:r>
      <w:r>
        <w:br/>
      </w:r>
      <w:r>
        <w:rPr>
          <w:sz w:val="20"/>
        </w:rPr>
        <w:t>14:37  lekin prophet yaqoob ne jo misaal yeh sabr dikhaya is ko quran mein bhi meetha sabr kaha gaya hai to mein chahunga ke aap sab ko bataein ke yeh meetha sabr ke kya maani hain is ko wazeh karein.</w:t>
      </w:r>
      <w:r>
        <w:br/>
      </w:r>
      <w:r>
        <w:rPr>
          <w:sz w:val="20"/>
        </w:rPr>
        <w:t>14:53  yaqoob alehالسلام ne to manin nahi baat un ki jo unhon ne bhaiyon ne aa ke batai balkeh kaha unhon ne qalb su lat lakum anfus kum amra ke tumhare tum ne apne dil se ek baat bana li hai</w:t>
      </w:r>
      <w:r>
        <w:br/>
      </w:r>
      <w:r>
        <w:rPr>
          <w:sz w:val="20"/>
        </w:rPr>
        <w:t>15:07  tumhare jo nafs hai is ne ek baat bana li hai aur kaha ke fasbir jameel meetha sabr. ji. yani meetha sabr is a form of patience in which one complains to God alone and not to other human beings</w:t>
      </w:r>
      <w:r>
        <w:br/>
      </w:r>
      <w:r>
        <w:rPr>
          <w:sz w:val="20"/>
        </w:rPr>
        <w:t>15:23  yani sirf Allah se woh apni takleef ko bayan karta hai aur is ko hadith mein kaha gaya hai man ajat yani yun aji rabbah ke woh apne rabb se hum kalam hota hai aur sabr ke andaz mein munajat woh hai woh sabr ke andaz mein hoti hai is mein koi shor nahi hota ke zor se bol</w:t>
      </w:r>
      <w:r>
        <w:br/>
      </w:r>
      <w:r>
        <w:rPr>
          <w:sz w:val="20"/>
        </w:rPr>
        <w:t>15:45  e insan khamosh awaz mein insan Khuda se baatein karta hai aur yeh ek ek yeh ek exchange hota hai yani Allah ki taraf se inspirations aate hain aur insan dheemi awaz mein Allah se baatein karta hai yeh ek tareeqe se guftagu woh hoti hai baatcheet hoti hai bohat hi khamosh andaz mein aur quran mein is ko kaha gaya hai hazrat zakariya ki dua ke andar yeh baat aai hai.</w:t>
      </w:r>
      <w:r>
        <w:br/>
      </w:r>
      <w:r>
        <w:rPr>
          <w:sz w:val="20"/>
        </w:rPr>
        <w:t>16:12  ji.</w:t>
      </w:r>
      <w:r>
        <w:br/>
      </w:r>
      <w:r>
        <w:rPr>
          <w:sz w:val="20"/>
        </w:rPr>
        <w:t>16:13  az nadara rabbah nida khufiya ke is ne apne rabb ko bari dheemi awaz mein low voice mein pukara</w:t>
      </w:r>
      <w:r>
        <w:br/>
      </w:r>
      <w:r>
        <w:rPr>
          <w:sz w:val="20"/>
        </w:rPr>
        <w:t>16:22  to yeh jo low voice hai yahi darasal woh woh hai tareeqa yani ke jis mein aap Khuda se qareeb hote hain aur Khuda se jud jaate hain aur phir bole qala in ma ashku bath zani ala Allah ke mein apni pareshani aur apne gham ko ki shikayat sirf Allah se kar</w:t>
      </w:r>
    </w:p>
    <w:p>
      <w:pPr>
        <w:pStyle w:val="Heading2"/>
      </w:pPr>
      <w:r>
        <w:t>Blindness in this world and hereafter</w:t>
      </w:r>
    </w:p>
    <w:p>
      <w:r>
        <w:rPr>
          <w:color w:val="666666"/>
          <w:sz w:val="18"/>
        </w:rPr>
        <w:t>Self Discovery | September 30, 2018 · 4m 05s · at 3:43 · https://youtu.be/ks3TBvsuttc?t=223</w:t>
      </w:r>
    </w:p>
    <w:p>
      <w:r>
        <w:rPr>
          <w:i/>
        </w:rPr>
        <w:t>“Jo shakhs is duniya mein andha raha, woh aakhirat mein bhi andha rahega”</w:t>
      </w:r>
    </w:p>
    <w:p>
      <w:r>
        <w:rPr>
          <w:sz w:val="20"/>
        </w:rPr>
        <w:t>3:43  aur jo shakhs is dunya mein andha raha, wo akhirat mein bhi andha rahega, aur wo bahut door pada hoga raste se. whoever has been blind in this life, will be blind in the life to come, and still further astray from the path, path of truth. badi kaisi, yani kaisi regretful aayat hai ye ke yahan</w:t>
      </w:r>
      <w:r>
        <w:br/>
      </w:r>
      <w:r>
        <w:rPr>
          <w:sz w:val="20"/>
        </w:rPr>
        <w:t>4:13  agar aap blind reh gaye to wahan bhi blind rahenge.</w:t>
      </w:r>
      <w:r>
        <w:br/>
      </w:r>
      <w:r>
        <w:rPr>
          <w:sz w:val="20"/>
        </w:rPr>
        <w:t>4:24  aap kabhi aankh band kar ke ek ghanta rahiye, aur phir dekhiye kya beitta hai aap.</w:t>
      </w:r>
      <w:r>
        <w:br/>
      </w:r>
      <w:r>
        <w:rPr>
          <w:sz w:val="20"/>
        </w:rPr>
        <w:t>4:35  تو میں نے سوچا کہ یہ What is this blindness? Blindness کیا چیز ہے؟</w:t>
      </w:r>
      <w:r>
        <w:br/>
      </w:r>
      <w:r>
        <w:rPr>
          <w:sz w:val="20"/>
        </w:rPr>
        <w:t>4:46  blind hona kya hai? blind hona yeh hai ke hum bekhabar ho jayein rizq ki importance janne se.</w:t>
      </w:r>
      <w:r>
        <w:br/>
      </w:r>
      <w:r>
        <w:rPr>
          <w:sz w:val="20"/>
        </w:rPr>
        <w:t>5:01  to hum larbar ho jate hain, weak ho jate hain, chalna phirna mushkil maloom hota hai.</w:t>
      </w:r>
      <w:r>
        <w:br/>
      </w:r>
      <w:r>
        <w:rPr>
          <w:sz w:val="20"/>
        </w:rPr>
        <w:t>5:16  تو اب blind ہونے کا مطلب یہ ہے کہ انسان reality جو ہے، reality اس کو discover نہ کر پائے۔</w:t>
      </w:r>
      <w:r>
        <w:br/>
      </w:r>
      <w:r>
        <w:rPr>
          <w:sz w:val="20"/>
        </w:rPr>
        <w:t>5:31  یعنی یہ ڈسکور نہ کر پائے کہ میں کسی خالق کا مخلوق ہوں، اس کسی creator کا creation</w:t>
      </w:r>
      <w:r>
        <w:br/>
      </w:r>
      <w:r>
        <w:rPr>
          <w:sz w:val="20"/>
        </w:rPr>
        <w:t>5:46  hoon. kisi ne mujhe rizq diya hai to mujhe food milta hai, kisi ne mujhe hawa, oxygen, light, soil, sab cheez di hai to mujhe wo cheez mil rahi hai. in is</w:t>
      </w:r>
      <w:r>
        <w:br/>
      </w:r>
      <w:r>
        <w:rPr>
          <w:sz w:val="20"/>
        </w:rPr>
        <w:t>6:16  yeh hai reality.</w:t>
      </w:r>
      <w:r>
        <w:br/>
      </w:r>
      <w:r>
        <w:rPr>
          <w:sz w:val="20"/>
        </w:rPr>
        <w:t>6:24  jo aadmi is reality se duniya mein bekhabar raha, to yeh bohat hi ziyada, bohat hi ziyada</w:t>
      </w:r>
      <w:r>
        <w:br/>
      </w:r>
      <w:r>
        <w:rPr>
          <w:sz w:val="20"/>
        </w:rPr>
        <w:t>6:32  warning ki baat hai ke woh akhirat mein bhi blind rahega.</w:t>
      </w:r>
      <w:r>
        <w:br/>
      </w:r>
      <w:r>
        <w:rPr>
          <w:sz w:val="20"/>
        </w:rPr>
        <w:t>6:39  is ka mani kya hai? ke discovery ka jo chance hai,</w:t>
      </w:r>
      <w:r>
        <w:br/>
      </w:r>
      <w:r>
        <w:rPr>
          <w:sz w:val="20"/>
        </w:rPr>
        <w:t>6:47  hum discover karen Allah Rabb al-Alameen ko, hum discover karen creation ko, hum discover karen food ki importance ko, hum discover karen water, oxygen, light, har cheez ki importance ko. to ye discovery ka jo chance diya gaya hai aap ko, ye dunya ke liye hai,</w:t>
      </w:r>
      <w:r>
        <w:br/>
      </w:r>
      <w:r>
        <w:rPr>
          <w:sz w:val="20"/>
        </w:rPr>
        <w:t>7:17  woh wahan nahi rahega waqai.</w:t>
      </w:r>
      <w:r>
        <w:br/>
      </w:r>
      <w:r>
        <w:rPr>
          <w:sz w:val="20"/>
        </w:rPr>
        <w:t>7:23  yeh kaisi ajeeb baat hai.</w:t>
      </w:r>
      <w:r>
        <w:br/>
      </w:r>
      <w:r>
        <w:rPr>
          <w:sz w:val="20"/>
        </w:rPr>
        <w:t>7:30  yani aisa hi hai jaise ke bone ke waqt kisi ne nahi boya, to kaatne ke waqt kya</w:t>
      </w:r>
      <w:r>
        <w:br/>
      </w:r>
      <w:r>
        <w:rPr>
          <w:sz w:val="20"/>
        </w:rPr>
        <w:t>7:36  paayega? kuch nahi paayega.</w:t>
      </w:r>
      <w:r>
        <w:br/>
      </w:r>
      <w:r>
        <w:rPr>
          <w:sz w:val="20"/>
        </w:rPr>
        <w:t>7:43  kaisi ajeeb baat hai yeh.</w:t>
      </w:r>
    </w:p>
    <w:p>
      <w:pPr>
        <w:pStyle w:val="Heading2"/>
      </w:pPr>
      <w:r>
        <w:t>Prophet's formula ignore problem avail opportunities</w:t>
      </w:r>
    </w:p>
    <w:p>
      <w:r>
        <w:rPr>
          <w:color w:val="666666"/>
          <w:sz w:val="18"/>
        </w:rPr>
        <w:t>IIC: How to Develop Spiritual Personality · 3m 31s · at 1:12:25 · https://youtu.be/-XrYpEYwk-Y?t=4345</w:t>
      </w:r>
    </w:p>
    <w:p>
      <w:r>
        <w:rPr>
          <w:i/>
        </w:rPr>
        <w:t>“Prophet Muhammad avoided confrontation and made treaty”</w:t>
      </w:r>
    </w:p>
    <w:p>
      <w:r>
        <w:rPr>
          <w:sz w:val="20"/>
        </w:rPr>
        <w:t>1:12:25  hi well known hai is mein, yani Islam ki history mein. ke Rasool Allah ke wahan us zamane mein jo log the woh aap ke khilaf ho gaye. hostile ho gaye. aap se ladna chaha. to aap ne ladai ko avoid kiya aur us se agreement kar liya. aur jante hain agreement tha, yani lateral basis par agreement tha. yani un ki condition maan li gayi thi. yeh doosri party ki condition</w:t>
      </w:r>
      <w:r>
        <w:br/>
      </w:r>
      <w:r>
        <w:rPr>
          <w:sz w:val="20"/>
        </w:rPr>
        <w:t>1:12:55  کو باندھ کر کے صرف یہ ہوا تھا کہ 10 ایئر کے لیے، it was 10 year no war pact.</w:t>
      </w:r>
      <w:r>
        <w:br/>
      </w:r>
      <w:r>
        <w:rPr>
          <w:sz w:val="20"/>
        </w:rPr>
        <w:t>1:12:59  ke chalo bhai jo tum kehte ho hum maan lete hain, ladai barhai band karo.</w:t>
      </w:r>
      <w:r>
        <w:br/>
      </w:r>
      <w:r>
        <w:rPr>
          <w:sz w:val="20"/>
        </w:rPr>
        <w:t>1:13:04  yani Hudaybiyyah agreement yeh tha ke jo kuch tum kehte ho hum sab maan lete hain, sab maan lete hain.</w:t>
      </w:r>
      <w:r>
        <w:br/>
      </w:r>
      <w:r>
        <w:rPr>
          <w:sz w:val="20"/>
        </w:rPr>
        <w:t>1:13:08  yahan tak ke jab agreement likha ja raha tha to kitni ajeeb baat hai ke is mein likha</w:t>
      </w:r>
      <w:r>
        <w:br/>
      </w:r>
      <w:r>
        <w:rPr>
          <w:sz w:val="20"/>
        </w:rPr>
        <w:t>1:13:12  ja raha tha ke yeh agreement Muhammad rasool Allah ki taraf se hai.</w:t>
      </w:r>
      <w:r>
        <w:br/>
      </w:r>
      <w:r>
        <w:rPr>
          <w:sz w:val="20"/>
        </w:rPr>
        <w:t>1:13:17  unhon ne kaha hum to rasool Allah mante nahi aap ko.</w:t>
      </w:r>
      <w:r>
        <w:br/>
      </w:r>
      <w:r>
        <w:rPr>
          <w:sz w:val="20"/>
        </w:rPr>
        <w:t>1:13:21  to mita yeh.</w:t>
      </w:r>
      <w:r>
        <w:br/>
      </w:r>
      <w:r>
        <w:rPr>
          <w:sz w:val="20"/>
        </w:rPr>
        <w:t>1:13:25  to aap ne apne hath se paper se mita diya.</w:t>
      </w:r>
      <w:r>
        <w:br/>
      </w:r>
      <w:r>
        <w:rPr>
          <w:sz w:val="20"/>
        </w:rPr>
        <w:t>1:13:28  sirf muhammad rehne diya.</w:t>
      </w:r>
      <w:r>
        <w:br/>
      </w:r>
      <w:r>
        <w:rPr>
          <w:sz w:val="20"/>
        </w:rPr>
        <w:t>1:13:31  rasool Allah mita diya.</w:t>
      </w:r>
      <w:r>
        <w:br/>
      </w:r>
      <w:r>
        <w:rPr>
          <w:sz w:val="20"/>
        </w:rPr>
        <w:t>1:13:34  aaj to musalman ladte hain agar, agar kahin aisa zara si koi baat ho jaye, ek cartoon chhap</w:t>
      </w:r>
      <w:r>
        <w:br/>
      </w:r>
      <w:r>
        <w:rPr>
          <w:sz w:val="20"/>
        </w:rPr>
        <w:t>1:13:37  jaye to ladte hain is ke liye.</w:t>
      </w:r>
      <w:r>
        <w:br/>
      </w:r>
      <w:r>
        <w:rPr>
          <w:sz w:val="20"/>
        </w:rPr>
        <w:t>1:13:40  rasool Allah is par nahi lade ke rasool Allah ke lafz hi mita do tum.</w:t>
      </w:r>
      <w:r>
        <w:br/>
      </w:r>
      <w:r>
        <w:rPr>
          <w:sz w:val="20"/>
        </w:rPr>
        <w:t>1:13:43  sirf muhammad kaho hum ko.</w:t>
      </w:r>
      <w:r>
        <w:br/>
      </w:r>
      <w:r>
        <w:rPr>
          <w:sz w:val="20"/>
        </w:rPr>
        <w:t>1:13:46  kyun kiya aap ne aisa? ke ladai ko band kar ke aur aap ko opportunity milti thi apne</w:t>
      </w:r>
      <w:r>
        <w:br/>
      </w:r>
      <w:r>
        <w:rPr>
          <w:sz w:val="20"/>
        </w:rPr>
        <w:t>1:13:49  mission ko phailane ki.</w:t>
      </w:r>
      <w:r>
        <w:br/>
      </w:r>
      <w:r>
        <w:rPr>
          <w:sz w:val="20"/>
        </w:rPr>
        <w:t>1:13:52  yehi to hai. Ignore</w:t>
      </w:r>
      <w:r>
        <w:br/>
      </w:r>
      <w:r>
        <w:rPr>
          <w:sz w:val="20"/>
        </w:rPr>
        <w:t>1:13:55  the problem, avail the opportunities.</w:t>
      </w:r>
      <w:r>
        <w:br/>
      </w:r>
      <w:r>
        <w:rPr>
          <w:sz w:val="20"/>
        </w:rPr>
        <w:t>1:13:59  musalman itna zyada, itne be khabar hain ke maine pehli bar, yani modern history mein, Hudaybiyyah agreement</w:t>
      </w:r>
      <w:r>
        <w:br/>
      </w:r>
      <w:r>
        <w:rPr>
          <w:sz w:val="20"/>
        </w:rPr>
        <w:t>1:14:03  ko pesh kiya to sare musalman mukhalif ho gaye.</w:t>
      </w:r>
      <w:r>
        <w:br/>
      </w:r>
      <w:r>
        <w:rPr>
          <w:sz w:val="20"/>
        </w:rPr>
        <w:t>1:14:07  one to all.</w:t>
      </w:r>
      <w:r>
        <w:br/>
      </w:r>
      <w:r>
        <w:rPr>
          <w:sz w:val="20"/>
        </w:rPr>
        <w:t>1:14:11  yani itna zyada woh is se, yeh strange ho gaya hai yeh.</w:t>
      </w:r>
      <w:r>
        <w:br/>
      </w:r>
      <w:r>
        <w:rPr>
          <w:sz w:val="20"/>
        </w:rPr>
        <w:t>1:14:14  musalmanon ke darmiyan yeh formula.</w:t>
      </w:r>
      <w:r>
        <w:br/>
      </w:r>
      <w:r>
        <w:rPr>
          <w:sz w:val="20"/>
        </w:rPr>
        <w:t>1:14:18  ke bhai mukhalif ho gaye isi liye ke dekho bhai tum paspai sikhate hain.</w:t>
      </w:r>
      <w:r>
        <w:br/>
      </w:r>
      <w:r>
        <w:rPr>
          <w:sz w:val="20"/>
        </w:rPr>
        <w:t>1:14:22  kisi ajib, yani jo cheez kitabon mein maujood hai, sari kitab</w:t>
      </w:r>
      <w:r>
        <w:br/>
      </w:r>
      <w:r>
        <w:rPr>
          <w:sz w:val="20"/>
        </w:rPr>
        <w:t>1:14:26  on mein maujood hai, jis ko koi deny nahi kar sakta jis ko koi.</w:t>
      </w:r>
      <w:r>
        <w:br/>
      </w:r>
      <w:r>
        <w:rPr>
          <w:sz w:val="20"/>
        </w:rPr>
        <w:t>1:14:28  woh main ne pesh kiya.</w:t>
      </w:r>
      <w:r>
        <w:br/>
      </w:r>
      <w:r>
        <w:rPr>
          <w:sz w:val="20"/>
        </w:rPr>
        <w:t>1:14:31  ke jagah jagah aap lad rahe hain.</w:t>
      </w:r>
      <w:r>
        <w:br/>
      </w:r>
      <w:r>
        <w:rPr>
          <w:sz w:val="20"/>
        </w:rPr>
        <w:t>1:14:34  duniya bhar mein lad rahe hain musalman khwamkhwah.</w:t>
      </w:r>
      <w:r>
        <w:br/>
      </w:r>
      <w:r>
        <w:rPr>
          <w:sz w:val="20"/>
        </w:rPr>
        <w:t>1:14:37  abhi hal mein dekhen Sirkan mein bomb marne lage.</w:t>
      </w:r>
      <w:r>
        <w:br/>
      </w:r>
      <w:r>
        <w:rPr>
          <w:sz w:val="20"/>
        </w:rPr>
        <w:t>1:14:39  bilkul, bilkul, bilkul yani stupid harkat yeh hai.</w:t>
      </w:r>
      <w:r>
        <w:br/>
      </w:r>
      <w:r>
        <w:rPr>
          <w:sz w:val="20"/>
        </w:rPr>
        <w:t>1:14:42  to mein ne kaha ke jo aap لڑ rahe hain idhar udhar aap hudaybiyah agreement kijiye.</w:t>
      </w:r>
      <w:r>
        <w:br/>
      </w:r>
      <w:r>
        <w:rPr>
          <w:sz w:val="20"/>
        </w:rPr>
        <w:t>1:14:45  is par follow kijiye.</w:t>
      </w:r>
      <w:r>
        <w:br/>
      </w:r>
      <w:r>
        <w:rPr>
          <w:sz w:val="20"/>
        </w:rPr>
        <w:t>1:14:47  ke problem ko side mein rakh dijiye.</w:t>
      </w:r>
      <w:r>
        <w:br/>
      </w:r>
      <w:r>
        <w:rPr>
          <w:sz w:val="20"/>
        </w:rPr>
        <w:t>1:14:50  opportunities har jagah hain.</w:t>
      </w:r>
      <w:r>
        <w:br/>
      </w:r>
      <w:r>
        <w:rPr>
          <w:sz w:val="20"/>
        </w:rPr>
        <w:t>1:14:53  opportunities har jagah hain yaad</w:t>
      </w:r>
      <w:r>
        <w:br/>
      </w:r>
      <w:r>
        <w:rPr>
          <w:sz w:val="20"/>
        </w:rPr>
        <w:t>1:14:56  rakhiye kashmir mein bhi hain, sinkiyan mein bhi hain, filipain mein bhi hain, arkaan mein bhi hain.</w:t>
      </w:r>
      <w:r>
        <w:br/>
      </w:r>
      <w:r>
        <w:rPr>
          <w:sz w:val="20"/>
        </w:rPr>
        <w:t>1:14:59  falasteen mein bhi hain, israel mein bhi hain.</w:t>
      </w:r>
      <w:r>
        <w:br/>
      </w:r>
      <w:r>
        <w:rPr>
          <w:sz w:val="20"/>
        </w:rPr>
        <w:t>1:15:02  mein israel do baar gaya hoon.</w:t>
      </w:r>
      <w:r>
        <w:br/>
      </w:r>
      <w:r>
        <w:rPr>
          <w:sz w:val="20"/>
        </w:rPr>
        <w:t>1:15:05  sab opportunities wahan khuli hui hain aap ke liye.</w:t>
      </w:r>
      <w:r>
        <w:br/>
      </w:r>
      <w:r>
        <w:rPr>
          <w:sz w:val="20"/>
        </w:rPr>
        <w:t>1:15:08  lekin opportunity ko avail karne ka point nahin musalmanon mein nahin.</w:t>
      </w:r>
      <w:r>
        <w:br/>
      </w:r>
      <w:r>
        <w:rPr>
          <w:sz w:val="20"/>
        </w:rPr>
        <w:t>1:15:11  bas لڑna, لڑna, لڑna.</w:t>
      </w:r>
      <w:r>
        <w:br/>
      </w:r>
      <w:r>
        <w:rPr>
          <w:sz w:val="20"/>
        </w:rPr>
        <w:t>1:15:14  that against the spirit of hudaybiyah.</w:t>
      </w:r>
      <w:r>
        <w:br/>
      </w:r>
      <w:r>
        <w:rPr>
          <w:sz w:val="20"/>
        </w:rPr>
        <w:t>1:15:17  ke yeh musalman to islam ko follow kahan kar rahe hain yeh log.</w:t>
      </w:r>
      <w:r>
        <w:br/>
      </w:r>
      <w:r>
        <w:rPr>
          <w:sz w:val="20"/>
        </w:rPr>
        <w:t>1:15:20  rasool Allah ke naam par لڑte hain aur rasool Allah ke namune ko nahin pakadte.</w:t>
      </w:r>
      <w:r>
        <w:br/>
      </w:r>
      <w:r>
        <w:rPr>
          <w:sz w:val="20"/>
        </w:rPr>
        <w:t>1:15:23  yeh halat hai musalmanon ki.</w:t>
      </w:r>
      <w:r>
        <w:br/>
      </w:r>
      <w:r>
        <w:rPr>
          <w:sz w:val="20"/>
        </w:rPr>
        <w:t>1:15:26  to yeh to formula is sab se pehle Muhammad ne diya tha poori history mein. Ignore the problem, avail the opportunities. dekhen jab main ne is formula ko pesh kiya to mujh ko kehne lage ke sahib yeh to hum ko bazdil banate hain. cowardice sikhaate hain hum ko. itna zyada log is se bekhabar ho gaye hain itna ke un ko ek ajnabi sa lagta hai yeh formula un ko.</w:t>
      </w:r>
    </w:p>
    <w:p>
      <w:pPr>
        <w:pStyle w:val="Heading2"/>
      </w:pPr>
      <w:r>
        <w:t>Full argument on creation purpose and philosophers' failure</w:t>
      </w:r>
    </w:p>
    <w:p>
      <w:r>
        <w:rPr>
          <w:color w:val="666666"/>
          <w:sz w:val="18"/>
        </w:rPr>
        <w:t>The Philosophy of Creation October 16, 2011 Maulana Wahiduddin Khan · 5m 55s · at 0:55 · https://youtu.be/gqpHYng16s4?t=55</w:t>
      </w:r>
    </w:p>
    <w:p>
      <w:r>
        <w:rPr>
          <w:i/>
        </w:rPr>
        <w:t>“Yeh bahut purana topic hai”</w:t>
      </w:r>
    </w:p>
    <w:p>
      <w:r>
        <w:rPr>
          <w:sz w:val="20"/>
        </w:rPr>
        <w:t>0:55  yeh bohat purana topic hai, yaani yunani philosophers se le kar ab tak is par beshumar kitabein likhi gayi hain,</w:t>
      </w:r>
      <w:r>
        <w:br/>
      </w:r>
      <w:r>
        <w:rPr>
          <w:sz w:val="20"/>
        </w:rPr>
        <w:t>1:08  aur abhi tak is ki koi falsafi daryaft nahi hui. jitni bhi kitabein likhi gayi hain, woh sab confusion hi confusion is mein hain.</w:t>
      </w:r>
      <w:r>
        <w:br/>
      </w:r>
      <w:r>
        <w:rPr>
          <w:sz w:val="20"/>
        </w:rPr>
        <w:t>1:21  halankeh is ki ahmiyat zyada hai. is ko kehte hain, yaani falsafiyana studies mein is ke liye ek term hai, "Ontology".</w:t>
      </w:r>
      <w:r>
        <w:br/>
      </w:r>
      <w:r>
        <w:rPr>
          <w:sz w:val="20"/>
        </w:rPr>
        <w:t>1:40  buniyadi taur par yeh metaphysics ka ek branch hai, yaani takhleeq mein ma'nawiyat ki talash, takhleeq ki ba-ma'ni tawjeeh karne ki koshish.</w:t>
      </w:r>
      <w:r>
        <w:br/>
      </w:r>
      <w:r>
        <w:rPr>
          <w:sz w:val="20"/>
        </w:rPr>
        <w:t>1:58  is ko kehte hain "Ontology".</w:t>
      </w:r>
      <w:r>
        <w:br/>
      </w:r>
      <w:r>
        <w:rPr>
          <w:sz w:val="20"/>
        </w:rPr>
        <w:t>2:03  to lekin bohat ajeeb baat hai ke saare philosophers ka yeh subject raha hai, lekin koi bhi philosopher aisa nahi hai jis ne "Ontology" ka koi tasalli bakhsh wazahat diya ho logon ke liye.</w:t>
      </w:r>
      <w:r>
        <w:br/>
      </w:r>
      <w:r>
        <w:rPr>
          <w:sz w:val="20"/>
        </w:rPr>
        <w:t>2:24  yeh bohat ajeeb baat hai. dekhiye, Quran mein hai, Surah Al-Muminun mein, chapter number 23 mein, "أفحسبتم أنما خلقناكم عبثاً وإنكم إلينا لا ترجعون".</w:t>
      </w:r>
      <w:r>
        <w:br/>
      </w:r>
      <w:r>
        <w:rPr>
          <w:sz w:val="20"/>
        </w:rPr>
        <w:t>2:47  Do you think we have created you without purpose? kya tum samajhte ho ke hum ne tum ko paida kiya be-maqsad, abath?</w:t>
      </w:r>
      <w:r>
        <w:br/>
      </w:r>
      <w:r>
        <w:rPr>
          <w:sz w:val="20"/>
        </w:rPr>
        <w:t>3:02  to Quran ka yeh challenge hai ke Allah ki takhleeq jo hai, woh ba-maqsad takhleeq hai, abath nahi hai. lekin poori tareekh mein jo philosophers hain, jo informers hain, jo musleh-een hain,</w:t>
      </w:r>
      <w:r>
        <w:br/>
      </w:r>
      <w:r>
        <w:rPr>
          <w:sz w:val="20"/>
        </w:rPr>
        <w:t>3:16  jo thinkers hain, woh direct ya indirect yahi samajhte rahe ke kainat ka koi maqsad nahi hai.</w:t>
      </w:r>
      <w:r>
        <w:br/>
      </w:r>
      <w:r>
        <w:rPr>
          <w:sz w:val="20"/>
        </w:rPr>
        <w:t>3:28  yeh bohat bara challenge hai deen-e-tauheed ke khilaaf. hum yeh mante hain ke is kainat ko Allah ne paida kiya ba-ma'ni taur par, ba-maqsad taur par.</w:t>
      </w:r>
      <w:r>
        <w:br/>
      </w:r>
      <w:r>
        <w:rPr>
          <w:sz w:val="20"/>
        </w:rPr>
        <w:t>3:43  lekin mazhab se bahar jo studies hoti hain, philosophy mein, metaphysics mein, aur doosre shobon mein, un ka mutafiqah yeh yeh faisla hai ke is kainat ka koi maqsad nahi hai.</w:t>
      </w:r>
      <w:r>
        <w:br/>
      </w:r>
      <w:r>
        <w:rPr>
          <w:sz w:val="20"/>
        </w:rPr>
        <w:t>4:08  ek philosopher ne kaha ke is dunya mein har cheez khoobsurat hai, siwaye insaan ke. insaan hi aisi cheez hai jo khoobsurat nahi.</w:t>
      </w:r>
      <w:r>
        <w:br/>
      </w:r>
      <w:r>
        <w:rPr>
          <w:sz w:val="20"/>
        </w:rPr>
        <w:t>4:22  ek kitab hai, is ka naam hai "Mind the Unknown". is mein poori kitab ka khulasa yahi hai ke insaan ko janne ki har koshish nakaam hai.</w:t>
      </w:r>
      <w:r>
        <w:br/>
      </w:r>
      <w:r>
        <w:rPr>
          <w:sz w:val="20"/>
        </w:rPr>
        <w:t>4:37  insaan ko wazahat nahi kar sakte hum. Bertrand Russell ke bare mein kaha jata hai ke he was a philosopher of no philosophy.</w:t>
      </w:r>
      <w:r>
        <w:br/>
      </w:r>
      <w:r>
        <w:rPr>
          <w:sz w:val="20"/>
        </w:rPr>
        <w:t>4:49  magar is ma'ne mein, "Ontology" ke ma'ne mein dekha jaye to jitne philosopher hain, sab par yeh saadiq aata hai, they were philosophers of no philosophy.</w:t>
      </w:r>
      <w:r>
        <w:br/>
      </w:r>
      <w:r>
        <w:rPr>
          <w:sz w:val="20"/>
        </w:rPr>
        <w:t>5:00  main bohat dinon se is par sochta raha hoon ke kya wajah hai ke Quran to kehta hai ke yeh kainat, yeh takhleeq ba-maqsad taur par hui hai.</w:t>
      </w:r>
      <w:r>
        <w:br/>
      </w:r>
      <w:r>
        <w:rPr>
          <w:sz w:val="20"/>
        </w:rPr>
        <w:t>5:13  lekin jo Quran se bahar ya mazhab se bahar jo studies ki ja rahi hain, hazaron saal se, woh sab kisi maqsad-iyat ko daryaft karne mein nakaam hain.</w:t>
      </w:r>
      <w:r>
        <w:br/>
      </w:r>
      <w:r>
        <w:rPr>
          <w:sz w:val="20"/>
        </w:rPr>
        <w:t>5:28  Why is this contradiction</w:t>
      </w:r>
      <w:r>
        <w:br/>
      </w:r>
      <w:r>
        <w:rPr>
          <w:sz w:val="20"/>
        </w:rPr>
        <w:t>5:32  ? yaani Quran ke ailaan mein aur insani ilm mein yeh contradiction kyun hai?</w:t>
      </w:r>
      <w:r>
        <w:br/>
      </w:r>
      <w:r>
        <w:rPr>
          <w:sz w:val="20"/>
        </w:rPr>
        <w:t>5:43  is ka</w:t>
      </w:r>
      <w:r>
        <w:br/>
      </w:r>
      <w:r>
        <w:rPr>
          <w:sz w:val="20"/>
        </w:rPr>
        <w:t>5:46  is ko daryaft karna goya is challenge ka jawab dena hai, is tahaddi ka jawab dena hai.</w:t>
      </w:r>
      <w:r>
        <w:br/>
      </w:r>
      <w:r>
        <w:rPr>
          <w:sz w:val="20"/>
        </w:rPr>
        <w:t>5:56  jahan tak maine samjha hai, is ka buniyadi sabab yeh hai ke hamare philosophers ya hamare reformers ka yardstick galat hai.</w:t>
      </w:r>
      <w:r>
        <w:br/>
      </w:r>
      <w:r>
        <w:rPr>
          <w:sz w:val="20"/>
        </w:rPr>
        <w:t>6:09  woh ghalat yardstick se zindagi ko janchte hain. yaani jo Khuda ka yardstick hai, us se nahi, ek aur se.</w:t>
      </w:r>
      <w:r>
        <w:br/>
      </w:r>
      <w:r>
        <w:rPr>
          <w:sz w:val="20"/>
        </w:rPr>
        <w:t>6:20  is ka matlab hai ke jo Khuda ki schema of things hai, us se bekhabari ki wajah se yeh paida hua hai. saara mamla is liye hai ke logon ko pata hi nahi ke Khuda ki, yaani creator ki, creator ki schema of things kya hai,</w:t>
      </w:r>
      <w:r>
        <w:br/>
      </w:r>
      <w:r>
        <w:rPr>
          <w:sz w:val="20"/>
        </w:rPr>
        <w:t>6:39  us se bekhabar hain.</w:t>
      </w:r>
      <w:r>
        <w:br/>
      </w:r>
      <w:r>
        <w:rPr>
          <w:sz w:val="20"/>
        </w:rPr>
        <w:t>6:44  is wajah se woh explain nahi kar paate woh is ko.</w:t>
      </w:r>
    </w:p>
    <w:p>
      <w:pPr>
        <w:pStyle w:val="Heading2"/>
      </w:pPr>
      <w:r>
        <w:t>Secularism is easy religion requires responsibility</w:t>
      </w:r>
    </w:p>
    <w:p>
      <w:r>
        <w:rPr>
          <w:color w:val="666666"/>
          <w:sz w:val="18"/>
        </w:rPr>
        <w:t>Q&amp;A 11 Jul 2010 Maulana Wahiduddin Khan · 3m 22s · at 28:38 · https://youtu.be/UHtdtzGGwFQ?t=1718</w:t>
      </w:r>
    </w:p>
    <w:p>
      <w:r>
        <w:rPr>
          <w:i/>
        </w:rPr>
        <w:t>“Aasan hai bas, aur kuch nahi”</w:t>
      </w:r>
    </w:p>
    <w:p>
      <w:r>
        <w:rPr>
          <w:sz w:val="20"/>
        </w:rPr>
        <w:t>28:38  aasan hai bas, aur kuch nahi. khao, kamao, hawa karo, yeh bohat aasan hai. lekin mein ne seerat banna hai na, koi sensitivity dikhana hai.</w:t>
      </w:r>
      <w:r>
        <w:br/>
      </w:r>
      <w:r>
        <w:rPr>
          <w:sz w:val="20"/>
        </w:rPr>
        <w:t>28:47  na honesty ki zaroorat hai. aur agar aap jo doosra life style hai, is mein aap ko sincere banna hai, honest banna hai, responsibility lena hai, duty poora karna hai.</w:t>
      </w:r>
      <w:r>
        <w:br/>
      </w:r>
      <w:r>
        <w:rPr>
          <w:sz w:val="20"/>
        </w:rPr>
        <w:t>29:00  to zahir hai ke woh mushkil lagta hai. yeh insaan jo hai, bas easy goer hai. aasani ki taraf bhagta hai.</w:t>
      </w:r>
      <w:r>
        <w:br/>
      </w:r>
      <w:r>
        <w:rPr>
          <w:sz w:val="20"/>
        </w:rPr>
        <w:t>29:09  aur mushkil se is ko ghabrahat hoti hai. aur to koi khaas wajah nahi hai. inhi se poochein agar to andar se.</w:t>
      </w:r>
      <w:r>
        <w:br/>
      </w:r>
      <w:r>
        <w:rPr>
          <w:sz w:val="20"/>
        </w:rPr>
        <w:t>29:17  discontentment rehta hai in ko.</w:t>
      </w:r>
      <w:r>
        <w:br/>
      </w:r>
      <w:r>
        <w:rPr>
          <w:sz w:val="20"/>
        </w:rPr>
        <w:t>29:20  contentment nahi rehta. lekin aasan hai woh. keh raha tha na, kuch nahi. ek ek system chala ja raha hai. isi mein hum bhi jo apne ko ek purza ban gaye.</w:t>
      </w:r>
      <w:r>
        <w:br/>
      </w:r>
      <w:r>
        <w:rPr>
          <w:sz w:val="20"/>
        </w:rPr>
        <w:t>29:31  humein paisa aa raha hai. hamara bhi ghar ban raha hai. aur agar woh hai to aap ko</w:t>
      </w:r>
      <w:r>
        <w:br/>
      </w:r>
      <w:r>
        <w:rPr>
          <w:sz w:val="20"/>
        </w:rPr>
        <w:t>29:37  independently ek life banani padti hai. to is mein soch na aaye. is mein sensitivity hai, is mein seriousness hai, is mein duty hai, responsibility hai, accountability hai.</w:t>
      </w:r>
      <w:r>
        <w:br/>
      </w:r>
      <w:r>
        <w:rPr>
          <w:sz w:val="20"/>
        </w:rPr>
        <w:t>29:47  to aadmi ghabrata hai hamesha is se.</w:t>
      </w:r>
      <w:r>
        <w:br/>
      </w:r>
      <w:r>
        <w:rPr>
          <w:sz w:val="20"/>
        </w:rPr>
        <w:t>29:52  abhi aaj kal mein radio sunta hoon daily. minister log poster dete hain stage par. rozana suggestion dete hain. aisa hona chahiye, waisa hona chahiye.</w:t>
      </w:r>
      <w:r>
        <w:br/>
      </w:r>
      <w:r>
        <w:rPr>
          <w:sz w:val="20"/>
        </w:rPr>
        <w:t>30:02  mein sochta hoon ke ministry ki zaroorat kya hai in ko? yeh to hum bhi kar sakte hain aisa. minister to implement karne ke liye hota hai.</w:t>
      </w:r>
      <w:r>
        <w:br/>
      </w:r>
      <w:r>
        <w:rPr>
          <w:sz w:val="20"/>
        </w:rPr>
        <w:t>30:10  magar agar desh mein corruption hai to aap is se ab taqreer kar rahe hain. stage par speech dena corruption ke khilaaf yeh minister ka kaam nahi hai.</w:t>
      </w:r>
      <w:r>
        <w:br/>
      </w:r>
      <w:r>
        <w:rPr>
          <w:sz w:val="20"/>
        </w:rPr>
        <w:t>30:23  minister ka kaam hai is mein action karna. ja kar is ko mitaayein is ko. yaani matlab yeh ke jaise misaal ke taur par woh surprise visit kare.</w:t>
      </w:r>
      <w:r>
        <w:br/>
      </w:r>
      <w:r>
        <w:rPr>
          <w:sz w:val="20"/>
        </w:rPr>
        <w:t>30:32  visit badal kar ke. jahan paayein ek ek afsar aisa kar raha hai, usi waqt is ko dismiss kar dein.</w:t>
      </w:r>
      <w:r>
        <w:br/>
      </w:r>
      <w:r>
        <w:rPr>
          <w:sz w:val="20"/>
        </w:rPr>
        <w:t>30:39  usi waqt dismiss kar dein.</w:t>
      </w:r>
      <w:r>
        <w:br/>
      </w:r>
      <w:r>
        <w:rPr>
          <w:sz w:val="20"/>
        </w:rPr>
        <w:t>30:43  aaj kal kya hota hai? suspend karte hain. suspend hi nahi thi. aaj kal yeh hai ke suspend kar dijiye. woh tankhwah khaayi milti rehti hai is ko baithe baithe. aur jeet jaata hai case trial kar ke.</w:t>
      </w:r>
      <w:r>
        <w:br/>
      </w:r>
      <w:r>
        <w:rPr>
          <w:sz w:val="20"/>
        </w:rPr>
        <w:t>30:55  minister ko hota hai ikhtiyar hota hai woh suspend kar sakta hai. nahi, dismiss kar sakta hai. to jaayein.</w:t>
      </w:r>
      <w:r>
        <w:br/>
      </w:r>
      <w:r>
        <w:rPr>
          <w:sz w:val="20"/>
        </w:rPr>
        <w:t>31:01  har office mein. India mein sirf ek hi minister mein jaanta hoon jis ne aisa kiya, urfiya badqadmai. jis department mein hota tha woh sab darte the is se.</w:t>
      </w:r>
      <w:r>
        <w:br/>
      </w:r>
      <w:r>
        <w:rPr>
          <w:sz w:val="20"/>
        </w:rPr>
        <w:t>31:12  kyun ke achaanak pahunch jaata tha. surprise visit leta tha woh. usi waqt dismiss karta tha woh.</w:t>
      </w:r>
      <w:r>
        <w:br/>
      </w:r>
      <w:r>
        <w:rPr>
          <w:sz w:val="20"/>
        </w:rPr>
        <w:t>31:18  to corruption free ho gaya tha is ka department. to minister log jo hai bhagte the ke woh aasaan hai woh. jo bhagte the dete hain achhe achhe bhagte the to bahut aasaan hai woh.</w:t>
      </w:r>
      <w:r>
        <w:br/>
      </w:r>
      <w:r>
        <w:rPr>
          <w:sz w:val="20"/>
        </w:rPr>
        <w:t>31:30  jis stage par dekhein wahan minister log dikhai dete hain. achhe achhe bhagte the dete hue ke</w:t>
      </w:r>
      <w:r>
        <w:br/>
      </w:r>
      <w:r>
        <w:rPr>
          <w:sz w:val="20"/>
        </w:rPr>
        <w:t>31:35  tum tum woh karo. logon ko. tumhare paas power hai to authority ho. to is ko implement karo is ko.</w:t>
      </w:r>
      <w:r>
        <w:br/>
      </w:r>
      <w:r>
        <w:rPr>
          <w:sz w:val="20"/>
        </w:rPr>
        <w:t>31:45  in ko punishment do, in ko dismiss karo in ko. kya dete ho? to har aadmi to easy goer hai.</w:t>
      </w:r>
      <w:r>
        <w:br/>
      </w:r>
      <w:r>
        <w:rPr>
          <w:sz w:val="20"/>
        </w:rPr>
        <w:t>31:53  aasaan ka option le rakha hai is ne. woh yahan bhi hai.</w:t>
      </w:r>
    </w:p>
    <w:p>
      <w:pPr>
        <w:pStyle w:val="Heading2"/>
      </w:pPr>
      <w:r>
        <w:t>World as training center for paradise</w:t>
      </w:r>
    </w:p>
    <w:p>
      <w:r>
        <w:rPr>
          <w:color w:val="666666"/>
          <w:sz w:val="18"/>
        </w:rPr>
        <w:t>Dr  Naseem Siddiqui Memorial Part 2 · 4m 32s · at 12:18 · https://youtu.be/qX3ZreTSGaw?t=738</w:t>
      </w:r>
    </w:p>
    <w:p>
      <w:r>
        <w:rPr>
          <w:i/>
        </w:rPr>
        <w:t>“This world is a training center for paradise.”</w:t>
      </w:r>
    </w:p>
    <w:p>
      <w:r>
        <w:rPr>
          <w:sz w:val="20"/>
        </w:rPr>
        <w:t>12:18  sonality develop karen jo maut ke baad humein is qabil banaye ke hum ko paradise mein jagah milae. yeh hai islam ka concept. aur main samajhta hoon ke jo modern researches hain un mein se jo maine abhi jis ko refer kiya ke personality is changeless in change, to yeh jo aaj ke jo researches hain woh batati hain ke mera jo meri personality body nahin hai, is</w:t>
      </w:r>
      <w:r>
        <w:br/>
      </w:r>
      <w:r>
        <w:rPr>
          <w:sz w:val="20"/>
        </w:rPr>
        <w:t>12:48  body ke sath bhi koi cheez hai. yeh yeh body to vehicle hai, yeh vehicle roz badalta rehta hai. yeh vehicle badalta hai. farz kijiye ke meri umar 80 saal hai. 80 saal mein meri jo personality hai, us ne ath baar badla is vehicle ko. to marne ke baad nauwein baar agar badle to us mein taajub ki kya b</w:t>
      </w:r>
      <w:r>
        <w:br/>
      </w:r>
      <w:r>
        <w:rPr>
          <w:sz w:val="20"/>
        </w:rPr>
        <w:t>13:18  aat hai? us mein anokhi baat kaun si hai? main samajhta hoon koi anokhi baat nahin hai. to main samajhta hoon ke death jo hai, death aik bohat bara reminder hai hum sab ke liye. death koi saada baat nahin hai, bohat bara reminder hai. reminder kis baat ka? reality of life ko bare mein sochne ka ke insan paida hua</w:t>
      </w:r>
      <w:r>
        <w:br/>
      </w:r>
      <w:r>
        <w:rPr>
          <w:sz w:val="20"/>
        </w:rPr>
        <w:t>13:48  dunya mein kuch din raha, aisa kiya, waisa kiya, woh barh gaya. to isi tarah mujhe bhi banna hai. yani doosre ki maut se main apni maut ko yaad karoon, aur phir main sochun ke mujhe apne aap ko is tarah banana hai ke jo maut ke baad wali zindagi hai, wahan main successful rahoon. quran mein abhi aik concept diya gaya hai ke insan ke andar aap jante hain ke bohat ziyada w</w:t>
      </w:r>
      <w:r>
        <w:br/>
      </w:r>
      <w:r>
        <w:rPr>
          <w:sz w:val="20"/>
        </w:rPr>
        <w:t>14:18  ishes hain, bohat ziyada ambitions hain, bohat ziyada insan bohat ziyada perfectionist hai. har cheez ko ideal roop mein dekhna chahta hai. means a born perfectionist. lekin dunya mein humein perfection milta nahin. har hum mein, hum mein, har shakhs ka yeh experience hai ke although i am born as a perfectionist but it is impossible to have</w:t>
      </w:r>
      <w:r>
        <w:br/>
      </w:r>
      <w:r>
        <w:rPr>
          <w:sz w:val="20"/>
        </w:rPr>
        <w:t>14:48  a perfect world in this here. to yeh jo yeh jo contradiction hai ke perfectionist ko rehna parta hai imperfect world mein, yeh bohat bara question hai. aristotle aur plato se le kar aaj tak log is par sochte rahe hain ke kya mamla hai ke perfectionist ko rehna parta hai imperfect world mein, idealist ko rehna parta hai aik aisi dunya mein jo less than ideal.</w:t>
      </w:r>
      <w:r>
        <w:br/>
      </w:r>
      <w:r>
        <w:rPr>
          <w:sz w:val="20"/>
        </w:rPr>
        <w:t>15:19  kisi ki bhi fulfillment nahin milti, kisi ko bhi us ki desire poori nahin hoti. har aadmi, yeh har aadmi kaise, chahe bara ho ya chota, king ho ya subject, wealthy ho ya poor, yeh sab case sab ka hai ke kisi ko bhi jo chahta hai woh milta nahin. to fulfillment kisi ko hasil nahin hota. aisa kyun hai? to quran mein yeh concept diya gaya hai ke yeh dunya hamara woh nahin hai,</w:t>
      </w:r>
      <w:r>
        <w:br/>
      </w:r>
      <w:r>
        <w:rPr>
          <w:sz w:val="20"/>
        </w:rPr>
        <w:t>15:50  asal jagah hamari dunya nahin hai. asal jagah to hamari dunya jo hai woh paradise hai. yeh dunya to aik aik temporary dunya hai jis ko kehte hain habitat. yeh dunya hamara habitat nahin hai. yeh dunya hamara habitat nahin hai. kyunke yahan par isi liye hamari koi bhi tamanna, koi bhi desire</w:t>
      </w:r>
      <w:r>
        <w:br/>
      </w:r>
      <w:r>
        <w:rPr>
          <w:sz w:val="20"/>
        </w:rPr>
        <w:t>16:20  kabhi poori nahin ho sakti, na hogi. kyunke yeh habitat hai hi nahin. hamara habit, hamara habitat jo hai paradise. yeh concept quran mein diya gaya hai. is ka matlab kya hua? ke humein apni zindagi ko jo is dunya mein jo bitana hai, woh paradise oriented life bitana hai. na ke, na ke is dunya mein apne aap ko,</w:t>
      </w:r>
    </w:p>
    <w:p>
      <w:pPr>
        <w:pStyle w:val="Heading2"/>
      </w:pPr>
      <w:r>
        <w:t>Living in a world of competition</w:t>
      </w:r>
    </w:p>
    <w:p>
      <w:r>
        <w:rPr>
          <w:color w:val="666666"/>
          <w:sz w:val="18"/>
        </w:rPr>
        <w:t>Living in a World of Competition I 24 Oct. 2010 - Maulana Wahiduddin Khan · 4m 43s · at 0:58 · https://youtu.be/2XgV28_3yug?t=58</w:t>
      </w:r>
    </w:p>
    <w:p>
      <w:r>
        <w:rPr>
          <w:i/>
        </w:rPr>
        <w:t>“Yeh duniya humein mili hui hai”</w:t>
      </w:r>
    </w:p>
    <w:p>
      <w:r>
        <w:rPr>
          <w:sz w:val="20"/>
        </w:rPr>
        <w:t>0:58  dekhiye, yeh dunya hamein mili hui hai allah ki taraf se rehne ke liye. yahan allah ka qanoon hai ke yahan par muqabla hoga, competition hoga, challenges honge,</w:t>
      </w:r>
      <w:r>
        <w:br/>
      </w:r>
      <w:r>
        <w:rPr>
          <w:sz w:val="20"/>
        </w:rPr>
        <w:t>1:11  musabaqat hogi, aur is ke jo consequences hain woh bhi honge.</w:t>
      </w:r>
      <w:r>
        <w:br/>
      </w:r>
      <w:r>
        <w:rPr>
          <w:sz w:val="20"/>
        </w:rPr>
        <w:t>1:25  hum is se escape nahi kar sakte.</w:t>
      </w:r>
      <w:r>
        <w:br/>
      </w:r>
      <w:r>
        <w:rPr>
          <w:sz w:val="20"/>
        </w:rPr>
        <w:t>1:30  quran majeed mein is baat ko kai andaaz se bataya gaya hai. ek ayat hai, yeh ayat hai chapter number 90 ki, 90.</w:t>
      </w:r>
      <w:r>
        <w:br/>
      </w:r>
      <w:r>
        <w:rPr>
          <w:sz w:val="20"/>
        </w:rPr>
        <w:t>1:48  laqad khalaqnal insana fil qabd</w:t>
      </w:r>
      <w:r>
        <w:br/>
      </w:r>
      <w:r>
        <w:rPr>
          <w:sz w:val="20"/>
        </w:rPr>
        <w:t>1:56  yani "we have created man in suffering."</w:t>
      </w:r>
      <w:r>
        <w:br/>
      </w:r>
      <w:r>
        <w:rPr>
          <w:sz w:val="20"/>
        </w:rPr>
        <w:t>2:06  yahan par yeh sochne ki baat hai ke suffering ka matlab kya hai.</w:t>
      </w:r>
      <w:r>
        <w:br/>
      </w:r>
      <w:r>
        <w:rPr>
          <w:sz w:val="20"/>
        </w:rPr>
        <w:t>2:15  suffering ka matlab yeh nahi hai ke is par pahaad toote ga,</w:t>
      </w:r>
      <w:r>
        <w:br/>
      </w:r>
      <w:r>
        <w:rPr>
          <w:sz w:val="20"/>
        </w:rPr>
        <w:t>2:23  is tarah ka musibatein is par girai jayengi, yeh matlab nahi hai. suffering ka matlab wahi hai ke is dunya ka jo qanoon hai, jo law of nature hai,</w:t>
      </w:r>
      <w:r>
        <w:br/>
      </w:r>
      <w:r>
        <w:rPr>
          <w:sz w:val="20"/>
        </w:rPr>
        <w:t>2:41  is ke mutabiq insaan ko rehna padega aise halaat mein jis ke nateeje mein suffering pesh ayegi.</w:t>
      </w:r>
      <w:r>
        <w:br/>
      </w:r>
      <w:r>
        <w:rPr>
          <w:sz w:val="20"/>
        </w:rPr>
        <w:t>2:51  yani dunya mein har insaan ko azaadi di gayi hai, har insaan azaad hai, har insaan ko mauqa hai ke woh apni daur lagaye,</w:t>
      </w:r>
      <w:r>
        <w:br/>
      </w:r>
      <w:r>
        <w:rPr>
          <w:sz w:val="20"/>
        </w:rPr>
        <w:t>3:03  apna apna maqsad hasil karne ki koshish kare.</w:t>
      </w:r>
      <w:r>
        <w:br/>
      </w:r>
      <w:r>
        <w:rPr>
          <w:sz w:val="20"/>
        </w:rPr>
        <w:t>3:09  to jab saare log daurenge, zahir hai ke takraao bhi hoga, koi koi doosre ko defeat dega, kisi doosre ko nuqsaan hoga.</w:t>
      </w:r>
      <w:r>
        <w:br/>
      </w:r>
      <w:r>
        <w:rPr>
          <w:sz w:val="20"/>
        </w:rPr>
        <w:t>3:23  yani azaadi ki bina par</w:t>
      </w:r>
      <w:r>
        <w:br/>
      </w:r>
      <w:r>
        <w:rPr>
          <w:sz w:val="20"/>
        </w:rPr>
        <w:t>3:27  muqabla, competition, aur phir azaadaana competition ki bina par suffering, yeh matlab hai is aayat ka.</w:t>
      </w:r>
      <w:r>
        <w:br/>
      </w:r>
      <w:r>
        <w:rPr>
          <w:sz w:val="20"/>
        </w:rPr>
        <w:t>3:44  to aisi haalat mein agar koi aadmi cheekhein chalayein, shikayatein kare to woh kya hai? Woh woh shikayat jhooti hai uski,</w:t>
      </w:r>
      <w:r>
        <w:br/>
      </w:r>
      <w:r>
        <w:rPr>
          <w:sz w:val="20"/>
        </w:rPr>
        <w:t>3:58  kyunki woh to rahegi.</w:t>
      </w:r>
      <w:r>
        <w:br/>
      </w:r>
      <w:r>
        <w:rPr>
          <w:sz w:val="20"/>
        </w:rPr>
        <w:t>4:03  jaise bahut se log aap ko yeh kehte hue sunen milenge ke hamare saath discrimination hota hai. Yeh ek ek ek bilkul baseless baat hai.</w:t>
      </w:r>
      <w:r>
        <w:br/>
      </w:r>
      <w:r>
        <w:rPr>
          <w:sz w:val="20"/>
        </w:rPr>
        <w:t>4:17  nahin kehna yeh chahiye ke hum competition ke zamane mein compete nahin kar sake, is liye hum suffer kar rahe hain.</w:t>
      </w:r>
      <w:r>
        <w:br/>
      </w:r>
      <w:r>
        <w:rPr>
          <w:sz w:val="20"/>
        </w:rPr>
        <w:t>4:29  discrimination kehna ek waqeye ko galat andaaz se lena hai.</w:t>
      </w:r>
      <w:r>
        <w:br/>
      </w:r>
      <w:r>
        <w:rPr>
          <w:sz w:val="20"/>
        </w:rPr>
        <w:t>4:43  aam mizaj dunya bhar mein yeh hai ke log jahan kahin kisi ko koi setback hota hai, kahan kahin kisi ko koi problem pesh aate hain, kisi ki baat koi bigad jaati hai to foran doosre ko ilzaam deta hai woh</w:t>
      </w:r>
      <w:r>
        <w:br/>
      </w:r>
      <w:r>
        <w:rPr>
          <w:sz w:val="20"/>
        </w:rPr>
        <w:t>5:01  ke falan ki saazish se hua, hamare saath discrimination kiya gaya, hum ko second class citizen bana diya gaya hai. Yeh sab baatein bilkul baseless hain.</w:t>
      </w:r>
      <w:r>
        <w:br/>
      </w:r>
      <w:r>
        <w:rPr>
          <w:sz w:val="20"/>
        </w:rPr>
        <w:t>5:14  yani is ke maani hain ke woh yeh hue ke apni ghalti ko doosre khaane mein daalna,</w:t>
      </w:r>
      <w:r>
        <w:br/>
      </w:r>
      <w:r>
        <w:rPr>
          <w:sz w:val="20"/>
        </w:rPr>
        <w:t>5:22  apne failure ko doosre khaane mein daalna. You have to accept your fail</w:t>
      </w:r>
      <w:r>
        <w:br/>
      </w:r>
      <w:r>
        <w:rPr>
          <w:sz w:val="20"/>
        </w:rPr>
        <w:t>5:29  ure. You have to accept your mistake. Ke hamari apni kisi bhool ki wajah se aisa hua.</w:t>
      </w:r>
    </w:p>
    <w:p>
      <w:pPr>
        <w:pStyle w:val="Heading2"/>
      </w:pPr>
      <w:r>
        <w:t>from the Big Bang to a safely placed solar system</w:t>
      </w:r>
    </w:p>
    <w:p>
      <w:r>
        <w:rPr>
          <w:color w:val="666666"/>
          <w:sz w:val="18"/>
        </w:rPr>
        <w:t>Tarikh ka Safar Al-Risala, February 2017 Maulana Wahiduddin Khan · 4m 29s · at 0:40 · https://youtu.be/vICD_iiWoRM?t=40</w:t>
      </w:r>
    </w:p>
    <w:p>
      <w:r>
        <w:rPr>
          <w:i/>
        </w:rPr>
        <w:t>“Ilmi mutalye ke mutabiq Allah ne kainaat ka aghaz 13 billion saal pehle kiya”</w:t>
      </w:r>
    </w:p>
    <w:p>
      <w:r>
        <w:rPr>
          <w:sz w:val="20"/>
        </w:rPr>
        <w:t>0:40  isko yahan darj kiya jata hai. ilmi mutaale ke mutabiq Allah Rabbul Alameen ne maujooda kainat ka aaghaz taqreeban 13 billion saal pehle kiya.</w:t>
      </w:r>
      <w:r>
        <w:br/>
      </w:r>
      <w:r>
        <w:rPr>
          <w:sz w:val="20"/>
        </w:rPr>
        <w:t>0:54  is muddat mein mansooba band andaaz mein, tadreeji yaani gradually tor par, poori kainat wajood mein aayi. is muddat ko tausee taqseem yaani broad division ke mutabiq chhe bade adwaar yaani periods mein taqseem kiya ja sakta hai.</w:t>
      </w:r>
      <w:r>
        <w:br/>
      </w:r>
      <w:r>
        <w:rPr>
          <w:sz w:val="20"/>
        </w:rPr>
        <w:t>1:13  number 1: is silsile mein maloom taur par pehla waqea jo is kainat mein pesh aaya, woh yeh tha ki khalique ne taqreeban 13 billion saal pehle khala yaani space mein ek azeem dhamaka manage kiya.</w:t>
      </w:r>
      <w:r>
        <w:br/>
      </w:r>
      <w:r>
        <w:rPr>
          <w:sz w:val="20"/>
        </w:rPr>
        <w:t>1:32  is dhamake ko English aalam falakiyat yaani astronomer</w:t>
      </w:r>
      <w:r>
        <w:br/>
      </w:r>
      <w:r>
        <w:rPr>
          <w:sz w:val="20"/>
        </w:rPr>
        <w:t>1:39  Fred Hoyle ne 1949 mein Big Bang naam diya. yeh Big Bang ab saansai taur par ek saabit shuda waqea yaani established fact ban chuka hai.</w:t>
      </w:r>
      <w:r>
        <w:br/>
      </w:r>
      <w:r>
        <w:rPr>
          <w:sz w:val="20"/>
        </w:rPr>
        <w:t>1:54  is dhamake se maujooda kainat ka aaghaz hua. is waqeye ka zikr Quran mein in alfaaz mein aaya hai: "أولم ير الذين كفروا أن السماوات والأرض كانتا رتقا ففتقناهما"</w:t>
      </w:r>
      <w:r>
        <w:br/>
      </w:r>
      <w:r>
        <w:rPr>
          <w:sz w:val="20"/>
        </w:rPr>
        <w:t>2:12  Surah number 21 aayat 30. yaani ke inkaar karne walon ne nahi dekha ki aasman aur zameen dono ba-ham mile hue thay, phir hum ne un ko khol diya.</w:t>
      </w:r>
      <w:r>
        <w:br/>
      </w:r>
      <w:r>
        <w:rPr>
          <w:sz w:val="20"/>
        </w:rPr>
        <w:t>2:27  iska matlab saansai maloomat ki roshni mein yeh hai ki ibtida mein ek azeem gola yaani super atom tha, jis ke andar kainat ke tamam particle maujood thay.</w:t>
      </w:r>
      <w:r>
        <w:br/>
      </w:r>
      <w:r>
        <w:rPr>
          <w:sz w:val="20"/>
        </w:rPr>
        <w:t>2:42  is dhamake ke baad Big Bang ke particles wasee khala mein tezi se phail gaye, aur phir ek hakeemana mansoobe ke tehat mukhtalif marhalon se guzarte hue in zarat yaani particles ke majmooay se maujooda kainat wajood mein aayi.</w:t>
      </w:r>
      <w:r>
        <w:br/>
      </w:r>
      <w:r>
        <w:rPr>
          <w:sz w:val="20"/>
        </w:rPr>
        <w:t>3:04  number 2: mazkoora tadreeji amal ka doosra bada waqea woh hai jis ko solar bang kaha ja sakta hai.</w:t>
      </w:r>
      <w:r>
        <w:br/>
      </w:r>
      <w:r>
        <w:rPr>
          <w:sz w:val="20"/>
        </w:rPr>
        <w:t>3:14  is ke baad lambe amal yaani process ke tehat shamsi nizaam apne tamam sayaron yaani planets ke sath wajood mein aaya.</w:t>
      </w:r>
      <w:r>
        <w:br/>
      </w:r>
      <w:r>
        <w:rPr>
          <w:sz w:val="20"/>
        </w:rPr>
        <w:t>3:24  is kainaati waqeye ka zikr Quran mein in alfaaz mein kiya gaya hai: "وھو الذی خلق الیل والنہار والشمس والقمر کل فی فلک یسبحون"</w:t>
      </w:r>
      <w:r>
        <w:br/>
      </w:r>
      <w:r>
        <w:rPr>
          <w:sz w:val="20"/>
        </w:rPr>
        <w:t>3:39  surah number 21 ayat 33. yani aur wohi hai jis ne raat aur din aur suraj aur chand banaye, sab aik aik مدار yani orbit mein teir rahe hain.</w:t>
      </w:r>
      <w:r>
        <w:br/>
      </w:r>
      <w:r>
        <w:rPr>
          <w:sz w:val="20"/>
        </w:rPr>
        <w:t>3:52  yeh shamsi nizam aik azeem kehkashan yani galaxy ke aik kinare par waqe hai. yeh shamsi nizam aik azeem kehkashan yani galaxy ke aik kinare par qaim kiya gaya hai,</w:t>
      </w:r>
      <w:r>
        <w:br/>
      </w:r>
      <w:r>
        <w:rPr>
          <w:sz w:val="20"/>
        </w:rPr>
        <w:t>4:06  jis ko milky way kaha jata hai. is tarah shamsi nizam ko kainat mein aik mehfooz ilaaqa yani area mil gaya.</w:t>
      </w:r>
      <w:r>
        <w:br/>
      </w:r>
      <w:r>
        <w:rPr>
          <w:sz w:val="20"/>
        </w:rPr>
        <w:t>4:17  is haqeeqat ka ishara quran ki is ayat mein kiya gaya hai:</w:t>
      </w:r>
      <w:r>
        <w:br/>
      </w:r>
      <w:r>
        <w:rPr>
          <w:sz w:val="20"/>
        </w:rPr>
        <w:t>4:21  "فلا أقسم بمواقع النجوم وإنه لقسم لو تعلمون عظیم" surah number 56 ayat 75 ta 76.</w:t>
      </w:r>
      <w:r>
        <w:br/>
      </w:r>
      <w:r>
        <w:rPr>
          <w:sz w:val="20"/>
        </w:rPr>
        <w:t>4:33  yani mein qasam khata hoon sitaron ke mawaqe ki, aur agar tum jano to beshak yeh bohat bari qasam hai. yahan mawaqe se murad mahal-e-waqe hai.</w:t>
      </w:r>
      <w:r>
        <w:br/>
      </w:r>
      <w:r>
        <w:rPr>
          <w:sz w:val="20"/>
        </w:rPr>
        <w:t>4:45  is mein is haqeeqat ki taraf ishara hai ke shamsi nizam ko nihayat ba-ma'ni tor par azeem milky way ke aik kinare par qaim kiya gaya hai.</w:t>
      </w:r>
      <w:r>
        <w:br/>
      </w:r>
      <w:r>
        <w:rPr>
          <w:sz w:val="20"/>
        </w:rPr>
        <w:t>4:56  is mahal-e-waqe ki bina par shamsi nizam ko aik mehfooz ilaaqa yani safe area mil gaya, jo insan jaisi makhlooq ki zindagi ke liye behad zaroori hai.</w:t>
      </w:r>
    </w:p>
    <w:p>
      <w:pPr>
        <w:pStyle w:val="Heading2"/>
      </w:pPr>
      <w:r>
        <w:t>Closing: preacher's character, true success, and final prayer</w:t>
      </w:r>
    </w:p>
    <w:p>
      <w:r>
        <w:rPr>
          <w:color w:val="666666"/>
          <w:sz w:val="18"/>
        </w:rPr>
        <w:t>Character of A Dayee January 29, 2014 · 3m 41s · at 26:18 · https://youtu.be/HiPTrIHGmTE?t=1578</w:t>
      </w:r>
    </w:p>
    <w:p>
      <w:r>
        <w:rPr>
          <w:i/>
        </w:rPr>
        <w:t>“Da'i ke kirdar ko samajhne ke liye yeh ayat bahut ahem hai”</w:t>
      </w:r>
    </w:p>
    <w:p>
      <w:r>
        <w:rPr>
          <w:sz w:val="20"/>
        </w:rPr>
        <w:t>26:18  to da'i ke kirdaar ko samajhne ke liye yeh ayat bohat zyada aham hai.</w:t>
      </w:r>
      <w:r>
        <w:br/>
      </w:r>
      <w:r>
        <w:rPr>
          <w:sz w:val="20"/>
        </w:rPr>
        <w:t>26:31  is se da'i ki poori</w:t>
      </w:r>
      <w:r>
        <w:br/>
      </w:r>
      <w:r>
        <w:rPr>
          <w:sz w:val="20"/>
        </w:rPr>
        <w:t>26:36  shakhsiyat maloom hoti hai.</w:t>
      </w:r>
      <w:r>
        <w:br/>
      </w:r>
      <w:r>
        <w:rPr>
          <w:sz w:val="20"/>
        </w:rPr>
        <w:t>26:44  is se maloom hota hai ke dawat ka culture kya cheez hai. yani apni haqeeqat ke aitbar se dawat ka culture kya cheez hai.</w:t>
      </w:r>
      <w:r>
        <w:br/>
      </w:r>
      <w:r>
        <w:rPr>
          <w:sz w:val="20"/>
        </w:rPr>
        <w:t>26:59  jab tak aadmi is baat ko na samjhe woh dawat-e-Allah ka kaam mutlub andaaz mein nahi kar sakta.</w:t>
      </w:r>
      <w:r>
        <w:br/>
      </w:r>
      <w:r>
        <w:rPr>
          <w:sz w:val="20"/>
        </w:rPr>
        <w:t>27:09  aur phir jab mutlub andaaz mein nahi karega to Allah ki madad nahi aayegi.</w:t>
      </w:r>
      <w:r>
        <w:br/>
      </w:r>
      <w:r>
        <w:rPr>
          <w:sz w:val="20"/>
        </w:rPr>
        <w:t>27:14  dekhiye dawat ka kaam haqeeqi ma'ano mein is waqt kamyab hota hai jabke Allah ki madad shamil haal ho jaye is ke. to jab aap peghambar ke role model ke mutabiq karein ge tab hi Allah ki madad aayegi.</w:t>
      </w:r>
      <w:r>
        <w:br/>
      </w:r>
      <w:r>
        <w:rPr>
          <w:sz w:val="20"/>
        </w:rPr>
        <w:t>27:28  warna Allah ki madad nahi aayegi.</w:t>
      </w:r>
      <w:r>
        <w:br/>
      </w:r>
      <w:r>
        <w:rPr>
          <w:sz w:val="20"/>
        </w:rPr>
        <w:t>27:32  hata ke agar bil farz log taliyan baja rahe hon aap ki baaton par, aap ko stage mil raha ho, aap ko crowd mil raha ho, mali sahayog mil raha ho, tab bhi yeh bas wajah hai ke aap ko Allah ki madad mil rahi hai.</w:t>
      </w:r>
      <w:r>
        <w:br/>
      </w:r>
      <w:r>
        <w:rPr>
          <w:sz w:val="20"/>
        </w:rPr>
        <w:t>27:46  yeh Allah ki madad nahi hai.</w:t>
      </w:r>
      <w:r>
        <w:br/>
      </w:r>
      <w:r>
        <w:rPr>
          <w:sz w:val="20"/>
        </w:rPr>
        <w:t>27:50  Allah ki madad ka ta'alluq in cheezon se nahi hai.</w:t>
      </w:r>
      <w:r>
        <w:br/>
      </w:r>
      <w:r>
        <w:rPr>
          <w:sz w:val="20"/>
        </w:rPr>
        <w:t>27:56  yeh to dawat-e-Allah se alag ek cheez hai. dawat-e-Allah ko ki kamyabi ko janchne ka tareeqa sirf yeh hai ke is se logo ko sachai mil rahi ho.</w:t>
      </w:r>
      <w:r>
        <w:br/>
      </w:r>
      <w:r>
        <w:rPr>
          <w:sz w:val="20"/>
        </w:rPr>
        <w:t>28:13  logo ke dil mein Allah ki mohabbat aa rahi ho. logo ke dil mein Allah ka khauf aa raha ho. log jannat ke haris ban rahe hon. yeh sab kamyabi ka meyar hai.</w:t>
      </w:r>
      <w:r>
        <w:br/>
      </w:r>
      <w:r>
        <w:rPr>
          <w:sz w:val="20"/>
        </w:rPr>
        <w:t>28:25  to dawat ki kamyabi ka meyar logo ki bheed, logo ki taliyan, logo ka donation, logo ka stage yeh sab nahi hai.</w:t>
      </w:r>
      <w:r>
        <w:br/>
      </w:r>
      <w:r>
        <w:rPr>
          <w:sz w:val="20"/>
        </w:rPr>
        <w:t>28:35  dawat ki kamyabi ka meyar yeh hai ke logo ko sachai mil rahi ho. log rabbani ban rahe hon.</w:t>
      </w:r>
      <w:r>
        <w:br/>
      </w:r>
      <w:r>
        <w:rPr>
          <w:sz w:val="20"/>
        </w:rPr>
        <w:t>28:48  logo ke andar yeh jazba paida hota ho ke woh apna tazkiya karein, apne ko madhahqa shakhsiyat banayein taake un ko jannat mein dakhla milay. yeh hai criterion dawat ka.</w:t>
      </w:r>
      <w:r>
        <w:br/>
      </w:r>
      <w:r>
        <w:rPr>
          <w:sz w:val="20"/>
        </w:rPr>
        <w:t>29:00  yeh hai criterion dawat-e-mission ka.</w:t>
      </w:r>
      <w:r>
        <w:br/>
      </w:r>
      <w:r>
        <w:rPr>
          <w:sz w:val="20"/>
        </w:rPr>
        <w:t>29:09  to is mukhtasar ayat mein yeh sari baatein ghaur karne se maloom hoti hain.</w:t>
      </w:r>
      <w:r>
        <w:br/>
      </w:r>
      <w:r>
        <w:rPr>
          <w:sz w:val="20"/>
        </w:rPr>
        <w:t>29:17  meri dua hai ke Allah taala mujh ko aur aap ko tofeeq de ke hum aap is raaz ko samjhein aur apne ko sacha daai banayein.</w:t>
      </w:r>
      <w:r>
        <w:br/>
      </w:r>
      <w:r>
        <w:rPr>
          <w:sz w:val="20"/>
        </w:rPr>
        <w:t>29:30  Assalam o alaikum wa rehmatullah.</w:t>
      </w:r>
    </w:p>
    <w:p>
      <w:pPr>
        <w:pStyle w:val="Heading2"/>
      </w:pPr>
      <w:r>
        <w:t>Quranic prophecies fulfilled by modern tech</w:t>
      </w:r>
    </w:p>
    <w:p>
      <w:r>
        <w:rPr>
          <w:color w:val="666666"/>
          <w:sz w:val="18"/>
        </w:rPr>
        <w:t>The Task Ahead | October 11, 2009 | Maulana Wahiduddin Khan · 5m 36s · at 30:42 · https://youtu.be/07gb5LwpFpg?t=1842</w:t>
      </w:r>
    </w:p>
    <w:p>
      <w:r>
        <w:rPr>
          <w:i/>
        </w:rPr>
        <w:t>“Ab main aap ko ek aur baat kehna chahta hoon”</w:t>
      </w:r>
    </w:p>
    <w:p>
      <w:r>
        <w:rPr>
          <w:sz w:val="20"/>
        </w:rPr>
        <w:t>30:42  chai ko discover karein. us ko le kar uthen. ab mein aap ko ek aur baat kehna chahta hoon dekhiye quran mein. quran mein bohat sari baaten hain. kuch baaten quran mein present tense mein hain, kuch baaten future tense mein hain. is ko sochiye aap. kuch</w:t>
      </w:r>
      <w:r>
        <w:br/>
      </w:r>
      <w:r>
        <w:rPr>
          <w:sz w:val="20"/>
        </w:rPr>
        <w:t>31:12  baatein Quran mein present tense mein hain, kuch baatein future tense mein hain.</w:t>
      </w:r>
      <w:r>
        <w:br/>
      </w:r>
      <w:r>
        <w:rPr>
          <w:sz w:val="20"/>
        </w:rPr>
        <w:t>31:16  yani Rasool Allah ke zamanay mein unhein hona tha.</w:t>
      </w:r>
      <w:r>
        <w:br/>
      </w:r>
      <w:r>
        <w:rPr>
          <w:sz w:val="20"/>
        </w:rPr>
        <w:t>31:20  jaise Kaba mein but thay to Rasool Allah ke zamanay mein bhi hona tha ke Kaba mein but</w:t>
      </w:r>
      <w:r>
        <w:br/>
      </w:r>
      <w:r>
        <w:rPr>
          <w:sz w:val="20"/>
        </w:rPr>
        <w:t>31:24  khatm ho jain.</w:t>
      </w:r>
      <w:r>
        <w:br/>
      </w:r>
      <w:r>
        <w:rPr>
          <w:sz w:val="20"/>
        </w:rPr>
        <w:t>31:27  aisa nahin ke.</w:t>
      </w:r>
      <w:r>
        <w:br/>
      </w:r>
      <w:r>
        <w:rPr>
          <w:sz w:val="20"/>
        </w:rPr>
        <w:t>31:31  to un un is tarah ki baaton ko present tense mein kaha gaya.</w:t>
      </w:r>
      <w:r>
        <w:br/>
      </w:r>
      <w:r>
        <w:rPr>
          <w:sz w:val="20"/>
        </w:rPr>
        <w:t>31:35  ke Rasool Allah ki zindagi mein sab baatein ho jain gi.</w:t>
      </w:r>
      <w:r>
        <w:br/>
      </w:r>
      <w:r>
        <w:rPr>
          <w:sz w:val="20"/>
        </w:rPr>
        <w:t>31:39  aik Sahabi ne kaha aise hi ko</w:t>
      </w:r>
      <w:r>
        <w:br/>
      </w:r>
      <w:r>
        <w:rPr>
          <w:sz w:val="20"/>
        </w:rPr>
        <w:t>31:42  : "yani Rasool Allah ko is waqt death ho gayi jab ke yeh baatein yeh yeh maqsad hasil</w:t>
      </w:r>
      <w:r>
        <w:br/>
      </w:r>
      <w:r>
        <w:rPr>
          <w:sz w:val="20"/>
        </w:rPr>
        <w:t>31:47  ho jae." Aap ki zindagi mein yeh maqsad ko hasil hona hai.</w:t>
      </w:r>
      <w:r>
        <w:br/>
      </w:r>
      <w:r>
        <w:rPr>
          <w:sz w:val="20"/>
        </w:rPr>
        <w:t>31:51  to un cheezon ko present tense mein kaha gaya.</w:t>
      </w:r>
      <w:r>
        <w:br/>
      </w:r>
      <w:r>
        <w:rPr>
          <w:sz w:val="20"/>
        </w:rPr>
        <w:t>31:56  kuch cheezein woh hain jin ko future tense mein kaha gaya.</w:t>
      </w:r>
      <w:r>
        <w:br/>
      </w:r>
      <w:r>
        <w:rPr>
          <w:sz w:val="20"/>
        </w:rPr>
        <w:t>32:00  Quran mein bhi, Hadees mein bhi.</w:t>
      </w:r>
      <w:r>
        <w:br/>
      </w:r>
      <w:r>
        <w:rPr>
          <w:sz w:val="20"/>
        </w:rPr>
        <w:t>32:04  jaise aap dekhiye.</w:t>
      </w:r>
      <w:r>
        <w:br/>
      </w:r>
      <w:r>
        <w:rPr>
          <w:sz w:val="20"/>
        </w:rPr>
        <w:t>32:09  Quran mein hai ke</w:t>
      </w:r>
      <w:r>
        <w:br/>
      </w:r>
      <w:r>
        <w:rPr>
          <w:sz w:val="20"/>
        </w:rPr>
        <w:t>32:13  jab Musa woh Hazrat Musa ke zamanay mein jab Firon gharaq hua tha.</w:t>
      </w:r>
      <w:r>
        <w:br/>
      </w:r>
      <w:r>
        <w:rPr>
          <w:sz w:val="20"/>
        </w:rPr>
        <w:t>32:19  to us waqt Allah taala ne farmaya ke: "yahan dekhiye future tense mein hai." ke tumhare body ko</w:t>
      </w:r>
      <w:r>
        <w:br/>
      </w:r>
      <w:r>
        <w:rPr>
          <w:sz w:val="20"/>
        </w:rPr>
        <w:t>32:26  hum preserve rakhein ge.</w:t>
      </w:r>
      <w:r>
        <w:br/>
      </w:r>
      <w:r>
        <w:rPr>
          <w:sz w:val="20"/>
        </w:rPr>
        <w:t>32:32  yahan tak ke baad ke logon ko nishani banay woh.</w:t>
      </w:r>
      <w:r>
        <w:br/>
      </w:r>
      <w:r>
        <w:rPr>
          <w:sz w:val="20"/>
        </w:rPr>
        <w:t>32:38  yeh body aap jante hain ke discover hui.</w:t>
      </w:r>
      <w:r>
        <w:br/>
      </w:r>
      <w:r>
        <w:rPr>
          <w:sz w:val="20"/>
        </w:rPr>
        <w:t>32:44  nineteen century ke ke aakhri quarter mein. aur ab woh cairo ke museum mein maujood hai. isi tarah se dekhiye quran mein hai ke: "yahan pe dekhiye afaaq aur anfus mein jo signs hain, s i g n s sign woh khulenge." yahan bhi dekhi</w:t>
      </w:r>
      <w:r>
        <w:br/>
      </w:r>
      <w:r>
        <w:rPr>
          <w:sz w:val="20"/>
        </w:rPr>
        <w:t>33:14  e future tense istemal kiya gaya hai.</w:t>
      </w:r>
      <w:r>
        <w:br/>
      </w:r>
      <w:r>
        <w:rPr>
          <w:sz w:val="20"/>
        </w:rPr>
        <w:t>33:18  sa jo hai Arabi zaban mein is ke ilawa future ke liye aata hai.</w:t>
      </w:r>
      <w:r>
        <w:br/>
      </w:r>
      <w:r>
        <w:rPr>
          <w:sz w:val="20"/>
        </w:rPr>
        <w:t>33:22  yani aindah aisa hoga.</w:t>
      </w:r>
      <w:r>
        <w:br/>
      </w:r>
      <w:r>
        <w:rPr>
          <w:sz w:val="20"/>
        </w:rPr>
        <w:t>33:26  to yeh kya hua? yeh hai modern science.</w:t>
      </w:r>
      <w:r>
        <w:br/>
      </w:r>
      <w:r>
        <w:rPr>
          <w:sz w:val="20"/>
        </w:rPr>
        <w:t>33:30  modern physical science.</w:t>
      </w:r>
      <w:r>
        <w:br/>
      </w:r>
      <w:r>
        <w:rPr>
          <w:sz w:val="20"/>
        </w:rPr>
        <w:t>33:34  nature mein jo chupi hui cheezein theen woh sab khol diya science ne.</w:t>
      </w:r>
      <w:r>
        <w:br/>
      </w:r>
      <w:r>
        <w:rPr>
          <w:sz w:val="20"/>
        </w:rPr>
        <w:t>33:39  sab khul gaya.</w:t>
      </w:r>
      <w:r>
        <w:br/>
      </w:r>
      <w:r>
        <w:rPr>
          <w:sz w:val="20"/>
        </w:rPr>
        <w:t>33:43  jaise quran mein tha ke: "in</w:t>
      </w:r>
      <w:r>
        <w:br/>
      </w:r>
      <w:r>
        <w:rPr>
          <w:sz w:val="20"/>
        </w:rPr>
        <w:t>33:47  aasman aur zameen aapas mein jure hue thay, miley hue thay, hum ne is ko khol diya." yeh insan ko maloom nahi tha pehle. big bang theory jab samnay aayi hai to yeh pata chala. ab big bang ek established fact ban chuka hai. to yeh is tarah ki bohat sari cheezein hain jo future tense mein kahi gayi thin ab woh ab woh future tense ab woh ho chuka. woh ho chuka woh. aik</w:t>
      </w:r>
      <w:r>
        <w:br/>
      </w:r>
      <w:r>
        <w:rPr>
          <w:sz w:val="20"/>
        </w:rPr>
        <w:t>34:17  cheez abhi baqi hai hona jo hadith mein aaya hai: "la zahiri Allah Allah ke zameen par koi</w:t>
      </w:r>
      <w:r>
        <w:br/>
      </w:r>
      <w:r>
        <w:rPr>
          <w:sz w:val="20"/>
        </w:rPr>
        <w:t>34:27  chota ghar ya bara ghar nahi bachega wahan par Khuda ka word shamil dakhil na ho jaye."</w:t>
      </w:r>
      <w:r>
        <w:br/>
      </w:r>
      <w:r>
        <w:rPr>
          <w:sz w:val="20"/>
        </w:rPr>
        <w:t>34:37  yahan kalmat al-islam ka lafz hai iska matlab kya hai? qura</w:t>
      </w:r>
      <w:r>
        <w:br/>
      </w:r>
      <w:r>
        <w:rPr>
          <w:sz w:val="20"/>
        </w:rPr>
        <w:t>34:47  an word of God.</w:t>
      </w:r>
      <w:r>
        <w:br/>
      </w:r>
      <w:r>
        <w:rPr>
          <w:sz w:val="20"/>
        </w:rPr>
        <w:t>34:51  yeh future tense mein kaha gaya tha.</w:t>
      </w:r>
      <w:r>
        <w:br/>
      </w:r>
      <w:r>
        <w:rPr>
          <w:sz w:val="20"/>
        </w:rPr>
        <w:t>34:56  ke mustaqbil mein aisa hoga ke Khuda ka kalam, Khuda ka word yani quran ghar ghar mein dakhil ho jaye.</w:t>
      </w:r>
      <w:r>
        <w:br/>
      </w:r>
      <w:r>
        <w:rPr>
          <w:sz w:val="20"/>
        </w:rPr>
        <w:t>35:00  ab dekhiye yeh dakhil kaise hota? yahan bhi maine kaha ke Khuda history ko manage karta hai.</w:t>
      </w:r>
      <w:r>
        <w:br/>
      </w:r>
      <w:r>
        <w:rPr>
          <w:sz w:val="20"/>
        </w:rPr>
        <w:t>35:05  aisa nahi ke angel ko bhej de woh ja ke drop kar de.</w:t>
      </w:r>
      <w:r>
        <w:br/>
      </w:r>
      <w:r>
        <w:rPr>
          <w:sz w:val="20"/>
        </w:rPr>
        <w:t>35:10  yani har ghar mein quran la ke drop kar de woh.</w:t>
      </w:r>
      <w:r>
        <w:br/>
      </w:r>
      <w:r>
        <w:rPr>
          <w:sz w:val="20"/>
        </w:rPr>
        <w:t>35:14  aisa nahi ho sakta hai woh.</w:t>
      </w:r>
      <w:r>
        <w:br/>
      </w:r>
      <w:r>
        <w:rPr>
          <w:sz w:val="20"/>
        </w:rPr>
        <w:t>35:19  to Khuda ne history ko manage kiya, manage kiya, manage kiya yahan tak ke yeh kaam ho sake.</w:t>
      </w:r>
      <w:r>
        <w:br/>
      </w:r>
      <w:r>
        <w:rPr>
          <w:sz w:val="20"/>
        </w:rPr>
        <w:t>35:25  woh kaise? kalma jo hai yani Allah ke kalam ka har ghar pahunchana woh kya chahta hai? woh</w:t>
      </w:r>
      <w:r>
        <w:br/>
      </w:r>
      <w:r>
        <w:rPr>
          <w:sz w:val="20"/>
        </w:rPr>
        <w:t>35:31  chahta hai printing process. printing process.</w:t>
      </w:r>
      <w:r>
        <w:br/>
      </w:r>
      <w:r>
        <w:rPr>
          <w:sz w:val="20"/>
        </w:rPr>
        <w:t>35:37  yani yeh jo aap dekhte hain yeh akhbar aaj se pehle kahan chhap sakta tha? yeh impossible tha,</w:t>
      </w:r>
      <w:r>
        <w:br/>
      </w:r>
      <w:r>
        <w:rPr>
          <w:sz w:val="20"/>
        </w:rPr>
        <w:t>35:43  na paper tha, na</w:t>
      </w:r>
      <w:r>
        <w:br/>
      </w:r>
      <w:r>
        <w:rPr>
          <w:sz w:val="20"/>
        </w:rPr>
        <w:t>35:49  printing technique thi. to printing technique dunya mein aa jaye. aur kitab ki shakal mein quran chhap sake. is se pehle quran memory mein hota tha. to aap kaise ghar ghar mein dakhil karte? kitne aadmi jatay idhar udhar? to printing press ka zamana aana chahiye tab ja kar ke yeh possible hoga. acha hai is ke baad kya hai? communication ka zamana aana chahiye. pahunche kaise</w:t>
      </w:r>
    </w:p>
    <w:p>
      <w:pPr>
        <w:pStyle w:val="Heading2"/>
      </w:pPr>
      <w:r>
        <w:t>Meditating on one Quranic prayer reveals the meaning of gratitude</w:t>
      </w:r>
    </w:p>
    <w:p>
      <w:r>
        <w:rPr>
          <w:color w:val="666666"/>
          <w:sz w:val="18"/>
        </w:rPr>
        <w:t>Ramadan and Quranic Guidance July 29, 2012 · 4m 26s · at 49:00 · https://youtu.be/WxpcI7qi4d0?t=2940</w:t>
      </w:r>
    </w:p>
    <w:p>
      <w:r>
        <w:rPr>
          <w:i/>
        </w:rPr>
        <w:t>“Sochna kya cheez hai? Ya whisper kya cheez hai? Ek misaal deta hoon”</w:t>
      </w:r>
    </w:p>
    <w:p>
      <w:r>
        <w:rPr>
          <w:sz w:val="20"/>
        </w:rPr>
        <w:t>49:00  ke yaani sochna kya hai, is ko mein arz karta hoon aap ko. sochna kya cheez hai? ya whisper kya cheez hai? is ki aik misal deta hoon aap ko.</w:t>
      </w:r>
      <w:r>
        <w:br/>
      </w:r>
      <w:r>
        <w:rPr>
          <w:sz w:val="20"/>
        </w:rPr>
        <w:t>49:11  whisper kya cheez hai?</w:t>
      </w:r>
      <w:r>
        <w:br/>
      </w:r>
      <w:r>
        <w:rPr>
          <w:sz w:val="20"/>
        </w:rPr>
        <w:t>49:14  to Quran mein aik aayat hai dua ki shakal mein: Rabbana atina fid dunya hasanah wa fil akhirati hasanah wa qina azab an nar.</w:t>
      </w:r>
      <w:r>
        <w:br/>
      </w:r>
      <w:r>
        <w:rPr>
          <w:sz w:val="20"/>
        </w:rPr>
        <w:t>49:28  yaani aey hamare rab, hum ko de dunya mein hasanah aur hum ko de aakhirat mein hasanah. hum ko bacha aag ke azaab se.</w:t>
      </w:r>
      <w:r>
        <w:br/>
      </w:r>
      <w:r>
        <w:rPr>
          <w:sz w:val="20"/>
        </w:rPr>
        <w:t>49:40  to mein sochta raha, sochta raha, sochta raha to mere samne aaya ke dunya mein to all ready hasanah Allah ne de hi diya hai. hum mein se har shakhs ko dunya ka hasanah hasil hai.</w:t>
      </w:r>
      <w:r>
        <w:br/>
      </w:r>
      <w:r>
        <w:rPr>
          <w:sz w:val="20"/>
        </w:rPr>
        <w:t>49:53  hamara wajood kya hai? yeh hasanah hai. life support system kya hai? yeh hasanah hai. yeh zameen, yeh solar system kya hai? yeh hasanah hai.</w:t>
      </w:r>
      <w:r>
        <w:br/>
      </w:r>
      <w:r>
        <w:rPr>
          <w:sz w:val="20"/>
        </w:rPr>
        <w:t>50:03  zameen se ghalla ug raha hai? yeh hasa</w:t>
      </w:r>
      <w:r>
        <w:br/>
      </w:r>
      <w:r>
        <w:rPr>
          <w:sz w:val="20"/>
        </w:rPr>
        <w:t>50:06  nah hai. darakhton se phal nikal rahe hain? yeh hasna hai. sabziyan paida ho rahi hain? yeh sab yani dunya ka hasna to all ready mila hua hai aap ko.</w:t>
      </w:r>
      <w:r>
        <w:br/>
      </w:r>
      <w:r>
        <w:rPr>
          <w:sz w:val="20"/>
        </w:rPr>
        <w:t>50:17  phir kya matlab hai is dua ka? ke khudaaya hum ko dunya mein hasna de aur phir hum ko aakhirat mein hasna de. to mein socha ke ya is mein is ke ke zariye se aik aik bohat bari dua hum ko sikhai ja rahi hai.</w:t>
      </w:r>
      <w:r>
        <w:br/>
      </w:r>
      <w:r>
        <w:rPr>
          <w:sz w:val="20"/>
        </w:rPr>
        <w:t>50:36  aik bohat bari dua.</w:t>
      </w:r>
      <w:r>
        <w:br/>
      </w:r>
      <w:r>
        <w:rPr>
          <w:sz w:val="20"/>
        </w:rPr>
        <w:t>50:40  woh dua yeh hai ke aye khuda, dunya mein to ne hasna de diya hum ko. isi tarah to aakhirat mein hum ko hasna de de.</w:t>
      </w:r>
      <w:r>
        <w:br/>
      </w:r>
      <w:r>
        <w:rPr>
          <w:sz w:val="20"/>
        </w:rPr>
        <w:t>50:54  rabbana qad atina fid dunya hasana.</w:t>
      </w:r>
      <w:r>
        <w:br/>
      </w:r>
      <w:r>
        <w:rPr>
          <w:sz w:val="20"/>
        </w:rPr>
        <w:t>51:00  fātina fil ākherati hasana.</w:t>
      </w:r>
      <w:r>
        <w:br/>
      </w:r>
      <w:r>
        <w:rPr>
          <w:sz w:val="20"/>
        </w:rPr>
        <w:t>51:04  to aap jab sochenge to isi ka naam hai whisper karna. sochte sochte aap Allah se baatein karne lagen ge. sochte sochte aap Allah se whisper karne lagen ge.</w:t>
      </w:r>
      <w:r>
        <w:br/>
      </w:r>
      <w:r>
        <w:rPr>
          <w:sz w:val="20"/>
        </w:rPr>
        <w:t>51:17  jaise is is ayat ko mein soch raha tha, is dua ko. to bazahir to yeh dua hai ke aye hamare rab, hum ko de dunya ka hasna aur hum ko de aakhirat ka hasna.</w:t>
      </w:r>
      <w:r>
        <w:br/>
      </w:r>
      <w:r>
        <w:rPr>
          <w:sz w:val="20"/>
        </w:rPr>
        <w:t>51:34  to mein ne kaha khudaaya, to ne hasna dunya ko to de hi diya.</w:t>
      </w:r>
      <w:r>
        <w:br/>
      </w:r>
      <w:r>
        <w:rPr>
          <w:sz w:val="20"/>
        </w:rPr>
        <w:t>51:40  agar na deta to hum zinda kaise rehte? dunya ka hasna agar na mila ho to aap mein se koi shakhs zinda nahi reh sakta. aik second bhi nahi reh sakta.</w:t>
      </w:r>
      <w:r>
        <w:br/>
      </w:r>
      <w:r>
        <w:rPr>
          <w:sz w:val="20"/>
        </w:rPr>
        <w:t>51:51  sooraj ki roshni hasna hai. oxygen hasna hai. yeh zameen ki kashish hasna hai. yeh paidawar hasna hai.</w:t>
      </w:r>
      <w:r>
        <w:br/>
      </w:r>
      <w:r>
        <w:rPr>
          <w:sz w:val="20"/>
        </w:rPr>
        <w:t>52:03  yeh phal aur tarkariyan sab hasna hain. yeh pani hasna hai. to mein ne kaha khudaaya, dunya ka hasna to tu ne de diya.</w:t>
      </w:r>
      <w:r>
        <w:br/>
      </w:r>
      <w:r>
        <w:rPr>
          <w:sz w:val="20"/>
        </w:rPr>
        <w:t>52:16  to aik hadith hai, Allah taala ne farmaya: "ana 'inda dhanni 'abdi fal yudannibni khayra".</w:t>
      </w:r>
      <w:r>
        <w:br/>
      </w:r>
      <w:r>
        <w:rPr>
          <w:sz w:val="20"/>
        </w:rPr>
        <w:t>52:27  yeh hadith hai: "ana 'inda dhanni 'abdi fal yudannibni khayra". ke mein aadmi ke gumaan ke sath hoon.</w:t>
      </w:r>
      <w:r>
        <w:br/>
      </w:r>
      <w:r>
        <w:rPr>
          <w:sz w:val="20"/>
        </w:rPr>
        <w:t>52:39  to mere baray mein woh acha gumaan kare woh.</w:t>
      </w:r>
      <w:r>
        <w:br/>
      </w:r>
      <w:r>
        <w:rPr>
          <w:sz w:val="20"/>
        </w:rPr>
        <w:t>52:44  mein aadmi ke gumaan ke sath hoon to woh mere baray mein acha gumaan kare. aap is hadith ko lijiyay, is ayat ko lijiyay.</w:t>
      </w:r>
      <w:r>
        <w:br/>
      </w:r>
      <w:r>
        <w:rPr>
          <w:sz w:val="20"/>
        </w:rPr>
        <w:t>52:55  to aap kahenge khudaaya, yani isi ka naam whisper hai ke khudaaya, mein tere mere sath acha yeh gumaan kar raha hoon.</w:t>
      </w:r>
      <w:r>
        <w:br/>
      </w:r>
      <w:r>
        <w:rPr>
          <w:sz w:val="20"/>
        </w:rPr>
        <w:t>53:03  yeh zann qaim karta hoon tere sath khudaaya. ke to ne dunya mein mujhe hasna de diya all ready. to khudaaya, isi tarah mein tere sath yeh zann qaim kar raha hoon ke aakhirat mein bhi to mujhe hasna de de ga.</w:t>
      </w:r>
      <w:r>
        <w:br/>
      </w:r>
      <w:r>
        <w:rPr>
          <w:sz w:val="20"/>
        </w:rPr>
        <w:t>53:20  yeh hai whisper. yeh hai sargoshi.</w:t>
      </w:r>
    </w:p>
    <w:p>
      <w:pPr>
        <w:pStyle w:val="Heading2"/>
      </w:pPr>
      <w:r>
        <w:t>Arun Gandhi's challenge on peace at any cost, answered</w:t>
      </w:r>
    </w:p>
    <w:p>
      <w:r>
        <w:rPr>
          <w:color w:val="666666"/>
          <w:sz w:val="18"/>
        </w:rPr>
        <w:t>Islma A Religion of Peace (English) January 7, 2010 · 3m 47s · at 44:17 · https://youtu.be/YKg_GJj8Hvg?t=2657</w:t>
      </w:r>
    </w:p>
    <w:p>
      <w:r>
        <w:rPr>
          <w:i/>
        </w:rPr>
        <w:t>“I do have one question, it may show my ignorance”</w:t>
      </w:r>
    </w:p>
    <w:p>
      <w:r>
        <w:rPr>
          <w:sz w:val="20"/>
        </w:rPr>
        <w:t>44:17  but i do have one question, and it may be an indication of my ignorance.</w:t>
      </w:r>
      <w:r>
        <w:br/>
      </w:r>
      <w:r>
        <w:rPr>
          <w:sz w:val="20"/>
        </w:rPr>
        <w:t>44:26  so, i would ask your forgiveness if i have not understood you properly. but you mentioned two or three times during your talk that we have to work for peace at any</w:t>
      </w:r>
      <w:r>
        <w:br/>
      </w:r>
      <w:r>
        <w:rPr>
          <w:sz w:val="20"/>
        </w:rPr>
        <w:t>44:42  cost, and that i was not able to understand properly because in today times, president bush said that he declared war because he is working for peace, that we need to kill all the terrorist before we can achieve peace in the world.</w:t>
      </w:r>
      <w:r>
        <w:br/>
      </w:r>
      <w:r>
        <w:rPr>
          <w:sz w:val="20"/>
        </w:rPr>
        <w:t>45:06  the jihadist said the same kind of thing, that we need to kill all the</w:t>
      </w:r>
      <w:r>
        <w:br/>
      </w:r>
      <w:r>
        <w:rPr>
          <w:sz w:val="20"/>
        </w:rPr>
        <w:t>45:14  impure people before we can get peace in the world. so, when you say we need to have peace at any cost, work for peace at any cost, are you saying that this is the right way of working</w:t>
      </w:r>
      <w:r>
        <w:br/>
      </w:r>
      <w:r>
        <w:rPr>
          <w:sz w:val="20"/>
        </w:rPr>
        <w:t>45:30  ? i mean even violence and killing would be a good way of working for peace, or because my grandfather always believed that peace can only be achieved through non violence,</w:t>
      </w:r>
      <w:r>
        <w:br/>
      </w:r>
      <w:r>
        <w:rPr>
          <w:sz w:val="20"/>
        </w:rPr>
        <w:t>45:47  that no other way of achieving peace, its only through non violence that we can achieve peace.</w:t>
      </w:r>
      <w:r>
        <w:br/>
      </w:r>
      <w:r>
        <w:rPr>
          <w:sz w:val="20"/>
        </w:rPr>
        <w:t>45:55  so, if you could clarify this little point for me, i would be very grateful to you. thank you.</w:t>
      </w:r>
      <w:r>
        <w:br/>
      </w:r>
      <w:r>
        <w:rPr>
          <w:sz w:val="20"/>
        </w:rPr>
        <w:t>46:05  thank you. you know, mahatma gandhi started his non violent movement after 1919.</w:t>
      </w:r>
      <w:r>
        <w:br/>
      </w:r>
      <w:r>
        <w:rPr>
          <w:sz w:val="20"/>
        </w:rPr>
        <w:t>46:15  1919 was a massacre.</w:t>
      </w:r>
      <w:r>
        <w:br/>
      </w:r>
      <w:r>
        <w:rPr>
          <w:sz w:val="20"/>
        </w:rPr>
        <w:t>46:19  he never said that we have to wear to give a fit response through violence.</w:t>
      </w:r>
      <w:r>
        <w:br/>
      </w:r>
      <w:r>
        <w:rPr>
          <w:sz w:val="20"/>
        </w:rPr>
        <w:t>46:30  they showed violence in 1919, but mahatma gandhi adopted peace. so, you have to see the result.</w:t>
      </w:r>
      <w:r>
        <w:br/>
      </w:r>
      <w:r>
        <w:rPr>
          <w:sz w:val="20"/>
        </w:rPr>
        <w:t>46:40  those who have</w:t>
      </w:r>
      <w:r>
        <w:br/>
      </w:r>
      <w:r>
        <w:rPr>
          <w:sz w:val="20"/>
        </w:rPr>
        <w:t>46:44  opted for violence in 1919, they failed, and mahatma gandhi was successful. so, you have to see the result.</w:t>
      </w:r>
      <w:r>
        <w:br/>
      </w:r>
      <w:r>
        <w:rPr>
          <w:sz w:val="20"/>
        </w:rPr>
        <w:t>46:55  in islam, it is result that matters. so, i am a great believer that through violence you cannot achieve anything.</w:t>
      </w:r>
      <w:r>
        <w:br/>
      </w:r>
      <w:r>
        <w:rPr>
          <w:sz w:val="20"/>
        </w:rPr>
        <w:t>47:09  only in, only through peaceful method you can achieve your goal. so, mahatma gandhi him self has showed the way.</w:t>
      </w:r>
      <w:r>
        <w:br/>
      </w:r>
      <w:r>
        <w:rPr>
          <w:sz w:val="20"/>
        </w:rPr>
        <w:t>47:21  even there was 1919 massacre, but he adopted peace, and he was successful. so, i think that we have to redefine mahatma gandhi his philosophy.</w:t>
      </w:r>
      <w:r>
        <w:br/>
      </w:r>
      <w:r>
        <w:rPr>
          <w:sz w:val="20"/>
        </w:rPr>
        <w:t>47:37  now, we have to redefine, we have to restudy, we have to rediscover the philosophy.</w:t>
      </w:r>
      <w:r>
        <w:br/>
      </w:r>
      <w:r>
        <w:rPr>
          <w:sz w:val="20"/>
        </w:rPr>
        <w:t>47:45  I am a great admirer of Mahatma Gandhi, and I am a guardian in the sense of non-violent activist.</w:t>
      </w:r>
      <w:r>
        <w:br/>
      </w:r>
      <w:r>
        <w:rPr>
          <w:sz w:val="20"/>
        </w:rPr>
        <w:t>47:57  So, I believe in result. Violence can't lead to any result.</w:t>
      </w:r>
    </w:p>
    <w:p>
      <w:pPr>
        <w:pStyle w:val="Heading2"/>
      </w:pPr>
      <w:r>
        <w:t>Individual focus vs political Islam with question</w:t>
      </w:r>
    </w:p>
    <w:p>
      <w:r>
        <w:rPr>
          <w:color w:val="666666"/>
          <w:sz w:val="18"/>
        </w:rPr>
        <w:t>Maulana Wahiduddin Khan's Earlier Association with Jamaat e Islami 19 Sept 2020 · 4m 27s · at 24:06 · https://youtu.be/_89eYamI9v4?t=1446</w:t>
      </w:r>
    </w:p>
    <w:p>
      <w:r>
        <w:rPr>
          <w:i/>
        </w:rPr>
        <w:t>“Moulana ne jab Jamaat join kiya, us waqt literature nahi padha tha”</w:t>
      </w:r>
    </w:p>
    <w:p>
      <w:r>
        <w:rPr>
          <w:sz w:val="20"/>
        </w:rPr>
        <w:t>24:06  to is tareeqay say Maulana nay jab jamaat Islami ko join kiya, to us waqt itna zyada un ko literature unhonay nahi parha tha, sirf khutbat parhi thi, aur phir join kar liya tha.</w:t>
      </w:r>
      <w:r>
        <w:br/>
      </w:r>
      <w:r>
        <w:rPr>
          <w:sz w:val="20"/>
        </w:rPr>
        <w:t>24:18  baad mein jab un ko Rampur mein jab zyada moqa mila, bohat hi tafseel kay sath literature ko parhna parhnay ka, tab un ko samajh mein aya kay woh jo un kay khayalat hain, jo un kay</w:t>
      </w:r>
      <w:r>
        <w:br/>
      </w:r>
      <w:r>
        <w:rPr>
          <w:sz w:val="20"/>
        </w:rPr>
        <w:t>24:35  unhonay jo ilm hasil kiya hai Quran ka, Hadees ka, to us say woh woh tele nahi kar raha hai jo un ko is Maulana Maudoodi kay literature mein jo baat kahi gayi hai.</w:t>
      </w:r>
      <w:r>
        <w:br/>
      </w:r>
      <w:r>
        <w:rPr>
          <w:sz w:val="20"/>
        </w:rPr>
        <w:t>24:49  wahan par Islam ko</w:t>
      </w:r>
      <w:r>
        <w:br/>
      </w:r>
      <w:r>
        <w:rPr>
          <w:sz w:val="20"/>
        </w:rPr>
        <w:t>24:52  un ko bilkul aik siyasi rang, jis ko Maulana nay apni kitab "Deen ki Siyasi Tabeer" mein pesh kiya hai kay Islam ko aik siyasi jahad kay tor par pesh kiya gaya hai kay asal cheez state hai.</w:t>
      </w:r>
      <w:r>
        <w:br/>
      </w:r>
      <w:r>
        <w:rPr>
          <w:sz w:val="20"/>
        </w:rPr>
        <w:t>25:07  to state</w:t>
      </w:r>
      <w:r>
        <w:br/>
      </w:r>
      <w:r>
        <w:rPr>
          <w:sz w:val="20"/>
        </w:rPr>
        <w:t>25:09  Islami state qaim ho, tamam jo qawaneen hain, woh saray kay saray state bazor nafaz karain.</w:t>
      </w:r>
      <w:r>
        <w:br/>
      </w:r>
      <w:r>
        <w:rPr>
          <w:sz w:val="20"/>
        </w:rPr>
        <w:t>25:18  to is mein is mein individual ka koi importance nahi hai, importance state ki hai. to jabkay un ko</w:t>
      </w:r>
      <w:r>
        <w:br/>
      </w:r>
      <w:r>
        <w:rPr>
          <w:sz w:val="20"/>
        </w:rPr>
        <w:t>25:27  unhonay jo ilm hasil kiya tha Quran ka, Hadees ka, Rasool Allah salallaho alaihi wasallam ki zindagi say, to us mein un ko yeh tha kay asal cheez individual hai.</w:t>
      </w:r>
      <w:r>
        <w:br/>
      </w:r>
      <w:r>
        <w:rPr>
          <w:sz w:val="20"/>
        </w:rPr>
        <w:t>25:38  kyun kay Allah taala kay pas aakhirat mein individual un har aadmi ko fardan farda ab jawab dehi karni paray gi.</w:t>
      </w:r>
      <w:r>
        <w:br/>
      </w:r>
      <w:r>
        <w:rPr>
          <w:sz w:val="20"/>
        </w:rPr>
        <w:t>25:48  to yeh Islam is liye aya hai kay yahan par</w:t>
      </w:r>
      <w:r>
        <w:br/>
      </w:r>
      <w:r>
        <w:rPr>
          <w:sz w:val="20"/>
        </w:rPr>
        <w:t>25:53  jo jis ko hum tazkiya e nafs kehtay hain kay insan ka tazkiya e nafs ho, insan Khuda ki marzi kay mutabiq apni zindagi guzare.</w:t>
      </w:r>
      <w:r>
        <w:br/>
      </w:r>
      <w:r>
        <w:rPr>
          <w:sz w:val="20"/>
        </w:rPr>
        <w:t>26:01  aik individual level jab tamam individuals par kaam kiya jaye ga, jab un individual ki soch durust ho jaye gi, individual kay oper kaam kiya jaye ga, aur un ka tazkiya e nafs hoga, tab ja kay aik society sahi hogi.</w:t>
      </w:r>
      <w:r>
        <w:br/>
      </w:r>
      <w:r>
        <w:rPr>
          <w:sz w:val="20"/>
        </w:rPr>
        <w:t>26:18  lekin yahan bilkul inverted pyramid hai kay pehlay state ka</w:t>
      </w:r>
      <w:r>
        <w:br/>
      </w:r>
      <w:r>
        <w:rPr>
          <w:sz w:val="20"/>
        </w:rPr>
        <w:t>26:23  qayam hoga, us kay baad koi aur kaam hoga. aisa nahi ho sakta kyun kay jab tak individuals ko kay oper Islam ka paigham na pohanchaya jaye, jab tak un ki training na ki jaye, tab tak koi kaam nahi ho sakta.</w:t>
      </w:r>
      <w:r>
        <w:br/>
      </w:r>
      <w:r>
        <w:rPr>
          <w:sz w:val="20"/>
        </w:rPr>
        <w:t>26:39  to yeh jo hai kafi detail mein</w:t>
      </w:r>
      <w:r>
        <w:br/>
      </w:r>
      <w:r>
        <w:rPr>
          <w:sz w:val="20"/>
        </w:rPr>
        <w:t>26:43  is par baat karni hogi kyunke yeh aaj mein ne socha ke thora sa khali introduction de dete</w:t>
      </w:r>
      <w:r>
        <w:br/>
      </w:r>
      <w:r>
        <w:rPr>
          <w:sz w:val="20"/>
        </w:rPr>
        <w:t>26:50  hain. is ke baad</w:t>
      </w:r>
      <w:r>
        <w:br/>
      </w:r>
      <w:r>
        <w:rPr>
          <w:sz w:val="20"/>
        </w:rPr>
        <w:t>26:53  agle program mein jo deen ki siyasi taabeer hai, aur jahan maulana ko ikhtilaf hua aur jamaat islami</w:t>
      </w:r>
      <w:r>
        <w:br/>
      </w:r>
      <w:r>
        <w:rPr>
          <w:sz w:val="20"/>
        </w:rPr>
        <w:t>27:00  se alag hue, to is ko phir hum agle program mein lenge, inshallah.</w:t>
      </w:r>
      <w:r>
        <w:br/>
      </w:r>
      <w:r>
        <w:rPr>
          <w:sz w:val="20"/>
        </w:rPr>
        <w:t>27:18  kuch sawal aaye hain, woh mein aap ko sunata hoon. Doctor Naghma Siddiqui: "Maulana always conducted deep study of issues like Jamaat Islami ideology and Marxism,</w:t>
      </w:r>
      <w:r>
        <w:br/>
      </w:r>
      <w:r>
        <w:rPr>
          <w:sz w:val="20"/>
        </w:rPr>
        <w:t>27:36  and he always ready to change his views based on his study. How can we learn to do this as well?"</w:t>
      </w:r>
      <w:r>
        <w:br/>
      </w:r>
      <w:r>
        <w:rPr>
          <w:sz w:val="20"/>
        </w:rPr>
        <w:t>27:47  asal mein Maulana yeh dekhtay hain kay haq haq kiya hai, apna is apna nahi jantay kay apna ego is mein beech mein nahi rakhtay jo un ko lagta hai kay logic say jo authentic information hai, Quran, Hadees,</w:t>
      </w:r>
      <w:r>
        <w:br/>
      </w:r>
      <w:r>
        <w:rPr>
          <w:sz w:val="20"/>
        </w:rPr>
        <w:t>28:07  Prophet ki life, Prophet ki sunnat, us say jo sabit ho gaya to sabit ho gaya. to log kiya kartay hain? biased hotay hain, woh sochtay hain kay hum nay aik bar jo rai bana li, bas woh bana liya, ab hum badalnay walay nahi hain.</w:t>
      </w:r>
      <w:r>
        <w:br/>
      </w:r>
      <w:r>
        <w:rPr>
          <w:sz w:val="20"/>
        </w:rPr>
        <w:t>28:21  to hamaray samnay yeh hona chahiye kay haq kiya hai aur na-haq kiya hai, aur haq kay samnay humain hamesha apnay aap ko</w:t>
      </w:r>
      <w:r>
        <w:br/>
      </w:r>
      <w:r>
        <w:rPr>
          <w:sz w:val="20"/>
        </w:rPr>
        <w:t>28:29  surrender kar dena chahiye.</w:t>
      </w:r>
    </w:p>
    <w:p>
      <w:pPr>
        <w:pStyle w:val="Heading2"/>
      </w:pPr>
      <w:r>
        <w:t>Personal example of learning and moving beyond words</w:t>
      </w:r>
    </w:p>
    <w:p>
      <w:r>
        <w:rPr>
          <w:color w:val="666666"/>
          <w:sz w:val="18"/>
        </w:rPr>
        <w:t>Universal Study of The Quran 26 July, 2019 - Maulana Wahiduddin Khan · 4m 39s · at 5:49 · https://youtu.be/Ac4V122XwXA?t=349</w:t>
      </w:r>
    </w:p>
    <w:p>
      <w:r>
        <w:rPr>
          <w:i/>
        </w:rPr>
        <w:t>“Misaalan main ek chhoti si misaal deta hoon”</w:t>
      </w:r>
    </w:p>
    <w:p>
      <w:r>
        <w:rPr>
          <w:sz w:val="20"/>
        </w:rPr>
        <w:t>5:49  misalan main ek choti si misal deta hoon. aaj mera mind trigger hua. ye jo keh raha hoon main, ye aaj hi mere mind mein aaya ke مرور se murad wo alfaaz ka parhna nahi hai.</w:t>
      </w:r>
      <w:r>
        <w:br/>
      </w:r>
      <w:r>
        <w:rPr>
          <w:sz w:val="20"/>
        </w:rPr>
        <w:t>6:08  aaj mujhe yaad aaya ke main ghaliban 1941 mein naujawani ki umar mein Lahore gaya tha.</w:t>
      </w:r>
      <w:r>
        <w:br/>
      </w:r>
      <w:r>
        <w:rPr>
          <w:sz w:val="20"/>
        </w:rPr>
        <w:t>6:21  Lahore gaya tha. naujawani ki umar, yani ghair pakhta umar thi wo. aise hi. to main socha ke main itni door gaya,</w:t>
      </w:r>
      <w:r>
        <w:br/>
      </w:r>
      <w:r>
        <w:rPr>
          <w:sz w:val="20"/>
        </w:rPr>
        <w:t>6:36  yani alam garh se Lahore gaya aur Lahore se wapas aaya. lekin seekha kuch bhi nahi.</w:t>
      </w:r>
      <w:r>
        <w:br/>
      </w:r>
      <w:r>
        <w:rPr>
          <w:sz w:val="20"/>
        </w:rPr>
        <w:t>6:46  mujhe kuch bhi yaad nahi. koi aql ke baad seekhi wo main ne. kyunke wo umar naujawani ki umar thi.</w:t>
      </w:r>
      <w:r>
        <w:br/>
      </w:r>
      <w:r>
        <w:rPr>
          <w:sz w:val="20"/>
        </w:rPr>
        <w:t>6:57  ab jo main rozana, mujhe mere tajrubaat hain, rozana nai baatein, nai baatein, nai baatein.</w:t>
      </w:r>
      <w:r>
        <w:br/>
      </w:r>
      <w:r>
        <w:rPr>
          <w:sz w:val="20"/>
        </w:rPr>
        <w:t>7:08  to barhape ki umar mein main is se hazaron guna zyada seekh raha hoon jitna ke naujawani ki umar mein seekhta tha main.</w:t>
      </w:r>
      <w:r>
        <w:br/>
      </w:r>
      <w:r>
        <w:rPr>
          <w:sz w:val="20"/>
        </w:rPr>
        <w:t>7:22  ji.</w:t>
      </w:r>
      <w:r>
        <w:br/>
      </w:r>
      <w:r>
        <w:rPr>
          <w:sz w:val="20"/>
        </w:rPr>
        <w:t>7:29  ab pakra aap ne?</w:t>
      </w:r>
      <w:r>
        <w:br/>
      </w:r>
      <w:r>
        <w:rPr>
          <w:sz w:val="20"/>
        </w:rPr>
        <w:t>7:30  ji. ji. to kya Quran mein kahin likha hua hai ke barhape mein tum is se zyada seekhte ho jo naujawani ko seekhte ho? nahi.</w:t>
      </w:r>
      <w:r>
        <w:br/>
      </w:r>
      <w:r>
        <w:rPr>
          <w:sz w:val="20"/>
        </w:rPr>
        <w:t>7:38  Maulana? hain? nahi. aisa nahi. kijiye sahib, kahin parha hai aap ne koi ayat? hain? nahi</w:t>
      </w:r>
      <w:r>
        <w:br/>
      </w:r>
      <w:r>
        <w:rPr>
          <w:sz w:val="20"/>
        </w:rPr>
        <w:t>7:45  . lekin ye to waqia hai. waqia hai. aap inkar nahi kar sakte is ka. aap bhi jab boorhe honge to maloom hoga ke meri taqalluf bohat barh gaya.</w:t>
      </w:r>
      <w:r>
        <w:br/>
      </w:r>
      <w:r>
        <w:rPr>
          <w:sz w:val="20"/>
        </w:rPr>
        <w:t>8:03  to agar aap sirf jo lafzon mein bayan kiya gaya hai, use pakre rahen. hain? to aap Quran ka bohat hi ek fraction jaan paenge.</w:t>
      </w:r>
      <w:r>
        <w:br/>
      </w:r>
      <w:r>
        <w:rPr>
          <w:sz w:val="20"/>
        </w:rPr>
        <w:t>8:15  is se aap bahar niklie. alfaaz se bahar niklie. alfaaz se bahar niklie.</w:t>
      </w:r>
      <w:r>
        <w:br/>
      </w:r>
      <w:r>
        <w:rPr>
          <w:sz w:val="20"/>
        </w:rPr>
        <w:t>8:33  waqim min nabiyyin. wo nahi. kya kya ayat thi? waqim min ayatin fis samawati wal ardi yamurrun alaiha wa hum anha mu'ridun.</w:t>
      </w:r>
      <w:r>
        <w:br/>
      </w:r>
      <w:r>
        <w:rPr>
          <w:sz w:val="20"/>
        </w:rPr>
        <w:t>8:43  haan. mu'ridun. to i'raadh dekhiye aap. i'raadh jab aap ne khud dekha hi nahi to i'raadh ka kya matlab hua? jab aap ne safar hi nahi kiya zameen o aasman ka aur dekha hi nahi to i'raadh ka matlab kya hai?</w:t>
      </w:r>
      <w:r>
        <w:br/>
      </w:r>
      <w:r>
        <w:rPr>
          <w:sz w:val="20"/>
        </w:rPr>
        <w:t>8:58  to soch ko ma'ni mein lena padega aap ko. alfaaz ko ma'ni mein nahi lena padega aap ko. alfaaz jo matbua, matbua alfaaz hain, un se to aap i'raadh kar sakte hain.</w:t>
      </w:r>
      <w:r>
        <w:br/>
      </w:r>
      <w:r>
        <w:rPr>
          <w:sz w:val="20"/>
        </w:rPr>
        <w:t>9:11  lekin zameen o aasman jo phaili hui ayat hai, is se i'raadh kiya? isi is se to sari umar un ki ahata nahi kar sakte aap.</w:t>
      </w:r>
      <w:r>
        <w:br/>
      </w:r>
      <w:r>
        <w:rPr>
          <w:sz w:val="20"/>
        </w:rPr>
        <w:t>9:31  isi ka naam hai ijtihad. ghair malfooz, ghair ghair malfooz bayanaat ko parh lena.</w:t>
      </w:r>
      <w:r>
        <w:br/>
      </w:r>
      <w:r>
        <w:rPr>
          <w:sz w:val="20"/>
        </w:rPr>
        <w:t>9:49  ghair malfooz bayanaat ko parh lena. jee. jo zameen o aasman mein bikhray hue hain.</w:t>
      </w:r>
      <w:r>
        <w:br/>
      </w:r>
      <w:r>
        <w:rPr>
          <w:sz w:val="20"/>
        </w:rPr>
        <w:t>10:01  jab aap itna parh painge, tab ja kar ke aap ko quran ka gehra ilm hoga.</w:t>
      </w:r>
      <w:r>
        <w:br/>
      </w:r>
      <w:r>
        <w:rPr>
          <w:sz w:val="20"/>
        </w:rPr>
        <w:t>10:18  to alfaaz ke mawra, zahair ke mawra baaton ko jaanna parta hai.</w:t>
      </w:r>
    </w:p>
    <w:p>
      <w:pPr>
        <w:pStyle w:val="Heading2"/>
      </w:pPr>
      <w:r>
        <w:t>Hadith on changing wrong with hand is social guidance</w:t>
      </w:r>
    </w:p>
    <w:p>
      <w:r>
        <w:rPr>
          <w:color w:val="666666"/>
          <w:sz w:val="18"/>
        </w:rPr>
        <w:t>Interaction with umries 24 july, 2019 - Maulana Wahiduddin Khan · 4m 08s · at 25:46 · https://youtu.be/8d1GN1f_oMs?t=1546</w:t>
      </w:r>
    </w:p>
    <w:p>
      <w:r>
        <w:rPr>
          <w:i/>
        </w:rPr>
        <w:t>“Dekhiye, yahan yeh hadith ladaai ke baare mein nahi hai”</w:t>
      </w:r>
    </w:p>
    <w:p>
      <w:r>
        <w:rPr>
          <w:sz w:val="20"/>
        </w:rPr>
        <w:t>25:46  دیکھیے، یہاں یہ یہ حدیث لڑائی لڑائی کے بارے میں نہیں ہے،</w:t>
      </w:r>
      <w:r>
        <w:br/>
      </w:r>
      <w:r>
        <w:rPr>
          <w:sz w:val="20"/>
        </w:rPr>
        <w:t>25:53  یہ سوشل ہدایت ہے۔ یہ یہ لڑائی کی حدیث آئی ہی نہیں ہے۔ میں آپ کو ایک مثال دیتا ہوں۔</w:t>
      </w:r>
      <w:r>
        <w:br/>
      </w:r>
      <w:r>
        <w:rPr>
          <w:sz w:val="20"/>
        </w:rPr>
        <w:t>26:05  یہیں ہمارے یہاں پر ایک ایک تھا، ایک آدمی جو سبزے بھیجتا تھا۔ یہاں پر میری آنکھوں، میری آنکھوں کے سامنے کی بات ہے، سبزے بھیجتا تھا۔</w:t>
      </w:r>
      <w:r>
        <w:br/>
      </w:r>
      <w:r>
        <w:rPr>
          <w:sz w:val="20"/>
        </w:rPr>
        <w:t>26:19  تو یہاں پارک میں کچھ لڑکے آئے اور وہ وہاں پارک میں پھول لگے ہوئے تھے، پھول کیڑیاں۔</w:t>
      </w:r>
      <w:r>
        <w:br/>
      </w:r>
      <w:r>
        <w:rPr>
          <w:sz w:val="20"/>
        </w:rPr>
        <w:t>26:30  تو پھول توڑنے لگا وہ لڑکے۔ تو اس نے روکا ان کو، تو نہیں رکے۔ اگلے دن پھر آئے، وہ لگے پھول توڑنے۔</w:t>
      </w:r>
      <w:r>
        <w:br/>
      </w:r>
      <w:r>
        <w:rPr>
          <w:sz w:val="20"/>
        </w:rPr>
        <w:t>26:42  تو وہ آدمی جو سبزی بیچنے کے لیے دکان لگاتا تھا نا، وہ وہاں سے آیا اور مارا پیٹا ہے ان لڑکوں کو۔</w:t>
      </w:r>
      <w:r>
        <w:br/>
      </w:r>
      <w:r>
        <w:rPr>
          <w:sz w:val="20"/>
        </w:rPr>
        <w:t>26:52  تو کیا ہوا کہ وہ لڑکے گئے، وہ بستی کے لڑکے تھے، وہ گئے اور کچھ ہاتھیوں کو لے کر آئے اور خوب ان کو مار مار کے بھگا بھگا دیا۔</w:t>
      </w:r>
      <w:r>
        <w:br/>
      </w:r>
      <w:r>
        <w:rPr>
          <w:sz w:val="20"/>
        </w:rPr>
        <w:t>27:04  کیونکہ دو کانیں ٹوٹ گئی اس کی۔ تو دیکھیے، اس طرح کے معاملے جو ہیں، وہ وہ جنگ والے معاملات میں نہیں بنے، سوشل معاملے میں کہ سوشل دائرے میں اگر تم کوئی برائی دیکھو تو اگر تمہارے بس میں ہے روکنا، تب تو روکو، نہیں تو اس کو کم سے کم برا سمجھو۔</w:t>
      </w:r>
      <w:r>
        <w:br/>
      </w:r>
      <w:r>
        <w:rPr>
          <w:sz w:val="20"/>
        </w:rPr>
        <w:t>27:30  یہ ہے ہرگز ہرگز جو لوگ اس کو لکھتے ہیں اس معاملے میں جنگ کے معاملے میں تو غلط لکھتے ہیں۔ وہ یہ آیت، وہ یہ حدیث جو ہے، سوشل برائیوں کے بارے میں اس کی ایک مثال میں نے دی کہ وہ آدمی جو تھا، جب اس نے دیکھا کہ میرے منع کرنے سے لڑکے نہیں رکتے، تو اس کو چپ ہو جانا چاہیے تھا۔</w:t>
      </w:r>
      <w:r>
        <w:br/>
      </w:r>
      <w:r>
        <w:rPr>
          <w:sz w:val="20"/>
        </w:rPr>
        <w:t>27:58  یہ نہیں کرنا چاہیے تھا کہ ان کو مارے پیٹے اور پھر وہ بھی اس کو مارے پیٹے اور اس کی دعا ختم ہو جائے۔ بس اس دائرے کی بات ہے۔</w:t>
      </w:r>
      <w:r>
        <w:br/>
      </w:r>
      <w:r>
        <w:rPr>
          <w:sz w:val="20"/>
        </w:rPr>
        <w:t>28:07  وہ اس کے اس سے جنگ نہیں نکلتی کہ حملہ کرتے ہیں آپ جنگ جنگ کے لیے۔</w:t>
      </w:r>
      <w:r>
        <w:br/>
      </w:r>
      <w:r>
        <w:rPr>
          <w:sz w:val="20"/>
        </w:rPr>
        <w:t>28:15  اس میں لفظ ایمان، اضعاف الایمان جو کہا گیا، اس کی وجہ سے تھوڑا سا کنفیوژن ہو جاتا ہے۔ ہونا یہ کیا ہے؟ اقوال ایمان، اضعاف الایمان، اس کا تعلق کس سے ہے؟</w:t>
      </w:r>
      <w:r>
        <w:br/>
      </w:r>
      <w:r>
        <w:rPr>
          <w:sz w:val="20"/>
        </w:rPr>
        <w:t>28:30  یہ اس کے لیے ہے جو جس کے بس میں ہو روکنا، پھر بھی نہ روکے۔ وہ تب وہ اضعاف الایمان لکھا کہ وہ طرح ہی اس کے بس میں ہے۔</w:t>
      </w:r>
      <w:r>
        <w:br/>
      </w:r>
      <w:r>
        <w:rPr>
          <w:sz w:val="20"/>
        </w:rPr>
        <w:t>28:42  تو اس کے لیے وہ اعلیٰ کام وہی ہے۔ اس کے لیے یعنی ایک انسان وہ ہے جس کے بس میں ہے کہ وہ اس کو روک دے، تو اس کو روکنا چاہیے۔</w:t>
      </w:r>
      <w:r>
        <w:br/>
      </w:r>
      <w:r>
        <w:rPr>
          <w:sz w:val="20"/>
        </w:rPr>
        <w:t>28:52  لیکن جس بس میں ہو بغیر نہ روکے، اس کے لیے وہ آیا ہے۔ تو یہ واقعی جو بس میں ہے اور نہ روکے، تو بندے کو کہ کیوں نہیں روکا؟</w:t>
      </w:r>
      <w:r>
        <w:br/>
      </w:r>
      <w:r>
        <w:rPr>
          <w:sz w:val="20"/>
        </w:rPr>
        <w:t>29:03  اس نے</w:t>
      </w:r>
      <w:r>
        <w:br/>
      </w:r>
      <w:r>
        <w:rPr>
          <w:sz w:val="20"/>
        </w:rPr>
        <w:t>29:07  مثلاً دیکھیے، آپ کے گھر میں آپ کا بچہ ہے۔ میں نے دیکھا ہے کہ بچہ کچھ بھی کر رہا ہے اور باپ بیٹھا ہوا ہے تو وہاں سے دیکھ رہا ہے۔</w:t>
      </w:r>
      <w:r>
        <w:br/>
      </w:r>
      <w:r>
        <w:rPr>
          <w:sz w:val="20"/>
        </w:rPr>
        <w:t>29:19  to woh azzaaf al-imaan hai. nahi, baap ko haq hai. baap ke bas mein hai ke woh roke, daante is ko. woh daanta nahi.</w:t>
      </w:r>
      <w:r>
        <w:br/>
      </w:r>
      <w:r>
        <w:rPr>
          <w:sz w:val="20"/>
        </w:rPr>
        <w:t>29:28  woh</w:t>
      </w:r>
      <w:r>
        <w:br/>
      </w:r>
      <w:r>
        <w:rPr>
          <w:sz w:val="20"/>
        </w:rPr>
        <w:t>29:33  to saara maamla hai ke jee bas mein hai magar woh kuch na kare.</w:t>
      </w:r>
      <w:r>
        <w:br/>
      </w:r>
      <w:r>
        <w:rPr>
          <w:sz w:val="20"/>
        </w:rPr>
        <w:t>29:43  woh phir ek fitri baat hai. woh woh koi jang o jahad ki baat nahi hai. woh mein ne khud dekha apne aankh se purani dilli mein ek sahib ke ghar mein kya hua tha.</w:t>
      </w:r>
    </w:p>
    <w:p>
      <w:pPr>
        <w:pStyle w:val="Heading2"/>
      </w:pPr>
      <w:r>
        <w:t>Universal thinking in Islam: one human family across race</w:t>
      </w:r>
    </w:p>
    <w:p>
      <w:r>
        <w:rPr>
          <w:color w:val="666666"/>
          <w:sz w:val="18"/>
        </w:rPr>
        <w:t>CPS Women Interaction 2 February 27, 2022 · 5m 44s · at 2:50 · https://youtu.be/cHWQVJ_3at0?t=170</w:t>
      </w:r>
    </w:p>
    <w:p>
      <w:r>
        <w:rPr>
          <w:i/>
        </w:rPr>
        <w:t>“यह topic मैंने खुद कई बार मुलाना साहब से सुना और पढ़ा था”</w:t>
      </w:r>
    </w:p>
    <w:p>
      <w:r>
        <w:rPr>
          <w:sz w:val="20"/>
        </w:rPr>
        <w:t>2:50  Yeh topic maine khud kai baar Maulana sahab se suna aur padha tha, lekin is hafte jab humne isko discuss kiya aur lagatar paanch dinon tak maine is se related Maulana sahab ki writings ka gehra mutala kiya. To yeh mere liye ek discovery ban gaya.</w:t>
      </w:r>
      <w:r>
        <w:br/>
      </w:r>
      <w:r>
        <w:rPr>
          <w:sz w:val="20"/>
        </w:rPr>
        <w:t>3:14  Main is ke un pehluon ko kabhi jaan nahi paayi thi jo is baar maine isko jaana. Sab kuch padhne ke baad mujhe aisa laga ke Islam mein har darja ki universality hai. Itni afaqiyat hai is deen mein. Yeh baat maine is se pehle bilkul bhi nahi main is ko jaanti thi.</w:t>
      </w:r>
      <w:r>
        <w:br/>
      </w:r>
      <w:r>
        <w:rPr>
          <w:sz w:val="20"/>
        </w:rPr>
        <w:t>3:37  Islam hum sab ko yeh sikhata hai ke hum tamam insaan, ek family hain. Hum sab ek jaan se paida kiye gaye hain. Hum blood sisters and brothers hain. Is baat ko jab maine realize kiya, jab maine isko iska aspect ko deeply samjha, to mujhe ek dil mehsoos hua, ek ek ajeeb sa ehsaas mehsoos hua.</w:t>
      </w:r>
      <w:r>
        <w:br/>
      </w:r>
      <w:r>
        <w:rPr>
          <w:sz w:val="20"/>
        </w:rPr>
        <w:t>4:06  Main sochne lagi ke yeh cheez to jaise mere liye ek hinnai thi. Nahi. Maine is tarah se sochne lagun ke main bhali ban jaungi ya karfa bardasht meri aadat ho jayegi.</w:t>
      </w:r>
      <w:r>
        <w:br/>
      </w:r>
      <w:r>
        <w:rPr>
          <w:sz w:val="20"/>
        </w:rPr>
        <w:t>4:30  mujhe kisi se koi complaint, kisi se koi shikayat kuch nahi kyunki sab to main sab mujhe apni</w:t>
      </w:r>
      <w:r>
        <w:br/>
      </w:r>
      <w:r>
        <w:rPr>
          <w:sz w:val="20"/>
        </w:rPr>
        <w:t>4:40  family, apne bilkul apne lagne lagenge aur zyada mujhe logu se hogi ki mujhe kisi se koi</w:t>
      </w:r>
      <w:r>
        <w:br/>
      </w:r>
      <w:r>
        <w:rPr>
          <w:sz w:val="20"/>
        </w:rPr>
        <w:t>4:51  shikayat ka bhi mahsus hi nahi hogi.</w:t>
      </w:r>
      <w:r>
        <w:br/>
      </w:r>
      <w:r>
        <w:rPr>
          <w:sz w:val="20"/>
        </w:rPr>
        <w:t>5:02  mujhe kisi ko tolerate karna mujhe lagega ki isse bahut aasan rahe.</w:t>
      </w:r>
      <w:r>
        <w:br/>
      </w:r>
      <w:r>
        <w:rPr>
          <w:sz w:val="20"/>
        </w:rPr>
        <w:t>5:13  aur mere andar logon ke liye sirf, logon ke liye sirf dua, unke liye shafqat, unke liye khairkhwahi, yeh sab feelings automatically develop ho jaati hain jab main unhein apna samajhne lagti hoon. Main us we and they culture se bahar aa jaati hoon. To main main is hafte is mahine sabse badi teaching kiya tha.</w:t>
      </w:r>
      <w:r>
        <w:br/>
      </w:r>
      <w:r>
        <w:rPr>
          <w:sz w:val="20"/>
        </w:rPr>
        <w:t>5:41  Maine is naam ki aur aur use jaana ki hamare andar tamam tarah ki positivity azaadi hai. Hum yeh is se main samajh paayi. Abhi kuch roz pehle main ek document dekh leti hoon. Kyunki Safeena aapki awaaz nahi aa rahi hai?</w:t>
      </w:r>
      <w:r>
        <w:br/>
      </w:r>
      <w:r>
        <w:rPr>
          <w:sz w:val="20"/>
        </w:rPr>
        <w:t>6:10  Ab aa rahi hai bas? Aapki awaaz cut rahi hai. Ji ji yeh cut rahi thi beach mein bahut. Achha sorry. Aur thoda loud hona chahiye. Awaaz bahut dheema hai. Achha. Main yeh bata rahi thi Shabina ki kuch din pehle kuch din pehle maine ek documentary dekhi thi. Usmein yeh bataya gaya ki kuch groups of people liye gaye, different ethnic groups the, different races the.</w:t>
      </w:r>
      <w:r>
        <w:br/>
      </w:r>
      <w:r>
        <w:rPr>
          <w:sz w:val="20"/>
        </w:rPr>
        <w:t>6:36  Unko anonymously unka blood sample liya gaya, unke DNA check kiye gaye aur jab unke DNA details mein check hue to sabke DNA milte julte aaye. Kisi bhi group ka DNA aisa nahi tha ki woh doosre group se alag ho. Kisi mein kahin similarity thi. Kisi mein Mongolian wala trait tha. Kisi mein Asian wala trait tha. Koi black aisa tha ki usmein white wala trait tha. Matlab overall kahin se koi difference DNA ke base par nahi mil pa raha tha.</w:t>
      </w:r>
      <w:r>
        <w:br/>
      </w:r>
      <w:r>
        <w:rPr>
          <w:sz w:val="20"/>
        </w:rPr>
        <w:t>7:05  to us waqt par yeh discovery yeh documentary mere liye sirf ek information thi.</w:t>
      </w:r>
      <w:r>
        <w:br/>
      </w:r>
      <w:r>
        <w:rPr>
          <w:sz w:val="20"/>
        </w:rPr>
        <w:t>7:11  lekin jab maine isko mona ki teachings ke saath ko relate kiya to yeh liye mere ek idea</w:t>
      </w:r>
      <w:r>
        <w:br/>
      </w:r>
      <w:r>
        <w:rPr>
          <w:sz w:val="20"/>
        </w:rPr>
        <w:t>7:17  matlab aur mujhe mehsoos hua ke kaise Muhammad sallallahu alaihi wasallam ne apne Hajjat ul Wida ke khutbe mein</w:t>
      </w:r>
      <w:r>
        <w:br/>
      </w:r>
      <w:r>
        <w:rPr>
          <w:sz w:val="20"/>
        </w:rPr>
        <w:t>7:24  kaha tha ke kisi arab aur kis non arab ko koi apni fauqiyat nahi, har insan ko kaise</w:t>
      </w:r>
      <w:r>
        <w:br/>
      </w:r>
      <w:r>
        <w:rPr>
          <w:sz w:val="20"/>
        </w:rPr>
        <w:t>7:30  unhone equal bataya tha.</w:t>
      </w:r>
      <w:r>
        <w:br/>
      </w:r>
      <w:r>
        <w:rPr>
          <w:sz w:val="20"/>
        </w:rPr>
        <w:t>7:37  Woh woh documentary usi teaching se poori tarah se relate hoti bhi nazar aayi aur mujhe laga ki yeh mere liye har tarah ke khair ka zariya ban gaya is afaqiyat ko jaanna. Yeh bahut badi baat mehsoos hua mein. Saath mein mujhe yeh bhi laga ki jo log is afaqiyat mein jeene wale log honge unki soch bahut oonchi hogi. Woh har tarah ki cheez se upar uthkar, har bias se uthkar, apne mindset se uthkar cheezon ko dekhne ki nazar rakhenge.</w:t>
      </w:r>
      <w:r>
        <w:br/>
      </w:r>
      <w:r>
        <w:rPr>
          <w:sz w:val="20"/>
        </w:rPr>
        <w:t>8:05  Unka vision bahut broad ho jayega aur bahut hi bada unka dil ho jayega. Woh hamesha doosron ke liye nafa bakhsh honge. Un un insaanon mein woh har quality hogi jo ki Islam apne afraad mein chahta hai. Islam aise hi afraad banana chahta hai ki jo log poori tarah se apne andar yeh afaqiyat samaye hue hon, unke andar yeh universality ho, woh ghetto mindset se bahar nikle hue hon.</w:t>
      </w:r>
      <w:r>
        <w:br/>
      </w:r>
      <w:r>
        <w:rPr>
          <w:sz w:val="20"/>
        </w:rPr>
        <w:t>8:34  We and they ke concept ko woh radd kar diye, kar diye aur woh Islam ke liye ek asset ban jaye. To mujhe lagta hai is afaqiyat ki feeling se, universality ki feeling se hum dawah spirit mein bhi bahut izaafa payenge kyunki jab hum dekhenge ki hum sab bande us Khuda ke banaye hue hain, usi ek Khuda ke aage hum sabko jhukna hai, hum sabko pesh hona hai.</w:t>
      </w:r>
    </w:p>
    <w:p>
      <w:pPr>
        <w:pStyle w:val="Heading2"/>
      </w:pPr>
      <w:r>
        <w:t>Abu Bakr's sacrifices and early persecution in Mecca</w:t>
      </w:r>
    </w:p>
    <w:p>
      <w:r>
        <w:rPr>
          <w:color w:val="666666"/>
          <w:sz w:val="18"/>
        </w:rPr>
        <w:t>The Story of Aisha Bint Abu Bakr Part 2 March 05, 2023 · 5m 03s · at 1:46 · https://youtu.be/od3Is6a9B7o?t=106</w:t>
      </w:r>
    </w:p>
    <w:p>
      <w:r>
        <w:rPr>
          <w:i/>
        </w:rPr>
        <w:t>“A traveler brought news: Muhammad claims prophethood”</w:t>
      </w:r>
    </w:p>
    <w:p>
      <w:r>
        <w:rPr>
          <w:sz w:val="20"/>
        </w:rPr>
        <w:t>1:46  to yeh jo sawal aap ne kiya hai, is ke bare mein ek waqia pehle zikr karta hoon.</w:t>
      </w:r>
      <w:r>
        <w:br/>
      </w:r>
      <w:r>
        <w:rPr>
          <w:sz w:val="20"/>
        </w:rPr>
        <w:t>1:58  ek sahab Makkah aaye, business waghera ke silsile mein, jab bilkul early Prophethood ka daur tha.</w:t>
      </w:r>
      <w:r>
        <w:br/>
      </w:r>
      <w:r>
        <w:rPr>
          <w:sz w:val="20"/>
        </w:rPr>
        <w:t>2:10  to jab wapas gaye woh apne shehar, to logon ne poocha ke kuch news batao Makkah ki, kuch waqiat, kuch batao kya chal raha hai wahan.</w:t>
      </w:r>
      <w:r>
        <w:br/>
      </w:r>
      <w:r>
        <w:rPr>
          <w:sz w:val="20"/>
        </w:rPr>
        <w:t>2:23  to unhon ne kaha ke Muhammad tanabba'a wa tab'i'ahu Ibn Abi Quhafah ke Muhammad ne Prophethood ka dawa kiya hai aur Ibn Abi Quhafah yaani Abu Bakrؓ un ka saath de rahe hain.</w:t>
      </w:r>
      <w:r>
        <w:br/>
      </w:r>
      <w:r>
        <w:rPr>
          <w:sz w:val="20"/>
        </w:rPr>
        <w:t>2:45  yani ek aisa daur tha ke jab sirf ek insan Rasool Allah ka sath dene wala tha.</w:t>
      </w:r>
      <w:r>
        <w:br/>
      </w:r>
      <w:r>
        <w:rPr>
          <w:sz w:val="20"/>
        </w:rPr>
        <w:t>2:52  to us waqt jab Rasool Allah publicly jaya karte the toheed ki baatein batane, dawat dene, to wahan ke log satate the, marte the, stone phenkte the.</w:t>
      </w:r>
      <w:r>
        <w:br/>
      </w:r>
      <w:r>
        <w:rPr>
          <w:sz w:val="20"/>
        </w:rPr>
        <w:t>3:08  agar aap Maulana ki kitab padhein, mutala-e-seerat ya seerat-e-Rasool, to aap dekhenge ke Rasool Allah sal-lal-lahu alaihi wasallam roz jaya karte the</w:t>
      </w:r>
      <w:r>
        <w:br/>
      </w:r>
      <w:r>
        <w:rPr>
          <w:sz w:val="20"/>
        </w:rPr>
        <w:t>3:20  kaba ya aas pas dawat ke liye, logon ko Khuda ka paigham batane ke liye. aur jab wapas aate the to unke jism se khoon tapak raha hota tha, chunaanche log pathar marte the peeche se, idhar se udhar se, phir aa ke wo marham patti karte the ghar mein baith ke.</w:t>
      </w:r>
      <w:r>
        <w:br/>
      </w:r>
      <w:r>
        <w:rPr>
          <w:sz w:val="20"/>
        </w:rPr>
        <w:t>3:42  to us waqt Abu Bakr defend karte the, wo bachate the unhein ke chot na lage.</w:t>
      </w:r>
      <w:r>
        <w:br/>
      </w:r>
      <w:r>
        <w:rPr>
          <w:sz w:val="20"/>
        </w:rPr>
        <w:t>3:50  to is wajah se Hazrat Abu Bakr ko bhi kafi chot lagti thi. aur Hazrat Aisha batati hain ke mere father jab ghar wapas aate the, maine dekha hai ke wo defend karte the Prophet ko, aur jab wo wapas ghar aate the to marks, nishan unke jism pe hote the choton ke.</w:t>
      </w:r>
      <w:r>
        <w:br/>
      </w:r>
      <w:r>
        <w:rPr>
          <w:sz w:val="20"/>
        </w:rPr>
        <w:t>4:13  aur ek baar</w:t>
      </w:r>
      <w:r>
        <w:br/>
      </w:r>
      <w:r>
        <w:rPr>
          <w:sz w:val="20"/>
        </w:rPr>
        <w:t>4:14  Hazrat Abu Bakr ko rassi se baandh diya, kafi der tak usi haal mein rahe wo. aur phir jab ghar aaye to uske rassi ke nishan the ghar mein.</w:t>
      </w:r>
      <w:r>
        <w:br/>
      </w:r>
      <w:r>
        <w:rPr>
          <w:sz w:val="20"/>
        </w:rPr>
        <w:t>4:25  to yeh Hazrat Abu Bakr ki jo qurbani hai wo to bohat hi zabardast hai. aur Rasool Allah ne kaha tha ke no one benefited me more with their money, with their support, other than Abu Bakr</w:t>
      </w:r>
      <w:r>
        <w:br/>
      </w:r>
      <w:r>
        <w:rPr>
          <w:sz w:val="20"/>
        </w:rPr>
        <w:t>4:42  . aur aap dekhenge ke unke bachchon mein bhi yeh asar hua ke unke bachche bhi saathi bane Rasool Allah sal-lal-lahu alaihi wasallam ke, aur he brought happiness to him khas taur se Hazrat Aisha ka jo role raha wo bohat hi zabardast tha ke Hazrat Aisha became the greatest source of happiness to the Prophet in his home .</w:t>
      </w:r>
      <w:r>
        <w:br/>
      </w:r>
      <w:r>
        <w:rPr>
          <w:sz w:val="20"/>
        </w:rPr>
        <w:t>5:05  to is tareeqe se yani jo upbringing ki thi Hazrat Abu Bakr ne, wo dikhai deti hai bachchon mein bhi.</w:t>
      </w:r>
      <w:r>
        <w:br/>
      </w:r>
      <w:r>
        <w:rPr>
          <w:sz w:val="20"/>
        </w:rPr>
        <w:t>5:14  unki betiyan dono, Asma aur Hazrat Aisha, aur bete sab, aur wife Hazrat Umm Ruman, to sab poori family ek supporter ban gayi Rasool Allah sa</w:t>
      </w:r>
      <w:r>
        <w:br/>
      </w:r>
      <w:r>
        <w:rPr>
          <w:sz w:val="20"/>
        </w:rPr>
        <w:t>5:29  l-lal-lahu alaihi wasallam ki. aur Hazrat Aisha batati hain ke jab kabhi paise aate the, chunaanche business karte the Hazrat Abu Bakr, to jab kabhi paise aate the wo jama karte the, aur paise wo ghar se nikal jaate the, aur ja ke slaves ko free karate the.</w:t>
      </w:r>
      <w:r>
        <w:br/>
      </w:r>
      <w:r>
        <w:rPr>
          <w:sz w:val="20"/>
        </w:rPr>
        <w:t>5:44  Hazrat Bilal, Hazrat Khabbab</w:t>
      </w:r>
      <w:r>
        <w:br/>
      </w:r>
      <w:r>
        <w:rPr>
          <w:sz w:val="20"/>
        </w:rPr>
        <w:t>5:47  , to yeh sab bohat slaves ko</w:t>
      </w:r>
      <w:r>
        <w:br/>
      </w:r>
      <w:r>
        <w:rPr>
          <w:sz w:val="20"/>
        </w:rPr>
        <w:t>5:55  free karaya. aur is se hamein yeh bhi sabak milta hai ke parents ki jo zimmedari hai, agar unke andar deeni mizaj ho, daawti mizaj ho, to bachche dekhenge ke hamare parents kya kar rahe hain.</w:t>
      </w:r>
      <w:r>
        <w:br/>
      </w:r>
      <w:r>
        <w:rPr>
          <w:sz w:val="20"/>
        </w:rPr>
        <w:t>6:09  yaqeenan to is ka asar padega.</w:t>
      </w:r>
      <w:r>
        <w:br/>
      </w:r>
      <w:r>
        <w:rPr>
          <w:sz w:val="20"/>
        </w:rPr>
        <w:t>6:11  to yeh sirf yeh kuch ratwana ke yeh padh lo, woh padh lo, itne baar, itne baar, is se nahi hoga.</w:t>
      </w:r>
      <w:r>
        <w:br/>
      </w:r>
      <w:r>
        <w:rPr>
          <w:sz w:val="20"/>
        </w:rPr>
        <w:t>6:20  jab tak ke parents ko woh dekhein na ke unki zindagi kaisi hai, bachchon ke upar asar nahi aayega. to yeh bohat hi aham sabak milta hai hamein ke parents ko chahiye ke wo bhi is raaste pe chalein jo raasta wo chahte hain ke unke bachche ikhtiyar karein.</w:t>
      </w:r>
      <w:r>
        <w:br/>
      </w:r>
      <w:r>
        <w:rPr>
          <w:sz w:val="20"/>
        </w:rPr>
        <w:t>6:40  tabhi woh koi haqeeqi tabdeeli aayegi. bilkul Doctor Sahib, yeh na ho ke sirf form based ho lekin ek spirit se bhara hua unka jo hai deen ho.</w:t>
      </w:r>
    </w:p>
    <w:p>
      <w:pPr>
        <w:pStyle w:val="Heading2"/>
      </w:pPr>
      <w:r>
        <w:t>Need vs comfort consumerism and family</w:t>
      </w:r>
    </w:p>
    <w:p>
      <w:r>
        <w:rPr>
          <w:color w:val="666666"/>
          <w:sz w:val="18"/>
        </w:rPr>
        <w:t>Question &amp; Answer Jan 6th 2013 - Maulana Wahiduddin Kahn · 4m 34s · at 14:18 · https://youtu.be/1FAK1QuHEpw?t=858</w:t>
      </w:r>
    </w:p>
    <w:p>
      <w:r>
        <w:rPr>
          <w:i/>
        </w:rPr>
        <w:t>“Bhai dekhiye, na bache criterion hain na parent criterion hain”</w:t>
      </w:r>
    </w:p>
    <w:p>
      <w:r>
        <w:rPr>
          <w:sz w:val="20"/>
        </w:rPr>
        <w:t>14:18  ?" bhai dekhiye, na bachche criterion hain na parent criterion hain. jo log is mein phanse rahenge to woh to isi mein phanse rahenge.</w:t>
      </w:r>
      <w:r>
        <w:br/>
      </w:r>
      <w:r>
        <w:rPr>
          <w:sz w:val="20"/>
        </w:rPr>
        <w:t>14:28  woh to kabhi un ko chutti nahi milegi marne se pehle. mein to logon se kehta hoon ke dekhiye, quran mein aaya hai ke</w:t>
      </w:r>
      <w:r>
        <w:br/>
      </w:r>
      <w:r>
        <w:rPr>
          <w:sz w:val="20"/>
        </w:rPr>
        <w:t>14:40  do aayatein hain quran majeed ki. aaj kal sare log family mein phanse rehte hain. do aayatein hain, woh padhein woh. ek aayat yeh hai ke jahannami log jo hain un ke bare mein woh aayat hai:</w:t>
      </w:r>
      <w:r>
        <w:br/>
      </w:r>
      <w:r>
        <w:rPr>
          <w:sz w:val="20"/>
        </w:rPr>
        <w:t>14:55  "کان فی اہلی مسرورا" . ke apne family mein khoob khush rehte the woh. yani family ki demand poori karna aur family ki ko khush rakhna, un ki company karna, un ke liye har item dala ke dena un ko.</w:t>
      </w:r>
      <w:r>
        <w:br/>
      </w:r>
      <w:r>
        <w:rPr>
          <w:sz w:val="20"/>
        </w:rPr>
        <w:t>15:11  to "کان فی اہلی مسرورا" . woh aadmi family mein jeeta tha, family ke mein khush kharam rehta tha. woh jahannum mein jayega.</w:t>
      </w:r>
      <w:r>
        <w:br/>
      </w:r>
      <w:r>
        <w:rPr>
          <w:sz w:val="20"/>
        </w:rPr>
        <w:t>15:21  yeh jahannum ke liye hai. aur jannat ke liye kya hai? "انا کنا فی اہلنا مشرقین" . mushriq maani khauf, dara hua.</w:t>
      </w:r>
      <w:r>
        <w:br/>
      </w:r>
      <w:r>
        <w:rPr>
          <w:sz w:val="20"/>
        </w:rPr>
        <w:t>15:35  ke jannat wale kahenge ke hum apne family mein, apne ghar mein khauf ban kar rehte the, andesha naak ban kar rehte the. allah ki pakad se dar, jahannum se dar, qayamat ki accountability se dar.</w:t>
      </w:r>
      <w:r>
        <w:br/>
      </w:r>
      <w:r>
        <w:rPr>
          <w:sz w:val="20"/>
        </w:rPr>
        <w:t>15:49  is mein jeete the hum. yeh do tasveerein hain, aap dekh lijie. yeh zamane ke musalmanon mein shayad hi koi ghar ho jo aap ko mile woh is ka namuna.</w:t>
      </w:r>
      <w:r>
        <w:br/>
      </w:r>
      <w:r>
        <w:rPr>
          <w:sz w:val="20"/>
        </w:rPr>
        <w:t>15:58  is sab wohi ab family mein khush hain, family ke liye saman la rahe hain, kama kama kar un ko de rahe hain taake woh bachche khush rahen, ghar wale khush rahen, family wale khush rahen.</w:t>
      </w:r>
      <w:r>
        <w:br/>
      </w:r>
      <w:r>
        <w:rPr>
          <w:sz w:val="20"/>
        </w:rPr>
        <w:t>16:13  to yeh to aap yeh rai, yani yeh yeh mat sochiye ke bachche kya kya chahte hain, parent kya chahte hain. aap dekhiye ke jannat walon ki tasveer quran mein kya hai aur jahannum walon ki tasveer quran majeed mein kya hai.</w:t>
      </w:r>
      <w:r>
        <w:br/>
      </w:r>
      <w:r>
        <w:rPr>
          <w:sz w:val="20"/>
        </w:rPr>
        <w:t>16:26  is se faisla kijie.</w:t>
      </w:r>
      <w:r>
        <w:br/>
      </w:r>
      <w:r>
        <w:rPr>
          <w:sz w:val="20"/>
        </w:rPr>
        <w:t>16:29  maulana, un ka aik hissa question ka yeh bhi tha ke woh difference janna chah rahi thi ke between fine line between need based consumerism and comfort based consum</w:t>
      </w:r>
      <w:r>
        <w:br/>
      </w:r>
      <w:r>
        <w:rPr>
          <w:sz w:val="20"/>
        </w:rPr>
        <w:t>16:40  erism. dekhiye, haan is ka bohat aasan hai. woh jo hadith sunai mein ne aap ko, usi hadith samajh lijiye. ke dunya mein zinda rehne ke liye jo zaroori ho wahi need based hai.</w:t>
      </w:r>
      <w:r>
        <w:br/>
      </w:r>
      <w:r>
        <w:rPr>
          <w:sz w:val="20"/>
        </w:rPr>
        <w:t>16:55  aur jo jab aap aap dhoondh rahe hain, lazzat dhoondh rahe hain, aaram dhoondh rahe hain aur ronak dhoondh rahe hain aur shan daari dhoondh rahe hain to wahan par woh consumerism aa gaya.</w:t>
      </w:r>
      <w:r>
        <w:br/>
      </w:r>
      <w:r>
        <w:rPr>
          <w:sz w:val="20"/>
        </w:rPr>
        <w:t>17:10  consumerism aa gaya. bohat aasan hai, bohat aasan hai. mein to dekhiye yahan rehta hoon jahan nineteen eighty three se us waqt jo mera jo kursi thi ya jo furniture tha wahi aaj bhi hai.</w:t>
      </w:r>
      <w:r>
        <w:br/>
      </w:r>
      <w:r>
        <w:rPr>
          <w:sz w:val="20"/>
        </w:rPr>
        <w:t>17:27  is beech mein. aap colony mein ghoomiye, doosron ke haan kitni baar badal chuke honge woh. ke zaroorat hi nahi badla unhon ne. market mein gaye, dekha ke naye qism ka sofa chataiya hai, naye qism ki kursiyan aayi hain to woh khareed liya, pichla wala hata diya.</w:t>
      </w:r>
      <w:r>
        <w:br/>
      </w:r>
      <w:r>
        <w:rPr>
          <w:sz w:val="20"/>
        </w:rPr>
        <w:t>17:44  to aadmi bohat aasani se samajh sakta hai ke dunya mein jeene ke liye waqai zaroorat meri kya hai. bas isi par raazi ho jaon.</w:t>
      </w:r>
      <w:r>
        <w:br/>
      </w:r>
      <w:r>
        <w:rPr>
          <w:sz w:val="20"/>
        </w:rPr>
        <w:t>17:53  aur doosri ke shauq ke liye aur khwahish ke liye, lazzat ke liye, ronak ke liye, logon ko khush karne ke liye.</w:t>
      </w:r>
      <w:r>
        <w:br/>
      </w:r>
      <w:r>
        <w:rPr>
          <w:sz w:val="20"/>
        </w:rPr>
        <w:t>18:05  zyadatar is liye hota hai yeh yeh social status ka maamla hota hai ke log kya kahenge. social status ke aap aap choti gaadi mein baithte hain, doosra wala parosi badi gaadi mein baithta hai to aap ko lagta hai ke mera darja ghat gaya.</w:t>
      </w:r>
      <w:r>
        <w:br/>
      </w:r>
      <w:r>
        <w:rPr>
          <w:sz w:val="20"/>
        </w:rPr>
        <w:t>18:22  aap flat mein rehte hain, doosra kothi mein rehta hai to aap samajhte hain mera darja ghat gaya. aap ke kamre mein sirf mamooli kursiyan hain, us ke sofa set hai to aap samajhte hain mera darja ghat gaya.</w:t>
      </w:r>
      <w:r>
        <w:br/>
      </w:r>
      <w:r>
        <w:rPr>
          <w:sz w:val="20"/>
        </w:rPr>
        <w:t>18:34  to social status jo hai woh logon ke zehan mein basa hua rehta hai. bachon ke zehan mein aur parent ke zehan mein. yeh sab jahili soch hai, jahili.</w:t>
      </w:r>
      <w:r>
        <w:br/>
      </w:r>
      <w:r>
        <w:rPr>
          <w:sz w:val="20"/>
        </w:rPr>
        <w:t>18:43  bas zindagi guzarne ke liye jo zaroori cheez hai woh har aadmi samajh sakta hai bohat aasani se. bas isi par raazi ho jaiye.</w:t>
      </w:r>
    </w:p>
    <w:p>
      <w:pPr>
        <w:pStyle w:val="Heading2"/>
      </w:pPr>
      <w:r>
        <w:t>Taqwa in action: thorny path parable and Abu Bakr's story</w:t>
      </w:r>
    </w:p>
    <w:p>
      <w:r>
        <w:rPr>
          <w:color w:val="666666"/>
          <w:sz w:val="18"/>
        </w:rPr>
        <w:t>Discovering The Spirit of Ramadan March 16, 2025 · 4m 18s · at 14:00 · https://youtu.be/WrIyg6N7390?t=840</w:t>
      </w:r>
    </w:p>
    <w:p>
      <w:r>
        <w:rPr>
          <w:i/>
        </w:rPr>
        <w:t>“Umar asked Ubay: have you walked a thorny path?”</w:t>
      </w:r>
    </w:p>
    <w:p>
      <w:r>
        <w:rPr>
          <w:sz w:val="20"/>
        </w:rPr>
        <w:t>14:00  apa, mujhe yaad aata hai taqwa ke bare mein ke hazrat umar r.a. ka waqia hai. tafsir ibn kathir mein aaya hai. aur isi tarah baaz riwayat mein hazrat abu huraira ka bhi hai ke hazrat umar ne poocha tha hazrat abi bin kaab se ke taqwa kya hai?</w:t>
      </w:r>
      <w:r>
        <w:br/>
      </w:r>
      <w:r>
        <w:rPr>
          <w:sz w:val="20"/>
        </w:rPr>
        <w:t>14:18  to unhon ne kaha ke ama salakta tareeqan dhaw shoukan kya aap kisi aise rastay par chale hain jis mein kaantay daar jhariyan hon?</w:t>
      </w:r>
      <w:r>
        <w:br/>
      </w:r>
      <w:r>
        <w:rPr>
          <w:sz w:val="20"/>
        </w:rPr>
        <w:t>14:28  to hazrat umar ne kaha: "haan, chala hoon mein." to kaha ke aap kya karte hain wahan par? to unhon ne kaha: shamrat wajadt ke mein apne kapde ko lapet kar khoob bach bach kar chalta hoon.</w:t>
      </w:r>
      <w:r>
        <w:br/>
      </w:r>
      <w:r>
        <w:rPr>
          <w:sz w:val="20"/>
        </w:rPr>
        <w:t>14:40  kaha yahi taqwa hai. is ko agar taqwa, yeh to aik</w:t>
      </w:r>
      <w:r>
        <w:br/>
      </w:r>
      <w:r>
        <w:rPr>
          <w:sz w:val="20"/>
        </w:rPr>
        <w:t>14:46  maadi misaal di gayi hai, maadi misaal di gayi hai. taqwa jo maanvi cheez hai, us ko samajhne ke liye matlab yeh hai ke dunya ke andar mukhtalif qism ke distraction hotay hain.</w:t>
      </w:r>
      <w:r>
        <w:br/>
      </w:r>
      <w:r>
        <w:rPr>
          <w:sz w:val="20"/>
        </w:rPr>
        <w:t>14:56  is distraction se bach kar khuda wali zindagi guzarna, rabbani zindagi guzarna, khuda ko yaad rakhna, yahi taqwa hai.</w:t>
      </w:r>
      <w:r>
        <w:br/>
      </w:r>
      <w:r>
        <w:rPr>
          <w:sz w:val="20"/>
        </w:rPr>
        <w:t>15:04  is ki sifat jo quran mein aayi hai, woh bohat ahem hai. allah taala baar baar taqwa ka zikr kiya hai aur yaad dilaya. is mein se aik jagah jo sifat aayi hai, woh hai: wasar'u ila maghfiratin min rabbikum wa jannatin.</w:t>
      </w:r>
      <w:r>
        <w:br/>
      </w:r>
      <w:r>
        <w:rPr>
          <w:sz w:val="20"/>
        </w:rPr>
        <w:t>15:17  ardus samawati wal ardi uiddat lil muttaqin</w:t>
      </w:r>
      <w:r>
        <w:br/>
      </w:r>
      <w:r>
        <w:rPr>
          <w:sz w:val="20"/>
        </w:rPr>
        <w:t>15:21  allazeena yunfiquna fis sarra'i wadh dhara'i wal kazimeena al ghayza wal aafina anin naasi wallahu yuhibbul muhsineen</w:t>
      </w:r>
      <w:r>
        <w:br/>
      </w:r>
      <w:r>
        <w:rPr>
          <w:sz w:val="20"/>
        </w:rPr>
        <w:t>15:31  wallazeena itha fa'alu fahishatan aw zalamoo anfusahum zakarool laaha fastaghfaro li zunoobihim wa man yaghfiruz zunooba illal laahu wa lam yusirroo 'ala ma fa'aloo wa hum ya'lamoon</w:t>
      </w:r>
      <w:r>
        <w:br/>
      </w:r>
      <w:r>
        <w:rPr>
          <w:sz w:val="20"/>
        </w:rPr>
        <w:t>15:43  doro apne rab ki maghfirat ki taraf aur jannat ki taraf jis ki chorai aasman o zameen ke barabar hai. woh tayyar ki gayi hai muttaqiyon ke liye jo roze mein bayan kiya gaya hai.</w:t>
      </w:r>
      <w:r>
        <w:br/>
      </w:r>
      <w:r>
        <w:rPr>
          <w:sz w:val="20"/>
        </w:rPr>
        <w:t>15:54  taqwa to kaha muttaqiyon ke liye tayyar ki gayi hai. is ke aage un ki sifat kya hogi muttaqiyon ki? woh bataya hai kuch sifatain yahan par ke jo kharch karte hain posheeda tor par aur zahiri tor par, aur ghusse ko pee jaane wale hain, logon ko maaf karne wale hain.</w:t>
      </w:r>
      <w:r>
        <w:br/>
      </w:r>
      <w:r>
        <w:rPr>
          <w:sz w:val="20"/>
        </w:rPr>
        <w:t>16:10  aur allah taala muhsineen ko pasand karta hai.</w:t>
      </w:r>
      <w:r>
        <w:br/>
      </w:r>
      <w:r>
        <w:rPr>
          <w:sz w:val="20"/>
        </w:rPr>
        <w:t>16:13  jab woh koi ghalat kaam kar jatay hain ya apne nafs par zulm kar jatay hain, allah ko yaad kiya unhon ne aur apne gunahon ki maafi mang li unhon ne.</w:t>
      </w:r>
      <w:r>
        <w:br/>
      </w:r>
      <w:r>
        <w:rPr>
          <w:sz w:val="20"/>
        </w:rPr>
        <w:t>16:23  aur allah ke ilawa kaun hai jo maghfirat kare gunah ki? aur woh apne kaam par, ghalat kaam par jaan boojh kar israr nahi karte hain.</w:t>
      </w:r>
      <w:r>
        <w:br/>
      </w:r>
      <w:r>
        <w:rPr>
          <w:sz w:val="20"/>
        </w:rPr>
        <w:t>16:32  woh ghalati ho gayi, us ko woh qabool kar letay hain aur you turn le letay hain. tauba un ka, un ka yeh rawaish un ki tauba ki hai.</w:t>
      </w:r>
      <w:r>
        <w:br/>
      </w:r>
      <w:r>
        <w:rPr>
          <w:sz w:val="20"/>
        </w:rPr>
        <w:t>16:43  farishtay nahi aayenge is par. aik waqia mujhe yaad aata hai, apa, bohat hi ahem waqia hazrat abubakar r.a. ka hai ke aik martaba hazrat abubakar rasool allah s.a.w. ke sath kisi jagah baithe hue thay.</w:t>
      </w:r>
      <w:r>
        <w:br/>
      </w:r>
      <w:r>
        <w:rPr>
          <w:sz w:val="20"/>
        </w:rPr>
        <w:t>16:54  aik sahab ne aa kar hazrat abubakar ko bura bhala kehna shuru kar diya.</w:t>
      </w:r>
      <w:r>
        <w:br/>
      </w:r>
      <w:r>
        <w:rPr>
          <w:sz w:val="20"/>
        </w:rPr>
        <w:t>16:58  to hazrat abubakar r.a. khamosh rahe, to rasool allah muskara rahe thay. lekin bohat lamba ho gaya un ka bura bhala kehna hazrat abubakar ko.</w:t>
      </w:r>
      <w:r>
        <w:br/>
      </w:r>
      <w:r>
        <w:rPr>
          <w:sz w:val="20"/>
        </w:rPr>
        <w:t>17:08  to hazrat abubakar ne bhi jawab diya. hazrat abubakar ka jawab dena tha ke rasool allah s.a.w. uth kar jaane lagay. ab chounke hazrat abubakar ke liye rasool allah ka uth kar jana zyada nagawar waqia tha banisbat is aadmi ke bura</w:t>
      </w:r>
      <w:r>
        <w:br/>
      </w:r>
      <w:r>
        <w:rPr>
          <w:sz w:val="20"/>
        </w:rPr>
        <w:t>17:23  bhala kehne ke, to foran woh rasool allah ke peechay gaye aur poocha ke allah ke rasool! jab tak mein khamosh tha, aap baithe hue thay aur muskara rahe thay.</w:t>
      </w:r>
      <w:r>
        <w:br/>
      </w:r>
      <w:r>
        <w:rPr>
          <w:sz w:val="20"/>
        </w:rPr>
        <w:t>17:31  lekin jaise hi mein ne un ka jawab diya, us aadmi ka jawab diya, aap uth kar jaane lagay. to kaha: "ae abubakar! kya tum ko maloom nahi hai jab tum khamosh thay to tumhari taraf se farishtay is aadmi ka jawab de rahe thay?</w:t>
      </w:r>
      <w:r>
        <w:br/>
      </w:r>
      <w:r>
        <w:rPr>
          <w:sz w:val="20"/>
        </w:rPr>
        <w:t>17:44  lekin jaise hi tum ne jawab diya, farishtay chalay gaye aur shaitan wahan par aa gaya. to jahan par shaitan hai, wahan par mein nahi reh sakta hoon."</w:t>
      </w:r>
      <w:r>
        <w:br/>
      </w:r>
      <w:r>
        <w:rPr>
          <w:sz w:val="20"/>
        </w:rPr>
        <w:t>17:51  to farishtay jo manfi, aap ne baat batai, bohat ahem hai ke koi bhi manfi zehan jo hoga ya manfi waqia jahan par pesh aa raha hoga, wahan par farishtay nahi aayenge.</w:t>
      </w:r>
      <w:r>
        <w:br/>
      </w:r>
      <w:r>
        <w:rPr>
          <w:sz w:val="20"/>
        </w:rPr>
        <w:t>18:03  jo shab qadar ka bhi waqia hai ke shab qadar ka ilm diya gaya tha. lekin jab jhagda hua do aadmiyon ke darmiyan, to rasool allah s.a.w. se woh ilm utha liya gaya, bhula diya gaya.</w:t>
      </w:r>
      <w:r>
        <w:br/>
      </w:r>
      <w:r>
        <w:rPr>
          <w:sz w:val="20"/>
        </w:rPr>
        <w:t>18:15  to manfi soch to bilkul bhi nahi rakhni hai. roza bhi isi</w:t>
      </w:r>
    </w:p>
    <w:p>
      <w:pPr>
        <w:pStyle w:val="Heading2"/>
      </w:pPr>
      <w:r>
        <w:t>Psychological consequences of political Islam</w:t>
      </w:r>
    </w:p>
    <w:p>
      <w:r>
        <w:rPr>
          <w:color w:val="666666"/>
          <w:sz w:val="18"/>
        </w:rPr>
        <w:t>Kingdom of God August 25, 2018 · 5m 42s · at 11:47 · https://youtu.be/SrnWPkMbEQw?t=707</w:t>
      </w:r>
    </w:p>
    <w:p>
      <w:r>
        <w:rPr>
          <w:i/>
        </w:rPr>
        <w:t>“Those who wanted to establish divine rule underestimated Allah, leading to complexes.”</w:t>
      </w:r>
    </w:p>
    <w:p>
      <w:r>
        <w:rPr>
          <w:sz w:val="20"/>
        </w:rPr>
        <w:t>11:47  jin logon ne yeh nazariya nikala ke hamein dunya mein hukoomat elahiya qaim karna hai,</w:t>
      </w:r>
      <w:r>
        <w:br/>
      </w:r>
      <w:r>
        <w:rPr>
          <w:sz w:val="20"/>
        </w:rPr>
        <w:t>11:59  dunya mein hamein hukoomat elahiya qaim karna hai, inhi ke bare mein shayad yeh alfaaz hain ke unhone Allah ko understand kiya.</w:t>
      </w:r>
      <w:r>
        <w:br/>
      </w:r>
      <w:r>
        <w:rPr>
          <w:sz w:val="20"/>
        </w:rPr>
        <w:t>12:12  jin logon ne nazariya banaya ke hum ko</w:t>
      </w:r>
      <w:r>
        <w:br/>
      </w:r>
      <w:r>
        <w:rPr>
          <w:sz w:val="20"/>
        </w:rPr>
        <w:t>12:19  dunya mein hukoomat, khuda hukoomat, hukoomat qaim karna hai, to unhone Allah ko undrstable kiya. Allah ki hukoomat to poore universe mein already qaim hai,</w:t>
      </w:r>
      <w:r>
        <w:br/>
      </w:r>
      <w:r>
        <w:rPr>
          <w:sz w:val="20"/>
        </w:rPr>
        <w:t>12:33  already. aap kya qaim karein ge?</w:t>
      </w:r>
      <w:r>
        <w:br/>
      </w:r>
      <w:r>
        <w:rPr>
          <w:sz w:val="20"/>
        </w:rPr>
        <w:t>12:42  dekhiye, yeh saada baat nahi hai, yeh saada baat nahi hai. agar aap ka yeh ki soch yeh ho, agar aap ki soch yeh ho ke hamein dunya mein hukoomat elahiya qaim karna hai to aap ki psychology kya banti hai?</w:t>
      </w:r>
      <w:r>
        <w:br/>
      </w:r>
      <w:r>
        <w:rPr>
          <w:sz w:val="20"/>
        </w:rPr>
        <w:t>13:10  psychology rulers ki banti hai. rulers: "we are the rulers in behalf of god almighty".</w:t>
      </w:r>
      <w:r>
        <w:br/>
      </w:r>
      <w:r>
        <w:rPr>
          <w:sz w:val="20"/>
        </w:rPr>
        <w:t>13:20  yani khuda ke behalf mein aap ruler ban jate hain, jabke doosri shakal mein aap rolled ban jate hain.</w:t>
      </w:r>
      <w:r>
        <w:br/>
      </w:r>
      <w:r>
        <w:rPr>
          <w:sz w:val="20"/>
        </w:rPr>
        <w:t>13:32  rolled yani aik hai hakim ki nafsiyat, aik hai mahkoom ki nafsiyat. aur phir is se bhi zara buri baat kya hai?</w:t>
      </w:r>
      <w:r>
        <w:br/>
      </w:r>
      <w:r>
        <w:rPr>
          <w:sz w:val="20"/>
        </w:rPr>
        <w:t>13:45  agar koi choti moti aap kuch qaim kar lein, koi empire, mughal empire, turkish empire, abasiyat empire, zahir hai ke woh bohat hi choti moti hai woh,</w:t>
      </w:r>
      <w:r>
        <w:br/>
      </w:r>
      <w:r>
        <w:rPr>
          <w:sz w:val="20"/>
        </w:rPr>
        <w:t>13:59  aur woh is dunya ki cheen jhappat mein cheen jaye aap se to kya hoga?</w:t>
      </w:r>
      <w:r>
        <w:br/>
      </w:r>
      <w:r>
        <w:rPr>
          <w:sz w:val="20"/>
        </w:rPr>
        <w:t>14:08  aap aap ki psychology sari dunya ka ko apna dushman samjhein ge, dushman ke unhone hamari hukoomat cheen rakhi hai.</w:t>
      </w:r>
      <w:r>
        <w:br/>
      </w:r>
      <w:r>
        <w:rPr>
          <w:sz w:val="20"/>
        </w:rPr>
        <w:t>14:21  sari dunya mein yani hamari hukoomat cheen rakhi hai.</w:t>
      </w:r>
      <w:r>
        <w:br/>
      </w:r>
      <w:r>
        <w:rPr>
          <w:sz w:val="20"/>
        </w:rPr>
        <w:t>14:29  yeh sochte hue bhi so mein irada aaya ke kya waja hai ke musalman itne negative ho rahe hain? kyunke musalman samajhte the ke hum</w:t>
      </w:r>
      <w:r>
        <w:br/>
      </w:r>
      <w:r>
        <w:rPr>
          <w:sz w:val="20"/>
        </w:rPr>
        <w:t>14:43  Allah ki taraf se dunya par Allah ke khaleefa hain, dunya Allah ki taraf se hakim hain. achha,</w:t>
      </w:r>
      <w:r>
        <w:br/>
      </w:r>
      <w:r>
        <w:rPr>
          <w:sz w:val="20"/>
        </w:rPr>
        <w:t>14:56  aur halaat ne aap ko aik chote se daire mein hakim bana diya.</w:t>
      </w:r>
      <w:r>
        <w:br/>
      </w:r>
      <w:r>
        <w:rPr>
          <w:sz w:val="20"/>
        </w:rPr>
        <w:t>15:05  boy umeed ki empire, abasiyat empire, turkish empire, mughal empire. to yeh choti choti ke barabar tha yeh jo khuda ki hakimiyat hai.</w:t>
      </w:r>
      <w:r>
        <w:br/>
      </w:r>
      <w:r>
        <w:rPr>
          <w:sz w:val="20"/>
        </w:rPr>
        <w:t>15:19  lekin aap ki soch ki bana par aap ne samjha ke hum ne dunya mein hukoomat elahiya qaim kar rakhi hai, halanke tha kuch bhi nahi.</w:t>
      </w:r>
      <w:r>
        <w:br/>
      </w:r>
      <w:r>
        <w:rPr>
          <w:sz w:val="20"/>
        </w:rPr>
        <w:t>15:28  woh toh woh toh thi sari ki sari, yeh sari ki sari jo thi, yeh thi khandani hukoomat.</w:t>
      </w:r>
      <w:r>
        <w:br/>
      </w:r>
      <w:r>
        <w:rPr>
          <w:sz w:val="20"/>
        </w:rPr>
        <w:t>15:42  khandani hukoomat bano umaya, bano abbas, turkish hukoomat, mughal hukoomat, sab khandani hukoomat thi.</w:t>
      </w:r>
      <w:r>
        <w:br/>
      </w:r>
      <w:r>
        <w:rPr>
          <w:sz w:val="20"/>
        </w:rPr>
        <w:t>15:56  woh khudai hukoomat thi hi nahi. lekin aap ne yeh samjha ke hum ne khudai hukoomat sari qaim kar rakhi hai.</w:t>
      </w:r>
      <w:r>
        <w:br/>
      </w:r>
      <w:r>
        <w:rPr>
          <w:sz w:val="20"/>
        </w:rPr>
        <w:t>16:08  toh is waqt kya tha? superior empire, superiority complex ke hum hakim, hum hakim, hum ruler hain.</w:t>
      </w:r>
      <w:r>
        <w:br/>
      </w:r>
      <w:r>
        <w:rPr>
          <w:sz w:val="20"/>
        </w:rPr>
        <w:t>16:20  is waqt yeh tha. ab jab chhin gayi hukoomat toh ab kya hai? ab ulta ho gaya</w:t>
      </w:r>
      <w:r>
        <w:br/>
      </w:r>
      <w:r>
        <w:rPr>
          <w:sz w:val="20"/>
        </w:rPr>
        <w:t>16:34  ke hum mazloom hain, hamari hukoomat chhin gayi hai, hamari hesiyat, hamara taaj hum se chheen le gaya hai.</w:t>
      </w:r>
      <w:r>
        <w:br/>
      </w:r>
      <w:r>
        <w:rPr>
          <w:sz w:val="20"/>
        </w:rPr>
        <w:t>16:45  yani idhar bhi ghaate pe, idhar bhi ghaate pe. agar aap ke paas hukoomat ho, agarche woh hukoomat ilahia nahi hogi, woh lekin behrahal aap samajh lein ke hum hukoomat ilahia qaim kar rakha hai.</w:t>
      </w:r>
      <w:r>
        <w:br/>
      </w:r>
      <w:r>
        <w:rPr>
          <w:sz w:val="20"/>
        </w:rPr>
        <w:t>17:00  hum ne toh is waqt aap ke andar aaye ga superior complex, aur woh chhin jaye tab kya hoga?</w:t>
      </w:r>
      <w:r>
        <w:br/>
      </w:r>
      <w:r>
        <w:rPr>
          <w:sz w:val="20"/>
        </w:rPr>
        <w:t>17:13  in inferior complex.</w:t>
      </w:r>
      <w:r>
        <w:br/>
      </w:r>
      <w:r>
        <w:rPr>
          <w:sz w:val="20"/>
        </w:rPr>
        <w:t>17:18  sari duniya nafrat ke yeh yeh hum bana rahe hain, hum se chhene gaye hain, hamara taaj, hamara taaj hum se chheen liya gaya hai.</w:t>
      </w:r>
    </w:p>
    <w:p>
      <w:pPr>
        <w:pStyle w:val="Heading2"/>
      </w:pPr>
      <w:r>
        <w:t>Quran classes feed pride instead of piety and humility</w:t>
      </w:r>
    </w:p>
    <w:p>
      <w:r>
        <w:rPr>
          <w:color w:val="666666"/>
          <w:sz w:val="18"/>
        </w:rPr>
        <w:t>Iman and The Quran March 29, 2009 · 4m 00s · at 50:44 · https://youtu.be/ZWtrkjbbojU?t=3044</w:t>
      </w:r>
    </w:p>
    <w:p>
      <w:r>
        <w:rPr>
          <w:i/>
        </w:rPr>
        <w:t>“The Quran says: 'This is the Book, no doubt in it.'”</w:t>
      </w:r>
    </w:p>
    <w:p>
      <w:r>
        <w:rPr>
          <w:sz w:val="20"/>
        </w:rPr>
        <w:t>50:44  log, main ne, main ne bohat logon ko jaanch samajhne ki koshish ki ke aakhir yeh log jo dars e quran chalate hain, woh kya hote hain. jaise main ek jagah gaya, ek sahib 25 saal se, pata nahi kitne saal se dars e quran chala rahe the.</w:t>
      </w:r>
      <w:r>
        <w:br/>
      </w:r>
      <w:r>
        <w:rPr>
          <w:sz w:val="20"/>
        </w:rPr>
        <w:t>51:02  to unhon ne poocha ke bhai quran chalate hain, aap kya iska tareeqa aapka hota hai ?</w:t>
      </w:r>
      <w:r>
        <w:br/>
      </w:r>
      <w:r>
        <w:rPr>
          <w:sz w:val="20"/>
        </w:rPr>
        <w:t>51:07  to unhon ne ek misaal di ke main is tarah chalata hoon. to kaha ke hum quran ko is tarah chalate hain ke logon mein ek fakhr aur ek jazba paida ho.</w:t>
      </w:r>
      <w:r>
        <w:br/>
      </w:r>
      <w:r>
        <w:rPr>
          <w:sz w:val="20"/>
        </w:rPr>
        <w:t>51:17  to misaal poochi, main ne kaha ke dekho, quran mein hai ke zali kal kitab la raiba feh. quran ek kitab hai, ismein shaq nahi.</w:t>
      </w:r>
      <w:r>
        <w:br/>
      </w:r>
      <w:r>
        <w:rPr>
          <w:sz w:val="20"/>
        </w:rPr>
        <w:t>51:28  to unhon ne kaha ke tarjuma log karte hain ke quran ek kitab hai, yeh tarjuma theek nahi hai.</w:t>
      </w:r>
      <w:r>
        <w:br/>
      </w:r>
      <w:r>
        <w:rPr>
          <w:sz w:val="20"/>
        </w:rPr>
        <w:t>51:34  balke is se musalmanon ki pride jo hai, woh feed nahi hoti. jo fakhr yahan pe chhupa hua hai, usko aap ne koi ghiza nahi diya.</w:t>
      </w:r>
      <w:r>
        <w:br/>
      </w:r>
      <w:r>
        <w:rPr>
          <w:sz w:val="20"/>
        </w:rPr>
        <w:t>51:43  to kya is se unke kya, unke andar hoga ? to unhon ne kaha hum tarjuma karte hain iska ke quran ek encyclopedia hai. zali kal kitab la raiba feh ka tarjuma karte hain hum ke quran ek encyclopedia hai.</w:t>
      </w:r>
      <w:r>
        <w:br/>
      </w:r>
      <w:r>
        <w:rPr>
          <w:sz w:val="20"/>
        </w:rPr>
        <w:t>51:58  ab musalmanon, woh quran jo hai, encyclopedia hai. ab fakhr aaya unke andar.</w:t>
      </w:r>
      <w:r>
        <w:br/>
      </w:r>
      <w:r>
        <w:rPr>
          <w:sz w:val="20"/>
        </w:rPr>
        <w:t>52:03  aap ghaur kijiye ke jab fakhr dala aap ne dilon mein to taqwa kahan se aayega ? is se aage likha hai hudan lil muttaqeen. zali kal kitab la raiba feh hudan lil muttaqeen. to aap daal rahe hain fakhr aur matlab hai taqwa.</w:t>
      </w:r>
      <w:r>
        <w:br/>
      </w:r>
      <w:r>
        <w:rPr>
          <w:sz w:val="20"/>
        </w:rPr>
        <w:t>52:24  yani aap logon ko de rahe hain fakhr aur matlab kya hai ? taqwa.</w:t>
      </w:r>
      <w:r>
        <w:br/>
      </w:r>
      <w:r>
        <w:rPr>
          <w:sz w:val="20"/>
        </w:rPr>
        <w:t>52:32  aise ek sahib bhi dars e quran chalate hain, un se ka tareeqa unka aap sunta hoon. suniye, quran mein ek surah hai, surah al qiyamah. la uqsimu bi yawmi al qiyamati wa la uqsimu bil nafsi al lawwamati. to ismein hai ke bala qadireena ala an nusba iyabana.</w:t>
      </w:r>
      <w:r>
        <w:br/>
      </w:r>
      <w:r>
        <w:rPr>
          <w:sz w:val="20"/>
        </w:rPr>
        <w:t>52:54  yeh ayat hai ismein bala qadireena ala an nusba.</w:t>
      </w:r>
      <w:r>
        <w:br/>
      </w:r>
      <w:r>
        <w:rPr>
          <w:sz w:val="20"/>
        </w:rPr>
        <w:t>52:58  iyabana. bin ana jo hai, bin anj woh hai, yeh bin ana ka jama hai. yani bin ana wahid hai aur bananj woh hai, banan woh plural hai.</w:t>
      </w:r>
      <w:r>
        <w:br/>
      </w:r>
      <w:r>
        <w:rPr>
          <w:sz w:val="20"/>
        </w:rPr>
        <w:t>53:12  yeh kehte hain por ko, yeh ungliyon ka por. bala an nusba iyabana. hum ungliyon ke por ko theek thaak kar denge.</w:t>
      </w:r>
      <w:r>
        <w:br/>
      </w:r>
      <w:r>
        <w:rPr>
          <w:sz w:val="20"/>
        </w:rPr>
        <w:t>53:21  hum is pe qadir hain. aur ek por lafz, por le liya unhon ne. por.</w:t>
      </w:r>
      <w:r>
        <w:br/>
      </w:r>
      <w:r>
        <w:rPr>
          <w:sz w:val="20"/>
        </w:rPr>
        <w:t>53:28  dekho, Quran mein fingerprint likha hua hai. Woh lafz Quran mein to por tha. Usko dhalha unhon ne apne ismein le kar fingerprint. Ab log tod rahe hain. Dekho, abhi fingerprint ka to concept nahi tha is zamane mein.</w:t>
      </w:r>
      <w:r>
        <w:br/>
      </w:r>
      <w:r>
        <w:rPr>
          <w:sz w:val="20"/>
        </w:rPr>
        <w:t>53:43  itne pehle quran mein aa gaya ke fingerprint hota hai ismein. koi taluq hai nahi is is ayat, yaani is ayat se fingerprint ke concept ka.</w:t>
      </w:r>
      <w:r>
        <w:br/>
      </w:r>
      <w:r>
        <w:rPr>
          <w:sz w:val="20"/>
        </w:rPr>
        <w:t>53:56  to log fakhr dete hain, fakhr. aur matlab hai taqwa. to kya samjhenge log ? bataiye mujhe.</w:t>
      </w:r>
      <w:r>
        <w:br/>
      </w:r>
      <w:r>
        <w:rPr>
          <w:sz w:val="20"/>
        </w:rPr>
        <w:t>54:06  aap jahan bhi jaiye, dars e quran jahan jahan hote hain, woh kya dete hain ? fakhr dete hain, qoumi bartari dete hain. hamari kitab sab se oonchi kitab hai, yeh sab dete hain.</w:t>
      </w:r>
      <w:r>
        <w:br/>
      </w:r>
      <w:r>
        <w:rPr>
          <w:sz w:val="20"/>
        </w:rPr>
        <w:t>54:17  aisi baatein is mein sunate hain, is mein jis se logon ka ek, logon ke andar ek woh paida ho, bartari ka ehsaas paida ho. hum khair ummat hain, is ka ehsaas paida ho.</w:t>
      </w:r>
      <w:r>
        <w:br/>
      </w:r>
      <w:r>
        <w:rPr>
          <w:sz w:val="20"/>
        </w:rPr>
        <w:t>54:29  to aap ne to masle ko badha diya. masla paida hota hai logon ke andar taqwa ho, morستي ho, tawazu ho, danishmandi ho.</w:t>
      </w:r>
      <w:r>
        <w:br/>
      </w:r>
      <w:r>
        <w:rPr>
          <w:sz w:val="20"/>
        </w:rPr>
        <w:t>54:45  ziya ul haq sahab gaye wahan par, quom jab president thay, woh in ardinationism mein unho ne speech di. to barha is zamane mein chha raha tha, idhar udhar barhe dhoom se chha raha tha.</w:t>
      </w:r>
    </w:p>
    <w:p>
      <w:pPr>
        <w:pStyle w:val="Heading2"/>
      </w:pPr>
      <w:r>
        <w:t>Sabr as foundation of all worship and success</w:t>
      </w:r>
    </w:p>
    <w:p>
      <w:r>
        <w:rPr>
          <w:color w:val="666666"/>
          <w:sz w:val="18"/>
        </w:rPr>
        <w:t>Quran Lessons (In Conversation with Maulana) 27.12.2010 · 4m 32s · at 46:33 · https://youtu.be/tFU57I6tThk?t=2793</w:t>
      </w:r>
    </w:p>
    <w:p>
      <w:r>
        <w:rPr>
          <w:i/>
        </w:rPr>
        <w:t>“What is the role of sabr in tazkiya”</w:t>
      </w:r>
    </w:p>
    <w:p>
      <w:r>
        <w:rPr>
          <w:sz w:val="20"/>
        </w:rPr>
        <w:t>46:33  t is the role of sabr in tazkiyah? sabr toh sahib, yani sabr toh main samajhta hoon ke</w:t>
      </w:r>
      <w:r>
        <w:br/>
      </w:r>
      <w:r>
        <w:rPr>
          <w:sz w:val="20"/>
        </w:rPr>
        <w:t>46:40  sab kuch hai.</w:t>
      </w:r>
      <w:r>
        <w:br/>
      </w:r>
      <w:r>
        <w:rPr>
          <w:sz w:val="20"/>
        </w:rPr>
        <w:t>46:48  sabr ke baghair na namaz hai sachi, na roza hai sacha, na tazkiyah hai, kuch bhi nahi ho sakta.</w:t>
      </w:r>
      <w:r>
        <w:br/>
      </w:r>
      <w:r>
        <w:rPr>
          <w:sz w:val="20"/>
        </w:rPr>
        <w:t>46:55  kyun ke hum jo jis duniya mein rehte hain, wahan har waqt humein sabr hi toh karna hai.</w:t>
      </w:r>
      <w:r>
        <w:br/>
      </w:r>
      <w:r>
        <w:rPr>
          <w:sz w:val="20"/>
        </w:rPr>
        <w:t>47:03  sabr na karne ki qeemat kya hai? negative mind ban jana. aaj ki dunya mein sare amal is mind negative bane hue hain. kyun sabr nahi kar paate? misaal ke taur par Denmark ke akhbar mein chhap gaya hai cartoon, ab ladai shuru ho gayi, jhagda, hungama shuru kar diya. to is tarah ke waqeat har din, har subah sham hote rehte hain, jis mein hum bhadak uthte hain. wo honge, wo kaise nahi honge? wo jab insan ko azadi hai to wo kuch na k</w:t>
      </w:r>
      <w:r>
        <w:br/>
      </w:r>
      <w:r>
        <w:rPr>
          <w:sz w:val="20"/>
        </w:rPr>
        <w:t>47:33  ch toh karta rahega.</w:t>
      </w:r>
      <w:r>
        <w:br/>
      </w:r>
      <w:r>
        <w:rPr>
          <w:sz w:val="20"/>
        </w:rPr>
        <w:t>47:38  woh woh toh kuch na kuch karega.</w:t>
      </w:r>
      <w:r>
        <w:br/>
      </w:r>
      <w:r>
        <w:rPr>
          <w:sz w:val="20"/>
        </w:rPr>
        <w:t>47:43  woh toh Khuda ne jab duniya mein insaan ko azaad banaya hai, duniya mein imtehan wale mahol yahan</w:t>
      </w:r>
      <w:r>
        <w:br/>
      </w:r>
      <w:r>
        <w:rPr>
          <w:sz w:val="20"/>
        </w:rPr>
        <w:t>47:48  par hain toh lazman aisa hoga ke aisi cheezein pesh aayengi jo humare liye unpleasant hongi</w:t>
      </w:r>
      <w:r>
        <w:br/>
      </w:r>
      <w:r>
        <w:rPr>
          <w:sz w:val="20"/>
        </w:rPr>
        <w:t>47:54  gi, hum ko pasand nahi aayengi, hum ko provoke karengi, humare jazbat ko bharkayengi.</w:t>
      </w:r>
      <w:r>
        <w:br/>
      </w:r>
      <w:r>
        <w:rPr>
          <w:sz w:val="20"/>
        </w:rPr>
        <w:t>47:59  yeh to hota hi hota hai.</w:t>
      </w:r>
      <w:r>
        <w:br/>
      </w:r>
      <w:r>
        <w:rPr>
          <w:sz w:val="20"/>
        </w:rPr>
        <w:t>48:04  is ko overcome karna, is se oopar uthna, tab ja kar aadmi positive thinker banega, tab ja</w:t>
      </w:r>
      <w:r>
        <w:br/>
      </w:r>
      <w:r>
        <w:rPr>
          <w:sz w:val="20"/>
        </w:rPr>
        <w:t>48:08  kar aadmi is qabil hoga ke woh tazkiya kar sake.</w:t>
      </w:r>
      <w:r>
        <w:br/>
      </w:r>
      <w:r>
        <w:rPr>
          <w:sz w:val="20"/>
        </w:rPr>
        <w:t>48:12  to to is sab ke sab peechay sabr hai.</w:t>
      </w:r>
      <w:r>
        <w:br/>
      </w:r>
      <w:r>
        <w:rPr>
          <w:sz w:val="20"/>
        </w:rPr>
        <w:t>48:17  sabr to mein sunta hoon ke har subah shaam karna hai, har waqt sabr karna hai.</w:t>
      </w:r>
      <w:r>
        <w:br/>
      </w:r>
      <w:r>
        <w:rPr>
          <w:sz w:val="20"/>
        </w:rPr>
        <w:t>48:21  isi liye quran majeed mein dekhiye: "inma yuhfaz sabirun ajrahum bi ghair hisab".</w:t>
      </w:r>
      <w:r>
        <w:br/>
      </w:r>
      <w:r>
        <w:rPr>
          <w:sz w:val="20"/>
        </w:rPr>
        <w:t>48:25  is sabr par allah taala ne farmaya ke unlimited reward diya jayega.</w:t>
      </w:r>
      <w:r>
        <w:br/>
      </w:r>
      <w:r>
        <w:rPr>
          <w:sz w:val="20"/>
        </w:rPr>
        <w:t>48:30  kisi aur par nahi ke</w:t>
      </w:r>
      <w:r>
        <w:br/>
      </w:r>
      <w:r>
        <w:rPr>
          <w:sz w:val="20"/>
        </w:rPr>
        <w:t>48:34  a is tareeqe se ke unlimited reward.</w:t>
      </w:r>
      <w:r>
        <w:br/>
      </w:r>
      <w:r>
        <w:rPr>
          <w:sz w:val="20"/>
        </w:rPr>
        <w:t>48:37  dekho, sabr to bohat hi bari ibadat hai.</w:t>
      </w:r>
      <w:r>
        <w:br/>
      </w:r>
      <w:r>
        <w:rPr>
          <w:sz w:val="20"/>
        </w:rPr>
        <w:t>48:39  har waqt sabr karna hai.</w:t>
      </w:r>
      <w:r>
        <w:br/>
      </w:r>
      <w:r>
        <w:rPr>
          <w:sz w:val="20"/>
        </w:rPr>
        <w:t>48:42  sabr na karein ke aap to kya karein, har waqt ghusse mein rahenge.</w:t>
      </w:r>
      <w:r>
        <w:br/>
      </w:r>
      <w:r>
        <w:rPr>
          <w:sz w:val="20"/>
        </w:rPr>
        <w:t>48:45  har har waqt aap ke andar negativity aa jayegi.</w:t>
      </w:r>
      <w:r>
        <w:br/>
      </w:r>
      <w:r>
        <w:rPr>
          <w:sz w:val="20"/>
        </w:rPr>
        <w:t>48:47  har waqt aap provoke ho jayenge.</w:t>
      </w:r>
      <w:r>
        <w:br/>
      </w:r>
      <w:r>
        <w:rPr>
          <w:sz w:val="20"/>
        </w:rPr>
        <w:t>48:50  har waqt aap bhadak ke ladne lagenge.</w:t>
      </w:r>
      <w:r>
        <w:br/>
      </w:r>
      <w:r>
        <w:rPr>
          <w:sz w:val="20"/>
        </w:rPr>
        <w:t>48:53  har waqt aap deviate karenge.</w:t>
      </w:r>
      <w:r>
        <w:br/>
      </w:r>
      <w:r>
        <w:rPr>
          <w:sz w:val="20"/>
        </w:rPr>
        <w:t>48:56  har waqt distraction hoga aap ka.</w:t>
      </w:r>
      <w:r>
        <w:br/>
      </w:r>
      <w:r>
        <w:rPr>
          <w:sz w:val="20"/>
        </w:rPr>
        <w:t>48:58  yeh sab hota hi hota hai.</w:t>
      </w:r>
      <w:r>
        <w:br/>
      </w:r>
      <w:r>
        <w:rPr>
          <w:sz w:val="20"/>
        </w:rPr>
        <w:t>49:01  to sabr to saare aamal ke peechay hai, sirf tazkiya ke peechay nahi. sabr</w:t>
      </w:r>
      <w:r>
        <w:br/>
      </w:r>
      <w:r>
        <w:rPr>
          <w:sz w:val="20"/>
        </w:rPr>
        <w:t>49:04  ke baghair koi amal insaan sahi tareeqe par ada nahi kar sakta hai.</w:t>
      </w:r>
      <w:r>
        <w:br/>
      </w:r>
      <w:r>
        <w:rPr>
          <w:sz w:val="20"/>
        </w:rPr>
        <w:t>49:09  sabr aap ko, yaani jo yeh jo duniya mein jo imtehan ki wajah se jo baatein hain, un</w:t>
      </w:r>
      <w:r>
        <w:br/>
      </w:r>
      <w:r>
        <w:rPr>
          <w:sz w:val="20"/>
        </w:rPr>
        <w:t>49:14  se oopar uthata hai.</w:t>
      </w:r>
      <w:r>
        <w:br/>
      </w:r>
      <w:r>
        <w:rPr>
          <w:sz w:val="20"/>
        </w:rPr>
        <w:t>49:20  یعنی صبر آپ کو، میں کہوں گا کہ آپ کو big bird thinker بناتا ہے۔</w:t>
      </w:r>
      <w:r>
        <w:br/>
      </w:r>
      <w:r>
        <w:rPr>
          <w:sz w:val="20"/>
        </w:rPr>
        <w:t>49:25  log samajhte hain ke sabr koi passive cheez hai, buzdi ki baat hai.</w:t>
      </w:r>
      <w:r>
        <w:br/>
      </w:r>
      <w:r>
        <w:rPr>
          <w:sz w:val="20"/>
        </w:rPr>
        <w:t>49:30  nahi, sabr to sab se bara</w:t>
      </w:r>
      <w:r>
        <w:br/>
      </w:r>
      <w:r>
        <w:rPr>
          <w:sz w:val="20"/>
        </w:rPr>
        <w:t>49:35  positive value hai. sabr sab se bari positive value sabr hai. sabr aap ko positive big bird thinker banata hai. halaat se uth kar sochna, jaise aap rasta ja rahe hain, farz kiya wahan kutte bhonke lage, ab aap bhi lage daant dapt lagane us ko, to aap ne react kiya. yeh yeh besabri hai. aap chale ja rahe hain, chale ja rahe hain, chale ja rahe hain, to aap ne sabr kiya. to behtareen formula hai ke kutte bhonkte rehte hain, hathi</w:t>
      </w:r>
      <w:r>
        <w:br/>
      </w:r>
      <w:r>
        <w:rPr>
          <w:sz w:val="20"/>
        </w:rPr>
        <w:t>50:05  chalta rehta hai.</w:t>
      </w:r>
      <w:r>
        <w:br/>
      </w:r>
      <w:r>
        <w:rPr>
          <w:sz w:val="20"/>
        </w:rPr>
        <w:t>50:09  to hathi ka tareeqa sabr ka tareeqa hai.</w:t>
      </w:r>
      <w:r>
        <w:br/>
      </w:r>
      <w:r>
        <w:rPr>
          <w:sz w:val="20"/>
        </w:rPr>
        <w:t>50:13  aur jo log kutte ke bhonkne par khud bhi lage, bolne dorne us ke peeche, unhon ne be</w:t>
      </w:r>
      <w:r>
        <w:br/>
      </w:r>
      <w:r>
        <w:rPr>
          <w:sz w:val="20"/>
        </w:rPr>
        <w:t>50:16  sabri ka tareeqa ikhtiyar kiya.</w:t>
      </w:r>
      <w:r>
        <w:br/>
      </w:r>
      <w:r>
        <w:rPr>
          <w:sz w:val="20"/>
        </w:rPr>
        <w:t>50:20  to main samajhta hoon ke sabr jo hai, sab se bari ibadat hai.</w:t>
      </w:r>
      <w:r>
        <w:br/>
      </w:r>
      <w:r>
        <w:rPr>
          <w:sz w:val="20"/>
        </w:rPr>
        <w:t>50:24  sabr ka talluq tamam aap ke tamam soch se hai, tamam amal se hai.</w:t>
      </w:r>
      <w:r>
        <w:br/>
      </w:r>
      <w:r>
        <w:rPr>
          <w:sz w:val="20"/>
        </w:rPr>
        <w:t>50:28  sabr ke baghair aap is dunya mein koi bhi cheez mein kamyab nahi ho sakte.</w:t>
      </w:r>
      <w:r>
        <w:br/>
      </w:r>
      <w:r>
        <w:rPr>
          <w:sz w:val="20"/>
        </w:rPr>
        <w:t>50:32  kisi bhi cheez mein</w:t>
      </w:r>
      <w:r>
        <w:br/>
      </w:r>
      <w:r>
        <w:rPr>
          <w:sz w:val="20"/>
        </w:rPr>
        <w:t>50:35  bghair sabr ke kamyabi mumkin nahi hai.</w:t>
      </w:r>
    </w:p>
    <w:p>
      <w:pPr>
        <w:pStyle w:val="Heading2"/>
      </w:pPr>
      <w:r>
        <w:t>Deoband fatwa wrong, Gandhi saved India</w:t>
      </w:r>
    </w:p>
    <w:p>
      <w:r>
        <w:rPr>
          <w:color w:val="666666"/>
          <w:sz w:val="18"/>
        </w:rPr>
        <w:t>Q&amp;A 02 Mar 2008 - Maulana Wahiduddin Khan · 3m 25s · at 25:45 · https://youtu.be/oHAfWpj0UME?t=1545</w:t>
      </w:r>
    </w:p>
    <w:p>
      <w:r>
        <w:rPr>
          <w:i/>
        </w:rPr>
        <w:t>“Moulana, Deoband gave fatwa against terrorism”</w:t>
      </w:r>
    </w:p>
    <w:p>
      <w:r>
        <w:rPr>
          <w:sz w:val="20"/>
        </w:rPr>
        <w:t>25:45  . Maulana, as you know, madrasa Deoband has given a fatwa against terrorism. is this not late?</w:t>
      </w:r>
      <w:r>
        <w:br/>
      </w:r>
      <w:r>
        <w:rPr>
          <w:sz w:val="20"/>
        </w:rPr>
        <w:t>25:54  as many Muslims have already taken terrorism as jihad. what will become of those jihadis in akhirat? yeh akhirat ke baad to Khuda hi bhala janta hai ke main yahan hoon, kehta hoon ke Deoband jo conference hui hai, woh bilkul kuch bhi nahi hai.</w:t>
      </w:r>
      <w:r>
        <w:br/>
      </w:r>
      <w:r>
        <w:rPr>
          <w:sz w:val="20"/>
        </w:rPr>
        <w:t>26:11  nothing hai.</w:t>
      </w:r>
      <w:r>
        <w:br/>
      </w:r>
      <w:r>
        <w:rPr>
          <w:sz w:val="20"/>
        </w:rPr>
        <w:t>26:12  kyunke asal kaam yeh nahi ke aap terrorism ko condemn karen. asal kaam apne fatwe ko galat batayen. 1857 mein inhi logon ne fatwa diya tha aur isko justify kiya tha.</w:t>
      </w:r>
      <w:r>
        <w:br/>
      </w:r>
      <w:r>
        <w:rPr>
          <w:sz w:val="20"/>
        </w:rPr>
        <w:t>26:25  unhon ne isi ka yeh, isi ka yeh continuation hai. jab tak aap yeh na kahein ke jo Deoband walon ne jo fatwa diya tha, 500 ulama ke dastkhat se fatwa hua tha,</w:t>
      </w:r>
      <w:r>
        <w:br/>
      </w:r>
      <w:r>
        <w:rPr>
          <w:sz w:val="20"/>
        </w:rPr>
        <w:t>26:40  us waqt jihad chheda tha in logon ne.</w:t>
      </w:r>
      <w:r>
        <w:br/>
      </w:r>
      <w:r>
        <w:rPr>
          <w:sz w:val="20"/>
        </w:rPr>
        <w:t>26:42  aap yeh kahiye ke woh fatwa galat tha. we were wrong at the time. to apne ko galat na batate hue ek statement issue kar diya unhon ne.</w:t>
      </w:r>
      <w:r>
        <w:br/>
      </w:r>
      <w:r>
        <w:rPr>
          <w:sz w:val="20"/>
        </w:rPr>
        <w:t>26:52  aisa nahi khatam hoti hai terrorism. sab starting point yeh hai ke woh kahein we were wrong. yeh kaha nahi unhon ne.</w:t>
      </w:r>
      <w:r>
        <w:br/>
      </w:r>
      <w:r>
        <w:rPr>
          <w:sz w:val="20"/>
        </w:rPr>
        <w:t>27:02  nahi kaha to phir chalta rahega. chalta rahega. chalta rahega. 1 percent bhi iska koi faida hone wala nahi hai.</w:t>
      </w:r>
      <w:r>
        <w:br/>
      </w:r>
      <w:r>
        <w:rPr>
          <w:sz w:val="20"/>
        </w:rPr>
        <w:t>27:09  kyunke woh to, yani hazaron book chhapi hui maujood hain jismein isko justify kiya gaya hai. balkeh yeh log khud is se pehle har jalse mein apna woh batate the ke sau lakh ulama shaheed ho gaye aur hum ne angrezon ke khilaf jihad kiya aur hum ne,</w:t>
      </w:r>
      <w:r>
        <w:br/>
      </w:r>
      <w:r>
        <w:rPr>
          <w:sz w:val="20"/>
        </w:rPr>
        <w:t>27:25  yani jihad ko zinda kiya, jo revive kiya, usko. yeh sari baatein fakhr ke taur par kehte rahenge so bar se. yeh kaho ke woh, woh, woh sab hum ne galat kaha tha.</w:t>
      </w:r>
      <w:r>
        <w:br/>
      </w:r>
      <w:r>
        <w:rPr>
          <w:sz w:val="20"/>
        </w:rPr>
        <w:t>27:36  woh fatwa hi galat tha. woh,</w:t>
      </w:r>
      <w:r>
        <w:br/>
      </w:r>
      <w:r>
        <w:rPr>
          <w:sz w:val="20"/>
        </w:rPr>
        <w:t>27:39  woh to sach mein Gandhi ne bachaya hai is mulk ko. unhon ne 1857 mein fatwa diya tha. us waqt to farz ho gaya tha ke har aadmi lade angrez se.</w:t>
      </w:r>
      <w:r>
        <w:br/>
      </w:r>
      <w:r>
        <w:rPr>
          <w:sz w:val="20"/>
        </w:rPr>
        <w:t>27:48  lar lar kar apne ko marta rahe. gandhi ne 1919 mein aa kar kaha ke nahin, hum peaceful tareeqe se azadi hasil karenge. is mulk ko gandhi ne bachaya hai.</w:t>
      </w:r>
      <w:r>
        <w:br/>
      </w:r>
      <w:r>
        <w:rPr>
          <w:sz w:val="20"/>
        </w:rPr>
        <w:t>27:58  hamare ulama ne nahin bachaya hai. yaani ulama ka jo, jo, jo fatwa tha. har hath mein lad kar marta hai, lad kar marta hai, lad kar marta hai. bas</w:t>
      </w:r>
      <w:r>
        <w:br/>
      </w:r>
      <w:r>
        <w:rPr>
          <w:sz w:val="20"/>
        </w:rPr>
        <w:t>28:06  in ka, in ka ulama ne jo kaha tha, woh to yeh tha ke lado bhirro, lado bhirro, lado bhirro. yeh jihad hai. gandhi ka yeh bohat bara karname hai ke unhon ne bataya ke nahin, peaceful activism hum chalayenge.</w:t>
      </w:r>
      <w:r>
        <w:br/>
      </w:r>
      <w:r>
        <w:rPr>
          <w:sz w:val="20"/>
        </w:rPr>
        <w:t>28:19  peaceful method se hum azadi hasil karenge. tab ja kar ke hum ko rasta mila. shahbaz chandarbose ne bhi yahi kiya tha. kaun military aisi chalai thi?</w:t>
      </w:r>
      <w:r>
        <w:br/>
      </w:r>
      <w:r>
        <w:rPr>
          <w:sz w:val="20"/>
        </w:rPr>
        <w:t>28:28  ulama ne aur shahbaz chandarbose dono ne jo azad hind fauj thi, woh bhi, woh to galat thi. maine dekh jitna ke ulama ka fatwa, ulama ka fatwa bhi galat, azad hind fauj bhi galat,</w:t>
      </w:r>
      <w:r>
        <w:br/>
      </w:r>
      <w:r>
        <w:rPr>
          <w:sz w:val="20"/>
        </w:rPr>
        <w:t>28:40  shahbaz chandarbose bhi galat aur deoband ke ulama bhi galat. kyun? woh log jo bata rahe the, woh yeh ke lado angrezon se. lado kis liye? un ke paas taqat zyada hai.</w:t>
      </w:r>
      <w:r>
        <w:br/>
      </w:r>
      <w:r>
        <w:rPr>
          <w:sz w:val="20"/>
        </w:rPr>
        <w:t>28:49  hum marte raho, marte raho, marte raho. gandhi ne yeh discover kiya ke hamare paas peace ki taqat hai. is se hum india ko azad kar sakte hain.</w:t>
      </w:r>
      <w:r>
        <w:br/>
      </w:r>
      <w:r>
        <w:rPr>
          <w:sz w:val="20"/>
        </w:rPr>
        <w:t>28:59  to is mulk mein asli jo, jo kaam kiya hai, bara, woh gandhi ne kiya hai. na shahbaz chandarbose ne kiya hai, na ulama ne kiya hai.</w:t>
      </w:r>
    </w:p>
    <w:p>
      <w:pPr>
        <w:pStyle w:val="Heading2"/>
      </w:pPr>
      <w:r>
        <w:t>Diversity as blessing to unity</w:t>
      </w:r>
    </w:p>
    <w:p>
      <w:r>
        <w:rPr>
          <w:color w:val="666666"/>
          <w:sz w:val="18"/>
        </w:rPr>
        <w:t>On World Religion Diversity not Dissension I March 9, 2013 · 5m 55s · at 1:41:19 · https://youtu.be/TyMv28ALMHk?t=6079</w:t>
      </w:r>
    </w:p>
    <w:p>
      <w:r>
        <w:rPr>
          <w:i/>
        </w:rPr>
        <w:t>“Diversity or difference are part of nature”</w:t>
      </w:r>
    </w:p>
    <w:p>
      <w:r>
        <w:rPr>
          <w:sz w:val="20"/>
        </w:rPr>
        <w:t>1:41:19  Thank you.</w:t>
      </w:r>
      <w:r>
        <w:br/>
      </w:r>
      <w:r>
        <w:rPr>
          <w:sz w:val="20"/>
        </w:rPr>
        <w:t>1:41:28  Diversity or difference are part of nature.</w:t>
      </w:r>
      <w:r>
        <w:br/>
      </w:r>
      <w:r>
        <w:rPr>
          <w:sz w:val="20"/>
        </w:rPr>
        <w:t>1:41:38  We cannot eliminate the difference from life.</w:t>
      </w:r>
      <w:r>
        <w:br/>
      </w:r>
      <w:r>
        <w:rPr>
          <w:sz w:val="20"/>
        </w:rPr>
        <w:t>1:41:47  So the only option before us is to learn the art of management.</w:t>
      </w:r>
      <w:r>
        <w:br/>
      </w:r>
      <w:r>
        <w:rPr>
          <w:sz w:val="20"/>
        </w:rPr>
        <w:t>1:41:57  We have to learn the art of management of differences rather than try to eliminate it.</w:t>
      </w:r>
      <w:r>
        <w:br/>
      </w:r>
      <w:r>
        <w:rPr>
          <w:sz w:val="20"/>
        </w:rPr>
        <w:t>1:42:07  This is the first formula that I derived from my Samykh studies.</w:t>
      </w:r>
      <w:r>
        <w:br/>
      </w:r>
      <w:r>
        <w:rPr>
          <w:sz w:val="20"/>
        </w:rPr>
        <w:t>1:42:17  Then according to my experience, difference is not an evil, not at all.</w:t>
      </w:r>
      <w:r>
        <w:br/>
      </w:r>
      <w:r>
        <w:rPr>
          <w:sz w:val="20"/>
        </w:rPr>
        <w:t>1:42:28  Difference is a blessing. Why? Because difference creates challenge. Challenge leads to discussion, and discussion results into development, intellectual development.</w:t>
      </w:r>
      <w:r>
        <w:br/>
      </w:r>
      <w:r>
        <w:rPr>
          <w:sz w:val="20"/>
        </w:rPr>
        <w:t>1:42:49  This is the formula of life.</w:t>
      </w:r>
      <w:r>
        <w:br/>
      </w:r>
      <w:r>
        <w:rPr>
          <w:sz w:val="20"/>
        </w:rPr>
        <w:t>1:42:55  I always invite differences.</w:t>
      </w:r>
      <w:r>
        <w:br/>
      </w:r>
      <w:r>
        <w:rPr>
          <w:sz w:val="20"/>
        </w:rPr>
        <w:t>1:43:01  I always invite differences.</w:t>
      </w:r>
      <w:r>
        <w:br/>
      </w:r>
      <w:r>
        <w:rPr>
          <w:sz w:val="20"/>
        </w:rPr>
        <w:t>1:43:07  I always invite criticism because it is criticism and difference through which we can develop our mind, our personality.</w:t>
      </w:r>
      <w:r>
        <w:br/>
      </w:r>
      <w:r>
        <w:rPr>
          <w:sz w:val="20"/>
        </w:rPr>
        <w:t>1:43:13  So this is my experience about differences.</w:t>
      </w:r>
      <w:r>
        <w:br/>
      </w:r>
      <w:r>
        <w:rPr>
          <w:sz w:val="20"/>
        </w:rPr>
        <w:t>1:43:19  Then if this is the situation, then what is the solution?</w:t>
      </w:r>
      <w:r>
        <w:br/>
      </w:r>
      <w:r>
        <w:rPr>
          <w:sz w:val="20"/>
        </w:rPr>
        <w:t>1:43:25  According to Islam, the solution lies in the same formula which I cited earlier, that follow one and respect all. Here, I would like to give a very beautiful example from the life of the Prophet of Islam. You know when the Prophet of Islam migrated to Madinah?</w:t>
      </w:r>
      <w:r>
        <w:br/>
      </w:r>
      <w:r>
        <w:rPr>
          <w:sz w:val="20"/>
        </w:rPr>
        <w:t>1:43:53  You know he started his mission in Mecca, then he migrated to Madinah.</w:t>
      </w:r>
      <w:r>
        <w:br/>
      </w:r>
      <w:r>
        <w:rPr>
          <w:sz w:val="20"/>
        </w:rPr>
        <w:t>1:43:59  At that time, there were basically two groups, Muslims and Jews, roughly half-half.</w:t>
      </w:r>
      <w:r>
        <w:br/>
      </w:r>
      <w:r>
        <w:rPr>
          <w:sz w:val="20"/>
        </w:rPr>
        <w:t>1:44:06  So the Prophet of Islam issued a declaration that is called Sahifatul Madinah.</w:t>
      </w:r>
      <w:r>
        <w:br/>
      </w:r>
      <w:r>
        <w:rPr>
          <w:sz w:val="20"/>
        </w:rPr>
        <w:t>1:44:12  It means declaration.</w:t>
      </w:r>
      <w:r>
        <w:br/>
      </w:r>
      <w:r>
        <w:rPr>
          <w:sz w:val="20"/>
        </w:rPr>
        <w:t>1:44:19  It means Madinah declaration.</w:t>
      </w:r>
      <w:r>
        <w:br/>
      </w:r>
      <w:r>
        <w:rPr>
          <w:sz w:val="20"/>
        </w:rPr>
        <w:t>1:44:25  In this declaration, it was mentioned that, "Lil Yahude dinum, walil Muslimin dinum." And for Jews, their religion.</w:t>
      </w:r>
      <w:r>
        <w:br/>
      </w:r>
      <w:r>
        <w:rPr>
          <w:sz w:val="20"/>
        </w:rPr>
        <w:t>1:44:32  For Muslims, their religion.</w:t>
      </w:r>
      <w:r>
        <w:br/>
      </w:r>
      <w:r>
        <w:rPr>
          <w:sz w:val="20"/>
        </w:rPr>
        <w:t>1:44:38  This is the best art, the best formula of management.</w:t>
      </w:r>
      <w:r>
        <w:br/>
      </w:r>
      <w:r>
        <w:rPr>
          <w:sz w:val="20"/>
        </w:rPr>
        <w:t>1:44:45  So what happened?</w:t>
      </w:r>
      <w:r>
        <w:br/>
      </w:r>
      <w:r>
        <w:rPr>
          <w:sz w:val="20"/>
        </w:rPr>
        <w:t>1:44:51  The Prophet himself gave an example.</w:t>
      </w:r>
      <w:r>
        <w:br/>
      </w:r>
      <w:r>
        <w:rPr>
          <w:sz w:val="20"/>
        </w:rPr>
        <w:t>1:44:57  One day, he was in some part of Madinah, and he saw that he saw a funeral procession</w:t>
      </w:r>
      <w:r>
        <w:br/>
      </w:r>
      <w:r>
        <w:rPr>
          <w:sz w:val="20"/>
        </w:rPr>
        <w:t>1:45:03  passing through a street in Madinah at that time.</w:t>
      </w:r>
      <w:r>
        <w:br/>
      </w:r>
      <w:r>
        <w:rPr>
          <w:sz w:val="20"/>
        </w:rPr>
        <w:t>1:45:10  So the Prophet was seated at that time.</w:t>
      </w:r>
      <w:r>
        <w:br/>
      </w:r>
      <w:r>
        <w:rPr>
          <w:sz w:val="20"/>
        </w:rPr>
        <w:t>1:45:16  He stood up in respect of that Jewish funeral.</w:t>
      </w:r>
      <w:r>
        <w:br/>
      </w:r>
      <w:r>
        <w:rPr>
          <w:sz w:val="20"/>
        </w:rPr>
        <w:t>1:45:22  One of the companions said, "O Prophet, it was the funeral of a Jew, not a Muslim." The</w:t>
      </w:r>
      <w:r>
        <w:br/>
      </w:r>
      <w:r>
        <w:rPr>
          <w:sz w:val="20"/>
        </w:rPr>
        <w:t>1:45:28  Prophet replied, "Alaisat nafsan, was he not a human being?</w:t>
      </w:r>
      <w:r>
        <w:br/>
      </w:r>
      <w:r>
        <w:rPr>
          <w:sz w:val="20"/>
        </w:rPr>
        <w:t>1:45:35  Was he not a human being? " Here, you can see that the Prophet was able to discover the commonality between himself and that non-Muslim. So this kind of artificial partition that he is Muslim, he is non-Muslim, this is wrong.</w:t>
      </w:r>
      <w:r>
        <w:br/>
      </w:r>
      <w:r>
        <w:rPr>
          <w:sz w:val="20"/>
        </w:rPr>
        <w:t>1:46:01  Everyone was born by God Almighty. Everyone is a human being. So he said, "Alaisat nafsan, was he not a human being?"</w:t>
      </w:r>
      <w:r>
        <w:br/>
      </w:r>
      <w:r>
        <w:rPr>
          <w:sz w:val="20"/>
        </w:rPr>
        <w:t>1:46:09  " And when he is a human being, and I am also a human being, so this is</w:t>
      </w:r>
      <w:r>
        <w:br/>
      </w:r>
      <w:r>
        <w:rPr>
          <w:sz w:val="20"/>
        </w:rPr>
        <w:t>1:46:16  the true commonality.</w:t>
      </w:r>
      <w:r>
        <w:br/>
      </w:r>
      <w:r>
        <w:rPr>
          <w:sz w:val="20"/>
        </w:rPr>
        <w:t>1:46:23  So this is the right solution to the question of difference or diversity.</w:t>
      </w:r>
      <w:r>
        <w:br/>
      </w:r>
      <w:r>
        <w:rPr>
          <w:sz w:val="20"/>
        </w:rPr>
        <w:t>1:46:30  So according to my experience, this is the simplest and natural formula, simplest and natural formula.</w:t>
      </w:r>
      <w:r>
        <w:br/>
      </w:r>
      <w:r>
        <w:rPr>
          <w:sz w:val="20"/>
        </w:rPr>
        <w:t>1:46:37  Follow one and respect all.</w:t>
      </w:r>
      <w:r>
        <w:br/>
      </w:r>
      <w:r>
        <w:rPr>
          <w:sz w:val="20"/>
        </w:rPr>
        <w:t>1:46:44  And I have no hate against anyone. I can sit with total love and compassion with anyone. I have no hate in my mind, in my heart. So why? Because I always see man as a creation of God. Everyone is a creation of God.</w:t>
      </w:r>
      <w:r>
        <w:br/>
      </w:r>
      <w:r>
        <w:rPr>
          <w:sz w:val="20"/>
        </w:rPr>
        <w:t>1:47:14  You all are a creation of God.</w:t>
      </w:r>
    </w:p>
    <w:p>
      <w:pPr>
        <w:pStyle w:val="Heading2"/>
      </w:pPr>
      <w:r>
        <w:t>Rabbi Rosen's interfaith journey with Maulana</w:t>
      </w:r>
    </w:p>
    <w:p>
      <w:r>
        <w:rPr>
          <w:color w:val="666666"/>
          <w:sz w:val="18"/>
        </w:rPr>
        <w:t>Remembrance Memorial Service Honouring Maulana Wahiduddin Khan - 25 April 2021 · 4m 53s · at 30:40 · https://youtu.be/XWqau89SRYM?t=1840</w:t>
      </w:r>
    </w:p>
    <w:p>
      <w:r>
        <w:rPr>
          <w:i/>
        </w:rPr>
        <w:t>“So first of all, let me wish all our Muslim sisters and brothers a Ramadan Kareem.”</w:t>
      </w:r>
    </w:p>
    <w:p>
      <w:r>
        <w:rPr>
          <w:sz w:val="20"/>
        </w:rPr>
        <w:t>30:40  So first of all, let me wish all our Muslim sisters and brothers a Ramadan Kareem. And my deep thanks to you, Arjun, and to Oves for this initiative and for including me in it.</w:t>
      </w:r>
      <w:r>
        <w:br/>
      </w:r>
      <w:r>
        <w:rPr>
          <w:sz w:val="20"/>
        </w:rPr>
        <w:t>30:55  I am very privileged to be part of this tribute. And just allow me, first of all, to resonate with some of the wonderful things that have been said by all of you.</w:t>
      </w:r>
      <w:r>
        <w:br/>
      </w:r>
      <w:r>
        <w:rPr>
          <w:sz w:val="20"/>
        </w:rPr>
        <w:t>31:05  And our the sages of the Talmud tell us that the world is preserved, that God preserves the world thanks to the saintly ones, the people of saintly disposition who live in this world, who are not always known publicly.</w:t>
      </w:r>
      <w:r>
        <w:br/>
      </w:r>
      <w:r>
        <w:rPr>
          <w:sz w:val="20"/>
        </w:rPr>
        <w:t>31:24  They observe that very often those who are more well-known in the world are those who are less deserving. And often the most deserving are not well-known.</w:t>
      </w:r>
      <w:r>
        <w:br/>
      </w:r>
      <w:r>
        <w:rPr>
          <w:sz w:val="20"/>
        </w:rPr>
        <w:t>31:34  And but they are the ones who preserve our world.</w:t>
      </w:r>
      <w:r>
        <w:br/>
      </w:r>
      <w:r>
        <w:rPr>
          <w:sz w:val="20"/>
        </w:rPr>
        <w:t>31:37  And there is no question in my mind that Maulana Wahiduddin Khan, of most blessed memory, was one of those saints, the greatest saints amongst the greatest saints of our time, by virtue of whom our world is preserved.</w:t>
      </w:r>
      <w:r>
        <w:br/>
      </w:r>
      <w:r>
        <w:rPr>
          <w:sz w:val="20"/>
        </w:rPr>
        <w:t>31:55  And the fact that he is not with us physically does not in any way diminish from the sense of his spiritual presence with us, with the not only the structures that for learning that he built, his own family, which are a wonderful testament to that, but all the disciples and all those who were touched by his lives remain a wonderful testament</w:t>
      </w:r>
      <w:r>
        <w:br/>
      </w:r>
      <w:r>
        <w:rPr>
          <w:sz w:val="20"/>
        </w:rPr>
        <w:t>32:18  . As has been mentioned, he was such a an embodiment of modesty, of humility, of the greatest virtues of our religious traditions that we are called upon to embody.</w:t>
      </w:r>
      <w:r>
        <w:br/>
      </w:r>
      <w:r>
        <w:rPr>
          <w:sz w:val="20"/>
        </w:rPr>
        <w:t>32:32  And a for Judaism, which of course is a religion of learning and teaching, a scholar and one who embodies both not only the mind but the heart and the spirit together with it, is the most wonderful of all.</w:t>
      </w:r>
      <w:r>
        <w:br/>
      </w:r>
      <w:r>
        <w:rPr>
          <w:sz w:val="20"/>
        </w:rPr>
        <w:t>32:48  I love the image that Dr. Maria used of the tree. It is interesting that the first of the Book of Psalms, the first Psalm, and also in the other era of the Hebrew prophets, refer to the righteous, saintly person as a tree.</w:t>
      </w:r>
      <w:r>
        <w:br/>
      </w:r>
      <w:r>
        <w:rPr>
          <w:sz w:val="20"/>
        </w:rPr>
        <w:t>33:04  And the idea of the tree is not only as the shade that is provided and maybe the fruit that is provided by the tree, but also the fact that a tree, to be a truly flourishing tree, must have very deep roots.</w:t>
      </w:r>
      <w:r>
        <w:br/>
      </w:r>
      <w:r>
        <w:rPr>
          <w:sz w:val="20"/>
        </w:rPr>
        <w:t>33:22  And yet, the tree that is really the greatest gift is the one with the plentiest branches. And this is a beautiful image of Maulana, because he was deeply rooted within his Muslim tradition.</w:t>
      </w:r>
      <w:r>
        <w:br/>
      </w:r>
      <w:r>
        <w:rPr>
          <w:sz w:val="20"/>
        </w:rPr>
        <w:t>33:37  But his branches expanded out universally to be able to embrace all traditions and all people in a true spirit of universalism.</w:t>
      </w:r>
      <w:r>
        <w:br/>
      </w:r>
      <w:r>
        <w:rPr>
          <w:sz w:val="20"/>
        </w:rPr>
        <w:t>33:48  So you asked me, Oves, about our meetings. Actually, the first time I met Maulana was in the '80s, 1980s, thanks to the community of Sant'Egidio, which has gatherings that took their inspiration from the convening by John Paul II, Pope John Paul II in 1986 in Assisi, to bring the religions together.</w:t>
      </w:r>
      <w:r>
        <w:br/>
      </w:r>
      <w:r>
        <w:rPr>
          <w:sz w:val="20"/>
        </w:rPr>
        <w:t>34:09  And at that time, there were not many</w:t>
      </w:r>
      <w:r>
        <w:br/>
      </w:r>
      <w:r>
        <w:rPr>
          <w:sz w:val="20"/>
        </w:rPr>
        <w:t>34:12  Muslim figures of stature who were involved in these interfaith gatherings. Nowadays, we almost take it for granted.</w:t>
      </w:r>
      <w:r>
        <w:br/>
      </w:r>
      <w:r>
        <w:rPr>
          <w:sz w:val="20"/>
        </w:rPr>
        <w:t>34:22  But then in the '80s, it was pretty rare. And his true authentic universalism meant that he understood that this is where he should be.</w:t>
      </w:r>
      <w:r>
        <w:br/>
      </w:r>
      <w:r>
        <w:rPr>
          <w:sz w:val="20"/>
        </w:rPr>
        <w:t>34:31  And he is his very presence was an inspiration. And his words were incisive and enriching. I remember on one meeting, we were actually in Madrid, in the Royal Palace, where the reception took place.</w:t>
      </w:r>
      <w:r>
        <w:br/>
      </w:r>
      <w:r>
        <w:rPr>
          <w:sz w:val="20"/>
        </w:rPr>
        <w:t>34:48  And in his own simple way, he took some food, very, very little, and he sat down on the floor to e</w:t>
      </w:r>
      <w:r>
        <w:br/>
      </w:r>
      <w:r>
        <w:rPr>
          <w:sz w:val="20"/>
        </w:rPr>
        <w:t>34:55  at it. And I remember having joining him there on the floor and being able to have a conversation. And it was such a gift, a wonderful gift.</w:t>
      </w:r>
      <w:r>
        <w:br/>
      </w:r>
      <w:r>
        <w:rPr>
          <w:sz w:val="20"/>
        </w:rPr>
        <w:t>35:04  As you say, I was able to enjoy some of the fruits of his intellectual endeavor and the books. And above all, the translation of the Quran, which adorns my library behind me.</w:t>
      </w:r>
      <w:r>
        <w:br/>
      </w:r>
      <w:r>
        <w:rPr>
          <w:sz w:val="20"/>
        </w:rPr>
        <w:t>35:15  In fact, if you look directly, you are looking directly at where the book is on on my bookshelf, coincidentally or maybe providentially. But I particularly treasure the meeting, which thanks to Sant'Egidio took place in Jerusalem, long before any peace process was really under</w:t>
      </w:r>
    </w:p>
    <w:p>
      <w:pPr>
        <w:pStyle w:val="Heading2"/>
      </w:pPr>
      <w:r>
        <w:t>The real starting point is changing minds, not politics</w:t>
      </w:r>
    </w:p>
    <w:p>
      <w:r>
        <w:rPr>
          <w:color w:val="666666"/>
          <w:sz w:val="18"/>
        </w:rPr>
        <w:t>From Political Empire to Opportunity Empire, Jan 3, 2010 · 3m 54s · at 26:19 · https://youtu.be/beXYK7vtZ04?t=1579</w:t>
      </w:r>
    </w:p>
    <w:p>
      <w:r>
        <w:rPr>
          <w:i/>
        </w:rPr>
        <w:t>“کسی کی سمجھ میں یہ نہیں آیا ہے کہ فرام ویئر دا بگننگ”</w:t>
      </w:r>
    </w:p>
    <w:p>
      <w:r>
        <w:rPr>
          <w:sz w:val="20"/>
        </w:rPr>
        <w:t>26:19  to kisi ki samajh mein yeh nahin aaya hai ke from where the beginning.</w:t>
      </w:r>
      <w:r>
        <w:br/>
      </w:r>
      <w:r>
        <w:rPr>
          <w:sz w:val="20"/>
        </w:rPr>
        <w:t>26:26  Arab mein ek martaba ek sheikh ne mujh se kaha tha ke from where to begin. Yahi baat maine kaha, main yahi baat maine kaha. Aap log in terms of program beginning sochte hain.</w:t>
      </w:r>
      <w:r>
        <w:br/>
      </w:r>
      <w:r>
        <w:rPr>
          <w:sz w:val="20"/>
        </w:rPr>
        <w:t>26:37  yeh maine ise kaha ke konsa practical program ho, wahan se aap shuru karein.</w:t>
      </w:r>
      <w:r>
        <w:br/>
      </w:r>
      <w:r>
        <w:rPr>
          <w:sz w:val="20"/>
        </w:rPr>
        <w:t>26:44  nahin, in terms of beginning, in terms of program beginning nahin hoti hai ke aap koi dhoom machayein, isko samjhein ke main beginning kar raha hoon. nahin, mind ko badliye, soch ko badliye.</w:t>
      </w:r>
      <w:r>
        <w:br/>
      </w:r>
      <w:r>
        <w:rPr>
          <w:sz w:val="20"/>
        </w:rPr>
        <w:t>26:59  here the starting point. to munabda jo kehte kaha, unhone unke zehan mein yeh tha ke koi aisa baat ho jaye ke hukoomat se takrao karein, kuch jalse jaloos karein, kuch seminar karein.</w:t>
      </w:r>
      <w:r>
        <w:br/>
      </w:r>
      <w:r>
        <w:rPr>
          <w:sz w:val="20"/>
        </w:rPr>
        <w:t>27:14  woh woh beginning nahin hai, woh woh beginning nahin hai. woh to isi ek hi ek ek choti si baat ko unhone samjha ke kahan se beginning, kahan se hoti hai, starting point kahan hai,</w:t>
      </w:r>
      <w:r>
        <w:br/>
      </w:r>
      <w:r>
        <w:rPr>
          <w:sz w:val="20"/>
        </w:rPr>
        <w:t>27:29  starting point kahan hai.</w:t>
      </w:r>
      <w:r>
        <w:br/>
      </w:r>
      <w:r>
        <w:rPr>
          <w:sz w:val="20"/>
        </w:rPr>
        <w:t>27:34  halanke dekhein, Quran mein pehli ayat hoti thi: "Iqra bismi rabbikal lazi khalaq". padho "Iqra", yaani yeh pehli ayat thi, pehli ayat:</w:t>
      </w:r>
      <w:r>
        <w:br/>
      </w:r>
      <w:r>
        <w:rPr>
          <w:sz w:val="20"/>
        </w:rPr>
        <w:t>27:45  "padho". yaani beginning jo hai, woh kahan se hoti hai? thinking mein change, koi badalne se hoti hai. jab aadmi padhega, jab aadmi study karega, jab aadmi sochega to uska mind badlega.</w:t>
      </w:r>
      <w:r>
        <w:br/>
      </w:r>
      <w:r>
        <w:rPr>
          <w:sz w:val="20"/>
        </w:rPr>
        <w:t>27:59  to yeh "here the beginning". yeh hai ke ek hungama khayega saari duniya mein aur result kuch bhi nahin.</w:t>
      </w:r>
      <w:r>
        <w:br/>
      </w:r>
      <w:r>
        <w:rPr>
          <w:sz w:val="20"/>
        </w:rPr>
        <w:t>28:12  saari duniya mein Muslim world jo hai, Muslim world ek hungame mein jee rahi hai do sau saal se aur result kuch bhi nahin, no result at all.</w:t>
      </w:r>
      <w:r>
        <w:br/>
      </w:r>
      <w:r>
        <w:rPr>
          <w:sz w:val="20"/>
        </w:rPr>
        <w:t>28:22  kyunki beginning nahin hai, inhein starting point nahin maloom. inko starting point ne kaha hai: "Jihad karo, talwar uthao aur political hungame khade karo, hukoomaton ko dethrone karo".</w:t>
      </w:r>
      <w:r>
        <w:br/>
      </w:r>
      <w:r>
        <w:rPr>
          <w:sz w:val="20"/>
        </w:rPr>
        <w:t>28:36  yeh "the beginning".</w:t>
      </w:r>
      <w:r>
        <w:br/>
      </w:r>
      <w:r>
        <w:rPr>
          <w:sz w:val="20"/>
        </w:rPr>
        <w:t>28:40  jaise maine jo arz kiya ke Egypt mein beginning samjha unhone Sayyid Qutb ne ke King Farooq ko hata diya jaye.</w:t>
      </w:r>
      <w:r>
        <w:br/>
      </w:r>
      <w:r>
        <w:rPr>
          <w:sz w:val="20"/>
        </w:rPr>
        <w:t>28:52  to hata to diya gaya, to phir kuch bhi nahin nikla. Sayyid Mehdi ne Pakistan mein chaha ke Ayub ko hata do, to Ayub to hat gaye, phir bhi kuch nahin hua.</w:t>
      </w:r>
      <w:r>
        <w:br/>
      </w:r>
      <w:r>
        <w:rPr>
          <w:sz w:val="20"/>
        </w:rPr>
        <w:t>29:06  Iqbal ne samjha ke India ka hissa kaat kar ke Muslim land bana do, phir kuch nahin hua. kyunki yeh beginning thi nahin, basic baat yeh hai ke beginning thi nahin.</w:t>
      </w:r>
      <w:r>
        <w:br/>
      </w:r>
      <w:r>
        <w:rPr>
          <w:sz w:val="20"/>
        </w:rPr>
        <w:t>29:20  to woh jo unhone kaha tha mujh se ke "munabda from where to begin", to unke aur saare logon ke zehan mein hai ke beginning to hogi kisi amli program se.</w:t>
      </w:r>
      <w:r>
        <w:br/>
      </w:r>
      <w:r>
        <w:rPr>
          <w:sz w:val="20"/>
        </w:rPr>
        <w:t>29:31  saare beginning samajhte hain kisi practical program se.</w:t>
      </w:r>
      <w:r>
        <w:br/>
      </w:r>
      <w:r>
        <w:rPr>
          <w:sz w:val="20"/>
        </w:rPr>
        <w:t>29:35  woh beginning nahin hai. woh jalsa karo, jaloos karo, seminar karo, hukoomaton se takrao, sangharsh chalao.</w:t>
      </w:r>
      <w:r>
        <w:br/>
      </w:r>
      <w:r>
        <w:rPr>
          <w:sz w:val="20"/>
        </w:rPr>
        <w:t>29:45  yeh beginning hai, yeh to futile activities hain.</w:t>
      </w:r>
      <w:r>
        <w:br/>
      </w:r>
      <w:r>
        <w:rPr>
          <w:sz w:val="20"/>
        </w:rPr>
        <w:t>29:54  beginning hoti hai Iqra se, Iqra yani mind ko badalna, nayi thinking lana, nayi soch lana.</w:t>
      </w:r>
      <w:r>
        <w:br/>
      </w:r>
      <w:r>
        <w:rPr>
          <w:sz w:val="20"/>
        </w:rPr>
        <w:t>30:03  ab dekhein, logon ko pata nahin hai, pata nahin hai ke tum soch rahe ho empire banana hai. empire to ban chuki hai already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