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Clips — Maulana Wahiduddin Khan</w:t>
      </w:r>
    </w:p>
    <w:p>
      <w:r>
        <w:rPr>
          <w:sz w:val="18"/>
        </w:rPr>
        <w:t>224 clips · theme ethics · full transcripts with timestamps · exported 2026-09-21</w:t>
      </w:r>
    </w:p>
    <w:p>
      <w:pPr>
        <w:pStyle w:val="Heading2"/>
      </w:pPr>
      <w:r>
        <w:t>Blessings of creation, then the hadith on gratitude toward people</w:t>
      </w:r>
    </w:p>
    <w:p>
      <w:r>
        <w:rPr>
          <w:color w:val="666666"/>
          <w:sz w:val="18"/>
        </w:rPr>
        <w:t>Problem and Shukr March 15, 2015 · 4m 15s · at 5:55 · https://youtu.be/SPBsXjH1hzM?t=355</w:t>
      </w:r>
    </w:p>
    <w:p>
      <w:r>
        <w:rPr>
          <w:i/>
        </w:rPr>
        <w:t>“Allah ka shukr karne ka matlab kya hai?”</w:t>
      </w:r>
    </w:p>
    <w:p>
      <w:r>
        <w:rPr>
          <w:sz w:val="20"/>
        </w:rPr>
        <w:t>5:55  to dekhiye, Allah ka shukr karne ka matlab kya hai? Allah ka shukr karna hai aap ko yeh dunya di hai Allah taala ne.</w:t>
      </w:r>
      <w:r>
        <w:br/>
      </w:r>
      <w:r>
        <w:rPr>
          <w:sz w:val="20"/>
        </w:rPr>
        <w:t>6:07  yeh jo zameen hai, yeh zameen mein bahut sare halaat hain, wo halaat agar na rahein to aap zameen par reh nahi sakte. is ke andar bahut hi, bahut hi yani right proportion mein yahan par wo hai kashish, yani gravity.</w:t>
      </w:r>
      <w:r>
        <w:br/>
      </w:r>
      <w:r>
        <w:rPr>
          <w:sz w:val="20"/>
        </w:rPr>
        <w:t>6:33  jo gravitational pull zameen ke andar hai, wo bahut hi right proportion mein hai. is tarah se suraj ki roshni bahut hi right proportion mein aap ki taraf aati hai.</w:t>
      </w:r>
      <w:r>
        <w:br/>
      </w:r>
      <w:r>
        <w:rPr>
          <w:sz w:val="20"/>
        </w:rPr>
        <w:t>6:46  barish hoti hai, wo bhi bahut hi right proportion mein hoti hai. agar zara sa proportion bigad jaye to aap sara mamla kharab ho jayega aap ka.</w:t>
      </w:r>
      <w:r>
        <w:br/>
      </w:r>
      <w:r>
        <w:rPr>
          <w:sz w:val="20"/>
        </w:rPr>
        <w:t>6:56  to poori kainat ko Allah taala ne aap ke liye custom made corner bana diya.</w:t>
      </w:r>
      <w:r>
        <w:br/>
      </w:r>
      <w:r>
        <w:rPr>
          <w:sz w:val="20"/>
        </w:rPr>
        <w:t>7:01  kisi scientist ne sahi kaha hai ke "Universe is a custom made universe". poori universe ko Allah ne insaan ke liye custom made universe bana diya.</w:t>
      </w:r>
      <w:r>
        <w:br/>
      </w:r>
      <w:r>
        <w:rPr>
          <w:sz w:val="20"/>
        </w:rPr>
        <w:t>7:14  jis ka tajurba har lamha insan ko hota hai.</w:t>
      </w:r>
      <w:r>
        <w:br/>
      </w:r>
      <w:r>
        <w:rPr>
          <w:sz w:val="20"/>
        </w:rPr>
        <w:t>7:19  is ko light chahiye to suraj light de raha hai. is ko oxygen chahiye to hawa oxygen pohncha rahi hai. is ko ghiza chahiye to zameen mein ghizayen ug rahi hain.</w:t>
      </w:r>
      <w:r>
        <w:br/>
      </w:r>
      <w:r>
        <w:rPr>
          <w:sz w:val="20"/>
        </w:rPr>
        <w:t>7:31  is ko phal chahiye to drakht se phal latak rahe hain. billion billion cheezen hain jo insan ke liye Allah ne paida ki hain.</w:t>
      </w:r>
      <w:r>
        <w:br/>
      </w:r>
      <w:r>
        <w:rPr>
          <w:sz w:val="20"/>
        </w:rPr>
        <w:t>7:44  to yeh cheezen aap ko batati hain ke Allah ka shukar kar ke is dunya mein raho. yeh world tumhare liye blessing ki dunya hai.</w:t>
      </w:r>
      <w:r>
        <w:br/>
      </w:r>
      <w:r>
        <w:rPr>
          <w:sz w:val="20"/>
        </w:rPr>
        <w:t>7:54  yeh dunya jo hai tumhare liye blessing ki dunya hai. to shukar ke ehsas mein jiyo.</w:t>
      </w:r>
      <w:r>
        <w:br/>
      </w:r>
      <w:r>
        <w:rPr>
          <w:sz w:val="20"/>
        </w:rPr>
        <w:t>8:00  ab sawal doosra aata hai ke jab insani dunya world of problem hai to kaise hum apne shukar ko maintain karen?</w:t>
      </w:r>
      <w:r>
        <w:br/>
      </w:r>
      <w:r>
        <w:rPr>
          <w:sz w:val="20"/>
        </w:rPr>
        <w:t>8:11  shukar ke jazbat ko kaise rakhen? to dekhiye, ek taraf aap ko problem management ka art seekhna hai. aur Allah ke bare mein acknowledge karne ka zehan banana hai.</w:t>
      </w:r>
      <w:r>
        <w:br/>
      </w:r>
      <w:r>
        <w:rPr>
          <w:sz w:val="20"/>
        </w:rPr>
        <w:t>8:25  yani Allah ki blessing ko humein acknowledge karna hai, yeh hai shukar. aur insan ki taraf se jo kuch pesh aaye aap ko, us ko aap management karna hai.</w:t>
      </w:r>
      <w:r>
        <w:br/>
      </w:r>
      <w:r>
        <w:rPr>
          <w:sz w:val="20"/>
        </w:rPr>
        <w:t>8:34  "you have to learn the art of management". tab ja kar ke aap maintain kar payenge apne shukar ke ehsas ko.</w:t>
      </w:r>
      <w:r>
        <w:br/>
      </w:r>
      <w:r>
        <w:rPr>
          <w:sz w:val="20"/>
        </w:rPr>
        <w:t>8:45  yahan par main aap ko yaad dilaoonga ke</w:t>
      </w:r>
      <w:r>
        <w:br/>
      </w:r>
      <w:r>
        <w:rPr>
          <w:sz w:val="20"/>
        </w:rPr>
        <w:t>8:50  al-Tirmidhi jo hadith ki ek kitab hai, yani chha kitaben jo siha kayati hain, un mein se ek hai woh. to is mein ek riwayat in alfaz mein aayi hai: "man lam yashkur al-nas lam yashkur Allah".</w:t>
      </w:r>
      <w:r>
        <w:br/>
      </w:r>
      <w:r>
        <w:rPr>
          <w:sz w:val="20"/>
        </w:rPr>
        <w:t>9:08  "man lam yashkur al-nas lam yashkur Allah".</w:t>
      </w:r>
      <w:r>
        <w:br/>
      </w:r>
      <w:r>
        <w:rPr>
          <w:sz w:val="20"/>
        </w:rPr>
        <w:t>9:12  jo shakhs</w:t>
      </w:r>
      <w:r>
        <w:br/>
      </w:r>
      <w:r>
        <w:rPr>
          <w:sz w:val="20"/>
        </w:rPr>
        <w:t>9:16  insan ka shukar nahi karega, woh Allah ka shukar bhi nahi karega. is ko bhi bohat dinon se sochta tha kya matlab hai is ka.</w:t>
      </w:r>
      <w:r>
        <w:br/>
      </w:r>
      <w:r>
        <w:rPr>
          <w:sz w:val="20"/>
        </w:rPr>
        <w:t>9:28  is ka matlab yeh hai ke jo aadmi insan ke bare mein nashukri mein jiye ga, nashukri mein, yani complaint mein jiye ga, nafrat mein jiye ga, ghusse mein jiye ga, nashukri mein jiye ga, insan ke bare mein,</w:t>
      </w:r>
      <w:r>
        <w:br/>
      </w:r>
      <w:r>
        <w:rPr>
          <w:sz w:val="20"/>
        </w:rPr>
        <w:t>9:44  to is ki poori personality negative ho jayegi.</w:t>
      </w:r>
      <w:r>
        <w:br/>
      </w:r>
      <w:r>
        <w:rPr>
          <w:sz w:val="20"/>
        </w:rPr>
        <w:t>9:49  to bazahir aap apni personality ko negative banayenge insan ki nisbat se, lekin woh extend kar ke Allah tak pohnchegi.</w:t>
      </w:r>
      <w:r>
        <w:br/>
      </w:r>
      <w:r>
        <w:rPr>
          <w:sz w:val="20"/>
        </w:rPr>
        <w:t>10:00  to kya hoga? nashukri mein ka obsession ban jayega aap ka. yani shikayat, nashukri, negative thinking, yeh aap ka obsession ban jayega.</w:t>
      </w:r>
    </w:p>
    <w:p>
      <w:pPr>
        <w:pStyle w:val="Heading2"/>
      </w:pPr>
      <w:r>
        <w:t>Complete teaching on the meaning and discovery of gratitude</w:t>
      </w:r>
    </w:p>
    <w:p>
      <w:r>
        <w:rPr>
          <w:color w:val="666666"/>
          <w:sz w:val="18"/>
        </w:rPr>
        <w:t>Importance of Shukr (Thankfulness) July 24, 2022 · 4m 59s · at 0:22 · https://youtu.be/MgWNIv0k1sk?t=22</w:t>
      </w:r>
    </w:p>
    <w:p>
      <w:r>
        <w:rPr>
          <w:i/>
        </w:rPr>
        <w:t>“Shukr guzari poore deen ka khulasa hai”</w:t>
      </w:r>
    </w:p>
    <w:p>
      <w:r>
        <w:rPr>
          <w:sz w:val="20"/>
        </w:rPr>
        <w:t>0:22  shukr guzari poore deen ka khulasa hai. quran mein bar bar mukhtalif andaaz mein is ki taakeed ki gayi hai, hatta shukr ko bari hikmat bataya gaya hai.</w:t>
      </w:r>
      <w:r>
        <w:br/>
      </w:r>
      <w:r>
        <w:rPr>
          <w:sz w:val="20"/>
        </w:rPr>
        <w:t>0:36  quran mein aaya hai ke hum ne luqman ko hikmat ata ki ke woh allah ka shukr kare. jo shakhs allah ka shukr karta hai, woh asal mein apne liye hi shukr karta hai, aur jo nashukri karega to allah be niaz hai, khoobi wala hai.</w:t>
      </w:r>
      <w:r>
        <w:br/>
      </w:r>
      <w:r>
        <w:rPr>
          <w:sz w:val="20"/>
        </w:rPr>
        <w:t>0:54  to chaliye aaj baat cheet karte hain shukr par farida apa ke sath. assalam o alaikum apa, kaisi hain aap? waalaikum assalam, aap theek hain?</w:t>
      </w:r>
      <w:r>
        <w:br/>
      </w:r>
      <w:r>
        <w:rPr>
          <w:sz w:val="20"/>
        </w:rPr>
        <w:t>1:03  ji alhamdulillah.</w:t>
      </w:r>
      <w:r>
        <w:br/>
      </w:r>
      <w:r>
        <w:rPr>
          <w:sz w:val="20"/>
        </w:rPr>
        <w:t>1:05  apa, sab se pehla sawal to yahi hai ke shukr ka jo basic matlab hai woh yeh hai ke etraf. lekin is ke kya maani hain, is ko agar aap elaborate way mein hum sab ko samjha saken ke shukr kya hai?</w:t>
      </w:r>
      <w:r>
        <w:br/>
      </w:r>
      <w:r>
        <w:rPr>
          <w:sz w:val="20"/>
        </w:rPr>
        <w:t>1:22  shukr jo hai bohat hi zyada important hai quran ki ro se, kyun ke quran mein jo sab se pehli ayat hai woh hai alhamdulillah rabbil alameen.</w:t>
      </w:r>
      <w:r>
        <w:br/>
      </w:r>
      <w:r>
        <w:rPr>
          <w:sz w:val="20"/>
        </w:rPr>
        <w:t>1:34  alhamdulillah ke maani hain, aise is ka tarjuma kiya jata hai praise ke maani mein, lekin is ka asal maani hai acknowledgement.</w:t>
      </w:r>
      <w:r>
        <w:br/>
      </w:r>
      <w:r>
        <w:rPr>
          <w:sz w:val="20"/>
        </w:rPr>
        <w:t>1:43  yani tamam cheezain jo insan ko is dunya mein mili hui hain, woh khuda ki di hui hain, khuda ki blessings hain.</w:t>
      </w:r>
      <w:r>
        <w:br/>
      </w:r>
      <w:r>
        <w:rPr>
          <w:sz w:val="20"/>
        </w:rPr>
        <w:t>1:53  to khuda ko hamari kisi cheez ki koi zaroorat nahi hai,</w:t>
      </w:r>
      <w:r>
        <w:br/>
      </w:r>
      <w:r>
        <w:rPr>
          <w:sz w:val="20"/>
        </w:rPr>
        <w:t>1:58  bas sirf yeh hai ke hamein khuda ka shukr ada karna hai, aur dil se khuda ka shukr ada karna hai. wohi tamam blessings ki jo hai, wohi price hai.</w:t>
      </w:r>
      <w:r>
        <w:br/>
      </w:r>
      <w:r>
        <w:rPr>
          <w:sz w:val="20"/>
        </w:rPr>
        <w:t>2:10  to without paying the price we will become user. user matlab hum koi cheez ko istemal kar rahe hain aur is par hamara koi haq nahi hai.</w:t>
      </w:r>
      <w:r>
        <w:br/>
      </w:r>
      <w:r>
        <w:rPr>
          <w:sz w:val="20"/>
        </w:rPr>
        <w:t>2:21  to is tarah se jo alhamdulillah rabbil alameen quran ki pehli verse hai, is se pata chalta hai ke insan ko kitna zyada nematoun ka gehra ehsas hona chahiye.</w:t>
      </w:r>
      <w:r>
        <w:br/>
      </w:r>
      <w:r>
        <w:rPr>
          <w:sz w:val="20"/>
        </w:rPr>
        <w:t>2:36  kyun ke aaj kal jo log hain, woh alhamdulillah chala hua hai, jis ko hum takiya kalam kehte hain, catch phrase kehte hain, is se kaam nahi chalega.</w:t>
      </w:r>
      <w:r>
        <w:br/>
      </w:r>
      <w:r>
        <w:rPr>
          <w:sz w:val="20"/>
        </w:rPr>
        <w:t>2:45  woh</w:t>
      </w:r>
      <w:r>
        <w:br/>
      </w:r>
      <w:r>
        <w:rPr>
          <w:sz w:val="20"/>
        </w:rPr>
        <w:t>2:46  dil ki gehraiyon se khuda ke liye hamd karna, khuda ki shukr ada karna, khuda ki nematoun ka zikr karna, is ka charcha karna, tab yeh jo hota hai, is ka jo price tabhi hai jab hum is tarah se khuda ki nematoun ka zikr karen.</w:t>
      </w:r>
      <w:r>
        <w:br/>
      </w:r>
      <w:r>
        <w:rPr>
          <w:sz w:val="20"/>
        </w:rPr>
        <w:t>3:07  to is tarah se jo hai, hum jabhi hum khuda ki blessings ko hum istemal karne ke qabil thehrenge jab hum is ka poore maani mein is ka khuda ka shukr ada karen.</w:t>
      </w:r>
      <w:r>
        <w:br/>
      </w:r>
      <w:r>
        <w:rPr>
          <w:sz w:val="20"/>
        </w:rPr>
        <w:t>3:23  to shukr jo hai, woh dekhiye sirf alhamdulillah kehne se nahi ho jata, jo aaj kal bohat zyada chala hua hai, balke shukr ke liye hamein bohat kuch sochna parta hai.</w:t>
      </w:r>
      <w:r>
        <w:br/>
      </w:r>
      <w:r>
        <w:rPr>
          <w:sz w:val="20"/>
        </w:rPr>
        <w:t>3:36  soch soch kar hamein shukr ke item ko discover karna parta hai, kyunke aisa hai ke hamein har cheez mili hui hai, hamein lagta hi nahi ke hum ko koi Khuda ki taraf se yeh khaas taur par hamare liye aa rahi hai.</w:t>
      </w:r>
      <w:r>
        <w:br/>
      </w:r>
      <w:r>
        <w:rPr>
          <w:sz w:val="20"/>
        </w:rPr>
        <w:t>3:51  woh toh har cheez available hai, is mein hum bhi, is mein hamein, is mein hamein bhi hissa mil raha hai.</w:t>
      </w:r>
      <w:r>
        <w:br/>
      </w:r>
      <w:r>
        <w:rPr>
          <w:sz w:val="20"/>
        </w:rPr>
        <w:t>3:57  to hamein yeh karna hai ke is ko aisa soch soch ke is tareeqe se samjhein is ko ke sirf hamare liye Khuda ne yeh paida kiya hai.</w:t>
      </w:r>
      <w:r>
        <w:br/>
      </w:r>
      <w:r>
        <w:rPr>
          <w:sz w:val="20"/>
        </w:rPr>
        <w:t>4:11  misal ke taur par jab suraj ki roshni hamein mile to hamein lage ke Allah taala ne yeh suraj ki roshni ka intezam hamare liye kiya hai.</w:t>
      </w:r>
      <w:r>
        <w:br/>
      </w:r>
      <w:r>
        <w:rPr>
          <w:sz w:val="20"/>
        </w:rPr>
        <w:t>4:22  tabhi ek bohat bara shukr ho sakta hai,</w:t>
      </w:r>
      <w:r>
        <w:br/>
      </w:r>
      <w:r>
        <w:rPr>
          <w:sz w:val="20"/>
        </w:rPr>
        <w:t>4:26  kyunke hum log zyada sochte nahi hain. ek baar aap aaye the Maulana ke paas, ji to Maulana ne kaha ke koi nai khabar bataiye.</w:t>
      </w:r>
      <w:r>
        <w:br/>
      </w:r>
      <w:r>
        <w:rPr>
          <w:sz w:val="20"/>
        </w:rPr>
        <w:t>4:35  ji ji to aap ne kaha Maulana aaj toh koi khabar hai nahi hamare paas. ji to Maulana subah ko balcony par baithe hue the to unhone kaha dekhiye suraj nikla hua hai, ji roshni charon taraf phaili hui hai, ji mujhe yaad hai chidiyan chehchaha rahi hain, hawaein chal rahi hain, to yeh sab koi news nahi hai.</w:t>
      </w:r>
      <w:r>
        <w:br/>
      </w:r>
      <w:r>
        <w:rPr>
          <w:sz w:val="20"/>
        </w:rPr>
        <w:t>4:54  jeem</w:t>
      </w:r>
      <w:r>
        <w:br/>
      </w:r>
      <w:r>
        <w:rPr>
          <w:sz w:val="20"/>
        </w:rPr>
        <w:t>4:55  ji to har waqt woh sochte rehte the ke kya kya Khuda ki blessings hain jis ke liye hamein shukr ada karna hai. to har waqt ek nai nai nai nai blessings ko woh discover karte the.</w:t>
      </w:r>
      <w:r>
        <w:br/>
      </w:r>
      <w:r>
        <w:rPr>
          <w:sz w:val="20"/>
        </w:rPr>
        <w:t>5:08  woh sab kuch bohat zyada sochne se hota hai. to hamein apne andar soch ki faculty ko develop karna hai, tabhi hum sahi maano mein Khuda ka shukr ada kar payenge.</w:t>
      </w:r>
    </w:p>
    <w:p>
      <w:pPr>
        <w:pStyle w:val="Heading2"/>
      </w:pPr>
      <w:r>
        <w:t>Snake bite story leading to gratitude lesson</w:t>
      </w:r>
    </w:p>
    <w:p>
      <w:r>
        <w:rPr>
          <w:color w:val="666666"/>
          <w:sz w:val="18"/>
        </w:rPr>
        <w:t>Interaction with Umries 26 July, 2019 - Maulana Wahiduddin Khan · 5m 07s · at 22:38 · https://youtu.be/x26fUHWfzFg?t=1358</w:t>
      </w:r>
    </w:p>
    <w:p>
      <w:r>
        <w:rPr>
          <w:i/>
        </w:rPr>
        <w:t>“Woh jab main utra kashti se”</w:t>
      </w:r>
    </w:p>
    <w:p>
      <w:r>
        <w:rPr>
          <w:sz w:val="20"/>
        </w:rPr>
        <w:t>22:38  woh jab mein utra kashti se to phir mujhe paidal chalna tha paidal kashti se jab mein utra tha paidal chalna tha to ek jagah gadha tha is mein mera paon chala gaya tha to is mein saanp tha saanp ne kaat liya mujhe</w:t>
      </w:r>
      <w:r>
        <w:br/>
      </w:r>
      <w:r>
        <w:rPr>
          <w:sz w:val="20"/>
        </w:rPr>
        <w:t>23:04  yaani kaat hi sare nahin ke latak gaya woh daant phansa kar ke latak gaya to mein ne jhatka diya use to nikla woh</w:t>
      </w:r>
      <w:r>
        <w:br/>
      </w:r>
      <w:r>
        <w:rPr>
          <w:sz w:val="20"/>
        </w:rPr>
        <w:t>23:19  ab woh muddaton saalon tak mujhe paon mein dard hota raha</w:t>
      </w:r>
      <w:r>
        <w:br/>
      </w:r>
      <w:r>
        <w:rPr>
          <w:sz w:val="20"/>
        </w:rPr>
        <w:t>23:27  aaj kal nahi ho raha hai lekin kabhi kabhi ubhar aata hai</w:t>
      </w:r>
      <w:r>
        <w:br/>
      </w:r>
      <w:r>
        <w:rPr>
          <w:sz w:val="20"/>
        </w:rPr>
        <w:t>23:33  sirf ek message ke liye</w:t>
      </w:r>
      <w:r>
        <w:br/>
      </w:r>
      <w:r>
        <w:rPr>
          <w:sz w:val="20"/>
        </w:rPr>
        <w:t>23:36  aur aaj kya hai aapki jeb mein mobile hai button dabaiye aur secondon mein yahan se wahan</w:t>
      </w:r>
      <w:r>
        <w:br/>
      </w:r>
      <w:r>
        <w:rPr>
          <w:sz w:val="20"/>
        </w:rPr>
        <w:t>23:43  pehanch jayega</w:t>
      </w:r>
      <w:r>
        <w:br/>
      </w:r>
      <w:r>
        <w:rPr>
          <w:sz w:val="20"/>
        </w:rPr>
        <w:t>23:45  bahria saraiwo hi nahi bahria se deewar</w:t>
      </w:r>
      <w:r>
        <w:br/>
      </w:r>
      <w:r>
        <w:rPr>
          <w:sz w:val="20"/>
        </w:rPr>
        <w:t>23:50  kahin bhi yeh kis ki dein hai</w:t>
      </w:r>
      <w:r>
        <w:br/>
      </w:r>
      <w:r>
        <w:rPr>
          <w:sz w:val="20"/>
        </w:rPr>
        <w:t>23:56  maghrib ki dein hai</w:t>
      </w:r>
      <w:r>
        <w:br/>
      </w:r>
      <w:r>
        <w:rPr>
          <w:sz w:val="20"/>
        </w:rPr>
        <w:t>23:58  aur is ko aap marna chahte hain jhoote jhoote</w:t>
      </w:r>
      <w:r>
        <w:br/>
      </w:r>
      <w:r>
        <w:rPr>
          <w:sz w:val="20"/>
        </w:rPr>
        <w:t>24:02  jhoota excuse nahi</w:t>
      </w:r>
      <w:r>
        <w:br/>
      </w:r>
      <w:r>
        <w:rPr>
          <w:sz w:val="20"/>
        </w:rPr>
        <w:t>24:04  karte yeh to haram kaam hai haram to zyada buri cheez hai bilkul apne mohsin ko mohsin khushi jo kehte hain mohsin khushi</w:t>
      </w:r>
      <w:r>
        <w:br/>
      </w:r>
      <w:r>
        <w:rPr>
          <w:sz w:val="20"/>
        </w:rPr>
        <w:t>24:17  aaj tak mujhe yaad hai ke sirf ek chhote se message ke liye shayad yahi message tha ke ke itni so chhapiye aur is mein itna sab hua</w:t>
      </w:r>
      <w:r>
        <w:br/>
      </w:r>
      <w:r>
        <w:rPr>
          <w:sz w:val="20"/>
        </w:rPr>
        <w:t>24:33  itne zalim hain itne log mein batata hoon ke bheed bakri ke barabar bhi bolo bolo nahin hai jo jhoote excuse nikalte hain maghrib se hai nafrat karne ke liye hain jhoote hain kaise sahib kya khayal hai aap ka</w:t>
      </w:r>
      <w:r>
        <w:br/>
      </w:r>
      <w:r>
        <w:rPr>
          <w:sz w:val="20"/>
        </w:rPr>
        <w:t>24:51  haan Maulana</w:t>
      </w:r>
      <w:r>
        <w:br/>
      </w:r>
      <w:r>
        <w:rPr>
          <w:sz w:val="20"/>
        </w:rPr>
        <w:t>24:55  mein ne jo qissa bataya woh qissa aap log samajh paye ge nahin samajh payega samajh paye hain Maulana hain bahut zyada yeh hai Maulana ji ke qissa ki jo hai na poore daur ko musbat is mein convert kar deta hai Maulana shukr mein yeh kar deta hai Maulana aap ka yeh qissa hai</w:t>
      </w:r>
      <w:r>
        <w:br/>
      </w:r>
      <w:r>
        <w:rPr>
          <w:sz w:val="20"/>
        </w:rPr>
        <w:t>25:19  aap tasawwur kijiye ke mere paon mein is pani mein ek saanp tha woh mein ne dekha nahi</w:t>
      </w:r>
      <w:r>
        <w:br/>
      </w:r>
      <w:r>
        <w:rPr>
          <w:sz w:val="20"/>
        </w:rPr>
        <w:t>25:26  to mera paon pani mein chala gaya ab is ne pakad liya</w:t>
      </w:r>
      <w:r>
        <w:br/>
      </w:r>
      <w:r>
        <w:rPr>
          <w:sz w:val="20"/>
        </w:rPr>
        <w:t>25:32  to jab woh uthaya paon to woh latka hua tha to jhatka mein ne to nikla woh yani</w:t>
      </w:r>
      <w:r>
        <w:br/>
      </w:r>
      <w:r>
        <w:rPr>
          <w:sz w:val="20"/>
        </w:rPr>
        <w:t>25:40  aise bhayanak safar tha woh aaj tak mein yaad karta hoon kyun is liye communication nahi tha</w:t>
      </w:r>
      <w:r>
        <w:br/>
      </w:r>
      <w:r>
        <w:rPr>
          <w:sz w:val="20"/>
        </w:rPr>
        <w:t>25:48  sirf is liye communication nahi tha aaj communication hai to</w:t>
      </w:r>
      <w:r>
        <w:br/>
      </w:r>
      <w:r>
        <w:rPr>
          <w:sz w:val="20"/>
        </w:rPr>
        <w:t>25:54  hamare saathi khawaja qalbuddin sahib new zealand mein hain aur yahan se hum ne chaha ke in</w:t>
      </w:r>
      <w:r>
        <w:br/>
      </w:r>
      <w:r>
        <w:rPr>
          <w:sz w:val="20"/>
        </w:rPr>
        <w:t>26:01  سے contact کریں سکاڈو میں ہو گیا</w:t>
      </w:r>
      <w:r>
        <w:br/>
      </w:r>
      <w:r>
        <w:rPr>
          <w:sz w:val="20"/>
        </w:rPr>
        <w:t>26:05  yani</w:t>
      </w:r>
      <w:r>
        <w:br/>
      </w:r>
      <w:r>
        <w:rPr>
          <w:sz w:val="20"/>
        </w:rPr>
        <w:t>26:05  mein hoon Dilli mein khwaja qalbuddin sahib hain New Zealand mein aur wahan se baat ho gayi yeh sara jo hai ahl ahl maghrib ke deen hain</w:t>
      </w:r>
      <w:r>
        <w:br/>
      </w:r>
      <w:r>
        <w:rPr>
          <w:sz w:val="20"/>
        </w:rPr>
        <w:t>26:23  aise hazaron lakhon cheezein hain ek do nahin hain un ke liye aap ek jhoota hai ek jhooti daleel le kar ke is se nafrat karenge</w:t>
      </w:r>
      <w:r>
        <w:br/>
      </w:r>
      <w:r>
        <w:rPr>
          <w:sz w:val="20"/>
        </w:rPr>
        <w:t>26:40  bilkul galat hai haram kaam hai haram se bhi to bura hi hai un ke liye duaen kijiye un ke liye khair khwah baniye un ke liye shukr ada kijiye kaisa aap aap mein se koi sahib bolenge jo mein ne bataya kya is par comment hai aap ka</w:t>
      </w:r>
      <w:r>
        <w:br/>
      </w:r>
      <w:r>
        <w:rPr>
          <w:sz w:val="20"/>
        </w:rPr>
        <w:t>27:01  maulana yani kis qadar maghrib ke samne humein shukr ke taur par gir jana chahiye un ke agay</w:t>
      </w:r>
      <w:r>
        <w:br/>
      </w:r>
      <w:r>
        <w:rPr>
          <w:sz w:val="20"/>
        </w:rPr>
        <w:t>27:13  un ke qadmon ke agay gir jana chahiye shukr ke taur par ke kitna bara role unhon ne</w:t>
      </w:r>
      <w:r>
        <w:br/>
      </w:r>
      <w:r>
        <w:rPr>
          <w:sz w:val="20"/>
        </w:rPr>
        <w:t>27:19  hamare liye faraham kiya na sirf secular aitbar se balkay mazhabi aitbar se bhi ke jo jo zaat</w:t>
      </w:r>
      <w:r>
        <w:br/>
      </w:r>
      <w:r>
        <w:rPr>
          <w:sz w:val="20"/>
        </w:rPr>
        <w:t>27:27  alam hai razzaq hai uska framework unhon ne diya yani yeh itna bara ehsan unhon ne</w:t>
      </w:r>
      <w:r>
        <w:br/>
      </w:r>
      <w:r>
        <w:rPr>
          <w:sz w:val="20"/>
        </w:rPr>
        <w:t>27:35  kiya itne bare woh mohsin hain hamare ke is ehsan ke badle mein humein to un ke in</w:t>
      </w:r>
      <w:r>
        <w:br/>
      </w:r>
      <w:r>
        <w:rPr>
          <w:sz w:val="20"/>
        </w:rPr>
        <w:t>27:41  ke agay gir jana chahiye</w:t>
      </w:r>
      <w:r>
        <w:br/>
      </w:r>
      <w:r>
        <w:rPr>
          <w:sz w:val="20"/>
        </w:rPr>
        <w:t>27:45  aitraf mein gir jana chahiye</w:t>
      </w:r>
    </w:p>
    <w:p>
      <w:pPr>
        <w:pStyle w:val="Heading2"/>
      </w:pPr>
      <w:r>
        <w:t>Prophet Muhammad's strategic patience from Mecca to conquest</w:t>
      </w:r>
    </w:p>
    <w:p>
      <w:r>
        <w:rPr>
          <w:color w:val="666666"/>
          <w:sz w:val="18"/>
        </w:rPr>
        <w:t>Importance of Patience in Islam December 11, 2022 · 3m 06s · at 34:12 · https://youtu.be/Cy59II1dC-I?t=2052</w:t>
      </w:r>
    </w:p>
    <w:p>
      <w:r>
        <w:rPr>
          <w:i/>
        </w:rPr>
        <w:t>“Accepting the status quo temporarily, then replanning”</w:t>
      </w:r>
    </w:p>
    <w:p>
      <w:r>
        <w:rPr>
          <w:sz w:val="20"/>
        </w:rPr>
        <w:t>34:12  to waqti taur par aapko status quo ko accept karke aap apna kaam shuru kar kar dein. Yahi hamein Rasool Allah sallallahu alaihi wasallam ki zindagi se yahi hamein maloom hota hai. To ab misal ke taur par wahan par Makka mein log aapko bahut zyada pareshan kar rahe the, kaam hi nahin karne de rahe the.</w:t>
      </w:r>
      <w:r>
        <w:br/>
      </w:r>
      <w:r>
        <w:rPr>
          <w:sz w:val="20"/>
        </w:rPr>
        <w:t>34:33  to confrontation ki naubat aa gayi, yahan tak ke logon ne yeh tay kar liya ke ab Rasool Allah sallallahu alaihi wasallam ko khatm kar diya jaaye. Kyunki wah to manne wale nahin hain. Unhone sab kuch kaha ke hum aapko Makka ki badshahat tak dene ke liye taiyar hain. Lekin Rasool Allah sallallahu alaihi wasallam ne kaha ke main is kaam ke liye yahan aaya nahin hoon. To</w:t>
      </w:r>
      <w:r>
        <w:br/>
      </w:r>
      <w:r>
        <w:rPr>
          <w:sz w:val="20"/>
        </w:rPr>
        <w:t>34:53  jab unhone dekha ke aap par koi ko koi bhi kaam cheez kaam nahin kar rahi hai, to phir unhone socha ke ab unko apne raaste se hata hi dena chahiye. To us waqt aapne us us wahan par Makka ko chhod diya. Aapne yeh nahin kiya ke aapke taqreeban 200 se zyada saathi the aur usmein Hazrat Umar jaise bahadur log the. Arab to waise bhi bahaduri hote the aur Hazrat Umar to pehelwan the. Aap</w:t>
      </w:r>
      <w:r>
        <w:br/>
      </w:r>
      <w:r>
        <w:rPr>
          <w:sz w:val="20"/>
        </w:rPr>
        <w:t>35:21  ne nahin kaha ke chalo hum sab log jang karenge. Lekin aapne khamoshi se Makka ko chhodkar aap Madina chale gaye aur wahan par kaam karna shuru kar diya. Aur phir jab dekha aapne ke wahan par bhi sab dushman jo hain, wahan bhi aa gaye, wahan bhi kaam nahin karne de rahe hain aur aapko jang mein uljha rahe hain, to aapne bahut hi hikmat ke saath aur tumki tamam conditions ko maante hue aapne sulah kar li</w:t>
      </w:r>
      <w:r>
        <w:br/>
      </w:r>
      <w:r>
        <w:rPr>
          <w:sz w:val="20"/>
        </w:rPr>
        <w:t>35:46  . uske baad jab makka fateh hua, to agar aap tamam logon ko, jo tamam prisoners of war</w:t>
      </w:r>
      <w:r>
        <w:br/>
      </w:r>
      <w:r>
        <w:rPr>
          <w:sz w:val="20"/>
        </w:rPr>
        <w:t>35:53  the, jinhone aapko makka se nikala tha, jinhone aapka boycott kiya tha, jinhone matlab koi zulm-o-sitam ki,</w:t>
      </w:r>
      <w:r>
        <w:br/>
      </w:r>
      <w:r>
        <w:rPr>
          <w:sz w:val="20"/>
        </w:rPr>
        <w:t>36:01  koi kuch behad zulm-o-sitam kiye the, to un woh sab log aapke paas kaabil-e-aagaye, saare</w:t>
      </w:r>
      <w:r>
        <w:br/>
      </w:r>
      <w:r>
        <w:rPr>
          <w:sz w:val="20"/>
        </w:rPr>
        <w:t>36:09  sardar. to aapne sabko maaf kar diya.</w:t>
      </w:r>
      <w:r>
        <w:br/>
      </w:r>
      <w:r>
        <w:rPr>
          <w:sz w:val="20"/>
        </w:rPr>
        <w:t>36:12  aapne kaha, "go, you are all free."</w:t>
      </w:r>
      <w:r>
        <w:br/>
      </w:r>
      <w:r>
        <w:rPr>
          <w:sz w:val="20"/>
        </w:rPr>
        <w:t>36:14  to aapne kaha ki hazrat yusuf (a.s.) ne jis tarike se apne bhaiyon ko, jinhone unko kuen</w:t>
      </w:r>
      <w:r>
        <w:br/>
      </w:r>
      <w:r>
        <w:rPr>
          <w:sz w:val="20"/>
        </w:rPr>
        <w:t>36:21  mein daal diya tha, jis tarah unhone apne bhaiyon ko maaf kiya, usi tarike se main aaj tumko</w:t>
      </w:r>
      <w:r>
        <w:br/>
      </w:r>
      <w:r>
        <w:rPr>
          <w:sz w:val="20"/>
        </w:rPr>
        <w:t>36:26  maaf karta hoon.</w:t>
      </w:r>
      <w:r>
        <w:br/>
      </w:r>
      <w:r>
        <w:rPr>
          <w:sz w:val="20"/>
        </w:rPr>
        <w:t>36:28  aur yeh insaan ke andar</w:t>
      </w:r>
      <w:r>
        <w:br/>
      </w:r>
      <w:r>
        <w:rPr>
          <w:sz w:val="20"/>
        </w:rPr>
        <w:t>36:30  dekhiye, ego hai to conscious bhi hai.</w:t>
      </w:r>
      <w:r>
        <w:br/>
      </w:r>
      <w:r>
        <w:rPr>
          <w:sz w:val="20"/>
        </w:rPr>
        <w:t>36:33  to unka sara conscious jo hai, awake ho gaya aur bahut jald woh sare ke sare log aapke follower ban gaye. to is tarike se adjust usme halaat ko samne rakhna padta hai. kab kya halaat hain,</w:t>
      </w:r>
      <w:r>
        <w:br/>
      </w:r>
      <w:r>
        <w:rPr>
          <w:sz w:val="20"/>
        </w:rPr>
        <w:t>36:49  to halaat ko samne rakhkar apna course ko mutayyin karna padta hai. kabhi aisa hota hai ki woh jagah chhod deni padti hai, doosri jagah jakar kaam karna padta hai. kabhi sirf ignore karna padta hai, kabhi sulah kar</w:t>
      </w:r>
      <w:r>
        <w:br/>
      </w:r>
      <w:r>
        <w:rPr>
          <w:sz w:val="20"/>
        </w:rPr>
        <w:t>37:02  ni padti hai, kabhi maaf karna padta hai. to halaat ke hisab se hamein apna course ko mutayyin karna hoga. aur yahi humko na sirf rasoolullah sallallahu alaihi wasallam ki zindagi se, balki tamam paigambaron ki zindagi se humko yahi sabak milta hai. ji,</w:t>
      </w:r>
    </w:p>
    <w:p>
      <w:pPr>
        <w:pStyle w:val="Heading2"/>
      </w:pPr>
      <w:r>
        <w:t>Prophet's delinking policy from birth to Hudaybiyah</w:t>
      </w:r>
    </w:p>
    <w:p>
      <w:r>
        <w:rPr>
          <w:color w:val="666666"/>
          <w:sz w:val="18"/>
        </w:rPr>
        <w:t>The Concept of Justice in Islam May 03, 2007 · 5m 50s · at 18:13 · https://youtu.be/DY5SY8H554c?t=1093</w:t>
      </w:r>
    </w:p>
    <w:p>
      <w:r>
        <w:rPr>
          <w:i/>
        </w:rPr>
        <w:t>“The Prophet of Islam was born in Mecca.”</w:t>
      </w:r>
    </w:p>
    <w:p>
      <w:r>
        <w:rPr>
          <w:sz w:val="20"/>
        </w:rPr>
        <w:t>18:13  You know, the Prophet of Islam was born in Mecca. He started his mission in Mecca.</w:t>
      </w:r>
      <w:r>
        <w:br/>
      </w:r>
      <w:r>
        <w:rPr>
          <w:sz w:val="20"/>
        </w:rPr>
        <w:t>18:24  Then in 622, he migrated from Mecca to Madinah.</w:t>
      </w:r>
      <w:r>
        <w:br/>
      </w:r>
      <w:r>
        <w:rPr>
          <w:sz w:val="20"/>
        </w:rPr>
        <w:t>18:37  This was not justice for him.</w:t>
      </w:r>
      <w:r>
        <w:br/>
      </w:r>
      <w:r>
        <w:rPr>
          <w:sz w:val="20"/>
        </w:rPr>
        <w:t>18:40  Mecca was his hometown. Mecca was his hometown. So it was hisright to live in Mecca.</w:t>
      </w:r>
      <w:r>
        <w:br/>
      </w:r>
      <w:r>
        <w:rPr>
          <w:sz w:val="20"/>
        </w:rPr>
        <w:t>18:57  To live in Mecca. But Meccan people, namely Quraysh,</w:t>
      </w:r>
      <w:r>
        <w:br/>
      </w:r>
      <w:r>
        <w:rPr>
          <w:sz w:val="20"/>
        </w:rPr>
        <w:t>19:10  wanted to Quraysh</w:t>
      </w:r>
      <w:r>
        <w:br/>
      </w:r>
      <w:r>
        <w:rPr>
          <w:sz w:val="20"/>
        </w:rPr>
        <w:t>19:18  became hostile to his mission.</w:t>
      </w:r>
      <w:r>
        <w:br/>
      </w:r>
      <w:r>
        <w:rPr>
          <w:sz w:val="20"/>
        </w:rPr>
        <w:t>19:23  They</w:t>
      </w:r>
      <w:r>
        <w:br/>
      </w:r>
      <w:r>
        <w:rPr>
          <w:sz w:val="20"/>
        </w:rPr>
        <w:t>19:33  became enemies of his mission. So under compulsion, under compulsion, he migrated from Mecca.</w:t>
      </w:r>
      <w:r>
        <w:br/>
      </w:r>
      <w:r>
        <w:rPr>
          <w:sz w:val="20"/>
        </w:rPr>
        <w:t>19:45  So it was injustice. Injustice. But he never said that it is injustice. He silently migrated from Mecca to Madinah.</w:t>
      </w:r>
      <w:r>
        <w:br/>
      </w:r>
      <w:r>
        <w:rPr>
          <w:sz w:val="20"/>
        </w:rPr>
        <w:t>19:58  Silently, without any protest, without any complaint.</w:t>
      </w:r>
      <w:r>
        <w:br/>
      </w:r>
      <w:r>
        <w:rPr>
          <w:sz w:val="20"/>
        </w:rPr>
        <w:t>20:05  Also, it was against his rights, against the principle of justice. And then when he reached Madinah, he never complained.</w:t>
      </w:r>
      <w:r>
        <w:br/>
      </w:r>
      <w:r>
        <w:rPr>
          <w:sz w:val="20"/>
        </w:rPr>
        <w:t>20:21  He never uttered a single word against Quraysh</w:t>
      </w:r>
      <w:r>
        <w:br/>
      </w:r>
      <w:r>
        <w:rPr>
          <w:sz w:val="20"/>
        </w:rPr>
        <w:t>20:26  that they committed injustice. Never, never, never. So the Prophet never bracketed the question of justice with migration.</w:t>
      </w:r>
      <w:r>
        <w:br/>
      </w:r>
      <w:r>
        <w:rPr>
          <w:sz w:val="20"/>
        </w:rPr>
        <w:t>20:45  Why?</w:t>
      </w:r>
      <w:r>
        <w:br/>
      </w:r>
      <w:r>
        <w:rPr>
          <w:sz w:val="20"/>
        </w:rPr>
        <w:t>20:48  The Prophet only saw that in Madinah, there are some opportunities which are not available in Mecca.</w:t>
      </w:r>
      <w:r>
        <w:br/>
      </w:r>
      <w:r>
        <w:rPr>
          <w:sz w:val="20"/>
        </w:rPr>
        <w:t>21:01  So although it was injustice, although it was against all the principles of justice, but without complaining, without protesting, he saw the opportunities.</w:t>
      </w:r>
      <w:r>
        <w:br/>
      </w:r>
      <w:r>
        <w:rPr>
          <w:sz w:val="20"/>
        </w:rPr>
        <w:t>21:18  He saw the opportunities that were available in Madinah. So he migrated and tried to avail all those opportunities.</w:t>
      </w:r>
      <w:r>
        <w:br/>
      </w:r>
      <w:r>
        <w:rPr>
          <w:sz w:val="20"/>
        </w:rPr>
        <w:t>21:29  This was a prophetic principle. Then the other example is that after migration, that is Hijrah, Quraysh</w:t>
      </w:r>
      <w:r>
        <w:br/>
      </w:r>
      <w:r>
        <w:rPr>
          <w:sz w:val="20"/>
        </w:rPr>
        <w:t>21:46  organized some attacks.</w:t>
      </w:r>
      <w:r>
        <w:br/>
      </w:r>
      <w:r>
        <w:rPr>
          <w:sz w:val="20"/>
        </w:rPr>
        <w:t>21:51  They</w:t>
      </w:r>
      <w:r>
        <w:br/>
      </w:r>
      <w:r>
        <w:rPr>
          <w:sz w:val="20"/>
        </w:rPr>
        <w:t>21:57  attacked Mecca. They showed aggression. There was some battle.</w:t>
      </w:r>
      <w:r>
        <w:br/>
      </w:r>
      <w:r>
        <w:rPr>
          <w:sz w:val="20"/>
        </w:rPr>
        <w:t>22:05  Some battle. Like the Battle of Badr, Battle of Uhud.</w:t>
      </w:r>
      <w:r>
        <w:br/>
      </w:r>
      <w:r>
        <w:rPr>
          <w:sz w:val="20"/>
        </w:rPr>
        <w:t>22:12  So he wanted to make a settlement between himself and Quraysh.</w:t>
      </w:r>
      <w:r>
        <w:br/>
      </w:r>
      <w:r>
        <w:rPr>
          <w:sz w:val="20"/>
        </w:rPr>
        <w:t>22:23  There was a negotiation at Hudaybiyah. Hudaybiyah. So during these negotiations,</w:t>
      </w:r>
      <w:r>
        <w:br/>
      </w:r>
      <w:r>
        <w:rPr>
          <w:sz w:val="20"/>
        </w:rPr>
        <w:t>22:37  the Prophet finalized an agreement. In this agreement, all the justice, all the principles of justice were denied.</w:t>
      </w:r>
      <w:r>
        <w:br/>
      </w:r>
      <w:r>
        <w:rPr>
          <w:sz w:val="20"/>
        </w:rPr>
        <w:t>22:51  You can see the provisions attached to the Hudaybiyah agreement that it was completely injustice.</w:t>
      </w:r>
      <w:r>
        <w:br/>
      </w:r>
      <w:r>
        <w:rPr>
          <w:sz w:val="20"/>
        </w:rPr>
        <w:t>23:03  All the principles of justice were denied in this agreement.</w:t>
      </w:r>
      <w:r>
        <w:br/>
      </w:r>
      <w:r>
        <w:rPr>
          <w:sz w:val="20"/>
        </w:rPr>
        <w:t>23:08  It was finalized on unilateral conditions.</w:t>
      </w:r>
      <w:r>
        <w:br/>
      </w:r>
      <w:r>
        <w:rPr>
          <w:sz w:val="20"/>
        </w:rPr>
        <w:t>23:17  Unilateral conditions. No condition of the Prophet was met in this agreement except peace</w:t>
      </w:r>
      <w:r>
        <w:br/>
      </w:r>
      <w:r>
        <w:rPr>
          <w:sz w:val="20"/>
        </w:rPr>
        <w:t>23:31  . So here the Prophet achieved peace without justice.</w:t>
      </w:r>
      <w:r>
        <w:br/>
      </w:r>
      <w:r>
        <w:rPr>
          <w:sz w:val="20"/>
        </w:rPr>
        <w:t>23:41  Here he detached the question of peace with the question of justice.</w:t>
      </w:r>
      <w:r>
        <w:br/>
      </w:r>
      <w:r>
        <w:rPr>
          <w:sz w:val="20"/>
        </w:rPr>
        <w:t>23:49  In the Hudaybiyah agreement, the Hudaybiyah agreement is a clear example that the Prophet detached, the Prophet delinked the question of justice and the question of peace.</w:t>
      </w:r>
    </w:p>
    <w:p>
      <w:pPr>
        <w:pStyle w:val="Heading2"/>
      </w:pPr>
      <w:r>
        <w:t>Thinking as art of conversion in life and nature</w:t>
      </w:r>
    </w:p>
    <w:p>
      <w:r>
        <w:rPr>
          <w:color w:val="666666"/>
          <w:sz w:val="18"/>
        </w:rPr>
        <w:t>From The Spiritual Tree 28 Nov, 2010 - Maulana Wahiduddin Khan · 4m 26s · at 24:01 · https://youtu.be/LDMY7FjQRIE?t=1441</w:t>
      </w:r>
    </w:p>
    <w:p>
      <w:r>
        <w:rPr>
          <w:i/>
        </w:rPr>
        <w:t>“Sochne ka ek bohat important principle hai comparison”</w:t>
      </w:r>
    </w:p>
    <w:p>
      <w:r>
        <w:rPr>
          <w:sz w:val="20"/>
        </w:rPr>
        <w:t>24:01  sochne ka ek bahut hi important jo principle hai, woh hai comparison. in comparison that we understand.</w:t>
      </w:r>
      <w:r>
        <w:br/>
      </w:r>
      <w:r>
        <w:rPr>
          <w:sz w:val="20"/>
        </w:rPr>
        <w:t>24:10  turaf al-ashya compare karein aap. jaise maine kaha ke aap compare karein ke aap ki jeb mein mobile hai.</w:t>
      </w:r>
      <w:r>
        <w:br/>
      </w:r>
      <w:r>
        <w:rPr>
          <w:sz w:val="20"/>
        </w:rPr>
        <w:t>24:20  aur within minute aap kahin se kahin baat karne lagte hain. aur doosri zabaan mein aisa mumkin nahin tha. to compare kar ke dekhiye.</w:t>
      </w:r>
      <w:r>
        <w:br/>
      </w:r>
      <w:r>
        <w:rPr>
          <w:sz w:val="20"/>
        </w:rPr>
        <w:t>24:31  ke aap kehte hain ke america dushman hai. to yeh sab kyun kar raha hai? america woh kaam kyun kar raha hai jo hadith mein aap ko bataya gaya hai ke basir-e-zamana bano.</w:t>
      </w:r>
      <w:r>
        <w:br/>
      </w:r>
      <w:r>
        <w:rPr>
          <w:sz w:val="20"/>
        </w:rPr>
        <w:t>24:42  ab woh aap ko apne kharch par basir-e-zamana bana rahe hain. yeh sochna. yeh sochna.</w:t>
      </w:r>
      <w:r>
        <w:br/>
      </w:r>
      <w:r>
        <w:rPr>
          <w:sz w:val="20"/>
        </w:rPr>
        <w:t>24:54  sochne ka kya kamaal hai? sochna ko main kahunga ke art of conversion.</w:t>
      </w:r>
      <w:r>
        <w:br/>
      </w:r>
      <w:r>
        <w:rPr>
          <w:sz w:val="20"/>
        </w:rPr>
        <w:t>25:01  art of conversion. yaani kisi item ko soch kar ke us ko minus ko plus banana. yeh sochna.</w:t>
      </w:r>
      <w:r>
        <w:br/>
      </w:r>
      <w:r>
        <w:rPr>
          <w:sz w:val="20"/>
        </w:rPr>
        <w:t>25:13  poora poora yeh jo nizam hai Khuda ka, yeh conversion par qaim hai. poora poora nizam. yaani aap pani peete hain, pani kya hai?</w:t>
      </w:r>
      <w:r>
        <w:br/>
      </w:r>
      <w:r>
        <w:rPr>
          <w:sz w:val="20"/>
        </w:rPr>
        <w:t>25:25  woh conversion hai. do gases convert ho gayin to pani ban gaya.</w:t>
      </w:r>
      <w:r>
        <w:br/>
      </w:r>
      <w:r>
        <w:rPr>
          <w:sz w:val="20"/>
        </w:rPr>
        <w:t>25:31  aap khana khate hain, woh kya hai? woh conversion hai. soil jo hai, convert ho gaya to woh ghung aur chawal ban gaya.</w:t>
      </w:r>
      <w:r>
        <w:br/>
      </w:r>
      <w:r>
        <w:rPr>
          <w:sz w:val="20"/>
        </w:rPr>
        <w:t>25:40  sab conversion hai. yeh jo yeh glass hai, yeh sheesha, sheesha conversion hai. ek pathar jo hai, convert hua to woh sheesha ban gaya, glass ban gaya.</w:t>
      </w:r>
      <w:r>
        <w:br/>
      </w:r>
      <w:r>
        <w:rPr>
          <w:sz w:val="20"/>
        </w:rPr>
        <w:t>25:53  jisko kehte hain silicon. to conversion par poora creation qaim hai.</w:t>
      </w:r>
      <w:r>
        <w:br/>
      </w:r>
      <w:r>
        <w:rPr>
          <w:sz w:val="20"/>
        </w:rPr>
        <w:t>26:02  sitare jo hain, suraj jo hai, kya hai? woh bhi matter convert ho gaya to roshni ban gayi.</w:t>
      </w:r>
      <w:r>
        <w:br/>
      </w:r>
      <w:r>
        <w:rPr>
          <w:sz w:val="20"/>
        </w:rPr>
        <w:t>26:11  to you have to learn the art of conversion.</w:t>
      </w:r>
      <w:r>
        <w:br/>
      </w:r>
      <w:r>
        <w:rPr>
          <w:sz w:val="20"/>
        </w:rPr>
        <w:t>26:17  tab shikayatein aur jo bhi negative item hai, inko aap convert karenge to har negative positive ban jayega.</w:t>
      </w:r>
      <w:r>
        <w:br/>
      </w:r>
      <w:r>
        <w:rPr>
          <w:sz w:val="20"/>
        </w:rPr>
        <w:t>26:26  har minus plus ban jayega. to sochne par jo quran ko aap padhein to</w:t>
      </w:r>
      <w:r>
        <w:br/>
      </w:r>
      <w:r>
        <w:rPr>
          <w:sz w:val="20"/>
        </w:rPr>
        <w:t>26:34  quran mein bhara hua hai ke socho, aql se kaam lo, ghor karo. tafakkur, tadabbur, ta'aqqul, tabassum, mukhtalif alfaaz mein.</w:t>
      </w:r>
      <w:r>
        <w:br/>
      </w:r>
      <w:r>
        <w:rPr>
          <w:sz w:val="20"/>
        </w:rPr>
        <w:t>26:52  afla ta'aqquloon, afla ta'aqquloon, ke sochte nahi tum, apni aql se kaam nahi lete. to sochna kya hai? sochna yahi hai.</w:t>
      </w:r>
      <w:r>
        <w:br/>
      </w:r>
      <w:r>
        <w:rPr>
          <w:sz w:val="20"/>
        </w:rPr>
        <w:t>27:03  yani convert kar sakna. art of conversion jo hai, woh isi ka naam hai sochna.</w:t>
      </w:r>
      <w:r>
        <w:br/>
      </w:r>
      <w:r>
        <w:rPr>
          <w:sz w:val="20"/>
        </w:rPr>
        <w:t>27:10  kyunki zindagi dekhiye, zindagi allah taala ne banayi hai is tareeqe se, woh to kaanton se bhari rahegi. gulab aur peed ko dekhiye aap, kya woh koi, usne koi crime kiya hai usne?</w:t>
      </w:r>
      <w:r>
        <w:br/>
      </w:r>
      <w:r>
        <w:rPr>
          <w:sz w:val="20"/>
        </w:rPr>
        <w:t>27:24  lekin kaante hain iske, iske branches par kaante hain.</w:t>
      </w:r>
      <w:r>
        <w:br/>
      </w:r>
      <w:r>
        <w:rPr>
          <w:sz w:val="20"/>
        </w:rPr>
        <w:t>27:29  ab ghor kijiye. yani ek poda dekhiye gulab ka, aap dekhein iske branches mein kaante hain.</w:t>
      </w:r>
      <w:r>
        <w:br/>
      </w:r>
      <w:r>
        <w:rPr>
          <w:sz w:val="20"/>
        </w:rPr>
        <w:t>27:38  to kya koi crime kiya hai gulab ne? woh saza di gayi ke usko kaanton mein daal diya gaya.</w:t>
      </w:r>
      <w:r>
        <w:br/>
      </w:r>
      <w:r>
        <w:rPr>
          <w:sz w:val="20"/>
        </w:rPr>
        <w:t>27:45  nahi, that is law of nature. phool hai, kaante bhi hain iske saath saath. gulab ka jo poda hai, jo plant hai, ismein ek taraf phool hain, doosri taraf kaante bhi hain.</w:t>
      </w:r>
      <w:r>
        <w:br/>
      </w:r>
      <w:r>
        <w:rPr>
          <w:sz w:val="20"/>
        </w:rPr>
        <w:t>28:00  yeh hai zindagi. yeh tamseel hai ke zindagi jo hai,</w:t>
      </w:r>
      <w:r>
        <w:br/>
      </w:r>
      <w:r>
        <w:rPr>
          <w:sz w:val="20"/>
        </w:rPr>
        <w:t>28:05  phool phool se nahi rahenge, ismein kaante bhi rahenge. to aap ko kya hai? kaanton mein phool ko dekhna.</w:t>
      </w:r>
      <w:r>
        <w:br/>
      </w:r>
      <w:r>
        <w:rPr>
          <w:sz w:val="20"/>
        </w:rPr>
        <w:t>28:16  negative ko positive mein convert karna. minus ko plus banana.</w:t>
      </w:r>
      <w:r>
        <w:br/>
      </w:r>
      <w:r>
        <w:rPr>
          <w:sz w:val="20"/>
        </w:rPr>
        <w:t>28:22  yeh hai.</w:t>
      </w:r>
    </w:p>
    <w:p>
      <w:pPr>
        <w:pStyle w:val="Heading2"/>
      </w:pPr>
      <w:r>
        <w:t>Lockdown opportunity for duty and citizenship</w:t>
      </w:r>
    </w:p>
    <w:p>
      <w:r>
        <w:rPr>
          <w:color w:val="666666"/>
          <w:sz w:val="18"/>
        </w:rPr>
        <w:t>Prayer for the Country April 05, 2020 Maulana Wahiduddin Khan · 4m 08s · at 0:28 · https://youtu.be/9Fh70tItjlQ?t=28</w:t>
      </w:r>
    </w:p>
    <w:p>
      <w:r>
        <w:rPr>
          <w:i/>
        </w:rPr>
        <w:t>“Aap jaante hain ke aaj kal hamare yahan lockdown ka mamla hai.”</w:t>
      </w:r>
    </w:p>
    <w:p>
      <w:r>
        <w:rPr>
          <w:sz w:val="20"/>
        </w:rPr>
        <w:t>0:28  aap jante hain ke aaj kal hamare haan lockdown ka muamla hai.</w:t>
      </w:r>
      <w:r>
        <w:br/>
      </w:r>
      <w:r>
        <w:rPr>
          <w:sz w:val="20"/>
        </w:rPr>
        <w:t>0:38  main samajhta hoon ke yeh hamare liye aik nemat ka moqa hai. hum sab logon ke liye moqa hai ke woh introspection karen.</w:t>
      </w:r>
      <w:r>
        <w:br/>
      </w:r>
      <w:r>
        <w:rPr>
          <w:sz w:val="20"/>
        </w:rPr>
        <w:t>0:53  hamare liye moqa hai ke hum mulk ke logon ki taraqqi ke liye duaen karen.</w:t>
      </w:r>
      <w:r>
        <w:br/>
      </w:r>
      <w:r>
        <w:rPr>
          <w:sz w:val="20"/>
        </w:rPr>
        <w:t>1:04  taake hum acha, meherban, mile jule, aap ka mahol bane, is ke liye duaen karen.</w:t>
      </w:r>
      <w:r>
        <w:br/>
      </w:r>
      <w:r>
        <w:rPr>
          <w:sz w:val="20"/>
        </w:rPr>
        <w:t>1:17  main samajhta hoon ke aam halaat mein log itne busy rehte hain ke</w:t>
      </w:r>
      <w:r>
        <w:br/>
      </w:r>
      <w:r>
        <w:rPr>
          <w:sz w:val="20"/>
        </w:rPr>
        <w:t>1:28  mulk ke liye kam soch paate hain. aaj kal hamare liye bohat acha moqa hai ke hum mulk ki</w:t>
      </w:r>
      <w:r>
        <w:br/>
      </w:r>
      <w:r>
        <w:rPr>
          <w:sz w:val="20"/>
        </w:rPr>
        <w:t>1:45  taraqqi ke liye sochen. Allah se mulk ke liye duaen karen. Allah se logon ke liye duaen karen.</w:t>
      </w:r>
      <w:r>
        <w:br/>
      </w:r>
      <w:r>
        <w:rPr>
          <w:sz w:val="20"/>
        </w:rPr>
        <w:t>2:03  Allah hamein tofeeq de ke hum</w:t>
      </w:r>
      <w:r>
        <w:br/>
      </w:r>
      <w:r>
        <w:rPr>
          <w:sz w:val="20"/>
        </w:rPr>
        <w:t>2:11  mulk ke liye achhe shehri banen.</w:t>
      </w:r>
      <w:r>
        <w:br/>
      </w:r>
      <w:r>
        <w:rPr>
          <w:sz w:val="20"/>
        </w:rPr>
        <w:t>2:22  yeh</w:t>
      </w:r>
      <w:r>
        <w:br/>
      </w:r>
      <w:r>
        <w:rPr>
          <w:sz w:val="20"/>
        </w:rPr>
        <w:t>2:26  hamare liye hamesha aik duty ki baat hai. yeh aaj kal hamein moqa mil gaya hai ke hum apni duty ko ziyada se ziyada pehchanen.</w:t>
      </w:r>
      <w:r>
        <w:br/>
      </w:r>
      <w:r>
        <w:rPr>
          <w:sz w:val="20"/>
        </w:rPr>
        <w:t>2:42  main dua karta hoon ke Allah hum sab ko duty conscious banaye. duty conscious. hum</w:t>
      </w:r>
      <w:r>
        <w:br/>
      </w:r>
      <w:r>
        <w:rPr>
          <w:sz w:val="20"/>
        </w:rPr>
        <w:t>2:57  hukumat ke order ka paalan karen.</w:t>
      </w:r>
      <w:r>
        <w:br/>
      </w:r>
      <w:r>
        <w:rPr>
          <w:sz w:val="20"/>
        </w:rPr>
        <w:t>3:04  hukumat ki jo hidayat hain, un ko hum janen aur is ke mutabiq chalen. isi mein mulk ki taraqqi hai.</w:t>
      </w:r>
      <w:r>
        <w:br/>
      </w:r>
      <w:r>
        <w:rPr>
          <w:sz w:val="20"/>
        </w:rPr>
        <w:t>3:24  main to yeh kaha yeh ke main hamesha dua karta rehta hoon. to aaj kal mujhe aur ziyada moqa hai ke hum dua karen apne liye, apne logon ke liye,</w:t>
      </w:r>
      <w:r>
        <w:br/>
      </w:r>
      <w:r>
        <w:rPr>
          <w:sz w:val="20"/>
        </w:rPr>
        <w:t>3:42  poore mulk ke liye.</w:t>
      </w:r>
      <w:r>
        <w:br/>
      </w:r>
      <w:r>
        <w:rPr>
          <w:sz w:val="20"/>
        </w:rPr>
        <w:t>3:49  yehi hum sab ko karna hai. khaas tor par in halaat mein hukumat ki taraf se jo hidayat jari ki jayen,</w:t>
      </w:r>
      <w:r>
        <w:br/>
      </w:r>
      <w:r>
        <w:rPr>
          <w:sz w:val="20"/>
        </w:rPr>
        <w:t>4:06  is ko hum achhi tarah se janen aur is ko poori tarah se paalan karen. Allah hamein tofeeq de ke hum is mulk ke</w:t>
      </w:r>
      <w:r>
        <w:br/>
      </w:r>
      <w:r>
        <w:rPr>
          <w:sz w:val="20"/>
        </w:rPr>
        <w:t>4:24  achhe shehri banen. is mulk ki taraqqi mein hum se izafa ho.</w:t>
      </w:r>
    </w:p>
    <w:p>
      <w:pPr>
        <w:pStyle w:val="Heading2"/>
      </w:pPr>
      <w:r>
        <w:t>The law of patience and creativity from Quran</w:t>
      </w:r>
    </w:p>
    <w:p>
      <w:r>
        <w:rPr>
          <w:color w:val="666666"/>
          <w:sz w:val="18"/>
        </w:rPr>
        <w:t>Patience and Creative Thinking April 20, 2020 Maulana Wahiduddin Khan · 5m 48s · at 1:03 · https://youtu.be/zhpSQwyj_6Q?t=63</w:t>
      </w:r>
    </w:p>
    <w:p>
      <w:r>
        <w:rPr>
          <w:i/>
        </w:rPr>
        <w:t>“Izn ka matlab hai Allah ke qanoon se, fitrat ke qanoon se”</w:t>
      </w:r>
    </w:p>
    <w:p>
      <w:r>
        <w:rPr>
          <w:sz w:val="20"/>
        </w:rPr>
        <w:t>1:03  izn ka matlab hai Allah ke qanoon se, fitrat ke qanoon se.</w:t>
      </w:r>
      <w:r>
        <w:br/>
      </w:r>
      <w:r>
        <w:rPr>
          <w:sz w:val="20"/>
        </w:rPr>
        <w:t>1:12  woh kya hai? woh hai sabr, patience, wallahu ma'a al-sabireen. yani Allah ke is qanoon ka faida is ko milta hai jo sabr ka saboot de, patience ka saboot de.</w:t>
      </w:r>
      <w:r>
        <w:br/>
      </w:r>
      <w:r>
        <w:rPr>
          <w:sz w:val="20"/>
        </w:rPr>
        <w:t>1:41  is ayat ko</w:t>
      </w:r>
      <w:r>
        <w:br/>
      </w:r>
      <w:r>
        <w:rPr>
          <w:sz w:val="20"/>
        </w:rPr>
        <w:t>1:46  bohat din tak woh sochta raha, phir mujhe aik research mili. aik research hui hai, ghaliban America mein.</w:t>
      </w:r>
      <w:r>
        <w:br/>
      </w:r>
      <w:r>
        <w:rPr>
          <w:sz w:val="20"/>
        </w:rPr>
        <w:t>2:00  woh bohat hi ajeeb o ghareeb research hai,</w:t>
      </w:r>
      <w:r>
        <w:br/>
      </w:r>
      <w:r>
        <w:rPr>
          <w:sz w:val="20"/>
        </w:rPr>
        <w:t>2:04  jo</w:t>
      </w:r>
      <w:r>
        <w:br/>
      </w:r>
      <w:r>
        <w:rPr>
          <w:sz w:val="20"/>
        </w:rPr>
        <w:t>2:08  qanoon mein di hui is law ko confirm karti hai.</w:t>
      </w:r>
      <w:r>
        <w:br/>
      </w:r>
      <w:r>
        <w:rPr>
          <w:sz w:val="20"/>
        </w:rPr>
        <w:t>2:21  woh yeh hai ke do communities,</w:t>
      </w:r>
      <w:r>
        <w:br/>
      </w:r>
      <w:r>
        <w:rPr>
          <w:sz w:val="20"/>
        </w:rPr>
        <w:t>2:30  aik</w:t>
      </w:r>
      <w:r>
        <w:br/>
      </w:r>
      <w:r>
        <w:rPr>
          <w:sz w:val="20"/>
        </w:rPr>
        <w:t>2:33  strong community, aik kamzor community, jab dono mein takrao hota hai</w:t>
      </w:r>
      <w:r>
        <w:br/>
      </w:r>
      <w:r>
        <w:rPr>
          <w:sz w:val="20"/>
        </w:rPr>
        <w:t>2:46  to agar kamzor community</w:t>
      </w:r>
      <w:r>
        <w:br/>
      </w:r>
      <w:r>
        <w:rPr>
          <w:sz w:val="20"/>
        </w:rPr>
        <w:t>2:53  sabr se kaam le, sabr, patience, patience, to woh patience ki taqat se</w:t>
      </w:r>
      <w:r>
        <w:br/>
      </w:r>
      <w:r>
        <w:rPr>
          <w:sz w:val="20"/>
        </w:rPr>
        <w:t>3:06  ghaalib aa jati hai.</w:t>
      </w:r>
      <w:r>
        <w:br/>
      </w:r>
      <w:r>
        <w:rPr>
          <w:sz w:val="20"/>
        </w:rPr>
        <w:t>3:11  to is par jo research hui hai,</w:t>
      </w:r>
      <w:r>
        <w:br/>
      </w:r>
      <w:r>
        <w:rPr>
          <w:sz w:val="20"/>
        </w:rPr>
        <w:t>3:16  is mein bataya gaya hai</w:t>
      </w:r>
      <w:r>
        <w:br/>
      </w:r>
      <w:r>
        <w:rPr>
          <w:sz w:val="20"/>
        </w:rPr>
        <w:t>3:22  ke patience,</w:t>
      </w:r>
      <w:r>
        <w:br/>
      </w:r>
      <w:r>
        <w:rPr>
          <w:sz w:val="20"/>
        </w:rPr>
        <w:t>3:28  jo community patience par qaim rehti hai,</w:t>
      </w:r>
      <w:r>
        <w:br/>
      </w:r>
      <w:r>
        <w:rPr>
          <w:sz w:val="20"/>
        </w:rPr>
        <w:t>3:38  to is ke andar</w:t>
      </w:r>
      <w:r>
        <w:br/>
      </w:r>
      <w:r>
        <w:rPr>
          <w:sz w:val="20"/>
        </w:rPr>
        <w:t>3:42  creativity barhti hai.</w:t>
      </w:r>
      <w:r>
        <w:br/>
      </w:r>
      <w:r>
        <w:rPr>
          <w:sz w:val="20"/>
        </w:rPr>
        <w:t>3:46  yani taqatwar community, taqatwar ka matlab adad ziyada ho, ziyada adad wali community</w:t>
      </w:r>
      <w:r>
        <w:br/>
      </w:r>
      <w:r>
        <w:rPr>
          <w:sz w:val="20"/>
        </w:rPr>
        <w:t>4:01  par kam adad wali community patience se kaam leti hai. patience ka matlab yeh hai ke woh bajaye takrao karne ke,</w:t>
      </w:r>
      <w:r>
        <w:br/>
      </w:r>
      <w:r>
        <w:rPr>
          <w:sz w:val="20"/>
        </w:rPr>
        <w:t>4:18  negative</w:t>
      </w:r>
      <w:r>
        <w:br/>
      </w:r>
      <w:r>
        <w:rPr>
          <w:sz w:val="20"/>
        </w:rPr>
        <w:t>4:22  reaction dikhane ke bajaye,</w:t>
      </w:r>
      <w:r>
        <w:br/>
      </w:r>
      <w:r>
        <w:rPr>
          <w:sz w:val="20"/>
        </w:rPr>
        <w:t>4:29  woh</w:t>
      </w:r>
      <w:r>
        <w:br/>
      </w:r>
      <w:r>
        <w:rPr>
          <w:sz w:val="20"/>
        </w:rPr>
        <w:t>4:33  khamosh planning karti hai. khamosh planning.</w:t>
      </w:r>
      <w:r>
        <w:br/>
      </w:r>
      <w:r>
        <w:rPr>
          <w:sz w:val="20"/>
        </w:rPr>
        <w:t>4:40  to khamosh planning karne wali jo community hai,</w:t>
      </w:r>
      <w:r>
        <w:br/>
      </w:r>
      <w:r>
        <w:rPr>
          <w:sz w:val="20"/>
        </w:rPr>
        <w:t>4:47  us ke andar</w:t>
      </w:r>
      <w:r>
        <w:br/>
      </w:r>
      <w:r>
        <w:rPr>
          <w:sz w:val="20"/>
        </w:rPr>
        <w:t>4:53  creativity barh jati hai.</w:t>
      </w:r>
      <w:r>
        <w:br/>
      </w:r>
      <w:r>
        <w:rPr>
          <w:sz w:val="20"/>
        </w:rPr>
        <w:t>4:58  aur doosri taraf, doosri community</w:t>
      </w:r>
      <w:r>
        <w:br/>
      </w:r>
      <w:r>
        <w:rPr>
          <w:sz w:val="20"/>
        </w:rPr>
        <w:t>5:07  creativity karne lagti hai.</w:t>
      </w:r>
      <w:r>
        <w:br/>
      </w:r>
      <w:r>
        <w:rPr>
          <w:sz w:val="20"/>
        </w:rPr>
        <w:t>5:15  is qanoon mein, yeh qanoon jo surah fiqh mein bataya gaya hai,</w:t>
      </w:r>
      <w:r>
        <w:br/>
      </w:r>
      <w:r>
        <w:rPr>
          <w:sz w:val="20"/>
        </w:rPr>
        <w:t>5:24  ek bohat ahem baat batayi gayi hai, bohat ahem baat, ke is duniya mein patience asal taqat hai.</w:t>
      </w:r>
      <w:r>
        <w:br/>
      </w:r>
      <w:r>
        <w:rPr>
          <w:sz w:val="20"/>
        </w:rPr>
        <w:t>5:38  is duniya mein patience asal taqat hai.</w:t>
      </w:r>
      <w:r>
        <w:br/>
      </w:r>
      <w:r>
        <w:rPr>
          <w:sz w:val="20"/>
        </w:rPr>
        <w:t>5:48  kyunke patience ka nateeja yeh hota hai ke aadmi sochta hai, planning karta hai,</w:t>
      </w:r>
      <w:r>
        <w:br/>
      </w:r>
      <w:r>
        <w:rPr>
          <w:sz w:val="20"/>
        </w:rPr>
        <w:t>6:02  to is tareeqe se is ki creativity barhti hai.</w:t>
      </w:r>
      <w:r>
        <w:br/>
      </w:r>
      <w:r>
        <w:rPr>
          <w:sz w:val="20"/>
        </w:rPr>
        <w:t>6:09  aur creativity barhte barhte yeh halat hota hai ke ek waqt aata hai</w:t>
      </w:r>
      <w:r>
        <w:br/>
      </w:r>
      <w:r>
        <w:rPr>
          <w:sz w:val="20"/>
        </w:rPr>
        <w:t>6:18  ke ek community un creative ban jati hai aur doosri community creative ban jati hai.</w:t>
      </w:r>
      <w:r>
        <w:br/>
      </w:r>
      <w:r>
        <w:rPr>
          <w:sz w:val="20"/>
        </w:rPr>
        <w:t>6:32  ek un creative aur doosri creative.</w:t>
      </w:r>
      <w:r>
        <w:br/>
      </w:r>
      <w:r>
        <w:rPr>
          <w:sz w:val="20"/>
        </w:rPr>
        <w:t>6:40  to is tareeqe se ghalbat ka matlab yeh nahi ke hukoomat, yeh hukoomat ke maani mein nahi hai,</w:t>
      </w:r>
    </w:p>
    <w:p>
      <w:pPr>
        <w:pStyle w:val="Heading2"/>
      </w:pPr>
      <w:r>
        <w:t>Hadith: one master rule for life, don't be angry</w:t>
      </w:r>
    </w:p>
    <w:p>
      <w:r>
        <w:rPr>
          <w:color w:val="666666"/>
          <w:sz w:val="18"/>
        </w:rPr>
        <w:t>Fasting A Source of Spiritual Empowerment August 21, 2011 Maulana Wahiduddin Khan · 3m 37s · at 38:48 · https://youtu.be/Z0EbPlujcf0?t=2328</w:t>
      </w:r>
    </w:p>
    <w:p>
      <w:r>
        <w:rPr>
          <w:i/>
        </w:rPr>
        <w:t>“Ek aadmi Rasoolullah ke paas aaya aur poocha”</w:t>
      </w:r>
    </w:p>
    <w:p>
      <w:r>
        <w:rPr>
          <w:sz w:val="20"/>
        </w:rPr>
        <w:t>38:48  . aik baar aik aadmi rasool ALLAH sallallahu alaihi wasallam ke paas aaya. to is ne kaha ke ya rasool ALLAH aalmani kalmaat aisha behan wala taqseer alaihi fa inasa bara ajeeb sawal kiya is ne.</w:t>
      </w:r>
      <w:r>
        <w:br/>
      </w:r>
      <w:r>
        <w:rPr>
          <w:sz w:val="20"/>
        </w:rPr>
        <w:t>39:09  is ne kaha ke aey ALLAH ke rasool</w:t>
      </w:r>
      <w:r>
        <w:br/>
      </w:r>
      <w:r>
        <w:rPr>
          <w:sz w:val="20"/>
        </w:rPr>
        <w:t>39:14  mujhe koi baat bataiye.</w:t>
      </w:r>
      <w:r>
        <w:br/>
      </w:r>
      <w:r>
        <w:rPr>
          <w:sz w:val="20"/>
        </w:rPr>
        <w:t>39:21  lekin woh lambi baat na ho ke main bhool jaon.</w:t>
      </w:r>
      <w:r>
        <w:br/>
      </w:r>
      <w:r>
        <w:rPr>
          <w:sz w:val="20"/>
        </w:rPr>
        <w:t>39:29  aur isi mein jee sakoon. wohi meri master formula ban jaye zindagi ka.</w:t>
      </w:r>
      <w:r>
        <w:br/>
      </w:r>
      <w:r>
        <w:rPr>
          <w:sz w:val="20"/>
        </w:rPr>
        <w:t>39:41  yun doosre lafzon mein kahoon ga ke ke is ne kaha ke o o prophet give me a master advice to manage all the affairs of my life.</w:t>
      </w:r>
      <w:r>
        <w:br/>
      </w:r>
      <w:r>
        <w:rPr>
          <w:sz w:val="20"/>
        </w:rPr>
        <w:t>39:58  to aap ne farmaya kya la taghzab ghussa tum ghussa na karo. don't be angry.</w:t>
      </w:r>
      <w:r>
        <w:br/>
      </w:r>
      <w:r>
        <w:rPr>
          <w:sz w:val="20"/>
        </w:rPr>
        <w:t>40:08  ab dekhiye ke is ka mut</w:t>
      </w:r>
      <w:r>
        <w:br/>
      </w:r>
      <w:r>
        <w:rPr>
          <w:sz w:val="20"/>
        </w:rPr>
        <w:t>40:09  labab kya hua? is ka matlab yeh hai.</w:t>
      </w:r>
      <w:r>
        <w:br/>
      </w:r>
      <w:r>
        <w:rPr>
          <w:sz w:val="20"/>
        </w:rPr>
        <w:t>40:13  ke agar lafz badal kar ka matlab banayein to yeh ho ga keep patience at the time of provocation.</w:t>
      </w:r>
      <w:r>
        <w:br/>
      </w:r>
      <w:r>
        <w:rPr>
          <w:sz w:val="20"/>
        </w:rPr>
        <w:t>40:23  yeh to matlab banega. ghussa kab aata hai? jab koi aap ko bharkaye aap ko mushtael kare koi aap ko provoke karay. khwamkhwah ghussa nahi aata kisi ko.</w:t>
      </w:r>
      <w:r>
        <w:br/>
      </w:r>
      <w:r>
        <w:rPr>
          <w:sz w:val="20"/>
        </w:rPr>
        <w:t>40:36  aisa koi aadmi nahi jo khwamkhwah hi ghussa karay.</w:t>
      </w:r>
      <w:r>
        <w:br/>
      </w:r>
      <w:r>
        <w:rPr>
          <w:sz w:val="20"/>
        </w:rPr>
        <w:t>40:41  kisi bagh mein baitha hua akele wahan ghussa karne lage woh. nahi ghussa samaj mein aata hai. logon ke darmiyan aata hai. jab koi aap ko provoke karta hai koi bharkata hai.</w:t>
      </w:r>
      <w:r>
        <w:br/>
      </w:r>
      <w:r>
        <w:rPr>
          <w:sz w:val="20"/>
        </w:rPr>
        <w:t>40:55  to aap yeh jo farmaya ke la taghzab zindagi ke master ki ghussa na karo.</w:t>
      </w:r>
      <w:r>
        <w:br/>
      </w:r>
      <w:r>
        <w:rPr>
          <w:sz w:val="20"/>
        </w:rPr>
        <w:t>41:05  to is ka matlab yeh hoga.</w:t>
      </w:r>
      <w:r>
        <w:br/>
      </w:r>
      <w:r>
        <w:rPr>
          <w:sz w:val="20"/>
        </w:rPr>
        <w:t>41:09  ke har haal mein sabr o tahammul ke tareeqay ikhtiyar karo.</w:t>
      </w:r>
      <w:r>
        <w:br/>
      </w:r>
      <w:r>
        <w:rPr>
          <w:sz w:val="20"/>
        </w:rPr>
        <w:t>41:19  Keep patience at the time of provocation. to yeh hai roza.</w:t>
      </w:r>
      <w:r>
        <w:br/>
      </w:r>
      <w:r>
        <w:rPr>
          <w:sz w:val="20"/>
        </w:rPr>
        <w:t>41:31  roza jo hai yahi to hai. bhook par sabr karna. piyas par sabr karna. aur sirf bhook piyas ka muamla nahi hai.</w:t>
      </w:r>
      <w:r>
        <w:br/>
      </w:r>
      <w:r>
        <w:rPr>
          <w:sz w:val="20"/>
        </w:rPr>
        <w:t>41:43  muamlaat tootnay par sabr karna. sone jaagane ke auqaat badalte hain. muamlaat badalte hain.</w:t>
      </w:r>
      <w:r>
        <w:br/>
      </w:r>
      <w:r>
        <w:rPr>
          <w:sz w:val="20"/>
        </w:rPr>
        <w:t>41:54  yani har cheez mein badlao aata hai Ramzan ke zamanay mein.</w:t>
      </w:r>
      <w:r>
        <w:br/>
      </w:r>
      <w:r>
        <w:rPr>
          <w:sz w:val="20"/>
        </w:rPr>
        <w:t>42:02  to sab is sab ko bardasht karo.</w:t>
      </w:r>
      <w:r>
        <w:br/>
      </w:r>
      <w:r>
        <w:rPr>
          <w:sz w:val="20"/>
        </w:rPr>
        <w:t>42:10  to bardasht jo hai woh sach poochien to. yani bilashuba master ki hai zindagi ki.</w:t>
      </w:r>
      <w:r>
        <w:br/>
      </w:r>
      <w:r>
        <w:rPr>
          <w:sz w:val="20"/>
        </w:rPr>
        <w:t>42:20  aur Ramzan mein isi bardasht ki tarbiyat di jati hai.</w:t>
      </w:r>
    </w:p>
    <w:p>
      <w:pPr>
        <w:pStyle w:val="Heading2"/>
      </w:pPr>
      <w:r>
        <w:t>Hadith and story of Umar's visitor</w:t>
      </w:r>
    </w:p>
    <w:p>
      <w:r>
        <w:rPr>
          <w:color w:val="666666"/>
          <w:sz w:val="18"/>
        </w:rPr>
        <w:t>When God's Name is Invoked December 21, 2019 - Interaction with Maulana Wahiduddin Khan, · 4m 56s · at 0:15 · https://youtu.be/jgNjICoo-Cw?t=15</w:t>
      </w:r>
    </w:p>
    <w:p>
      <w:r>
        <w:rPr>
          <w:i/>
        </w:rPr>
        <w:t>“Maulana ek hadith riwayat ki gayi hai.”</w:t>
      </w:r>
    </w:p>
    <w:p>
      <w:r>
        <w:rPr>
          <w:sz w:val="20"/>
        </w:rPr>
        <w:t>0:15  maulana ek hadith abu huraira aur anas bin malik se riwayat ki gayi hai, is ko mukhtalif muhaddiseen ne riwayat kiya, misaal ke taur par bazzar ne riwayat kiya hai aur doosre logon ne.</w:t>
      </w:r>
      <w:r>
        <w:br/>
      </w:r>
      <w:r>
        <w:rPr>
          <w:sz w:val="20"/>
        </w:rPr>
        <w:t>0:32  is ke alfaaz hain: "jab tum logon ko Allah ka wasta diya jaye to ruk jao" jab tum logon ko Allah ka wasta diya jaye to ruk jao.</w:t>
      </w:r>
      <w:r>
        <w:br/>
      </w:r>
      <w:r>
        <w:rPr>
          <w:sz w:val="20"/>
        </w:rPr>
        <w:t>0:42  is ka matlab kya hai?</w:t>
      </w:r>
      <w:r>
        <w:br/>
      </w:r>
      <w:r>
        <w:rPr>
          <w:sz w:val="20"/>
        </w:rPr>
        <w:t>0:52  dekhen, jahan tak main samajhta hoon, is hadith ko hum ek aur waqe se samajh sakte hain.</w:t>
      </w:r>
      <w:r>
        <w:br/>
      </w:r>
      <w:r>
        <w:rPr>
          <w:sz w:val="20"/>
        </w:rPr>
        <w:t>1:03  ek waqia aata hai ke jab hazrat umar, hazrat umar jab khaleefa thay to ek aadmi un ke ghar par un se milne ke liye aaya.</w:t>
      </w:r>
      <w:r>
        <w:br/>
      </w:r>
      <w:r>
        <w:rPr>
          <w:sz w:val="20"/>
        </w:rPr>
        <w:t>1:28  to us waqt hazrat umar so rahe thay, yeh bataya gaya un ko.</w:t>
      </w:r>
      <w:r>
        <w:br/>
      </w:r>
      <w:r>
        <w:rPr>
          <w:sz w:val="20"/>
        </w:rPr>
        <w:t>1:39  to jo darwaze par baitha hua tha, un ka khadim us ke paas baat woh baith gaye aur baatein hone lagin.</w:t>
      </w:r>
      <w:r>
        <w:br/>
      </w:r>
      <w:r>
        <w:rPr>
          <w:sz w:val="20"/>
        </w:rPr>
        <w:t>1:55  to</w:t>
      </w:r>
      <w:r>
        <w:br/>
      </w:r>
      <w:r>
        <w:rPr>
          <w:sz w:val="20"/>
        </w:rPr>
        <w:t>1:59  aane wala shakhs us ne poocha khadim se ke umar ke baray mein tumhari kya rai hai?</w:t>
      </w:r>
      <w:r>
        <w:br/>
      </w:r>
      <w:r>
        <w:rPr>
          <w:sz w:val="20"/>
        </w:rPr>
        <w:t>2:13  yani khaleefa ke baray mein tumhari kya rai hai?</w:t>
      </w:r>
      <w:r>
        <w:br/>
      </w:r>
      <w:r>
        <w:rPr>
          <w:sz w:val="20"/>
        </w:rPr>
        <w:t>2:20  to us aadmi ne kaha ke umar bohat achay aadmi hain, lekin jab un ko ghussa aata hai</w:t>
      </w:r>
      <w:r>
        <w:br/>
      </w:r>
      <w:r>
        <w:rPr>
          <w:sz w:val="20"/>
        </w:rPr>
        <w:t>2:33  to woh</w:t>
      </w:r>
      <w:r>
        <w:br/>
      </w:r>
      <w:r>
        <w:rPr>
          <w:sz w:val="20"/>
        </w:rPr>
        <w:t>2:39  bohat ziyada aapas mein aa jatay hain.</w:t>
      </w:r>
      <w:r>
        <w:br/>
      </w:r>
      <w:r>
        <w:rPr>
          <w:sz w:val="20"/>
        </w:rPr>
        <w:t>2:48  to aane walay ne kaha jo ke yaqeenan ho sakta hai ke sahabi hon woh</w:t>
      </w:r>
      <w:r>
        <w:br/>
      </w:r>
      <w:r>
        <w:rPr>
          <w:sz w:val="20"/>
        </w:rPr>
        <w:t>2:57  ke main umar ko janta hoon,</w:t>
      </w:r>
      <w:r>
        <w:br/>
      </w:r>
      <w:r>
        <w:rPr>
          <w:sz w:val="20"/>
        </w:rPr>
        <w:t>3:05  un ke ghusay ke waqt un ko chup karanay ka behtareen tareeqa yeh hai</w:t>
      </w:r>
      <w:r>
        <w:br/>
      </w:r>
      <w:r>
        <w:rPr>
          <w:sz w:val="20"/>
        </w:rPr>
        <w:t>3:14  ke tum koi ayat parh do.</w:t>
      </w:r>
      <w:r>
        <w:br/>
      </w:r>
      <w:r>
        <w:rPr>
          <w:sz w:val="20"/>
        </w:rPr>
        <w:t>3:20  is se maloom hota hai ke jo hadees parhi gayi hai, is ka matlab yeh nahi hai ghaliban ke jab chup karaya jaye,</w:t>
      </w:r>
      <w:r>
        <w:br/>
      </w:r>
      <w:r>
        <w:rPr>
          <w:sz w:val="20"/>
        </w:rPr>
        <w:t>3:35  chup karanay ka matlab nahi hai, balkay yeh hai ke koi ayat parh di jaye, koi Allah ki</w:t>
      </w:r>
      <w:r>
        <w:br/>
      </w:r>
      <w:r>
        <w:rPr>
          <w:sz w:val="20"/>
        </w:rPr>
        <w:t>3:49  quran ki koi ayat parh di jaye</w:t>
      </w:r>
      <w:r>
        <w:br/>
      </w:r>
      <w:r>
        <w:rPr>
          <w:sz w:val="20"/>
        </w:rPr>
        <w:t>3:55  to woh aadmi chup ho jayega. yeh matlab hai ghaliban is ka.</w:t>
      </w:r>
      <w:r>
        <w:br/>
      </w:r>
      <w:r>
        <w:rPr>
          <w:sz w:val="20"/>
        </w:rPr>
        <w:t>4:08  jaise main aik martaba bahar aik carforst mein tha to aane walay log baithe hue thay,</w:t>
      </w:r>
      <w:r>
        <w:br/>
      </w:r>
      <w:r>
        <w:rPr>
          <w:sz w:val="20"/>
        </w:rPr>
        <w:t>4:23  aapas mein baatein bhi kar rahay thay. to aane wala shakhs mulk ka Prime Minister tha,</w:t>
      </w:r>
      <w:r>
        <w:br/>
      </w:r>
      <w:r>
        <w:rPr>
          <w:sz w:val="20"/>
        </w:rPr>
        <w:t>4:35  bohat jalal wala aadmi tha.</w:t>
      </w:r>
      <w:r>
        <w:br/>
      </w:r>
      <w:r>
        <w:rPr>
          <w:sz w:val="20"/>
        </w:rPr>
        <w:t>4:47  to kisi ne keh diya ke Prime Minister sahib aa rahay hain. jaise hi unhon ne yeh kaha, sab</w:t>
      </w:r>
      <w:r>
        <w:br/>
      </w:r>
      <w:r>
        <w:rPr>
          <w:sz w:val="20"/>
        </w:rPr>
        <w:t>5:00  ek second mein chup ho gaye.</w:t>
      </w:r>
      <w:r>
        <w:br/>
      </w:r>
      <w:r>
        <w:rPr>
          <w:sz w:val="20"/>
        </w:rPr>
        <w:t>5:04  yeh matlab hai is ka.</w:t>
      </w:r>
    </w:p>
    <w:p>
      <w:pPr>
        <w:pStyle w:val="Heading2"/>
      </w:pPr>
      <w:r>
        <w:t>Colonial-era tourists were guests Muslims failed to invite to Islam</w:t>
      </w:r>
    </w:p>
    <w:p>
      <w:r>
        <w:rPr>
          <w:color w:val="666666"/>
          <w:sz w:val="18"/>
        </w:rPr>
        <w:t>Don't Be Angry Culture January 15, 2012 · 5m 57s · at 42:30 · https://youtu.be/NrA3X8y_FLY?t=2550</w:t>
      </w:r>
    </w:p>
    <w:p>
      <w:r>
        <w:rPr>
          <w:i/>
        </w:rPr>
        <w:t>“European qaumein Asia aur Africa mein dakhil ho gayin”</w:t>
      </w:r>
    </w:p>
    <w:p>
      <w:r>
        <w:rPr>
          <w:sz w:val="20"/>
        </w:rPr>
        <w:t>42:30  aur sab se bara nuksan jo ghusse ka hai woh kya hai? ke hum Opportunity ko bhool jate hain aur sirf Violence, inteqam yahi hamare dimagh par chha jata hai.</w:t>
      </w:r>
      <w:r>
        <w:br/>
      </w:r>
      <w:r>
        <w:rPr>
          <w:sz w:val="20"/>
        </w:rPr>
        <w:t>42:42  is ki sab se bari misaal jo is do sau saal ke andar hui hai, do sau saal.</w:t>
      </w:r>
      <w:r>
        <w:br/>
      </w:r>
      <w:r>
        <w:rPr>
          <w:sz w:val="20"/>
        </w:rPr>
        <w:t>42:49  ke European qaumein Asia aur Africa mein dakhil ho gayeen, Industrial Revolution ke baad nayi taqaton ko le kar.</w:t>
      </w:r>
      <w:r>
        <w:br/>
      </w:r>
      <w:r>
        <w:rPr>
          <w:sz w:val="20"/>
        </w:rPr>
        <w:t>43:01  unhone Muslim hukumaton ko zair kiya aur apna dabdaba qaim kiya.</w:t>
      </w:r>
      <w:r>
        <w:br/>
      </w:r>
      <w:r>
        <w:rPr>
          <w:sz w:val="20"/>
        </w:rPr>
        <w:t>43:07  aap jante hain ke</w:t>
      </w:r>
      <w:r>
        <w:br/>
      </w:r>
      <w:r>
        <w:rPr>
          <w:sz w:val="20"/>
        </w:rPr>
        <w:t>43:12  Ottoman Empire khatam hui, Mughal Empire khatam hui aur bohat si hukumatain idhar udhar jo theen sab khatam ho gayeen. unhone dabdaba qaim kiya apna.</w:t>
      </w:r>
      <w:r>
        <w:br/>
      </w:r>
      <w:r>
        <w:rPr>
          <w:sz w:val="20"/>
        </w:rPr>
        <w:t>43:20  ab Musalman sab ghusse mein aa gaye. sari dunya ke Musalman ghusse mein aa gaye.</w:t>
      </w:r>
      <w:r>
        <w:br/>
      </w:r>
      <w:r>
        <w:rPr>
          <w:sz w:val="20"/>
        </w:rPr>
        <w:t>43:27  aur laraai chhed di. mila kuch bhi nahi. yaani Nineteenth Century, Twentieth Century. do sau saal ki laraai mein kya mila? kuch bhi nahi mila.</w:t>
      </w:r>
      <w:r>
        <w:br/>
      </w:r>
      <w:r>
        <w:rPr>
          <w:sz w:val="20"/>
        </w:rPr>
        <w:t>43:36  do sau saal ki laraai mein kuch bhi nahi mila. aur nuksan kya hua? nuksan hua yeh hua ke yeh sare log aa gaye thay hamare deshon mein, hamare mulkon mein.</w:t>
      </w:r>
      <w:r>
        <w:br/>
      </w:r>
      <w:r>
        <w:rPr>
          <w:sz w:val="20"/>
        </w:rPr>
        <w:t>43:49  yeh thay madu hamare. madu. yeh sare log madu thay.</w:t>
      </w:r>
      <w:r>
        <w:br/>
      </w:r>
      <w:r>
        <w:rPr>
          <w:sz w:val="20"/>
        </w:rPr>
        <w:t>43:57  European qaumein jo aa gayeen theen Muslim mulkon mein. Colonialism ke zamane mein. nauabadiyati daur ke zamane mein.</w:t>
      </w:r>
      <w:r>
        <w:br/>
      </w:r>
      <w:r>
        <w:rPr>
          <w:sz w:val="20"/>
        </w:rPr>
        <w:t>44:09  to yeh to madu thay hamare. madu khud aa gaya daai ke paas. ab in ko dawat do.</w:t>
      </w:r>
      <w:r>
        <w:br/>
      </w:r>
      <w:r>
        <w:rPr>
          <w:sz w:val="20"/>
        </w:rPr>
        <w:t>44:18  isi ke nateejay mein dekhiye yeh hai ke is zamane mein ek bohat bari Industry nikli hai jis ko kehte hain Tourism.</w:t>
      </w:r>
      <w:r>
        <w:br/>
      </w:r>
      <w:r>
        <w:rPr>
          <w:sz w:val="20"/>
        </w:rPr>
        <w:t>44:27  Tourism. siyahati ki Industry.</w:t>
      </w:r>
      <w:r>
        <w:br/>
      </w:r>
      <w:r>
        <w:rPr>
          <w:sz w:val="20"/>
        </w:rPr>
        <w:t>44:30  pehlay aisa nahi hota tha. kyun? Communication jo ho gaya, Communication aaya, sawariyan aayeen aur aasani ho gayi aane jaane mein.</w:t>
      </w:r>
      <w:r>
        <w:br/>
      </w:r>
      <w:r>
        <w:rPr>
          <w:sz w:val="20"/>
        </w:rPr>
        <w:t>44:42  Globalization hua to ek naya ek silsila shuru hua siyahati ka. lakhon lakh log yahan se wahan jane lagay.</w:t>
      </w:r>
      <w:r>
        <w:br/>
      </w:r>
      <w:r>
        <w:rPr>
          <w:sz w:val="20"/>
        </w:rPr>
        <w:t>44:53  ab Muslim mulkon mein siyah bhi aane lagay, bohat ziyada</w:t>
      </w:r>
      <w:r>
        <w:br/>
      </w:r>
      <w:r>
        <w:rPr>
          <w:sz w:val="20"/>
        </w:rPr>
        <w:t>44:57  . lekin Musalman in siyahon ko Negative nazar se dekhte hain. samajhte hain ke yeh sab sazishi hain, hamare dushman hain yeh log.</w:t>
      </w:r>
      <w:r>
        <w:br/>
      </w:r>
      <w:r>
        <w:rPr>
          <w:sz w:val="20"/>
        </w:rPr>
        <w:t>45:06  aate hain hamare Culture kharab karne ke liye. bomb marte hain. halankay woh to madu hain. yeh sare log aa ke madu hain.</w:t>
      </w:r>
      <w:r>
        <w:br/>
      </w:r>
      <w:r>
        <w:rPr>
          <w:sz w:val="20"/>
        </w:rPr>
        <w:t>45:17  kaha madu khud aap ke haan aaya hua hai.</w:t>
      </w:r>
      <w:r>
        <w:br/>
      </w:r>
      <w:r>
        <w:rPr>
          <w:sz w:val="20"/>
        </w:rPr>
        <w:t>45:23  Allah taala ne is ummat ke liye jo sab se bara inaam rakha hai, ummat Muhammadi ke liye, woh hai dawat ilal Allah. dekhiye, namaz parhein tab bhi sawab hai, roza rakhein tab bhi sawab hai,</w:t>
      </w:r>
      <w:r>
        <w:br/>
      </w:r>
      <w:r>
        <w:rPr>
          <w:sz w:val="20"/>
        </w:rPr>
        <w:t>45:38  Hajj karein tab bhi sawab hai, lekin agar aap dawat ilal Allah ka kaam karte hain to sab se bara sawab hai. to Super sawab hai woh.</w:t>
      </w:r>
      <w:r>
        <w:br/>
      </w:r>
      <w:r>
        <w:rPr>
          <w:sz w:val="20"/>
        </w:rPr>
        <w:t>45:49  to Allah taala ne is zamane mein madu ko khud aap ke paas bhej diya. sari dunya mein Europe ke log, America ke log ghusay hue hain.</w:t>
      </w:r>
      <w:r>
        <w:br/>
      </w:r>
      <w:r>
        <w:rPr>
          <w:sz w:val="20"/>
        </w:rPr>
        <w:t>46:01  apne Business ke liye, siyahati ke liye, taleem ke liye mukhtalif, is ke liye. to in ko aap agar in ko aap ek ek dawah Opportunity ke taur par leejie aur in ko dawat deejie.</w:t>
      </w:r>
      <w:r>
        <w:br/>
      </w:r>
      <w:r>
        <w:rPr>
          <w:sz w:val="20"/>
        </w:rPr>
        <w:t>46:17  to kitna bara sawab Allah taala ke haan muqaddar hai aap ke liye. dawat ilal Allah ka sawab, salat walnaas ka sawab, logon tak sachai pohnchanay ka sawab, inzar aur tafseer ka sawab.</w:t>
      </w:r>
      <w:r>
        <w:br/>
      </w:r>
      <w:r>
        <w:rPr>
          <w:sz w:val="20"/>
        </w:rPr>
        <w:t>46:31  lekin kya hua? bas ghusse mein aa gaye. nahin, yeh to dushman hain, yeh to hamare mulkon mein aa gaye hain, in ko maro, in ko bhagao.</w:t>
      </w:r>
      <w:r>
        <w:br/>
      </w:r>
      <w:r>
        <w:rPr>
          <w:sz w:val="20"/>
        </w:rPr>
        <w:t>46:44  to yahi to hai ke ghazab aate hi Divine Wisdom khatm ho gayi. Divine Wisdom khatm hone ka matlab yeh hai ke mauqe ko sirf masle ke roop mein dekhne lage.</w:t>
      </w:r>
      <w:r>
        <w:br/>
      </w:r>
      <w:r>
        <w:rPr>
          <w:sz w:val="20"/>
        </w:rPr>
        <w:t>46:58  Opportunity ko sirf Problem ke roop mein dekhne lage. kitna bada nuksan hai. kitna bada nuksan hai.</w:t>
      </w:r>
      <w:r>
        <w:br/>
      </w:r>
      <w:r>
        <w:rPr>
          <w:sz w:val="20"/>
        </w:rPr>
        <w:t>47:09  jo maine kaha ke Anger corrupts the Divine Wisdom, is ki misaal dekh lijiye aap. ke jo cheez thi ek bahut badi Opportunity,</w:t>
      </w:r>
      <w:r>
        <w:br/>
      </w:r>
      <w:r>
        <w:rPr>
          <w:sz w:val="20"/>
        </w:rPr>
        <w:t>47:23  us ko aap ne kya le liya bahut bade Problem ke roop mein. Opportunity ko Problem ke roop mein dekhne lage.</w:t>
      </w:r>
      <w:r>
        <w:br/>
      </w:r>
      <w:r>
        <w:rPr>
          <w:sz w:val="20"/>
        </w:rPr>
        <w:t>47:32  phir kya mila aap ko? nafrat, Violence, Gun Culture, Bomb Cul</w:t>
      </w:r>
      <w:r>
        <w:br/>
      </w:r>
      <w:r>
        <w:rPr>
          <w:sz w:val="20"/>
        </w:rPr>
        <w:t>47:38  ture. yahan tak ke aakhir mein Suicide Bombing.</w:t>
      </w:r>
      <w:r>
        <w:br/>
      </w:r>
      <w:r>
        <w:rPr>
          <w:sz w:val="20"/>
        </w:rPr>
        <w:t>47:44  yeh sab ghusse ke khate mein jata hai. ghussa aaya, aql chali gayi.</w:t>
      </w:r>
      <w:r>
        <w:br/>
      </w:r>
      <w:r>
        <w:rPr>
          <w:sz w:val="20"/>
        </w:rPr>
        <w:t>47:54  is liye</w:t>
      </w:r>
      <w:r>
        <w:br/>
      </w:r>
      <w:r>
        <w:rPr>
          <w:sz w:val="20"/>
        </w:rPr>
        <w:t>47:57  hamare Mission ka ek ek bahut bada juz yeh bhi hai. hamara Mission dawat il Allah ka Mission hai. Allah ke bando ko sachai ka paigham pohnchaney ka Mission hai.</w:t>
      </w:r>
      <w:r>
        <w:br/>
      </w:r>
      <w:r>
        <w:rPr>
          <w:sz w:val="20"/>
        </w:rPr>
        <w:t>48:09  lekin zaroori hai ke hum khud apne aap ko ghazab se bachayein aur doosron ko bhadka bhadka kar ghazabnak na karein.</w:t>
      </w:r>
      <w:r>
        <w:br/>
      </w:r>
      <w:r>
        <w:rPr>
          <w:sz w:val="20"/>
        </w:rPr>
        <w:t>48:20  warna kuch kaam nahin hoga. kuch bhi kaam nahin hoga.</w:t>
      </w:r>
    </w:p>
    <w:p>
      <w:pPr>
        <w:pStyle w:val="Heading2"/>
      </w:pPr>
      <w:r>
        <w:t>Muslim improvement vs Western conversion</w:t>
      </w:r>
    </w:p>
    <w:p>
      <w:r>
        <w:rPr>
          <w:color w:val="666666"/>
          <w:sz w:val="18"/>
        </w:rPr>
        <w:t>Realistic Approach March 30, 2014 Maulana Wahiduddin Khan · 5m 53s · at 22:56 · https://youtu.be/K36UonBsGlA?t=1376</w:t>
      </w:r>
    </w:p>
    <w:p>
      <w:r>
        <w:rPr>
          <w:i/>
        </w:rPr>
        <w:t>“What did the Muslims do? They built the boat in a new style.”</w:t>
      </w:r>
    </w:p>
    <w:p>
      <w:r>
        <w:rPr>
          <w:sz w:val="20"/>
        </w:rPr>
        <w:t>22:56  musalmanon ne kya kiya? ke kashti ko naye dhang mein banaya. kashti mein unhone woh lagaye yani baadban jis ko kehte hain.</w:t>
      </w:r>
      <w:r>
        <w:br/>
      </w:r>
      <w:r>
        <w:rPr>
          <w:sz w:val="20"/>
        </w:rPr>
        <w:t>23:06  yani Mast, M A S T Mast, baadban. to bohat bari kashti banai unhone. is mein baadban hote the aur aath aath chapu hote the.</w:t>
      </w:r>
      <w:r>
        <w:br/>
      </w:r>
      <w:r>
        <w:rPr>
          <w:sz w:val="20"/>
        </w:rPr>
        <w:t>23:22  yani char idhar, char idhar. chapu kehte hain aur ko. to is se kashti chalti thi. woh qadeem zamane ke jahaz jaise hote the woh.</w:t>
      </w:r>
      <w:r>
        <w:br/>
      </w:r>
      <w:r>
        <w:rPr>
          <w:sz w:val="20"/>
        </w:rPr>
        <w:t>23:33  aap is ki tasweer dekhiye yeh. yeh hai Muslim daur ka jo version hai kashti ka.</w:t>
      </w:r>
      <w:r>
        <w:br/>
      </w:r>
      <w:r>
        <w:rPr>
          <w:sz w:val="20"/>
        </w:rPr>
        <w:t>23:43  Muslim daur ka version hai kashti ka. to Traditional daur mein yeh tha ke saada kashti hoti thi choti is mein ek chapu hota tha.</w:t>
      </w:r>
      <w:r>
        <w:br/>
      </w:r>
      <w:r>
        <w:rPr>
          <w:sz w:val="20"/>
        </w:rPr>
        <w:t>23:59  musalmanon ne kya kiya? ke bari bari kashtiyan banai aur is mein mastool lagaye woh yani woh Mast lagaye aur aath aath woh chapu istemal karne lage.</w:t>
      </w:r>
      <w:r>
        <w:br/>
      </w:r>
      <w:r>
        <w:rPr>
          <w:sz w:val="20"/>
        </w:rPr>
        <w:t>24:16  char aadmi idhar, char aadmi idhar. to yeh kya cheez thi? yeh Traditional item ko unhone Improve kiya.</w:t>
      </w:r>
      <w:r>
        <w:br/>
      </w:r>
      <w:r>
        <w:rPr>
          <w:sz w:val="20"/>
        </w:rPr>
        <w:t>24:26  yeh That was Improvement. yani wahi ka wahi raha sirf is ko Improve kiya ke is ko size badha diya. is mein kai chapu badha di.</w:t>
      </w:r>
      <w:r>
        <w:br/>
      </w:r>
      <w:r>
        <w:rPr>
          <w:sz w:val="20"/>
        </w:rPr>
        <w:t>24:37  to isi tarah unhone bohat si cheezon mein Improve kiya. ke Traditional item jo the jo insan pehle istemal karta tha us ko Improve kar ke Improve kar ke unhone ek nai surat di.</w:t>
      </w:r>
      <w:r>
        <w:br/>
      </w:r>
      <w:r>
        <w:rPr>
          <w:sz w:val="20"/>
        </w:rPr>
        <w:t>24:53  lekin jo Modern World hai is ne sirf Improve nahi kiya hai. is ne Convert kiya. dekhiye ek Improvement, ek Conversion yani Matter Convert gaya Power mein.</w:t>
      </w:r>
      <w:r>
        <w:br/>
      </w:r>
      <w:r>
        <w:rPr>
          <w:sz w:val="20"/>
        </w:rPr>
        <w:t>25:09  Modern jo Western World hai is ka kaam hai Conversion un ka kaam tha Improvement. yani aaj unhone kya kiya?</w:t>
      </w:r>
      <w:r>
        <w:br/>
      </w:r>
      <w:r>
        <w:rPr>
          <w:sz w:val="20"/>
        </w:rPr>
        <w:t>25:19  keh pani ko Steam Power mein Convert kar diya. Mechanization of Power is ko kahiye ya.</w:t>
      </w:r>
      <w:r>
        <w:br/>
      </w:r>
      <w:r>
        <w:rPr>
          <w:sz w:val="20"/>
        </w:rPr>
        <w:t>25:29  to pani ko unhon ne bhap mein tabdeel kiya. bhap ko Steam Power bana diya. That was Conversion. to Musalmanon ne Conversion tak nahi pahunchaya tha dunya ko.</w:t>
      </w:r>
      <w:r>
        <w:br/>
      </w:r>
      <w:r>
        <w:rPr>
          <w:sz w:val="20"/>
        </w:rPr>
        <w:t>25:41  Improvement tak pahunchaya tha. yani Traditional item ko Improve kar ke unhon ne kuch nai soorat de di. West ka kaam yeh hai ke is ne Convert kiya.</w:t>
      </w:r>
      <w:r>
        <w:br/>
      </w:r>
      <w:r>
        <w:rPr>
          <w:sz w:val="20"/>
        </w:rPr>
        <w:t>25:52  Nature mein jo jo Laws the un ko daryaft kiya. Nature mein jo taqaten thin us ko daryaft kiya. daryaft kar ke unhon ne pani ko Steam Power bana diya.</w:t>
      </w:r>
      <w:r>
        <w:br/>
      </w:r>
      <w:r>
        <w:rPr>
          <w:sz w:val="20"/>
        </w:rPr>
        <w:t>26:04  jo cheez pani thi pehle us ko Steam Power bana diya. ab jahaz chalne lage Steam Power se. tez dorne lage woh. hawaon ki mukhalifat ke bawajood dorne lage.</w:t>
      </w:r>
      <w:r>
        <w:br/>
      </w:r>
      <w:r>
        <w:rPr>
          <w:sz w:val="20"/>
        </w:rPr>
        <w:t>26:14  phir bohat si cheezen banain Steam Power se phir unhon ne. to Musalman Falsehood mein jeete hain is liye unhein pata hi nahi ke kya mamla tha.</w:t>
      </w:r>
      <w:r>
        <w:br/>
      </w:r>
      <w:r>
        <w:rPr>
          <w:sz w:val="20"/>
        </w:rPr>
        <w:t>26:24  woh sirf kehte hain ke hum hi nahi kiya. bilkul Falsehood mein jeete hain. unhein pata nahi hai ke Musalmanon ka jo Contribution tha woh yeh tha ke Traditional item ko Improve karna.</w:t>
      </w:r>
      <w:r>
        <w:br/>
      </w:r>
      <w:r>
        <w:rPr>
          <w:sz w:val="20"/>
        </w:rPr>
        <w:t>26:37  aur West ka Traditional hai ke Nature ko Convert karna, Matter ko Convert karna. yeh un ka hai. aisi mein ek aur misaal deta hoon aap ko.</w:t>
      </w:r>
      <w:r>
        <w:br/>
      </w:r>
      <w:r>
        <w:rPr>
          <w:sz w:val="20"/>
        </w:rPr>
        <w:t>26:49  misalan insaan ko zaroorat thi ke us ke paas raat ko roshan karne ke liye koi saman ho. raat ke andhere ko roshan karne ke liye koi saman ho.</w:t>
      </w:r>
      <w:r>
        <w:br/>
      </w:r>
      <w:r>
        <w:rPr>
          <w:sz w:val="20"/>
        </w:rPr>
        <w:t>27:00  to qadeem insaan ne diye banaye. maine apne bachpan mein diye dekhe hain. to mitti ka diya hota tha us mein tail daal diya aur ek us mein soot ek ya kapra kuch ya aisi rakh di aur us mein aag laga di.</w:t>
      </w:r>
      <w:r>
        <w:br/>
      </w:r>
      <w:r>
        <w:rPr>
          <w:sz w:val="20"/>
        </w:rPr>
        <w:t>27:18  to woh jal raha hai, jal raha hai, jal raha hai. ek khula yani diya us se roshni lete the.</w:t>
      </w:r>
      <w:r>
        <w:br/>
      </w:r>
      <w:r>
        <w:rPr>
          <w:sz w:val="20"/>
        </w:rPr>
        <w:t>27:27  lekin woh diya jo tha hawa chale to bujh jaye. pani chale tab bhi bujh jaye. to Musalmanon ne apne daur mein yeh kiya ke lamp banaye.</w:t>
      </w:r>
      <w:r>
        <w:br/>
      </w:r>
      <w:r>
        <w:rPr>
          <w:sz w:val="20"/>
        </w:rPr>
        <w:t>27:36  yani sheeshe se cover. jaise yeh hai ab yeh charon taraf sheesha hai. is tarah ke lamp banaye unhon ne. aur is ke andar unhon ne rakha yani khaas tarah ka jo bajaye diye ke ek aur dhang se unhon ne batti rakhi.</w:t>
      </w:r>
      <w:r>
        <w:br/>
      </w:r>
      <w:r>
        <w:rPr>
          <w:sz w:val="20"/>
        </w:rPr>
        <w:t>27:55  upar bhi cover. to diye ko lamp mein tabdeel karne ki wajah se yeh mumkin ho gaya ke woh pani mein bhi jale, hawa mein bhi na bujhe aur roshni deta rahe.</w:t>
      </w:r>
      <w:r>
        <w:br/>
      </w:r>
      <w:r>
        <w:rPr>
          <w:sz w:val="20"/>
        </w:rPr>
        <w:t>28:11  to Musalmanon ne pehli baar Baghdad aur Qurtuba ke sarkon par street light bana di. kyunke diya jo tha woh street light nahi bujh sakta tha us se.</w:t>
      </w:r>
      <w:r>
        <w:br/>
      </w:r>
      <w:r>
        <w:rPr>
          <w:sz w:val="20"/>
        </w:rPr>
        <w:t>28:22  aap diye ke zariye street light nahi kar sakte the. lekin unhon ne phir ek khamba banaya aur khambay mein us ke upar lamp lagaya. jo pani mein bhi na bujhe, hawa mein bhi na bujhe.</w:t>
      </w:r>
      <w:r>
        <w:br/>
      </w:r>
      <w:r>
        <w:rPr>
          <w:sz w:val="20"/>
        </w:rPr>
        <w:t>28:34  to Musalmanon ne pehli baar street light wajood di, banai. lekin yeh kya tha? yeh Improvement tha. woh Improvement tha yani qadeem diye ko unhon ne Improve kar ke lamp mein tabdeel kar diya.</w:t>
      </w:r>
    </w:p>
    <w:p>
      <w:pPr>
        <w:pStyle w:val="Heading2"/>
      </w:pPr>
      <w:r>
        <w:t>Prophet Yunus and anger lesson</w:t>
      </w:r>
    </w:p>
    <w:p>
      <w:r>
        <w:rPr>
          <w:color w:val="666666"/>
          <w:sz w:val="18"/>
        </w:rPr>
        <w:t>Don't Be Angry Culture January 15, 2012 Maulana Wahiduddin Khan · 4m 54s · at 8:40 · https://youtu.be/rY1Ikwmwwdk?t=520</w:t>
      </w:r>
    </w:p>
    <w:p>
      <w:r>
        <w:rPr>
          <w:i/>
        </w:rPr>
        <w:t>“Hazrat Yunus alaihi salam”</w:t>
      </w:r>
    </w:p>
    <w:p>
      <w:r>
        <w:rPr>
          <w:sz w:val="20"/>
        </w:rPr>
        <w:t>8:40  is ki misaal Hazrat Yunus alaihissalam ki hai. Hazrat Yunus alaihissalam peghambar they. Woh bheje gaye they dawat ke liye Nineveh mein, jo Iraq ka ek shehar tha.</w:t>
      </w:r>
      <w:r>
        <w:br/>
      </w:r>
      <w:r>
        <w:rPr>
          <w:sz w:val="20"/>
        </w:rPr>
        <w:t>8:58  is zamane mein woh jo hai Center tha Iraq ka. Toh wahan par unhon ne dawat di.</w:t>
      </w:r>
      <w:r>
        <w:br/>
      </w:r>
      <w:r>
        <w:rPr>
          <w:sz w:val="20"/>
        </w:rPr>
        <w:t>9:10  logon ne nahi mana un ki baat. Toh jaldi hi woh ghussa ho kar wahan se chale gaye. Basti chhod diya unhon ne.</w:t>
      </w:r>
      <w:r>
        <w:br/>
      </w:r>
      <w:r>
        <w:rPr>
          <w:sz w:val="20"/>
        </w:rPr>
        <w:t>9:22  toh Quran mein yeh lafz aaya hai Surah Al-Anbiya mein: "وَذَنُونَ اِذْهَبَ مُغَاضَبًا وَذَنَّ الَّنَّقْدَرَ عَلَيْهِ".</w:t>
      </w:r>
      <w:r>
        <w:br/>
      </w:r>
      <w:r>
        <w:rPr>
          <w:sz w:val="20"/>
        </w:rPr>
        <w:t>9:37  yani He went out of anger.</w:t>
      </w:r>
      <w:r>
        <w:br/>
      </w:r>
      <w:r>
        <w:rPr>
          <w:sz w:val="20"/>
        </w:rPr>
        <w:t>9:43  yani woh ghusse mein basti chhod ke chale gaye.</w:t>
      </w:r>
      <w:r>
        <w:br/>
      </w:r>
      <w:r>
        <w:rPr>
          <w:sz w:val="20"/>
        </w:rPr>
        <w:t>9:48  He went out of anger.</w:t>
      </w:r>
      <w:r>
        <w:br/>
      </w:r>
      <w:r>
        <w:rPr>
          <w:sz w:val="20"/>
        </w:rPr>
        <w:t>9:52  toh kya hua? Yani Allah taala ko un ka yeh fe'l pasand nahi aaya. Woh machhli ke pait mein chale gaye. Phir unhon ne maafi mangi.</w:t>
      </w:r>
      <w:r>
        <w:br/>
      </w:r>
      <w:r>
        <w:rPr>
          <w:sz w:val="20"/>
        </w:rPr>
        <w:t>10:01  aur dobara woh Nineveh wapas gaye. Phir wahan dawat di unhon ne. Ab dekhiye, ghusse se kya nuqsan hua un ko?</w:t>
      </w:r>
      <w:r>
        <w:br/>
      </w:r>
      <w:r>
        <w:rPr>
          <w:sz w:val="20"/>
        </w:rPr>
        <w:t>10:11  ghusse ka nuqsan yeh hua ke jo Right thinking thi is maamle mein, us se un ka zehan hat gaya.</w:t>
      </w:r>
      <w:r>
        <w:br/>
      </w:r>
      <w:r>
        <w:rPr>
          <w:sz w:val="20"/>
        </w:rPr>
        <w:t>10:20  Right thinking yeh thi ke kisi Nabi ke liye yeh jaiz nahi hai ke woh itmam e hujjat se pehle apni mauzu'a qaum ko chhod de.</w:t>
      </w:r>
      <w:r>
        <w:br/>
      </w:r>
      <w:r>
        <w:rPr>
          <w:sz w:val="20"/>
        </w:rPr>
        <w:t>10:35  Nabi aisa nahi kar sakta. Chahe log pathar maarein, tab bhi nahi chhod sakta woh. Toh Hazrat Yunus peghambar they.</w:t>
      </w:r>
      <w:r>
        <w:br/>
      </w:r>
      <w:r>
        <w:rPr>
          <w:sz w:val="20"/>
        </w:rPr>
        <w:t>10:47  Nineveh ke log un ke mauzu'a they.</w:t>
      </w:r>
      <w:r>
        <w:br/>
      </w:r>
      <w:r>
        <w:rPr>
          <w:sz w:val="20"/>
        </w:rPr>
        <w:t>10:51  toh unhein wahan rehna hi rehna tha. Chahe woh acha sulook karein ya bura sulook karein, maanein ya na maanein, us waqt tak jab tak ke itmam e hujjat na ho jaye.</w:t>
      </w:r>
      <w:r>
        <w:br/>
      </w:r>
      <w:r>
        <w:rPr>
          <w:sz w:val="20"/>
        </w:rPr>
        <w:t>11:04  itmam e hujjat bhi dekhiye, aisa nahi ke hum khud se faisla kar lein. Yeh Allah ki taraf se farishta aa kar batata hai ke ab itmam e hujjat ho gaya, tum bhi basti ko chhod kar ja sakte ho.</w:t>
      </w:r>
      <w:r>
        <w:br/>
      </w:r>
      <w:r>
        <w:rPr>
          <w:sz w:val="20"/>
        </w:rPr>
        <w:t>11:17  khud se aap nahi faisla kar sakte.</w:t>
      </w:r>
      <w:r>
        <w:br/>
      </w:r>
      <w:r>
        <w:rPr>
          <w:sz w:val="20"/>
        </w:rPr>
        <w:t>11:20  yaad rakhiye, itmam e hujjat ka maamla ijtihadi maamla nahi hai. Isi liye ab peghambar ke baad kisi bhi Muslim ko, kisi bhi giroh ko yeh haq nahi hai ke woh kahe ke hum ne itmam e hujjat kar diya.</w:t>
      </w:r>
      <w:r>
        <w:br/>
      </w:r>
      <w:r>
        <w:rPr>
          <w:sz w:val="20"/>
        </w:rPr>
        <w:t>11:36  bilkul woh gunah ka fe'l hoga. Hum ko aap ko sirf dawat dena, itaat dena, dawat dena, isi mein mar jana hai. Kyun?</w:t>
      </w:r>
      <w:r>
        <w:br/>
      </w:r>
      <w:r>
        <w:rPr>
          <w:sz w:val="20"/>
        </w:rPr>
        <w:t>11:45  hamare par farishta nahin aayega yeh batane ke liye ke itmam حجت ho gaya.</w:t>
      </w:r>
      <w:r>
        <w:br/>
      </w:r>
      <w:r>
        <w:rPr>
          <w:sz w:val="20"/>
        </w:rPr>
        <w:t>11:52  bilkul yeh sarkashi hogi agar aap kisi basti ko chhod den ya keh kar ke itmam حجت hoga, is liye main ab yahan se ja raha hoon.</w:t>
      </w:r>
      <w:r>
        <w:br/>
      </w:r>
      <w:r>
        <w:rPr>
          <w:sz w:val="20"/>
        </w:rPr>
        <w:t>12:05  nabiyon ke baad yeh haq khatm ho chuka hai kisi ummat ke liye. baad ke logon ko sirf dawat dena hai, dawat dena hai, dawat dena hai, isi mein mar jana hai.</w:t>
      </w:r>
      <w:r>
        <w:br/>
      </w:r>
      <w:r>
        <w:rPr>
          <w:sz w:val="20"/>
        </w:rPr>
        <w:t>12:16  kyunke hamare paas farishta nahin aayega yeh batane ke liye ke itmam حجت ho gaya.</w:t>
      </w:r>
      <w:r>
        <w:br/>
      </w:r>
      <w:r>
        <w:rPr>
          <w:sz w:val="20"/>
        </w:rPr>
        <w:t>12:24  to behal Hazrat Yunus ne buzra ijtihad, na ke bazariya farishta, yani Allah taala ka farishta nahin aaya tha un ke paas batane ke liye, khud se samajh liya ke itmam حجت ho gaya.</w:t>
      </w:r>
      <w:r>
        <w:br/>
      </w:r>
      <w:r>
        <w:rPr>
          <w:sz w:val="20"/>
        </w:rPr>
        <w:t>12:38  to unhon ne chhod diya. to aap dekhiye ke unhein dobara Nineveh wapas jana pada.</w:t>
      </w:r>
      <w:r>
        <w:br/>
      </w:r>
      <w:r>
        <w:rPr>
          <w:sz w:val="20"/>
        </w:rPr>
        <w:t>12:50  yeh tha ek ek misaal hai.</w:t>
      </w:r>
      <w:r>
        <w:br/>
      </w:r>
      <w:r>
        <w:rPr>
          <w:sz w:val="20"/>
        </w:rPr>
        <w:t>12:53  agar peghambar bhi, peghambar ko bhi ghussa aa jaye to us ke bhi Divine Wisdom mein farq pad jayega.</w:t>
      </w:r>
      <w:r>
        <w:br/>
      </w:r>
      <w:r>
        <w:rPr>
          <w:sz w:val="20"/>
        </w:rPr>
        <w:t>13:03  woh bhi Right thinking nahin kar payega. woh galat faisla le lega.</w:t>
      </w:r>
      <w:r>
        <w:br/>
      </w:r>
      <w:r>
        <w:rPr>
          <w:sz w:val="20"/>
        </w:rPr>
        <w:t>13:08  main samajhta hoon ke yeh aakhri misaal hai jo hamein darane ke liye kafi hai. ke jab peghambar bhi is mein exempted nahin hai ke ghussa aaye to Right thinking chali jaye, to hum kaise is se bache reh sakte hain?</w:t>
      </w:r>
      <w:r>
        <w:br/>
      </w:r>
      <w:r>
        <w:rPr>
          <w:sz w:val="20"/>
        </w:rPr>
        <w:t>13:27  to bohat hi sangin baat hai yeh. is ko janiye.</w:t>
      </w:r>
    </w:p>
    <w:p>
      <w:pPr>
        <w:pStyle w:val="Heading2"/>
      </w:pPr>
      <w:r>
        <w:t>Full moonsighting story and its two life lessons</w:t>
      </w:r>
    </w:p>
    <w:p>
      <w:r>
        <w:rPr>
          <w:color w:val="666666"/>
          <w:sz w:val="18"/>
        </w:rPr>
        <w:t>Fasting A Source of Spiritual Empowerment August 21, 2011 Maulana Wahiduddin Khan · 4m 33s · at 13:50 · https://youtu.be/Z0EbPlujcf0?t=830</w:t>
      </w:r>
    </w:p>
    <w:p>
      <w:r>
        <w:rPr>
          <w:i/>
        </w:rPr>
        <w:t>“Shaban ki aakhri tareekh aayi, chand nikalne wali raat”</w:t>
      </w:r>
    </w:p>
    <w:p>
      <w:r>
        <w:rPr>
          <w:sz w:val="20"/>
        </w:rPr>
        <w:t>13:50  Is ke liye kya hota hai? Is ko spiritual food dene ka zariya ban jata hai. Jaise aap dekhiye Shaban ki aakhri tareekh aayi.</w:t>
      </w:r>
      <w:r>
        <w:br/>
      </w:r>
      <w:r>
        <w:rPr>
          <w:sz w:val="20"/>
        </w:rPr>
        <w:t>14:03  Yaani woh raat jab ke Ramzan ka chand niklta hai.</w:t>
      </w:r>
      <w:r>
        <w:br/>
      </w:r>
      <w:r>
        <w:rPr>
          <w:sz w:val="20"/>
        </w:rPr>
        <w:t>14:11  To aaj kal Dilli mein to chand bohat kam dikhaya jata hai. Lekin hum log jab thay is se pehle UP mein raha karte hain hum gaon mein.</w:t>
      </w:r>
      <w:r>
        <w:br/>
      </w:r>
      <w:r>
        <w:rPr>
          <w:sz w:val="20"/>
        </w:rPr>
        <w:t>14:21  To gaon mein matlab saaf hota tha. Ufuq par ya fiza mein koi pollution nahi hua karta tha.</w:t>
      </w:r>
      <w:r>
        <w:br/>
      </w:r>
      <w:r>
        <w:rPr>
          <w:sz w:val="20"/>
        </w:rPr>
        <w:t>14:30  To chand saaf dikhai deta tha. To hum log chhat par charh jatay thay.</w:t>
      </w:r>
      <w:r>
        <w:br/>
      </w:r>
      <w:r>
        <w:rPr>
          <w:sz w:val="20"/>
        </w:rPr>
        <w:t>14:37  Ab dekh rahay hain, dekh rahay hain, dekh rahay hain yahan tak ke achaanak aik bareek chand dikhai diya. To ajeeb qism ka joy hota tha. Ajeeb qism ka joy.</w:t>
      </w:r>
      <w:r>
        <w:br/>
      </w:r>
      <w:r>
        <w:rPr>
          <w:sz w:val="20"/>
        </w:rPr>
        <w:t>14:51  Ke yeh chand hai jo is baat ki khabar de raha hai ke Ramzan ka mahina aa gaya.</w:t>
      </w:r>
      <w:r>
        <w:br/>
      </w:r>
      <w:r>
        <w:rPr>
          <w:sz w:val="20"/>
        </w:rPr>
        <w:t>14:58  To us waqt hum itna ziyada, yaani mein yeh baat kar raha hoon naujawani ki umar ki,</w:t>
      </w:r>
      <w:r>
        <w:br/>
      </w:r>
      <w:r>
        <w:rPr>
          <w:sz w:val="20"/>
        </w:rPr>
        <w:t>15:05  Ab mein sochta hoon to chand ka tuloo hona koi saada baat nahi hai. Yaani jab aap dekhte hain chand ki pehli tareekh to bohat saray waqiat bhi le kar aata hai.</w:t>
      </w:r>
      <w:r>
        <w:br/>
      </w:r>
      <w:r>
        <w:rPr>
          <w:sz w:val="20"/>
        </w:rPr>
        <w:t>15:22  Woh kya? Yeh chand barhega, barhega, barhega yahan tak ke chaudhveen ka chand ban jaye ga. Phir woh ghatay ga, ghatay ga, ghatay ga yahan tak ke khatam ho jaye ga.</w:t>
      </w:r>
      <w:r>
        <w:br/>
      </w:r>
      <w:r>
        <w:rPr>
          <w:sz w:val="20"/>
        </w:rPr>
        <w:t>15:34  To yeh kya hua? Yeh bhi aik bohat bara tajurba hai. Is liye bataya, yeh bataya ke dunya mein urooj bhi hai aur zawal bhi hai.</w:t>
      </w:r>
      <w:r>
        <w:br/>
      </w:r>
      <w:r>
        <w:rPr>
          <w:sz w:val="20"/>
        </w:rPr>
        <w:t>15:47  Is dunya mein aap ameer bhi honge, ghareeb bhi honge. Is dunya mein aap ke paas political power bhi aye ga, aap political power chhin bhi jaye ga.</w:t>
      </w:r>
      <w:r>
        <w:br/>
      </w:r>
      <w:r>
        <w:rPr>
          <w:sz w:val="20"/>
        </w:rPr>
        <w:t>15:59  To is ka matlab kya hua?</w:t>
      </w:r>
      <w:r>
        <w:br/>
      </w:r>
      <w:r>
        <w:rPr>
          <w:sz w:val="20"/>
        </w:rPr>
        <w:t>16:01  Ke chand ka dekhna aap ko aik bohat bara sabak deta hai. Ke zindagi mein tawazun ko barqarar rakho.</w:t>
      </w:r>
      <w:r>
        <w:br/>
      </w:r>
      <w:r>
        <w:rPr>
          <w:sz w:val="20"/>
        </w:rPr>
        <w:t>16:11  Utaar charhao se disturb na ho. Kyun ke hota hi hota hai yeh. Yeh hoga. Sab ke sath hua, tumhare sath bhi hoga.</w:t>
      </w:r>
      <w:r>
        <w:br/>
      </w:r>
      <w:r>
        <w:rPr>
          <w:sz w:val="20"/>
        </w:rPr>
        <w:t>16:23  Aadmi jawan hota hai, phir boorha ho jata hai, phir mar jata hai.</w:t>
      </w:r>
      <w:r>
        <w:br/>
      </w:r>
      <w:r>
        <w:rPr>
          <w:sz w:val="20"/>
        </w:rPr>
        <w:t>16:27  To yeh jo changes hain ya tabdeeliyan hain, urooj o zawal hain, yeh aik law of nature hain. Kaisa ajeeb sabak diya hai yeh chand ne.</w:t>
      </w:r>
      <w:r>
        <w:br/>
      </w:r>
      <w:r>
        <w:rPr>
          <w:sz w:val="20"/>
        </w:rPr>
        <w:t>16:43  Phir aap sochiye ke chand jo bareek dikhai deta hai, tab bhi poora chand hota hai.</w:t>
      </w:r>
      <w:r>
        <w:br/>
      </w:r>
      <w:r>
        <w:rPr>
          <w:sz w:val="20"/>
        </w:rPr>
        <w:t>16:52  Yaani sirf dekhnay ke lihaaz se hum aik lakeer dekhte hain.</w:t>
      </w:r>
      <w:r>
        <w:br/>
      </w:r>
      <w:r>
        <w:rPr>
          <w:sz w:val="20"/>
        </w:rPr>
        <w:t>16:55  Haqeeqat mein to poora chand hota hai. Kyun ke is ke aik goshe mein, aik hissay mein suraj ki roshni par par rahi hoti hai, baqi woh nahi par rahi hoti hai.</w:t>
      </w:r>
      <w:r>
        <w:br/>
      </w:r>
      <w:r>
        <w:rPr>
          <w:sz w:val="20"/>
        </w:rPr>
        <w:t>17:07  To baqi andheray mein hota hai, to dikhai nahi deta. Jahan suraj ki roshni parti hai, woh dikhai deta hai. Yeh bhi aik ajeeb ghareeb tajurba hai.</w:t>
      </w:r>
      <w:r>
        <w:br/>
      </w:r>
      <w:r>
        <w:rPr>
          <w:sz w:val="20"/>
        </w:rPr>
        <w:t>17:19  Is ka matlab hai ke cheezon ko face value par na lo.</w:t>
      </w:r>
      <w:r>
        <w:br/>
      </w:r>
      <w:r>
        <w:rPr>
          <w:sz w:val="20"/>
        </w:rPr>
        <w:t>17:24  Kitna bara ajeeb sabak hai yeh.</w:t>
      </w:r>
      <w:r>
        <w:br/>
      </w:r>
      <w:r>
        <w:rPr>
          <w:sz w:val="20"/>
        </w:rPr>
        <w:t>17:29  kitna ajeeb sabaq hai. Face Revolve par lein aap to aap kahenge chand ek bareek sa, ek ek cheez hai, bohat bareek si.</w:t>
      </w:r>
      <w:r>
        <w:br/>
      </w:r>
      <w:r>
        <w:rPr>
          <w:sz w:val="20"/>
        </w:rPr>
        <w:t>17:42  dhage ki tarah. lekin aap gehrai mein jayenge to kahenge nahi chand to ek bohat bara, ek bohat bari chattan hai, bohat bara woh hai, ek sayara hai.</w:t>
      </w:r>
      <w:r>
        <w:br/>
      </w:r>
      <w:r>
        <w:rPr>
          <w:sz w:val="20"/>
        </w:rPr>
        <w:t>17:55  to goya chand yeh bhi sabaq de raha hai ke cheezon ko Face Value par mat lo. Face Value par loge to tumhare andar kya hoga?</w:t>
      </w:r>
      <w:r>
        <w:br/>
      </w:r>
      <w:r>
        <w:rPr>
          <w:sz w:val="20"/>
        </w:rPr>
        <w:t>18:04  Misunderstanding aayegi. baton ko samjhoge nahi.</w:t>
      </w:r>
      <w:r>
        <w:br/>
      </w:r>
      <w:r>
        <w:rPr>
          <w:sz w:val="20"/>
        </w:rPr>
        <w:t>18:11  baton ko samjhoge nahi gehrai mein. ab dekhiye pehle din kya tabah sabaq mil gaya hum ko? bilkul pehle din.</w:t>
      </w:r>
    </w:p>
    <w:p>
      <w:pPr>
        <w:pStyle w:val="Heading2"/>
      </w:pPr>
      <w:r>
        <w:t>Full argument: treat problems as opportunities, like the Prophet did</w:t>
      </w:r>
    </w:p>
    <w:p>
      <w:r>
        <w:rPr>
          <w:color w:val="666666"/>
          <w:sz w:val="18"/>
        </w:rPr>
        <w:t>Importance of Shukr (Thankfulness) July 24, 2022 · 4m 49s · at 30:36 · https://youtu.be/MgWNIv0k1sk?t=1836</w:t>
      </w:r>
    </w:p>
    <w:p>
      <w:r>
        <w:rPr>
          <w:i/>
        </w:rPr>
        <w:t>“Har shaks apne masail se dochar hai”</w:t>
      </w:r>
    </w:p>
    <w:p>
      <w:r>
        <w:rPr>
          <w:sz w:val="20"/>
        </w:rPr>
        <w:t>30:36  aapa, agar aaj ke muashre mein dekha jaye to zahiri aitbar se har shakhs jo hai, wo apne masail se dochar hai.</w:t>
      </w:r>
      <w:r>
        <w:br/>
      </w:r>
      <w:r>
        <w:rPr>
          <w:sz w:val="20"/>
        </w:rPr>
        <w:t>30:44  wo apni problems se oopar uth kar nahi soch pata. So the question that comes in mind is that how can one be thankful despite you know facing problems in in one's daily life to is ke bare mein bhi aap kuch advice dein.</w:t>
      </w:r>
      <w:r>
        <w:br/>
      </w:r>
      <w:r>
        <w:rPr>
          <w:sz w:val="20"/>
        </w:rPr>
        <w:t>31:02  dekhiye, problems to har ek ko hain. Ye thori ke ke ambani aur adani ko bhi problems hain. Problems se to chhutti kabhi milegi nahi.</w:t>
      </w:r>
      <w:r>
        <w:br/>
      </w:r>
      <w:r>
        <w:rPr>
          <w:sz w:val="20"/>
        </w:rPr>
        <w:t>31:13  to hamein problems se oopar uth kar dekhna parega. Jisko Maulana kehte the ignore the problems, avail the opportunities to ye nahi ke hum have not se inhi ke problems hain.</w:t>
      </w:r>
      <w:r>
        <w:br/>
      </w:r>
      <w:r>
        <w:rPr>
          <w:sz w:val="20"/>
        </w:rPr>
        <w:t>31:25  to hamein problems jo hain, is liye hote hain ke wo hamare liye challenge ka kaam dein, hamare liye motivation ka kaam dein, incentive ka kaam dein.</w:t>
      </w:r>
      <w:r>
        <w:br/>
      </w:r>
      <w:r>
        <w:rPr>
          <w:sz w:val="20"/>
        </w:rPr>
        <w:t>31:35  to aisa kabhi nahi hota ke bilkul insan ke andar tamam salahiyaten khatm ho gayi hon to ab opportunities ko avail karne ki.</w:t>
      </w:r>
      <w:r>
        <w:br/>
      </w:r>
      <w:r>
        <w:rPr>
          <w:sz w:val="20"/>
        </w:rPr>
        <w:t>31:45  to aisa nahi hota. Hamesha hamare andar salahiyaten hoti hain. Agar hum apne andar positivity hamare andar rahe, negativity na rahe.</w:t>
      </w:r>
      <w:r>
        <w:br/>
      </w:r>
      <w:r>
        <w:rPr>
          <w:sz w:val="20"/>
        </w:rPr>
        <w:t>31:54  nashukri jo hai, wo wo negativity paida karti hai. Isi liye Allah taala ko nashukri bohat zyada napasand hai.</w:t>
      </w:r>
      <w:r>
        <w:br/>
      </w:r>
      <w:r>
        <w:rPr>
          <w:sz w:val="20"/>
        </w:rPr>
        <w:t>32:02  Maulana kehte the ke jo positive soul hai, wahi jannat mein jayegi. To nashukri jo hai, wo hamare andar negativity paida karti hai.</w:t>
      </w:r>
      <w:r>
        <w:br/>
      </w:r>
      <w:r>
        <w:rPr>
          <w:sz w:val="20"/>
        </w:rPr>
        <w:t>32:11  to har halat mein hamein ye khatm karna hai apne andar se. To is ke liye tarah tarah se hum ne apne aap ko explain karna hai. Misal ke taur par, hum hum ko kisi se takleef pahunch gayi to us ko ignore kar dena hai.</w:t>
      </w:r>
      <w:r>
        <w:br/>
      </w:r>
      <w:r>
        <w:rPr>
          <w:sz w:val="20"/>
        </w:rPr>
        <w:t>32:25  us ko sabr, sabr Quran mein aya hai ke sabr jo hai, is ka bohat be hisab ajr hai.</w:t>
      </w:r>
      <w:r>
        <w:br/>
      </w:r>
      <w:r>
        <w:rPr>
          <w:sz w:val="20"/>
        </w:rPr>
        <w:t>32:32  is par hum sabr kar lein. To sabr kar lenge to Allah taala ki madad aa jayegi. Kyun ke hum jab hum Allah taala ke hukum ke mutabiq amal karenge to Allah taala aur zyada hamari madad karega.</w:t>
      </w:r>
      <w:r>
        <w:br/>
      </w:r>
      <w:r>
        <w:rPr>
          <w:sz w:val="20"/>
        </w:rPr>
        <w:t>32:43  aur Allah ki madad se hum jo hai, apne hamare apne kaam mein hum kamyab ho jayenge. To problems jo hain, wo challenges hain.</w:t>
      </w:r>
      <w:r>
        <w:br/>
      </w:r>
      <w:r>
        <w:rPr>
          <w:sz w:val="20"/>
        </w:rPr>
        <w:t>32:53  wo aisi baat nahi hai ke jis ke paas problem hai, us ke aage mawaqe nahi hain. Mawaqe ko istemal karein.</w:t>
      </w:r>
      <w:r>
        <w:br/>
      </w:r>
      <w:r>
        <w:rPr>
          <w:sz w:val="20"/>
        </w:rPr>
        <w:t>33:00  sab se zyada problems to Rasool Allah Sal Allahu Alaihi Wasallam ko the. Makka mein kya halat thi? Log jo hain, namaz roza tak nahi karne dete the.</w:t>
      </w:r>
      <w:r>
        <w:br/>
      </w:r>
      <w:r>
        <w:rPr>
          <w:sz w:val="20"/>
        </w:rPr>
        <w:t>33:09  to itna zyada pareshan karte the, Makka chhod ke bhagna pada. To kya aap kamyab nahi hue? Aap ke Michael Hart ne likha hai ke dunya ke sab se zyada barhe kamyab insan</w:t>
      </w:r>
      <w:r>
        <w:br/>
      </w:r>
      <w:r>
        <w:rPr>
          <w:sz w:val="20"/>
        </w:rPr>
        <w:t>33:22  the. To problem ko hum kis tarike se us ko apne potential ko actualize karein?</w:t>
      </w:r>
      <w:r>
        <w:br/>
      </w:r>
      <w:r>
        <w:rPr>
          <w:sz w:val="20"/>
        </w:rPr>
        <w:t>33:30  kis tarike se opportunities ko avail karein? To hikmat ke sath, practical wisdom ke sath. To inhi problem se hum oopar uth jayenge aur hum wahi kamyabi hasil kar sakte hain jo koi bhi kamyabi kisi ne bhi hasil</w:t>
      </w:r>
      <w:r>
        <w:br/>
      </w:r>
      <w:r>
        <w:rPr>
          <w:sz w:val="20"/>
        </w:rPr>
        <w:t>33:49  ki hai. Ek bar Maulana ne encyclopedia mein dikhaya tha ji ke jitne barhe barhe insan paida hue hain, barhi barhi discoveries ki hain, wo sab wahi the jo problem mein paida hue ji, ghareeb ghar mein paida hue, museebaton mein paida hue.</w:t>
      </w:r>
      <w:r>
        <w:br/>
      </w:r>
      <w:r>
        <w:rPr>
          <w:sz w:val="20"/>
        </w:rPr>
        <w:t>34:03  to un ke andar zabardast incentive hota hai kaam karne ka. To incentive ki wajah se wo taraqqi kar pate hain. To hamein halaat jo hain, wo badalte rehte hain.</w:t>
      </w:r>
      <w:r>
        <w:br/>
      </w:r>
      <w:r>
        <w:rPr>
          <w:sz w:val="20"/>
        </w:rPr>
        <w:t>34:14  aaj kuch problem hai to kal wo problem nahi rahega.</w:t>
      </w:r>
      <w:r>
        <w:br/>
      </w:r>
      <w:r>
        <w:rPr>
          <w:sz w:val="20"/>
        </w:rPr>
        <w:t>34:18  to agar hum positive rahenge, positively cheezon ko dekhenge to hum is problem ke bawajood kamyabi hasil kar sakte hain.</w:t>
      </w:r>
      <w:r>
        <w:br/>
      </w:r>
      <w:r>
        <w:rPr>
          <w:sz w:val="20"/>
        </w:rPr>
        <w:t>34:27  to is dunya mein to problem isi liye hain ke insan ko azadi di gayi hai. Log, har aadmi apni apni azadi ka sahi galat istemal kar raha hai.</w:t>
      </w:r>
      <w:r>
        <w:br/>
      </w:r>
      <w:r>
        <w:rPr>
          <w:sz w:val="20"/>
        </w:rPr>
        <w:t>34:36  to problem to honge. Lekin problem ko jo Quran mein aya hai innamal yusri yusra innamal yusri yusra to problem ek hain to opportunities double</w:t>
      </w:r>
      <w:r>
        <w:br/>
      </w:r>
      <w:r>
        <w:rPr>
          <w:sz w:val="20"/>
        </w:rPr>
        <w:t>34:46  hain ji. To is opportunities ko istemal kar ke hum apne problems ka solution pa sakte hain. Aur aapa, ye jo problem se oopar uth kar sochna hai, isi ko Quran mein shayad khul ke azeem kaha gaya hai.</w:t>
      </w:r>
      <w:r>
        <w:br/>
      </w:r>
      <w:r>
        <w:rPr>
          <w:sz w:val="20"/>
        </w:rPr>
        <w:t>35:01  aur khul ke azeem ke lafzi maani hain bartar kirdaar. to bartar kirdaar aik ideology se paida hota hai.</w:t>
      </w:r>
      <w:r>
        <w:br/>
      </w:r>
      <w:r>
        <w:rPr>
          <w:sz w:val="20"/>
        </w:rPr>
        <w:t>35:09  bartar ideology nahin to bartar kirdaar bhi nahin. aur agar koi insaan quran ki wisdom ko apni daily life mein agar utaare to yaqeenan woh problems se oopar uth kar soch sakta hai aur kaamyaab bhi ho sakta hai.</w:t>
      </w:r>
    </w:p>
    <w:p>
      <w:pPr>
        <w:pStyle w:val="Heading2"/>
      </w:pPr>
      <w:r>
        <w:t>Strong personality, God's blessing, and the neighbor hadith</w:t>
      </w:r>
    </w:p>
    <w:p>
      <w:r>
        <w:rPr>
          <w:color w:val="666666"/>
          <w:sz w:val="18"/>
        </w:rPr>
        <w:t>Lessons from The Quran And Hadith · 5m 54s · at 23:48 · https://youtu.be/fBflSQEPstg?t=1428</w:t>
      </w:r>
    </w:p>
    <w:p>
      <w:r>
        <w:rPr>
          <w:i/>
        </w:rPr>
        <w:t>“Weak personality wo hai; strong wo jo apni baat ka pakka ho.”</w:t>
      </w:r>
    </w:p>
    <w:p>
      <w:r>
        <w:rPr>
          <w:sz w:val="20"/>
        </w:rPr>
        <w:t>23:48  weak personality woh hai. strong personality woh hai jo man of word ho. jo keh de, wohi karay.</w:t>
      </w:r>
      <w:r>
        <w:br/>
      </w:r>
      <w:r>
        <w:rPr>
          <w:sz w:val="20"/>
        </w:rPr>
        <w:t>23:58  jis ke andar hypocrisy na ho. ke dil mein kuch aur munh par kuch. jis ke andar yeh baat na ho ke woh ghalti karay aur phir yeh na keh sakay ke I was wrong woh patch up karay, gawaah phira kar apnay ko sahi sabit karay.</w:t>
      </w:r>
      <w:r>
        <w:br/>
      </w:r>
      <w:r>
        <w:rPr>
          <w:sz w:val="20"/>
        </w:rPr>
        <w:t>24:17  yani ghalti karnay ke bawajood khulay tor par yeh na keh sakay ke I was wrong yeh sab cheezain aadmi ke andar weak personality banati hain.</w:t>
      </w:r>
      <w:r>
        <w:br/>
      </w:r>
      <w:r>
        <w:rPr>
          <w:sz w:val="20"/>
        </w:rPr>
        <w:t>24:27  is hadith ka ek matlab yeh hai ke woh insaan jis ke andar yeh sifat ho ke woh jo wada kare, us ko poora kare.</w:t>
      </w:r>
      <w:r>
        <w:br/>
      </w:r>
      <w:r>
        <w:rPr>
          <w:sz w:val="20"/>
        </w:rPr>
        <w:t>24:39  ghalti ho jaye to seedhe se keh de ke mujh se ghalti hui. is se koi baat poochi jaye to yeh na kahe ke, yaani us ko ghuma phira kar ke na bole.</w:t>
      </w:r>
      <w:r>
        <w:br/>
      </w:r>
      <w:r>
        <w:rPr>
          <w:sz w:val="20"/>
        </w:rPr>
        <w:t>24:52  seedhe seedhe keh de, seedhe seedhe.</w:t>
      </w:r>
      <w:r>
        <w:br/>
      </w:r>
      <w:r>
        <w:rPr>
          <w:sz w:val="20"/>
        </w:rPr>
        <w:t>24:58  to</w:t>
      </w:r>
      <w:r>
        <w:br/>
      </w:r>
      <w:r>
        <w:rPr>
          <w:sz w:val="20"/>
        </w:rPr>
        <w:t>24:59  ek shakal mein is ke andar strong personality banegi. ek shakal mein is ke andar weak personality banegi. to mein samajhta hoon ke is hadith ka ek matlab yeh hai jo farmaya ke Allah ko zyada pasand hai woh insaan jis ke andar weak personality ho, na ho balkeh strong personality ho.</w:t>
      </w:r>
      <w:r>
        <w:br/>
      </w:r>
      <w:r>
        <w:rPr>
          <w:sz w:val="20"/>
        </w:rPr>
        <w:t>25:17  to kyun? dekhein, weak personality jis ke andar hogi, Khuda ki blessing us ke paas nahi aayegi.</w:t>
      </w:r>
      <w:r>
        <w:br/>
      </w:r>
      <w:r>
        <w:rPr>
          <w:sz w:val="20"/>
        </w:rPr>
        <w:t>25:28  strong personality ke upar Khuda ki blessing barsti hai. Khuda ka inspiration barta hai. Khuda har waqt inspire karta rehta hai insaan ko angel ke zariye.</w:t>
      </w:r>
      <w:r>
        <w:br/>
      </w:r>
      <w:r>
        <w:rPr>
          <w:sz w:val="20"/>
        </w:rPr>
        <w:t>25:41  hadith mein aata hai ke Khuda aasman se pukarta hai ke kaun hai jo le? mein dene ke liye yahan hoon.</w:t>
      </w:r>
      <w:r>
        <w:br/>
      </w:r>
      <w:r>
        <w:rPr>
          <w:sz w:val="20"/>
        </w:rPr>
        <w:t>25:52  kaun hai jo? to yeh kya hai? Khuda ka inspiration aata hai insaan ke upar.</w:t>
      </w:r>
      <w:r>
        <w:br/>
      </w:r>
      <w:r>
        <w:rPr>
          <w:sz w:val="20"/>
        </w:rPr>
        <w:t>26:03  lekin yeh inspiration us ko aayega jis ke andar us ki salahiyat ho.</w:t>
      </w:r>
      <w:r>
        <w:br/>
      </w:r>
      <w:r>
        <w:rPr>
          <w:sz w:val="20"/>
        </w:rPr>
        <w:t>26:12  jaise aap kahin jayein jahan doodh, khalis doodh but raha hai, pure milk but raha hai, aap jate hain doodh lene ke liye.</w:t>
      </w:r>
      <w:r>
        <w:br/>
      </w:r>
      <w:r>
        <w:rPr>
          <w:sz w:val="20"/>
        </w:rPr>
        <w:t>26:23  bahut se log jate hain doodh lene ke liye. to jis ke paas acha container hoga, wohi doodh lekar lote ga. agar aap ke paas chhalni ho aur chhalni lekar gaye hain to doodh aap ko diya jaye ga, tab bhi doodh beh jaye ga.</w:t>
      </w:r>
      <w:r>
        <w:br/>
      </w:r>
      <w:r>
        <w:rPr>
          <w:sz w:val="20"/>
        </w:rPr>
        <w:t>26:39  to container ke bina blessing nahi milti. to aadmi ko apne aap ko container banana padta hai.</w:t>
      </w:r>
      <w:r>
        <w:br/>
      </w:r>
      <w:r>
        <w:rPr>
          <w:sz w:val="20"/>
        </w:rPr>
        <w:t>26:50  yeh strong personality jis ke andar ho, us ka matlab yeh ke woh container hai jahan Khuda apni blessing bhejey. jis ko Khuda ki inspiration mile.</w:t>
      </w:r>
      <w:r>
        <w:br/>
      </w:r>
      <w:r>
        <w:rPr>
          <w:sz w:val="20"/>
        </w:rPr>
        <w:t>27:01  jis ko Khuda ki hidayat utre. jis ko angels ka saath mile.</w:t>
      </w:r>
      <w:r>
        <w:br/>
      </w:r>
      <w:r>
        <w:rPr>
          <w:sz w:val="20"/>
        </w:rPr>
        <w:t>27:08  to mein samajhta hoon ke yeh bahut hi important baat hai ke log samjhein is baat ko ke har us cheez se apne aap ko bachana hai jo hamare andar weak personality banaye.</w:t>
      </w:r>
      <w:r>
        <w:br/>
      </w:r>
      <w:r>
        <w:rPr>
          <w:sz w:val="20"/>
        </w:rPr>
        <w:t>27:22  aur hum ko har us cheez ka ehtimam karna hai jo hamare andar strong personality paida kare.</w:t>
      </w:r>
      <w:r>
        <w:br/>
      </w:r>
      <w:r>
        <w:rPr>
          <w:sz w:val="20"/>
        </w:rPr>
        <w:t>27:31  yeh bahut hi zyada zaroori hai.</w:t>
      </w:r>
      <w:r>
        <w:br/>
      </w:r>
      <w:r>
        <w:rPr>
          <w:sz w:val="20"/>
        </w:rPr>
        <w:t>27:35  isi tarah dekhiye,</w:t>
      </w:r>
      <w:r>
        <w:br/>
      </w:r>
      <w:r>
        <w:rPr>
          <w:sz w:val="20"/>
        </w:rPr>
        <w:t>27:40  hadith mein aata hai ke wa Allah la yu'manu wa Allah la yu'manu wa Allah la yu'manu alladhi la ya'manu jarehu bawa'iqu Khuda ki qasam, woh momin nahi hai.</w:t>
      </w:r>
      <w:r>
        <w:br/>
      </w:r>
      <w:r>
        <w:rPr>
          <w:sz w:val="20"/>
        </w:rPr>
        <w:t>27:52  Khuda ki qasam, woh momin nahi hai. Khuda ki qasam, woh momin nahi hai. ab teen baar farmaya. phir aap ne farmaya ke alladhi la ya'manu jarehu bawa'iqu</w:t>
      </w:r>
      <w:r>
        <w:br/>
      </w:r>
      <w:r>
        <w:rPr>
          <w:sz w:val="20"/>
        </w:rPr>
        <w:t>28:03  yaani jo apne padosi ke liye problem create kare, woh momin nahi hai.</w:t>
      </w:r>
      <w:r>
        <w:br/>
      </w:r>
      <w:r>
        <w:rPr>
          <w:sz w:val="20"/>
        </w:rPr>
        <w:t>28:10  is se maine yeh samjha hai ke imaan ke do darje hain. ek minimum, ek maximum.</w:t>
      </w:r>
      <w:r>
        <w:br/>
      </w:r>
      <w:r>
        <w:rPr>
          <w:sz w:val="20"/>
        </w:rPr>
        <w:t>28:19  maximum kya hai? wa amma ma yanfa'u alnnasi fa in kuntum fi alrrdi yeh Quran mein hai.</w:t>
      </w:r>
      <w:r>
        <w:br/>
      </w:r>
      <w:r>
        <w:rPr>
          <w:sz w:val="20"/>
        </w:rPr>
        <w:t>28:25  imaan ka maximum darja yeh hai ke aap doosron ke liye nafe banen. samajh ke liye giver banen. aur minimum darja yeh hai ke aap no problem person bankar ke samajh mein reh saken.</w:t>
      </w:r>
      <w:r>
        <w:br/>
      </w:r>
      <w:r>
        <w:rPr>
          <w:sz w:val="20"/>
        </w:rPr>
        <w:t>28:43  har aadmi samaj mein rehta hai, muashre mein rehta hai, society mein rehta hai. Akele kisi island mein to aap reh nahin sakte.</w:t>
      </w:r>
      <w:r>
        <w:br/>
      </w:r>
      <w:r>
        <w:rPr>
          <w:sz w:val="20"/>
        </w:rPr>
        <w:t>28:54  To aap ke liye imaan ke sirf do darje hain. Teesra koi darja nahin hai. Maximum yeh hai ke aap samaj ke giver member ban kar rahen.</w:t>
      </w:r>
      <w:r>
        <w:br/>
      </w:r>
      <w:r>
        <w:rPr>
          <w:sz w:val="20"/>
        </w:rPr>
        <w:t>29:11  Society ke giver member ban kar rahen. Aur minimum kya hai? Minimum yeh hai ke aap ek no problem person ban kar rahen society mein.</w:t>
      </w:r>
      <w:r>
        <w:br/>
      </w:r>
      <w:r>
        <w:rPr>
          <w:sz w:val="20"/>
        </w:rPr>
        <w:t>29:25  Ya to no problem person baniye ya giver person baniye. Iske alawa koi teesra darja imaan ka nahin hai.</w:t>
      </w:r>
      <w:r>
        <w:br/>
      </w:r>
      <w:r>
        <w:rPr>
          <w:sz w:val="20"/>
        </w:rPr>
        <w:t>29:37  Koi teesra darja imaan ka nahin hai.</w:t>
      </w:r>
    </w:p>
    <w:p>
      <w:pPr>
        <w:pStyle w:val="Heading2"/>
      </w:pPr>
      <w:r>
        <w:t>Why true gratitude requires patience amid life's provocations</w:t>
      </w:r>
    </w:p>
    <w:p>
      <w:r>
        <w:rPr>
          <w:color w:val="666666"/>
          <w:sz w:val="18"/>
        </w:rPr>
        <w:t>Lessons from The Quran And Hadith · 5m 34s · at 3:14 · https://youtu.be/fBflSQEPstg?t=194</w:t>
      </w:r>
    </w:p>
    <w:p>
      <w:r>
        <w:rPr>
          <w:i/>
        </w:rPr>
        <w:t>“Duniya aisi jagah hai jahan hamesha kuch na kuch takleef hoti hai.”</w:t>
      </w:r>
    </w:p>
    <w:p>
      <w:r>
        <w:rPr>
          <w:sz w:val="20"/>
        </w:rPr>
        <w:t>3:14  Ab sawal yeh hai ke dunya to ek aisi jagah hai jahan har waqt kuch na kuch provocation hota rehta hai. Kuch na kuch taang khinchna, kuch na kuch takleef, kuch na kuch pareshani.</w:t>
      </w:r>
      <w:r>
        <w:br/>
      </w:r>
      <w:r>
        <w:rPr>
          <w:sz w:val="20"/>
        </w:rPr>
        <w:t>3:29  Dunya aisi jagah hai jahan aap is se bach nahi sakte ke rozana kuch na kuch aap ko unwanted situation pesh aaye.</w:t>
      </w:r>
      <w:r>
        <w:br/>
      </w:r>
      <w:r>
        <w:rPr>
          <w:sz w:val="20"/>
        </w:rPr>
        <w:t>3:41  kuchh nakhushgawar baaten pesh aaein.</w:t>
      </w:r>
      <w:r>
        <w:br/>
      </w:r>
      <w:r>
        <w:rPr>
          <w:sz w:val="20"/>
        </w:rPr>
        <w:t>3:44  kyunke duniya mein Allah taala ne har insaan ko azaadi di hai. jab azaadi di hai to azaadi par Khuda ne koi rok nahin lagai hai.</w:t>
      </w:r>
      <w:r>
        <w:br/>
      </w:r>
      <w:r>
        <w:rPr>
          <w:sz w:val="20"/>
        </w:rPr>
        <w:t>3:59  aadmi is ke liye bhi azaad hai ke apni azaadi ko misuse kare. apni azaadi ka galat istemaal kare.</w:t>
      </w:r>
      <w:r>
        <w:br/>
      </w:r>
      <w:r>
        <w:rPr>
          <w:sz w:val="20"/>
        </w:rPr>
        <w:t>4:07  aap jante hain ke apni azaadi ka galat istemaal kar ke insaan ne payghambar Yahya ko qatl kar diya. apni zaat, apni azaadi ka galat istemaal kar ke insaan ne Rasool Allah sal Allah alaih wasallam ke sahabi Hazrat Usman aur Hazrat Ali ko qatl kar diya.</w:t>
      </w:r>
      <w:r>
        <w:br/>
      </w:r>
      <w:r>
        <w:rPr>
          <w:sz w:val="20"/>
        </w:rPr>
        <w:t>4:29  to</w:t>
      </w:r>
      <w:r>
        <w:br/>
      </w:r>
      <w:r>
        <w:rPr>
          <w:sz w:val="20"/>
        </w:rPr>
        <w:t>4:30  aisi duniya mein jahan logon ko apni azaadi ko misuse karne ki bhi azaadi hai, to wahan to yahi hoga ke har waqt kuchh na kuchh</w:t>
      </w:r>
      <w:r>
        <w:br/>
      </w:r>
      <w:r>
        <w:rPr>
          <w:sz w:val="20"/>
        </w:rPr>
        <w:t>4:43  nakhushgawar waqiaat paish aate rahenge.</w:t>
      </w:r>
      <w:r>
        <w:br/>
      </w:r>
      <w:r>
        <w:rPr>
          <w:sz w:val="20"/>
        </w:rPr>
        <w:t>4:48  to sachcha shukr karne ke liye woh shukr jo ek thrill ke taur par aap ki zabaan se nikle, us ke liye sabr zaroori hai.</w:t>
      </w:r>
      <w:r>
        <w:br/>
      </w:r>
      <w:r>
        <w:rPr>
          <w:sz w:val="20"/>
        </w:rPr>
        <w:t>5:01  sabr ka matlab kya hai?</w:t>
      </w:r>
      <w:r>
        <w:br/>
      </w:r>
      <w:r>
        <w:rPr>
          <w:sz w:val="20"/>
        </w:rPr>
        <w:t>5:04  har us cheez ko bhulana</w:t>
      </w:r>
      <w:r>
        <w:br/>
      </w:r>
      <w:r>
        <w:rPr>
          <w:sz w:val="20"/>
        </w:rPr>
        <w:t>5:08  jo aap ko disturb kare. jo aap ke e'tedaal ko darham barham kare. is ko bhulana.</w:t>
      </w:r>
      <w:r>
        <w:br/>
      </w:r>
      <w:r>
        <w:rPr>
          <w:sz w:val="20"/>
        </w:rPr>
        <w:t>5:22  Martin Dawson, Bernard Shaw ne kaha tha ke jis aadmi ke paas bhulane ko kuchh na ho, wahi sab se zyada uneducated insaan hai.</w:t>
      </w:r>
      <w:r>
        <w:br/>
      </w:r>
      <w:r>
        <w:rPr>
          <w:sz w:val="20"/>
        </w:rPr>
        <w:t>5:36  to main yeh kahunga ke jis aadmi ke paas bhulane ko, bhulane wali spirit na ho, woh sachcha shukr Allah taala ka ata nahin kar sakta.</w:t>
      </w:r>
      <w:r>
        <w:br/>
      </w:r>
      <w:r>
        <w:rPr>
          <w:sz w:val="20"/>
        </w:rPr>
        <w:t>5:47  kabhi nahin.</w:t>
      </w:r>
      <w:r>
        <w:br/>
      </w:r>
      <w:r>
        <w:rPr>
          <w:sz w:val="20"/>
        </w:rPr>
        <w:t>5:49  woh to, is ka dil to bhara rahega negative thought ke saath.</w:t>
      </w:r>
      <w:r>
        <w:br/>
      </w:r>
      <w:r>
        <w:rPr>
          <w:sz w:val="20"/>
        </w:rPr>
        <w:t>5:57  to shukr kya karega? woh lip service karega woh?</w:t>
      </w:r>
      <w:r>
        <w:br/>
      </w:r>
      <w:r>
        <w:rPr>
          <w:sz w:val="20"/>
        </w:rPr>
        <w:t>6:04  dekhiye, main yeh samjha hoon ke</w:t>
      </w:r>
      <w:r>
        <w:br/>
      </w:r>
      <w:r>
        <w:rPr>
          <w:sz w:val="20"/>
        </w:rPr>
        <w:t>6:11  shukr karne ke liye is ki zaroorat nahin ke aap ke paas kothi ho, boat ho, bank balance ho, job ho, aap bahut bada uhda aap ke paas ho.</w:t>
      </w:r>
      <w:r>
        <w:br/>
      </w:r>
      <w:r>
        <w:rPr>
          <w:sz w:val="20"/>
        </w:rPr>
        <w:t>6:22  nahin. yeh sab kuchh nahin. shukr karna hai is baat par ke, shukr karna hai is baat par jo abhi mili hui hai aap ko.</w:t>
      </w:r>
      <w:r>
        <w:br/>
      </w:r>
      <w:r>
        <w:rPr>
          <w:sz w:val="20"/>
        </w:rPr>
        <w:t>6:34  main bol raha hoon aur aap sun rahe hain. main bol raha hoon aur aap sun rahe hain. yeh kaise possible hua?</w:t>
      </w:r>
      <w:r>
        <w:br/>
      </w:r>
      <w:r>
        <w:rPr>
          <w:sz w:val="20"/>
        </w:rPr>
        <w:t>6:46  is mein hazaron hazar factors involve hain.</w:t>
      </w:r>
      <w:r>
        <w:br/>
      </w:r>
      <w:r>
        <w:rPr>
          <w:sz w:val="20"/>
        </w:rPr>
        <w:t>6:53  aisa nahin ho sakta ke aap Khuda ki nematen jo mili hui hain woh na hon, phir bhi hum bol saken.</w:t>
      </w:r>
      <w:r>
        <w:br/>
      </w:r>
      <w:r>
        <w:rPr>
          <w:sz w:val="20"/>
        </w:rPr>
        <w:t>7:03  aap jante hain ke bolne se aap ki aawaz, meri aawaz jo aap tak pahunchti hai, to hawa ka medium chahiye.</w:t>
      </w:r>
      <w:r>
        <w:br/>
      </w:r>
      <w:r>
        <w:rPr>
          <w:sz w:val="20"/>
        </w:rPr>
        <w:t>7:11  hawa na ho to meri aawaz aap tak nahin pahunchegi. is ke ilawa aur hazaron factors darkar hain. aur jab electronic</w:t>
      </w:r>
      <w:r>
        <w:br/>
      </w:r>
      <w:r>
        <w:rPr>
          <w:sz w:val="20"/>
        </w:rPr>
        <w:t>7:25  aalat ke zariye se aap sun rahe hon meri baat, tab to aur bhi zyada bahut si baaten is mein involve ho jaati hain.</w:t>
      </w:r>
      <w:r>
        <w:br/>
      </w:r>
      <w:r>
        <w:rPr>
          <w:sz w:val="20"/>
        </w:rPr>
        <w:t>7:33  to isi par shukr ke main bol raha hoon, doosra insaan sun raha hai. isi par shukr ke maine aankh kholi aur cheezon ko main dekhne laga.</w:t>
      </w:r>
      <w:r>
        <w:br/>
      </w:r>
      <w:r>
        <w:rPr>
          <w:sz w:val="20"/>
        </w:rPr>
        <w:t>7:47  isi par shukr ke main zameen par chalna chaha to main zameen par chal raha hoon.</w:t>
      </w:r>
      <w:r>
        <w:br/>
      </w:r>
      <w:r>
        <w:rPr>
          <w:sz w:val="20"/>
        </w:rPr>
        <w:t>7:53  kyunki yeh saari cheezein agar zameen par, jis ko kaha jata hai life support system, woh na ho to hum kuch bhi nahi kar sakte.</w:t>
      </w:r>
      <w:r>
        <w:br/>
      </w:r>
      <w:r>
        <w:rPr>
          <w:sz w:val="20"/>
        </w:rPr>
        <w:t>8:05  to sacha shukr karne ke liye zaroori hai ke aap ke andar sabr ki spirit ho. sabr ki spirit ka matlab kya hai? avoid karna, tolerate karna, bhula dena.</w:t>
      </w:r>
      <w:r>
        <w:br/>
      </w:r>
      <w:r>
        <w:rPr>
          <w:sz w:val="20"/>
        </w:rPr>
        <w:t>8:17  badi se badi baaton ko nazar andaaz kar dena. jab aap aisa karenge to aap ka dil saaf suthra dil rahega.</w:t>
      </w:r>
      <w:r>
        <w:br/>
      </w:r>
      <w:r>
        <w:rPr>
          <w:sz w:val="20"/>
        </w:rPr>
        <w:t>8:29  aap ka dil positive thought ka dil hoga.</w:t>
      </w:r>
      <w:r>
        <w:br/>
      </w:r>
      <w:r>
        <w:rPr>
          <w:sz w:val="20"/>
        </w:rPr>
        <w:t>8:34  aap ka dil negative thought se pak hoga. tab aap ke andar thrill wala shukr paida hoga. aur tab aap sacha shukr kar sakenge.</w:t>
      </w:r>
    </w:p>
    <w:p>
      <w:pPr>
        <w:pStyle w:val="Heading2"/>
      </w:pPr>
      <w:r>
        <w:t>Meeting atheist philosopher and the one-line answer</w:t>
      </w:r>
    </w:p>
    <w:p>
      <w:r>
        <w:rPr>
          <w:color w:val="666666"/>
          <w:sz w:val="18"/>
        </w:rPr>
        <w:t>How to Find Truth | August 8, 2007 · 4m 07s · at 41:53 · https://youtu.be/YaxWNPN2K5A?t=2513</w:t>
      </w:r>
    </w:p>
    <w:p>
      <w:r>
        <w:rPr>
          <w:i/>
        </w:rPr>
        <w:t>“In 1965, I met a philosopher who was an atheist”</w:t>
      </w:r>
    </w:p>
    <w:p>
      <w:r>
        <w:rPr>
          <w:sz w:val="20"/>
        </w:rPr>
        <w:t>41:53  Now, to state this point, I will give an example.</w:t>
      </w:r>
      <w:r>
        <w:br/>
      </w:r>
      <w:r>
        <w:rPr>
          <w:sz w:val="20"/>
        </w:rPr>
        <w:t>42:08  In 1965, I was in Lucknow, so I happened to meet a scholar. He</w:t>
      </w:r>
      <w:r>
        <w:br/>
      </w:r>
      <w:r>
        <w:rPr>
          <w:sz w:val="20"/>
        </w:rPr>
        <w:t>42:24  was a philosopher. He, he, he was M.A. in philosophy. M.A. in philosophy. Then he prepared his thesis</w:t>
      </w:r>
      <w:r>
        <w:br/>
      </w:r>
      <w:r>
        <w:rPr>
          <w:sz w:val="20"/>
        </w:rPr>
        <w:t>42:54  in Britain philosophy.</w:t>
      </w:r>
      <w:r>
        <w:br/>
      </w:r>
      <w:r>
        <w:rPr>
          <w:sz w:val="20"/>
        </w:rPr>
        <w:t>43:04  You know, Bertrand was, Bertrand Russell was, was the, was an atheist, perhaps greatest atheist of his time.</w:t>
      </w:r>
      <w:r>
        <w:br/>
      </w:r>
      <w:r>
        <w:rPr>
          <w:sz w:val="20"/>
        </w:rPr>
        <w:t>43:14  So he was influenced by the Bertrand Russell's thought.</w:t>
      </w:r>
      <w:r>
        <w:br/>
      </w:r>
      <w:r>
        <w:rPr>
          <w:sz w:val="20"/>
        </w:rPr>
        <w:t>43:24  , and he became an atheist.</w:t>
      </w:r>
      <w:r>
        <w:br/>
      </w:r>
      <w:r>
        <w:rPr>
          <w:sz w:val="20"/>
        </w:rPr>
        <w:t>43:30  So he was, I was a believer in God.</w:t>
      </w:r>
      <w:r>
        <w:br/>
      </w:r>
      <w:r>
        <w:rPr>
          <w:sz w:val="20"/>
        </w:rPr>
        <w:t>43:37  I was a believer that, and he was an atheist.</w:t>
      </w:r>
      <w:r>
        <w:br/>
      </w:r>
      <w:r>
        <w:rPr>
          <w:sz w:val="20"/>
        </w:rPr>
        <w:t>43:43  So there was a difference between the thinking.</w:t>
      </w:r>
      <w:r>
        <w:br/>
      </w:r>
      <w:r>
        <w:rPr>
          <w:sz w:val="20"/>
        </w:rPr>
        <w:t>43:50  So during conversation, he said,</w:t>
      </w:r>
      <w:r>
        <w:br/>
      </w:r>
      <w:r>
        <w:rPr>
          <w:sz w:val="20"/>
        </w:rPr>
        <w:t>43:56  during conversation, he said that what, what criterion do you have to prove the existence of God? I remember that place where, where</w:t>
      </w:r>
      <w:r>
        <w:br/>
      </w:r>
      <w:r>
        <w:rPr>
          <w:sz w:val="20"/>
        </w:rPr>
        <w:t>44:26  He asked this question.</w:t>
      </w:r>
      <w:r>
        <w:br/>
      </w:r>
      <w:r>
        <w:rPr>
          <w:sz w:val="20"/>
        </w:rPr>
        <w:t>44:34  It is in my vivid memory.</w:t>
      </w:r>
      <w:r>
        <w:br/>
      </w:r>
      <w:r>
        <w:rPr>
          <w:sz w:val="20"/>
        </w:rPr>
        <w:t>44:41  It was a great experience of my life.</w:t>
      </w:r>
      <w:r>
        <w:br/>
      </w:r>
      <w:r>
        <w:rPr>
          <w:sz w:val="20"/>
        </w:rPr>
        <w:t>44:49  So he asked, "What criterion do you have to prove the existence of God?" Then there is the</w:t>
      </w:r>
      <w:r>
        <w:br/>
      </w:r>
      <w:r>
        <w:rPr>
          <w:sz w:val="20"/>
        </w:rPr>
        <w:t>44:57  is.</w:t>
      </w:r>
      <w:r>
        <w:br/>
      </w:r>
      <w:r>
        <w:rPr>
          <w:sz w:val="20"/>
        </w:rPr>
        <w:t>45:05  After a little pause, I said the same criterion which you have to prove anything else.</w:t>
      </w:r>
      <w:r>
        <w:br/>
      </w:r>
      <w:r>
        <w:rPr>
          <w:sz w:val="20"/>
        </w:rPr>
        <w:t>45:13  I have the same criterion which you have to prove anything else.</w:t>
      </w:r>
      <w:r>
        <w:br/>
      </w:r>
      <w:r>
        <w:rPr>
          <w:sz w:val="20"/>
        </w:rPr>
        <w:t>45:22  And he became silent.</w:t>
      </w:r>
      <w:r>
        <w:br/>
      </w:r>
      <w:r>
        <w:rPr>
          <w:sz w:val="20"/>
        </w:rPr>
        <w:t>45:30  Conversation reached to the end.</w:t>
      </w:r>
      <w:r>
        <w:br/>
      </w:r>
      <w:r>
        <w:rPr>
          <w:sz w:val="20"/>
        </w:rPr>
        <w:t>45:35  It was shortest dialogue perhaps in history.</w:t>
      </w:r>
      <w:r>
        <w:br/>
      </w:r>
      <w:r>
        <w:rPr>
          <w:sz w:val="20"/>
        </w:rPr>
        <w:t>45:40  One question, one answer.</w:t>
      </w:r>
      <w:r>
        <w:br/>
      </w:r>
      <w:r>
        <w:rPr>
          <w:sz w:val="20"/>
        </w:rPr>
        <w:t>45:45  And it was the, and the dialogue ended.</w:t>
      </w:r>
      <w:r>
        <w:br/>
      </w:r>
      <w:r>
        <w:rPr>
          <w:sz w:val="20"/>
        </w:rPr>
        <w:t>45:50  Perhaps it was the shortest dialogue in the history.</w:t>
      </w:r>
      <w:r>
        <w:br/>
      </w:r>
      <w:r>
        <w:rPr>
          <w:sz w:val="20"/>
        </w:rPr>
        <w:t>45:55  He said what criterion, wa</w:t>
      </w:r>
    </w:p>
    <w:p>
      <w:pPr>
        <w:pStyle w:val="Heading2"/>
      </w:pPr>
      <w:r>
        <w:t>Justice through peace, not peace through justice</w:t>
      </w:r>
    </w:p>
    <w:p>
      <w:r>
        <w:rPr>
          <w:color w:val="666666"/>
          <w:sz w:val="18"/>
        </w:rPr>
        <w:t>Interview Session with Maulana Wahiduddin Khan English · 3m 47s · at 15:34 · https://youtu.be/oNKYrZsbzr4?t=934</w:t>
      </w:r>
    </w:p>
    <w:p>
      <w:r>
        <w:rPr>
          <w:i/>
        </w:rPr>
        <w:t>“I asked those people who are engaged in fighting, 'Why are you fighting?'”</w:t>
      </w:r>
    </w:p>
    <w:p>
      <w:r>
        <w:rPr>
          <w:sz w:val="20"/>
        </w:rPr>
        <w:t>15:34  So I asked those people who are engaged in fighting, "Why are you fighting?" They said, "We want justice. Give us justice, and we will give you peace." This was their simple formula.</w:t>
      </w:r>
      <w:r>
        <w:br/>
      </w:r>
      <w:r>
        <w:rPr>
          <w:sz w:val="20"/>
        </w:rPr>
        <w:t>15:49  "Give us justice, and we will give you peace." I said that this is not Islamic formula. No, not at all.</w:t>
      </w:r>
      <w:r>
        <w:br/>
      </w:r>
      <w:r>
        <w:rPr>
          <w:sz w:val="20"/>
        </w:rPr>
        <w:t>15:59  I said that justice is the outcome of your own struggle.</w:t>
      </w:r>
      <w:r>
        <w:br/>
      </w:r>
      <w:r>
        <w:rPr>
          <w:sz w:val="20"/>
        </w:rPr>
        <w:t>16:04  Justice is not an outcome of peace. Peace gives you opportunity. So first of all, you have to establish peace.</w:t>
      </w:r>
      <w:r>
        <w:br/>
      </w:r>
      <w:r>
        <w:rPr>
          <w:sz w:val="20"/>
        </w:rPr>
        <w:t>16:15  Then you have to avail the opportunities. And by availing those opportunities, you can. And justice.</w:t>
      </w:r>
      <w:r>
        <w:br/>
      </w:r>
      <w:r>
        <w:rPr>
          <w:sz w:val="20"/>
        </w:rPr>
        <w:t>16:24  So this formula, they call it Assalam Mal Adl, or peace with justice.</w:t>
      </w:r>
      <w:r>
        <w:br/>
      </w:r>
      <w:r>
        <w:rPr>
          <w:sz w:val="20"/>
        </w:rPr>
        <w:t>16:32  This is the wrong formul</w:t>
      </w:r>
      <w:r>
        <w:br/>
      </w:r>
      <w:r>
        <w:rPr>
          <w:sz w:val="20"/>
        </w:rPr>
        <w:t>16:34  a, not theright formula. I said that you have to follow the Islamic principle. According to Islam, it's very clear in the Qur'an that justice is the outcome of your own struggle.</w:t>
      </w:r>
      <w:r>
        <w:br/>
      </w:r>
      <w:r>
        <w:rPr>
          <w:sz w:val="20"/>
        </w:rPr>
        <w:t>16:52  So first of all, you have to avoid all those problems to establish peace. And when there is peace, there are opportunities.</w:t>
      </w:r>
      <w:r>
        <w:br/>
      </w:r>
      <w:r>
        <w:rPr>
          <w:sz w:val="20"/>
        </w:rPr>
        <w:t>17:03  So avail these opportunities, and then we'll find justice. So was the case of the Prophet of Islam. When the Prophet of Islam was in Mecca, he faced so many hostilities.</w:t>
      </w:r>
      <w:r>
        <w:br/>
      </w:r>
      <w:r>
        <w:rPr>
          <w:sz w:val="20"/>
        </w:rPr>
        <w:t>17:19  They became hostile. They wanted to kill the Prophet of Islam. So he migrated, and he settled in Medina.</w:t>
      </w:r>
      <w:r>
        <w:br/>
      </w:r>
      <w:r>
        <w:rPr>
          <w:sz w:val="20"/>
        </w:rPr>
        <w:t>17:30  But there was some attack from the Meccan side. So he wanted to establish peace.</w:t>
      </w:r>
      <w:r>
        <w:br/>
      </w:r>
      <w:r>
        <w:rPr>
          <w:sz w:val="20"/>
        </w:rPr>
        <w:t>17:41  He started negotiation. So they insisted that the Prophet must accept their conditions.</w:t>
      </w:r>
      <w:r>
        <w:br/>
      </w:r>
      <w:r>
        <w:rPr>
          <w:sz w:val="20"/>
        </w:rPr>
        <w:t>17:52  The Prophet accepted their conditions.</w:t>
      </w:r>
      <w:r>
        <w:br/>
      </w:r>
      <w:r>
        <w:rPr>
          <w:sz w:val="20"/>
        </w:rPr>
        <w:t>17:56  So he</w:t>
      </w:r>
      <w:r>
        <w:br/>
      </w:r>
      <w:r>
        <w:rPr>
          <w:sz w:val="20"/>
        </w:rPr>
        <w:t>18:00  established peace by accepting their conditions. It is called Hudaybiyah. Hudaybiyah was an agreement of peace.</w:t>
      </w:r>
      <w:r>
        <w:br/>
      </w:r>
      <w:r>
        <w:rPr>
          <w:sz w:val="20"/>
        </w:rPr>
        <w:t>18:10  And this peace was obtained by accepting all those conditions of the other party. So the Prophet said that if there is peace, there are opportunities</w:t>
      </w:r>
      <w:r>
        <w:br/>
      </w:r>
      <w:r>
        <w:rPr>
          <w:sz w:val="20"/>
        </w:rPr>
        <w:t>18:23  . So first of all, we have to establish peace at any cost. Then we will avail the opportunities. This was the strategy of the Prophet of Islam.</w:t>
      </w:r>
      <w:r>
        <w:br/>
      </w:r>
      <w:r>
        <w:rPr>
          <w:sz w:val="20"/>
        </w:rPr>
        <w:t>18:33  So I said that you have to live with Jews peacefully. Why not?</w:t>
      </w:r>
      <w:r>
        <w:br/>
      </w:r>
      <w:r>
        <w:rPr>
          <w:sz w:val="20"/>
        </w:rPr>
        <w:t>18:44  At present, there are so many opportunities in Israel.</w:t>
      </w:r>
      <w:r>
        <w:br/>
      </w:r>
      <w:r>
        <w:rPr>
          <w:sz w:val="20"/>
        </w:rPr>
        <w:t>18:49  Israel is a country of opportunities, even for Arabs. So I said that you have to stop fighting, and you have to establish peace.</w:t>
      </w:r>
      <w:r>
        <w:br/>
      </w:r>
      <w:r>
        <w:rPr>
          <w:sz w:val="20"/>
        </w:rPr>
        <w:t>19:04  And then you have to avail those opportunities. This is theright way to find your justice. This is my formula, according to the Islamic teachings.</w:t>
      </w:r>
    </w:p>
    <w:p>
      <w:pPr>
        <w:pStyle w:val="Heading2"/>
      </w:pPr>
      <w:r>
        <w:t>Why Muslims focus on political freedom</w:t>
      </w:r>
    </w:p>
    <w:p>
      <w:r>
        <w:rPr>
          <w:color w:val="666666"/>
          <w:sz w:val="18"/>
        </w:rPr>
        <w:t>From the Spiritual Tree 20 February 2011 - Maulana Wahiduddin Khan · 4m 54s · at 17:57 · https://youtu.be/FpBLnD-xv6A?t=1077</w:t>
      </w:r>
    </w:p>
    <w:p>
      <w:r>
        <w:rPr>
          <w:i/>
        </w:rPr>
        <w:t>“Sawaal hai kyun woh log 95 par focus nahi kar rahe hain”</w:t>
      </w:r>
    </w:p>
    <w:p>
      <w:r>
        <w:rPr>
          <w:sz w:val="20"/>
        </w:rPr>
        <w:t>17:57  sawal hai kyun woh log 95 par focus nahi kar rahe hain? ek par focus kar rahe hain. political freedom ek ek hai. main muslim countries mein bar bar gaya hoon.</w:t>
      </w:r>
      <w:r>
        <w:br/>
      </w:r>
      <w:r>
        <w:rPr>
          <w:sz w:val="20"/>
        </w:rPr>
        <w:t>18:09  khoob aaraam se reh rahe the log. kisi cheez ki kami nahi thi. free education, free medical facilities, easy job.</w:t>
      </w:r>
      <w:r>
        <w:br/>
      </w:r>
      <w:r>
        <w:rPr>
          <w:sz w:val="20"/>
        </w:rPr>
        <w:t>18:19  yaani jo jis lihaaz se bhi dekhein sab aasaan tha un ko. khoob aaraam se reh rahe the. political freedom ki kami thi.</w:t>
      </w:r>
      <w:r>
        <w:br/>
      </w:r>
      <w:r>
        <w:rPr>
          <w:sz w:val="20"/>
        </w:rPr>
        <w:t>18:29  balkeh china mein political freedom nahi hai. phir bhi china taraqqi kar raha hai. political freedom koi criteria nahi hai.</w:t>
      </w:r>
      <w:r>
        <w:br/>
      </w:r>
      <w:r>
        <w:rPr>
          <w:sz w:val="20"/>
        </w:rPr>
        <w:t>18:40  asal cheez yeh hai ke aap ko khane kamane ki azaadi ho, parhne likhne ki azaadi ho, ilaaj ki azaadi ho, chalne phirne ki azaadi ho. woh sab maujood tha wahan par.</w:t>
      </w:r>
      <w:r>
        <w:br/>
      </w:r>
      <w:r>
        <w:rPr>
          <w:sz w:val="20"/>
        </w:rPr>
        <w:t>18:52  isi liye hadeeson mein bohat zyada mana kiya gaya hai khurooj se. yaani governments ke khilaaf ladai ladna.</w:t>
      </w:r>
      <w:r>
        <w:br/>
      </w:r>
      <w:r>
        <w:rPr>
          <w:sz w:val="20"/>
        </w:rPr>
        <w:t>19:04  political authority ke khilaaf hungama karna. kyun? is ka matlab kya hai? is ka matlab yeh hai ke political seat par chahe koi bhi ho, opportunities khuli rehti hain doosre maidaanon mein.</w:t>
      </w:r>
      <w:r>
        <w:br/>
      </w:r>
      <w:r>
        <w:rPr>
          <w:sz w:val="20"/>
        </w:rPr>
        <w:t>19:18  matlab education ka field, dawat ka field, business ka field, social work ka field. saare taraqqiyaat ke field khule hue hain.</w:t>
      </w:r>
      <w:r>
        <w:br/>
      </w:r>
      <w:r>
        <w:rPr>
          <w:sz w:val="20"/>
        </w:rPr>
        <w:t>19:31  to political seat par koi aur baitha hua hai to baithne dijiye is ko.</w:t>
      </w:r>
      <w:r>
        <w:br/>
      </w:r>
      <w:r>
        <w:rPr>
          <w:sz w:val="20"/>
        </w:rPr>
        <w:t>19:37  adar deen political field jo khuli hui hain opportunities us ko avail kijiye. lekin bas wohi hamein chahiye. hato to wahan se political seat se.</w:t>
      </w:r>
      <w:r>
        <w:br/>
      </w:r>
      <w:r>
        <w:rPr>
          <w:sz w:val="20"/>
        </w:rPr>
        <w:t>19:48  lekin sawal yeh hai ke woh ek hate ga, doosra aaye ga. saare log to kabhi bhi nahi baith sakte. aisa naamumkin hai ke kisi mulk ke saare log political seat pe baith jayein.</w:t>
      </w:r>
      <w:r>
        <w:br/>
      </w:r>
      <w:r>
        <w:rPr>
          <w:sz w:val="20"/>
        </w:rPr>
        <w:t>20:01  to ek kitaab chhapi hai amreeka se. kaha jata hai ke woh isi ne trigger kiya hai. isi ne is yaani popular revolution jis ko kaha jata hai us ko trigger kiya hai is ne.</w:t>
      </w:r>
      <w:r>
        <w:br/>
      </w:r>
      <w:r>
        <w:rPr>
          <w:sz w:val="20"/>
        </w:rPr>
        <w:t>20:14  woh chhapi hai 2010 mein. is ka naam hai "from dictatorship to democracy". ek amreeki scholar ne likha hai.</w:t>
      </w:r>
      <w:r>
        <w:br/>
      </w:r>
      <w:r>
        <w:rPr>
          <w:sz w:val="20"/>
        </w:rPr>
        <w:t>20:27  woh 93 pages ki kitaab hai. woh aur 24 languages mein is ka tarjuma kiya gaya hai. 24 languages.</w:t>
      </w:r>
      <w:r>
        <w:br/>
      </w:r>
      <w:r>
        <w:rPr>
          <w:sz w:val="20"/>
        </w:rPr>
        <w:t>20:38  "from dictatorship to democracy". to 24 zubanon mein. ab yeh muslim countries jo hain arab countries is mein azadi yaani is ki nahi thi ke aap akhbar nikalein apna, kitabein chhapein apni.</w:t>
      </w:r>
      <w:r>
        <w:br/>
      </w:r>
      <w:r>
        <w:rPr>
          <w:sz w:val="20"/>
        </w:rPr>
        <w:t>20:55  wahan sab government se control hota tha. yaani publishing, printing yeh sab government se control hota tha. aam logon ko ijazat nahi thi.</w:t>
      </w:r>
      <w:r>
        <w:br/>
      </w:r>
      <w:r>
        <w:rPr>
          <w:sz w:val="20"/>
        </w:rPr>
        <w:t>21:05  yeh kitaab jo hai aam tareeqe se chhap nahi sakti thi. lekin zamanah aa gaya aap jante hain ke internet ka. ab chahe woh bazaar mein kitaab ki shakal mein na bake tab bhi aap ko ghar mein maujood hai internet par.</w:t>
      </w:r>
      <w:r>
        <w:br/>
      </w:r>
      <w:r>
        <w:rPr>
          <w:sz w:val="20"/>
        </w:rPr>
        <w:t>21:23  to unhon ne 24 zubanon mein is kitaab ko internet par upload kar diya. 93 pages ki is kitaab ko.</w:t>
      </w:r>
      <w:r>
        <w:br/>
      </w:r>
      <w:r>
        <w:rPr>
          <w:sz w:val="20"/>
        </w:rPr>
        <w:t>21:34  is ka title tha "from dictatorship to democracy". kaha jata hai isi kitaab ne trigger kiya. main kehta hoon ke is kitaab ne trigger kiya to khud quran ne kyun trigger nahi kiya?</w:t>
      </w:r>
      <w:r>
        <w:br/>
      </w:r>
      <w:r>
        <w:rPr>
          <w:sz w:val="20"/>
        </w:rPr>
        <w:t>21:50  yeh bhi sawal hai na? quran bhi maujood tha un ke paas. is mein likha hua tha "al sulh khair". is ka matlab hai "from violence to peace".</w:t>
      </w:r>
      <w:r>
        <w:br/>
      </w:r>
      <w:r>
        <w:rPr>
          <w:sz w:val="20"/>
        </w:rPr>
        <w:t>22:01  to "from dictatorship to democracy" aur trigger kar diya un ko. aur doosri jo maujood tha un ke paas quran ki shakal mein, hadith ki shakal mein, sunnat rasool ki shakal mein.</w:t>
      </w:r>
      <w:r>
        <w:br/>
      </w:r>
      <w:r>
        <w:rPr>
          <w:sz w:val="20"/>
        </w:rPr>
        <w:t>22:14  "from violence to peace". is ko trigger kyun nahi kiya? yaani matlab yeh tha ke tum ko sab kuch mila hua hai to da'wati kaam karo.</w:t>
      </w:r>
      <w:r>
        <w:br/>
      </w:r>
      <w:r>
        <w:rPr>
          <w:sz w:val="20"/>
        </w:rPr>
        <w:t>22:27  education mein jao. social reform karo. society ko acha banao. yeh sab kaam karo.</w:t>
      </w:r>
      <w:r>
        <w:br/>
      </w:r>
      <w:r>
        <w:rPr>
          <w:sz w:val="20"/>
        </w:rPr>
        <w:t>22:39  yeh sab chhod kar ke bas political opposition, political revolt, anti authority hangame phir kyun chale gaye?</w:t>
      </w:r>
    </w:p>
    <w:p>
      <w:pPr>
        <w:pStyle w:val="Heading2"/>
      </w:pPr>
      <w:r>
        <w:t>Quranic teaching on avoiding assumptions about people</w:t>
      </w:r>
    </w:p>
    <w:p>
      <w:r>
        <w:rPr>
          <w:color w:val="666666"/>
          <w:sz w:val="18"/>
        </w:rPr>
        <w:t>How to Build A Strong Personality June 14, 2008 · 5m 33s · at 21:06 · https://youtu.be/CEzRHSVoQlI?t=1266</w:t>
      </w:r>
    </w:p>
    <w:p>
      <w:r>
        <w:rPr>
          <w:i/>
        </w:rPr>
        <w:t>“Ya ayyuhal lazina amanu ijtanibu kasiram minaz zann”</w:t>
      </w:r>
    </w:p>
    <w:p>
      <w:r>
        <w:rPr>
          <w:sz w:val="20"/>
        </w:rPr>
        <w:t>21:06  is ke wording yeh hai: ya ayyuhal ladheena amanu istaniboo katheeran minaz zanni fa inna ba'daz zanni ism</w:t>
      </w:r>
      <w:r>
        <w:br/>
      </w:r>
      <w:r>
        <w:rPr>
          <w:sz w:val="20"/>
        </w:rPr>
        <w:t>21:22  ae logon, ae iman laane walon!</w:t>
      </w:r>
      <w:r>
        <w:br/>
      </w:r>
      <w:r>
        <w:rPr>
          <w:sz w:val="20"/>
        </w:rPr>
        <w:t>21:30  tum log</w:t>
      </w:r>
      <w:r>
        <w:br/>
      </w:r>
      <w:r>
        <w:rPr>
          <w:sz w:val="20"/>
        </w:rPr>
        <w:t>21:33  zann se bacho,</w:t>
      </w:r>
      <w:r>
        <w:br/>
      </w:r>
      <w:r>
        <w:rPr>
          <w:sz w:val="20"/>
        </w:rPr>
        <w:t>21:37  guman se bacho, kyunke bohat se guman gunah hote hain. in ba'daz zanni ism kyunke bohat se gunah, kyunke bohat se guman gunah hote hain.</w:t>
      </w:r>
      <w:r>
        <w:br/>
      </w:r>
      <w:r>
        <w:rPr>
          <w:sz w:val="20"/>
        </w:rPr>
        <w:t>21:54  dekhein, guman kis ko kehte hain?</w:t>
      </w:r>
      <w:r>
        <w:br/>
      </w:r>
      <w:r>
        <w:rPr>
          <w:sz w:val="20"/>
        </w:rPr>
        <w:t>21:58  guman kehte hain supposition ke base par koi statement dena. supposition ke base par koi statement dena, yaani qiyas kar ke aap ko poori maloomat nahi hai, koi jankari nahi hai, aap ne guess kiya aur guess kar ke aap ne ek remark de diya.</w:t>
      </w:r>
      <w:r>
        <w:br/>
      </w:r>
      <w:r>
        <w:rPr>
          <w:sz w:val="20"/>
        </w:rPr>
        <w:t>22:18  supposition ke base par aap ne ek remark de diya. yeh hai zann ya guman.</w:t>
      </w:r>
      <w:r>
        <w:br/>
      </w:r>
      <w:r>
        <w:rPr>
          <w:sz w:val="20"/>
        </w:rPr>
        <w:t>22:25  ab is ayat par sochiye ke ae logon, bohat ziyada guman se bacho, kyunke baz guman gunah hote hain.</w:t>
      </w:r>
      <w:r>
        <w:br/>
      </w:r>
      <w:r>
        <w:rPr>
          <w:sz w:val="20"/>
        </w:rPr>
        <w:t>22:41  is mein dekhiye, is se yeh nikalta hai ke gumaan ke, gumaan ki do qismein hain. is supposition par, yeh guess par kalam jo karte hain log, to is ki do qismein hain.</w:t>
      </w:r>
      <w:r>
        <w:br/>
      </w:r>
      <w:r>
        <w:rPr>
          <w:sz w:val="20"/>
        </w:rPr>
        <w:t>22:56  ek woh qism hai jo gunaah hai, gunaah. ek is se kam hai.</w:t>
      </w:r>
      <w:r>
        <w:br/>
      </w:r>
      <w:r>
        <w:rPr>
          <w:sz w:val="20"/>
        </w:rPr>
        <w:t>23:03  to yeh do qism kaun kaun si hain?</w:t>
      </w:r>
      <w:r>
        <w:br/>
      </w:r>
      <w:r>
        <w:rPr>
          <w:sz w:val="20"/>
        </w:rPr>
        <w:t>23:06  is par maine socha to mujhe samajh mein aaya ke dekhein, isi ke baare mein ek hai positive remark dena, ek hai negative remark dena.</w:t>
      </w:r>
      <w:r>
        <w:br/>
      </w:r>
      <w:r>
        <w:rPr>
          <w:sz w:val="20"/>
        </w:rPr>
        <w:t>23:22  positive remark dena aur negative remark dena. farz kiye ke ek aadmi aap ko nazar pada, woh kurta pehne hue, topi pehne hue ja raha tha.</w:t>
      </w:r>
      <w:r>
        <w:br/>
      </w:r>
      <w:r>
        <w:rPr>
          <w:sz w:val="20"/>
        </w:rPr>
        <w:t>23:35  is ko dekh kar aap ne kaha ke mujhe aisa lagta hai ke yeh aadmi quran ka haafiz hai. yeh guess kar ke kaha aap ne. to suppose woh quran ka haafiz na ho aur aap ne keh diya ke mujhe lagta hai ke yeh quran ka haafiz hai,</w:t>
      </w:r>
      <w:r>
        <w:br/>
      </w:r>
      <w:r>
        <w:rPr>
          <w:sz w:val="20"/>
        </w:rPr>
        <w:t>23:50  to yeh koi gunaah ki baat nahi hui, kyunke that was a positive remark toward that person. to hum rozana bolte rehte hain guess ke base par roz</w:t>
      </w:r>
      <w:r>
        <w:br/>
      </w:r>
      <w:r>
        <w:rPr>
          <w:sz w:val="20"/>
        </w:rPr>
        <w:t>24:04  ana. to do qismein huin: ek hai guess ya supposition ke base par kisi ke baare mein ek positive remark dena.</w:t>
      </w:r>
      <w:r>
        <w:br/>
      </w:r>
      <w:r>
        <w:rPr>
          <w:sz w:val="20"/>
        </w:rPr>
        <w:t>24:19  positive remark woh hai jis mein, is ki mein ek definition bataunga. definition: positive remark woh hai jis ko woh aadmi sune to us ko woh bura na maloom ho.</w:t>
      </w:r>
      <w:r>
        <w:br/>
      </w:r>
      <w:r>
        <w:rPr>
          <w:sz w:val="20"/>
        </w:rPr>
        <w:t>24:35  jaise ke aap ne kaha ke aadmi mujhe lagta hai ke quran ka haafiz hai, to aur woh haafiz na ho quran ka, to sune ga to woh bura nahi maloom hoga.</w:t>
      </w:r>
      <w:r>
        <w:br/>
      </w:r>
      <w:r>
        <w:rPr>
          <w:sz w:val="20"/>
        </w:rPr>
        <w:t>24:44  is ko, is ko bura nahi maloom hoga. aap yeh kahein ke aadmi mujhe lagta hai ke nadwa se parh kar aaya hai.</w:t>
      </w:r>
      <w:r>
        <w:br/>
      </w:r>
      <w:r>
        <w:rPr>
          <w:sz w:val="20"/>
        </w:rPr>
        <w:t>24:54  farz kiye ke nadwa se na parha ho us ne, to us ko bura nahi lage ga, kyunke that was a positive remark.</w:t>
      </w:r>
      <w:r>
        <w:br/>
      </w:r>
      <w:r>
        <w:rPr>
          <w:sz w:val="20"/>
        </w:rPr>
        <w:t>25:02  to ek hai woh guess, woh supposition</w:t>
      </w:r>
      <w:r>
        <w:br/>
      </w:r>
      <w:r>
        <w:rPr>
          <w:sz w:val="20"/>
        </w:rPr>
        <w:t>25:10  jis ke tehat aap kisi ke baare mein koi positive remark dein. to positive remark par aap ki pakar nahi hai, woh aap ke liye gunaah nahi hai.</w:t>
      </w:r>
      <w:r>
        <w:br/>
      </w:r>
      <w:r>
        <w:rPr>
          <w:sz w:val="20"/>
        </w:rPr>
        <w:t>25:23  doosra remark woh hai jo negative remark ho. negative remark</w:t>
      </w:r>
      <w:r>
        <w:br/>
      </w:r>
      <w:r>
        <w:rPr>
          <w:sz w:val="20"/>
        </w:rPr>
        <w:t>25:29  yaani kisi ke baare mein aisi baat kehna jis ko woh sune to us ko bura lagay.</w:t>
      </w:r>
      <w:r>
        <w:br/>
      </w:r>
      <w:r>
        <w:rPr>
          <w:sz w:val="20"/>
        </w:rPr>
        <w:t>25:38  negative remark dena kisi ke baare mein, is ki definition yeh hogi ke jis ko woh aadmi sune to us ko bura lagay.</w:t>
      </w:r>
      <w:r>
        <w:br/>
      </w:r>
      <w:r>
        <w:rPr>
          <w:sz w:val="20"/>
        </w:rPr>
        <w:t>25:49  jaise ke ek aadmi hai, woh chal raha hai. ab woh ek suppose, woh ek coat pehne hue hai.</w:t>
      </w:r>
      <w:r>
        <w:br/>
      </w:r>
      <w:r>
        <w:rPr>
          <w:sz w:val="20"/>
        </w:rPr>
        <w:t>25:59  aap kahein ke mujhe lagta hai ke yeh coat jo hai, is ne falan store se chura li hai. yeh negative remark hua, kyunke aap ko pata to tha nahi ke woh coat chura kar laya hai woh ya khareed kar ke laya hai.</w:t>
      </w:r>
      <w:r>
        <w:br/>
      </w:r>
      <w:r>
        <w:rPr>
          <w:sz w:val="20"/>
        </w:rPr>
        <w:t>26:14  to agar aap yeh kahein ke yeh aadmi jo hai, mujhe lagta hai ke yeh coat chura kar laya hai falan store se, to woh sune ga to bura lagay ga us ko. zaahir hai, woh ghussa hoga.</w:t>
      </w:r>
      <w:r>
        <w:br/>
      </w:r>
      <w:r>
        <w:rPr>
          <w:sz w:val="20"/>
        </w:rPr>
        <w:t>26:25  to yeh hai negative remark.</w:t>
      </w:r>
      <w:r>
        <w:br/>
      </w:r>
      <w:r>
        <w:rPr>
          <w:sz w:val="20"/>
        </w:rPr>
        <w:t>26:28  to quran mein dekhiye, remark pass karne ki do qismein batai gayi hain. ek hai negative remark, ek hai positive remark.</w:t>
      </w:r>
    </w:p>
    <w:p>
      <w:pPr>
        <w:pStyle w:val="Heading2"/>
      </w:pPr>
      <w:r>
        <w:t>Impatience causes divorce and war, patience finds opportunity</w:t>
      </w:r>
    </w:p>
    <w:p>
      <w:r>
        <w:rPr>
          <w:color w:val="666666"/>
          <w:sz w:val="18"/>
        </w:rPr>
        <w:t>Power of Peace June 6, 2010 Maulana Wahiduddin Khan · 5m 28s · at 36:47 · https://youtu.be/QNnouRoYI38?t=2207</w:t>
      </w:r>
    </w:p>
    <w:p>
      <w:r>
        <w:rPr>
          <w:i/>
        </w:rPr>
        <w:t>“Sabse bari cheez hai power of patience”</w:t>
      </w:r>
    </w:p>
    <w:p>
      <w:r>
        <w:rPr>
          <w:sz w:val="20"/>
        </w:rPr>
        <w:t>36:47  poori history mein yeh hua hai, poori history mein.</w:t>
      </w:r>
      <w:r>
        <w:br/>
      </w:r>
      <w:r>
        <w:rPr>
          <w:sz w:val="20"/>
        </w:rPr>
        <w:t>36:53  to sab se badi cheez hai power of patience. is se badi koi cheez nahi.</w:t>
      </w:r>
      <w:r>
        <w:br/>
      </w:r>
      <w:r>
        <w:rPr>
          <w:sz w:val="20"/>
        </w:rPr>
        <w:t>37:02  impatience sab se badi kamzori hai. impatience sab se badi bhi kamzori hai. aur patience sab se badi taqat hai.</w:t>
      </w:r>
      <w:r>
        <w:br/>
      </w:r>
      <w:r>
        <w:rPr>
          <w:sz w:val="20"/>
        </w:rPr>
        <w:t>37:13  kyun ke jab aap, kyun ke jaisa ke maine arz kiya, situation to create ho gi, unwanted situation. jo aap ko achhi na lage, yeh to hoga.</w:t>
      </w:r>
      <w:r>
        <w:br/>
      </w:r>
      <w:r>
        <w:rPr>
          <w:sz w:val="20"/>
        </w:rPr>
        <w:t>37:28  to jab koi situation aisi create hoti hai to us waqt do baatein hoti hain. ek problem. lekin saath saath opportunities bhi.</w:t>
      </w:r>
      <w:r>
        <w:br/>
      </w:r>
      <w:r>
        <w:rPr>
          <w:sz w:val="20"/>
        </w:rPr>
        <w:t>37:37  jis hadith mein aata hai, jo maine abhi parhi hadith aap ke samne hai. un</w:t>
      </w:r>
      <w:r>
        <w:br/>
      </w:r>
      <w:r>
        <w:rPr>
          <w:sz w:val="20"/>
        </w:rPr>
        <w:t>37:45  yani with every problem there are opportunities. yeh hadith hai. With every problem there are opportunities.</w:t>
      </w:r>
      <w:r>
        <w:br/>
      </w:r>
      <w:r>
        <w:rPr>
          <w:sz w:val="20"/>
        </w:rPr>
        <w:t>37:56  donon hamesha sath sath rahenge,</w:t>
      </w:r>
      <w:r>
        <w:br/>
      </w:r>
      <w:r>
        <w:rPr>
          <w:sz w:val="20"/>
        </w:rPr>
        <w:t>37:58  yeh donon twin hain, twin hain. Yani problem aur opportunity donon twin hain. Kabhi aisa nahi hoga, yaad rakhiye, kabhi aisa nahi hoga. Problem ho, opportunities na hon.</w:t>
      </w:r>
      <w:r>
        <w:br/>
      </w:r>
      <w:r>
        <w:rPr>
          <w:sz w:val="20"/>
        </w:rPr>
        <w:t>38:11  to sahi tareeqa kya hai? Jab aap bhadakte nahi hain, jab aap mushtael nahi hote to kya karte hain? Aap dhoondne lagte hain ke bhai opportunities kahan hain.</w:t>
      </w:r>
      <w:r>
        <w:br/>
      </w:r>
      <w:r>
        <w:rPr>
          <w:sz w:val="20"/>
        </w:rPr>
        <w:t>38:24  Jab bhadak uthenge, aap ghusse mein aa jayenge to aap andhe ho jayenge. Aap jante hain ghussa andha karta hai aadmi ko.</w:t>
      </w:r>
      <w:r>
        <w:br/>
      </w:r>
      <w:r>
        <w:rPr>
          <w:sz w:val="20"/>
        </w:rPr>
        <w:t>38:35  Ghussa andha karta hai aadmi ko. To andhe banne ka nuqsan kya hoga? Opportunities aap ko dikhai nahi dengi.</w:t>
      </w:r>
      <w:r>
        <w:br/>
      </w:r>
      <w:r>
        <w:rPr>
          <w:sz w:val="20"/>
        </w:rPr>
        <w:t>38:46  Opportunities aap ko dikhai nahi dengi. Masalan Pakistaniyon ko India se nafrat ho gayi.</w:t>
      </w:r>
      <w:r>
        <w:br/>
      </w:r>
      <w:r>
        <w:rPr>
          <w:sz w:val="20"/>
        </w:rPr>
        <w:t>38:54  To kya hua? Un ko yeh dikhai nahi diya ke India to bohat strong hai, bohat taqatwar hai. Hum agar ladenge to hum hi harrenge. Yeh nahi dekha unhon ne.</w:t>
      </w:r>
      <w:r>
        <w:br/>
      </w:r>
      <w:r>
        <w:rPr>
          <w:sz w:val="20"/>
        </w:rPr>
        <w:t>39:06  Yani agar woh ghusse mein andhe, nafrat mein andhe na ho gaye hote.</w:t>
      </w:r>
      <w:r>
        <w:br/>
      </w:r>
      <w:r>
        <w:rPr>
          <w:sz w:val="20"/>
        </w:rPr>
        <w:t>39:14  Nafrat mein andhe na ho gaye hote to woh sochte ke bhai India se ladne ka matlab kya hai? Baat cheet karo.</w:t>
      </w:r>
      <w:r>
        <w:br/>
      </w:r>
      <w:r>
        <w:rPr>
          <w:sz w:val="20"/>
        </w:rPr>
        <w:t>39:22  Woh to hum se zyada strong hai, hum zyada bara hai. To ladna kya hai? Baat cheet karo. Lekin jab nafrat aa gayi, jab hate aa gayi, jab ghussa aa gaya to sab kuch oujhal ho gaya.</w:t>
      </w:r>
      <w:r>
        <w:br/>
      </w:r>
      <w:r>
        <w:rPr>
          <w:sz w:val="20"/>
        </w:rPr>
        <w:t>39:38  Kuch dikhai nahi diya, bas ladai.</w:t>
      </w:r>
      <w:r>
        <w:br/>
      </w:r>
      <w:r>
        <w:rPr>
          <w:sz w:val="20"/>
        </w:rPr>
        <w:t>39:42  Aur char baar lad ke, char baar haare.</w:t>
      </w:r>
      <w:r>
        <w:br/>
      </w:r>
      <w:r>
        <w:rPr>
          <w:sz w:val="20"/>
        </w:rPr>
        <w:t>39:47  Aur agar woh aql se kaam lete to sochte ke bhai dekho Kashmir to ek problem hai, sath sath enormous opportunities hain.</w:t>
      </w:r>
      <w:r>
        <w:br/>
      </w:r>
      <w:r>
        <w:rPr>
          <w:sz w:val="20"/>
        </w:rPr>
        <w:t>39:57  Enormous opportunities hain. Aur woh hai tijarat, business. Misal ke taur par dekhiye, Pakistan mein sui gas nikli, yahan gas nahi thi.</w:t>
      </w:r>
      <w:r>
        <w:br/>
      </w:r>
      <w:r>
        <w:rPr>
          <w:sz w:val="20"/>
        </w:rPr>
        <w:t>40:09  Pakistan India ko bechta sui gas. Pakistan ko koyle chahiye. Hum India mein koyle ki bharmar hai aur Pakistan mein koyle nahi hai.</w:t>
      </w:r>
      <w:r>
        <w:br/>
      </w:r>
      <w:r>
        <w:rPr>
          <w:sz w:val="20"/>
        </w:rPr>
        <w:t>40:20  To Pakistan wale Australia se koyle late hain, itni door ja kar ke. Yani paros mein koyle maujood hai. Pakistan ke paros mein koyle maujood hai.</w:t>
      </w:r>
      <w:r>
        <w:br/>
      </w:r>
      <w:r>
        <w:rPr>
          <w:sz w:val="20"/>
        </w:rPr>
        <w:t>40:31  Aap jante hain ke India mein bohat koyle hai, bohat koyle hai. Aur Pakistan ke paas nahi koyle hai.</w:t>
      </w:r>
      <w:r>
        <w:br/>
      </w:r>
      <w:r>
        <w:rPr>
          <w:sz w:val="20"/>
        </w:rPr>
        <w:t>40:38  To aap dekhen kitni bari, yani stupid policies dekhiye ke apne neighborhood se nahi kharidte.</w:t>
      </w:r>
      <w:r>
        <w:br/>
      </w:r>
      <w:r>
        <w:rPr>
          <w:sz w:val="20"/>
        </w:rPr>
        <w:t>40:47  Ja kar Australia se late hain aur kai guna mehenga ho jata hai woh. Kai guna mehenga ho jata hai woh. To kyun? Andhe pan mein.</w:t>
      </w:r>
      <w:r>
        <w:br/>
      </w:r>
      <w:r>
        <w:rPr>
          <w:sz w:val="20"/>
        </w:rPr>
        <w:t>40:58  To agar jo problem hua tha India aur Pakistan ke beech mein, Kashmir ko le kar, woh nafrat mein na doobte, bhadakte nahi, ghussa na karte to sochte ke bhai problem ho gaya hai to theek hai, is par baat cheet karenge.</w:t>
      </w:r>
      <w:r>
        <w:br/>
      </w:r>
      <w:r>
        <w:rPr>
          <w:sz w:val="20"/>
        </w:rPr>
        <w:t>41:13  Baqi jo, yani jo opportunities is ka avail bhi karenge sath sath. Isi ko main kehta hoon ke dealing ki policy. Yani you have to dealing problem from opportunities.</w:t>
      </w:r>
      <w:r>
        <w:br/>
      </w:r>
      <w:r>
        <w:rPr>
          <w:sz w:val="20"/>
        </w:rPr>
        <w:t>41:28  Thande dil se sochte hain, bilkul thande. To kehte hain ke bhai table par rakh do Kashmir ke issue ko, baat cheet karo. Baqi hum tourism chalayenge India se.</w:t>
      </w:r>
      <w:r>
        <w:br/>
      </w:r>
      <w:r>
        <w:rPr>
          <w:sz w:val="20"/>
        </w:rPr>
        <w:t>41:41  Tourism hai, education hai, business hai. Yeh sab khol do darwaze, sab. Khoob. To arbon, kharbon, yani trillion trillion dollar ka nuqsan kiya hai is policy ki wajah se.</w:t>
      </w:r>
      <w:r>
        <w:br/>
      </w:r>
      <w:r>
        <w:rPr>
          <w:sz w:val="20"/>
        </w:rPr>
        <w:t>41:57  yahan tak ke ab samjha jata hai ke pakistan ko failed state, yaani amreeka ki madad pe chal raha hai woh. ghor kijiye, failed state.</w:t>
      </w:r>
      <w:r>
        <w:br/>
      </w:r>
      <w:r>
        <w:rPr>
          <w:sz w:val="20"/>
        </w:rPr>
        <w:t>42:07  kyun? jangon mein itna nuqsan uthaya unhon ne. to power of patience ka matlab kya hai?</w:t>
      </w:r>
    </w:p>
    <w:p>
      <w:pPr>
        <w:pStyle w:val="Heading2"/>
      </w:pPr>
      <w:r>
        <w:t>Humility by comparing to God's creation</w:t>
      </w:r>
    </w:p>
    <w:p>
      <w:r>
        <w:rPr>
          <w:color w:val="666666"/>
          <w:sz w:val="18"/>
        </w:rPr>
        <w:t>Combined Efforts April 14, 2018 · 6m 03s · at 32:56 · https://youtu.be/0Sv4c7bEwX4?t=1976</w:t>
      </w:r>
    </w:p>
    <w:p>
      <w:r>
        <w:rPr>
          <w:i/>
        </w:rPr>
        <w:t>“Oont jab tak pahad nahi dekhta, woh bulbulata hai”</w:t>
      </w:r>
    </w:p>
    <w:p>
      <w:r>
        <w:rPr>
          <w:sz w:val="20"/>
        </w:rPr>
        <w:t>32:56  oont, oont jab tak pahaar nahi dekhta, woh bilbilata hai. Yeh main ne gaon mein suni thi. Masal oont hain, oont jab tak pahaar nahi dekhta, woh bilbilata hai ke woh sochta hai ke main bara hoon, main bara hoon.</w:t>
      </w:r>
      <w:r>
        <w:br/>
      </w:r>
      <w:r>
        <w:rPr>
          <w:sz w:val="20"/>
        </w:rPr>
        <w:t>33:16  jab pahaar dekh raha hota hai, itna bara pahaar hai to us ki woh khatam, woh khatam ho jati hai. To aap agar ghaat ki barhai ko mein dekhen ke rozana sochta hoon, rozana taqreeban Khuda ki barhai ke baray mein.</w:t>
      </w:r>
      <w:r>
        <w:br/>
      </w:r>
      <w:r>
        <w:rPr>
          <w:sz w:val="20"/>
        </w:rPr>
        <w:t>33:34  woh jo thinking hai, woh woh jo, woh jo, woh jo ab, ab woh ex, woh ho gayi, establish ho gayi hai.</w:t>
      </w:r>
      <w:r>
        <w:br/>
      </w:r>
      <w:r>
        <w:rPr>
          <w:sz w:val="20"/>
        </w:rPr>
        <w:t>33:46  yani woh expanding universe ka jo theory hai, expanding universe ke sare galaxy aur sare jo,</w:t>
      </w:r>
      <w:r>
        <w:br/>
      </w:r>
      <w:r>
        <w:rPr>
          <w:sz w:val="20"/>
        </w:rPr>
        <w:t>34:00  yani universe ke jo woh hain, sab phail rahe hain, phail rahe hain, phail rahe hain musalsal. Aur har 144 years mein in ka distance double ho jata hai.</w:t>
      </w:r>
      <w:r>
        <w:br/>
      </w:r>
      <w:r>
        <w:rPr>
          <w:sz w:val="20"/>
        </w:rPr>
        <w:t>34:15  144 years mein double ho jata hai. Main sochta hoon ke kitni bari universe hai aur woh kitna bara hoga Khuda jis ne banaya hai.</w:t>
      </w:r>
      <w:r>
        <w:br/>
      </w:r>
      <w:r>
        <w:rPr>
          <w:sz w:val="20"/>
        </w:rPr>
        <w:t>34:25  to main rozana taqreeban yeh lafz main ne kaha tha, mind baffling, mind baffling. To main apni soch ke ke muqablay mein Khuda kis ko jab sochta hoon to mind baffling is pe is pe sochta hoon.</w:t>
      </w:r>
      <w:r>
        <w:br/>
      </w:r>
      <w:r>
        <w:rPr>
          <w:sz w:val="20"/>
        </w:rPr>
        <w:t>34:42  mind baffling. Aur main aakhri kai kai rozana mein sochta hoon ke main ne yeh chaha, woh chaha, woh chaha. Lekin sara mera chaha hua woh main chahta tha ke woh jo jo kehte hain zero defect management.</w:t>
      </w:r>
      <w:r>
        <w:br/>
      </w:r>
      <w:r>
        <w:rPr>
          <w:sz w:val="20"/>
        </w:rPr>
        <w:t>35:00  to main ne bachpan se idealist hua. Idealist mein jo kaam bhi kaha kiya zindagi mein har kaam ko main ne zero defect management ke level pe karna chaha.</w:t>
      </w:r>
      <w:r>
        <w:br/>
      </w:r>
      <w:r>
        <w:rPr>
          <w:sz w:val="20"/>
        </w:rPr>
        <w:t>35:11  lekin ek bhi kaam nahi ho saka aisa. Main, yani birth idealist. To jo jo kaam main ne kiye, har kaam ko main ne chaha ke zero defect management ke tehat karoon.</w:t>
      </w:r>
      <w:r>
        <w:br/>
      </w:r>
      <w:r>
        <w:rPr>
          <w:sz w:val="20"/>
        </w:rPr>
        <w:t>35:26  ek kaam bhi nahi kar saka main. To har din main discover karta hoon ke main to kuch nahi aur Khuda kar raha hai. Itni bari universe ko manage kar raha hai.</w:t>
      </w:r>
      <w:r>
        <w:br/>
      </w:r>
      <w:r>
        <w:rPr>
          <w:sz w:val="20"/>
        </w:rPr>
        <w:t>35:36  sooraj ko, chand ko, gravity ko manage kar raha hai. Zero defect, yani zero defect management par woh sab ko control ki hui hai.</w:t>
      </w:r>
      <w:r>
        <w:br/>
      </w:r>
      <w:r>
        <w:rPr>
          <w:sz w:val="20"/>
        </w:rPr>
        <w:t>35:46  to har har har din main apne discover karta hoon ke main to kuch bhi nahi hoon. Jo kuch hai woh Khuda hai.</w:t>
      </w:r>
      <w:r>
        <w:br/>
      </w:r>
      <w:r>
        <w:rPr>
          <w:sz w:val="20"/>
        </w:rPr>
        <w:t>35:55  to woh log kaise bewakoof log honge jo apne ko bara samajhte hain is duniya mein. Ek ek cheez keh rahe hain, ek bara Khuda hai.</w:t>
      </w:r>
      <w:r>
        <w:br/>
      </w:r>
      <w:r>
        <w:rPr>
          <w:sz w:val="20"/>
        </w:rPr>
        <w:t>36:05  tum khuda nahi ho aur phir bhi apne ko bara samajhte hain. to wo bohat hi zyada be samajh logon ke hua. ji ji.</w:t>
      </w:r>
      <w:r>
        <w:br/>
      </w:r>
      <w:r>
        <w:rPr>
          <w:sz w:val="20"/>
        </w:rPr>
        <w:t>36:20  ab dekhiye, subah ko main rozana yahan baithta hoon. suraj nikalta hai. to aap jante hain ke suraj jo hai nau karor 30 lakh meel door hai zameen se.</w:t>
      </w:r>
      <w:r>
        <w:br/>
      </w:r>
      <w:r>
        <w:rPr>
          <w:sz w:val="20"/>
        </w:rPr>
        <w:t>36:35  yani mujh se wo nau karor 30 lakh meel door hai aur main us ko dekh raha hoon. itni doori par hai aur bohat hi bohat hi zyada accuracy hai is ki.</w:t>
      </w:r>
      <w:r>
        <w:br/>
      </w:r>
      <w:r>
        <w:rPr>
          <w:sz w:val="20"/>
        </w:rPr>
        <w:t>36:49  is mein theek waqt pe nikalna, theek waqt pe doobna, ye kaise hai? ye main to kuch nahi kar sakta. to main hamesha compare karta hoon apne aap ko god se, apne aap ko god se.</w:t>
      </w:r>
      <w:r>
        <w:br/>
      </w:r>
      <w:r>
        <w:rPr>
          <w:sz w:val="20"/>
        </w:rPr>
        <w:t>37:03  yaqeen kijiye, rozana compare karta hoon. in comparison that we understand. to main jab compare karta hoon to apne ko bohat chota pata hoon aur khuda ko bohat bara pata hoon.</w:t>
      </w:r>
      <w:r>
        <w:br/>
      </w:r>
      <w:r>
        <w:rPr>
          <w:sz w:val="20"/>
        </w:rPr>
        <w:t>37:17  to phir jo is tarah compare kare, wo wo uska ego kahan se aa jayega? kahan se aa jayega?</w:t>
      </w:r>
      <w:r>
        <w:br/>
      </w:r>
      <w:r>
        <w:rPr>
          <w:sz w:val="20"/>
        </w:rPr>
        <w:t>37:26  khuda ke direct hukum ke khilaf kiya? adam ne khuda ne direct kaha tha, us pe pass na jana.</w:t>
      </w:r>
      <w:r>
        <w:br/>
      </w:r>
      <w:r>
        <w:rPr>
          <w:sz w:val="20"/>
        </w:rPr>
        <w:t>37:36  direct kaha, phir bhi adam ne us ko kharab kar diya. to khuda ek ek kahega ab se ke mera mera direct mera hukum ko nahi follow kiya adam ne aur main ne us ko maaf kar diya.</w:t>
      </w:r>
      <w:r>
        <w:br/>
      </w:r>
      <w:r>
        <w:rPr>
          <w:sz w:val="20"/>
        </w:rPr>
        <w:t>37:53  aur tum kaise aadmi the ke le ke baithe rahe? kisi ne tum ko offend kar diya aur tum le ke baith gaye. to main main to nahi baitha.</w:t>
      </w:r>
      <w:r>
        <w:br/>
      </w:r>
      <w:r>
        <w:rPr>
          <w:sz w:val="20"/>
        </w:rPr>
        <w:t>38:04  to kaha kya karenge? aap kya jawab denge? is liye kaha khuda aisa karta hai. hum to dunya to banti, jannat to banti, us ke ghair se nahi banti.</w:t>
      </w:r>
      <w:r>
        <w:br/>
      </w:r>
      <w:r>
        <w:rPr>
          <w:sz w:val="20"/>
        </w:rPr>
        <w:t>38:15  aap ki factory nahi banti, kuch nahi banta, sab khatam. hmm ji hmm. jise maaf farz karte hain ke mera ghar, meri factory, wo wo is is ka to existence na hota.</w:t>
      </w:r>
      <w:r>
        <w:br/>
      </w:r>
      <w:r>
        <w:rPr>
          <w:sz w:val="20"/>
        </w:rPr>
        <w:t>38:29  khuda ko samajhne ke liye main jante hain kya karta hoon, kaise kiya hoon, apne mind mein lata hoon ke kaise itni solar system ko control kar raha hai khuda, kaise galaxy ko control kar raha hai khuda, kaise itni bari universe ko control kar raha hai khuda.</w:t>
      </w:r>
      <w:r>
        <w:br/>
      </w:r>
      <w:r>
        <w:rPr>
          <w:sz w:val="20"/>
        </w:rPr>
        <w:t>38:46  is liye ke humein ye manna padega ke control kar raha hai kyun ke zero defect management sari universe mein zero defect management hai jo ke hamare bas mein nahi hai.</w:t>
      </w:r>
    </w:p>
    <w:p>
      <w:pPr>
        <w:pStyle w:val="Heading2"/>
      </w:pPr>
      <w:r>
        <w:t>Planning over reacting fully utilizes the mind</w:t>
      </w:r>
    </w:p>
    <w:p>
      <w:r>
        <w:rPr>
          <w:color w:val="666666"/>
          <w:sz w:val="18"/>
        </w:rPr>
        <w:t>Power of Peace June 6, 2010 Maulana Wahiduddin Khan · 5m 26s · at 42:19 · https://youtu.be/QNnouRoYI38?t=2539</w:t>
      </w:r>
    </w:p>
    <w:p>
      <w:r>
        <w:rPr>
          <w:i/>
        </w:rPr>
        <w:t>“Business mein sabse achi cheez hai hard labor, maine kaha”</w:t>
      </w:r>
    </w:p>
    <w:p>
      <w:r>
        <w:rPr>
          <w:sz w:val="20"/>
        </w:rPr>
        <w:t>42:19  ek martaba ek sahib se jo bohat woh achhe kamyab businessman the, to maine apne pichhle mindset mera jo tha, jo gaon mein bana tha woh wala, to maine kaha ke business mein sab se achhi cheez hai hard labor.</w:t>
      </w:r>
      <w:r>
        <w:br/>
      </w:r>
      <w:r>
        <w:rPr>
          <w:sz w:val="20"/>
        </w:rPr>
        <w:t>42:35  maine kaha main is se exchange karta hoon, baat cheet karta hoon, discuss karta hoon, is se mujh ko faida hota hai. to unhon ne kaha ke woh pehle ki baat hai, ab hard labor secondary cheez ban gayi hai.</w:t>
      </w:r>
      <w:r>
        <w:br/>
      </w:r>
      <w:r>
        <w:rPr>
          <w:sz w:val="20"/>
        </w:rPr>
        <w:t>42:50  ek kamyab tajar tha woh, parha likha tha woh. to main to gaon mein paida hua, wohi raha, to bas samajhta tha sab se badi cheez hai, kyunke woh agriculture ka zamana tha.</w:t>
      </w:r>
      <w:r>
        <w:br/>
      </w:r>
      <w:r>
        <w:rPr>
          <w:sz w:val="20"/>
        </w:rPr>
        <w:t>43:01  agriculture mein kya hai? mehnat karo, mehnat karo, mehnat karo, bas aur kya hai? to apne is mindset ko le kar ke maine kaha ke business mein sab se badi cheez jo hai kamyabi ke liye hard labor.</w:t>
      </w:r>
      <w:r>
        <w:br/>
      </w:r>
      <w:r>
        <w:rPr>
          <w:sz w:val="20"/>
        </w:rPr>
        <w:t>43:16  kaha ke nahi, nahi, nahi. planning sab se badi cheez hai.</w:t>
      </w:r>
      <w:r>
        <w:br/>
      </w:r>
      <w:r>
        <w:rPr>
          <w:sz w:val="20"/>
        </w:rPr>
        <w:t>43:21  planning number one par hai, hard labor number do par hai.</w:t>
      </w:r>
      <w:r>
        <w:br/>
      </w:r>
      <w:r>
        <w:rPr>
          <w:sz w:val="20"/>
        </w:rPr>
        <w:t>43:28  ab yeh kaise aadmi ko samajh mein aata hai? jab soche woh. jab ghusse mein aa jayenge to kuch nahi dikhai padega aap ko. to sabr ka sab se bada faida yeh hai ke aap wise planning kar paate hain.</w:t>
      </w:r>
      <w:r>
        <w:br/>
      </w:r>
      <w:r>
        <w:rPr>
          <w:sz w:val="20"/>
        </w:rPr>
        <w:t>43:43  planning ke liye dekhiye kya karna padta hai? planning ke liye sochna padta hai. apni situation kya hai?</w:t>
      </w:r>
      <w:r>
        <w:br/>
      </w:r>
      <w:r>
        <w:rPr>
          <w:sz w:val="20"/>
        </w:rPr>
        <w:t>43:50  halat kaise hain? aap ke resources kya hain? bahar ke resources kya hain? in sari cheezon ko assess karna padta hai, examine karna padta hai.</w:t>
      </w:r>
      <w:r>
        <w:br/>
      </w:r>
      <w:r>
        <w:rPr>
          <w:sz w:val="20"/>
        </w:rPr>
        <w:t>44:00  sare, yaani negative aspect, positive aspect, plus points, negative points sab dekhna padta hai. har cheez ke plus points hote hain, minus points hote hain.</w:t>
      </w:r>
      <w:r>
        <w:br/>
      </w:r>
      <w:r>
        <w:rPr>
          <w:sz w:val="20"/>
        </w:rPr>
        <w:t>44:11  sari cheezon ko assess kar ke phir ek ek banaya jata hai jis ko kehte hain plan. to plan kaun bana payega?</w:t>
      </w:r>
      <w:r>
        <w:br/>
      </w:r>
      <w:r>
        <w:rPr>
          <w:sz w:val="20"/>
        </w:rPr>
        <w:t>44:21  jo jo jo bhadak uthta hai. bhadak uthne wala hai to react karega. jo bhadak utha hai woh react karega.</w:t>
      </w:r>
      <w:r>
        <w:br/>
      </w:r>
      <w:r>
        <w:rPr>
          <w:sz w:val="20"/>
        </w:rPr>
        <w:t>44:30  woh plan kahan se banaye ga woh? to sab is zamane mein kisi badi achievement ke liye zaroori hai planning. aur planning ke liye kya zaroori hai?</w:t>
      </w:r>
      <w:r>
        <w:br/>
      </w:r>
      <w:r>
        <w:rPr>
          <w:sz w:val="20"/>
        </w:rPr>
        <w:t>44:41  sabr, patience. to aap ghor kijiye ke kitna bada faida hai sabr ka aur kitna bada nuqsan hai be sabri ka.</w:t>
      </w:r>
      <w:r>
        <w:br/>
      </w:r>
      <w:r>
        <w:rPr>
          <w:sz w:val="20"/>
        </w:rPr>
        <w:t>44:51  jab bhi kahin baat bigadti hai, jab kahin breakdown hota hai, jo be sabri ki wajah se hota hai. mere paas ek sahib aaye ke unhon ne kaha main apni biwi ko talaq dena chahta hoon.</w:t>
      </w:r>
      <w:r>
        <w:br/>
      </w:r>
      <w:r>
        <w:rPr>
          <w:sz w:val="20"/>
        </w:rPr>
        <w:t>45:03  yeh baat, woh baat, duniya bhar ki baat. to maine kaha theek hai. talaq dene ke liye aap ek hi baithak mein talaq, talaq, talaq mat kijiye. islam ka tareeqa hai, us ko pakriye.</w:t>
      </w:r>
      <w:r>
        <w:br/>
      </w:r>
      <w:r>
        <w:rPr>
          <w:sz w:val="20"/>
        </w:rPr>
        <w:t>45:14  pehla mahine mein kahiye ke main tum ko ek talaq deta hoon.</w:t>
      </w:r>
      <w:r>
        <w:br/>
      </w:r>
      <w:r>
        <w:rPr>
          <w:sz w:val="20"/>
        </w:rPr>
        <w:t>45:19  dusra mahine kahiye ke maine tum ko talaq diya. teesra mahine mein us ko finalize kijiye. kai log mere paas aaye, main is tarah un ko bataya to phir lote nahi woh.</w:t>
      </w:r>
      <w:r>
        <w:br/>
      </w:r>
      <w:r>
        <w:rPr>
          <w:sz w:val="20"/>
        </w:rPr>
        <w:t>45:30  kyunke woh sab apna aap ne compromise kar liya hai logon ne. ghussa khatam ho gaya, baat theek ho gayi. ghusse mein baat bigadti hai aur sabr mein baat banti hai.</w:t>
      </w:r>
      <w:r>
        <w:br/>
      </w:r>
      <w:r>
        <w:rPr>
          <w:sz w:val="20"/>
        </w:rPr>
        <w:t>45:44  ghusse se baat bigadti hai aur sabr ke sath baat banti hai.</w:t>
      </w:r>
      <w:r>
        <w:br/>
      </w:r>
      <w:r>
        <w:rPr>
          <w:sz w:val="20"/>
        </w:rPr>
        <w:t>45:49  jo bhi log talaq, talaq karte hain, woh sab ghusse mein hota hai, ghusse mein. agar woh bardasht kar lein aur aur planning ke tehat karein, planning kar ke to to to talaq denge nahi.</w:t>
      </w:r>
      <w:r>
        <w:br/>
      </w:r>
      <w:r>
        <w:rPr>
          <w:sz w:val="20"/>
        </w:rPr>
        <w:t>46:06  talaq denge nahi.</w:t>
      </w:r>
      <w:r>
        <w:br/>
      </w:r>
      <w:r>
        <w:rPr>
          <w:sz w:val="20"/>
        </w:rPr>
        <w:t>46:10  aisi laraiyan hain jo lar jatay hain dhara dhar. to agar sochen to larai na karen.</w:t>
      </w:r>
      <w:r>
        <w:br/>
      </w:r>
      <w:r>
        <w:rPr>
          <w:sz w:val="20"/>
        </w:rPr>
        <w:t>46:17  sochen to larai na karen.</w:t>
      </w:r>
      <w:r>
        <w:br/>
      </w:r>
      <w:r>
        <w:rPr>
          <w:sz w:val="20"/>
        </w:rPr>
        <w:t>46:22  to yaad rakhiye, sabr ya patience jo hai, is ki woh kyun taqat, woh kyun hai woh taqat? is mein aap ke poore wajood ko aap utilize kar patay hain.</w:t>
      </w:r>
      <w:r>
        <w:br/>
      </w:r>
      <w:r>
        <w:rPr>
          <w:sz w:val="20"/>
        </w:rPr>
        <w:t>46:35  poore wajood ko utilize kar patay hain.</w:t>
      </w:r>
      <w:r>
        <w:br/>
      </w:r>
      <w:r>
        <w:rPr>
          <w:sz w:val="20"/>
        </w:rPr>
        <w:t>46:45  yani jab aap sabr karen ge to aap sochen ge, apni aqal lagaen ge. sara jo aap ke andar jo capacity hai, us ko utilize karen ge.</w:t>
      </w:r>
      <w:r>
        <w:br/>
      </w:r>
      <w:r>
        <w:rPr>
          <w:sz w:val="20"/>
        </w:rPr>
        <w:t>46:55  phir ek plan banayen ge aap. achha, aap jab react karte hain, ghusay mein bhark uthtay hain to poora aap ka wajood nahi is mein utilize hota hai. bas hath se, hath se mislan mar diya aap ne to yeh hath istemal hua.</w:t>
      </w:r>
      <w:r>
        <w:br/>
      </w:r>
      <w:r>
        <w:rPr>
          <w:sz w:val="20"/>
        </w:rPr>
        <w:t>47:08  mind kahan istemal hua? mind kahan istemal hua?</w:t>
      </w:r>
      <w:r>
        <w:br/>
      </w:r>
      <w:r>
        <w:rPr>
          <w:sz w:val="20"/>
        </w:rPr>
        <w:t>47:14  to jab bhi aap react karen ge, aap bhark uthen ge aur bhark kar kuch kaam karen ge to bohat partial sense mein aap ka wajood istemal hoga.</w:t>
      </w:r>
      <w:r>
        <w:br/>
      </w:r>
      <w:r>
        <w:rPr>
          <w:sz w:val="20"/>
        </w:rPr>
        <w:t>47:26  aur jab aap planning kar ke kaam karen ge to aap ka poora wajood istemal hoga is mein. poora poora aap ka jo hasti hai, poori poori istemal hogi is mein.</w:t>
      </w:r>
      <w:r>
        <w:br/>
      </w:r>
      <w:r>
        <w:rPr>
          <w:sz w:val="20"/>
        </w:rPr>
        <w:t>47:36  aap ghor kijiye, kitna farq par jaye ga? kitna ziyada farq par jaye ga?</w:t>
      </w:r>
    </w:p>
    <w:p>
      <w:pPr>
        <w:pStyle w:val="Heading2"/>
      </w:pPr>
      <w:r>
        <w:t>Human potential, freedom, and why problems drive discovery</w:t>
      </w:r>
    </w:p>
    <w:p>
      <w:r>
        <w:rPr>
          <w:color w:val="666666"/>
          <w:sz w:val="18"/>
        </w:rPr>
        <w:t>Problem and Shukr March 15, 2015 · 4m 11s · at 16:55 · https://youtu.be/SPBsXjH1hzM?t=1015</w:t>
      </w:r>
    </w:p>
    <w:p>
      <w:r>
        <w:rPr>
          <w:i/>
        </w:rPr>
        <w:t>“Quran mein likha hai: allama Adam al-asmaa kullaha”</w:t>
      </w:r>
    </w:p>
    <w:p>
      <w:r>
        <w:rPr>
          <w:sz w:val="20"/>
        </w:rPr>
        <w:t>16:55  to Quran mein likha hai ke "allama adama al asmaa kullaha". "allama adama al asmaa kullaha" ka matlab yeh hai ke insaan ke andar sari baton ka ilm bhar diya.</w:t>
      </w:r>
      <w:r>
        <w:br/>
      </w:r>
      <w:r>
        <w:rPr>
          <w:sz w:val="20"/>
        </w:rPr>
        <w:t>17:06  potential ke taur par. insaan ke andar sari baton ka ilm bhar diya. potential ke taur par.</w:t>
      </w:r>
      <w:r>
        <w:br/>
      </w:r>
      <w:r>
        <w:rPr>
          <w:sz w:val="20"/>
        </w:rPr>
        <w:t>17:16  yani jis tarah se aap ko bhook ka ehsas rakh diya gaya hai aap ke andar, pyaas ka ehsas rakh diya hai aap ke andar, isi tarah aap ko jo yeh jo discoveries hain, chahe car ho, hawai jahaz ho, machine ho,</w:t>
      </w:r>
      <w:r>
        <w:br/>
      </w:r>
      <w:r>
        <w:rPr>
          <w:sz w:val="20"/>
        </w:rPr>
        <w:t>17:31  sab potential ke taur par aap ke andar maujood theen. scientiston ne is ko study kar ke is ko discover kiya.</w:t>
      </w:r>
      <w:r>
        <w:br/>
      </w:r>
      <w:r>
        <w:rPr>
          <w:sz w:val="20"/>
        </w:rPr>
        <w:t>17:40  aur phir to hum cheezein banain.</w:t>
      </w:r>
      <w:r>
        <w:br/>
      </w:r>
      <w:r>
        <w:rPr>
          <w:sz w:val="20"/>
        </w:rPr>
        <w:t>17:44  agar</w:t>
      </w:r>
      <w:r>
        <w:br/>
      </w:r>
      <w:r>
        <w:rPr>
          <w:sz w:val="20"/>
        </w:rPr>
        <w:t>17:46  agar yeh maujood na hota, jaise sher ke andar maujood nahin hain cheezein, to sher kabhi, us ne kabhi koi motor car nahin banai. hathi ke andar yeh cheezein maujood nahin hain, to kisi hathi ne hawai jahaz nahin banaye.</w:t>
      </w:r>
      <w:r>
        <w:br/>
      </w:r>
      <w:r>
        <w:rPr>
          <w:sz w:val="20"/>
        </w:rPr>
        <w:t>18:02  kisi pahad ke andar yeh cheezein nahin hain, kisi pahad ne kabhi koi machine nahin banai.</w:t>
      </w:r>
      <w:r>
        <w:br/>
      </w:r>
      <w:r>
        <w:rPr>
          <w:sz w:val="20"/>
        </w:rPr>
        <w:t>18:08  to insaan ke andar jo kaha gaya hai ke ilm asmaa, sari baton ka ilm bhar diya, woh yahi hai. ke sari baatein, sari baatein jo universal knowledge jo hai, insaan ke andar potential ke roop mein maujood hai.</w:t>
      </w:r>
      <w:r>
        <w:br/>
      </w:r>
      <w:r>
        <w:rPr>
          <w:sz w:val="20"/>
        </w:rPr>
        <w:t>18:26  ab sawal hai is ko actual banane ka.</w:t>
      </w:r>
      <w:r>
        <w:br/>
      </w:r>
      <w:r>
        <w:rPr>
          <w:sz w:val="20"/>
        </w:rPr>
        <w:t>18:30  to is potential ko actual banane ke liye Allah taala ne yeh nizam rakha hai ke ke duniya ko bana diya, yani dar al qabz, yani problem ki duniya.</w:t>
      </w:r>
      <w:r>
        <w:br/>
      </w:r>
      <w:r>
        <w:rPr>
          <w:sz w:val="20"/>
        </w:rPr>
        <w:t>18:44  acha, duniya problem ki duniya kyun banti hai? yeh is liye ke insaan ko Allah ne azadi di hai. azadi. total freedom.</w:t>
      </w:r>
      <w:r>
        <w:br/>
      </w:r>
      <w:r>
        <w:rPr>
          <w:sz w:val="20"/>
        </w:rPr>
        <w:t>18:54  total freedom di hai.</w:t>
      </w:r>
      <w:r>
        <w:br/>
      </w:r>
      <w:r>
        <w:rPr>
          <w:sz w:val="20"/>
        </w:rPr>
        <w:t>18:57  to jab azadi di hai to insaan aap azadi ko kabhi ka proper use karega, kabhi misuse karega is ko. to jab misuse karega to doosre ke liye problem create hogi.</w:t>
      </w:r>
      <w:r>
        <w:br/>
      </w:r>
      <w:r>
        <w:rPr>
          <w:sz w:val="20"/>
        </w:rPr>
        <w:t>19:10  yani ek insaan jab apni azadi ko misuse karega to doosre insaan ke liye woh problem creator ban jayega.</w:t>
      </w:r>
      <w:r>
        <w:br/>
      </w:r>
      <w:r>
        <w:rPr>
          <w:sz w:val="20"/>
        </w:rPr>
        <w:t>19:20  to Allah ne insaan ko azadi kyun di hai? taake woh apne potential ko actual banaye.</w:t>
      </w:r>
      <w:r>
        <w:br/>
      </w:r>
      <w:r>
        <w:rPr>
          <w:sz w:val="20"/>
        </w:rPr>
        <w:t>19:26  woh soche, woh ghor kare. apne andar chhupe hue jo treasure hain, us ko daryaft kare.</w:t>
      </w:r>
      <w:r>
        <w:br/>
      </w:r>
      <w:r>
        <w:rPr>
          <w:sz w:val="20"/>
        </w:rPr>
        <w:t>19:36  azadi na hoti to yeh nahin ho sakta tha. chunache aap dekhiye, pichhle zamanon mein jab ke duniya mein kingship thi aur azadi nahin hua karti thi, to koi discovery nahin hui.</w:t>
      </w:r>
      <w:r>
        <w:br/>
      </w:r>
      <w:r>
        <w:rPr>
          <w:sz w:val="20"/>
        </w:rPr>
        <w:t>19:52  poore kingship ka zamana jo hai, is mein koi discovery nahi hui.</w:t>
      </w:r>
      <w:r>
        <w:br/>
      </w:r>
      <w:r>
        <w:rPr>
          <w:sz w:val="20"/>
        </w:rPr>
        <w:t>19:57  saari discoveries hui hain jab jab kingship khatam hui. yaani french revolution ke baad. kingship khatam hui to azaadi ka zamana aaya.</w:t>
      </w:r>
      <w:r>
        <w:br/>
      </w:r>
      <w:r>
        <w:rPr>
          <w:sz w:val="20"/>
        </w:rPr>
        <w:t>20:08  insaan azaadana taur par sochne laga. tab ja kar ke discovery hui. tab ja kar insaan ke potential unfold hue.</w:t>
      </w:r>
      <w:r>
        <w:br/>
      </w:r>
      <w:r>
        <w:rPr>
          <w:sz w:val="20"/>
        </w:rPr>
        <w:t>20:23  to jab Allah taala ka yeh creation plan hai, yeh is tareeqe se insaan ko Allah taala ne, insaan ki, yaani Allah taala ki mansha ke is tarah se insaan ka development ho, to zaroor problem paida hoga.</w:t>
      </w:r>
      <w:r>
        <w:br/>
      </w:r>
      <w:r>
        <w:rPr>
          <w:sz w:val="20"/>
        </w:rPr>
        <w:t>20:39  kyunki ek insaan aap se poochega nahi ke main apni azaadi ko kis tarah istemaal karoon? ek insaan poochega nahi aap se? woh khud karega.</w:t>
      </w:r>
      <w:r>
        <w:br/>
      </w:r>
      <w:r>
        <w:rPr>
          <w:sz w:val="20"/>
        </w:rPr>
        <w:t>20:51  apni soch se karega woh.</w:t>
      </w:r>
      <w:r>
        <w:br/>
      </w:r>
      <w:r>
        <w:rPr>
          <w:sz w:val="20"/>
        </w:rPr>
        <w:t>20:53  aap ke liye problem paida ho to aap jaaniye. is liye dekhiye, yeh hum ko manna hoga ke duniya ke jitne bhi problem hote hain, sab insaan ki azaadi ki wajah se hote hain.</w:t>
      </w:r>
    </w:p>
    <w:p>
      <w:pPr>
        <w:pStyle w:val="Heading2"/>
      </w:pPr>
      <w:r>
        <w:t>Umar Farooq's fierce honesty about his own mistakes</w:t>
      </w:r>
    </w:p>
    <w:p>
      <w:r>
        <w:rPr>
          <w:color w:val="666666"/>
          <w:sz w:val="18"/>
        </w:rPr>
        <w:t>How to Build A Strong Personality June 14, 2008 · 4m 29s · at 48:03 · https://youtu.be/CEzRHSVoQlI?t=2883</w:t>
      </w:r>
    </w:p>
    <w:p>
      <w:r>
        <w:rPr>
          <w:i/>
        </w:rPr>
        <w:t>“Ek hi option lena chahiye: apni galti ko maan lena”</w:t>
      </w:r>
    </w:p>
    <w:p>
      <w:r>
        <w:rPr>
          <w:sz w:val="20"/>
        </w:rPr>
        <w:t>48:03  ek hi option lena chahiye, bas woh hai apni ghalti ko maan lena, bilkul without yani reservation, openly aur dil se keh dena ke "i was wrong".</w:t>
      </w:r>
      <w:r>
        <w:br/>
      </w:r>
      <w:r>
        <w:rPr>
          <w:sz w:val="20"/>
        </w:rPr>
        <w:t>48:19  islam ki tareekh mein ek bahut bada naam hai hazrat umar farooq ka, jo second caliph the.</w:t>
      </w:r>
      <w:r>
        <w:br/>
      </w:r>
      <w:r>
        <w:rPr>
          <w:sz w:val="20"/>
        </w:rPr>
        <w:t>48:30  to un se ek baar ghalti ho gayi.</w:t>
      </w:r>
      <w:r>
        <w:br/>
      </w:r>
      <w:r>
        <w:rPr>
          <w:sz w:val="20"/>
        </w:rPr>
        <w:t>48:36  to unhon ne ghalti ko itna zyada, yani itna zyada interestingli is ko mehsoos kiya</w:t>
      </w:r>
      <w:r>
        <w:br/>
      </w:r>
      <w:r>
        <w:rPr>
          <w:sz w:val="20"/>
        </w:rPr>
        <w:t>48:46  aur itna zyada,</w:t>
      </w:r>
      <w:r>
        <w:br/>
      </w:r>
      <w:r>
        <w:rPr>
          <w:sz w:val="20"/>
        </w:rPr>
        <w:t>48:50  itna itna zyada, yani</w:t>
      </w:r>
      <w:r>
        <w:br/>
      </w:r>
      <w:r>
        <w:rPr>
          <w:sz w:val="20"/>
        </w:rPr>
        <w:t>48:56  shiddat ke saath is ko unhon ne maana apni ghalti ko ke un ki zuban se nikla ke "lola falan lehalak umar".</w:t>
      </w:r>
      <w:r>
        <w:br/>
      </w:r>
      <w:r>
        <w:rPr>
          <w:sz w:val="20"/>
        </w:rPr>
        <w:t>49:05  asal mein ek case tha un ke saamne, yani khalifa ke saamne.</w:t>
      </w:r>
      <w:r>
        <w:br/>
      </w:r>
      <w:r>
        <w:rPr>
          <w:sz w:val="20"/>
        </w:rPr>
        <w:t>49:11  to unhon ne is mein ek judgment diya. is judgment mein ek kami thi, ek ghalti thi. to ek aadmi ne is ki taraf unhein dhyan dilaya ke "yeh judgment mein to dekhiye, yeh ghalti hai aap ke".</w:t>
      </w:r>
      <w:r>
        <w:br/>
      </w:r>
      <w:r>
        <w:rPr>
          <w:sz w:val="20"/>
        </w:rPr>
        <w:t>49:29  to unhon ne mehsoos kiya. to yeh nahi kaha unhon ne ke "theek hai, theek hai, tum jo keh rahe ho woh theek hai". yeh matlab halke phulke tareeqe se,</w:t>
      </w:r>
      <w:r>
        <w:br/>
      </w:r>
      <w:r>
        <w:rPr>
          <w:sz w:val="20"/>
        </w:rPr>
        <w:t>49:40  bahut zyada strongly unhon ne kaha ke "lola falan lehalak umar" ke "agar falan aadmi na hota to main to halak ho gaya tha, main to distrra ho gaya tha,</w:t>
      </w:r>
      <w:r>
        <w:br/>
      </w:r>
      <w:r>
        <w:rPr>
          <w:sz w:val="20"/>
        </w:rPr>
        <w:t>49:53  main to apne aap ko kill kar liya tha".</w:t>
      </w:r>
      <w:r>
        <w:br/>
      </w:r>
      <w:r>
        <w:rPr>
          <w:sz w:val="20"/>
        </w:rPr>
        <w:t>49:59  to dekhiye, ek yeh hai ke aap bohat hi halke phulke tareeqe se keh dein ke "haan bhai, mujh se ghalati ho gayi".</w:t>
      </w:r>
      <w:r>
        <w:br/>
      </w:r>
      <w:r>
        <w:rPr>
          <w:sz w:val="20"/>
        </w:rPr>
        <w:t>50:09  doosra, doosra yeh hai ke aap poori dil se aur poori is par zor dete hue kahein ke "i was wrong".</w:t>
      </w:r>
      <w:r>
        <w:br/>
      </w:r>
      <w:r>
        <w:rPr>
          <w:sz w:val="20"/>
        </w:rPr>
        <w:t>50:21  aur is se bhi bara darja yeh hai ke aap aur ziyada kade shabdon mein keh padein, jaisa ke Hazrat Umar Farooq ne kaha "laula fulan lehlak Umar".</w:t>
      </w:r>
      <w:r>
        <w:br/>
      </w:r>
      <w:r>
        <w:rPr>
          <w:sz w:val="20"/>
        </w:rPr>
        <w:t>50:35  to apni ghalati ko na mante hue excuse pesh karna, yeh to bilkul hi is ka koi darja nahi hai.</w:t>
      </w:r>
      <w:r>
        <w:br/>
      </w:r>
      <w:r>
        <w:rPr>
          <w:sz w:val="20"/>
        </w:rPr>
        <w:t>50:45  apni ghalati ko na maan kar excuse pesh karna, uzar pesh karna, is ka to koi bhi darja nahi.</w:t>
      </w:r>
      <w:r>
        <w:br/>
      </w:r>
      <w:r>
        <w:rPr>
          <w:sz w:val="20"/>
        </w:rPr>
        <w:t>50:55  lekin apni ghalati ko manne ke bhi kai darje hain. ek yeh hai ke simple tareeqe se keh diya aap ne ke "haan bhai, mujh se ghalati ho gayi".</w:t>
      </w:r>
      <w:r>
        <w:br/>
      </w:r>
      <w:r>
        <w:rPr>
          <w:sz w:val="20"/>
        </w:rPr>
        <w:t>51:05  ek yeh hai ke aap bohat hi strong tareeqe se kahein ke "i was wrong". lekin is se bhi ziyada bari baat yeh hai ke aap aur kade shabdon mein kahein,</w:t>
      </w:r>
      <w:r>
        <w:br/>
      </w:r>
      <w:r>
        <w:rPr>
          <w:sz w:val="20"/>
        </w:rPr>
        <w:t>51:18  jaise ke unhon ne kaha tha ke "laula fulan lehlak Umar".</w:t>
      </w:r>
      <w:r>
        <w:br/>
      </w:r>
      <w:r>
        <w:rPr>
          <w:sz w:val="20"/>
        </w:rPr>
        <w:t>51:26  ek martaba woh sermon de rahe the jumma ki namaz mein</w:t>
      </w:r>
      <w:r>
        <w:br/>
      </w:r>
      <w:r>
        <w:rPr>
          <w:sz w:val="20"/>
        </w:rPr>
        <w:t>51:33  , to wahan par bhi unhon ne ek baat kahi jis mein ek ghalati ho sakti thi. to ek boodhi aurat khadi ho gayi, unhon ne kaha ke "Umar, tum aisa jo keh rahe ho to yeh to Quran ke khilaf hai,</w:t>
      </w:r>
      <w:r>
        <w:br/>
      </w:r>
      <w:r>
        <w:rPr>
          <w:sz w:val="20"/>
        </w:rPr>
        <w:t>51:49  Quran ke mutabiq nahi hai".</w:t>
      </w:r>
      <w:r>
        <w:br/>
      </w:r>
      <w:r>
        <w:rPr>
          <w:sz w:val="20"/>
        </w:rPr>
        <w:t>51:54  to jab us ne kaha to aap mimbar se, mimbar jo stage hota tha, jis par aadmi khada hota tha, aap us se utar gaye.</w:t>
      </w:r>
      <w:r>
        <w:br/>
      </w:r>
      <w:r>
        <w:rPr>
          <w:sz w:val="20"/>
        </w:rPr>
        <w:t>52:07  utar kar aap ne kaha ke "kullu nasin aalam min Umar hatta al-ajaaib". har aadmi Umar se ziyada jaanta hai, yahan tak ke budhiya bhi, yaani boodhi aurtein bhi.</w:t>
      </w:r>
      <w:r>
        <w:br/>
      </w:r>
      <w:r>
        <w:rPr>
          <w:sz w:val="20"/>
        </w:rPr>
        <w:t>52:23  har aadmi Umar se ziyada jaanta hai, yahan tak ke boodhi aurtein bhi.</w:t>
      </w:r>
    </w:p>
    <w:p>
      <w:pPr>
        <w:pStyle w:val="Heading2"/>
      </w:pPr>
      <w:r>
        <w:t>Managing noise pollution through Khadija's patience</w:t>
      </w:r>
    </w:p>
    <w:p>
      <w:r>
        <w:rPr>
          <w:color w:val="666666"/>
          <w:sz w:val="18"/>
        </w:rPr>
        <w:t>How to Develop Spiritual Personality July 16, 2006 Maulana Wahiduddin Khan · 5m 06s · at 21:56 · https://youtu.be/nxFUXRFboW4?t=1316</w:t>
      </w:r>
    </w:p>
    <w:p>
      <w:r>
        <w:rPr>
          <w:i/>
        </w:rPr>
        <w:t>“Yani manage karne ka key technique kya hai?”</w:t>
      </w:r>
    </w:p>
    <w:p>
      <w:r>
        <w:rPr>
          <w:sz w:val="20"/>
        </w:rPr>
        <w:t>21:56  yani manage karne ka ki technique kya hai? main apna aaj ka qissa batata hoon jo abhi kal ki baat hai. dekhiye main is colony mein aaya bohat pehle 1983 mein.</w:t>
      </w:r>
      <w:r>
        <w:br/>
      </w:r>
      <w:r>
        <w:rPr>
          <w:sz w:val="20"/>
        </w:rPr>
        <w:t>22:13  to wahan bohat peace tha yahan par. bohat kam aisa hota tha ki koi car chale aur woh horn ki aawaz sunne ko mile. bohat peace tha.</w:t>
      </w:r>
      <w:r>
        <w:br/>
      </w:r>
      <w:r>
        <w:rPr>
          <w:sz w:val="20"/>
        </w:rPr>
        <w:t>22:23  ab aaj kal yeh haal hai ki har waqt carain daudti hain. har waqt horn bajte hain. aur double horn. peeche hato gaadi tab bhi horn bajega.</w:t>
      </w:r>
      <w:r>
        <w:br/>
      </w:r>
      <w:r>
        <w:rPr>
          <w:sz w:val="20"/>
        </w:rPr>
        <w:t>22:32  gaadi ke andar woh cassette bajega. gharaaz yeh ki car jo hai woh shor pollution ka tool ban gayi hai aaj kal.</w:t>
      </w:r>
      <w:r>
        <w:br/>
      </w:r>
      <w:r>
        <w:rPr>
          <w:sz w:val="20"/>
        </w:rPr>
        <w:t>22:43  car jo hai shor pollution ka tool ban gayi hai. to main bohat disturb rehta tha is se. bohat zyada disturb rehta tha.</w:t>
      </w:r>
      <w:r>
        <w:br/>
      </w:r>
      <w:r>
        <w:rPr>
          <w:sz w:val="20"/>
        </w:rPr>
        <w:t>22:54  aur sochta tha ki yahan se bhaag jaaun kahin. main bhaag ke jaaun to kahaan jaaun? phir maine kaise manage kiya? is ko arz karta hoon.</w:t>
      </w:r>
      <w:r>
        <w:br/>
      </w:r>
      <w:r>
        <w:rPr>
          <w:sz w:val="20"/>
        </w:rPr>
        <w:t>23:06  hadith mein aata hai ki jab Rasool Allah sallallahu alaihi wa sallam Prophet of Islam Makkah mein the to aap jaante hain ki Makkah mein log aap ko bohat pareshan karte the.</w:t>
      </w:r>
      <w:r>
        <w:br/>
      </w:r>
      <w:r>
        <w:rPr>
          <w:sz w:val="20"/>
        </w:rPr>
        <w:t>23:20  aur yeh pareshani bhi thi aap ko ki wahan ke ladke aa kar shor karte the aap ke ghar ke saamne. khwah makhwah shor. pareshan karne ke liye.</w:t>
      </w:r>
      <w:r>
        <w:br/>
      </w:r>
      <w:r>
        <w:rPr>
          <w:sz w:val="20"/>
        </w:rPr>
        <w:t>23:30  aur bade log, senior log to mana nahi karte the. kyun ki dekhiye jab samaj mein aisa ho ki aap mutanazia ban jayen to bade log jo hain is mein ghair mutasir ban jate hain.</w:t>
      </w:r>
      <w:r>
        <w:br/>
      </w:r>
      <w:r>
        <w:rPr>
          <w:sz w:val="20"/>
        </w:rPr>
        <w:t>23:45  aur chhote jo hain ladke woh tamasha karte hain woh. to Makkah mein aap ke ghar ke paas aa kar sab shor karte the.</w:t>
      </w:r>
      <w:r>
        <w:br/>
      </w:r>
      <w:r>
        <w:rPr>
          <w:sz w:val="20"/>
        </w:rPr>
        <w:t>23:55  Hazrat Khadija jo khatoon thin woh pareshan rehti thin. to hadith mein aata hai ki ek din aisa hua ki farishte aaye aap ke paas.</w:t>
      </w:r>
      <w:r>
        <w:br/>
      </w:r>
      <w:r>
        <w:rPr>
          <w:sz w:val="20"/>
        </w:rPr>
        <w:t>24:07  to farishte ko Prophet to dekhte the lekin Khadija nahi dekhti thin. to Rasool Allah ne kaha ki dekho yeh Khuda ka farishta aaya hai.</w:t>
      </w:r>
      <w:r>
        <w:br/>
      </w:r>
      <w:r>
        <w:rPr>
          <w:sz w:val="20"/>
        </w:rPr>
        <w:t>24:20  woh tum ko salam keh raha hai. yani Khadija jo aap ki biwi thin unhon ne kaha ki yeh farishta aaya hai Khuda ki taraf se aur tum ko salam keh raha hai.</w:t>
      </w:r>
      <w:r>
        <w:br/>
      </w:r>
      <w:r>
        <w:rPr>
          <w:sz w:val="20"/>
        </w:rPr>
        <w:t>24:34  aur tum ko ek achhi khabar le kar aaya hai Khuda ki taraf se. khushkhabri.</w:t>
      </w:r>
      <w:r>
        <w:br/>
      </w:r>
      <w:r>
        <w:rPr>
          <w:sz w:val="20"/>
        </w:rPr>
        <w:t>24:42  woh kya? ke tumhare liye jannat mein khuda ne ek bahut achha ghar banaya hai. aur us ki sifat yeh batayi ke "la sakhab fiha wa la nasab".</w:t>
      </w:r>
      <w:r>
        <w:br/>
      </w:r>
      <w:r>
        <w:rPr>
          <w:sz w:val="20"/>
        </w:rPr>
        <w:t>24:57  yani khuda ki taraf se yeh aaya ke tumhare liye hum ne jannat mein ghar bana diya hai bahut achha. jis ki sifat yeh hogi ke "la sakhab fiha wa la nasab".</w:t>
      </w:r>
      <w:r>
        <w:br/>
      </w:r>
      <w:r>
        <w:rPr>
          <w:sz w:val="20"/>
        </w:rPr>
        <w:t>25:08  is mein na shor hoga na takleef hogi. is ko le kar maine socha.</w:t>
      </w:r>
      <w:r>
        <w:br/>
      </w:r>
      <w:r>
        <w:rPr>
          <w:sz w:val="20"/>
        </w:rPr>
        <w:t>25:18  matlab ise sabr karne ke liye kaha gaya hazrat khadija se ke sabr karo. is ke liye ho kar maine socha ke agar kisi khuda ke bande par woh halaat guzre hain, woh suratehaal us par aa jaye jo khadija ko aayi thi.</w:t>
      </w:r>
      <w:r>
        <w:br/>
      </w:r>
      <w:r>
        <w:rPr>
          <w:sz w:val="20"/>
        </w:rPr>
        <w:t>25:36  yani shor ke beech mein use rehna pade. aur phir woh sabr kar le. to goya ke woh apne aap ko is ka mustahiq bana raha hai.</w:t>
      </w:r>
      <w:r>
        <w:br/>
      </w:r>
      <w:r>
        <w:rPr>
          <w:sz w:val="20"/>
        </w:rPr>
        <w:t>25:49  is ka ummeedwar ban raha hai woh. ke dobara khuda ki taraf se us ke haan se paighaam aaye ke aye bande tu sabr kar le is par.</w:t>
      </w:r>
      <w:r>
        <w:br/>
      </w:r>
      <w:r>
        <w:rPr>
          <w:sz w:val="20"/>
        </w:rPr>
        <w:t>26:03  tere liye hum ne jannat mein ek ghar reserve kar diya hai. jahan "la sakhab fiha wa la nasab". jahan shor nahi hoga, jahan takleef nahi hogi.</w:t>
      </w:r>
      <w:r>
        <w:br/>
      </w:r>
      <w:r>
        <w:rPr>
          <w:sz w:val="20"/>
        </w:rPr>
        <w:t>26:15  to goya ke khadija wale amal ko dohrana. apne aap ko is ka ummeedwar banana hai. ke khuda ki taraf se dobara woh paighaam aaye.</w:t>
      </w:r>
      <w:r>
        <w:br/>
      </w:r>
      <w:r>
        <w:rPr>
          <w:sz w:val="20"/>
        </w:rPr>
        <w:t>26:28  to mujhe laga ke yeh shor to mere liye barkat hai. yeh shor pollution to mere liye barkat hai. kyun? is liye ke agar main ise sabr kar loon to main mustahiq ban jaunga is achhi khabar ka jo khadija ke liye aayi thi.</w:t>
      </w:r>
      <w:r>
        <w:br/>
      </w:r>
      <w:r>
        <w:rPr>
          <w:sz w:val="20"/>
        </w:rPr>
        <w:t>26:46  is tarah maine manage kiya apne emotions ko aur maine apne aap ko thanda kar liya.</w:t>
      </w:r>
    </w:p>
    <w:p>
      <w:pPr>
        <w:pStyle w:val="Heading2"/>
      </w:pPr>
      <w:r>
        <w:t>Honesty and hard work lead to job success</w:t>
      </w:r>
    </w:p>
    <w:p>
      <w:r>
        <w:rPr>
          <w:color w:val="666666"/>
          <w:sz w:val="18"/>
        </w:rPr>
        <w:t>The Secret of Success 5 Feb, 2008 - Maulana Wahiduddin Khan · 4m 42s · at 0:28 · https://youtu.be/aI0KGyoK7NM?t=28</w:t>
      </w:r>
    </w:p>
    <w:p>
      <w:r>
        <w:rPr>
          <w:i/>
        </w:rPr>
        <w:t>“Ek sahab se baat ho rahi thi, ek naujawan se”</w:t>
      </w:r>
    </w:p>
    <w:p>
      <w:r>
        <w:rPr>
          <w:sz w:val="20"/>
        </w:rPr>
        <w:t>0:28  ek sahib se baat ho rahi thi, ek naujawan se,</w:t>
      </w:r>
      <w:r>
        <w:br/>
      </w:r>
      <w:r>
        <w:rPr>
          <w:sz w:val="20"/>
        </w:rPr>
        <w:t>0:35  to maine kaha ke woh naujawan</w:t>
      </w:r>
      <w:r>
        <w:br/>
      </w:r>
      <w:r>
        <w:rPr>
          <w:sz w:val="20"/>
        </w:rPr>
        <w:t>0:43  rozgar ki talash mein thay. to maine kaha ke dekhiye, agar ek aadmi ke paas</w:t>
      </w:r>
      <w:r>
        <w:br/>
      </w:r>
      <w:r>
        <w:rPr>
          <w:sz w:val="20"/>
        </w:rPr>
        <w:t>0:54  bank ka credit card hai aur woh jata hai shopping karne ke liye kisi shopping center mein, to woh bohat</w:t>
      </w:r>
      <w:r>
        <w:br/>
      </w:r>
      <w:r>
        <w:rPr>
          <w:sz w:val="20"/>
        </w:rPr>
        <w:t>1:07  satisfied rehta hai ke main jo cheez chahunga wahan khareed loonga, kyunke mere paas credit card maujood hai.</w:t>
      </w:r>
      <w:r>
        <w:br/>
      </w:r>
      <w:r>
        <w:rPr>
          <w:sz w:val="20"/>
        </w:rPr>
        <w:t>1:19  to maine kaha ke isi tarah se job market mein bhi ek credit card hota hai, woh kya hai? honesty and hardworking.</w:t>
      </w:r>
      <w:r>
        <w:br/>
      </w:r>
      <w:r>
        <w:rPr>
          <w:sz w:val="20"/>
        </w:rPr>
        <w:t>1:32  maine kaha ke agar aap ke andar yeh do quality hon, honesty aur hardworking, yani danadari aur mehnat, to samjhiye ke job market ka credit card aap ke paas maujood hai.</w:t>
      </w:r>
      <w:r>
        <w:br/>
      </w:r>
      <w:r>
        <w:rPr>
          <w:sz w:val="20"/>
        </w:rPr>
        <w:t>1:56  aap jis jagah bhi jayenge, log aap ko accept karenge,</w:t>
      </w:r>
      <w:r>
        <w:br/>
      </w:r>
      <w:r>
        <w:rPr>
          <w:sz w:val="20"/>
        </w:rPr>
        <w:t>2:05  kyunke dunya ko aap ki zaroorat hai. maine kaha ke aap jaiye market mein, kahin se kahiye ke bhai main free mein kaam karunga, mujhe ek mahina kaam karne ke liye do, ek mahina rahiye wahan,</w:t>
      </w:r>
      <w:r>
        <w:br/>
      </w:r>
      <w:r>
        <w:rPr>
          <w:sz w:val="20"/>
        </w:rPr>
        <w:t>2:22  aur yeh dikha dijiye ke aap honest bhi hain aur hard worker bhi hain. to aise hi kiya unhone. kisi dukan mein gaye, kaha unhone kaha ke theek hai, aap raho hamare haan ek mahina.</w:t>
      </w:r>
      <w:r>
        <w:br/>
      </w:r>
      <w:r>
        <w:rPr>
          <w:sz w:val="20"/>
        </w:rPr>
        <w:t>2:34  to unhone is tarah se kaam kiya, honesty ke sath aur hardworking ke sath, ke woh abhi mahina poora nahi hua tha, sirf das din hue thay, unhone baqayda rakh liya unko,</w:t>
      </w:r>
      <w:r>
        <w:br/>
      </w:r>
      <w:r>
        <w:rPr>
          <w:sz w:val="20"/>
        </w:rPr>
        <w:t>2:47  aur ma'qool salary unko muqarrar kar di. to yaad rakhiye, jis tarah se aap ke paas credit card ho ya cash payment ka saman aap ke paas ho, to aap shopping center mein jate hain, bohat itminan ke sath,</w:t>
      </w:r>
      <w:r>
        <w:br/>
      </w:r>
      <w:r>
        <w:rPr>
          <w:sz w:val="20"/>
        </w:rPr>
        <w:t>3:07  jo chahte hain wahan se khareed lete hain. aise hi apne andar yeh do quality paida kijiye, honesty aur hardworking.</w:t>
      </w:r>
      <w:r>
        <w:br/>
      </w:r>
      <w:r>
        <w:rPr>
          <w:sz w:val="20"/>
        </w:rPr>
        <w:t>3:18  jo kaam kijiye, dil laga kar kijiye. jo kaam kijiye, poori mehnat ke sath kijiye. bas har jagah aap wanted ban jayenge.</w:t>
      </w:r>
      <w:r>
        <w:br/>
      </w:r>
      <w:r>
        <w:rPr>
          <w:sz w:val="20"/>
        </w:rPr>
        <w:t>3:32  job ke market mein aap ko foran kaam mil jayega. yahi hai apne aap par bharosa karna.</w:t>
      </w:r>
      <w:r>
        <w:br/>
      </w:r>
      <w:r>
        <w:rPr>
          <w:sz w:val="20"/>
        </w:rPr>
        <w:t>3:42  apne aap par bharosa karna jo kaha jata hai, to yeh koi wishful thinking nahi hai. wishful thinking nahi hai, ek mysterious baat bhi nahi hai yeh.</w:t>
      </w:r>
      <w:r>
        <w:br/>
      </w:r>
      <w:r>
        <w:rPr>
          <w:sz w:val="20"/>
        </w:rPr>
        <w:t>3:53  simple si baat hai ke job market mein jis cheez ki importance hai, jis quality ki, woh quality apne andar paida kar lijiye.</w:t>
      </w:r>
      <w:r>
        <w:br/>
      </w:r>
      <w:r>
        <w:rPr>
          <w:sz w:val="20"/>
        </w:rPr>
        <w:t>4:04  koi aadmi jis ko ke aadmi, koi bhi institution, koi bhi dukandar, jis ko aadmi chahiye, to us ko yahi do cheezein chahiye.</w:t>
      </w:r>
      <w:r>
        <w:br/>
      </w:r>
      <w:r>
        <w:rPr>
          <w:sz w:val="20"/>
        </w:rPr>
        <w:t>4:21  isi ka naam hai apne aap par bharosa karna. yani apne andar woh quality paida karna jis ki employer ko zaroorat hai.</w:t>
      </w:r>
      <w:r>
        <w:br/>
      </w:r>
      <w:r>
        <w:rPr>
          <w:sz w:val="20"/>
        </w:rPr>
        <w:t>4:34  har employer yahi do cheezein chahta hai. koi bhi employer. koi bhi employer, kisi bhi dunya ke kisi bhi jagah, kahin bhi, kisi bhi country mein aap hon,</w:t>
      </w:r>
      <w:r>
        <w:br/>
      </w:r>
      <w:r>
        <w:rPr>
          <w:sz w:val="20"/>
        </w:rPr>
        <w:t>4:48  har employer yahi chahta hai ke jis aadmi ko woh le apne kaam ke liye, woh honest ho aur jo kaam us ko diya jaye woh mehnat se kare.</w:t>
      </w:r>
      <w:r>
        <w:br/>
      </w:r>
      <w:r>
        <w:rPr>
          <w:sz w:val="20"/>
        </w:rPr>
        <w:t>5:01  bas.</w:t>
      </w:r>
      <w:r>
        <w:br/>
      </w:r>
      <w:r>
        <w:rPr>
          <w:sz w:val="20"/>
        </w:rPr>
        <w:t>5:04  yahi hai kamyabi ka raaz.</w:t>
      </w:r>
    </w:p>
    <w:p>
      <w:pPr>
        <w:pStyle w:val="Heading2"/>
      </w:pPr>
      <w:r>
        <w:t>Myth of idols inside Mecca facts</w:t>
      </w:r>
    </w:p>
    <w:p>
      <w:r>
        <w:rPr>
          <w:color w:val="666666"/>
          <w:sz w:val="18"/>
        </w:rPr>
        <w:t>Q&amp;A 24 May 2009 Maulana Wahiduddin Khan · 3m 47s · at 3:16 · https://youtu.be/Ek6Ct3LZGOs?t=196</w:t>
      </w:r>
    </w:p>
    <w:p>
      <w:r>
        <w:rPr>
          <w:i/>
        </w:rPr>
        <w:t>“This question is from Salesh from Singapore.”</w:t>
      </w:r>
    </w:p>
    <w:p>
      <w:r>
        <w:rPr>
          <w:sz w:val="20"/>
        </w:rPr>
        <w:t>3:16  This question is from Salesh from Singapore. There is a very popular myth amongst non-Muslims that there are a lot of idols, including Hindu gods, inside the Mecca.</w:t>
      </w:r>
      <w:r>
        <w:br/>
      </w:r>
      <w:r>
        <w:rPr>
          <w:sz w:val="20"/>
        </w:rPr>
        <w:t>3:30  Is it true? What is the reality behind this?</w:t>
      </w:r>
      <w:r>
        <w:br/>
      </w:r>
      <w:r>
        <w:rPr>
          <w:sz w:val="20"/>
        </w:rPr>
        <w:t>3:35  dekhen, aaj to kuch bhi nahi hai, lekin yani seven century ke first quarter mein jab Rasool Allah wahan aaye, us waqt Kaba mein 360 but rakhe hue the.</w:t>
      </w:r>
      <w:r>
        <w:br/>
      </w:r>
      <w:r>
        <w:rPr>
          <w:sz w:val="20"/>
        </w:rPr>
        <w:t>3:52  us waqt. woh bhi Hindu guard nahi the, woh yeh bhi galat hai. Hindu guard nahi the. woh Arab tribes ke guard the. Laat aur Uzza, Manat, yeh sab.</w:t>
      </w:r>
      <w:r>
        <w:br/>
      </w:r>
      <w:r>
        <w:rPr>
          <w:sz w:val="20"/>
        </w:rPr>
        <w:t>4:05  Arabon mein 360 tribes the, chhote chhote.</w:t>
      </w:r>
      <w:r>
        <w:br/>
      </w:r>
      <w:r>
        <w:rPr>
          <w:sz w:val="20"/>
        </w:rPr>
        <w:t>4:11  to har har qabeelay ka, qabeelay qabeelay ka but ek juda tha. kisi ka Hubal tha, kisi ka Safa tha. to har qabeela apna ek but tha, us ko poochta tha woh.</w:t>
      </w:r>
      <w:r>
        <w:br/>
      </w:r>
      <w:r>
        <w:rPr>
          <w:sz w:val="20"/>
        </w:rPr>
        <w:t>4:21  to Quraish ne, Quraish jo leader the,</w:t>
      </w:r>
      <w:r>
        <w:br/>
      </w:r>
      <w:r>
        <w:rPr>
          <w:sz w:val="20"/>
        </w:rPr>
        <w:t>4:27  unhon ne kya kiya? har qabeelay ka but la kar Kaba pe rakh diya. to to jo jitne bhi log the, har type ke, woh barabar aate rehte the apne buton ki ziyarat ke liye, us ko nazrana chadhane ke liye.</w:t>
      </w:r>
      <w:r>
        <w:br/>
      </w:r>
      <w:r>
        <w:rPr>
          <w:sz w:val="20"/>
        </w:rPr>
        <w:t>4:45  to Makkah walon ko bohat faida is se hota tha. is se ek ek ek barabar ek ek tourism qaim ho gaya tha wahan.</w:t>
      </w:r>
      <w:r>
        <w:br/>
      </w:r>
      <w:r>
        <w:rPr>
          <w:sz w:val="20"/>
        </w:rPr>
        <w:t>4:54  tourism. is se bazaar lagte the wahan par un ko. tarah tarah ke commercial faide the.</w:t>
      </w:r>
      <w:r>
        <w:br/>
      </w:r>
      <w:r>
        <w:rPr>
          <w:sz w:val="20"/>
        </w:rPr>
        <w:t>5:04  to yeh ek waqea hai ke us waqt, yani 610 mein, wahan par but rakhe hue the Kaba mein. jis ko ke taqreeban 20 saal ke baad wahan se sab, jab saare ke saare log Islam mein aa gaye, sab ke sab,</w:t>
      </w:r>
      <w:r>
        <w:br/>
      </w:r>
      <w:r>
        <w:rPr>
          <w:sz w:val="20"/>
        </w:rPr>
        <w:t>5:19  to phir is ka koi matlab nahi raha. use nikaal diye gaye, woh saaf kar diya gaya.</w:t>
      </w:r>
      <w:r>
        <w:br/>
      </w:r>
      <w:r>
        <w:rPr>
          <w:sz w:val="20"/>
        </w:rPr>
        <w:t>5:24  ab wahan kuch bhi nahi hai. jo aisa kahe, woh galat kehta hai. kuch Hindu jo hai, jo black stone wahan par hai, Hajar al-Aswad, us ko us ko kehte hain ke woh yani idol.</w:t>
      </w:r>
      <w:r>
        <w:br/>
      </w:r>
      <w:r>
        <w:rPr>
          <w:sz w:val="20"/>
        </w:rPr>
        <w:t>5:37  yeh bilkul baseless baat hai.</w:t>
      </w:r>
      <w:r>
        <w:br/>
      </w:r>
      <w:r>
        <w:rPr>
          <w:sz w:val="20"/>
        </w:rPr>
        <w:t>5:40  simply ek stone hai woh bas. is mein tareekh hai. Hazrat Ibrahim jo thay, unhon ne Kaba ko banaya.</w:t>
      </w:r>
      <w:r>
        <w:br/>
      </w:r>
      <w:r>
        <w:rPr>
          <w:sz w:val="20"/>
        </w:rPr>
        <w:t>5:51  is ki building jo pehle banai thi, woh Hazrat Ibrahim ne banai thi. to jab bench ke khari ho gayi woh,</w:t>
      </w:r>
      <w:r>
        <w:br/>
      </w:r>
      <w:r>
        <w:rPr>
          <w:sz w:val="20"/>
        </w:rPr>
        <w:t>5:59  to aap ne. ke bete thay Ismail, un se kaha ke bhai ek ek different color ka ek stone le aao. cross color ka. kyunke hum is ko kone pe laga dein ge to woh ek pehchan ho gi ke yahan se tawaf shuru karna hai.</w:t>
      </w:r>
      <w:r>
        <w:br/>
      </w:r>
      <w:r>
        <w:rPr>
          <w:sz w:val="20"/>
        </w:rPr>
        <w:t>6:14  kyunke saat bar ghoomna parta hai.</w:t>
      </w:r>
      <w:r>
        <w:br/>
      </w:r>
      <w:r>
        <w:rPr>
          <w:sz w:val="20"/>
        </w:rPr>
        <w:t>6:16  to koi starting point to ho ga. yani kaise aap determine karein ke mera saat poora ho gaya? to is ke liye aap ko ek starting point chahiye.</w:t>
      </w:r>
      <w:r>
        <w:br/>
      </w:r>
      <w:r>
        <w:rPr>
          <w:sz w:val="20"/>
        </w:rPr>
        <w:t>6:25  to Hazrat Ibrahim ne kaha ke cross color ka jo rang tha is ka Kaba ka, wohi pathar ka bana hua tha. is se alag rang.</w:t>
      </w:r>
      <w:r>
        <w:br/>
      </w:r>
      <w:r>
        <w:rPr>
          <w:sz w:val="20"/>
        </w:rPr>
        <w:t>6:35  taake pehchan mein aa jaye.</w:t>
      </w:r>
      <w:r>
        <w:br/>
      </w:r>
      <w:r>
        <w:rPr>
          <w:sz w:val="20"/>
        </w:rPr>
        <w:t>6:38  to pathar wahan pathar pahar se koi pathar laye, woh aas pas pahar tha wahan par. cross color ka pathar. is ko wahan ek kone pe laga diya aap.</w:t>
      </w:r>
      <w:r>
        <w:br/>
      </w:r>
      <w:r>
        <w:rPr>
          <w:sz w:val="20"/>
        </w:rPr>
        <w:t>6:49  to is ko wahin se starting point ban gaya woh. wahin se shuru karte hain saat bar tawaf. bas. is ka koi talluq na ho. yani idols se hai na idol worship se hai.</w:t>
      </w:r>
      <w:r>
        <w:br/>
      </w:r>
      <w:r>
        <w:rPr>
          <w:sz w:val="20"/>
        </w:rPr>
        <w:t>7:00  bilkul baseless baatein hain.</w:t>
      </w:r>
    </w:p>
    <w:p>
      <w:pPr>
        <w:pStyle w:val="Heading2"/>
      </w:pPr>
      <w:r>
        <w:t>Story of hitting a dalit and repenting</w:t>
      </w:r>
    </w:p>
    <w:p>
      <w:r>
        <w:rPr>
          <w:color w:val="666666"/>
          <w:sz w:val="18"/>
        </w:rPr>
        <w:t>Interaction February 22, 2020 Maulana Wahiduddin Khan · 5m 15s · at 5:16 · https://youtu.be/s4MIiunBRxI?t=316</w:t>
      </w:r>
    </w:p>
    <w:p>
      <w:r>
        <w:rPr>
          <w:i/>
        </w:rPr>
        <w:t>“I will tell you a story from my youth.”</w:t>
      </w:r>
    </w:p>
    <w:p>
      <w:r>
        <w:rPr>
          <w:sz w:val="20"/>
        </w:rPr>
        <w:t>5:16  to aur badi, aur aur bada amal karega wo. Pehle se zyada bada amal. Main aapko apna ek kissa batata hoon, naujawani ke zamane mein. Main ek zamindar family mein paida hua. To zamindar family apne ilake mein</w:t>
      </w:r>
      <w:r>
        <w:br/>
      </w:r>
      <w:r>
        <w:rPr>
          <w:sz w:val="20"/>
        </w:rPr>
        <w:t>5:35  lord hua karti thi, lord. To ek ek aadmi jo aajkal ke zamane mein dalit tha, dalit, us zamane mein hum log usko chamar kehte the. To main kisi baat par</w:t>
      </w:r>
      <w:r>
        <w:br/>
      </w:r>
      <w:r>
        <w:rPr>
          <w:sz w:val="20"/>
        </w:rPr>
        <w:t>5:52  usko maine ek lakdi mere haath mein thi, usko maar diya. Uska naam tha Ramnath. Bahut pehle ki baat hai, jab main teen age mein teenager tha garbon.</w:t>
      </w:r>
      <w:r>
        <w:br/>
      </w:r>
      <w:r>
        <w:rPr>
          <w:sz w:val="20"/>
        </w:rPr>
        <w:t>6:11  to maine usko maar diya. Lekin maarne ke baad jab main ghar aaya,</w:t>
      </w:r>
      <w:r>
        <w:br/>
      </w:r>
      <w:r>
        <w:rPr>
          <w:sz w:val="20"/>
        </w:rPr>
        <w:t>6:22  to Hazrat Abu Darda ne kaha hai, bahut achhi baat, ki</w:t>
      </w:r>
      <w:r>
        <w:br/>
      </w:r>
      <w:r>
        <w:rPr>
          <w:sz w:val="20"/>
        </w:rPr>
        <w:t>6:30  jab aadmi</w:t>
      </w:r>
      <w:r>
        <w:br/>
      </w:r>
      <w:r>
        <w:rPr>
          <w:sz w:val="20"/>
        </w:rPr>
        <w:t>6:35  aqalmand ho, matlab sincere, sincere ho, to wo bahar doosre ko sakht kahega, andar agar apne ko sakht, usse bhi zyada sakht alfaaz mein apne ko mukhatib karega wo.</w:t>
      </w:r>
      <w:r>
        <w:br/>
      </w:r>
      <w:r>
        <w:rPr>
          <w:sz w:val="20"/>
        </w:rPr>
        <w:t>6:54  to maine usko maar diya. Lekin jab ghar aaya, to mujhe bahut zyada repentance ho gaya, repentance.</w:t>
      </w:r>
      <w:r>
        <w:br/>
      </w:r>
      <w:r>
        <w:rPr>
          <w:sz w:val="20"/>
        </w:rPr>
        <w:t>7:03  aur maine socha ki main uski talafi karna hai. to wo ek ek wo jaag pada apne andar.</w:t>
      </w:r>
      <w:r>
        <w:br/>
      </w:r>
      <w:r>
        <w:rPr>
          <w:sz w:val="20"/>
        </w:rPr>
        <w:t>7:21  sakht jazba</w:t>
      </w:r>
      <w:r>
        <w:br/>
      </w:r>
      <w:r>
        <w:rPr>
          <w:sz w:val="20"/>
        </w:rPr>
        <w:t>7:25  jaag pada. to mujhe yaad aata hai ki maine ek maulvi se poocha tha ki main ab kya karoon, to usne maar diya. to unhone koi khaas baat nahi batai. lekin mera andar ki jazba</w:t>
      </w:r>
      <w:r>
        <w:br/>
      </w:r>
      <w:r>
        <w:rPr>
          <w:sz w:val="20"/>
        </w:rPr>
        <w:t>7:41  kaam karta raha. aur main apne gaon se chalkar wahan gaya, uske gaon. to ek jhopdi banai thi, bahut. poochtaach ke main pahuncha wahan. jab khatkaya, to uske andar se wo Ramnath nikla.</w:t>
      </w:r>
      <w:r>
        <w:br/>
      </w:r>
      <w:r>
        <w:rPr>
          <w:sz w:val="20"/>
        </w:rPr>
        <w:t>8:02  to wo bahut ghabra gaya ki kaise aa gaye. to maine kaha, maine falan din tumko maar diya tha, to main uski maafi mangne ke liye aaya hoon. to wo mere paon pe gir pada. to saahab, us din maine jo nek ki neki kamai,</w:t>
      </w:r>
      <w:r>
        <w:br/>
      </w:r>
      <w:r>
        <w:rPr>
          <w:sz w:val="20"/>
        </w:rPr>
        <w:t>8:22  shayad meri neend sab roz neki thi wo, ki ek raat, ek din, balki kai raat, kai din main uske liye sochta raha, duaen karta raha.</w:t>
      </w:r>
      <w:r>
        <w:br/>
      </w:r>
      <w:r>
        <w:rPr>
          <w:sz w:val="20"/>
        </w:rPr>
        <w:t>8:36  mera jo andar ka insaan tha, wo aur zyada, aur jaga, aur zyada jaga, aur zyada jaga.</w:t>
      </w:r>
      <w:r>
        <w:br/>
      </w:r>
      <w:r>
        <w:rPr>
          <w:sz w:val="20"/>
        </w:rPr>
        <w:t>8:44  aur usse jaakar maine maafi mangi. isse maine samjha ki iska matlab kya hai. jab aap ek galti karenge, to tab bhi ye likha hua hai ki ae insaan, dekhna, ye galat hai, ye galat tha, ye galat hai.</w:t>
      </w:r>
      <w:r>
        <w:br/>
      </w:r>
      <w:r>
        <w:rPr>
          <w:sz w:val="20"/>
        </w:rPr>
        <w:t>9:04  jab Allah ki di hui ijazat se aap aisa karenge, tab bhi aapko man yaad rahega, aapko ki ae insaan, ye Allah ki scheme jo hai, scheme of things, usme ye galat tha, ye galat tha, ye galat hai.</w:t>
      </w:r>
      <w:r>
        <w:br/>
      </w:r>
      <w:r>
        <w:rPr>
          <w:sz w:val="20"/>
        </w:rPr>
        <w:t>9:21  to iska maane ye hai ki aap jab galti karenge, to saath-saath repentance bhi jaagega, saath-saath. pashemmani, nazamat. to iska maane ki aap double, balki pata nahi kitne guna zyada</w:t>
      </w:r>
      <w:r>
        <w:br/>
      </w:r>
      <w:r>
        <w:rPr>
          <w:sz w:val="20"/>
        </w:rPr>
        <w:t>9:39  neki jaag pad gayi, aapke andar jaag padegi. jaise maine jo jaag ke jaakar usse maafi mangi thi. to us zamane mein ek zameendar ke</w:t>
      </w:r>
      <w:r>
        <w:br/>
      </w:r>
      <w:r>
        <w:rPr>
          <w:sz w:val="20"/>
        </w:rPr>
        <w:t>9:56  ek ka jaakar maafi mangna, ye bahut hi mushkil kaam tha. bahut mushkil kaam tha. to iska maane hai ki ek mushkil kaam karke jo mujhe farishton ne likha hoga,</w:t>
      </w:r>
      <w:r>
        <w:br/>
      </w:r>
      <w:r>
        <w:rPr>
          <w:sz w:val="20"/>
        </w:rPr>
        <w:t>10:09  ek neki, wo bahut hi badi neki hogi.</w:t>
      </w:r>
      <w:r>
        <w:br/>
      </w:r>
      <w:r>
        <w:rPr>
          <w:sz w:val="20"/>
        </w:rPr>
        <w:t>10:13  mujhe nahi maloom ki bahut farishton ne kya likha, lekin mujhe yaqeen hai ki jo spirit thi mere andar, nazamat ki buniyad par, wo isse pehle kabhi hui nahi thi. to hamare bhai ne jo jo sawal kiya hai,</w:t>
      </w:r>
    </w:p>
    <w:p>
      <w:pPr>
        <w:pStyle w:val="Heading2"/>
      </w:pPr>
      <w:r>
        <w:t>Why Muslims neglect dawah due to anger</w:t>
      </w:r>
    </w:p>
    <w:p>
      <w:r>
        <w:rPr>
          <w:color w:val="666666"/>
          <w:sz w:val="18"/>
        </w:rPr>
        <w:t>Don't Be Angry Culture January 15, 2012 Maulana Wahiduddin Khan · 4m 25s · at 1:10:22 · https://youtu.be/rY1Ikwmwwdk?t=4222</w:t>
      </w:r>
    </w:p>
    <w:p>
      <w:r>
        <w:rPr>
          <w:i/>
        </w:rPr>
        <w:t>“Main to samajhta hoon ke wohi wajah hai jo maine kaha, gussa”</w:t>
      </w:r>
    </w:p>
    <w:p>
      <w:r>
        <w:rPr>
          <w:sz w:val="20"/>
        </w:rPr>
        <w:t>1:10:22  main to samajhta hoon ke wahi waja hai jo maine kaha, ghussa. is waqt musalman jo hain sab ghusse mein hain.</w:t>
      </w:r>
      <w:r>
        <w:br/>
      </w:r>
      <w:r>
        <w:rPr>
          <w:sz w:val="20"/>
        </w:rPr>
        <w:t>1:10:30  ghussa ka matlab yeh hai ke har ek ko dushman samjhe hue hain. ke israel hamara dushman hai, america hamara dushman hai. woh hamare khilaf sazish kar rahe hain.</w:t>
      </w:r>
      <w:r>
        <w:br/>
      </w:r>
      <w:r>
        <w:rPr>
          <w:sz w:val="20"/>
        </w:rPr>
        <w:t>1:10:41  woh hum ko neecha dikhana chahte hain. yani yeh chhaya hua hai dimaghon par. is ki waja se dawat ka kaam un ko samajh mein nahi ata.</w:t>
      </w:r>
      <w:r>
        <w:br/>
      </w:r>
      <w:r>
        <w:rPr>
          <w:sz w:val="20"/>
        </w:rPr>
        <w:t>1:10:52  aur goli aur bam zyada samajh mein ata hai.</w:t>
      </w:r>
      <w:r>
        <w:br/>
      </w:r>
      <w:r>
        <w:rPr>
          <w:sz w:val="20"/>
        </w:rPr>
        <w:t>1:10:57  to asal raaz jo hai, main samajhta hoon ke kuch waqiaat se ghussa ho kar ke jo musalmanon mein manfi soch aa gayi, woh record ban gayi dawat ki ahmiyat ko samajhne mein.</w:t>
      </w:r>
      <w:r>
        <w:br/>
      </w:r>
      <w:r>
        <w:rPr>
          <w:sz w:val="20"/>
        </w:rPr>
        <w:t>1:11:16  ab main mislan mujhe koi kisi ke paas, main kisi se nafrat nahi karta. mujhe kisi se nafrat nahi hai. na Israel se, na America se, na na na Hindu se, na falan se, na falan se, kisi se.</w:t>
      </w:r>
      <w:r>
        <w:br/>
      </w:r>
      <w:r>
        <w:rPr>
          <w:sz w:val="20"/>
        </w:rPr>
        <w:t>1:11:31  sab ko main insaan samajhta hoon. to main samajhta hoon ke dawat se bada koi kaam nahi hai. to jar mein jo hai, jar mein woh manfi soch hai.</w:t>
      </w:r>
      <w:r>
        <w:br/>
      </w:r>
      <w:r>
        <w:rPr>
          <w:sz w:val="20"/>
        </w:rPr>
        <w:t>1:11:42  manfi soch. ke musalman, musalman is daur mein pichhad gaye to samajhte hain ke doosra un ko pichha kiya hua hai. apni ghalti apne upar nahi dhalte.</w:t>
      </w:r>
      <w:r>
        <w:br/>
      </w:r>
      <w:r>
        <w:rPr>
          <w:sz w:val="20"/>
        </w:rPr>
        <w:t>1:11:52  quran mein to hai ke har aadmi apne kiye ko bhagta hai. apne kiye ko. saaf saaf likha hua hai ke aadmi apne kiye ko bhagta hai.</w:t>
      </w:r>
      <w:r>
        <w:br/>
      </w:r>
      <w:r>
        <w:rPr>
          <w:sz w:val="20"/>
        </w:rPr>
        <w:t>1:12:05  kisi ki saazish se, kisi ki dushmani se koi nuksan nahi hota is ka.</w:t>
      </w:r>
      <w:r>
        <w:br/>
      </w:r>
      <w:r>
        <w:rPr>
          <w:sz w:val="20"/>
        </w:rPr>
        <w:t>1:12:10  lekin musalmanon ne, musalman matlab un ke un ke rehnamaon ne yeh ghalt zehan dala. sab se bura role mere khayal se rehnamaon ka hua hai is zamane mein.</w:t>
      </w:r>
      <w:r>
        <w:br/>
      </w:r>
      <w:r>
        <w:rPr>
          <w:sz w:val="20"/>
        </w:rPr>
        <w:t>1:12:19  jitne rehnama uthe, sab rad-e-amal, rad-e-amal mein uthe. mujhe ek bhi rehnama nahi maloom is daur ka, is do sau saal ke andar, jo rad-e-amal ke mein na utha ho.</w:t>
      </w:r>
      <w:r>
        <w:br/>
      </w:r>
      <w:r>
        <w:rPr>
          <w:sz w:val="20"/>
        </w:rPr>
        <w:t>1:12:31  sab rad-e-amal, rad-e-amal, rad-e-amal.</w:t>
      </w:r>
      <w:r>
        <w:br/>
      </w:r>
      <w:r>
        <w:rPr>
          <w:sz w:val="20"/>
        </w:rPr>
        <w:t>1:12:34  to rad-e-amal se kya hota hai? negative thinking aati hai. phir kya hai? tashaddud aata hai. aur sari cheezein aati rehti hain isi mein.</w:t>
      </w:r>
      <w:r>
        <w:br/>
      </w:r>
      <w:r>
        <w:rPr>
          <w:sz w:val="20"/>
        </w:rPr>
        <w:t>1:12:44  aur phir jab yeh sab hoga to zahir hai ke dawat Allah ki koi ahmiyat nazar nahi aayegi aap ko.</w:t>
      </w:r>
      <w:r>
        <w:br/>
      </w:r>
      <w:r>
        <w:rPr>
          <w:sz w:val="20"/>
        </w:rPr>
        <w:t>1:12:56  mujhe ek waqia yaad aata hai ke main ek martaba Mewat mein tha.</w:t>
      </w:r>
      <w:r>
        <w:br/>
      </w:r>
      <w:r>
        <w:rPr>
          <w:sz w:val="20"/>
        </w:rPr>
        <w:t>1:13:01  to Mewat mein ek ek band ban raha tha. is mein bohat se Mewati bator mazdoor kaam kar rahe the. woh musalman the sab, sab ke sab.</w:t>
      </w:r>
      <w:r>
        <w:br/>
      </w:r>
      <w:r>
        <w:rPr>
          <w:sz w:val="20"/>
        </w:rPr>
        <w:t>1:13:13  to do group the, kisi wajah se jhagda ho gaya. aur jhagda hua to laathiyan uth uth gayeen. to main gaya, ek daadhi wale musalman the, is mein Mewati.</w:t>
      </w:r>
      <w:r>
        <w:br/>
      </w:r>
      <w:r>
        <w:rPr>
          <w:sz w:val="20"/>
        </w:rPr>
        <w:t>1:13:27  un se main ne kaha ke dekhiye sahib, yeh aap yeh bhi musalman, wohi musalman, aap log yani ladna chahte hain aur laathiyan chalana chahte hain, yeh to Islam mein jaiz nahi hai.</w:t>
      </w:r>
      <w:r>
        <w:br/>
      </w:r>
      <w:r>
        <w:rPr>
          <w:sz w:val="20"/>
        </w:rPr>
        <w:t>1:13:41  aapas ki ladai Islam mein jaiz nahi hai. to kuch quran o hadith maine sunaya. to woh daadhi wale kya kehte hain? chalo molvi, is waqt hum ko quran mein sunao.</w:t>
      </w:r>
      <w:r>
        <w:br/>
      </w:r>
      <w:r>
        <w:rPr>
          <w:sz w:val="20"/>
        </w:rPr>
        <w:t>1:13:52  is waqt hum ko inteqaam lena hai.</w:t>
      </w:r>
      <w:r>
        <w:br/>
      </w:r>
      <w:r>
        <w:rPr>
          <w:sz w:val="20"/>
        </w:rPr>
        <w:t>1:13:55  to jab inteqaam ki nafrat, jab nafrat aa jaye, inteqaam aa jaye to quran o hadith ko le ke koi sochta nahi hai. phir phir apne apne is mein sochta hai, apne manfi jazbati is ke liye wahid run ban jaate hain.</w:t>
      </w:r>
      <w:r>
        <w:br/>
      </w:r>
      <w:r>
        <w:rPr>
          <w:sz w:val="20"/>
        </w:rPr>
        <w:t>1:14:11  yeh sab kis ne kiya hai? aam musalmanon ne nahi, yeh rehnamaon ne kiya hai. rehnamaon ne musalmanon ko yeh sab suna suna kar ke, yeh dushman hai, woh dushman hai, woh dushman hai, woh d</w:t>
      </w:r>
      <w:r>
        <w:br/>
      </w:r>
      <w:r>
        <w:rPr>
          <w:sz w:val="20"/>
        </w:rPr>
        <w:t>1:14:22  ushman hai, yeh sab khabrein dein in rehnamaon ne musalmanon ko. to sari zimmedari rehnamaon ki hai. is do sau saal mein jo rehnama uthe, unhone na manfi boli bol bol kar ke musalmanon ko manfi bana diya.</w:t>
      </w:r>
      <w:r>
        <w:br/>
      </w:r>
      <w:r>
        <w:rPr>
          <w:sz w:val="20"/>
        </w:rPr>
        <w:t>1:14:37  is ki wajah se dawat un ke zehan se is ki ahmiyat nikal gayi. Maulana, agla sawal lene se pehle ek comment padhna chahte hain jo aaya hai.</w:t>
      </w:r>
    </w:p>
    <w:p>
      <w:pPr>
        <w:pStyle w:val="Heading2"/>
      </w:pPr>
      <w:r>
        <w:t>Hafiz sahab paid to read Qur'an teaches true involvement</w:t>
      </w:r>
    </w:p>
    <w:p>
      <w:r>
        <w:rPr>
          <w:color w:val="666666"/>
          <w:sz w:val="18"/>
        </w:rPr>
        <w:t>Fasting A Source of Spiritual Empowerment August 21, 2011 Maulana Wahiduddin Khan · 4m 31s · at 25:42 · https://youtu.be/Z0EbPlujcf0?t=1542</w:t>
      </w:r>
    </w:p>
    <w:p>
      <w:r>
        <w:rPr>
          <w:i/>
        </w:rPr>
        <w:t>“Ek baar main Gorakhpur gaya, yeh azadi se pehle ki baat hai”</w:t>
      </w:r>
    </w:p>
    <w:p>
      <w:r>
        <w:rPr>
          <w:sz w:val="20"/>
        </w:rPr>
        <w:t>25:42  ek baar mein gorakhpur gaya. yeh azadi se pehle ki baat hai. British Period ki baat hai yeh.</w:t>
      </w:r>
      <w:r>
        <w:br/>
      </w:r>
      <w:r>
        <w:rPr>
          <w:sz w:val="20"/>
        </w:rPr>
        <w:t>25:54  to wahan par ek sahab the jo bohat bare afsar the. jin ko kaha jata tha DTS. us waqt un ka title hua karta tha DTS.</w:t>
      </w:r>
      <w:r>
        <w:br/>
      </w:r>
      <w:r>
        <w:rPr>
          <w:sz w:val="20"/>
        </w:rPr>
        <w:t>26:04  ab pata nahi kya title hoga. BNWR ke bare afsar the woh.</w:t>
      </w:r>
      <w:r>
        <w:br/>
      </w:r>
      <w:r>
        <w:rPr>
          <w:sz w:val="20"/>
        </w:rPr>
        <w:t>26:13  bohat bara bangla tha un ka. to wahan mein chand din raha. yeh ramzan ka mahina tha woh bhi. to mein ne dekha sham ko ek sahab aate hain.</w:t>
      </w:r>
      <w:r>
        <w:br/>
      </w:r>
      <w:r>
        <w:rPr>
          <w:sz w:val="20"/>
        </w:rPr>
        <w:t>26:30  aur woh rozana wahan baith kar ke kuch parhte hain aur chale aate hain.</w:t>
      </w:r>
      <w:r>
        <w:br/>
      </w:r>
      <w:r>
        <w:rPr>
          <w:sz w:val="20"/>
        </w:rPr>
        <w:t>26:37  to mein ne woh sahab jo the jo bare afsar jo the un se mein ne poocha ke yeh kaun sahab aate hain sham ko kya maqsad hota hai.</w:t>
      </w:r>
      <w:r>
        <w:br/>
      </w:r>
      <w:r>
        <w:rPr>
          <w:sz w:val="20"/>
        </w:rPr>
        <w:t>26:49  to unhone kaha ke woh Hafiz sahab hain. hum to roza rakh nahi sakte.</w:t>
      </w:r>
      <w:r>
        <w:br/>
      </w:r>
      <w:r>
        <w:rPr>
          <w:sz w:val="20"/>
        </w:rPr>
        <w:t>26:57  hum roza nahi rakh sakte. to Hafiz sahab se keh diya ke woh sham ko aa kar parh ke chale aate hain Quran Majeed. aur phir un ko hum ramzan ka mahina khatam hoga to kuch paise de denge.</w:t>
      </w:r>
      <w:r>
        <w:br/>
      </w:r>
      <w:r>
        <w:rPr>
          <w:sz w:val="20"/>
        </w:rPr>
        <w:t>27:13  is tajrube se mujhe ek ajib ehsas hua. abhi tak mein sochta hoon yeh waqea ho gaya bohat pehle ka. yani azadi se pehle ki baat hai yeh.</w:t>
      </w:r>
      <w:r>
        <w:br/>
      </w:r>
      <w:r>
        <w:rPr>
          <w:sz w:val="20"/>
        </w:rPr>
        <w:t>27:23  shayad 70 baras ka waqea hoga yeh.</w:t>
      </w:r>
      <w:r>
        <w:br/>
      </w:r>
      <w:r>
        <w:rPr>
          <w:sz w:val="20"/>
        </w:rPr>
        <w:t>27:27  aaj mein yeh soch raha tha is waqea ko le kar. to mein ne socha ke woh afsar sahab jo the agar yeh karte</w:t>
      </w:r>
      <w:r>
        <w:br/>
      </w:r>
      <w:r>
        <w:rPr>
          <w:sz w:val="20"/>
        </w:rPr>
        <w:t>27:40  ke khuda ya mein din bhar bhooka to nahi reh sakta. mein teri kitab parh raha hoon. isi kitab ke parhne ko to meri taraf se qabool kar le.</w:t>
      </w:r>
      <w:r>
        <w:br/>
      </w:r>
      <w:r>
        <w:rPr>
          <w:sz w:val="20"/>
        </w:rPr>
        <w:t>27:57  yani Fasting ki bajaye tilawat e Quran ko meri taraf se qabool kar le. to shayad Allah ki rehmat josh karti. Allah taala qabool farmata.</w:t>
      </w:r>
      <w:r>
        <w:br/>
      </w:r>
      <w:r>
        <w:rPr>
          <w:sz w:val="20"/>
        </w:rPr>
        <w:t>28:10  lekin yeh to bilkul aisa jaise kisi ko kiraye de kar ke aap kahein ke tumhein yeh kaam kar do.</w:t>
      </w:r>
      <w:r>
        <w:br/>
      </w:r>
      <w:r>
        <w:rPr>
          <w:sz w:val="20"/>
        </w:rPr>
        <w:t>28:18  dekhein ramzan ka matlab hai apne aap ko Involve karna.</w:t>
      </w:r>
      <w:r>
        <w:br/>
      </w:r>
      <w:r>
        <w:rPr>
          <w:sz w:val="20"/>
        </w:rPr>
        <w:t>28:25  yeh nahi ke kiraye de kar kisi se aap roza rakhwa dein.</w:t>
      </w:r>
      <w:r>
        <w:br/>
      </w:r>
      <w:r>
        <w:rPr>
          <w:sz w:val="20"/>
        </w:rPr>
        <w:t>28:31  kahin se Quran parhwa dein. yeh kirayedari ka mamla nahi hai. apne aap ko Involve karne ka mamla hai.</w:t>
      </w:r>
      <w:r>
        <w:br/>
      </w:r>
      <w:r>
        <w:rPr>
          <w:sz w:val="20"/>
        </w:rPr>
        <w:t>28:42  to aaj mein soch raha tha bohat dil tarap utha mera yeh soch kar ke insaan kaisi ajib cheez hai.</w:t>
      </w:r>
      <w:r>
        <w:br/>
      </w:r>
      <w:r>
        <w:rPr>
          <w:sz w:val="20"/>
        </w:rPr>
        <w:t>28:54  Khuda dekhna chahta hai aap ka Involvement.</w:t>
      </w:r>
      <w:r>
        <w:br/>
      </w:r>
      <w:r>
        <w:rPr>
          <w:sz w:val="20"/>
        </w:rPr>
        <w:t>29:01  aap farz kijiye ke roza nahi rakhte rakh sakte. to kahein ke khuda ya mein 10 din ka roza rakhta hoon. yahi to qabool kar le meri taraf se.</w:t>
      </w:r>
      <w:r>
        <w:br/>
      </w:r>
      <w:r>
        <w:rPr>
          <w:sz w:val="20"/>
        </w:rPr>
        <w:t>29:11  ya aap is qabil bhi nahi hain. to subah sham baith kar Quran parhein. kahein ke khuda ya mere bas mein roza rakhna nahi hai.</w:t>
      </w:r>
      <w:r>
        <w:br/>
      </w:r>
      <w:r>
        <w:rPr>
          <w:sz w:val="20"/>
        </w:rPr>
        <w:t>29:25  to apni kitab ki tilawat ko meri taraf se qabool farma le.</w:t>
      </w:r>
      <w:r>
        <w:br/>
      </w:r>
      <w:r>
        <w:rPr>
          <w:sz w:val="20"/>
        </w:rPr>
        <w:t>29:33  yeh keh kar aadmi ro paray.</w:t>
      </w:r>
      <w:r>
        <w:br/>
      </w:r>
      <w:r>
        <w:rPr>
          <w:sz w:val="20"/>
        </w:rPr>
        <w:t>29:38  to shayad Allah ki rehmat josh mein aaye. Woh kahe ke mere bande mein tujh se yahi qabool kar liya.</w:t>
      </w:r>
      <w:r>
        <w:br/>
      </w:r>
      <w:r>
        <w:rPr>
          <w:sz w:val="20"/>
        </w:rPr>
        <w:t>29:51  kyunke tu ne Involvement to dikhaya.</w:t>
      </w:r>
      <w:r>
        <w:br/>
      </w:r>
      <w:r>
        <w:rPr>
          <w:sz w:val="20"/>
        </w:rPr>
        <w:t>30:00  to jo log uzr pesh karte hain woh raaz nahi samajhte raaz.</w:t>
      </w:r>
      <w:r>
        <w:br/>
      </w:r>
      <w:r>
        <w:rPr>
          <w:sz w:val="20"/>
        </w:rPr>
        <w:t>30:10  yeh yeh baat hai Involvement ki.</w:t>
      </w:r>
    </w:p>
    <w:p>
      <w:pPr>
        <w:pStyle w:val="Heading2"/>
      </w:pPr>
      <w:r>
        <w:t>Fear of spiritual blindness and ingratitude</w:t>
      </w:r>
    </w:p>
    <w:p>
      <w:r>
        <w:rPr>
          <w:color w:val="666666"/>
          <w:sz w:val="18"/>
        </w:rPr>
        <w:t>Islam in Daily Life I 26 Dec, 2010 - Maulana Wahiduddin Khan · 4m 54s · at 52:35 · https://youtu.be/S7ahMQ1iyp0?t=3155</w:t>
      </w:r>
    </w:p>
    <w:p>
      <w:r>
        <w:rPr>
          <w:i/>
        </w:rPr>
        <w:t>“Main yaqeen keejiye kai baar aisa sochta hoon”</w:t>
      </w:r>
    </w:p>
    <w:p>
      <w:r>
        <w:rPr>
          <w:sz w:val="20"/>
        </w:rPr>
        <w:t>52:35  mein yaqeen kijiye ke kai bar aisa sochta hoon ke aakhri mein mein andha utha jaon to kya hoga? idhar jaon ga to koi dhakka de ga.</w:t>
      </w:r>
      <w:r>
        <w:br/>
      </w:r>
      <w:r>
        <w:rPr>
          <w:sz w:val="20"/>
        </w:rPr>
        <w:t>52:45  aik aur aa gaya, bhag gaye idhar jao, woh dhakka koi de ga. aisa guzra hai mere ooper.</w:t>
      </w:r>
      <w:r>
        <w:br/>
      </w:r>
      <w:r>
        <w:rPr>
          <w:sz w:val="20"/>
        </w:rPr>
        <w:t>52:51  aik bar to mein hotel mein dakhil hua to woh mujhe ghishi aa gayi thi kisi wajah se. kuch dikhai nahi deta tha.</w:t>
      </w:r>
      <w:r>
        <w:br/>
      </w:r>
      <w:r>
        <w:rPr>
          <w:sz w:val="20"/>
        </w:rPr>
        <w:t>53:04  to wahan table thay aur kursiyan theen. to ghishi ki wajah se mujhe kuch dikhai nahi deta tha. to jahan jata tha, woh aadmi dhake deta tha mujh ko.</w:t>
      </w:r>
      <w:r>
        <w:br/>
      </w:r>
      <w:r>
        <w:rPr>
          <w:sz w:val="20"/>
        </w:rPr>
        <w:t>53:15  to mein sochta hoon ke aakhrat mein agar mujhe andha uthaya jaye to har aadmi mujhe dhake le ga. mujhe idhar kahan aa gayi? bhago.</w:t>
      </w:r>
      <w:r>
        <w:br/>
      </w:r>
      <w:r>
        <w:rPr>
          <w:sz w:val="20"/>
        </w:rPr>
        <w:t>53:26  aap ghore kijiye ke bohat sare log kahin hon, wahan aik andha aa jaye, idhar ja ke to idhar thikra jaye ga, idhar ja ke idhar thikra jaye ga.</w:t>
      </w:r>
      <w:r>
        <w:br/>
      </w:r>
      <w:r>
        <w:rPr>
          <w:sz w:val="20"/>
        </w:rPr>
        <w:t>53:36  to kitna bara risk hum le rahay hain, kitna bara risk le rahay hain aap?</w:t>
      </w:r>
      <w:r>
        <w:br/>
      </w:r>
      <w:r>
        <w:rPr>
          <w:sz w:val="20"/>
        </w:rPr>
        <w:t>53:44  kitna bara risk le rahay hain aap? do tarafah be eterafi hai, do tarafah be eterafi. double be eterafi hai.</w:t>
      </w:r>
      <w:r>
        <w:br/>
      </w:r>
      <w:r>
        <w:rPr>
          <w:sz w:val="20"/>
        </w:rPr>
        <w:t>53:55  na kisi ko haqeeqi maanon mein mein shukr karne wala pata hoon, na kisi haqeeqi maanon mein insaan ka eteraf karne wala pata hoon. khuda ke muqable mein sarkashi hai, insaan ke muqable mein nashukri hai.</w:t>
      </w:r>
      <w:r>
        <w:br/>
      </w:r>
      <w:r>
        <w:rPr>
          <w:sz w:val="20"/>
        </w:rPr>
        <w:t>54:10  yeh andha pan hai, double andha pan hai. yeh</w:t>
      </w:r>
      <w:r>
        <w:br/>
      </w:r>
      <w:r>
        <w:rPr>
          <w:sz w:val="20"/>
        </w:rPr>
        <w:t>54:13  double andha pan hai.</w:t>
      </w:r>
      <w:r>
        <w:br/>
      </w:r>
      <w:r>
        <w:rPr>
          <w:sz w:val="20"/>
        </w:rPr>
        <w:t>54:17  yeh double andha pan hai.</w:t>
      </w:r>
      <w:r>
        <w:br/>
      </w:r>
      <w:r>
        <w:rPr>
          <w:sz w:val="20"/>
        </w:rPr>
        <w:t>54:25  aik bar to mein aik sahib ke haan gaya to un ka itna bara bacha tha. ghar ke andar se nikla, bohat acha, khoobsurat, tandrust tha.</w:t>
      </w:r>
      <w:r>
        <w:br/>
      </w:r>
      <w:r>
        <w:rPr>
          <w:sz w:val="20"/>
        </w:rPr>
        <w:t>54:33  ab dekh, khush ho rahay hain, khush ho rahay hain, khush ho rahay hain. woh ke mein rone laga.</w:t>
      </w:r>
      <w:r>
        <w:br/>
      </w:r>
      <w:r>
        <w:rPr>
          <w:sz w:val="20"/>
        </w:rPr>
        <w:t>54:42  yeh insaan kaisa insaan hai? woh woh beta to woh kis ne diya hai? tum ne paida kiya hai beta? to sochte ho ke tum ne shadi ki ho aik khatoon se aur beta paida ho gaya?</w:t>
      </w:r>
      <w:r>
        <w:br/>
      </w:r>
      <w:r>
        <w:rPr>
          <w:sz w:val="20"/>
        </w:rPr>
        <w:t>54:57  woh khuda is ka khaliq hai,</w:t>
      </w:r>
      <w:r>
        <w:br/>
      </w:r>
      <w:r>
        <w:rPr>
          <w:sz w:val="20"/>
        </w:rPr>
        <w:t>54:59  is bache ka khaliq khuda hai.</w:t>
      </w:r>
      <w:r>
        <w:br/>
      </w:r>
      <w:r>
        <w:rPr>
          <w:sz w:val="20"/>
        </w:rPr>
        <w:t>55:04  koi shukr nahi is insaan ki zuban mein, koi shukr nahi ke khuda ya tu kitna azeem hai, kaisa beta mujhe de diya? bas khud</w:t>
      </w:r>
      <w:r>
        <w:br/>
      </w:r>
      <w:r>
        <w:rPr>
          <w:sz w:val="20"/>
        </w:rPr>
        <w:t>55:17  bete ko dekh dekh khush ho rahay hain ke mera beta itna acha hai. yeh sab andha pan hai, yaqeen kijiye, andha pan hai yeh ke jo cheez di hai khuda ne, us ko to apni apna kamal samajhte ho.</w:t>
      </w:r>
      <w:r>
        <w:br/>
      </w:r>
      <w:r>
        <w:rPr>
          <w:sz w:val="20"/>
        </w:rPr>
        <w:t>55:29  mera beta</w:t>
      </w:r>
      <w:r>
        <w:br/>
      </w:r>
      <w:r>
        <w:rPr>
          <w:sz w:val="20"/>
        </w:rPr>
        <w:t>55:35  to yeh sab ka haal hai. chahe beta ho, chahe ghar ho, chahe bank balance ho, chahe job ho, chahe business ho, kahin bhi aap jaiye, koi khuda ko acknowledge karne wala nahi mile ga.</w:t>
      </w:r>
      <w:r>
        <w:br/>
      </w:r>
      <w:r>
        <w:rPr>
          <w:sz w:val="20"/>
        </w:rPr>
        <w:t>55:53  lift service ke tor par kuch kar dete hain hum, kuch log. lekin isi ke andar mein to kam az kam nahi dekhta ke shukr khuda ka, yani khuda ke shukr ka darya beh raha ho us ke seenay mein.</w:t>
      </w:r>
      <w:r>
        <w:br/>
      </w:r>
      <w:r>
        <w:rPr>
          <w:sz w:val="20"/>
        </w:rPr>
        <w:t>56:06  khuda ke shukr ke chashmay jari ho gaye ho us ke seenay mein.</w:t>
      </w:r>
      <w:r>
        <w:br/>
      </w:r>
      <w:r>
        <w:rPr>
          <w:sz w:val="20"/>
        </w:rPr>
        <w:t>56:11  khuda ke shukr ka samandar is ke dil seene mein mojen maar raha ho. main to nahin dekhta.</w:t>
      </w:r>
      <w:r>
        <w:br/>
      </w:r>
      <w:r>
        <w:rPr>
          <w:sz w:val="20"/>
        </w:rPr>
        <w:t>56:21  to kiya hi andhe hain yeh log.</w:t>
      </w:r>
      <w:r>
        <w:br/>
      </w:r>
      <w:r>
        <w:rPr>
          <w:sz w:val="20"/>
        </w:rPr>
        <w:t>56:28  to main apne is din ko yaad karta hoon jab main hotel mein dakhil hua, mujhe ghishi aa gayi thi aur aadmi mujhe dhakelta tha.</w:t>
      </w:r>
      <w:r>
        <w:br/>
      </w:r>
      <w:r>
        <w:rPr>
          <w:sz w:val="20"/>
        </w:rPr>
        <w:t>56:42  kyunke aap jab dikhai na de raha ho, idhar jayenge tab kisi se takrayenge, idhar jayenge to kisi se takrayenge.</w:t>
      </w:r>
      <w:r>
        <w:br/>
      </w:r>
      <w:r>
        <w:rPr>
          <w:sz w:val="20"/>
        </w:rPr>
        <w:t>56:51  ek jagah kuch bartan gir gaya aur woh hotel wala laga ghussa hone ke liye, kaha kaha ke andha aadmi aa gaya. to woh woh lamha mujhe yaad aata hai ke aakhirat mein mujhe andha uthaya jaye to kiya hoga?</w:t>
      </w:r>
      <w:r>
        <w:br/>
      </w:r>
      <w:r>
        <w:rPr>
          <w:sz w:val="20"/>
        </w:rPr>
        <w:t>57:09  aur sare log mujhe andhe nazar aate hain.</w:t>
      </w:r>
      <w:r>
        <w:br/>
      </w:r>
      <w:r>
        <w:rPr>
          <w:sz w:val="20"/>
        </w:rPr>
        <w:t>57:19  to yeh hai islam in day life ka matlab. islam in day life yaad rahe, koi ritual mein jeene ka naam nahin hai.</w:t>
      </w:r>
    </w:p>
    <w:p>
      <w:pPr>
        <w:pStyle w:val="Heading2"/>
      </w:pPr>
      <w:r>
        <w:t>Japan example and call to patience</w:t>
      </w:r>
    </w:p>
    <w:p>
      <w:r>
        <w:rPr>
          <w:color w:val="666666"/>
          <w:sz w:val="18"/>
        </w:rPr>
        <w:t>Patience and Creative Thinking April 20, 2020 Maulana Wahiduddin Khan · 5m 13s · at 16:34 · https://youtu.be/zhpSQwyj_6Q?t=994</w:t>
      </w:r>
    </w:p>
    <w:p>
      <w:r>
        <w:rPr>
          <w:i/>
        </w:rPr>
        <w:t>“Ek planning yeh hai jo mabni par reaction ho”</w:t>
      </w:r>
    </w:p>
    <w:p>
      <w:r>
        <w:rPr>
          <w:sz w:val="20"/>
        </w:rPr>
        <w:t>16:34  mabni par reaction ho, aap bhark uthe, ghussa ho gaye, negative thought aap ko dara gaya, aur us ki buniyad par aap ne kuch planning kar dali.</w:t>
      </w:r>
      <w:r>
        <w:br/>
      </w:r>
      <w:r>
        <w:rPr>
          <w:sz w:val="20"/>
        </w:rPr>
        <w:t>16:47  aur ek hai ke aap apni bharke rahen,</w:t>
      </w:r>
      <w:r>
        <w:br/>
      </w:r>
      <w:r>
        <w:rPr>
          <w:sz w:val="20"/>
        </w:rPr>
        <w:t>16:52  aap ne koi reaction nahin dikhaya, socha, socha, socha, sochte sochte aap ne khamosh planning ki.</w:t>
      </w:r>
      <w:r>
        <w:br/>
      </w:r>
      <w:r>
        <w:rPr>
          <w:sz w:val="20"/>
        </w:rPr>
        <w:t>17:02  aise hi log kaamyaab hote hain.</w:t>
      </w:r>
      <w:r>
        <w:br/>
      </w:r>
      <w:r>
        <w:rPr>
          <w:sz w:val="20"/>
        </w:rPr>
        <w:t>17:14  isi ki misaal mein deta hoon,</w:t>
      </w:r>
      <w:r>
        <w:br/>
      </w:r>
      <w:r>
        <w:rPr>
          <w:sz w:val="20"/>
        </w:rPr>
        <w:t>17:21  japan par jab</w:t>
      </w:r>
      <w:r>
        <w:br/>
      </w:r>
      <w:r>
        <w:rPr>
          <w:sz w:val="20"/>
        </w:rPr>
        <w:t>17:30  america ne atom gira diya, do atom,</w:t>
      </w:r>
      <w:r>
        <w:br/>
      </w:r>
      <w:r>
        <w:rPr>
          <w:sz w:val="20"/>
        </w:rPr>
        <w:t>17:38  to saare japan mein ghussa chha gaya, ghussa.</w:t>
      </w:r>
      <w:r>
        <w:br/>
      </w:r>
      <w:r>
        <w:rPr>
          <w:sz w:val="20"/>
        </w:rPr>
        <w:t>17:49  to japaniyon ka zehan o sakhti yeh tha</w:t>
      </w:r>
      <w:r>
        <w:br/>
      </w:r>
      <w:r>
        <w:rPr>
          <w:sz w:val="20"/>
        </w:rPr>
        <w:t>17:57  ke hum badla lenge, badla lenge. to us waqt un ki logic yeh thi ke hum ne, hamari air force</w:t>
      </w:r>
      <w:r>
        <w:br/>
      </w:r>
      <w:r>
        <w:rPr>
          <w:sz w:val="20"/>
        </w:rPr>
        <w:t>18:21  abhi bhi</w:t>
      </w:r>
      <w:r>
        <w:br/>
      </w:r>
      <w:r>
        <w:rPr>
          <w:sz w:val="20"/>
        </w:rPr>
        <w:t>18:26  hamare paas hai,</w:t>
      </w:r>
      <w:r>
        <w:br/>
      </w:r>
      <w:r>
        <w:rPr>
          <w:sz w:val="20"/>
        </w:rPr>
        <w:t>18:31  hamari bhaari taaqat ab bhi hamare paas hai.</w:t>
      </w:r>
      <w:r>
        <w:br/>
      </w:r>
      <w:r>
        <w:rPr>
          <w:sz w:val="20"/>
        </w:rPr>
        <w:t>18:37  to hum apni taaqat ko istemaal kar ke</w:t>
      </w:r>
      <w:r>
        <w:br/>
      </w:r>
      <w:r>
        <w:rPr>
          <w:sz w:val="20"/>
        </w:rPr>
        <w:t>18:46  america ko tabaah kar sakte hain,</w:t>
      </w:r>
      <w:r>
        <w:br/>
      </w:r>
      <w:r>
        <w:rPr>
          <w:sz w:val="20"/>
        </w:rPr>
        <w:t>18:53  lekin japan mein kuch bohat hi zyada samajhdaar log the, unhone kaha ke</w:t>
      </w:r>
      <w:r>
        <w:br/>
      </w:r>
      <w:r>
        <w:rPr>
          <w:sz w:val="20"/>
        </w:rPr>
        <w:t>19:07  america chup hi rahega, tum kuch karoge to woh bhi kuch karenge.</w:t>
      </w:r>
      <w:r>
        <w:br/>
      </w:r>
      <w:r>
        <w:rPr>
          <w:sz w:val="20"/>
        </w:rPr>
        <w:t>19:16  to ab jo hai karna yeh hai ke hum apni taaqat ko bachayein,</w:t>
      </w:r>
      <w:r>
        <w:br/>
      </w:r>
      <w:r>
        <w:rPr>
          <w:sz w:val="20"/>
        </w:rPr>
        <w:t>19:23  reaction na karein,</w:t>
      </w:r>
      <w:r>
        <w:br/>
      </w:r>
      <w:r>
        <w:rPr>
          <w:sz w:val="20"/>
        </w:rPr>
        <w:t>19:28  khamosh planning karein.</w:t>
      </w:r>
      <w:r>
        <w:br/>
      </w:r>
      <w:r>
        <w:rPr>
          <w:sz w:val="20"/>
        </w:rPr>
        <w:t>19:35  beh-haal, japaniyon ne yahi kiya. jami'a paai woh gaya tha america, maine likha apne risale mein,</w:t>
      </w:r>
      <w:r>
        <w:br/>
      </w:r>
      <w:r>
        <w:rPr>
          <w:sz w:val="20"/>
        </w:rPr>
        <w:t>19:51  to wahan maine dekha ke sadkon par</w:t>
      </w:r>
      <w:r>
        <w:br/>
      </w:r>
      <w:r>
        <w:rPr>
          <w:sz w:val="20"/>
        </w:rPr>
        <w:t>19:58  zyadatar japani companiyon ke advertisement the, kyunke japani companiyan khaas taur par motor line mein chha gayi thin america par.</w:t>
      </w:r>
      <w:r>
        <w:br/>
      </w:r>
      <w:r>
        <w:rPr>
          <w:sz w:val="20"/>
        </w:rPr>
        <w:t>20:21  aap mera</w:t>
      </w:r>
      <w:r>
        <w:br/>
      </w:r>
      <w:r>
        <w:rPr>
          <w:sz w:val="20"/>
        </w:rPr>
        <w:t>20:24  jo safarnama hai, woh padh sakte hain.</w:t>
      </w:r>
      <w:r>
        <w:br/>
      </w:r>
      <w:r>
        <w:rPr>
          <w:sz w:val="20"/>
        </w:rPr>
        <w:t>20:34  to beh-haal,</w:t>
      </w:r>
      <w:r>
        <w:br/>
      </w:r>
      <w:r>
        <w:rPr>
          <w:sz w:val="20"/>
        </w:rPr>
        <w:t>20:39  khamosh planning hamesha kaamyaab hoti hai aur reaction hamesha nateeja, hamesha out of nikalta hai.</w:t>
      </w:r>
      <w:r>
        <w:br/>
      </w:r>
      <w:r>
        <w:rPr>
          <w:sz w:val="20"/>
        </w:rPr>
        <w:t>20:56  yeh main aap ko dawat deta hoon ke aap is par ise sochein, chahe aap ka zaati maamla ho, family ka maamla ho,</w:t>
      </w:r>
      <w:r>
        <w:br/>
      </w:r>
      <w:r>
        <w:rPr>
          <w:sz w:val="20"/>
        </w:rPr>
        <w:t>21:15  qaum ka maamla. main nahi kahunga ke qaum ke maamle ki baag dor aap ke haath mein nahi hai,</w:t>
      </w:r>
      <w:r>
        <w:br/>
      </w:r>
      <w:r>
        <w:rPr>
          <w:sz w:val="20"/>
        </w:rPr>
        <w:t>21:24  to yaqeenan aap positive result nikaal sakte hain. Assalam o alaikum wa rehmatullahi</w:t>
      </w:r>
    </w:p>
    <w:p>
      <w:pPr>
        <w:pStyle w:val="Heading2"/>
      </w:pPr>
      <w:r>
        <w:t>Personal story silence in adversity earns divine help</w:t>
      </w:r>
    </w:p>
    <w:p>
      <w:r>
        <w:rPr>
          <w:color w:val="666666"/>
          <w:sz w:val="18"/>
        </w:rPr>
        <w:t>Double Reward 15 Feb 2020 - Maulana Wahiduddin Khan · 3m 53s · at 18:36 · https://youtu.be/Os-Kuq1-wAk?t=1116</w:t>
      </w:r>
    </w:p>
    <w:p>
      <w:r>
        <w:rPr>
          <w:i/>
        </w:rPr>
        <w:t>“Main aap ko ek misaal deta hoon ke yahan par Dilli mein”</w:t>
      </w:r>
    </w:p>
    <w:p>
      <w:r>
        <w:rPr>
          <w:sz w:val="20"/>
        </w:rPr>
        <w:t>18:36  mein aap ko aik misaal deta hoon ke yahan par dilli mein woh jo area hai kezo camp ka area, to mein bohat pehle ki baat hai ke is area mein chal raha tha road par paidal.</w:t>
      </w:r>
      <w:r>
        <w:br/>
      </w:r>
      <w:r>
        <w:rPr>
          <w:sz w:val="20"/>
        </w:rPr>
        <w:t>19:01  to aik,</w:t>
      </w:r>
      <w:r>
        <w:br/>
      </w:r>
      <w:r>
        <w:rPr>
          <w:sz w:val="20"/>
        </w:rPr>
        <w:t>19:04  aik aadmi bicycle dhelwata hua aaya</w:t>
      </w:r>
      <w:r>
        <w:br/>
      </w:r>
      <w:r>
        <w:rPr>
          <w:sz w:val="20"/>
        </w:rPr>
        <w:t>19:13  aur mein, mein to bilkul kinare chal raha tha, chup chap mujhe takra diya. ab mein gir pada.</w:t>
      </w:r>
      <w:r>
        <w:br/>
      </w:r>
      <w:r>
        <w:rPr>
          <w:sz w:val="20"/>
        </w:rPr>
        <w:t>19:25  yeh mein aankh lage pade hue tha, arey toot gaya, toot gaya aankh aur</w:t>
      </w:r>
      <w:r>
        <w:br/>
      </w:r>
      <w:r>
        <w:rPr>
          <w:sz w:val="20"/>
        </w:rPr>
        <w:t>19:36  khoon bhi nikalne lage mujhe, khoon. to maine kya kiya? aik dam mein chup ho gaya, aik dam chup ho gaya aur maine road ke side mein ja ke baith gaya.</w:t>
      </w:r>
      <w:r>
        <w:br/>
      </w:r>
      <w:r>
        <w:rPr>
          <w:sz w:val="20"/>
        </w:rPr>
        <w:t>19:54  road ke side mein ja ke baith gaya. yeh is se soch nikli ke yeh saath mujhe kya karna chahiye.</w:t>
      </w:r>
      <w:r>
        <w:br/>
      </w:r>
      <w:r>
        <w:rPr>
          <w:sz w:val="20"/>
        </w:rPr>
        <w:t>20:03  to mein yeh dekh ke ke yeh toot gaya hai, khoon beh raha hai, to mujhe sab se pehle doctor ke paas jana chahiye.</w:t>
      </w:r>
      <w:r>
        <w:br/>
      </w:r>
      <w:r>
        <w:rPr>
          <w:sz w:val="20"/>
        </w:rPr>
        <w:t>20:14  to qareeb ke doctor ke paas gaya mein. us aadmi se mein ne, us aadmi ko police ne pakad rakha tha. ab us se pooch rahe the kya karein, us ko chalan karein, kya karein.</w:t>
      </w:r>
      <w:r>
        <w:br/>
      </w:r>
      <w:r>
        <w:rPr>
          <w:sz w:val="20"/>
        </w:rPr>
        <w:t>20:29  to woh kuch bole hi nahi, mein chup chap raha. mein bas sirf doctor ke paas chala gaya. to woh police wala kehta hai ke baba ji to koi bolta nahi,</w:t>
      </w:r>
      <w:r>
        <w:br/>
      </w:r>
      <w:r>
        <w:rPr>
          <w:sz w:val="20"/>
        </w:rPr>
        <w:t>20:46  baba ji to koi bolta nahi. to us ne us aadmi ko chhod diya. to dekhein, kisi bhi mamle mein sab se acha tareeqa hai ke aap chup ho jayein,</w:t>
      </w:r>
      <w:r>
        <w:br/>
      </w:r>
      <w:r>
        <w:rPr>
          <w:sz w:val="20"/>
        </w:rPr>
        <w:t>21:00  no reaction at all. to us waqt kya hota hai ke aap ke mind mein jo negative thought aata hai na, woh foran positive ban jata hai.</w:t>
      </w:r>
      <w:r>
        <w:br/>
      </w:r>
      <w:r>
        <w:rPr>
          <w:sz w:val="20"/>
        </w:rPr>
        <w:t>21:13  negative thought agar aap ko, aap bhi kuch bolein to kya hota hai?</w:t>
      </w:r>
      <w:r>
        <w:br/>
      </w:r>
      <w:r>
        <w:rPr>
          <w:sz w:val="20"/>
        </w:rPr>
        <w:t>21:23  yani reaction, double reaction banta hai. woh bhi us ne bhi react kiya, aap bhi react kar rahe hain. lekin aap agar chup ho jayein to kuch nahi, wahin, wahin, wahin, wahin khatam, wahin, wahin khatam.</w:t>
      </w:r>
      <w:r>
        <w:br/>
      </w:r>
      <w:r>
        <w:rPr>
          <w:sz w:val="20"/>
        </w:rPr>
        <w:t>21:42  best, best tareeqa jo hai nature ke mutalliq, nature aap ki help mein aa jati hai. jab aap in, in inteqaam na kar lein,</w:t>
      </w:r>
      <w:r>
        <w:br/>
      </w:r>
      <w:r>
        <w:rPr>
          <w:sz w:val="20"/>
        </w:rPr>
        <w:t>21:56  na lein, jab aap negative par positive ho jayein to help, to, to nature aap ki help karti hai.</w:t>
      </w:r>
      <w:r>
        <w:br/>
      </w:r>
      <w:r>
        <w:rPr>
          <w:sz w:val="20"/>
        </w:rPr>
        <w:t>22:07  lekin jab ulta karein to nature aap ki help nahi aati. to mein sochta hoon apne tajrube ke is nashri mein ke sab se acha tareeqa hai chup ho jana,</w:t>
      </w:r>
      <w:r>
        <w:br/>
      </w:r>
      <w:r>
        <w:rPr>
          <w:sz w:val="20"/>
        </w:rPr>
        <w:t>22:22  jawabi, action na karna.</w:t>
      </w:r>
    </w:p>
    <w:p>
      <w:pPr>
        <w:pStyle w:val="Heading2"/>
      </w:pPr>
      <w:r>
        <w:t>Why humans take civilizational progress for granted despite God's hidden hand</w:t>
      </w:r>
    </w:p>
    <w:p>
      <w:r>
        <w:rPr>
          <w:color w:val="666666"/>
          <w:sz w:val="18"/>
        </w:rPr>
        <w:t>Importance of Shukr (Thankfulness) July 24, 2022 · 4m 34s · at 20:53 · https://youtu.be/MgWNIv0k1sk?t=1253</w:t>
      </w:r>
    </w:p>
    <w:p>
      <w:r>
        <w:rPr>
          <w:i/>
        </w:rPr>
        <w:t>“Hum agar human civilization ko dekhein, stone age se industrial age tak”</w:t>
      </w:r>
    </w:p>
    <w:p>
      <w:r>
        <w:rPr>
          <w:sz w:val="20"/>
        </w:rPr>
        <w:t>20:53  to apa, yeh jo yeh jo cheez hum dekhte hain ke hum agar human civilization ko bhi dekhein ke kaise progress hui hai, from stone age to present industrial age, aur aap ne jaise abhi zikr bhi kiya ke Quran mein aaya hai ke hum ne woh sari cheezein insan ko de dein jo us ki zaroorat hai.</w:t>
      </w:r>
      <w:r>
        <w:br/>
      </w:r>
      <w:r>
        <w:rPr>
          <w:sz w:val="20"/>
        </w:rPr>
        <w:t>21:11  to woh sara saman aaj ki date mein hum agar dekhein to hum motor gaadi mein baith kar ja sakte hain, hawai jahaz se aik jagah se doosri jagah phoch sakte hain, telephone se kisi bhi dunya mein aik insan se connect kar sakte hain.</w:t>
      </w:r>
      <w:r>
        <w:br/>
      </w:r>
      <w:r>
        <w:rPr>
          <w:sz w:val="20"/>
        </w:rPr>
        <w:t>21:22  to kyun aik insan cheezon ko for granted leta hai</w:t>
      </w:r>
      <w:r>
        <w:br/>
      </w:r>
      <w:r>
        <w:rPr>
          <w:sz w:val="20"/>
        </w:rPr>
        <w:t>21:26  ؟ aisa kyun hai ke us ki aankhon ke samne sari cheezein maujood hain? woh agar peeche mud kar dekhe to woh paye ga ke us ke paas sab kuch hai.</w:t>
      </w:r>
      <w:r>
        <w:br/>
      </w:r>
      <w:r>
        <w:rPr>
          <w:sz w:val="20"/>
        </w:rPr>
        <w:t>21:35  to aisa kyun, apa? Khuda asal mein invisible hai, woh cause and effect ke tehat kaam kar raha hai.</w:t>
      </w:r>
      <w:r>
        <w:br/>
      </w:r>
      <w:r>
        <w:rPr>
          <w:sz w:val="20"/>
        </w:rPr>
        <w:t>21:44  ji, to hamein lagta hi nahin ke khuda ki taraf se yeh kaam ho raha hai. sahih, hamein lagta hai hamari mehnat hai, hamare maa baap ki mehnat hai, hamare doosre logon ki mehnat hai.</w:t>
      </w:r>
      <w:r>
        <w:br/>
      </w:r>
      <w:r>
        <w:rPr>
          <w:sz w:val="20"/>
        </w:rPr>
        <w:t>21:56  woh mehnat se woh kaam ho raha hai hamara. hum ne mehnat ki, hum ne taleem hasil ki, hamein acha job mil gaya, aur is ki wajah se hamare saare kaam chal rahe hain.</w:t>
      </w:r>
      <w:r>
        <w:br/>
      </w:r>
      <w:r>
        <w:rPr>
          <w:sz w:val="20"/>
        </w:rPr>
        <w:t>22:05  to hamein is jo asbab ka jo parda hai, is ko pharna parega. to tabhi hum samajh sakte hain ke khuda jo hai, sab kuch khuda kar raha hai, insan nahin kar raha hai.</w:t>
      </w:r>
      <w:r>
        <w:br/>
      </w:r>
      <w:r>
        <w:rPr>
          <w:sz w:val="20"/>
        </w:rPr>
        <w:t>22:19  isi liye bar bar aisa Allah taala dikhate hain, aur khas tor par bare bare logon ko dikhate hain. jaise abdul kalam speech de rahe the, speech dete dete ek dam se woh gir pade, un ko heart attack ho gaya aur khatam ho gaye.</w:t>
      </w:r>
      <w:r>
        <w:br/>
      </w:r>
      <w:r>
        <w:rPr>
          <w:sz w:val="20"/>
        </w:rPr>
        <w:t>22:35  to Allah taala dikhata hai ke dekho, khuda ka hukum tha, is liye woh bol rahe the. ab khuda ka hukum khatam ho gaya to un ka bolna bhi khatam ho gaya. to aise bar bar hota rehta hai.</w:t>
      </w:r>
      <w:r>
        <w:br/>
      </w:r>
      <w:r>
        <w:rPr>
          <w:sz w:val="20"/>
        </w:rPr>
        <w:t>22:46  to hum ko bohat hi gehri nazar chahiye, baseerat ki aankh chahiye, jo hum dekh saken ke yeh sab kuch khuda ki wajah se ho raha hai.</w:t>
      </w:r>
      <w:r>
        <w:br/>
      </w:r>
      <w:r>
        <w:rPr>
          <w:sz w:val="20"/>
        </w:rPr>
        <w:t>22:57  aur tamam jo cheezein hain duniya mein, farz kariye ke hamein khane peene ka saman chahiye, hum bazaar mein jaate hain, hamein mil jata hai.</w:t>
      </w:r>
      <w:r>
        <w:br/>
      </w:r>
      <w:r>
        <w:rPr>
          <w:sz w:val="20"/>
        </w:rPr>
        <w:t>23:06  aur farz kariye ke abhi drought ho jaye, barish hi na ho kahin, to hamein kya milega? khuda barish barsa raha hai, is se</w:t>
      </w:r>
      <w:r>
        <w:br/>
      </w:r>
      <w:r>
        <w:rPr>
          <w:sz w:val="20"/>
        </w:rPr>
        <w:t>23:15  ghalla ug raha hai, ghalla market mein aa raha hai. ab hamara ek percent is mein hai ke hamare paas paisa hai, aur woh woh ek percent bhi nahin hai, woh bhi khuda ki wajah se hai, aur hum ja ke is se bazaar se saman khareed lete hain.</w:t>
      </w:r>
      <w:r>
        <w:br/>
      </w:r>
      <w:r>
        <w:rPr>
          <w:sz w:val="20"/>
        </w:rPr>
        <w:t>23:28  to yahi sab sochna parega ke har kaam jo hai, woh khuda kar raha hai. hum chal bhi rahe hain to khuda chalwa raha hai, kyun ke agar zameen mein gravity na ho to hum chal nahin sakte.</w:t>
      </w:r>
      <w:r>
        <w:br/>
      </w:r>
      <w:r>
        <w:rPr>
          <w:sz w:val="20"/>
        </w:rPr>
        <w:t>23:39  jaise log jaate hain chand pe to woh chal chal nahin sakte hain, uṛte hain to</w:t>
      </w:r>
      <w:r>
        <w:br/>
      </w:r>
      <w:r>
        <w:rPr>
          <w:sz w:val="20"/>
        </w:rPr>
        <w:t>23:44  hawa mein teirte hain. to is tareeqe se agar hum gehri gehrai se sochen, tab hamein lagega ke har kaam khuda karwa raha hai. to hum agar khuda ka shukr na ada karen to kitni zyada bari yeh evil hai ke hum hum har cheez khuda ki le rahe hain aur is ka shukr nahin ada kar rahe hain, kyun ke khuda ko to kisi cheez ki zaroorat nahin hai.</w:t>
      </w:r>
      <w:r>
        <w:br/>
      </w:r>
      <w:r>
        <w:rPr>
          <w:sz w:val="20"/>
        </w:rPr>
        <w:t>24:07  khuda ko to sirf hamara shukr chahiye, hamari hamd chahiye, hum Allah ko yaad karen. hum</w:t>
      </w:r>
      <w:r>
        <w:br/>
      </w:r>
      <w:r>
        <w:rPr>
          <w:sz w:val="20"/>
        </w:rPr>
        <w:t>24:12  to yeh kaam hamein karna hai, warna hum ek user per ki hamari zindagi hogi. aur hum kisi ne, ek arab ne Maulana se kaha tha, ek alaarif ke insan aaj jo hai,</w:t>
      </w:r>
      <w:r>
        <w:br/>
      </w:r>
      <w:r>
        <w:rPr>
          <w:sz w:val="20"/>
        </w:rPr>
        <w:t>24:27  ne'maton ko to khoob khoob istemal kar raha hai, aur munim ki is ko khabar nahin hai. munim ko woh janta hi nahin ke munim kaun hai, dene wala kaun hai, sirf ne'maton ko istemal kar raha hai.</w:t>
      </w:r>
      <w:r>
        <w:br/>
      </w:r>
      <w:r>
        <w:rPr>
          <w:sz w:val="20"/>
        </w:rPr>
        <w:t>24:40  to yeh duniya mein yeh sab ho raha hai, akhirat mein jab woh pahunchega, tab us ko samajh mein aayega ke sab kuch khuda tha, khuda ki duniya thi, khuda ki tamam cheezein us ne istemal keen, aur khuda ka naam liye baghair.</w:t>
      </w:r>
      <w:r>
        <w:br/>
      </w:r>
      <w:r>
        <w:rPr>
          <w:sz w:val="20"/>
        </w:rPr>
        <w:t>24:54  to us waqt us ko samajh mein aayega, lekin us waqt ka samajhna jo hai, us ke kuch kaam nahin aayega. kaam to isi duniya mein, chunke Allah taala ne is duniya ko paida hi kiya hai ke hamara test ho,</w:t>
      </w:r>
      <w:r>
        <w:br/>
      </w:r>
      <w:r>
        <w:rPr>
          <w:sz w:val="20"/>
        </w:rPr>
        <w:t>25:07  to hamara jo test ho raha hai, woh isi duniya mein ho raha hai. to is hamein bohat zyada serious hona chahiye, aur bohat zyada soch samajh kar zindagi guzarni hai.</w:t>
      </w:r>
      <w:r>
        <w:br/>
      </w:r>
      <w:r>
        <w:rPr>
          <w:sz w:val="20"/>
        </w:rPr>
        <w:t>25:18  ji, aap ka agla sawal poochne se pehle kuch comment parhna chahunga. yeh comment bheja hai dilli se doctor saniya hasnain khan sahib ne.</w:t>
      </w:r>
    </w:p>
    <w:p>
      <w:pPr>
        <w:pStyle w:val="Heading2"/>
      </w:pPr>
      <w:r>
        <w:t>Universal principle of avoidance in stars and animals</w:t>
      </w:r>
    </w:p>
    <w:p>
      <w:r>
        <w:rPr>
          <w:color w:val="666666"/>
          <w:sz w:val="18"/>
        </w:rPr>
        <w:t>Principle of Avoidance in Islam I 12 Dec, 2010 - Maulana Wahiduddin Khan · 3m 48s · at 12:13 · https://youtu.be/LcEmPmf5es0?t=733</w:t>
      </w:r>
    </w:p>
    <w:p>
      <w:r>
        <w:rPr>
          <w:i/>
        </w:rPr>
        <w:t>“Universal principal universe mein woh cheez qaim hai.”</w:t>
      </w:r>
    </w:p>
    <w:p>
      <w:r>
        <w:rPr>
          <w:sz w:val="20"/>
        </w:rPr>
        <w:t>12:13  universal principle universe mein woh cheez qaim hai. apne bare mein hum bekhabar hain. hum kehte hain araz kab tak?</w:t>
      </w:r>
      <w:r>
        <w:br/>
      </w:r>
      <w:r>
        <w:rPr>
          <w:sz w:val="20"/>
        </w:rPr>
        <w:t>12:22  aap dekhiye yeh itni universe hai, itni bari.</w:t>
      </w:r>
      <w:r>
        <w:br/>
      </w:r>
      <w:r>
        <w:rPr>
          <w:sz w:val="20"/>
        </w:rPr>
        <w:t>12:28  anginat is mein star hain, galaxy hain. yani star aur planet itne zyada hain ke aap ginti aaj tak nahi ho saki in ki.</w:t>
      </w:r>
      <w:r>
        <w:br/>
      </w:r>
      <w:r>
        <w:rPr>
          <w:sz w:val="20"/>
        </w:rPr>
        <w:t>12:43  jab Galileo ne mamooli دوربین se dekha tha tab bhi nahi gin gin pata tha woh. is ke baad jab polio observatory bani tab bhi nahi insan gin saka.</w:t>
      </w:r>
      <w:r>
        <w:br/>
      </w:r>
      <w:r>
        <w:rPr>
          <w:sz w:val="20"/>
        </w:rPr>
        <w:t>12:56  ab jo Hubble observatory hai is se bhi nahi gin pata aadmi.</w:t>
      </w:r>
      <w:r>
        <w:br/>
      </w:r>
      <w:r>
        <w:rPr>
          <w:sz w:val="20"/>
        </w:rPr>
        <w:t>13:01  is se aage ab space observatory bani hai tab bhi nahi gin pata insan. kitne sitare hain aasman mein.</w:t>
      </w:r>
      <w:r>
        <w:br/>
      </w:r>
      <w:r>
        <w:rPr>
          <w:sz w:val="20"/>
        </w:rPr>
        <w:t>13:12  lekin itna hum ko maloom hai ke sab sitare move kar rahe hain, harkat mein hain. koi bhi stationary nahi hai. sab daud rahe hain, sab daud rahe hain, sab daud rahe hain.</w:t>
      </w:r>
      <w:r>
        <w:br/>
      </w:r>
      <w:r>
        <w:rPr>
          <w:sz w:val="20"/>
        </w:rPr>
        <w:t>13:25  billion billion years se daud rahe hain lekin in mein takrao nahi hota.</w:t>
      </w:r>
      <w:r>
        <w:br/>
      </w:r>
      <w:r>
        <w:rPr>
          <w:sz w:val="20"/>
        </w:rPr>
        <w:t>13:29  kyun? woh principal of avoidance par qaim rehte hain hamesha. ek sitara doosre sitare se takraye baghair apni movement ko jaari karta hai.</w:t>
      </w:r>
      <w:r>
        <w:br/>
      </w:r>
      <w:r>
        <w:rPr>
          <w:sz w:val="20"/>
        </w:rPr>
        <w:t>13:47  yahan tak ke maine ek kitaab mein parha ek baar ke ek galaxy hai us mein billion sitare hote hain. woh move karti karti hai doosre galaxy mein dakhil hoti hai.</w:t>
      </w:r>
      <w:r>
        <w:br/>
      </w:r>
      <w:r>
        <w:rPr>
          <w:sz w:val="20"/>
        </w:rPr>
        <w:t>13:59  idhar se udhar nikal jati hai aur phir takrao nahi hota.</w:t>
      </w:r>
      <w:r>
        <w:br/>
      </w:r>
      <w:r>
        <w:rPr>
          <w:sz w:val="20"/>
        </w:rPr>
        <w:t>14:04  kaisi anokhi baat hai.</w:t>
      </w:r>
      <w:r>
        <w:br/>
      </w:r>
      <w:r>
        <w:rPr>
          <w:sz w:val="20"/>
        </w:rPr>
        <w:t>14:08  karoron sitaron ka ek majmooa jisko hum galaxy kehte hain, kakshan sab ke sab move kar rahe hain. aur move karte hue doosre galaxy mein dakhil hote hain.</w:t>
      </w:r>
      <w:r>
        <w:br/>
      </w:r>
      <w:r>
        <w:rPr>
          <w:sz w:val="20"/>
        </w:rPr>
        <w:t>14:21  idhar se udhar nikal gaye aur takrao nahi hua.</w:t>
      </w:r>
      <w:r>
        <w:br/>
      </w:r>
      <w:r>
        <w:rPr>
          <w:sz w:val="20"/>
        </w:rPr>
        <w:t>14:26  yeh sab kyun? sab ke sab principal of avoidance par qaim hain. bana takrao kiye chalna, bana takrao kiye dorna, bana takrao kiye apni activities ko jaari rakhna.</w:t>
      </w:r>
      <w:r>
        <w:br/>
      </w:r>
      <w:r>
        <w:rPr>
          <w:sz w:val="20"/>
        </w:rPr>
        <w:t>14:43  yeh hai avoidance.</w:t>
      </w:r>
      <w:r>
        <w:br/>
      </w:r>
      <w:r>
        <w:rPr>
          <w:sz w:val="20"/>
        </w:rPr>
        <w:t>14:48  yahi animal mein yahi baat hai. aap dekhiye ke aata hai TV par woh animal ke</w:t>
      </w:r>
      <w:r>
        <w:br/>
      </w:r>
      <w:r>
        <w:rPr>
          <w:sz w:val="20"/>
        </w:rPr>
        <w:t>15:02  zindagi ke bare mein. toh bohat yeh zamane mein bohat commentary banai gayi hai.</w:t>
      </w:r>
      <w:r>
        <w:br/>
      </w:r>
      <w:r>
        <w:rPr>
          <w:sz w:val="20"/>
        </w:rPr>
        <w:t>15:11  yani real life jo hai animal ki iski. toh main ne kai baar dekha isko. toh kya hota hai?</w:t>
      </w:r>
      <w:r>
        <w:br/>
      </w:r>
      <w:r>
        <w:rPr>
          <w:sz w:val="20"/>
        </w:rPr>
        <w:t>15:20  idhar se ek animal aa raha hai, idhar se doosra animal ja raha hai. toh dono state nahi chalte. wahi keep left aur keep right ka tareeqa ikhtiyar karte hain.</w:t>
      </w:r>
      <w:r>
        <w:br/>
      </w:r>
      <w:r>
        <w:rPr>
          <w:sz w:val="20"/>
        </w:rPr>
        <w:t>15:31  idhar nikal gaye, idhar nikal gaye.</w:t>
      </w:r>
      <w:r>
        <w:br/>
      </w:r>
      <w:r>
        <w:rPr>
          <w:sz w:val="20"/>
        </w:rPr>
        <w:t>15:37  kabhi bhi aisa nahi hota ke idhar se ek animal aa raha hai, idhar se ek ja raha hai, dono takrayein aapas mein. yani sher aur haathi takra jayein.</w:t>
      </w:r>
      <w:r>
        <w:br/>
      </w:r>
      <w:r>
        <w:rPr>
          <w:sz w:val="20"/>
        </w:rPr>
        <w:t>15:47  haathi idhar chala jayega aur sher idhar chala jayega.</w:t>
      </w:r>
      <w:r>
        <w:br/>
      </w:r>
      <w:r>
        <w:rPr>
          <w:sz w:val="20"/>
        </w:rPr>
        <w:t>15:52  yahi tareeqa Islam mein ikhtiyar kiya gaya hai. Rasool Allah S.A.W. poori zindagi jo hai woh avoidance par pesh karti hai. avoidance.</w:t>
      </w:r>
    </w:p>
    <w:p>
      <w:pPr>
        <w:pStyle w:val="Heading2"/>
      </w:pPr>
      <w:r>
        <w:t>Personal story of unilateral complaint resolution</w:t>
      </w:r>
    </w:p>
    <w:p>
      <w:r>
        <w:rPr>
          <w:color w:val="666666"/>
          <w:sz w:val="18"/>
        </w:rPr>
        <w:t>Putting End to Complaints April 22, 2020 Maulana Wahiduddin Khan · 4m 51s · at 2:53 · https://youtu.be/jwchAfcFrkM?t=173</w:t>
      </w:r>
    </w:p>
    <w:p>
      <w:r>
        <w:rPr>
          <w:i/>
        </w:rPr>
        <w:t>“To ek sahib hain jo Dilli mein nahi hain”</w:t>
      </w:r>
    </w:p>
    <w:p>
      <w:r>
        <w:rPr>
          <w:sz w:val="20"/>
        </w:rPr>
        <w:t>2:53  to ek sahib hain jo Dilli mein nahi hain, Dilli ke bahar hain,</w:t>
      </w:r>
      <w:r>
        <w:br/>
      </w:r>
      <w:r>
        <w:rPr>
          <w:sz w:val="20"/>
        </w:rPr>
        <w:t>3:02  un se mujhe ek shikayat thi, bohat dinon se thi.</w:t>
      </w:r>
      <w:r>
        <w:br/>
      </w:r>
      <w:r>
        <w:rPr>
          <w:sz w:val="20"/>
        </w:rPr>
        <w:t>3:14  woh shikayat len den ki shikayat thi.</w:t>
      </w:r>
      <w:r>
        <w:br/>
      </w:r>
      <w:r>
        <w:rPr>
          <w:sz w:val="20"/>
        </w:rPr>
        <w:t>3:25  to shikayat ka maamla aisa hai ke agar aap shikayat ko</w:t>
      </w:r>
      <w:r>
        <w:br/>
      </w:r>
      <w:r>
        <w:rPr>
          <w:sz w:val="20"/>
        </w:rPr>
        <w:t>3:33  behas ka topic banayein to kabhi khatm nahi hoti. Kuch aap kahein, kuch doosra kahega, kuch aap kahein, kuch doosra kahega, to shikayat chalti rahegi.</w:t>
      </w:r>
      <w:r>
        <w:br/>
      </w:r>
      <w:r>
        <w:rPr>
          <w:sz w:val="20"/>
        </w:rPr>
        <w:t>3:48  yaad rakhiye, ek usool</w:t>
      </w:r>
      <w:r>
        <w:br/>
      </w:r>
      <w:r>
        <w:rPr>
          <w:sz w:val="20"/>
        </w:rPr>
        <w:t>3:51  main ne paya apni zindagi mein ke shikayat hamesha yak tarfa buniyad par khatm hoti hai, yak tarfa matlab hai related buniyad par.</w:t>
      </w:r>
      <w:r>
        <w:br/>
      </w:r>
      <w:r>
        <w:rPr>
          <w:sz w:val="20"/>
        </w:rPr>
        <w:t>4:07  to mujhe</w:t>
      </w:r>
      <w:r>
        <w:br/>
      </w:r>
      <w:r>
        <w:rPr>
          <w:sz w:val="20"/>
        </w:rPr>
        <w:t>4:09  bohat saaf shikayat thi aik sahib se, lekin maine yeh tay kiya ke main shikayat ko yak tarfa buniyad par khatm karta hoon.</w:t>
      </w:r>
      <w:r>
        <w:br/>
      </w:r>
      <w:r>
        <w:rPr>
          <w:sz w:val="20"/>
        </w:rPr>
        <w:t>4:28  ghalti kisi ki bhi ho, chahe kisi ki bhi ho, lekin meri taraf se woh khatm.</w:t>
      </w:r>
      <w:r>
        <w:br/>
      </w:r>
      <w:r>
        <w:rPr>
          <w:sz w:val="20"/>
        </w:rPr>
        <w:t>4:43  yeh aap sab ko karna hai.</w:t>
      </w:r>
      <w:r>
        <w:br/>
      </w:r>
      <w:r>
        <w:rPr>
          <w:sz w:val="20"/>
        </w:rPr>
        <w:t>4:51  mera jo masla tha, janne wale jante hain ke meri koi ghalti nahi thi is mein.</w:t>
      </w:r>
      <w:r>
        <w:br/>
      </w:r>
      <w:r>
        <w:rPr>
          <w:sz w:val="20"/>
        </w:rPr>
        <w:t>5:00  bazaahir ghalti doosre ki thi, lekin woh 40 saal se woh khatm nahi ho rahi thi.</w:t>
      </w:r>
      <w:r>
        <w:br/>
      </w:r>
      <w:r>
        <w:rPr>
          <w:sz w:val="20"/>
        </w:rPr>
        <w:t>5:15  kyunke woh yaad, yaad rakhiye, shikayat to hamesha yak tarfa buniyad par khatm hoti hai, do tarfa buniyad par nahi.</w:t>
      </w:r>
      <w:r>
        <w:br/>
      </w:r>
      <w:r>
        <w:rPr>
          <w:sz w:val="20"/>
        </w:rPr>
        <w:t>5:31  maine is usool ko lete hue yak tarfa buniyad par is shikayat ko khatm karna aur un sab ke liye khoob khoob duaein keen ke khudaaya,</w:t>
      </w:r>
      <w:r>
        <w:br/>
      </w:r>
      <w:r>
        <w:rPr>
          <w:sz w:val="20"/>
        </w:rPr>
        <w:t>5:47  agar ghalti meri ho</w:t>
      </w:r>
      <w:r>
        <w:br/>
      </w:r>
      <w:r>
        <w:rPr>
          <w:sz w:val="20"/>
        </w:rPr>
        <w:t>5:49  to mujhe maaf kar diya,</w:t>
      </w:r>
      <w:r>
        <w:br/>
      </w:r>
      <w:r>
        <w:rPr>
          <w:sz w:val="20"/>
        </w:rPr>
        <w:t>5:54  aur ghalti agar doosre ki ho to doosre ko tofeeq di ke woh bhi yahi kare. To ab mere liye maafi aur doosre ke liye dua,</w:t>
      </w:r>
      <w:r>
        <w:br/>
      </w:r>
      <w:r>
        <w:rPr>
          <w:sz w:val="20"/>
        </w:rPr>
        <w:t>6:13  yahi hum sab ko karna hai. Hum sab ko yahi karna hai.</w:t>
      </w:r>
      <w:r>
        <w:br/>
      </w:r>
      <w:r>
        <w:rPr>
          <w:sz w:val="20"/>
        </w:rPr>
        <w:t>6:25  shikayat ke muamle mein yaad rakhiye, aik hi formula hai:</w:t>
      </w:r>
      <w:r>
        <w:br/>
      </w:r>
      <w:r>
        <w:rPr>
          <w:sz w:val="20"/>
        </w:rPr>
        <w:t>6:33  mere liye, ab mere liye maafi,</w:t>
      </w:r>
      <w:r>
        <w:br/>
      </w:r>
      <w:r>
        <w:rPr>
          <w:sz w:val="20"/>
        </w:rPr>
        <w:t>6:48  aur doosre ke liye</w:t>
      </w:r>
      <w:r>
        <w:br/>
      </w:r>
      <w:r>
        <w:rPr>
          <w:sz w:val="20"/>
        </w:rPr>
        <w:t>6:55  bhool jana. To maine yeh kiya,</w:t>
      </w:r>
      <w:r>
        <w:br/>
      </w:r>
      <w:r>
        <w:rPr>
          <w:sz w:val="20"/>
        </w:rPr>
        <w:t>7:07  maine yeh kiya ke maine duaein keen, ke duaein keen ke khudaaya, agar ghalti meri ho to main yak tarfa taur par</w:t>
      </w:r>
      <w:r>
        <w:br/>
      </w:r>
      <w:r>
        <w:rPr>
          <w:sz w:val="20"/>
        </w:rPr>
        <w:t>7:27  is ko, ise bhula deta hoon, aur ghalti doosre ki hai to main un ke liye dua karta hoon ke Allah taala unhein tofeeq de.</w:t>
      </w:r>
    </w:p>
    <w:p>
      <w:pPr>
        <w:pStyle w:val="Heading2"/>
      </w:pPr>
      <w:r>
        <w:t>Personal story of being saved from suicide in 1942</w:t>
      </w:r>
    </w:p>
    <w:p>
      <w:r>
        <w:rPr>
          <w:color w:val="666666"/>
          <w:sz w:val="18"/>
        </w:rPr>
        <w:t>The Importance of Shukr 19 Dec, 2010 - Maulana Wahiduddin Khan · 5m 30s · at 42:10 · https://youtu.be/F4mVn0DwH34?t=2530</w:t>
      </w:r>
    </w:p>
    <w:p>
      <w:r>
        <w:rPr>
          <w:i/>
        </w:rPr>
        <w:t>“Yeh baat hai ghaliban 1942 ki.”</w:t>
      </w:r>
    </w:p>
    <w:p>
      <w:r>
        <w:rPr>
          <w:sz w:val="20"/>
        </w:rPr>
        <w:t>42:10  yeh baat hai غالبا 1942 ki 1942 ki</w:t>
      </w:r>
      <w:r>
        <w:br/>
      </w:r>
      <w:r>
        <w:rPr>
          <w:sz w:val="20"/>
        </w:rPr>
        <w:t>42:18  us waqt mein UP mein rehta tha ek junoon taari hua mere andar</w:t>
      </w:r>
      <w:r>
        <w:br/>
      </w:r>
      <w:r>
        <w:rPr>
          <w:sz w:val="20"/>
        </w:rPr>
        <w:t>42:28  ajeeb qism ka junoon</w:t>
      </w:r>
      <w:r>
        <w:br/>
      </w:r>
      <w:r>
        <w:rPr>
          <w:sz w:val="20"/>
        </w:rPr>
        <w:t>42:33  to mein wahan par hamare jo shehar mein hua karta tha fariha wahan se mein gaya shagan yani ghar se mein aise bhaag ke baghair bataye chala gaya tha shagan se ek train jati thi lahore seedhi</w:t>
      </w:r>
      <w:r>
        <w:br/>
      </w:r>
      <w:r>
        <w:rPr>
          <w:sz w:val="20"/>
        </w:rPr>
        <w:t>42:53  to is mein ticket le liya mein ne is waqt ticket shayad gyarah rupay ka tha ghalban to shagan se sawar ho kar ke mein lahore pohnch gaya</w:t>
      </w:r>
      <w:r>
        <w:br/>
      </w:r>
      <w:r>
        <w:rPr>
          <w:sz w:val="20"/>
        </w:rPr>
        <w:t>43:04  aise hi bas junoon tha pagal pan tha sab kuch bekar lagta tha shayad mein true seeker tha shayad mein sachai ki talash mein tha mein</w:t>
      </w:r>
      <w:r>
        <w:br/>
      </w:r>
      <w:r>
        <w:rPr>
          <w:sz w:val="20"/>
        </w:rPr>
        <w:t>43:17  to deewangi mein mein rail par sawar ho kar ke lahore pohnch gaya jab ke lahore mein koi mujhe koi aadmi janne wala nahi koi ek bhi shakhs nahi jo mujhe jaane</w:t>
      </w:r>
      <w:r>
        <w:br/>
      </w:r>
      <w:r>
        <w:rPr>
          <w:sz w:val="20"/>
        </w:rPr>
        <w:t>43:30  jo jab mein utra wahan par to achaanak mein ne mehsoos kiya ke yahan to koi janne wala nahi mera railway station ke bahar mein aaya ke kisi se kuch poochun ke bhai mein kahan jaaun to mein ne dekha ke ek aadmi suit boot mein tez hi idhar se udhar ja raha tha mein us ke paas gaya mein ne kaha ke aap kya kaam karte hain to mujhe ab tak yaad hai is ka is ne kaha tha ke mein kisi bank mein kaam karta hoon</w:t>
      </w:r>
      <w:r>
        <w:br/>
      </w:r>
      <w:r>
        <w:rPr>
          <w:sz w:val="20"/>
        </w:rPr>
        <w:t>44:00  yeh keh kar aage barh gaya to mein ne socha ke yeh aadmi kitna khush qismat hai mere paas koi bank ki service nahi mere paas lahore mein koi ghar nahi koi janne wala nahi</w:t>
      </w:r>
      <w:r>
        <w:br/>
      </w:r>
      <w:r>
        <w:rPr>
          <w:sz w:val="20"/>
        </w:rPr>
        <w:t>44:17  to mujhe yaad hai ke</w:t>
      </w:r>
      <w:r>
        <w:br/>
      </w:r>
      <w:r>
        <w:rPr>
          <w:sz w:val="20"/>
        </w:rPr>
        <w:t>44:22  agle din wahan wahan par ek masjid hoti thi wahan par ja ke raat guzari mein ne</w:t>
      </w:r>
      <w:r>
        <w:br/>
      </w:r>
      <w:r>
        <w:rPr>
          <w:sz w:val="20"/>
        </w:rPr>
        <w:t>44:27  phir mein railway station par aaya to mujhe ab tak woh manzar yaad hai 1942 tha woh ghalban ke mein platform par chal raha tha pagal deewangi ke alam to wahan par ek engine aaya shunting kar raha tha</w:t>
      </w:r>
      <w:r>
        <w:br/>
      </w:r>
      <w:r>
        <w:rPr>
          <w:sz w:val="20"/>
        </w:rPr>
        <w:t>44:48  shunting kar raha hai khali engine jo shunting karte ke liye chalte hain idhar se udhar</w:t>
      </w:r>
      <w:r>
        <w:br/>
      </w:r>
      <w:r>
        <w:rPr>
          <w:sz w:val="20"/>
        </w:rPr>
        <w:t>44:53  to mein bilkul yani khauf karna chahta tha ise mein ke railway railway ke is ne dab ke mar jaaun itni deewangi taari thi is ko</w:t>
      </w:r>
      <w:r>
        <w:br/>
      </w:r>
      <w:r>
        <w:rPr>
          <w:sz w:val="20"/>
        </w:rPr>
        <w:t>45:09  ke kya karun lahore mein kis ke paas jaaun</w:t>
      </w:r>
      <w:r>
        <w:br/>
      </w:r>
      <w:r>
        <w:rPr>
          <w:sz w:val="20"/>
        </w:rPr>
        <w:t>45:14  to bilkul yeh tha ke mein kood parun patri par aur railway ka engine jo hai guzre mar ke khatam ho jaaun</w:t>
      </w:r>
      <w:r>
        <w:br/>
      </w:r>
      <w:r>
        <w:rPr>
          <w:sz w:val="20"/>
        </w:rPr>
        <w:t>45:27  us waqt mujhe kisi ne pakar liya ek shakhs tha is ka naam tha qureshi mujhe nahi maloom ke bechara zinda hai ya mar gaya woh shayad farishta tha qureshi ke naam se mere paas aaya tha</w:t>
      </w:r>
      <w:r>
        <w:br/>
      </w:r>
      <w:r>
        <w:rPr>
          <w:sz w:val="20"/>
        </w:rPr>
        <w:t>45:47  to woh qureshi mujhe le gaya apne haan woh bechara ek tailor tha tailor choti si dukan thi is ki 15 din is ne rakha is ne mujh ko wahan pe bohat izzat ke sath mere paas wapsi karay pe nahi tha</w:t>
      </w:r>
      <w:r>
        <w:br/>
      </w:r>
      <w:r>
        <w:rPr>
          <w:sz w:val="20"/>
        </w:rPr>
        <w:t>46:06  to woh tailor jo tha ek bara dukandar tha is ke paas le gaya mujh ko</w:t>
      </w:r>
      <w:r>
        <w:br/>
      </w:r>
      <w:r>
        <w:rPr>
          <w:sz w:val="20"/>
        </w:rPr>
        <w:t>46:13  ek bohat bari dukan thi ek hindu ki wahan par mall road par</w:t>
      </w:r>
      <w:r>
        <w:br/>
      </w:r>
      <w:r>
        <w:rPr>
          <w:sz w:val="20"/>
        </w:rPr>
        <w:t>46:23  is hindu ne mujhe dekha to is ne kaha ke yeh larka jo hai achhe ghar ka maloom hota hai yeh bhaag kar aa gaya hai is ko wapas karna hai</w:t>
      </w:r>
      <w:r>
        <w:br/>
      </w:r>
      <w:r>
        <w:rPr>
          <w:sz w:val="20"/>
        </w:rPr>
        <w:t>46:36  to is is woh jo jo hindu tha woh</w:t>
      </w:r>
      <w:r>
        <w:br/>
      </w:r>
      <w:r>
        <w:rPr>
          <w:sz w:val="20"/>
        </w:rPr>
        <w:t>46:44  isi ne paisa diya mere kiray ka aur qureshi sahab ne ticket le kar mujhe wapas bheja phir mein wapas aaya to mein sochta hoon ke agar mein kood pada hota is ne mar gaya hota to aaj mein jahannum mein hota</w:t>
      </w:r>
      <w:r>
        <w:br/>
      </w:r>
      <w:r>
        <w:rPr>
          <w:sz w:val="20"/>
        </w:rPr>
        <w:t>47:03  aaj mein jahannum mein jal raha hota to allah taala ne kitna ehsaan kiya ke mujhe bacha liya</w:t>
      </w:r>
      <w:r>
        <w:br/>
      </w:r>
      <w:r>
        <w:rPr>
          <w:sz w:val="20"/>
        </w:rPr>
        <w:t>47:13  yeh kitna ajeeb ghareeb ehsaan tha allah taala ke is ne bacha liya mujhe ek qureshi ko bhej kar ke jis ko mein janta nahi tha</w:t>
      </w:r>
      <w:r>
        <w:br/>
      </w:r>
      <w:r>
        <w:rPr>
          <w:sz w:val="20"/>
        </w:rPr>
        <w:t>47:24  har aadmi ke sath aise waqiat hote hain ke khuda kahan kahan bachata hai is ko lekin insaan bhool jata hai</w:t>
      </w:r>
    </w:p>
    <w:p>
      <w:pPr>
        <w:pStyle w:val="Heading2"/>
      </w:pPr>
      <w:r>
        <w:t>Addressing hopelessness and goal of CPS</w:t>
      </w:r>
    </w:p>
    <w:p>
      <w:r>
        <w:rPr>
          <w:color w:val="666666"/>
          <w:sz w:val="18"/>
        </w:rPr>
        <w:t>CPS Mission · 3m 32s · at 24:53 · https://youtu.be/Ial-p18iypI?t=1493</w:t>
      </w:r>
    </w:p>
    <w:p>
      <w:r>
        <w:rPr>
          <w:i/>
        </w:rPr>
        <w:t>“I have a question for you.”</w:t>
      </w:r>
    </w:p>
    <w:p>
      <w:r>
        <w:rPr>
          <w:sz w:val="20"/>
        </w:rPr>
        <w:t>24:53  I have a question for you.</w:t>
      </w:r>
      <w:r>
        <w:br/>
      </w:r>
      <w:r>
        <w:rPr>
          <w:sz w:val="20"/>
        </w:rPr>
        <w:t>24:57  If we are beseeching Allah in His omniscience to guide us to the straight path and make us</w:t>
      </w:r>
      <w:r>
        <w:br/>
      </w:r>
      <w:r>
        <w:rPr>
          <w:sz w:val="20"/>
        </w:rPr>
        <w:t>25:05  a part of the group which will be acceptable to God in the hereafter,</w:t>
      </w:r>
      <w:r>
        <w:br/>
      </w:r>
      <w:r>
        <w:rPr>
          <w:sz w:val="20"/>
        </w:rPr>
        <w:t>25:11  will he in his infinite mercies, the kind, the beneficent, the benevolent one who calls us towards the</w:t>
      </w:r>
      <w:r>
        <w:br/>
      </w:r>
      <w:r>
        <w:rPr>
          <w:sz w:val="20"/>
        </w:rPr>
        <w:t>25:21  Right path, leave us wandering?</w:t>
      </w:r>
      <w:r>
        <w:br/>
      </w:r>
      <w:r>
        <w:rPr>
          <w:sz w:val="20"/>
        </w:rPr>
        <w:t>25:25  ar we going to leave in hopelessness and die? if yes, then its kufar because god says hopelessness is kufar.</w:t>
      </w:r>
      <w:r>
        <w:br/>
      </w:r>
      <w:r>
        <w:rPr>
          <w:sz w:val="20"/>
        </w:rPr>
        <w:t>25:37  let us with full hope seek and we will surely find</w:t>
      </w:r>
      <w:r>
        <w:br/>
      </w:r>
      <w:r>
        <w:rPr>
          <w:sz w:val="20"/>
        </w:rPr>
        <w:t>25:45  . now, we should come to the important aspect of what is the goal of cps. let us be clear that through the prophet, we have got the message, quran teachings and life of the prophet.</w:t>
      </w:r>
      <w:r>
        <w:br/>
      </w:r>
      <w:r>
        <w:rPr>
          <w:sz w:val="20"/>
        </w:rPr>
        <w:t>26:00  maulana sahib through his writings has presented it to us in a way which addresses the modern minds.</w:t>
      </w:r>
      <w:r>
        <w:br/>
      </w:r>
      <w:r>
        <w:rPr>
          <w:sz w:val="20"/>
        </w:rPr>
        <w:t>26:09  he has written more than 200 books. now, our task is to understand, follow and with complete acknowledgement of the man of the mission under the identity of cps, present this message with wisdom in an atmosphere of peace and friendly to the world.</w:t>
      </w:r>
      <w:r>
        <w:br/>
      </w:r>
      <w:r>
        <w:rPr>
          <w:sz w:val="20"/>
        </w:rPr>
        <w:t>26:36  the last word in this session is that all of us cps missionaries acknowledge with gratitude that through maulana sahib, we have received the pristine islam as presented in the original scriptures.</w:t>
      </w:r>
      <w:r>
        <w:br/>
      </w:r>
      <w:r>
        <w:rPr>
          <w:sz w:val="20"/>
        </w:rPr>
        <w:t>26:57  maulana sahib dedicated his life to removing the layers of dust which had settled on the teachings of the religion of islam over a long period of time and has handed over islam as it is in a golden platter to us.</w:t>
      </w:r>
      <w:r>
        <w:br/>
      </w:r>
      <w:r>
        <w:rPr>
          <w:sz w:val="20"/>
        </w:rPr>
        <w:t>27:17  he taught us to get closer to god and to obey the prophet in the right sense. therefore, we all love maulana sahib.</w:t>
      </w:r>
      <w:r>
        <w:br/>
      </w:r>
      <w:r>
        <w:rPr>
          <w:sz w:val="20"/>
        </w:rPr>
        <w:t>27:28  this love is exactly in our following the teachings of prophet where prophet has taught us application.</w:t>
      </w:r>
      <w:r>
        <w:br/>
      </w:r>
      <w:r>
        <w:rPr>
          <w:sz w:val="20"/>
        </w:rPr>
        <w:t>27:38  o allah, i ask you for your love and love of whoever loves you and help me to do such deeds that will bring me closer to your love.</w:t>
      </w:r>
      <w:r>
        <w:br/>
      </w:r>
      <w:r>
        <w:rPr>
          <w:sz w:val="20"/>
        </w:rPr>
        <w:t>27:51  there is no doubt that maulana sahib belongs to that category of people who love allah and therefore we love maulana sahib.</w:t>
      </w:r>
      <w:r>
        <w:br/>
      </w:r>
      <w:r>
        <w:rPr>
          <w:sz w:val="20"/>
        </w:rPr>
        <w:t>28:02  this love is neither an act of blind respect nor of blind following. and the last of our call will be prayer to allah, lord of the worlds.</w:t>
      </w:r>
      <w:r>
        <w:br/>
      </w:r>
      <w:r>
        <w:rPr>
          <w:sz w:val="20"/>
        </w:rPr>
        <w:t>28:16  wa akhiru da'wana anil hamdulillahi rabbil 'alamin. thank you for the opportunity, dear listeners.</w:t>
      </w:r>
    </w:p>
    <w:p>
      <w:pPr>
        <w:pStyle w:val="Heading2"/>
      </w:pPr>
      <w:r>
        <w:t>Power of helplessness and admitting mistakes</w:t>
      </w:r>
    </w:p>
    <w:p>
      <w:r>
        <w:rPr>
          <w:color w:val="666666"/>
          <w:sz w:val="18"/>
        </w:rPr>
        <w:t>Power of Patience | June 16, 2010 | Maulana Wahiduddin Khan · 4m 36s · at 1:44:26 · https://youtu.be/FlWqljdLKHE?t=6266</w:t>
      </w:r>
    </w:p>
    <w:p>
      <w:r>
        <w:rPr>
          <w:i/>
        </w:rPr>
        <w:t>“The greatest thing is helplessness.”</w:t>
      </w:r>
    </w:p>
    <w:p>
      <w:r>
        <w:rPr>
          <w:sz w:val="20"/>
        </w:rPr>
        <w:t>1:44:26  point of Ijz that is helplessness?</w:t>
      </w:r>
      <w:r>
        <w:br/>
      </w:r>
      <w:r>
        <w:rPr>
          <w:sz w:val="20"/>
        </w:rPr>
        <w:t>1:44:36  Kindly explain bhai dekhen ke mera to apna zindagi bhar ka yeh yani jo kuch padha maine</w:t>
      </w:r>
      <w:r>
        <w:br/>
      </w:r>
      <w:r>
        <w:rPr>
          <w:sz w:val="20"/>
        </w:rPr>
        <w:t>1:44:47  is ka nichod hai ke sab se bari cheez Ijz hai helplessness</w:t>
      </w:r>
      <w:r>
        <w:br/>
      </w:r>
      <w:r>
        <w:rPr>
          <w:sz w:val="20"/>
        </w:rPr>
        <w:t>1:44:58  jis ne apni Ijz ko discover kiya us ne sab se bari cheez ko discover kiya jab tak</w:t>
      </w:r>
      <w:r>
        <w:br/>
      </w:r>
      <w:r>
        <w:rPr>
          <w:sz w:val="20"/>
        </w:rPr>
        <w:t>1:45:04  aap apni Ijz ko discover na karen na aap unche darje ki dua kar sakte hain na unche</w:t>
      </w:r>
      <w:r>
        <w:br/>
      </w:r>
      <w:r>
        <w:rPr>
          <w:sz w:val="20"/>
        </w:rPr>
        <w:t>1:45:10  darje ki ibadat kar sakte hain na aap ke deeni kaamon mein jaan aa sakti hai na unche</w:t>
      </w:r>
      <w:r>
        <w:br/>
      </w:r>
      <w:r>
        <w:rPr>
          <w:sz w:val="20"/>
        </w:rPr>
        <w:t>1:45:16  darje ki duaon par kaam kar sakte hain sab ki jar jo hai woh yeh hai ke aap</w:t>
      </w:r>
      <w:r>
        <w:br/>
      </w:r>
      <w:r>
        <w:rPr>
          <w:sz w:val="20"/>
        </w:rPr>
        <w:t>1:45:22  ne Ijz ko kyunke Ijz kiya hota hai ke</w:t>
      </w:r>
      <w:r>
        <w:br/>
      </w:r>
      <w:r>
        <w:rPr>
          <w:sz w:val="20"/>
        </w:rPr>
        <w:t>1:45:28  jo aadmi Ijz ko Ijz ki satah par apne aap ko le aaye tab hi Khuda se qurbat</w:t>
      </w:r>
      <w:r>
        <w:br/>
      </w:r>
      <w:r>
        <w:rPr>
          <w:sz w:val="20"/>
        </w:rPr>
        <w:t>1:45:36  qaim hoti hai is ki Khuda ki nisbat hi nahi qaim hoti hai kal parson mein kisi se</w:t>
      </w:r>
      <w:r>
        <w:br/>
      </w:r>
      <w:r>
        <w:rPr>
          <w:sz w:val="20"/>
        </w:rPr>
        <w:t>1:45:44  keh raha tha ke dekhen mein rozana mauqa dhoondta hoon yeh kehne ke liye ke I was wrong</w:t>
      </w:r>
      <w:r>
        <w:br/>
      </w:r>
      <w:r>
        <w:rPr>
          <w:sz w:val="20"/>
        </w:rPr>
        <w:t>1:45:51  rozana ghar ke andar hoon ya kahin bhi koi mauqa jaldi se kehta hoon ke I was wrong kyun</w:t>
      </w:r>
      <w:r>
        <w:br/>
      </w:r>
      <w:r>
        <w:rPr>
          <w:sz w:val="20"/>
        </w:rPr>
        <w:t>1:45:59  firishton ke record mein apni modesty ko establish karne ke liye yani yeh main nahi dekhta ke ghalti meri hai ke doosre ki hai yeh main nahi dekhta bas main jaldi se kehta hoon i was wrong aur yeh bohat zabardast formula hai aaj ka qissa batata hoon main ke aaj hi hamare ek saathi hain woh istawthi hamari mum</w:t>
      </w:r>
      <w:r>
        <w:br/>
      </w:r>
      <w:r>
        <w:rPr>
          <w:sz w:val="20"/>
        </w:rPr>
        <w:t>1:46:29  bar hain is team ki to un ka qissa mujhe maloom hua woh kisi company mein kaam karti</w:t>
      </w:r>
      <w:r>
        <w:br/>
      </w:r>
      <w:r>
        <w:rPr>
          <w:sz w:val="20"/>
        </w:rPr>
        <w:t>1:46:35  hain to gaadi aati hai jis ko cab kehte hain ghar se office laya jaye office se ghar</w:t>
      </w:r>
      <w:r>
        <w:br/>
      </w:r>
      <w:r>
        <w:rPr>
          <w:sz w:val="20"/>
        </w:rPr>
        <w:t>1:46:41  lane ke liye to is mein char ladies hoti hain un ke sath aur bhi kuch to ek</w:t>
      </w:r>
      <w:r>
        <w:br/>
      </w:r>
      <w:r>
        <w:rPr>
          <w:sz w:val="20"/>
        </w:rPr>
        <w:t>1:46:47  lady aati hai bohat woh ghasoor hai jhagda karti hai koi zara sa bhi kuch keh de bas</w:t>
      </w:r>
      <w:r>
        <w:br/>
      </w:r>
      <w:r>
        <w:rPr>
          <w:sz w:val="20"/>
        </w:rPr>
        <w:t>1:46:53  lad jati hai woh sab se us ki ladai rehti hai achha</w:t>
      </w:r>
      <w:r>
        <w:br/>
      </w:r>
      <w:r>
        <w:rPr>
          <w:sz w:val="20"/>
        </w:rPr>
        <w:t>1:46:59  woh hamesha der karti hai yani gaadi gayi us ka khadi hui late aayegi ab sab</w:t>
      </w:r>
      <w:r>
        <w:br/>
      </w:r>
      <w:r>
        <w:rPr>
          <w:sz w:val="20"/>
        </w:rPr>
        <w:t>1:47:05  log late pahunchenge wahan par to us thi ne us se kisi din keh diya ke bhai aap</w:t>
      </w:r>
      <w:r>
        <w:br/>
      </w:r>
      <w:r>
        <w:rPr>
          <w:sz w:val="20"/>
        </w:rPr>
        <w:t>1:47:11  der kar ke aati hain time par aaiye.</w:t>
      </w:r>
      <w:r>
        <w:br/>
      </w:r>
      <w:r>
        <w:rPr>
          <w:sz w:val="20"/>
        </w:rPr>
        <w:t>1:47:17  bas ghussa ho gayi woh lagi bolne be tahasha to unhon ne kiya kiya jaldi se hath aise</w:t>
      </w:r>
      <w:r>
        <w:br/>
      </w:r>
      <w:r>
        <w:rPr>
          <w:sz w:val="20"/>
        </w:rPr>
        <w:t>1:47:24  kar ke bhai mujh ko maaf kijiye mujh ko maaf kar dijiye meri ghalati thi kuch us ko nahi boli</w:t>
      </w:r>
      <w:r>
        <w:br/>
      </w:r>
      <w:r>
        <w:rPr>
          <w:sz w:val="20"/>
        </w:rPr>
        <w:t>1:47:30  bas mujh ko maaf kar dijiye ghalti meri thi I was wrong jante hain miracle ho gaya miracle.</w:t>
      </w:r>
      <w:r>
        <w:br/>
      </w:r>
      <w:r>
        <w:rPr>
          <w:sz w:val="20"/>
        </w:rPr>
        <w:t>1:47:35  wohi lady jo hai is ka aap is se kya hua is ka consciousness hit ho gaya jo</w:t>
      </w:r>
      <w:r>
        <w:br/>
      </w:r>
      <w:r>
        <w:rPr>
          <w:sz w:val="20"/>
        </w:rPr>
        <w:t>1:47:40  log is ko bolte the to is ko is ke ego ko hit karte the wo to aur</w:t>
      </w:r>
      <w:r>
        <w:br/>
      </w:r>
      <w:r>
        <w:rPr>
          <w:sz w:val="20"/>
        </w:rPr>
        <w:t>1:47:45  ghussa hoti thi wo unhon ne aisa kar ke is ke consciousness ko hit kar diya to unhon</w:t>
      </w:r>
      <w:r>
        <w:br/>
      </w:r>
      <w:r>
        <w:rPr>
          <w:sz w:val="20"/>
        </w:rPr>
        <w:t>1:47:50  ne bataya ke das din ho gaye hain ab theek time par aati hai wo yani hamari gaadi</w:t>
      </w:r>
      <w:r>
        <w:br/>
      </w:r>
      <w:r>
        <w:rPr>
          <w:sz w:val="20"/>
        </w:rPr>
        <w:t>1:47:55  khadi hoti hai to</w:t>
      </w:r>
      <w:r>
        <w:br/>
      </w:r>
      <w:r>
        <w:rPr>
          <w:sz w:val="20"/>
        </w:rPr>
        <w:t>1:48:00  theek time par aa ke baith jati hai aur us ne baat ko bas us ne kaha ke</w:t>
      </w:r>
      <w:r>
        <w:br/>
      </w:r>
      <w:r>
        <w:rPr>
          <w:sz w:val="20"/>
        </w:rPr>
        <w:t>1:48:06  bhai aap ne mere sath bohat acha kiya wo ghalti meri thi yani kabhi is ne aisa nahi</w:t>
      </w:r>
      <w:r>
        <w:br/>
      </w:r>
      <w:r>
        <w:rPr>
          <w:sz w:val="20"/>
        </w:rPr>
        <w:t>1:48:12  bola tha wo ke wo ghalti meri thi to apne ko apni Ijz ko daryaft kijiye tabhi aap</w:t>
      </w:r>
      <w:r>
        <w:br/>
      </w:r>
      <w:r>
        <w:rPr>
          <w:sz w:val="20"/>
        </w:rPr>
        <w:t>1:48:18  yeh sab baatein kar payenge jo aadmi arrogance mein jeeta ho wo kaise aisa karega ke</w:t>
      </w:r>
      <w:r>
        <w:br/>
      </w:r>
      <w:r>
        <w:rPr>
          <w:sz w:val="20"/>
        </w:rPr>
        <w:t>1:48:24  kehye ke sahib mujhe maaf kijiye to yeh mujh ko maaf kijiye yeh bohat</w:t>
      </w:r>
      <w:r>
        <w:br/>
      </w:r>
      <w:r>
        <w:rPr>
          <w:sz w:val="20"/>
        </w:rPr>
        <w:t>1:48:30  badi baat hai kisi ko down kar sakte hain aap lekin yeh badi baat kehne ke liye bohat</w:t>
      </w:r>
      <w:r>
        <w:br/>
      </w:r>
      <w:r>
        <w:rPr>
          <w:sz w:val="20"/>
        </w:rPr>
        <w:t>1:48:38  bada dil gurda chahiye bohat bara hausla chahiye bohat bari discovery chahiye tab aap keh pate hain ke</w:t>
      </w:r>
      <w:r>
        <w:br/>
      </w:r>
      <w:r>
        <w:rPr>
          <w:sz w:val="20"/>
        </w:rPr>
        <w:t>1:48:46  mujhe maaf kijiye ghalti meri thi to main samajhta hoon ke sab se bari taqat hai Ijz ki</w:t>
      </w:r>
      <w:r>
        <w:br/>
      </w:r>
      <w:r>
        <w:rPr>
          <w:sz w:val="20"/>
        </w:rPr>
        <w:t>1:48:54  daryaft sab se bari taqat hai This question is from Mr. Salman Ahmad.</w:t>
      </w:r>
    </w:p>
    <w:p>
      <w:pPr>
        <w:pStyle w:val="Heading2"/>
      </w:pPr>
      <w:r>
        <w:t>Complete framework for repentance and istighfar</w:t>
      </w:r>
    </w:p>
    <w:p>
      <w:r>
        <w:rPr>
          <w:color w:val="666666"/>
          <w:sz w:val="18"/>
        </w:rPr>
        <w:t>The Quran 11 90 CPS Women Weekly Discussion 32 December 10, 2023 · 4m 51s · at 29:25 · https://youtu.be/GB7dNbRkNI4?t=1765</w:t>
      </w:r>
    </w:p>
    <w:p>
      <w:r>
        <w:rPr>
          <w:i/>
        </w:rPr>
        <w:t>“जब कोई सिन कमिट होता है तो repentance obligatory हो जाता है”</w:t>
      </w:r>
    </w:p>
    <w:p>
      <w:r>
        <w:rPr>
          <w:sz w:val="20"/>
        </w:rPr>
        <w:t>29:25  to aur itna jo sin ka jab koi sin ka commit ho jata hai to according to Imam Al Nawabi yeh sin ka zaroori hissa repentance hai. Repentance is obligatory. It's obligatory for every sin.</w:t>
      </w:r>
      <w:r>
        <w:br/>
      </w:r>
      <w:r>
        <w:rPr>
          <w:sz w:val="20"/>
        </w:rPr>
        <w:t>29:51  to uske baad jab koi sin ho jata hai to uske tauba ki teen shara'e the. koi guna hai jo hamare aur bando ke darmian hain to hum unse maafi mang sakte hain aur jo koi guna Allah aur hamare darmian hai to toba ki karna zaroori hai. toba ke teen shara'yat hain. pehla kya hai?</w:t>
      </w:r>
      <w:r>
        <w:br/>
      </w:r>
      <w:r>
        <w:rPr>
          <w:sz w:val="20"/>
        </w:rPr>
        <w:t>30:16  foran us gunah ko, us ghalti ko chhodna tark kar dena chahiye. doosri cheez us par regret karna chahiye aur source karna chahiye ke main mujhse ek guna ho gaya. aur teesri baat hai to kamal resolve karna chahiye ke should not go back. tu guna phir mere se na ho sake. to yeh tobatul nasuh kehlata.</w:t>
      </w:r>
      <w:r>
        <w:br/>
      </w:r>
      <w:r>
        <w:rPr>
          <w:sz w:val="20"/>
        </w:rPr>
        <w:t>30:44  to iske bare mein to kaafi bohat sahi baatein hain apne behno se main humne suna. to yeh bohat hi iman ka ek hissa hai. toba aur istighfar, iman ka ek hissa hai. aapse masoom hone ke bawajood din mein aap salasan farmate the. main din mein sattar matba taur bar istighfar karta hoon.</w:t>
      </w:r>
      <w:r>
        <w:br/>
      </w:r>
      <w:r>
        <w:rPr>
          <w:sz w:val="20"/>
        </w:rPr>
        <w:t>31:14  to isteghfar ki bahut badi fazeelat hai aur surainuh mein bhi iski tafseelan aaye the bayan hui ki</w:t>
      </w:r>
      <w:r>
        <w:br/>
      </w:r>
      <w:r>
        <w:rPr>
          <w:sz w:val="20"/>
        </w:rPr>
        <w:t>31:21  isteghfar ki kitni faayde hi, kitne faayde hi isteghfar ke.</w:t>
      </w:r>
      <w:r>
        <w:br/>
      </w:r>
      <w:r>
        <w:rPr>
          <w:sz w:val="20"/>
        </w:rPr>
        <w:t>31:28  apne khaum se farmaate main meri khaum.</w:t>
      </w:r>
      <w:r>
        <w:br/>
      </w:r>
      <w:r>
        <w:rPr>
          <w:sz w:val="20"/>
        </w:rPr>
        <w:t>31:35  tum isteghfar karo, allah se isteghfar karo.</w:t>
      </w:r>
      <w:r>
        <w:br/>
      </w:r>
      <w:r>
        <w:rPr>
          <w:sz w:val="20"/>
        </w:rPr>
        <w:t>31:42  tumhein bahut si cheezon se allah taala namaazega.</w:t>
      </w:r>
      <w:r>
        <w:br/>
      </w:r>
      <w:r>
        <w:rPr>
          <w:sz w:val="20"/>
        </w:rPr>
        <w:t>31:50  aur insan hai na jab jab apne aap ko checks and balance par rakhta hai. jab istighfar karta hai to apne aap ka muhasiba karta hai aur apne aap ko check karta hai aur gunahon se use bachne ki lahitala bhi toufi khadda dete hain. to istighfar hamari zindagi ka ek hissa hona chahiye.</w:t>
      </w:r>
      <w:r>
        <w:br/>
      </w:r>
      <w:r>
        <w:rPr>
          <w:sz w:val="20"/>
        </w:rPr>
        <w:t>32:13  har rozana hum istighfar bohat hi pachtave ke sath aur bohat hi lahitala ke isme hazir wa nazir jante hue hamare gunahon, pichle gunahon ki ghaltiyon ki, ka ehsas karte hue yaad karte hue use Allah taala se hum agar nadamat ke aans bahate hue agar hum istighfar karenge to yahi sahi manav mein istighfar hai.</w:t>
      </w:r>
      <w:r>
        <w:br/>
      </w:r>
      <w:r>
        <w:rPr>
          <w:sz w:val="20"/>
        </w:rPr>
        <w:t>32:41  Maulana to Maulana ne to har cheez ke bare mein. to yahi kaha ke jisko isko spirit ke sath kiya jaye. jo bhi amal kiya jaye woh spirit ke sath kiya jaye. to safar aur toba ka spirit kya hai? apne gunahon par nadamat, phir ainadana karne ka azm, pukhta azm aur phir Allah taala ke samne sharmindagi aur ehsas aur ho sake to gidgida kar aansu bahakar lahaj se maafi mangte.</w:t>
      </w:r>
      <w:r>
        <w:br/>
      </w:r>
      <w:r>
        <w:rPr>
          <w:sz w:val="20"/>
        </w:rPr>
        <w:t>33:11  even allah ke nekbande ibadat karne ke bawajood, shehar ke, shehri jab poori raat ibadat karne ke bawajood aakhri waqt mein shehar ke waqt mein shehri subah ke waqt istighfar karte the.</w:t>
      </w:r>
      <w:r>
        <w:br/>
      </w:r>
      <w:r>
        <w:rPr>
          <w:sz w:val="20"/>
        </w:rPr>
        <w:t>33:26  allah ke nekbande allah ke raah mein kharch karne ka ayat hamein quran ke ayat bhi batati hai ki allah ke raah mein infaq fi sabilillah karne ke bawajood allah se maafi mangte, girgirate the ki shayad yeh qubool na ho. hamari infaq hamara qubool na ho.</w:t>
      </w:r>
      <w:r>
        <w:br/>
      </w:r>
      <w:r>
        <w:rPr>
          <w:sz w:val="20"/>
        </w:rPr>
        <w:t>33:48  to is tarah even neki karne ke bawajood bhi allah ke nekbande, tauba aur istighfar karte the aur qubooliyat ke liye dua mangte the. yahi meri learning hai. jaza kallah. mariya aap kuch kehna chahengi? ji, assalam u alaikum ho raha hai mukrila.</w:t>
      </w:r>
      <w:r>
        <w:br/>
      </w:r>
      <w:r>
        <w:rPr>
          <w:sz w:val="20"/>
        </w:rPr>
        <w:t>34:16  wale ki assalam? ji, main do mahine se taqreeban is group se judi hui hoon aur abhi achanak is program ke darmiyani dil mein khayal aaya ki allah tala is program ke zariye hum logon ko ek jagah ikattha kiya. bahut sare logon se mashallah hamari mulaqat hoti rehti thi.</w:t>
      </w:r>
    </w:p>
    <w:p>
      <w:pPr>
        <w:pStyle w:val="Heading2"/>
      </w:pPr>
      <w:r>
        <w:t>Meaning of sabr in Quran</w:t>
      </w:r>
    </w:p>
    <w:p>
      <w:r>
        <w:rPr>
          <w:color w:val="666666"/>
          <w:sz w:val="18"/>
        </w:rPr>
        <w:t>Dars-e-Quran, Chapter 2, Verses 44-46, January 28, 2018 · 5m 36s · at 24:42 · https://youtu.be/3Kd5InuBtFA?t=1482</w:t>
      </w:r>
    </w:p>
    <w:p>
      <w:r>
        <w:rPr>
          <w:i/>
        </w:rPr>
        <w:t>“صبر سے مدد لو کا مطلب کیا ہے؟”</w:t>
      </w:r>
    </w:p>
    <w:p>
      <w:r>
        <w:rPr>
          <w:sz w:val="20"/>
        </w:rPr>
        <w:t>24:42  yeh dawti safar, is se murad hai dawti safar.</w:t>
      </w:r>
      <w:r>
        <w:br/>
      </w:r>
      <w:r>
        <w:rPr>
          <w:sz w:val="20"/>
        </w:rPr>
        <w:t>24:49  to is ayat mein jo kaha gaya hai keh sabr se madad lo, sabr se madad lo, ka</w:t>
      </w:r>
      <w:r>
        <w:br/>
      </w:r>
      <w:r>
        <w:rPr>
          <w:sz w:val="20"/>
        </w:rPr>
        <w:t>24:57  matlab kya hai? bohat anokhi baat hai keh sabr se madad lo.</w:t>
      </w:r>
      <w:r>
        <w:br/>
      </w:r>
      <w:r>
        <w:rPr>
          <w:sz w:val="20"/>
        </w:rPr>
        <w:t>25:04  is time mein bhi sabr o salat, sabr se madad lo.</w:t>
      </w:r>
      <w:r>
        <w:br/>
      </w:r>
      <w:r>
        <w:rPr>
          <w:sz w:val="20"/>
        </w:rPr>
        <w:t>25:12  صبر سے مدد لو کا مطلب یہ ہے کہ non-confrontational approach.</w:t>
      </w:r>
      <w:r>
        <w:br/>
      </w:r>
      <w:r>
        <w:rPr>
          <w:sz w:val="20"/>
        </w:rPr>
        <w:t>25:20  صبر کا مطلب ہے non-confrontational approach.</w:t>
      </w:r>
      <w:r>
        <w:br/>
      </w:r>
      <w:r>
        <w:rPr>
          <w:sz w:val="20"/>
        </w:rPr>
        <w:t>25:27  یعنی تم اگر ٹکراؤ کرو گے تو تم کو retaliation پیش آئے گا۔</w:t>
      </w:r>
      <w:r>
        <w:br/>
      </w:r>
      <w:r>
        <w:rPr>
          <w:sz w:val="20"/>
        </w:rPr>
        <w:t>25:35  lekin agar tum takrao na karo,</w:t>
      </w:r>
      <w:r>
        <w:br/>
      </w:r>
      <w:r>
        <w:rPr>
          <w:sz w:val="20"/>
        </w:rPr>
        <w:t>25:43  tum target karo, tum avoid karo, tum peaceful tareeqa ikhtiyar karo, to tum is se bach jao</w:t>
      </w:r>
      <w:r>
        <w:br/>
      </w:r>
      <w:r>
        <w:rPr>
          <w:sz w:val="20"/>
        </w:rPr>
        <w:t>25:51  گے کہ بڑی آسانی جو ہے retaliate کرے۔</w:t>
      </w:r>
      <w:r>
        <w:br/>
      </w:r>
      <w:r>
        <w:rPr>
          <w:sz w:val="20"/>
        </w:rPr>
        <w:t>25:59  aur ab to woh zamana bhi khatm ho gaya.</w:t>
      </w:r>
      <w:r>
        <w:br/>
      </w:r>
      <w:r>
        <w:rPr>
          <w:sz w:val="20"/>
        </w:rPr>
        <w:t>26:06  تو صبر سے مدد لو ke maani hain ke sabirana method ikhtiyar kar ke madad lo is se.</w:t>
      </w:r>
      <w:r>
        <w:br/>
      </w:r>
      <w:r>
        <w:rPr>
          <w:sz w:val="20"/>
        </w:rPr>
        <w:t>26:14  jaise misaal ke tor par dekhiye, makkah mein kaaba tha.</w:t>
      </w:r>
      <w:r>
        <w:br/>
      </w:r>
      <w:r>
        <w:rPr>
          <w:sz w:val="20"/>
        </w:rPr>
        <w:t>26:22  kaaba mein sainkaron but rakhe, unhon ne rakh diye thay muqaddas kaaba mein.</w:t>
      </w:r>
      <w:r>
        <w:br/>
      </w:r>
      <w:r>
        <w:rPr>
          <w:sz w:val="20"/>
        </w:rPr>
        <w:t>26:30  ab rasool Allah wahan ghuste aur patharon ko todte, tod phod ke phenkte.</w:t>
      </w:r>
      <w:r>
        <w:br/>
      </w:r>
      <w:r>
        <w:rPr>
          <w:sz w:val="20"/>
        </w:rPr>
        <w:t>26:37  buton ke khilaf woh, yaani todna, pathar marna, yeh sab shuru karte.</w:t>
      </w:r>
      <w:r>
        <w:br/>
      </w:r>
      <w:r>
        <w:rPr>
          <w:sz w:val="20"/>
        </w:rPr>
        <w:t>26:45  to un ki taraf se retaliation hota. phir ladai chhadti. kuch log idhar maare jaate, kuch log idhar maare jaate. to sabr se madad ka matlab hai avoid karo, avoid kar ke madad, avoid karo, avoid kar ke tumhe, tum ko nayi taqat milegi. aur</w:t>
      </w:r>
      <w:r>
        <w:br/>
      </w:r>
      <w:r>
        <w:rPr>
          <w:sz w:val="20"/>
        </w:rPr>
        <w:t>27:15  namaz ka matlab kya hai? Allah par bharosa karo, Allah par bharosa karo, Allah se dua karo.</w:t>
      </w:r>
      <w:r>
        <w:br/>
      </w:r>
      <w:r>
        <w:rPr>
          <w:sz w:val="20"/>
        </w:rPr>
        <w:t>27:23  to yeh is is ayat ko is time mein bhi sabr o salat aap masjid ke mahol ko le</w:t>
      </w:r>
      <w:r>
        <w:br/>
      </w:r>
      <w:r>
        <w:rPr>
          <w:sz w:val="20"/>
        </w:rPr>
        <w:t>27:30  kar samajhna chahenge to nahi samjhenge.</w:t>
      </w:r>
      <w:r>
        <w:br/>
      </w:r>
      <w:r>
        <w:rPr>
          <w:sz w:val="20"/>
        </w:rPr>
        <w:t>27:38  aaj jo aaj jo masjidon ka mahol hai,</w:t>
      </w:r>
      <w:r>
        <w:br/>
      </w:r>
      <w:r>
        <w:rPr>
          <w:sz w:val="20"/>
        </w:rPr>
        <w:t>27:46  wahan ke mahol ko le kar samajhna chahein aap to nahi samajh sakte.</w:t>
      </w:r>
      <w:r>
        <w:br/>
      </w:r>
      <w:r>
        <w:rPr>
          <w:sz w:val="20"/>
        </w:rPr>
        <w:t>27:53  aap wahan jo mahol tha makkah madine mein, saatvi sadi eesvi mein, us ko le kar sochiye, tab</w:t>
      </w:r>
      <w:r>
        <w:br/>
      </w:r>
      <w:r>
        <w:rPr>
          <w:sz w:val="20"/>
        </w:rPr>
        <w:t>28:01  samajh payenge aap keh kya matlab hai sabr ka, kya matlab hai namaz ka.</w:t>
      </w:r>
      <w:r>
        <w:br/>
      </w:r>
      <w:r>
        <w:rPr>
          <w:sz w:val="20"/>
        </w:rPr>
        <w:t>28:08  is ka matlab yeh hai keh dawat</w:t>
      </w:r>
      <w:r>
        <w:br/>
      </w:r>
      <w:r>
        <w:rPr>
          <w:sz w:val="20"/>
        </w:rPr>
        <w:t>28:16  Allah ka kaam karo, jo tumhara mission hai.</w:t>
      </w:r>
      <w:r>
        <w:br/>
      </w:r>
      <w:r>
        <w:rPr>
          <w:sz w:val="20"/>
        </w:rPr>
        <w:t>28:22  yaad rakhiye, dawat Allah ka kaam isi tarah farz hai jis tarah namaz is tarah farz hai, is</w:t>
      </w:r>
      <w:r>
        <w:br/>
      </w:r>
      <w:r>
        <w:rPr>
          <w:sz w:val="20"/>
        </w:rPr>
        <w:t>28:28  mein koi shak nahi hai.</w:t>
      </w:r>
      <w:r>
        <w:br/>
      </w:r>
      <w:r>
        <w:rPr>
          <w:sz w:val="20"/>
        </w:rPr>
        <w:t>28:34  kyunke yeh to, yaani ummat e muhammadi ka yeh mansab hai.</w:t>
      </w:r>
      <w:r>
        <w:br/>
      </w:r>
      <w:r>
        <w:rPr>
          <w:sz w:val="20"/>
        </w:rPr>
        <w:t>28:41  rasool Allah dunya se chale gaye,</w:t>
      </w:r>
      <w:r>
        <w:br/>
      </w:r>
      <w:r>
        <w:rPr>
          <w:sz w:val="20"/>
        </w:rPr>
        <w:t>28:47  lekin unka jo mission hai, woh woh jaari hai.</w:t>
      </w:r>
      <w:r>
        <w:br/>
      </w:r>
      <w:r>
        <w:rPr>
          <w:sz w:val="20"/>
        </w:rPr>
        <w:t>28:54  is mission ko jaari rakhna, yeh yeh dawat hai Allah.</w:t>
      </w:r>
      <w:r>
        <w:br/>
      </w:r>
      <w:r>
        <w:rPr>
          <w:sz w:val="20"/>
        </w:rPr>
        <w:t>29:02  تو اس کام میں ہمیں کیا کرنا ہے؟ یعنی literal طور پر صبر۔</w:t>
      </w:r>
      <w:r>
        <w:br/>
      </w:r>
      <w:r>
        <w:rPr>
          <w:sz w:val="20"/>
        </w:rPr>
        <w:t>29:10  sabr ka matlab yeh hai naan ka matlab yeh hai ke naan</w:t>
      </w:r>
      <w:r>
        <w:br/>
      </w:r>
      <w:r>
        <w:rPr>
          <w:sz w:val="20"/>
        </w:rPr>
        <w:t>29:17  confrontational approach. to yeh bataya aaj ke zamane mein yeh ayat is tarah se apni qabool hai ke hum apni taraf se har giz kisi ki naak ko hit na karein, apni taraf se kisi ko pathar na maarein, apni taraf se ko</w:t>
      </w:r>
      <w:r>
        <w:br/>
      </w:r>
      <w:r>
        <w:rPr>
          <w:sz w:val="20"/>
        </w:rPr>
        <w:t>29:47  i koi takrao na chhoden.</w:t>
      </w:r>
      <w:r>
        <w:br/>
      </w:r>
      <w:r>
        <w:rPr>
          <w:sz w:val="20"/>
        </w:rPr>
        <w:t>29:55  to sab paise paise hain, sab opportunity opportunity hai.</w:t>
      </w:r>
      <w:r>
        <w:br/>
      </w:r>
      <w:r>
        <w:rPr>
          <w:sz w:val="20"/>
        </w:rPr>
        <w:t>30:03  yeh matlab hai iska.</w:t>
      </w:r>
      <w:r>
        <w:br/>
      </w:r>
      <w:r>
        <w:rPr>
          <w:sz w:val="20"/>
        </w:rPr>
        <w:t>30:10  to yaad rakhiye, yeh aayatein jo hain saatwein sadi isvi ke yahood ke bare mein nahi hain.</w:t>
      </w:r>
    </w:p>
    <w:p>
      <w:pPr>
        <w:pStyle w:val="Heading2"/>
      </w:pPr>
      <w:r>
        <w:t>Babri Masjid relocation and accepting reality</w:t>
      </w:r>
    </w:p>
    <w:p>
      <w:r>
        <w:rPr>
          <w:color w:val="666666"/>
          <w:sz w:val="18"/>
        </w:rPr>
        <w:t>Indian Muslims May 18, 2014 Maulana Wahiduddin Khan · 5m 28s · at 28:24 · https://youtu.be/jHtuZ4UgvEw?t=1704</w:t>
      </w:r>
    </w:p>
    <w:p>
      <w:r>
        <w:rPr>
          <w:i/>
        </w:rPr>
        <w:t>“December 1992 mein Ayodhya ki Babri Masjid dhai gayi”</w:t>
      </w:r>
    </w:p>
    <w:p>
      <w:r>
        <w:rPr>
          <w:sz w:val="20"/>
        </w:rPr>
        <w:t>28:24  India mein December 1992 mein Ayodhya ki Babri Masjid dhai gayi.</w:t>
      </w:r>
      <w:r>
        <w:br/>
      </w:r>
      <w:r>
        <w:rPr>
          <w:sz w:val="20"/>
        </w:rPr>
        <w:t>28:37  to sari Musalman negative ho gaye ek taraf se. kisi ne yeh nahi kaha Musalmanon mein se uth kar ke ke bhai ek masjid dhai gayi hai to abhi bhi half million masjidain intact hain.</w:t>
      </w:r>
      <w:r>
        <w:br/>
      </w:r>
      <w:r>
        <w:rPr>
          <w:sz w:val="20"/>
        </w:rPr>
        <w:t>28:50  kyun itna ab woh wala bacha rahe ho? half million masjidain abhi bhi intact theen. aur doosri baat yeh hai ke is waqt maine yeh kaha tha ke Arab mulkon mein bohat si masjidon ko relocate kiya gaya hai.</w:t>
      </w:r>
      <w:r>
        <w:br/>
      </w:r>
      <w:r>
        <w:rPr>
          <w:sz w:val="20"/>
        </w:rPr>
        <w:t>29:12  relocate kiya gaya hai. to aap bhi relocation par razi ho jaiye. kyun ke woh controversial maqam tha. woh jagah jahan Babri Masjid thi, woh controversial maqam tha.</w:t>
      </w:r>
      <w:r>
        <w:br/>
      </w:r>
      <w:r>
        <w:rPr>
          <w:sz w:val="20"/>
        </w:rPr>
        <w:t>29:25  yeh controversy chal rahi thi awwal din se. to controversial maqam se masjid ko hata kar relocate kiya jaye to harj kya hai?</w:t>
      </w:r>
      <w:r>
        <w:br/>
      </w:r>
      <w:r>
        <w:rPr>
          <w:sz w:val="20"/>
        </w:rPr>
        <w:t>29:33  aap kal razi ho jaiye is par. koi razi nahi hua. ab ab ab kya hai? yani ba tour-e-usool razi nahi hue thay, lekin ab majboori ke tehat razi hain.</w:t>
      </w:r>
      <w:r>
        <w:br/>
      </w:r>
      <w:r>
        <w:rPr>
          <w:sz w:val="20"/>
        </w:rPr>
        <w:t>29:47  aur maine ek bohat bari misaal di relocation ki. bohat hi bari misaal. dekhiye, aap ko maloom hona chahiye ke Ka'aba ko bhi relocate kiya gaya hai.</w:t>
      </w:r>
      <w:r>
        <w:br/>
      </w:r>
      <w:r>
        <w:rPr>
          <w:sz w:val="20"/>
        </w:rPr>
        <w:t>29:59  aap ghor kijiye, Ka'aba ko bhi relocate kiya gaya hai. Rasool Allah Sal Allahu Alaihi Wasallam par razi hui hai.</w:t>
      </w:r>
      <w:r>
        <w:br/>
      </w:r>
      <w:r>
        <w:rPr>
          <w:sz w:val="20"/>
        </w:rPr>
        <w:t>30:08  aap mein se jin aadmiyon ne Hajj kiya hoga, Umrah kiya hoga, wo dekha hoga ke ab jo Ka'aba hai, wo chokor hai. is chokor Ka'aba ke sath ek khuli zameen hai, is ko Hatim kehte hain.</w:t>
      </w:r>
      <w:r>
        <w:br/>
      </w:r>
      <w:r>
        <w:rPr>
          <w:sz w:val="20"/>
        </w:rPr>
        <w:t>30:21  is Hatim ko, wo Hatim jis ko kehte hain, wo jagah Ka'aba mein shamil thi, Hazrat Ibrahim wali Ka'aba mein. Hazrat Ibrahim jo Ka'aba banaya tha, wo chokor nahi tha, wo lamba tha.</w:t>
      </w:r>
      <w:r>
        <w:br/>
      </w:r>
      <w:r>
        <w:rPr>
          <w:sz w:val="20"/>
        </w:rPr>
        <w:t>30:35  ab jo kaba hai, woh chokor hai. woh in logon ne banaya hai jo makkah mein us zamane mein shirk tha, us zamane ke jo mushrikeen thay, unhon ne banaya tha.</w:t>
      </w:r>
      <w:r>
        <w:br/>
      </w:r>
      <w:r>
        <w:rPr>
          <w:sz w:val="20"/>
        </w:rPr>
        <w:t>30:47  wahan ke mushrikeen ne kaba ko releegate kiya. zara ghor kijiye is ko. yaani lambe kaba ko chokor bana diya.</w:t>
      </w:r>
      <w:r>
        <w:br/>
      </w:r>
      <w:r>
        <w:rPr>
          <w:sz w:val="20"/>
        </w:rPr>
        <w:t>30:57  that was relocation of kaba. aur rasool allah sallallahu alaihi wasallam raazi ho gaye. is ke ilawa arab countries mein bohat si masjidon ko relegate kiya gaya aur ulama ne fatwa diya ke jaiz hai.</w:t>
      </w:r>
      <w:r>
        <w:br/>
      </w:r>
      <w:r>
        <w:rPr>
          <w:sz w:val="20"/>
        </w:rPr>
        <w:t>31:15  tab bhi india ke musalmanon mein, yahan ke jo jazbati aur na qabil e taqdeesh rehnuma thay, kaha ke hum nahin mante, hum nahin mante.</w:t>
      </w:r>
      <w:r>
        <w:br/>
      </w:r>
      <w:r>
        <w:rPr>
          <w:sz w:val="20"/>
        </w:rPr>
        <w:t>31:26  lekin yaad rakhiye, agar aap reality ko na manen to aakhir mein aap ko munafiq banna parta hai. as a principle, agar aap na manen reality ko to kya hota hai?</w:t>
      </w:r>
      <w:r>
        <w:br/>
      </w:r>
      <w:r>
        <w:rPr>
          <w:sz w:val="20"/>
        </w:rPr>
        <w:t>31:40  munafiq banna parta hai aap ko. aur wohi aaj kal ho raha hai. to maine kaha ke releegation par raazi ho jao.</w:t>
      </w:r>
      <w:r>
        <w:br/>
      </w:r>
      <w:r>
        <w:rPr>
          <w:sz w:val="20"/>
        </w:rPr>
        <w:t>31:51  is mein koi burai nahin hai. lekin raazi nahin hue. to kya frustration, shikayat. aise hi dekhiye, india mein faza thori si azadi ke baad pachas hazar se zyada faza thi.</w:t>
      </w:r>
      <w:r>
        <w:br/>
      </w:r>
      <w:r>
        <w:rPr>
          <w:sz w:val="20"/>
        </w:rPr>
        <w:t>32:09  us zamane mein maine ek sahabi ka qaul bataya logon ko. woh india ke fasadat ke muamle mein bohat hi relevant tha.</w:t>
      </w:r>
      <w:r>
        <w:br/>
      </w:r>
      <w:r>
        <w:rPr>
          <w:sz w:val="20"/>
        </w:rPr>
        <w:t>32:20  ke malla yarḍa bil qalili mimma yateehi fa hiya ṣṣafīʿu yarḍa bil kathīri yaani tum nadan ke chote shar par raazi ho jao.</w:t>
      </w:r>
      <w:r>
        <w:br/>
      </w:r>
      <w:r>
        <w:rPr>
          <w:sz w:val="20"/>
        </w:rPr>
        <w:t>32:32  kyun ke agar na raazi ho gaye to bara shar pesh ayega. to commander right jo hote hain, india mein hote thay, woh choti choti baton par, choti choti baton par.</w:t>
      </w:r>
      <w:r>
        <w:br/>
      </w:r>
      <w:r>
        <w:rPr>
          <w:sz w:val="20"/>
        </w:rPr>
        <w:t>32:43  holi ka rang par gaya masjid ki deewar par, wahan fasad ho gaya. curtain ki awaz aa rahi hai taraveeh ke waqt, to is par fasad ho gaya.</w:t>
      </w:r>
      <w:r>
        <w:br/>
      </w:r>
      <w:r>
        <w:rPr>
          <w:sz w:val="20"/>
        </w:rPr>
        <w:t>32:55  to hadith mein hai ke choti baton par raazi ho jao. raazi na ho gaye to badi badi baton par raazi hona parega. yaani matlab kya hua? lesser evil ko agar nahin gawara karoge to greater evil samne ayega.</w:t>
      </w:r>
      <w:r>
        <w:br/>
      </w:r>
      <w:r>
        <w:rPr>
          <w:sz w:val="20"/>
        </w:rPr>
        <w:t>33:08  yeh maine kaha. lekin jazbati rehnumaon ne is ko bhi nahin, is ke khilaf hungama kiya aur musalmanon ko hataya is se.</w:t>
      </w:r>
      <w:r>
        <w:br/>
      </w:r>
      <w:r>
        <w:rPr>
          <w:sz w:val="20"/>
        </w:rPr>
        <w:t>33:18  ab aaj musalmanon ka haal kya hai? ke jis cheez ko unhon ne as a principle nahin mana tha, usi cheez ko aaj man rahe hain, yaani ehsas majboori ke tehat.</w:t>
      </w:r>
      <w:r>
        <w:br/>
      </w:r>
      <w:r>
        <w:rPr>
          <w:sz w:val="20"/>
        </w:rPr>
        <w:t>33:31  yeh koi tareeqa hai? aise hi musalmanon ne hungama kiya ke reservation hum ko do, reservation do. to main us zamane mein un ke jalson mein gaya, maine kaha ke dekhiye, reservation na to aap ko milega aur mil jaye to is se koi barabar bhi saal hone wala nahin hai.</w:t>
      </w:r>
    </w:p>
    <w:p>
      <w:pPr>
        <w:pStyle w:val="Heading2"/>
      </w:pPr>
      <w:r>
        <w:t>Anger cost Muslims dawah opportunities</w:t>
      </w:r>
    </w:p>
    <w:p>
      <w:r>
        <w:rPr>
          <w:color w:val="666666"/>
          <w:sz w:val="18"/>
        </w:rPr>
        <w:t>Don't Be Angry Culture January 15, 2012 Maulana Wahiduddin Khan · 6m 04s · at 40:57 · https://youtu.be/rY1Ikwmwwdk?t=2457</w:t>
      </w:r>
    </w:p>
    <w:p>
      <w:r>
        <w:rPr>
          <w:i/>
        </w:rPr>
        <w:t>“Is ki taza misaal deta hoon aap ko: United States of America”</w:t>
      </w:r>
    </w:p>
    <w:p>
      <w:r>
        <w:rPr>
          <w:sz w:val="20"/>
        </w:rPr>
        <w:t>40:57  is ki taza misaal mein deta hoon aap ko. taza misaal United States of America ki hai. aap jante hain ke nine eleven ka jo waqea hua tha, us ke baad America ke leader ghusa ho gaye.</w:t>
      </w:r>
      <w:r>
        <w:br/>
      </w:r>
      <w:r>
        <w:rPr>
          <w:sz w:val="20"/>
        </w:rPr>
        <w:t>41:14  bahut. kyunke woh jo tower tha New York mein, woh mein ne dekha hai, is par mein charha bhi hoon. woh America ka pride tha.</w:t>
      </w:r>
      <w:r>
        <w:br/>
      </w:r>
      <w:r>
        <w:rPr>
          <w:sz w:val="20"/>
        </w:rPr>
        <w:t>41:27  woh America ka pride tha woh.</w:t>
      </w:r>
      <w:r>
        <w:br/>
      </w:r>
      <w:r>
        <w:rPr>
          <w:sz w:val="20"/>
        </w:rPr>
        <w:t>41:32  to jab is ko hawa jahaz takra kar ke is ko tod diya gaya to kya keh America ke pride ko tod diya gaya.</w:t>
      </w:r>
      <w:r>
        <w:br/>
      </w:r>
      <w:r>
        <w:rPr>
          <w:sz w:val="20"/>
        </w:rPr>
        <w:t>41:44  ab Amrici log ghussa ho gaye. unhon ne kaha ke hum in logon se inteqam len ge. yeh baatein baqayda maujood hain ke inteqam lene ka jazba bharka America walon mein.</w:t>
      </w:r>
      <w:r>
        <w:br/>
      </w:r>
      <w:r>
        <w:rPr>
          <w:sz w:val="20"/>
        </w:rPr>
        <w:t>41:57  acha is ke baad hamla kiya.</w:t>
      </w:r>
      <w:r>
        <w:br/>
      </w:r>
      <w:r>
        <w:rPr>
          <w:sz w:val="20"/>
        </w:rPr>
        <w:t>42:02  Bush ke zamanay mein.</w:t>
      </w:r>
      <w:r>
        <w:br/>
      </w:r>
      <w:r>
        <w:rPr>
          <w:sz w:val="20"/>
        </w:rPr>
        <w:t>42:07  aur jooti taqat thi America ne laga di. aur itni yani itni bari larai ladni pari America ko ke is mein five trillion dollar kharch ho gaye is ke.</w:t>
      </w:r>
      <w:r>
        <w:br/>
      </w:r>
      <w:r>
        <w:rPr>
          <w:sz w:val="20"/>
        </w:rPr>
        <w:t>42:22  paanch trillion dollar. yani paanch kharab dollar. lekin aaj aap ko pata hai ke America apne maqsad ko achieve nahi kar saka, wapas ja raha hai.</w:t>
      </w:r>
      <w:r>
        <w:br/>
      </w:r>
      <w:r>
        <w:rPr>
          <w:sz w:val="20"/>
        </w:rPr>
        <w:t>42:36  yeh sab log jante hain. is ke kitne fauji maare gaye, kitna paisa nuqsan hua. khud America ki economy jo hai woh hil gayi bilkul.</w:t>
      </w:r>
      <w:r>
        <w:br/>
      </w:r>
      <w:r>
        <w:rPr>
          <w:sz w:val="20"/>
        </w:rPr>
        <w:t>42:48  aap jante hain. kyun? ghusse ke tehat ek faisla kiya tha super power ne. to yaad rakhen super power bhi agar ghusse mein ek faisla kare to is ka faisla bhi ghalati ghalat hi hoga.</w:t>
      </w:r>
      <w:r>
        <w:br/>
      </w:r>
      <w:r>
        <w:rPr>
          <w:sz w:val="20"/>
        </w:rPr>
        <w:t>43:06  koi afford nahi kar sakta ghusse ko, chahe super power ho, chahe ek aam insan ho. yeh kitni bari baat hai.</w:t>
      </w:r>
      <w:r>
        <w:br/>
      </w:r>
      <w:r>
        <w:rPr>
          <w:sz w:val="20"/>
        </w:rPr>
        <w:t>43:20  aur sab se bara nuqsan jo ghusse ka hai woh kya hai? ke hum opportunity ko bhool jate hain aur sirf violence, inteqam yahi hamare dimagh par saya aata hai.</w:t>
      </w:r>
      <w:r>
        <w:br/>
      </w:r>
      <w:r>
        <w:rPr>
          <w:sz w:val="20"/>
        </w:rPr>
        <w:t>43:32  is ki sab se bari misaal jo is do sau saal ke andar hui hai, do sau saal.</w:t>
      </w:r>
      <w:r>
        <w:br/>
      </w:r>
      <w:r>
        <w:rPr>
          <w:sz w:val="20"/>
        </w:rPr>
        <w:t>43:39  ke European qaumein Asia aur Africa mein dakhil ho gaeen. Industrial Revolution ke baad nai taqaton ko le kar unhon ne Muslim hukoomaton ko zair kiya.</w:t>
      </w:r>
      <w:r>
        <w:br/>
      </w:r>
      <w:r>
        <w:rPr>
          <w:sz w:val="20"/>
        </w:rPr>
        <w:t>43:54  aur apna dabdaba qaim kiya.</w:t>
      </w:r>
      <w:r>
        <w:br/>
      </w:r>
      <w:r>
        <w:rPr>
          <w:sz w:val="20"/>
        </w:rPr>
        <w:t>43:57  aap jante hain ke</w:t>
      </w:r>
      <w:r>
        <w:br/>
      </w:r>
      <w:r>
        <w:rPr>
          <w:sz w:val="20"/>
        </w:rPr>
        <w:t>44:02  Ottoman Empire khatam hui, Mughal Empire khatam hui. aur bohat si hukoomaten idhar udhar jo theen sab khatam huin. unhon ne dabdaba qaim kiya apna. ab Musalman sab ghusse mein aa gaye.</w:t>
      </w:r>
      <w:r>
        <w:br/>
      </w:r>
      <w:r>
        <w:rPr>
          <w:sz w:val="20"/>
        </w:rPr>
        <w:t>44:11  saari dunya ke Musalman ghusse mein aa gaye.</w:t>
      </w:r>
      <w:r>
        <w:br/>
      </w:r>
      <w:r>
        <w:rPr>
          <w:sz w:val="20"/>
        </w:rPr>
        <w:t>44:17  aur larai chher di.</w:t>
      </w:r>
      <w:r>
        <w:br/>
      </w:r>
      <w:r>
        <w:rPr>
          <w:sz w:val="20"/>
        </w:rPr>
        <w:t>44:19  milla kuch bhi nahi. do saal, do sau saal ki do do saal ki jang mein. do sau nahi, do sau, do do saal.</w:t>
      </w:r>
      <w:r>
        <w:br/>
      </w:r>
      <w:r>
        <w:rPr>
          <w:sz w:val="20"/>
        </w:rPr>
        <w:t>44:30  yani nineteen century, twenty-eighth century. do</w:t>
      </w:r>
      <w:r>
        <w:br/>
      </w:r>
      <w:r>
        <w:rPr>
          <w:sz w:val="20"/>
        </w:rPr>
        <w:t>44:38  itni lambi war jo hai is mein kya mila?</w:t>
      </w:r>
      <w:r>
        <w:br/>
      </w:r>
      <w:r>
        <w:rPr>
          <w:sz w:val="20"/>
        </w:rPr>
        <w:t>44:45  nahi, do sau saal theek kaha mein ne kaha, do sau saal. do sau saal ki larai mein kya mila? kuch bhi nahi mila. do sau saal ki larai mein kuch bhi nahi mila.</w:t>
      </w:r>
      <w:r>
        <w:br/>
      </w:r>
      <w:r>
        <w:rPr>
          <w:sz w:val="20"/>
        </w:rPr>
        <w:t>44:57  aur nuqsan kya hua? nuqsan hua yeh hua ke yeh saare log aa gaye thay hamare deshon mein, hamare mulkon mein.</w:t>
      </w:r>
      <w:r>
        <w:br/>
      </w:r>
      <w:r>
        <w:rPr>
          <w:sz w:val="20"/>
        </w:rPr>
        <w:t>45:06  yeh thay madu hamare. madu. yeh saare log madu thay. European qaumein jo aa gayi theen Muslim mulkon mein.</w:t>
      </w:r>
      <w:r>
        <w:br/>
      </w:r>
      <w:r>
        <w:rPr>
          <w:sz w:val="20"/>
        </w:rPr>
        <w:t>45:20  colonialism ke zamane mein. nawabadiyati dour ke zamane mein. to</w:t>
      </w:r>
      <w:r>
        <w:br/>
      </w:r>
      <w:r>
        <w:rPr>
          <w:sz w:val="20"/>
        </w:rPr>
        <w:t>45:26  yeh to madعو thay hamare. madعو khud aa gaya daai ke paas. ab in ko dawat do.</w:t>
      </w:r>
      <w:r>
        <w:br/>
      </w:r>
      <w:r>
        <w:rPr>
          <w:sz w:val="20"/>
        </w:rPr>
        <w:t>45:34  isi ka nateeja dekhiye yeh hai ke is zamane mein aik bohat bari industry nikli hai jis ko kehte hain tourism.</w:t>
      </w:r>
      <w:r>
        <w:br/>
      </w:r>
      <w:r>
        <w:rPr>
          <w:sz w:val="20"/>
        </w:rPr>
        <w:t>45:44  tourism, siyahati ki industry.</w:t>
      </w:r>
      <w:r>
        <w:br/>
      </w:r>
      <w:r>
        <w:rPr>
          <w:sz w:val="20"/>
        </w:rPr>
        <w:t>45:47  pehlay aisa nahi hota tha kyunke communication jo ho gaya, communication aaya, sawariyan aain. aur aasani ho gayi aanay janay mein.</w:t>
      </w:r>
      <w:r>
        <w:br/>
      </w:r>
      <w:r>
        <w:rPr>
          <w:sz w:val="20"/>
        </w:rPr>
        <w:t>45:59  globalization hua. to aik naya aik silsila shuru hua siyahati ka. lakhon lakh log yahan se wahan janay lagay.</w:t>
      </w:r>
      <w:r>
        <w:br/>
      </w:r>
      <w:r>
        <w:rPr>
          <w:sz w:val="20"/>
        </w:rPr>
        <w:t>46:09  ab muslim mulkon mein siyah bhi aanay lagay, bohat ziyada</w:t>
      </w:r>
      <w:r>
        <w:br/>
      </w:r>
      <w:r>
        <w:rPr>
          <w:sz w:val="20"/>
        </w:rPr>
        <w:t>46:13  . lekin musalman in siyahon ko negative nazar se dekhte hain. samajhte hain ke yeh sab sazishi hain, hamare dushman hain yeh log.</w:t>
      </w:r>
      <w:r>
        <w:br/>
      </w:r>
      <w:r>
        <w:rPr>
          <w:sz w:val="20"/>
        </w:rPr>
        <w:t>46:22  aate hain hamare culture kharab karne ke liye. bum marte hain. halankay woh to madعو hain. yeh saray log aa ke madعو hain.</w:t>
      </w:r>
      <w:r>
        <w:br/>
      </w:r>
      <w:r>
        <w:rPr>
          <w:sz w:val="20"/>
        </w:rPr>
        <w:t>46:34  kaha madعو khud aap ke haan aaya hua hai.</w:t>
      </w:r>
      <w:r>
        <w:br/>
      </w:r>
      <w:r>
        <w:rPr>
          <w:sz w:val="20"/>
        </w:rPr>
        <w:t>46:40  Allah taala ne is ummat ke liye jo sab se bara inaam rakha hai ummat Muhammadi ke liye woh hai dawat ilal Allah.</w:t>
      </w:r>
      <w:r>
        <w:br/>
      </w:r>
      <w:r>
        <w:rPr>
          <w:sz w:val="20"/>
        </w:rPr>
        <w:t>46:48  dekhiye namaz parhein tab bhi sawab hai, roza rakhein tab bhi sawab hai. haj karein tab bhi sawab hai. lekin agar aap dawat ilal Allah ka kaam karte hain to sab se bara sawab hai.</w:t>
      </w:r>
    </w:p>
    <w:p>
      <w:pPr>
        <w:pStyle w:val="Heading2"/>
      </w:pPr>
      <w:r>
        <w:t>Discovering principle of maneuver and ajz kamil</w:t>
      </w:r>
    </w:p>
    <w:p>
      <w:r>
        <w:rPr>
          <w:color w:val="666666"/>
          <w:sz w:val="18"/>
        </w:rPr>
        <w:t>Attaining Wisdom through State of Helplessness November 28, 2019 - Maulana Wahiduddin Khan · 5m 31s · at 27:50 · https://youtu.be/dS29D4Pt-3U?t=1670</w:t>
      </w:r>
    </w:p>
    <w:p>
      <w:r>
        <w:rPr>
          <w:i/>
        </w:rPr>
        <w:t>“Main waahed shakhs hoon jinhon ne isko daryaft kiya”</w:t>
      </w:r>
    </w:p>
    <w:p>
      <w:r>
        <w:rPr>
          <w:sz w:val="20"/>
        </w:rPr>
        <w:t>27:50  to mein wahid shakhs hoon jinhon ne is ko daryaft kiya ke in logon ko hukmaranon se takrao nahi karna chahiye tha.</w:t>
      </w:r>
      <w:r>
        <w:br/>
      </w:r>
      <w:r>
        <w:rPr>
          <w:sz w:val="20"/>
        </w:rPr>
        <w:t>28:02  bhaga takrao ke</w:t>
      </w:r>
      <w:r>
        <w:br/>
      </w:r>
      <w:r>
        <w:rPr>
          <w:sz w:val="20"/>
        </w:rPr>
        <w:t>28:06  maanish karna chahiye tha maanish. Lekin in sab logon ne takrao phir danda utha liya. Pakistan mein, misr mein, har jagah, falasteen mein.</w:t>
      </w:r>
      <w:r>
        <w:br/>
      </w:r>
      <w:r>
        <w:rPr>
          <w:sz w:val="20"/>
        </w:rPr>
        <w:t>28:18  mein akela hi woh kar sakta hoon. Mein ne kaha ke maanish karna chahiye, takrao nahi karna chahiye. To yeh meri fehrist hai ke mein bas mere bas mein nahi hai tajaddud karna.</w:t>
      </w:r>
      <w:r>
        <w:br/>
      </w:r>
      <w:r>
        <w:rPr>
          <w:sz w:val="20"/>
        </w:rPr>
        <w:t>28:35  be is wajah se mein ne samjhaya ke deen ka ek pehlu</w:t>
      </w:r>
      <w:r>
        <w:br/>
      </w:r>
      <w:r>
        <w:rPr>
          <w:sz w:val="20"/>
        </w:rPr>
        <w:t>28:44  khaifa khaifa mein tha. Allah ne chaha ise kholna to aise ek insaan ko paida kiya.</w:t>
      </w:r>
      <w:r>
        <w:br/>
      </w:r>
      <w:r>
        <w:rPr>
          <w:sz w:val="20"/>
        </w:rPr>
        <w:t>28:59  Allah se poochein kya kehte hain log?</w:t>
      </w:r>
      <w:r>
        <w:br/>
      </w:r>
      <w:r>
        <w:rPr>
          <w:sz w:val="20"/>
        </w:rPr>
        <w:t>29:01  ji Maulana, jo aap ka ehsaas hai, bilkul sahi baat hai Maulana ke deen ki azmat ke naam par aur bade bade azeem log uthe, uth ke jo hai sirf deen ka azmat hi pehlu bayan karne ke liye apni taqat ko istemal kiya aur apni zabaan ko, apni salahiyaton ko istemal kiya.</w:t>
      </w:r>
      <w:r>
        <w:br/>
      </w:r>
      <w:r>
        <w:rPr>
          <w:sz w:val="20"/>
        </w:rPr>
        <w:t>29:27  lekin Allah taala ne jo aap ke zariye se khud Allah taala ne khaas bator khaas deen ka jo modest pehlu hai, us ko yeh karne ke liye aap ko intehai modest bana kar Allah taala ne paida kiya.</w:t>
      </w:r>
      <w:r>
        <w:br/>
      </w:r>
      <w:r>
        <w:rPr>
          <w:sz w:val="20"/>
        </w:rPr>
        <w:t>29:43  Maulana,</w:t>
      </w:r>
      <w:r>
        <w:br/>
      </w:r>
      <w:r>
        <w:rPr>
          <w:sz w:val="20"/>
        </w:rPr>
        <w:t>29:47  kya keh rahe hain? Iqbal sahib yeh keh rahe hain ke ah jitne bhi ah musalmanon ke bade log hain, unhon ne Islam ke is pehlu ko ah pesh kiya jis mein azmat ki baat shamil ho ya yeh ke quwwat ki baat aati ho.</w:t>
      </w:r>
      <w:r>
        <w:br/>
      </w:r>
      <w:r>
        <w:rPr>
          <w:sz w:val="20"/>
        </w:rPr>
        <w:t>30:06  to unhon ne yahi cheez pesh ki. Sirf aap ne deen ke is pehlu ko pesh kiya jis mein modesty hoti hai, ajz hota hai.</w:t>
      </w:r>
      <w:r>
        <w:br/>
      </w:r>
      <w:r>
        <w:rPr>
          <w:sz w:val="20"/>
        </w:rPr>
        <w:t>30:16  ji j</w:t>
      </w:r>
      <w:r>
        <w:br/>
      </w:r>
      <w:r>
        <w:rPr>
          <w:sz w:val="20"/>
        </w:rPr>
        <w:t>30:17  y, ittefaq hai nahi, bilkul ittefaq hai. Maulana, acha, isi liye Maulana, koi marifat ko bhi discover nahi kar saka poori tareekh mein.</w:t>
      </w:r>
      <w:r>
        <w:br/>
      </w:r>
      <w:r>
        <w:rPr>
          <w:sz w:val="20"/>
        </w:rPr>
        <w:t>30:31  Fayyaz sahib yeh keh rahe hain ke yahi wajah hai ke poori tareekh mein koi marifat ko discover nahi kar saka.</w:t>
      </w:r>
      <w:r>
        <w:br/>
      </w:r>
      <w:r>
        <w:rPr>
          <w:sz w:val="20"/>
        </w:rPr>
        <w:t>30:38  asal baat to yahi hai ji ji, marifat jo hai milti hai maritrry ke aakhri satah par ja kar ke.</w:t>
      </w:r>
      <w:r>
        <w:br/>
      </w:r>
      <w:r>
        <w:rPr>
          <w:sz w:val="20"/>
        </w:rPr>
        <w:t>30:49  isi liye mein ne likha hai ek kitaab mein ke</w:t>
      </w:r>
      <w:r>
        <w:br/>
      </w:r>
      <w:r>
        <w:rPr>
          <w:sz w:val="20"/>
        </w:rPr>
        <w:t>30:56  momin ki kaun hai? Momin woh hai jo</w:t>
      </w:r>
      <w:r>
        <w:br/>
      </w:r>
      <w:r>
        <w:rPr>
          <w:sz w:val="20"/>
        </w:rPr>
        <w:t>31:03  woh</w:t>
      </w:r>
      <w:r>
        <w:br/>
      </w:r>
      <w:r>
        <w:rPr>
          <w:sz w:val="20"/>
        </w:rPr>
        <w:t>31:17  ek likha hai mein ne ke. Apne ko aap ne</w:t>
      </w:r>
      <w:r>
        <w:br/>
      </w:r>
      <w:r>
        <w:rPr>
          <w:sz w:val="20"/>
        </w:rPr>
        <w:t>31:33  woh kya likha hai? maine keh ajz-e-kamil ki doosri haan satah banata</w:t>
      </w:r>
      <w:r>
        <w:br/>
      </w:r>
      <w:r>
        <w:rPr>
          <w:sz w:val="20"/>
        </w:rPr>
        <w:t>31:41  hai. ji haan, extend, extend banata hai. haan, jo extend banata hai, uski kam poora kya hai?</w:t>
      </w:r>
      <w:r>
        <w:br/>
      </w:r>
      <w:r>
        <w:rPr>
          <w:sz w:val="20"/>
        </w:rPr>
        <w:t>31:55  khuda jab qadir hai, yeh jumla koi poori tareekh mein soch bhi nahi sakta, lekin likhna toh bohat door ki baat hai. yeh sirf mere jaisa kamzor aadmi soch sakta tha.</w:t>
      </w:r>
      <w:r>
        <w:br/>
      </w:r>
      <w:r>
        <w:rPr>
          <w:sz w:val="20"/>
        </w:rPr>
        <w:t>32:08  bataiye, jumla kya hai? woh</w:t>
      </w:r>
      <w:r>
        <w:br/>
      </w:r>
      <w:r>
        <w:rPr>
          <w:sz w:val="20"/>
        </w:rPr>
        <w:t>32:22  qudrat-e-kamilah ke muqable mein ajz-e-kamil ka doosra extend banat</w:t>
      </w:r>
      <w:r>
        <w:br/>
      </w:r>
      <w:r>
        <w:rPr>
          <w:sz w:val="20"/>
        </w:rPr>
        <w:t>32:29  a hai. ji ji, yeh yeh jumla hai meri taraf tareekh mein koi soch bhi nahi saka kyunke log ajz-e-kamil ki satah pe hote hi nahi.</w:t>
      </w:r>
      <w:r>
        <w:br/>
      </w:r>
      <w:r>
        <w:rPr>
          <w:sz w:val="20"/>
        </w:rPr>
        <w:t>32:41  woh aap ne jo kiya jaane, woh qadir-e-mutlaq ke muqable mein aajiz-e-mutlaq ka extend banata hai.</w:t>
      </w:r>
      <w:r>
        <w:br/>
      </w:r>
      <w:r>
        <w:rPr>
          <w:sz w:val="20"/>
        </w:rPr>
        <w:t>32:51  haan haan haan, toh aap logon se ittefaq hai? bas yeh bilkul ittefaq hai, Maulana.</w:t>
      </w:r>
    </w:p>
    <w:p>
      <w:pPr>
        <w:pStyle w:val="Heading2"/>
      </w:pPr>
      <w:r>
        <w:t>Two companions collide, anger turns to apology and self-blame</w:t>
      </w:r>
    </w:p>
    <w:p>
      <w:r>
        <w:rPr>
          <w:color w:val="666666"/>
          <w:sz w:val="18"/>
        </w:rPr>
        <w:t>Don't Be Angry Culture January 15, 2012 · 3m 29s · at 14:14 · https://youtu.be/NrA3X8y_FLY?t=854</w:t>
      </w:r>
    </w:p>
    <w:p>
      <w:r>
        <w:rPr>
          <w:i/>
        </w:rPr>
        <w:t>“Ek sahabi the Madine ke bahar ke, jinhone Islam qubool kiya”</w:t>
      </w:r>
    </w:p>
    <w:p>
      <w:r>
        <w:rPr>
          <w:sz w:val="20"/>
        </w:rPr>
        <w:t>14:14  to ek misaal mein deta hoon aap ko. ek sahabi the madine ke bahar ke.</w:t>
      </w:r>
      <w:r>
        <w:br/>
      </w:r>
      <w:r>
        <w:rPr>
          <w:sz w:val="20"/>
        </w:rPr>
        <w:t>14:24  madine ke bahar ek qabila tha, woh us ne Islam qubool kiya. to us ne apne ek aadmi ko bheja madine ke rasool Allah ke paas jao.</w:t>
      </w:r>
      <w:r>
        <w:br/>
      </w:r>
      <w:r>
        <w:rPr>
          <w:sz w:val="20"/>
        </w:rPr>
        <w:t>14:37  aap kuch hua to baitho aur kuch deen seekh kar aao aur hamein batao. to woh aadmi aaya. us waqt aap ek safar mein the aur khayme mein the aap.</w:t>
      </w:r>
      <w:r>
        <w:br/>
      </w:r>
      <w:r>
        <w:rPr>
          <w:sz w:val="20"/>
        </w:rPr>
        <w:t>14:56  to khayme mein log ja rahe the, rasool Allah andar khayme ke andar the to log ja rahe the, us ke andar dakhil ho rahe the. to woh aadmi jo aaya tha bahar se, us ne andar dakhil hone mein thoda jaldi ki.</w:t>
      </w:r>
      <w:r>
        <w:br/>
      </w:r>
      <w:r>
        <w:rPr>
          <w:sz w:val="20"/>
        </w:rPr>
        <w:t>15:12  ke jaldi se mein andar pahunch jaon. to kisi shakhs se us ka takkar dhakka lag gaya.</w:t>
      </w:r>
      <w:r>
        <w:br/>
      </w:r>
      <w:r>
        <w:rPr>
          <w:sz w:val="20"/>
        </w:rPr>
        <w:t>15:23  to woh doosra aadmi jo jis ko dhakka laga tha, woh ghussa aa gaya. us ko ghussa aa gaya. ghusse mein us ne kaha la in darabt la in darabtani la darban la darban la in dafa'tani la tafanak agar ab tum phir mujhe dhakka doge, mein tum ko dhakka doonga.</w:t>
      </w:r>
      <w:r>
        <w:br/>
      </w:r>
      <w:r>
        <w:rPr>
          <w:sz w:val="20"/>
        </w:rPr>
        <w:t>15:45  tum maroge to mein tum ko maroonga. ghusse mein us ne kaha.</w:t>
      </w:r>
      <w:r>
        <w:br/>
      </w:r>
      <w:r>
        <w:rPr>
          <w:sz w:val="20"/>
        </w:rPr>
        <w:t>15:51  to doosra aadmi ghussa nahi hua. us ne us ko explain kiya. us ne kaha ke dekho, mein door se aaya hoon. mujhe rasool Allah se kuch seekhna hai.</w:t>
      </w:r>
      <w:r>
        <w:br/>
      </w:r>
      <w:r>
        <w:rPr>
          <w:sz w:val="20"/>
        </w:rPr>
        <w:t>16:04  to mein kuch logon ne mujhe bheja hai. mein jaldi kar raha tha. taake agar wahan andar bheed ho jayegi to mein nahi pahunch paunga.</w:t>
      </w:r>
      <w:r>
        <w:br/>
      </w:r>
      <w:r>
        <w:rPr>
          <w:sz w:val="20"/>
        </w:rPr>
        <w:t>16:15  to is liye main thora mujh se jaldi ho gai.</w:t>
      </w:r>
      <w:r>
        <w:br/>
      </w:r>
      <w:r>
        <w:rPr>
          <w:sz w:val="20"/>
        </w:rPr>
        <w:t>16:20  is ki wajah se tum ko dhakka lag gaya. to wahi aadmi jis ne pehle ghusse mein kaha tha ke main tum ko maro ga, aik dam is ka mood badal gaya.</w:t>
      </w:r>
      <w:r>
        <w:br/>
      </w:r>
      <w:r>
        <w:rPr>
          <w:sz w:val="20"/>
        </w:rPr>
        <w:t>16:31  achanak badal gaya. is ne kaha ke wallah la ashra min pehle is ne kaha tha ya ashra al-rijal wahi wahi shakhs ke munh se nikla tha ya ashra al-rijal aye bohat hi ziyada buray aadmi.</w:t>
      </w:r>
      <w:r>
        <w:br/>
      </w:r>
      <w:r>
        <w:rPr>
          <w:sz w:val="20"/>
        </w:rPr>
        <w:t>16:50  aye logon mein sab se ziyada buray aadmi. lekin jab is ne explain kiya to wahi shakhs dobara kehta hai ke wallah la ashra mink khuda ki qasam, main hi sab se ziyada bura hoon.</w:t>
      </w:r>
      <w:r>
        <w:br/>
      </w:r>
      <w:r>
        <w:rPr>
          <w:sz w:val="20"/>
        </w:rPr>
        <w:t>17:11  khuda ki qasam, main hi sab se ziyada bura hoon. wallah la ashra mink</w:t>
      </w:r>
      <w:r>
        <w:br/>
      </w:r>
      <w:r>
        <w:rPr>
          <w:sz w:val="20"/>
        </w:rPr>
        <w:t>17:19  ab dekhiye, ghussa aya is aadmi ko. lekin jaise hi yeh baat explain ki gayi, foran woh maan gaya. apni ghalati ko tasleem kiya.</w:t>
      </w:r>
      <w:r>
        <w:br/>
      </w:r>
      <w:r>
        <w:rPr>
          <w:sz w:val="20"/>
        </w:rPr>
        <w:t>17:30  aur maafi mangi. yeh aik misaal hai. aik aur misaal mein arz karta hoon. ke ghusse se kitna bara nuqsan hota hai.</w:t>
      </w:r>
    </w:p>
    <w:p>
      <w:pPr>
        <w:pStyle w:val="Heading2"/>
      </w:pPr>
      <w:r>
        <w:t>Dubai airport as point of reference and danger of distraction</w:t>
      </w:r>
    </w:p>
    <w:p>
      <w:r>
        <w:rPr>
          <w:color w:val="666666"/>
          <w:sz w:val="18"/>
        </w:rPr>
        <w:t>An Intellectual journey 1 May 2011 - Maulana Wahiduddin Khan · 4m 04s · at 13:44 · https://youtu.be/lnfjC7x_s2A?t=824</w:t>
      </w:r>
    </w:p>
    <w:p>
      <w:r>
        <w:rPr>
          <w:i/>
        </w:rPr>
        <w:t>“Jab main utra Dubai airport par”</w:t>
      </w:r>
    </w:p>
    <w:p>
      <w:r>
        <w:rPr>
          <w:sz w:val="20"/>
        </w:rPr>
        <w:t>13:44  bada shukr kaise karenge aap? to ek aur ek aspect yeh hua. iske baad jab main utra dubai airport par to dubai airport bahut hi shandaar hai,</w:t>
      </w:r>
      <w:r>
        <w:br/>
      </w:r>
      <w:r>
        <w:rPr>
          <w:sz w:val="20"/>
        </w:rPr>
        <w:t>13:59  bahut shandaar.</w:t>
      </w:r>
      <w:r>
        <w:br/>
      </w:r>
      <w:r>
        <w:rPr>
          <w:sz w:val="20"/>
        </w:rPr>
        <w:t>14:02  to wahan par dekha maine ki main is jahaz se nikla to mere liye wheelchair, bahut hi achhi wheelchair maujood thi. phir jahaz ke andar mere liye bahut achha intezaam tha.</w:t>
      </w:r>
      <w:r>
        <w:br/>
      </w:r>
      <w:r>
        <w:rPr>
          <w:sz w:val="20"/>
        </w:rPr>
        <w:t>14:20  phir bahar nikla to</w:t>
      </w:r>
      <w:r>
        <w:br/>
      </w:r>
      <w:r>
        <w:rPr>
          <w:sz w:val="20"/>
        </w:rPr>
        <w:t>14:25  airline ki car, bahut hi umda qism ki car maujood thi. phir woh gayi, mujhe ek ek shandaar hotel mein thahraya isne, waghera waghera.</w:t>
      </w:r>
      <w:r>
        <w:br/>
      </w:r>
      <w:r>
        <w:rPr>
          <w:sz w:val="20"/>
        </w:rPr>
        <w:t>14:34  yeh bhi mere liye ek point of reference ban gaya ki Khudaaya, main zindagi ka safar jab khatm ho,</w:t>
      </w:r>
      <w:r>
        <w:br/>
      </w:r>
      <w:r>
        <w:rPr>
          <w:sz w:val="20"/>
        </w:rPr>
        <w:t>14:44  maut ke is paar main pahunchun to wahan to mujhe isi tareeqe se saari cheezein de de. wahan mujhe mehsoos hua ki main delhi mein jo chhoda tha, main ne us se bahut zyada mujhe dubai mil gaya.</w:t>
      </w:r>
      <w:r>
        <w:br/>
      </w:r>
      <w:r>
        <w:rPr>
          <w:sz w:val="20"/>
        </w:rPr>
        <w:t>15:01  to ajeeb, ek ajeeb ghareeb cheez, point of reference, point of reference ban gayi yeh tajurba</w:t>
      </w:r>
      <w:r>
        <w:br/>
      </w:r>
      <w:r>
        <w:rPr>
          <w:sz w:val="20"/>
        </w:rPr>
        <w:t>15:11  ki airport se pehle ki zindagi mere liye poori death period ko symbolize kar rahi thi. airport ke baad ki zindagi mujhe post death period ko symbolize kar rahi thi.</w:t>
      </w:r>
      <w:r>
        <w:br/>
      </w:r>
      <w:r>
        <w:rPr>
          <w:sz w:val="20"/>
        </w:rPr>
        <w:t>15:26  phir dil se duaon ka ek ek ek samandar nikla ki Khudaaya, maut ke baad jab main ek aur duniya mein pahunchun to wahan isi tarah to mujh ko aur zyada behtar de de jo duniya mein, aaj ki duniya mein, mujhe to ne de diya hai.</w:t>
      </w:r>
      <w:r>
        <w:br/>
      </w:r>
      <w:r>
        <w:rPr>
          <w:sz w:val="20"/>
        </w:rPr>
        <w:t>15:49  phir woh dua meri samajh mein aayi ki Rabbana aatina fid dunya hasanah, wa fil akhirati hasanah, wa qina azabannar. yeh dua ka matlab kya hai? ka matlab kya?</w:t>
      </w:r>
      <w:r>
        <w:br/>
      </w:r>
      <w:r>
        <w:rPr>
          <w:sz w:val="20"/>
        </w:rPr>
        <w:t>15:59  aap Khuda se keh rahe hote hain, Khudaaya, is duniya ka jo hasanah tha, is duniya ki jo achhi cheezein thin, woh aap ne de din mujhe.</w:t>
      </w:r>
      <w:r>
        <w:br/>
      </w:r>
      <w:r>
        <w:rPr>
          <w:sz w:val="20"/>
        </w:rPr>
        <w:t>16:08  ab akhirat ki jo achhi cheezein hain, jo us se bahut zyada hongi, woh bhi mujhe de di.</w:t>
      </w:r>
      <w:r>
        <w:br/>
      </w:r>
      <w:r>
        <w:rPr>
          <w:sz w:val="20"/>
        </w:rPr>
        <w:t>16:14  to aik aik blessing ko refer karte hue doosri blessing ko mangna yeh hai point of reference ka break.</w:t>
      </w:r>
      <w:r>
        <w:br/>
      </w:r>
      <w:r>
        <w:rPr>
          <w:sz w:val="20"/>
        </w:rPr>
        <w:t>16:27  ke aaj ki duniya mein jo aap ko blessing mili hui hai,</w:t>
      </w:r>
      <w:r>
        <w:br/>
      </w:r>
      <w:r>
        <w:rPr>
          <w:sz w:val="20"/>
        </w:rPr>
        <w:t>16:30  jab aap us ko realize karen, us ko discover karen to aap us position mein ho jate hain ke aap us ko, us ke hawale se, us ke reference se aap yeh keh saken ge, khudaya, is ke baad phir aik aur duniya mein dakhil hona hai mujhe.</w:t>
      </w:r>
      <w:r>
        <w:br/>
      </w:r>
      <w:r>
        <w:rPr>
          <w:sz w:val="20"/>
        </w:rPr>
        <w:t>16:47  to aap ne is is nemat ka ahtamam kar, duniya mein jis tarah to ne hasna diya hai, wahan bhi mujhe bartar hasna de de.</w:t>
      </w:r>
      <w:r>
        <w:br/>
      </w:r>
      <w:r>
        <w:rPr>
          <w:sz w:val="20"/>
        </w:rPr>
        <w:t>16:59  yeh kab hota hai? yeh jab aap ne koi distraction mein na jaen. sara sari burai distraction hai.</w:t>
      </w:r>
      <w:r>
        <w:br/>
      </w:r>
      <w:r>
        <w:rPr>
          <w:sz w:val="20"/>
        </w:rPr>
        <w:t>17:06  jaise maine arz kiya na ke jahaz mein hain to wahan TV dekh rahe hain, jahan se bahar aaye hain to shopping kar rahe hain, kisi hotel mein ja ke hawa kar ke khana kha rahe hain.</w:t>
      </w:r>
      <w:r>
        <w:br/>
      </w:r>
      <w:r>
        <w:rPr>
          <w:sz w:val="20"/>
        </w:rPr>
        <w:t>17:20  yani har cheez aap ke liye ban jati hai</w:t>
      </w:r>
      <w:r>
        <w:br/>
      </w:r>
      <w:r>
        <w:rPr>
          <w:sz w:val="20"/>
        </w:rPr>
        <w:t>17:24  distraction. har cheez, har cheez, bajaye is ke ke aap sochen. yani koi bhi cheez jo ke banne wali thi aap ke point of reference dua ke liye, woh ban jati hai point of entertainment.</w:t>
      </w:r>
      <w:r>
        <w:br/>
      </w:r>
      <w:r>
        <w:rPr>
          <w:sz w:val="20"/>
        </w:rPr>
        <w:t>17:41  yeh sab se bari mahroomi hai jis mein insan mubtala hai.</w:t>
      </w:r>
    </w:p>
    <w:p>
      <w:pPr>
        <w:pStyle w:val="Heading2"/>
      </w:pPr>
      <w:r>
        <w:t>Galileo, Copernicus, and how the Church's error mirrors Muslims today</w:t>
      </w:r>
    </w:p>
    <w:p>
      <w:r>
        <w:rPr>
          <w:color w:val="666666"/>
          <w:sz w:val="18"/>
        </w:rPr>
        <w:t>Is Islam in Danger, January 10, 2007 · 6m 01s · at 24:27 · https://youtu.be/1vrUjeA7508?t=1467</w:t>
      </w:r>
    </w:p>
    <w:p>
      <w:r>
        <w:rPr>
          <w:i/>
        </w:rPr>
        <w:t>“گلیلیو نے جب ٹیلیسکوپ بنائی، اس سے دیکھا تو اس کو لگا کہ یہ نظریہ غلط ہے”</w:t>
      </w:r>
    </w:p>
    <w:p>
      <w:r>
        <w:rPr>
          <w:sz w:val="20"/>
        </w:rPr>
        <w:t>24:27  Galileo ne jab telescope banai, us se dekha us ko to us ko laga keh yeh nazariya galat hai. Suraj markaz mein hai, zameen markaz mein nahi hai.</w:t>
      </w:r>
      <w:r>
        <w:br/>
      </w:r>
      <w:r>
        <w:rPr>
          <w:sz w:val="20"/>
        </w:rPr>
        <w:t>24:38  to unhon ne kiya kiya keh is ko sari jo scientific community thi us ke khilaf war chher di. Us zamane mein church ko siyasi taqat mila hua tha Europe mein.</w:t>
      </w:r>
      <w:r>
        <w:br/>
      </w:r>
      <w:r>
        <w:rPr>
          <w:sz w:val="20"/>
        </w:rPr>
        <w:t>24:52  Pope ko</w:t>
      </w:r>
      <w:r>
        <w:br/>
      </w:r>
      <w:r>
        <w:rPr>
          <w:sz w:val="20"/>
        </w:rPr>
        <w:t>24:53  . Pope jo tha us zamane mein mazhabi sarbarah bhi tha aur siyasi sarbarah bhi tha. To unhon ne is ko manne se inkar kar diya.</w:t>
      </w:r>
      <w:r>
        <w:br/>
      </w:r>
      <w:r>
        <w:rPr>
          <w:sz w:val="20"/>
        </w:rPr>
        <w:t>25:03  aur kaha keh jo yeh bole ga us ko hum saza dein ge. Yeh hota raha.</w:t>
      </w:r>
      <w:r>
        <w:br/>
      </w:r>
      <w:r>
        <w:rPr>
          <w:sz w:val="20"/>
        </w:rPr>
        <w:t>25:12  yeh dedh hazar saal tak yeh kaam chalta raha. Yeh hota raha aisa. Baad ko Copernicus paida hua.</w:t>
      </w:r>
      <w:r>
        <w:br/>
      </w:r>
      <w:r>
        <w:rPr>
          <w:sz w:val="20"/>
        </w:rPr>
        <w:t>25:21  yaani Copernicus solahwin sadi</w:t>
      </w:r>
      <w:r>
        <w:br/>
      </w:r>
      <w:r>
        <w:rPr>
          <w:sz w:val="20"/>
        </w:rPr>
        <w:t>25:27  mein. Solahwin sadi mein. To Copernicus ne is ko dobara qaim kiya. Aur Copernicus ne sabit kiya keh zameen markaz mein nahi hai, suraj markaz mein hai.</w:t>
      </w:r>
      <w:r>
        <w:br/>
      </w:r>
      <w:r>
        <w:rPr>
          <w:sz w:val="20"/>
        </w:rPr>
        <w:t>25:43  Copernicus khud bohat bara zaheen tha. Mahar falakiyat tha woh. To Copernicus ne is ko sabit kiya keh zameen markaz mein nahi hai, suraj markaz mein hai.</w:t>
      </w:r>
      <w:r>
        <w:br/>
      </w:r>
      <w:r>
        <w:rPr>
          <w:sz w:val="20"/>
        </w:rPr>
        <w:t>25:56  aur suraj ke gird zameen aur sare satellite ghoomte hain. Isi ko aur tarraqi di Kepler ne aur Newton ne. To yeh cheez achhi tarah qaim ho gayi.</w:t>
      </w:r>
      <w:r>
        <w:br/>
      </w:r>
      <w:r>
        <w:rPr>
          <w:sz w:val="20"/>
        </w:rPr>
        <w:t>26:06  yaani Copernicus ki theory ko le kar Kepler ne aage barhaya, phir Newton ne</w:t>
      </w:r>
      <w:r>
        <w:br/>
      </w:r>
      <w:r>
        <w:rPr>
          <w:sz w:val="20"/>
        </w:rPr>
        <w:t>26:10  aagay barhaya. yahan tak ke yeh cheez qaim ho gayi ke heliocentric theory sahi hai, geocentric theory galat hai.</w:t>
      </w:r>
      <w:r>
        <w:br/>
      </w:r>
      <w:r>
        <w:rPr>
          <w:sz w:val="20"/>
        </w:rPr>
        <w:t>26:20  ab is ko leejie aap is misaal ko. ke jab geocentric theory galat sabit hui, heliocentric theory sahi sabit hui.</w:t>
      </w:r>
      <w:r>
        <w:br/>
      </w:r>
      <w:r>
        <w:rPr>
          <w:sz w:val="20"/>
        </w:rPr>
        <w:t>26:33  to yeh aik falakiyat ki baat thi.</w:t>
      </w:r>
      <w:r>
        <w:br/>
      </w:r>
      <w:r>
        <w:rPr>
          <w:sz w:val="20"/>
        </w:rPr>
        <w:t>26:37  yani arastoo ki theory ya talmi ki theory galat sabit hui thi. lekin church ne kya samjha ke hazrat masih ka mazhab galat sabit ho gaya hai.</w:t>
      </w:r>
      <w:r>
        <w:br/>
      </w:r>
      <w:r>
        <w:rPr>
          <w:sz w:val="20"/>
        </w:rPr>
        <w:t>26:49  is ko samjhiye achay tarike se.</w:t>
      </w:r>
      <w:r>
        <w:br/>
      </w:r>
      <w:r>
        <w:rPr>
          <w:sz w:val="20"/>
        </w:rPr>
        <w:t>26:54  ke jo cheez galat sabit hui thi woh tha arastoo ka nazariya ya talmi ka nazariya.</w:t>
      </w:r>
      <w:r>
        <w:br/>
      </w:r>
      <w:r>
        <w:rPr>
          <w:sz w:val="20"/>
        </w:rPr>
        <w:t>26:59  yani talmi ne geocentric theory ko pesh kiya. arastoo ne geocentric theory ko apna liya. aur bohat se log is ko mannay lagay.</w:t>
      </w:r>
      <w:r>
        <w:br/>
      </w:r>
      <w:r>
        <w:rPr>
          <w:sz w:val="20"/>
        </w:rPr>
        <w:t>27:10  to geocentric theory kuch philosophers ki theory thi. na ke mazhab ki theory.</w:t>
      </w:r>
      <w:r>
        <w:br/>
      </w:r>
      <w:r>
        <w:rPr>
          <w:sz w:val="20"/>
        </w:rPr>
        <w:t>27:19  to jab copernicus ne ya kepler ne ya newton ne is ko galat sabit kiya ya galileo ne. to jo cheez galat sabit hui woh kya thi?</w:t>
      </w:r>
      <w:r>
        <w:br/>
      </w:r>
      <w:r>
        <w:rPr>
          <w:sz w:val="20"/>
        </w:rPr>
        <w:t>27:29  woh thi geocentric theory. kuch philosophers ki. na ke mazhab, na ke isaiyat, na ke hazrat masih alaihi assalam ka diya hua aqeedah.</w:t>
      </w:r>
      <w:r>
        <w:br/>
      </w:r>
      <w:r>
        <w:rPr>
          <w:sz w:val="20"/>
        </w:rPr>
        <w:t>27:42  lekin church ne is mein uljha diya. yani church ka apna isai nazariya galat sabit ho raha tha.</w:t>
      </w:r>
      <w:r>
        <w:br/>
      </w:r>
      <w:r>
        <w:rPr>
          <w:sz w:val="20"/>
        </w:rPr>
        <w:t>27:51  na ke hazrat masih ka diya hua</w:t>
      </w:r>
      <w:r>
        <w:br/>
      </w:r>
      <w:r>
        <w:rPr>
          <w:sz w:val="20"/>
        </w:rPr>
        <w:t>27:54  yani mazhab. is ko to darasal farq</w:t>
      </w:r>
      <w:r>
        <w:br/>
      </w:r>
      <w:r>
        <w:rPr>
          <w:sz w:val="20"/>
        </w:rPr>
        <w:t>28:03  isai nazariya aur woh isai nazariya jo hazrat masih ne di thi. to bohat lambi muddat tak woh yahi samajhtay rahay ke yeh galat hai.</w:t>
      </w:r>
      <w:r>
        <w:br/>
      </w:r>
      <w:r>
        <w:rPr>
          <w:sz w:val="20"/>
        </w:rPr>
        <w:t>28:19  kyun ke is ko manay gay to isai nazariya galat sabit ho jaye ga.</w:t>
      </w:r>
      <w:r>
        <w:br/>
      </w:r>
      <w:r>
        <w:rPr>
          <w:sz w:val="20"/>
        </w:rPr>
        <w:t>28:22  agar woh samajh letay is baat ko us waqt ke hum ne jo nazariya banaya hai isai nazariye ka woh galat sabit ho raha hai. na ke hazrat masih ka mazhab. to koi larai na hoti.</w:t>
      </w:r>
      <w:r>
        <w:br/>
      </w:r>
      <w:r>
        <w:rPr>
          <w:sz w:val="20"/>
        </w:rPr>
        <w:t>28:34  aap aik kitaab parh li jiye. draper ki kitaab. tanazua mazhab aur science. to ab woh bhi draper samajh raha hai ke tanazua science aur mazhab mein tha.</w:t>
      </w:r>
      <w:r>
        <w:br/>
      </w:r>
      <w:r>
        <w:rPr>
          <w:sz w:val="20"/>
        </w:rPr>
        <w:t>28:46  nahin. yeh tanazua jo tha do falsafiyana theoryon mein tha. mazhab se is ka koi talluq nahi tha.</w:t>
      </w:r>
      <w:r>
        <w:br/>
      </w:r>
      <w:r>
        <w:rPr>
          <w:sz w:val="20"/>
        </w:rPr>
        <w:t>28:56  to wahan jo soorat pesh aayi woh yeh hai ke church ka banaya hua isai nazariya galat sabit ho raha tha. to church ne yeh samjha ke khud isai nazariya galat sabit ho rahi hai.</w:t>
      </w:r>
      <w:r>
        <w:br/>
      </w:r>
      <w:r>
        <w:rPr>
          <w:sz w:val="20"/>
        </w:rPr>
        <w:t>29:08  aur sainkaron saal tak yeh hungama khara kiye rahay woh log.</w:t>
      </w:r>
      <w:r>
        <w:br/>
      </w:r>
      <w:r>
        <w:rPr>
          <w:sz w:val="20"/>
        </w:rPr>
        <w:t>29:13  theek wahi yahan pe hua hai. ke musalmanon ne gharoor mashhood lah bil khair ke baad khud se islam ka jo nazariya banaya tha woh nazariya galat sabit ho gaya.</w:t>
      </w:r>
      <w:r>
        <w:br/>
      </w:r>
      <w:r>
        <w:rPr>
          <w:sz w:val="20"/>
        </w:rPr>
        <w:t>29:28  to unhon ne samjha ke khud islam galat sabit ho gaya hai. aur hungama karnay lagay. islam khatray mein hai, islam khatray mein hai, islam khatray mein hai. islam na kabhi khatray mein tha, yani islam khatray mein hai.</w:t>
      </w:r>
      <w:r>
        <w:br/>
      </w:r>
      <w:r>
        <w:rPr>
          <w:sz w:val="20"/>
        </w:rPr>
        <w:t>29:42  islam ka muslim nazariya khatray mein hai. is muslim nazariye ko khatam karo. jis tarah se aik church ne. dekhiye church ne kya kiya?</w:t>
      </w:r>
      <w:r>
        <w:br/>
      </w:r>
      <w:r>
        <w:rPr>
          <w:sz w:val="20"/>
        </w:rPr>
        <w:t>29:51  baad ko church ne maan liya. ke hum ne jo samajh rakha tha woh galat tha woh. church ne maan liya is ko.</w:t>
      </w:r>
      <w:r>
        <w:br/>
      </w:r>
      <w:r>
        <w:rPr>
          <w:sz w:val="20"/>
        </w:rPr>
        <w:t>30:00  yeh cheez andar record hai ke church ne elaan kar diya ke hum ne jo samjha tha ke geocentric theory sahi hai woh hum ne galat samjha tha hum ne.</w:t>
      </w:r>
      <w:r>
        <w:br/>
      </w:r>
      <w:r>
        <w:rPr>
          <w:sz w:val="20"/>
        </w:rPr>
        <w:t>30:10  heliocentric theory sahi hai.</w:t>
      </w:r>
      <w:r>
        <w:br/>
      </w:r>
      <w:r>
        <w:rPr>
          <w:sz w:val="20"/>
        </w:rPr>
        <w:t>30:13  yahi musalmanon ko karna tha. ke khud se jo nazariya banaya tha islam ka unhon ne. is ko ghalat maan lete. to islam barqarar rehta.</w:t>
      </w:r>
      <w:r>
        <w:br/>
      </w:r>
      <w:r>
        <w:rPr>
          <w:sz w:val="20"/>
        </w:rPr>
        <w:t>30:24  to islam khatre mein bhi na parta.</w:t>
      </w:r>
    </w:p>
    <w:p>
      <w:pPr>
        <w:pStyle w:val="Heading2"/>
      </w:pPr>
      <w:r>
        <w:t>From Japan example to emotion management solution</w:t>
      </w:r>
    </w:p>
    <w:p>
      <w:r>
        <w:rPr>
          <w:color w:val="666666"/>
          <w:sz w:val="18"/>
        </w:rPr>
        <w:t>How to Develop Spiritual Personality July 16, 2006 Maulana Wahiduddin Khan · 5m 43s · at 3:23 · https://youtu.be/nxFUXRFboW4?t=203</w:t>
      </w:r>
    </w:p>
    <w:p>
      <w:r>
        <w:rPr>
          <w:i/>
        </w:rPr>
        <w:t>“Dekhiye, main yahan ek parallel example deta hoon.”</w:t>
      </w:r>
    </w:p>
    <w:p>
      <w:r>
        <w:rPr>
          <w:sz w:val="20"/>
        </w:rPr>
        <w:t>3:23  kya hum sirf protest karte rahenge? humein root cause ka pata karna chahiye. dekhiye, main yahan ek parallel example deta hoon.</w:t>
      </w:r>
      <w:r>
        <w:br/>
      </w:r>
      <w:r>
        <w:rPr>
          <w:sz w:val="20"/>
        </w:rPr>
        <w:t>3:35  japan mein second world war mein is se bhi bahut bada maamla hua. yani do atom bomb wahan gira diye gaye.</w:t>
      </w:r>
      <w:r>
        <w:br/>
      </w:r>
      <w:r>
        <w:rPr>
          <w:sz w:val="20"/>
        </w:rPr>
        <w:t>3:47  phir bhi japan ne peace process chalaya. phir bhi japan ne apne desh ke naye—</w:t>
      </w:r>
      <w:r>
        <w:br/>
      </w:r>
      <w:r>
        <w:rPr>
          <w:sz w:val="20"/>
        </w:rPr>
        <w:t>3:58  naye construction ki— ki planning ki. to kya baat thi? kya, kya difference hai hamare aur japan ke beech mein?</w:t>
      </w:r>
      <w:r>
        <w:br/>
      </w:r>
      <w:r>
        <w:rPr>
          <w:sz w:val="20"/>
        </w:rPr>
        <w:t>4:09  ye difference people ke andar hai.</w:t>
      </w:r>
      <w:r>
        <w:br/>
      </w:r>
      <w:r>
        <w:rPr>
          <w:sz w:val="20"/>
        </w:rPr>
        <w:t>4:14  yani wahan ke log, unka mind set aisa bana hua tha ki unhonne—</w:t>
      </w:r>
      <w:r>
        <w:br/>
      </w:r>
      <w:r>
        <w:rPr>
          <w:sz w:val="20"/>
        </w:rPr>
        <w:t>4:27  woh is qabil ho sakein ke woh manage kar saken problem ko.</w:t>
      </w:r>
      <w:r>
        <w:br/>
      </w:r>
      <w:r>
        <w:rPr>
          <w:sz w:val="20"/>
        </w:rPr>
        <w:t>4:34  manage kar saken problem ko. hamare yahan jo kami hai woh yahi hai ke hum problem ko manage karna nahi jaante. emotions jaante hain lekin</w:t>
      </w:r>
      <w:r>
        <w:br/>
      </w:r>
      <w:r>
        <w:rPr>
          <w:sz w:val="20"/>
        </w:rPr>
        <w:t>4:45  hum art of emotion management nahi jaante. ye kyun? ye education ki kami hai. main dekh raha hoon ke pichhle pachas baras ke andar jitni bhi koshishen hui hain woh sab crowd-based hui hain.</w:t>
      </w:r>
      <w:r>
        <w:br/>
      </w:r>
      <w:r>
        <w:rPr>
          <w:sz w:val="20"/>
        </w:rPr>
        <w:t>5:03  bade bade jalsay hotay hain, jalson mein taliyan bajti hain, media mein aata hai in ka photo. aise hazaron hazar jalsay, jaloos, naare aur jhanday hue hain.</w:t>
      </w:r>
      <w:r>
        <w:br/>
      </w:r>
      <w:r>
        <w:rPr>
          <w:sz w:val="20"/>
        </w:rPr>
        <w:t>5:14  lekin sawal yeh hai ke kyun nahi hamare haan woh hua jo Japan mein hua? Japan mein is tarah ke jalsay kabhi nahi hotay. aise jalsay Japan mein nahi hotay jaise hamare haan hua karte hain.</w:t>
      </w:r>
      <w:r>
        <w:br/>
      </w:r>
      <w:r>
        <w:rPr>
          <w:sz w:val="20"/>
        </w:rPr>
        <w:t>5:27  bade bade jalsay. to asal yeh hai individual ko, individual mind ko banana.</w:t>
      </w:r>
      <w:r>
        <w:br/>
      </w:r>
      <w:r>
        <w:rPr>
          <w:sz w:val="20"/>
        </w:rPr>
        <w:t>5:37  kyun ke soch jo hai woh crowd mein nahi hoti hai. woh individual mind mein hoti hai. aap crowd ko address karte hain, wahan to mind hai hi nahi.</w:t>
      </w:r>
      <w:r>
        <w:br/>
      </w:r>
      <w:r>
        <w:rPr>
          <w:sz w:val="20"/>
        </w:rPr>
        <w:t>5:46  mind to individual mein hai. wahan par koi kaam nahi hota. is ka matlab yeh hai ke hamara pehla kaam yeh hai ya tha ke hum logon ke mind ko banayein.</w:t>
      </w:r>
      <w:r>
        <w:br/>
      </w:r>
      <w:r>
        <w:rPr>
          <w:sz w:val="20"/>
        </w:rPr>
        <w:t>6:02  mind building. dekhein, hamare haan bohat zabardast pachaas baras se bole ja rahe hain yeh shabd. nation building, nation building.</w:t>
      </w:r>
      <w:r>
        <w:br/>
      </w:r>
      <w:r>
        <w:rPr>
          <w:sz w:val="20"/>
        </w:rPr>
        <w:t>6:11  main samajhta hoon ke nation building se pehle jo kaam karna hai woh hai mind building. zehan banana.</w:t>
      </w:r>
      <w:r>
        <w:br/>
      </w:r>
      <w:r>
        <w:rPr>
          <w:sz w:val="20"/>
        </w:rPr>
        <w:t>6:20  to hum yahi kaam kar rahe hain. jo log hamare paas aate hain un ko dekh kar lagta hai ke aap hamara kaam thoda chhota lagta hai in ko.</w:t>
      </w:r>
      <w:r>
        <w:br/>
      </w:r>
      <w:r>
        <w:rPr>
          <w:sz w:val="20"/>
        </w:rPr>
        <w:t>6:30  aur jo board club mein jo jalsay jaloos hotay hain woh bada lagta hai in ko. wahan hazaron log naare lagate hain, taliyan bajti hain. main poochta hoon ke aise jalsay bade bade jo hain, jo aap media mein aate hain, woh hazaron ho chuke, phir bhi kyun aisa hai ke hamare samaj mein sahi soch nahi aayi?</w:t>
      </w:r>
      <w:r>
        <w:br/>
      </w:r>
      <w:r>
        <w:rPr>
          <w:sz w:val="20"/>
        </w:rPr>
        <w:t>6:53  seheh soch ek shabd bhi kya hai? To learn the emotion management</w:t>
      </w:r>
      <w:r>
        <w:br/>
      </w:r>
      <w:r>
        <w:rPr>
          <w:sz w:val="20"/>
        </w:rPr>
        <w:t>7:01  . yahi hai seheh soch. kyon ke samaj mein ya nation mein bar bar aisa hoga ke jazbat bharkenge.</w:t>
      </w:r>
      <w:r>
        <w:br/>
      </w:r>
      <w:r>
        <w:rPr>
          <w:sz w:val="20"/>
        </w:rPr>
        <w:t>7:11  jaisa ke hamare jazbat bharke. Japan mein bharke.</w:t>
      </w:r>
      <w:r>
        <w:br/>
      </w:r>
      <w:r>
        <w:rPr>
          <w:sz w:val="20"/>
        </w:rPr>
        <w:t>7:18  to jazbat ka bhadakna it is but natural. har society mein aisa hota hi hota hai. So hamein kya karna hai?</w:t>
      </w:r>
      <w:r>
        <w:br/>
      </w:r>
      <w:r>
        <w:rPr>
          <w:sz w:val="20"/>
        </w:rPr>
        <w:t>7:29  We have to learn the emotion</w:t>
      </w:r>
      <w:r>
        <w:br/>
      </w:r>
      <w:r>
        <w:rPr>
          <w:sz w:val="20"/>
        </w:rPr>
        <w:t>7:31  management. We have to learn the art of emotion management. emotion ko kaise manage kiya kya jaye woh hamein janna chahiye. yeh kaam pachas baras mein kuch bhi nahi hua.</w:t>
      </w:r>
      <w:r>
        <w:br/>
      </w:r>
      <w:r>
        <w:rPr>
          <w:sz w:val="20"/>
        </w:rPr>
        <w:t>7:42  bade bade jalson mein taqreerein hoti hain. taliyan bajti hain. aur josh o kharosh se log address karte hain aur uske baad khatm.</w:t>
      </w:r>
      <w:r>
        <w:br/>
      </w:r>
      <w:r>
        <w:rPr>
          <w:sz w:val="20"/>
        </w:rPr>
        <w:t>7:54  abhi tak yeh bataya nahi gaya logon ko ke— ke emotions ko kaise manage kiya jaye. jazbat ko kaise manage kiya jaye.</w:t>
      </w:r>
      <w:r>
        <w:br/>
      </w:r>
      <w:r>
        <w:rPr>
          <w:sz w:val="20"/>
        </w:rPr>
        <w:t>8:05  agar aap, agar hum doosron ko blame dete rahein to hazar baras ke andar bhi kabhi kuch hone wala nahi hai. kyon ke doosra hamari advice pe kyon chalega?</w:t>
      </w:r>
      <w:r>
        <w:br/>
      </w:r>
      <w:r>
        <w:rPr>
          <w:sz w:val="20"/>
        </w:rPr>
        <w:t>8:16  koi doosra jo hai woh hamari advice pe kyon chalega? to hamein unilateral taur par sochna hai ke is tarah ki situation mein hum kya karein?</w:t>
      </w:r>
      <w:r>
        <w:br/>
      </w:r>
      <w:r>
        <w:rPr>
          <w:sz w:val="20"/>
        </w:rPr>
        <w:t>8:29  to mein samajhta hoon ke hamein phir se ek restart lena hai. restart. yani humne sara koshish lagaya kahan?</w:t>
      </w:r>
      <w:r>
        <w:br/>
      </w:r>
      <w:r>
        <w:rPr>
          <w:sz w:val="20"/>
        </w:rPr>
        <w:t>8:39  nation building par. hamein koshish lagana hai mind building par. zehen banane par. soch banane par. itni simple si baat hum nahi bata sake pachas baras mein ke emotions to bharkenge lekin you have to learn the art of emotion management.</w:t>
      </w:r>
      <w:r>
        <w:br/>
      </w:r>
      <w:r>
        <w:rPr>
          <w:sz w:val="20"/>
        </w:rPr>
        <w:t>8:57  Here is the solution to the problem. yeh saada sa formula abhi tak hamari society ko nahi mila. to yahi kaam hum kar rahe hain.</w:t>
      </w:r>
    </w:p>
    <w:p>
      <w:pPr>
        <w:pStyle w:val="Heading2"/>
      </w:pPr>
      <w:r>
        <w:t>Refuting belief Prophet saw God in the Miraj</w:t>
      </w:r>
    </w:p>
    <w:p>
      <w:r>
        <w:rPr>
          <w:color w:val="666666"/>
          <w:sz w:val="18"/>
        </w:rPr>
        <w:t>Understanding Islam (In Conversation with Maulana) June 20, 2010 Maulana Wahidudidn Khan · 4m 04s · at 34:42 · https://youtu.be/7UylaPL-iO8?t=2082</w:t>
      </w:r>
    </w:p>
    <w:p>
      <w:r>
        <w:rPr>
          <w:i/>
        </w:rPr>
        <w:t>“Yeh bilkul hi be-asas aqeeda hai keh Rasool Allah ne Allah ko dekha”</w:t>
      </w:r>
    </w:p>
    <w:p>
      <w:r>
        <w:rPr>
          <w:sz w:val="20"/>
        </w:rPr>
        <w:t>34:42  das question is from Mr Khalid Ansari from New Delhi. According to the widespread belief amongst Muslims, the Prophet of Islam had a direct conversation with God besides seeing the glimpses of the eternal world.</w:t>
      </w:r>
      <w:r>
        <w:br/>
      </w:r>
      <w:r>
        <w:rPr>
          <w:sz w:val="20"/>
        </w:rPr>
        <w:t>35:00  Maulana can you provide the correct perspective and what all happened during Meraj as per Quran and Prophet's tradition?</w:t>
      </w:r>
      <w:r>
        <w:br/>
      </w:r>
      <w:r>
        <w:rPr>
          <w:sz w:val="20"/>
        </w:rPr>
        <w:t>35:10  dekhiye, yeh bilkul hi yani baseless aqeeda hai ke rasool Allah ne Allah taala ko dekha aur Hazrat Aisha saaf saaf kehti hain ke jis ne yeh kaha woh jhoot bola.</w:t>
      </w:r>
      <w:r>
        <w:br/>
      </w:r>
      <w:r>
        <w:rPr>
          <w:sz w:val="20"/>
        </w:rPr>
        <w:t>35:26  Hazrat Aisha ke sath hadith maujood hai ke jo yeh kahe ke rasool Allah ne Allah taala ko dekha, us ne jhoot kaha, faqat khasa. aur waqea yeh hai ke Allah ki tazgeer hai.</w:t>
      </w:r>
      <w:r>
        <w:br/>
      </w:r>
      <w:r>
        <w:rPr>
          <w:sz w:val="20"/>
        </w:rPr>
        <w:t>35:37  yeh ab kya samajhte hain Allah taala ko?</w:t>
      </w:r>
      <w:r>
        <w:br/>
      </w:r>
      <w:r>
        <w:rPr>
          <w:sz w:val="20"/>
        </w:rPr>
        <w:t>35:43  apne paighambar ko badhane ke liye log Khuda ko ghata dete hain, naoozubillah. apne paighambar ko badhane ke liye logon ne Khuda ko ghata rakha hai. koi insan in aankhon se Khuda ko nahi dekh sakta.</w:t>
      </w:r>
      <w:r>
        <w:br/>
      </w:r>
      <w:r>
        <w:rPr>
          <w:sz w:val="20"/>
        </w:rPr>
        <w:t>35:58  maut ke baad jo duniya banegi, wahan Allah taala ek naya, ek nayi hamein taqat denge, nayi aankh denge. is se hum dekh sakenge. yeh duniya wali aankhon se koi dekh nahi sakta.</w:t>
      </w:r>
      <w:r>
        <w:br/>
      </w:r>
      <w:r>
        <w:rPr>
          <w:sz w:val="20"/>
        </w:rPr>
        <w:t>36:10  yeh bilkul namumkin baat hai. rasool Allah ko na Hazrat Musa ne dekha, rasool Allah ko na Hazrat Musa ne dekha, Allah ko na rasool Allah ne dekha, Allah ko.</w:t>
      </w:r>
      <w:r>
        <w:br/>
      </w:r>
      <w:r>
        <w:rPr>
          <w:sz w:val="20"/>
        </w:rPr>
        <w:t>36:21  haan,</w:t>
      </w:r>
      <w:r>
        <w:br/>
      </w:r>
      <w:r>
        <w:rPr>
          <w:sz w:val="20"/>
        </w:rPr>
        <w:t>36:25  jaise Hazrat Musa ne kaha tha ke Khuda ya main tujhe dekhna chahta hoon to Allah ne kaha ke nahi, tum dekh nahi sakte in aankhon se mujh ko. to rasool Allah ke Meraj mein aisa har giz nahi hua ke ap ka direct baat cheet Allah se hui ya ap ne Allah taala ko bana dekha.</w:t>
      </w:r>
      <w:r>
        <w:br/>
      </w:r>
      <w:r>
        <w:rPr>
          <w:sz w:val="20"/>
        </w:rPr>
        <w:t>36:42  yeh sab bilkul farzi baat hai. yeh musalmanon ne bana rakha hai, naat khwanon ne bana rakha hai. yeh Hazrat Hazrat Aisha se barh ke kaun ho sakta hai</w:t>
      </w:r>
      <w:r>
        <w:br/>
      </w:r>
      <w:r>
        <w:rPr>
          <w:sz w:val="20"/>
        </w:rPr>
        <w:t>36:52  ? is mein woh kehte hain ke jis ne aisa kaha ke rasool Allah ne Meraj mein dekha, Allah taala ko woh jhoot kehta hai, jhoot. faqat khasa.</w:t>
      </w:r>
      <w:r>
        <w:br/>
      </w:r>
      <w:r>
        <w:rPr>
          <w:sz w:val="20"/>
        </w:rPr>
        <w:t>37:02  to woh ek tajruba tha. bas woh tajruba ek hum nahi keh sakte ke haqeeqatan kya tha. woh tajruba, woh ek tajruba tha, ek spiritual experience tha.</w:t>
      </w:r>
      <w:r>
        <w:br/>
      </w:r>
      <w:r>
        <w:rPr>
          <w:sz w:val="20"/>
        </w:rPr>
        <w:t>37:14  aur is mein ikhtilaf hai ke woh roohani tha ke jismani tha. to Hazrat Aisha kehti hain ke roohani tha, tajruba tha, jismani nahi tha. yani yeh body rasool Allah ka nahi gaya tha.</w:t>
      </w:r>
      <w:r>
        <w:br/>
      </w:r>
      <w:r>
        <w:rPr>
          <w:sz w:val="20"/>
        </w:rPr>
        <w:t>37:26  main isi ko manta hoon ke jo Hazrat Aisha kehti hain ke woh ek roohani tajruba tha, yani spiritual experience tha. rasool Allah ki baat direct Allah taala se nahi hui, na rasool Allah ne Allah taala ko direct dekha.</w:t>
      </w:r>
      <w:r>
        <w:br/>
      </w:r>
      <w:r>
        <w:rPr>
          <w:sz w:val="20"/>
        </w:rPr>
        <w:t>37:39  Allah ki azmat ki kitni underestimate karna hai?</w:t>
      </w:r>
      <w:r>
        <w:br/>
      </w:r>
      <w:r>
        <w:rPr>
          <w:sz w:val="20"/>
        </w:rPr>
        <w:t>37:46  yeh Allah ki azmat ko underestimate karna hai. ap sirf ek bar kisi chale jayen, kisi planetarium mein aur dekhen kainat ko, ya kisi telescope se dekhen aasman ko to ap bilkul kanpne lagenge.</w:t>
      </w:r>
      <w:r>
        <w:br/>
      </w:r>
      <w:r>
        <w:rPr>
          <w:sz w:val="20"/>
        </w:rPr>
        <w:t>38:03  kitni bari kainat hai!</w:t>
      </w:r>
      <w:r>
        <w:br/>
      </w:r>
      <w:r>
        <w:rPr>
          <w:sz w:val="20"/>
        </w:rPr>
        <w:t>38:07  main ne Washington ka planetarium dekha jo bohat hi bara hai. Delhi mein bhi planetarium hai, is mein dikhate hain universe ko. ap durbin se dekh sakte hain, telescope se.</w:t>
      </w:r>
      <w:r>
        <w:br/>
      </w:r>
      <w:r>
        <w:rPr>
          <w:sz w:val="20"/>
        </w:rPr>
        <w:t>38:19  itni bari azmat samne aati hai ke aadmi thara uthta hai. to yeh bilkul namumkin hai ke is insan, yeh jo insan duniya mein hai, yeh Allah taala ko dekh sake.</w:t>
      </w:r>
      <w:r>
        <w:br/>
      </w:r>
      <w:r>
        <w:rPr>
          <w:sz w:val="20"/>
        </w:rPr>
        <w:t>38:34  haan, akhirat mein hamara ek naya body hoga, nayi personality hogi, nayi aankh hogi, wahan hum inshallah dekh sakenge.</w:t>
      </w:r>
    </w:p>
    <w:p>
      <w:pPr>
        <w:pStyle w:val="Heading2"/>
      </w:pPr>
      <w:r>
        <w:t>Practical wisdom in Prophet's life</w:t>
      </w:r>
    </w:p>
    <w:p>
      <w:r>
        <w:rPr>
          <w:color w:val="666666"/>
          <w:sz w:val="18"/>
        </w:rPr>
        <w:t>Anger An Obstacle to wisdom 5 Jan 2020 - Maulana Wahiduddin Khan · 4m 01s · at 12:51 · https://youtu.be/q0VPtCsiYrI?t=771</w:t>
      </w:r>
    </w:p>
    <w:p>
      <w:r>
        <w:rPr>
          <w:i/>
        </w:rPr>
        <w:t>“Warj fahjur.”</w:t>
      </w:r>
    </w:p>
    <w:p>
      <w:r>
        <w:rPr>
          <w:sz w:val="20"/>
        </w:rPr>
        <w:t>12:51  is mein yeh tha ke: "warj fahjur</w:t>
      </w:r>
      <w:r>
        <w:br/>
      </w:r>
      <w:r>
        <w:rPr>
          <w:sz w:val="20"/>
        </w:rPr>
        <w:t>12:58  ya ayyuhal muddathir qum fanẓur wa rabbaka fakabbir wa thiyabaka faṭahhir warj fājur".</w:t>
      </w:r>
      <w:r>
        <w:br/>
      </w:r>
      <w:r>
        <w:rPr>
          <w:sz w:val="20"/>
        </w:rPr>
        <w:t>13:10  to warj fājur ka matlab kya hai?</w:t>
      </w:r>
      <w:r>
        <w:br/>
      </w:r>
      <w:r>
        <w:rPr>
          <w:sz w:val="20"/>
        </w:rPr>
        <w:t>13:19  warj fājur ka matlab yahi hai ke jo masail paish aayen, masail un ko hikmana andaaz mein hal karo.</w:t>
      </w:r>
      <w:r>
        <w:br/>
      </w:r>
      <w:r>
        <w:rPr>
          <w:sz w:val="20"/>
        </w:rPr>
        <w:t>13:37  hikmana andaaz mein. yani hikmana andaaz ka matlab yeh hai baghair lade hue.</w:t>
      </w:r>
      <w:r>
        <w:br/>
      </w:r>
      <w:r>
        <w:rPr>
          <w:sz w:val="20"/>
        </w:rPr>
        <w:t>13:46  kyun ke jab bhi masail aate hain samne to aadmi kya karta hai? ghussa karta hai, ladta hai, nafrat karta hai.</w:t>
      </w:r>
      <w:r>
        <w:br/>
      </w:r>
      <w:r>
        <w:rPr>
          <w:sz w:val="20"/>
        </w:rPr>
        <w:t>13:56  chahta hai ke is ka meta daloon mein. yeh ruj hua.</w:t>
      </w:r>
      <w:r>
        <w:br/>
      </w:r>
      <w:r>
        <w:rPr>
          <w:sz w:val="20"/>
        </w:rPr>
        <w:t>14:06  to ruj ke maani dictionary ke aitbar se hai gandagi. lekin main samajhta hoon ke yahan ruj ka matlab yeh hai dirty practice.</w:t>
      </w:r>
      <w:r>
        <w:br/>
      </w:r>
      <w:r>
        <w:rPr>
          <w:sz w:val="20"/>
        </w:rPr>
        <w:t>14:21  ke dirty practice ko chodo.</w:t>
      </w:r>
      <w:r>
        <w:br/>
      </w:r>
      <w:r>
        <w:rPr>
          <w:sz w:val="20"/>
        </w:rPr>
        <w:t>14:27  dirty practice ko chodo.</w:t>
      </w:r>
      <w:r>
        <w:br/>
      </w:r>
      <w:r>
        <w:rPr>
          <w:sz w:val="20"/>
        </w:rPr>
        <w:t>14:32  to is ka ulta kya hai? hamesha positive</w:t>
      </w:r>
      <w:r>
        <w:br/>
      </w:r>
      <w:r>
        <w:rPr>
          <w:sz w:val="20"/>
        </w:rPr>
        <w:t>14:41  thinking par qaim raho.</w:t>
      </w:r>
      <w:r>
        <w:br/>
      </w:r>
      <w:r>
        <w:rPr>
          <w:sz w:val="20"/>
        </w:rPr>
        <w:t>14:47  positivity ko kabhi nahi chodo.</w:t>
      </w:r>
      <w:r>
        <w:br/>
      </w:r>
      <w:r>
        <w:rPr>
          <w:sz w:val="20"/>
        </w:rPr>
        <w:t>14:53  to goya ke rasool Allah ko do cheezen batai gayeen. ek tha</w:t>
      </w:r>
      <w:r>
        <w:br/>
      </w:r>
      <w:r>
        <w:rPr>
          <w:sz w:val="20"/>
        </w:rPr>
        <w:t>15:04  deen ka nazri ilm quran ki shakal mein. aur doosra bataya gaya ke jo jab tum uthoge is deen tauheed ke liye,</w:t>
      </w:r>
      <w:r>
        <w:br/>
      </w:r>
      <w:r>
        <w:rPr>
          <w:sz w:val="20"/>
        </w:rPr>
        <w:t>15:23  to zahir hai ke is din is waqt arab mein deen tauheed to tha nahi. wahan to deen shirk phaila hua tha.</w:t>
      </w:r>
      <w:r>
        <w:br/>
      </w:r>
      <w:r>
        <w:rPr>
          <w:sz w:val="20"/>
        </w:rPr>
        <w:t>15:34  jo tum uthoge deen tauheed ki</w:t>
      </w:r>
      <w:r>
        <w:br/>
      </w:r>
      <w:r>
        <w:rPr>
          <w:sz w:val="20"/>
        </w:rPr>
        <w:t>15:39  ke liye,</w:t>
      </w:r>
      <w:r>
        <w:br/>
      </w:r>
      <w:r>
        <w:rPr>
          <w:sz w:val="20"/>
        </w:rPr>
        <w:t>15:43  to foran tumhare samne misaal a jayenge. misaal a jayenge.</w:t>
      </w:r>
      <w:r>
        <w:br/>
      </w:r>
      <w:r>
        <w:rPr>
          <w:sz w:val="20"/>
        </w:rPr>
        <w:t>15:54  to is ko hikmat ke sath hal karo. yani</w:t>
      </w:r>
      <w:r>
        <w:br/>
      </w:r>
      <w:r>
        <w:rPr>
          <w:sz w:val="20"/>
        </w:rPr>
        <w:t>16:01  shor o ghal nahi, maar dhaar nahi.</w:t>
      </w:r>
      <w:r>
        <w:br/>
      </w:r>
      <w:r>
        <w:rPr>
          <w:sz w:val="20"/>
        </w:rPr>
        <w:t>16:11  aaj kal jo tareeqe nikle hue hain bohat zyada,</w:t>
      </w:r>
      <w:r>
        <w:br/>
      </w:r>
      <w:r>
        <w:rPr>
          <w:sz w:val="20"/>
        </w:rPr>
        <w:t>16:18  is se bach kar ke.</w:t>
      </w:r>
      <w:r>
        <w:br/>
      </w:r>
      <w:r>
        <w:rPr>
          <w:sz w:val="20"/>
        </w:rPr>
        <w:t>16:23  yani agitation se, ghusse se hato. agitation se hato.</w:t>
      </w:r>
      <w:r>
        <w:br/>
      </w:r>
      <w:r>
        <w:rPr>
          <w:sz w:val="20"/>
        </w:rPr>
        <w:t>16:35  aur</w:t>
      </w:r>
      <w:r>
        <w:br/>
      </w:r>
      <w:r>
        <w:rPr>
          <w:sz w:val="20"/>
        </w:rPr>
        <w:t>16:39  high profile ko chhod kar ke low profile mein kaam karo.</w:t>
      </w:r>
      <w:r>
        <w:br/>
      </w:r>
      <w:r>
        <w:rPr>
          <w:sz w:val="20"/>
        </w:rPr>
        <w:t>16:45  to yeh hai practical wisdom.</w:t>
      </w:r>
    </w:p>
    <w:p>
      <w:pPr>
        <w:pStyle w:val="Heading2"/>
      </w:pPr>
      <w:r>
        <w:t>Need for absolute ijtihad to reopen door</w:t>
      </w:r>
    </w:p>
    <w:p>
      <w:r>
        <w:rPr>
          <w:color w:val="666666"/>
          <w:sz w:val="18"/>
        </w:rPr>
        <w:t>The Importance of Ijtihad August 1, 2010 · 5m 49s · at 36:00 · https://youtu.be/3q98aQ-j2ks?t=2160</w:t>
      </w:r>
    </w:p>
    <w:p>
      <w:r>
        <w:rPr>
          <w:i/>
        </w:rPr>
        <w:t>“To yeh hai ijtihad ka kaam”</w:t>
      </w:r>
    </w:p>
    <w:p>
      <w:r>
        <w:rPr>
          <w:sz w:val="20"/>
        </w:rPr>
        <w:t>36:00  to yeh hai ijtihad ka kaam, yani mujtahid ko yahan yeh kaam karna tha ke woh jo us ko kiya kare, woh detach kare history ko ideology se.</w:t>
      </w:r>
      <w:r>
        <w:br/>
      </w:r>
      <w:r>
        <w:rPr>
          <w:sz w:val="20"/>
        </w:rPr>
        <w:t>36:13  yeh karna tha kaam,</w:t>
      </w:r>
      <w:r>
        <w:br/>
      </w:r>
      <w:r>
        <w:rPr>
          <w:sz w:val="20"/>
        </w:rPr>
        <w:t>36:18  history ko alag kar ke bataye aur ideology ko alag kar ke bataye.</w:t>
      </w:r>
      <w:r>
        <w:br/>
      </w:r>
      <w:r>
        <w:rPr>
          <w:sz w:val="20"/>
        </w:rPr>
        <w:t>36:26  yeh tha ijtihad ka kaam ke history reality hoti hai, ideology real hoti hai. yeh batana</w:t>
      </w:r>
      <w:r>
        <w:br/>
      </w:r>
      <w:r>
        <w:rPr>
          <w:sz w:val="20"/>
        </w:rPr>
        <w:t>36:38  yehi kaam nahi hua,</w:t>
      </w:r>
      <w:r>
        <w:br/>
      </w:r>
      <w:r>
        <w:rPr>
          <w:sz w:val="20"/>
        </w:rPr>
        <w:t>36:44  yani jo jis history pe hum jee rahe hain, jis history se hum islam apna islam derive kar rahe hain, jis history se sari kitabein bhari hui hain, bhari hui hain, bhari hui hain, aur jis ke background mein hum bolte hain, stageon par aa kar ke, woh sab islam ka real part nahi hai, woh real relative part hai.</w:t>
      </w:r>
      <w:r>
        <w:br/>
      </w:r>
      <w:r>
        <w:rPr>
          <w:sz w:val="20"/>
        </w:rPr>
        <w:t>37:02  woh</w:t>
      </w:r>
      <w:r>
        <w:br/>
      </w:r>
      <w:r>
        <w:rPr>
          <w:sz w:val="20"/>
        </w:rPr>
        <w:t>37:09  lekin is ke liye ijtihad kulli darkar tha,</w:t>
      </w:r>
      <w:r>
        <w:br/>
      </w:r>
      <w:r>
        <w:rPr>
          <w:sz w:val="20"/>
        </w:rPr>
        <w:t>37:13  jis ko yeh log kehte hain hamara is ka ijtihad mutlaq. to muqayyad ijtihad jaiz tha aur mutlaq ijtihad jaiz hi nahi tha.</w:t>
      </w:r>
      <w:r>
        <w:br/>
      </w:r>
      <w:r>
        <w:rPr>
          <w:sz w:val="20"/>
        </w:rPr>
        <w:t>37:24  to yahan kaun dakhil hota? kaun is ki koshish karta? halanke yeh bohat bari bhool hai, bohat hi bari bhool hai.</w:t>
      </w:r>
      <w:r>
        <w:br/>
      </w:r>
      <w:r>
        <w:rPr>
          <w:sz w:val="20"/>
        </w:rPr>
        <w:t>37:33  dekhiye, bukhari mein ek riwayat hai ijtihad ke bare mein.</w:t>
      </w:r>
      <w:r>
        <w:br/>
      </w:r>
      <w:r>
        <w:rPr>
          <w:sz w:val="20"/>
        </w:rPr>
        <w:t>37:40  bukhari mein riwayat hai ke ek shakhs jab ijtihad karta hai</w:t>
      </w:r>
      <w:r>
        <w:br/>
      </w:r>
      <w:r>
        <w:rPr>
          <w:sz w:val="20"/>
        </w:rPr>
        <w:t>37:48  to woh ijtihad is ka khata galat bhi ho sakta hai, sahi ho sakta hai. Yani sahi ijtihad bhi hoga is ka aur galat ijtihad bhi hoga, dono imkan hain.</w:t>
      </w:r>
      <w:r>
        <w:br/>
      </w:r>
      <w:r>
        <w:rPr>
          <w:sz w:val="20"/>
        </w:rPr>
        <w:t>37:59  yani khata ka bhi aur sawab ka bhi. Almushtahid ikhtalaf waise</w:t>
      </w:r>
      <w:r>
        <w:br/>
      </w:r>
      <w:r>
        <w:rPr>
          <w:sz w:val="20"/>
        </w:rPr>
        <w:t>38:05  to hadith mein aata hai ke agar is ne ijtihad kiya aur is ka is ka sahi tha to is ko double sawab mile ga. Aur agar is ne ijtihad kiya aur ijtihad mein ghalati kar gaya woh to is ko ek sawab mile ga.</w:t>
      </w:r>
      <w:r>
        <w:br/>
      </w:r>
      <w:r>
        <w:rPr>
          <w:sz w:val="20"/>
        </w:rPr>
        <w:t>38:21  is ka matlab kya hai? Yeh usloob Rasool Allah ne kyun ikhtiyar kiya? Is par ghor kijiye</w:t>
      </w:r>
      <w:r>
        <w:br/>
      </w:r>
      <w:r>
        <w:rPr>
          <w:sz w:val="20"/>
        </w:rPr>
        <w:t>38:27  ke Rasool Allah ne aisa kyun kaha ke tum ijtihad karne mein agar ghalati kar jao to tum ko ek sawab mile ga aur sahi ijtihad tumhara double sawab mile ga?</w:t>
      </w:r>
      <w:r>
        <w:br/>
      </w:r>
      <w:r>
        <w:rPr>
          <w:sz w:val="20"/>
        </w:rPr>
        <w:t>38:40  aisa kyun farmaya?</w:t>
      </w:r>
      <w:r>
        <w:br/>
      </w:r>
      <w:r>
        <w:rPr>
          <w:sz w:val="20"/>
        </w:rPr>
        <w:t>38:44  aap is ka matlab yeh hai ke you have to exercise ijtihad at any cost.</w:t>
      </w:r>
      <w:r>
        <w:br/>
      </w:r>
      <w:r>
        <w:rPr>
          <w:sz w:val="20"/>
        </w:rPr>
        <w:t>38:54  kitni ahem baat hai yeh!</w:t>
      </w:r>
      <w:r>
        <w:br/>
      </w:r>
      <w:r>
        <w:rPr>
          <w:sz w:val="20"/>
        </w:rPr>
        <w:t>39:00  yani exercise ijtihad even at the risk of wrong ijtihad.</w:t>
      </w:r>
      <w:r>
        <w:br/>
      </w:r>
      <w:r>
        <w:rPr>
          <w:sz w:val="20"/>
        </w:rPr>
        <w:t>39:08  galat ijtihad ka khatra ho tab bhi ijtihad karo. Wahan woh hamare ab scholar logon ne kiya kar kiya ke chunke ijtihad mutlaq ki salahiyat ab logon mein nahi hai, ijtihad ghalati kar jayenge to ijtihad darwaza band.</w:t>
      </w:r>
      <w:r>
        <w:br/>
      </w:r>
      <w:r>
        <w:rPr>
          <w:sz w:val="20"/>
        </w:rPr>
        <w:t>39:22  phir ulta kar liya unhon ne. Sare scholar jitne hain woh kehte hain ke ab sirf muqaiyad ijtihad jaiz hai.</w:t>
      </w:r>
      <w:r>
        <w:br/>
      </w:r>
      <w:r>
        <w:rPr>
          <w:sz w:val="20"/>
        </w:rPr>
        <w:t>39:31  yani fuqaha jo guzar chuke hain, bare bare jin ko yeh log kehte hain ke mujtahid mutlaq, halanke mein in ko mujtahid mutlaq nahi manta. Woh mujtahid juziyat the.</w:t>
      </w:r>
      <w:r>
        <w:br/>
      </w:r>
      <w:r>
        <w:rPr>
          <w:sz w:val="20"/>
        </w:rPr>
        <w:t>39:40  woh yeh jo jin ko mana jata hai mujtahid mutlaq, un mein se koi bhi mujtahid mutlaq nahi tha. Woh sab mujtahid juziyat the.</w:t>
      </w:r>
      <w:r>
        <w:br/>
      </w:r>
      <w:r>
        <w:rPr>
          <w:sz w:val="20"/>
        </w:rPr>
        <w:t>39:51  lekin ab in ke baad darwaza band hai.</w:t>
      </w:r>
      <w:r>
        <w:br/>
      </w:r>
      <w:r>
        <w:rPr>
          <w:sz w:val="20"/>
        </w:rPr>
        <w:t>39:53  agar ijtihad karna ho to muqaiyad ijtihad kar sakte ho. Yani woh dhoond kar nikalo ke unhon ne bichu ke jang marne mein kaha tha ke roza nahi tuta.</w:t>
      </w:r>
      <w:r>
        <w:br/>
      </w:r>
      <w:r>
        <w:rPr>
          <w:sz w:val="20"/>
        </w:rPr>
        <w:t>40:04  tab tum ko yeh kehne ka haq hoga ke injection se roza nahi tutata. Yeh hai muqaiyad ijtihad. Ab mutlaq ijtihad ke to bilkul darwaza hi band hai.</w:t>
      </w:r>
      <w:r>
        <w:br/>
      </w:r>
      <w:r>
        <w:rPr>
          <w:sz w:val="20"/>
        </w:rPr>
        <w:t>40:17  ab bataiye ke hadith mein jab yeh likha hua hai ke ijtihad ka process jari rahe ga ummat mein aur agar yeh risk ho ke ghalati kar jayega aadmi, tab bhi nahi band hoga darwaza.</w:t>
      </w:r>
      <w:r>
        <w:br/>
      </w:r>
      <w:r>
        <w:rPr>
          <w:sz w:val="20"/>
        </w:rPr>
        <w:t>40:30  to kitna kitna bara jisarat kiya hai logon ne jinhon ne darwaza band kar diya. Aap ghor kijiye, is ka matlab kya ho sakta hai?</w:t>
      </w:r>
      <w:r>
        <w:br/>
      </w:r>
      <w:r>
        <w:rPr>
          <w:sz w:val="20"/>
        </w:rPr>
        <w:t>40:41  Rasool Allah ke is qaul ka matlab kya ho sakta hai</w:t>
      </w:r>
      <w:r>
        <w:br/>
      </w:r>
      <w:r>
        <w:rPr>
          <w:sz w:val="20"/>
        </w:rPr>
        <w:t>40:44  ke agar tum ijtihad karne mein ghalati kar jao, tab bhi tum ko ek sawab mile ga? Is ka mani ek, is ka mani yahi to hui na? Exercise ijtihad even at the risk of wrong ijtihad.</w:t>
      </w:r>
      <w:r>
        <w:br/>
      </w:r>
      <w:r>
        <w:rPr>
          <w:sz w:val="20"/>
        </w:rPr>
        <w:t>40:58  yani itni bari revolutionary taleem thi. Rasool Allah ne itna encourage kiya tha ijtihad par, isi liye ke Islam kabhi blind ali la ke phans na jaye.</w:t>
      </w:r>
      <w:r>
        <w:br/>
      </w:r>
      <w:r>
        <w:rPr>
          <w:sz w:val="20"/>
        </w:rPr>
        <w:t>41:11  yeh jo Rasool Allah ne itna encourage kiya tha, isi liye kiya tha ke aisa na ho ke musalman blind ali ja ke phans ke reh jaye.</w:t>
      </w:r>
      <w:r>
        <w:br/>
      </w:r>
      <w:r>
        <w:rPr>
          <w:sz w:val="20"/>
        </w:rPr>
        <w:t>41:21  aur wohi phans ke reh gaye. Yani aap ghor kijiye, kis ko yeh right hai ijtihad darwaza band karne ka? Jab hadith mein aisa maujood hai to kis ko right hai?</w:t>
      </w:r>
      <w:r>
        <w:br/>
      </w:r>
      <w:r>
        <w:rPr>
          <w:sz w:val="20"/>
        </w:rPr>
        <w:t>41:33  yeh yeh self style right se logon ne aisa keh keh dala.</w:t>
      </w:r>
      <w:r>
        <w:br/>
      </w:r>
      <w:r>
        <w:rPr>
          <w:sz w:val="20"/>
        </w:rPr>
        <w:t>41:39  saare log yeh mante hain, saare scholar jitne hain muslim ulma ke ijtehad e mutlaq ka darwaza band hai, sirf ijtehad e muqayyad jo hai woh khula hua hai.</w:t>
      </w:r>
    </w:p>
    <w:p>
      <w:pPr>
        <w:pStyle w:val="Heading2"/>
      </w:pPr>
      <w:r>
        <w:t>Call to introspection and forgiveness with hope</w:t>
      </w:r>
    </w:p>
    <w:p>
      <w:r>
        <w:rPr>
          <w:color w:val="666666"/>
          <w:sz w:val="18"/>
        </w:rPr>
        <w:t>Putting End to Complaints April 22, 2020 Maulana Wahiduddin Khan · 4m 43s · at 8:02 · https://youtu.be/jwchAfcFrkM?t=482</w:t>
      </w:r>
    </w:p>
    <w:p>
      <w:r>
        <w:rPr>
          <w:i/>
        </w:rPr>
        <w:t>“To humein introspection karna chahiye”</w:t>
      </w:r>
    </w:p>
    <w:p>
      <w:r>
        <w:rPr>
          <w:sz w:val="20"/>
        </w:rPr>
        <w:t>8:02  apni ghaltiyon ko dhoondna chahiye, apni ghaltiyon ko dhoondna chahiye, apni ghaltiyon ko dhoondna chahiye.</w:t>
      </w:r>
      <w:r>
        <w:br/>
      </w:r>
      <w:r>
        <w:rPr>
          <w:sz w:val="20"/>
        </w:rPr>
        <w:t>8:16  sahaba ka tareeqa yahi tha ke woh apni ghalti ko dhoondte thay.</w:t>
      </w:r>
      <w:r>
        <w:br/>
      </w:r>
      <w:r>
        <w:rPr>
          <w:sz w:val="20"/>
        </w:rPr>
        <w:t>8:27  sahaba ka tareeqa yeh nahi tha ke doosron ki ghalti ko nishandahi kar ke us ko bura bura karna, nahi.</w:t>
      </w:r>
      <w:r>
        <w:br/>
      </w:r>
      <w:r>
        <w:rPr>
          <w:sz w:val="20"/>
        </w:rPr>
        <w:t>8:39  apni ghalti ko dhoond kar maafi mangna.</w:t>
      </w:r>
      <w:r>
        <w:br/>
      </w:r>
      <w:r>
        <w:rPr>
          <w:sz w:val="20"/>
        </w:rPr>
        <w:t>8:49  to yeh jo waqt aaya hai, is waqt ko aap istemal kijiye etiraf mein, ghalti ke etiraf mein, Allah se dua karne mein.</w:t>
      </w:r>
      <w:r>
        <w:br/>
      </w:r>
      <w:r>
        <w:rPr>
          <w:sz w:val="20"/>
        </w:rPr>
        <w:t>9:07  bad dua nahi, yaad rakhiye, bad dua islam mein jaiz nahi hai.</w:t>
      </w:r>
      <w:r>
        <w:br/>
      </w:r>
      <w:r>
        <w:rPr>
          <w:sz w:val="20"/>
        </w:rPr>
        <w:t>9:16  hum sab logon ko yeh karna hai ke agar hum bad dua karte thay to is ko chhod dein, hamesha ke liye.</w:t>
      </w:r>
      <w:r>
        <w:br/>
      </w:r>
      <w:r>
        <w:rPr>
          <w:sz w:val="20"/>
        </w:rPr>
        <w:t>9:31  agar hum samajhte thay ke ghalati doosre ki hai to is ko maaf kar dein,</w:t>
      </w:r>
      <w:r>
        <w:br/>
      </w:r>
      <w:r>
        <w:rPr>
          <w:sz w:val="20"/>
        </w:rPr>
        <w:t>9:39  yeh karna hai.</w:t>
      </w:r>
      <w:r>
        <w:br/>
      </w:r>
      <w:r>
        <w:rPr>
          <w:sz w:val="20"/>
        </w:rPr>
        <w:t>9:44  yani agar hum apne dil mein liye bethe thay ke ghalati doosre ki hai</w:t>
      </w:r>
      <w:r>
        <w:br/>
      </w:r>
      <w:r>
        <w:rPr>
          <w:sz w:val="20"/>
        </w:rPr>
        <w:t>9:53  to is ko hum bhula dein, chhod dein.</w:t>
      </w:r>
      <w:r>
        <w:br/>
      </w:r>
      <w:r>
        <w:rPr>
          <w:sz w:val="20"/>
        </w:rPr>
        <w:t>10:03  apni ghalati ko maan lein aur</w:t>
      </w:r>
      <w:r>
        <w:br/>
      </w:r>
      <w:r>
        <w:rPr>
          <w:sz w:val="20"/>
        </w:rPr>
        <w:t>10:11  doosre ki ghalati ho bil farz to is ko maaf kar dein.</w:t>
      </w:r>
      <w:r>
        <w:br/>
      </w:r>
      <w:r>
        <w:rPr>
          <w:sz w:val="20"/>
        </w:rPr>
        <w:t>10:22  to mein samajhta hoon ke agar hum sab log is par amal karein to zaroor yaqeenan Allah ki tofeeq se halaat badlen ge,</w:t>
      </w:r>
      <w:r>
        <w:br/>
      </w:r>
      <w:r>
        <w:rPr>
          <w:sz w:val="20"/>
        </w:rPr>
        <w:t>10:37  halaat badlen ge.</w:t>
      </w:r>
      <w:r>
        <w:br/>
      </w:r>
      <w:r>
        <w:rPr>
          <w:sz w:val="20"/>
        </w:rPr>
        <w:t>10:47  jo cheez hamare bas mein nahi thi woh Allah ki tofeeq se mumkin ho jaye gi.</w:t>
      </w:r>
      <w:r>
        <w:br/>
      </w:r>
      <w:r>
        <w:rPr>
          <w:sz w:val="20"/>
        </w:rPr>
        <w:t>11:01  to is waqt mein yahi aap logon se</w:t>
      </w:r>
      <w:r>
        <w:br/>
      </w:r>
      <w:r>
        <w:rPr>
          <w:sz w:val="20"/>
        </w:rPr>
        <w:t>11:09  darkhwast karta hoon aur is ke liye dua karta hoon ke hum ko Allah taala tofeeq de ke hum apni shikayaton ko bhula dein.</w:t>
      </w:r>
      <w:r>
        <w:br/>
      </w:r>
      <w:r>
        <w:rPr>
          <w:sz w:val="20"/>
        </w:rPr>
        <w:t>11:26  logon se hum ko jo shikayat hai is ke liye, un ke liye duaen karein,</w:t>
      </w:r>
      <w:r>
        <w:br/>
      </w:r>
      <w:r>
        <w:rPr>
          <w:sz w:val="20"/>
        </w:rPr>
        <w:t>11:35  duaen karein. mein ne Allah ke fazl se khud yahi kiya hai.</w:t>
      </w:r>
      <w:r>
        <w:br/>
      </w:r>
      <w:r>
        <w:rPr>
          <w:sz w:val="20"/>
        </w:rPr>
        <w:t>11:46  aap chahein to mein naam bhi bata sakta hoon, jagah bata sakta hoon, mamla bata sakta hoon ke kis tarah mein ne</w:t>
      </w:r>
      <w:r>
        <w:br/>
      </w:r>
      <w:r>
        <w:rPr>
          <w:sz w:val="20"/>
        </w:rPr>
        <w:t>11:57  apni taraf ki baat ko bhula diya aur doosre ki taraf ki baat jo thi yeh duaen karein ke Allah taala un ke dil mein bhi</w:t>
      </w:r>
      <w:r>
        <w:br/>
      </w:r>
      <w:r>
        <w:rPr>
          <w:sz w:val="20"/>
        </w:rPr>
        <w:t>12:10  yeh tofeeq de.</w:t>
      </w:r>
      <w:r>
        <w:br/>
      </w:r>
      <w:r>
        <w:rPr>
          <w:sz w:val="20"/>
        </w:rPr>
        <w:t>12:18  to mujhe yaqeen hai ke agar hum log,</w:t>
      </w:r>
      <w:r>
        <w:br/>
      </w:r>
      <w:r>
        <w:rPr>
          <w:sz w:val="20"/>
        </w:rPr>
        <w:t>12:25  mujhe yaqeen hai ke hum log agar is maslak par chalein</w:t>
      </w:r>
      <w:r>
        <w:br/>
      </w:r>
      <w:r>
        <w:rPr>
          <w:sz w:val="20"/>
        </w:rPr>
        <w:t>12:33  to zaroor Allah ke fazail ki woh wasail khatm ho jayen ge, inshallah, inshallah, inshallah.</w:t>
      </w:r>
    </w:p>
    <w:p>
      <w:pPr>
        <w:pStyle w:val="Heading2"/>
      </w:pPr>
      <w:r>
        <w:t>Gods mercy extended to the utmost limit</w:t>
      </w:r>
    </w:p>
    <w:p>
      <w:r>
        <w:rPr>
          <w:color w:val="666666"/>
          <w:sz w:val="18"/>
        </w:rPr>
        <w:t>The Importance of Shukr 19 Dec, 2010 - Maulana Wahiduddin Khan · 5m 43s · at 33:03 · https://youtu.be/F4mVn0DwH34?t=1983</w:t>
      </w:r>
    </w:p>
    <w:p>
      <w:r>
        <w:rPr>
          <w:i/>
        </w:rPr>
        <w:t>“Aakhri hadd bata doon aakhri hadd Allah taala ne kya ki.”</w:t>
      </w:r>
    </w:p>
    <w:p>
      <w:r>
        <w:rPr>
          <w:sz w:val="20"/>
        </w:rPr>
        <w:t>33:03  aakhri had bata doon aakhri had Allah taala ne kya ki aakhri had.</w:t>
      </w:r>
      <w:r>
        <w:br/>
      </w:r>
      <w:r>
        <w:rPr>
          <w:sz w:val="20"/>
        </w:rPr>
        <w:t>33:13  aakhri had ye hai hadith mein aata hai ke ma raait misl jannat naam talibah ke jannat ki talab bhi nahi logon ke andar sachi tadap bhi nahi.</w:t>
      </w:r>
      <w:r>
        <w:br/>
      </w:r>
      <w:r>
        <w:rPr>
          <w:sz w:val="20"/>
        </w:rPr>
        <w:t>33:29  shopping center se jitna shauq un ko hota hai ek naya joda kapde karne ka jitna is ke talib hote hain utna bhi talab nahi.</w:t>
      </w:r>
      <w:r>
        <w:br/>
      </w:r>
      <w:r>
        <w:rPr>
          <w:sz w:val="20"/>
        </w:rPr>
        <w:t>33:41  yani Allah taala ne yahan tak list badhai ke koi sacha talib ho to us ko bhi jannat mein dakhil karo.</w:t>
      </w:r>
      <w:r>
        <w:br/>
      </w:r>
      <w:r>
        <w:rPr>
          <w:sz w:val="20"/>
        </w:rPr>
        <w:t>33:53  is is hadith ki asal khud quran mein maujood hai yani Allah taala ne insan se kaha ke tum se koi saal ban kar aaye mangne wala ban kar aaye to is ko jhaṛko mat de do is ko.</w:t>
      </w:r>
      <w:r>
        <w:br/>
      </w:r>
      <w:r>
        <w:rPr>
          <w:sz w:val="20"/>
        </w:rPr>
        <w:t>34:08  is ke mani kya hain is mein aik aik cheez chhipi hui hai ke main woh hasti hoon ke mangay tab bhi doon ga.</w:t>
      </w:r>
      <w:r>
        <w:br/>
      </w:r>
      <w:r>
        <w:rPr>
          <w:sz w:val="20"/>
        </w:rPr>
        <w:t>34:18  chahe is ne koi bara kaam na bhi kiya ho ke</w:t>
      </w:r>
      <w:r>
        <w:br/>
      </w:r>
      <w:r>
        <w:rPr>
          <w:sz w:val="20"/>
        </w:rPr>
        <w:t>34:22  Allah taala ne apna introduction diya hai aik keh kar ke</w:t>
      </w:r>
      <w:r>
        <w:br/>
      </w:r>
      <w:r>
        <w:rPr>
          <w:sz w:val="20"/>
        </w:rPr>
        <w:t>34:27  yani main deta hoon tum bhi do. kaisi ajeeb baat hai. Khuda ne list ko yahan tak baṛhaya yahan tak baṛhaya. Reason diya intuition diya pore nature ko science se bhar diya prophet bhejey.</w:t>
      </w:r>
      <w:r>
        <w:br/>
      </w:r>
      <w:r>
        <w:rPr>
          <w:sz w:val="20"/>
        </w:rPr>
        <w:t>34:46  kya kya kar ke phir yahan tak baṛhaya ke sachay talib bhi ban jao tum.</w:t>
      </w:r>
      <w:r>
        <w:br/>
      </w:r>
      <w:r>
        <w:rPr>
          <w:sz w:val="20"/>
        </w:rPr>
        <w:t>34:55  quran majeed ki surah jo nisa hai us ke aik ajeeb ayat hai.</w:t>
      </w:r>
      <w:r>
        <w:br/>
      </w:r>
      <w:r>
        <w:rPr>
          <w:sz w:val="20"/>
        </w:rPr>
        <w:t>35:03  ke islam mein dekhiye yeh jo inheritance hota hai virasat is ko banta jata hai marne ke baad.</w:t>
      </w:r>
      <w:r>
        <w:br/>
      </w:r>
      <w:r>
        <w:rPr>
          <w:sz w:val="20"/>
        </w:rPr>
        <w:t>35:11  to is mein hai ke jab aik admi mar gaya is ne kuch chhoṛa.</w:t>
      </w:r>
      <w:r>
        <w:br/>
      </w:r>
      <w:r>
        <w:rPr>
          <w:sz w:val="20"/>
        </w:rPr>
        <w:t>35:18  pehley zamaney mein to sirf land hua karti thi ya land base kuch cheezein hua karti thi ab to in bohat zyada saman hota hai.</w:t>
      </w:r>
      <w:r>
        <w:br/>
      </w:r>
      <w:r>
        <w:rPr>
          <w:sz w:val="20"/>
        </w:rPr>
        <w:t>35:30  land hai ya ghalla hai ya is tarah ki jo hoti thi pehley.</w:t>
      </w:r>
      <w:r>
        <w:br/>
      </w:r>
      <w:r>
        <w:rPr>
          <w:sz w:val="20"/>
        </w:rPr>
        <w:t>35:34  to quran mein hai ke aik shakhs mar gaya is ki cheezon ko taqseem karna hai wariseen ko.</w:t>
      </w:r>
      <w:r>
        <w:br/>
      </w:r>
      <w:r>
        <w:rPr>
          <w:sz w:val="20"/>
        </w:rPr>
        <w:t>35:44  to is mein hai ke waida hazar al-qismat ul-qurba</w:t>
      </w:r>
      <w:r>
        <w:br/>
      </w:r>
      <w:r>
        <w:rPr>
          <w:sz w:val="20"/>
        </w:rPr>
        <w:t>35:52  wal-yatama wal-masakin farzuq minhu</w:t>
      </w:r>
      <w:r>
        <w:br/>
      </w:r>
      <w:r>
        <w:rPr>
          <w:sz w:val="20"/>
        </w:rPr>
        <w:t>36:01  ke jab taqseem ka waqt hai</w:t>
      </w:r>
      <w:r>
        <w:br/>
      </w:r>
      <w:r>
        <w:rPr>
          <w:sz w:val="20"/>
        </w:rPr>
        <w:t>36:06  to taqseem ki jati hai jin ka haq ho. Taqseem khwamkhwah to nahi banti jati kisi ko de di jayegi.</w:t>
      </w:r>
      <w:r>
        <w:br/>
      </w:r>
      <w:r>
        <w:rPr>
          <w:sz w:val="20"/>
        </w:rPr>
        <w:t>36:14  jo admi chhoṛ kar mara hai is ka beta betey ko beti ko rishtedaron ko milega. To quran majeed mein hai ke jab</w:t>
      </w:r>
      <w:r>
        <w:br/>
      </w:r>
      <w:r>
        <w:rPr>
          <w:sz w:val="20"/>
        </w:rPr>
        <w:t>36:26  koi mar gaya ab is ki virasat ko taqseem karna hai. To jo haqdar hain woh aaye lene ke liye kuch aur bhi aa gaye idhar udhar ke door ke rishtedar jin ka haq nahi hota tha.</w:t>
      </w:r>
      <w:r>
        <w:br/>
      </w:r>
      <w:r>
        <w:rPr>
          <w:sz w:val="20"/>
        </w:rPr>
        <w:t>36:40  door ke log aa ke khaṛe ho gaye.</w:t>
      </w:r>
      <w:r>
        <w:br/>
      </w:r>
      <w:r>
        <w:rPr>
          <w:sz w:val="20"/>
        </w:rPr>
        <w:t>36:49  to farmaya ke unhein bhi kuch de do farzuq minhu</w:t>
      </w:r>
      <w:r>
        <w:br/>
      </w:r>
      <w:r>
        <w:rPr>
          <w:sz w:val="20"/>
        </w:rPr>
        <w:t>36:57  kasi ajeeb ayat hai. Jab main is ko paṛhta hoon to lagta hai ke Allah ne apna introduction diya hai ke aye insan main woh hasti hoon ke aa ke koi khaṛa ho jaye sa'il ban kar tab bhi main use doonga to tum bhi do.</w:t>
      </w:r>
      <w:r>
        <w:br/>
      </w:r>
      <w:r>
        <w:rPr>
          <w:sz w:val="20"/>
        </w:rPr>
        <w:t>37:15  ab dekhiye list ko kahan tak Allah taala ne baṛhaya. Jaise bees list unhon ne baṛhai thi bees number to beeswein par is ka inaam aa gaya.</w:t>
      </w:r>
      <w:r>
        <w:br/>
      </w:r>
      <w:r>
        <w:rPr>
          <w:sz w:val="20"/>
        </w:rPr>
        <w:t>37:27  yahan bhi Allah taala ne kya kya ab sirf jism nahi diya jism ke sath aql bhi diya sirf aql nahi diya is ke sath intuition diya sirf intuition nahi diya is ke sath sare nature ko main science se bhar diya.</w:t>
      </w:r>
      <w:r>
        <w:br/>
      </w:r>
      <w:r>
        <w:rPr>
          <w:sz w:val="20"/>
        </w:rPr>
        <w:t>37:44  par yani peyghambaron ke zariye se hidayat di baqi jo hai to gaya yani na bolne wali cheezein thi peyghambar bolne ki zuban mein batata tha.</w:t>
      </w:r>
      <w:r>
        <w:br/>
      </w:r>
      <w:r>
        <w:rPr>
          <w:sz w:val="20"/>
        </w:rPr>
        <w:t>37:59  phir list ko yahan tak pohanchaya tak pohanchaya itna baṛhaya ke aye insan agar tu sacha talib ban jaye</w:t>
      </w:r>
      <w:r>
        <w:br/>
      </w:r>
      <w:r>
        <w:rPr>
          <w:sz w:val="20"/>
        </w:rPr>
        <w:t>38:11  agar tu sacha saail ban jaye</w:t>
      </w:r>
      <w:r>
        <w:br/>
      </w:r>
      <w:r>
        <w:rPr>
          <w:sz w:val="20"/>
        </w:rPr>
        <w:t>38:16  agar tu sacha maangne wala ban jaye tab bhi mein tujhe jannat doonga.</w:t>
      </w:r>
      <w:r>
        <w:br/>
      </w:r>
      <w:r>
        <w:rPr>
          <w:sz w:val="20"/>
        </w:rPr>
        <w:t>38:24  kesi ajeeb baat hai.</w:t>
      </w:r>
      <w:r>
        <w:br/>
      </w:r>
      <w:r>
        <w:rPr>
          <w:sz w:val="20"/>
        </w:rPr>
        <w:t>38:30  jis tarah prime minister ne list ko mein das number ka izafa kiya taake beesveen satah beesveen maqam par jo aadmi hai woh bhi iska shohar ho jaye aise Allah taala ne badha diya list ko badha diya badha diya</w:t>
      </w:r>
    </w:p>
    <w:p>
      <w:pPr>
        <w:pStyle w:val="Heading2"/>
      </w:pPr>
      <w:r>
        <w:t>Extending moral values to pollution, smoking, and industry</w:t>
      </w:r>
    </w:p>
    <w:p>
      <w:r>
        <w:rPr>
          <w:color w:val="666666"/>
          <w:sz w:val="18"/>
        </w:rPr>
        <w:t>Ethical Values in Islam, June 19, 2008 · 4m 06s · at 20:16 · https://youtu.be/2yPff80nSBY?t=1216</w:t>
      </w:r>
    </w:p>
    <w:p>
      <w:r>
        <w:rPr>
          <w:i/>
        </w:rPr>
        <w:t>“We're now in the 21st century, and climate change is real”</w:t>
      </w:r>
    </w:p>
    <w:p>
      <w:r>
        <w:rPr>
          <w:sz w:val="20"/>
        </w:rPr>
        <w:t>20:16  yahan main aik aur baat kahoon ga ke ab hum 21 century mein hain. aap jante hain ke aaj kal daily media mein global warming ki baaten aa rahi hain.</w:t>
      </w:r>
      <w:r>
        <w:br/>
      </w:r>
      <w:r>
        <w:rPr>
          <w:sz w:val="20"/>
        </w:rPr>
        <w:t>20:31  life support system jo hai, bohat zabardast tareeqay say woh, yani bigad raha hai. jo intricate balance tha is zameen par, woh bohat hi ziyada disturb ho raha hai.</w:t>
      </w:r>
      <w:r>
        <w:br/>
      </w:r>
      <w:r>
        <w:rPr>
          <w:sz w:val="20"/>
        </w:rPr>
        <w:t>20:48  daily kitnay species mar rahi hain.</w:t>
      </w:r>
      <w:r>
        <w:br/>
      </w:r>
      <w:r>
        <w:rPr>
          <w:sz w:val="20"/>
        </w:rPr>
        <w:t>20:53  to bohat say problem jin ko aap jantay hain, yani samandar kay pani mein pollution, pollution ho gaya hai, nadiyon mein pollution aa gaya hai, fiza jo hai, us mein pollution bhar gaya hai.</w:t>
      </w:r>
      <w:r>
        <w:br/>
      </w:r>
      <w:r>
        <w:rPr>
          <w:sz w:val="20"/>
        </w:rPr>
        <w:t>21:07  ab aap kahain kay sach bolo, honesty kay sath raho aur love karo aik doosray say, aur doosri taraf apni industry ko isi tarah chaltay raho, to yeh bhi meaningless baat hogi,</w:t>
      </w:r>
      <w:r>
        <w:br/>
      </w:r>
      <w:r>
        <w:rPr>
          <w:sz w:val="20"/>
        </w:rPr>
        <w:t>21:23  meaningless baat hogi. ab jo hai, main samajhta hoon kay moral values ka aik extended sense laina paray ga kay international life, commercial activities, wahan bhi humain apply karna paray ga is ko.</w:t>
      </w:r>
      <w:r>
        <w:br/>
      </w:r>
      <w:r>
        <w:rPr>
          <w:sz w:val="20"/>
        </w:rPr>
        <w:t>21:35  yani humain yeh karna paray ga kay hum apni industrial activities ko moral values ka paband banayein, warna woh mahol khatam ho jaye ga.</w:t>
      </w:r>
      <w:r>
        <w:br/>
      </w:r>
      <w:r>
        <w:rPr>
          <w:sz w:val="20"/>
        </w:rPr>
        <w:t>21:49  woh maholi, yani aap chahtay hain kay log aik doosray kay friendly banain. friendly kaisay banain gay jab koi dekh rahay hain kay aap ki industry jo hai, mujhay nuqsan pohncha rahi hai?</w:t>
      </w:r>
      <w:r>
        <w:br/>
      </w:r>
      <w:r>
        <w:rPr>
          <w:sz w:val="20"/>
        </w:rPr>
        <w:t>22:04  hamaray bachpan mein, hum aaj kal boya jata hai aik lafz "passive smoking".</w:t>
      </w:r>
      <w:r>
        <w:br/>
      </w:r>
      <w:r>
        <w:rPr>
          <w:sz w:val="20"/>
        </w:rPr>
        <w:t>22:12  hamaray bachpan mein log cigarette peetay thay, bohat kam tha, zamanay mein riwaj, lekin "passive smoking" ka lafz hum nay kabhi nahi suna tha bachpan mein.</w:t>
      </w:r>
      <w:r>
        <w:br/>
      </w:r>
      <w:r>
        <w:rPr>
          <w:sz w:val="20"/>
        </w:rPr>
        <w:t>22:23  ab har aadmi janta hai "passive smoking"</w:t>
      </w:r>
      <w:r>
        <w:br/>
      </w:r>
      <w:r>
        <w:rPr>
          <w:sz w:val="20"/>
        </w:rPr>
        <w:t>22:26  . yani aik aadmi agar cigarette pi raha hai to khud to woh direct tor par apnay phephron ko nuqsan pohncha raha hai pi kar kay, lekin woh jo dhuan niklta hai, us say woh dhuan fiza mein aata hai aur phir fiza kay zariye mujh tak bhi pohanchta hai.</w:t>
      </w:r>
      <w:r>
        <w:br/>
      </w:r>
      <w:r>
        <w:rPr>
          <w:sz w:val="20"/>
        </w:rPr>
        <w:t>22:51  yani aap active smoking kar rahay hain aur mujh ko aap passive smoker bana rahay hain.</w:t>
      </w:r>
      <w:r>
        <w:br/>
      </w:r>
      <w:r>
        <w:rPr>
          <w:sz w:val="20"/>
        </w:rPr>
        <w:t>23:01  doosra aadmi active smoking kar raha hai aur apnay parosi ko passive smoker bana raha hai, to ab moral values ko yahan tak extend karna paray ga.</w:t>
      </w:r>
      <w:r>
        <w:br/>
      </w:r>
      <w:r>
        <w:rPr>
          <w:sz w:val="20"/>
        </w:rPr>
        <w:t>23:14  moral values ko yahan tak extend karna paray ga</w:t>
      </w:r>
      <w:r>
        <w:br/>
      </w:r>
      <w:r>
        <w:rPr>
          <w:sz w:val="20"/>
        </w:rPr>
        <w:t>23:17  kay aap ko yeh ijazat nahi hai kay apna shauq poora karnay kay liye aap cigarette piyein aur doosron ko passive smoker banayein.</w:t>
      </w:r>
      <w:r>
        <w:br/>
      </w:r>
      <w:r>
        <w:rPr>
          <w:sz w:val="20"/>
        </w:rPr>
        <w:t>23:29  yeh aap ki ijazat yahan nahi di ja sakti. aap ko aisay hi dekhein, industry lagana aap ki freedom ka mamla hai.</w:t>
      </w:r>
      <w:r>
        <w:br/>
      </w:r>
      <w:r>
        <w:rPr>
          <w:sz w:val="20"/>
        </w:rPr>
        <w:t>23:39  aap ko azadi hai kay aap apni industry lagayein, lekin aap ki industry jab air pollution paida karay aur jab yahan tak mamla barhay kay podon kay layer jo hain, woh damage ho jayein,</w:t>
      </w:r>
      <w:r>
        <w:br/>
      </w:r>
      <w:r>
        <w:rPr>
          <w:sz w:val="20"/>
        </w:rPr>
        <w:t>23:54  samandaron ka pani kharab ho jaye, to yahan bhi moral values ko extend karna paray ga. yahan bhi moral contact banana paray ga.</w:t>
      </w:r>
      <w:r>
        <w:br/>
      </w:r>
      <w:r>
        <w:rPr>
          <w:sz w:val="20"/>
        </w:rPr>
        <w:t>24:06  yahan bhi aik aik principle kay kay under mein lana paray ga yeh sari, in sari activities ko, warna moral values ki baatein bilkul baseless, meaningless ho jayengi.</w:t>
      </w:r>
    </w:p>
    <w:p>
      <w:pPr>
        <w:pStyle w:val="Heading2"/>
      </w:pPr>
      <w:r>
        <w:t>Children as trial shifting concern from God</w:t>
      </w:r>
    </w:p>
    <w:p>
      <w:r>
        <w:rPr>
          <w:color w:val="666666"/>
          <w:sz w:val="18"/>
        </w:rPr>
        <w:t>Q&amp;A 24 May 2009 Maulana Wahiduddin Khan · 5m 00s · at 7:04 · https://youtu.be/Ek6Ct3LZGOs?t=424</w:t>
      </w:r>
    </w:p>
    <w:p>
      <w:r>
        <w:rPr>
          <w:i/>
        </w:rPr>
        <w:t>“This question is from Dr. Farida Khanum.”</w:t>
      </w:r>
    </w:p>
    <w:p>
      <w:r>
        <w:rPr>
          <w:sz w:val="20"/>
        </w:rPr>
        <w:t>7:04  This question is from Dr. Fareeda Khanum. The Quran says that the children are trial for man. What does it mean?</w:t>
      </w:r>
      <w:r>
        <w:br/>
      </w:r>
      <w:r>
        <w:rPr>
          <w:sz w:val="20"/>
        </w:rPr>
        <w:t>7:17  haan, Quran mein dekhein ek ayat hai: "إن من أزواجكم وأولادكم أعدو فاذروه" ۔</w:t>
      </w:r>
      <w:r>
        <w:br/>
      </w:r>
      <w:r>
        <w:rPr>
          <w:sz w:val="20"/>
        </w:rPr>
        <w:t>7:25  tumhari biwion mein aur tumhari aulad mein dushman hain, un se bacho. un se bacho. tumhari biwion mein aur tumhari aulad mein tumhare dushman hain, tum se bacho.</w:t>
      </w:r>
      <w:r>
        <w:br/>
      </w:r>
      <w:r>
        <w:rPr>
          <w:sz w:val="20"/>
        </w:rPr>
        <w:t>7:39  mein jahan tak samjha hoon is ka matlab ke woh woh tumhare concern badal dete hain. priority badal dete hain. ek believer jo hai, ek woman jo hai, us ki priority Khuda hona chahiye.</w:t>
      </w:r>
      <w:r>
        <w:br/>
      </w:r>
      <w:r>
        <w:rPr>
          <w:sz w:val="20"/>
        </w:rPr>
        <w:t>7:52  us ka concern Khuda hona chahiye. lekin yeh log jo hai badal dete hain is ko.</w:t>
      </w:r>
      <w:r>
        <w:br/>
      </w:r>
      <w:r>
        <w:rPr>
          <w:sz w:val="20"/>
        </w:rPr>
        <w:t>7:58  sole concern jo ban jata hai aulad aur family aur ghar. to yeh bohat hi bari ayat hai yeh. woh dushman hain woh tumhare.</w:t>
      </w:r>
      <w:r>
        <w:br/>
      </w:r>
      <w:r>
        <w:rPr>
          <w:sz w:val="20"/>
        </w:rPr>
        <w:t>8:07  yani woh paidaishi dushman nahi hain. yani dushman by birth nahi hain woh.</w:t>
      </w:r>
      <w:r>
        <w:br/>
      </w:r>
      <w:r>
        <w:rPr>
          <w:sz w:val="20"/>
        </w:rPr>
        <w:t>8:14  lekin woh tumhare liye trial hain. yani azmaish hain. ke kahin aisa na ho ke un ke chakar mein par kar ke tum apna concern badal do. jo hona chahiye Khuda ke liye, woh un ko un ke liye kar do.</w:t>
      </w:r>
      <w:r>
        <w:br/>
      </w:r>
      <w:r>
        <w:rPr>
          <w:sz w:val="20"/>
        </w:rPr>
        <w:t>8:29  yeh hai. to priority basis par aadmi ko sirf Khuda ke Khuda ko lena chahiye, lena hai. apna concern sirf Khuda ko banana hai.</w:t>
      </w:r>
      <w:r>
        <w:br/>
      </w:r>
      <w:r>
        <w:rPr>
          <w:sz w:val="20"/>
        </w:rPr>
        <w:t>8:40  mein ne is se pehle aap ko bataya tha ke ek American writer ne kitab likhi hai Islam par. to bohat hi study kiya is ne. to is mein woh bohat sahi kehta hai</w:t>
      </w:r>
      <w:r>
        <w:br/>
      </w:r>
      <w:r>
        <w:rPr>
          <w:sz w:val="20"/>
        </w:rPr>
        <w:t>8:51  ke "the greatest concern of Islam is Allah" ۔ to greatest concern jo hai woh Allah hona chahiye.</w:t>
      </w:r>
      <w:r>
        <w:br/>
      </w:r>
      <w:r>
        <w:rPr>
          <w:sz w:val="20"/>
        </w:rPr>
        <w:t>9:01  lekin yeh log jo hain badal dete hain. yani aulad greatest concern ban jati hai.</w:t>
      </w:r>
      <w:r>
        <w:br/>
      </w:r>
      <w:r>
        <w:rPr>
          <w:sz w:val="20"/>
        </w:rPr>
        <w:t>9:09  family greatest concern ban jati hai. bohat bara isi ko kaha gaya Quran mein ke woh to dushman hain tumhare. woh tumhare dushman hain.</w:t>
      </w:r>
      <w:r>
        <w:br/>
      </w:r>
      <w:r>
        <w:rPr>
          <w:sz w:val="20"/>
        </w:rPr>
        <w:t>9:20  bohat zyada sochne ki ayat hai. "إن من أولادكم وأزواجكم أعدو فاذروه" ۔</w:t>
      </w:r>
      <w:r>
        <w:br/>
      </w:r>
      <w:r>
        <w:rPr>
          <w:sz w:val="20"/>
        </w:rPr>
        <w:t>9:27  tumhari biwiyan aur tumhari aulad tumhare dushman hain, dushman. un se bacho. un se bacho. is ka matlab yeh nahi ke woh by birth dushman hain.</w:t>
      </w:r>
      <w:r>
        <w:br/>
      </w:r>
      <w:r>
        <w:rPr>
          <w:sz w:val="20"/>
        </w:rPr>
        <w:t>9:37  by birth koi dushman nahi hota hai.</w:t>
      </w:r>
      <w:r>
        <w:br/>
      </w:r>
      <w:r>
        <w:rPr>
          <w:sz w:val="20"/>
        </w:rPr>
        <w:t>9:42  un se jo attachment hota hai, un se jo dil ka taluq hota hai, us se jo mohabbat hoti hai, us ki wajah se woh aik shift late hain, woh shift. aur bohat hi gradual tareeqa aata hai, shift aata hai.</w:t>
      </w:r>
      <w:r>
        <w:br/>
      </w:r>
      <w:r>
        <w:rPr>
          <w:sz w:val="20"/>
        </w:rPr>
        <w:t>9:55  unconsciously aata hai. aadmi ko pata nahi chalta ke meri priority badal gayi. mera concern badal gaya.</w:t>
      </w:r>
      <w:r>
        <w:br/>
      </w:r>
      <w:r>
        <w:rPr>
          <w:sz w:val="20"/>
        </w:rPr>
        <w:t>10:03  lekin bohat bara bhayanak anjaam hota hai insaan ka.</w:t>
      </w:r>
      <w:r>
        <w:br/>
      </w:r>
      <w:r>
        <w:rPr>
          <w:sz w:val="20"/>
        </w:rPr>
        <w:t>10:11  yeh kab insaan jaan paye ga? introspection ke zariye jaan paye ga. soche, soche, soche, soche. baghair introspection ke koi bhi aadmi samajh nahi sakta ke kya haal mera hua hai.</w:t>
      </w:r>
      <w:r>
        <w:br/>
      </w:r>
      <w:r>
        <w:rPr>
          <w:sz w:val="20"/>
        </w:rPr>
        <w:t>10:23  mera tajurba dekhen, jis ko bhi dekhen, us ka supreme concern us ki family hai, us ki aulad hai.</w:t>
      </w:r>
      <w:r>
        <w:br/>
      </w:r>
      <w:r>
        <w:rPr>
          <w:sz w:val="20"/>
        </w:rPr>
        <w:t>10:29  sab ko mein dekhta hoon. chahe ghareeb ho ya ameer, namaz wala ho ya be namaz wala, daadhi wala ho ya be daadhi wala, aalim ho ya ghair aalim, sab ka yahi haal hai.</w:t>
      </w:r>
      <w:r>
        <w:br/>
      </w:r>
      <w:r>
        <w:rPr>
          <w:sz w:val="20"/>
        </w:rPr>
        <w:t>10:42  to goya ke har aik ne in logon ko apna dushman bana rakha hai.</w:t>
      </w:r>
      <w:r>
        <w:br/>
      </w:r>
      <w:r>
        <w:rPr>
          <w:sz w:val="20"/>
        </w:rPr>
        <w:t>10:50  bari khatarnak baat hai yeh. bohat ziyada khatarnak baat hai.</w:t>
      </w:r>
      <w:r>
        <w:br/>
      </w:r>
      <w:r>
        <w:rPr>
          <w:sz w:val="20"/>
        </w:rPr>
        <w:t>10:58  aur is mein yeh hota hai, mein ne dekha apni aankh se ke wahi same ghalti apna bachcha kare to dikhai nahi deta aadmi ko. wahi doosra kare to us ko doctor par lagate hain.</w:t>
      </w:r>
      <w:r>
        <w:br/>
      </w:r>
      <w:r>
        <w:rPr>
          <w:sz w:val="20"/>
        </w:rPr>
        <w:t>11:07  mein ne khud dekha apni aankh se ke doosre ke bete ne wahi same ghalti ki. bas patang ura raha tha aik. mein ne to apni aankh se dekha.</w:t>
      </w:r>
      <w:r>
        <w:br/>
      </w:r>
      <w:r>
        <w:rPr>
          <w:sz w:val="20"/>
        </w:rPr>
        <w:t>11:16  muhalle ka aik ladka patang ura raha tha to us ko doctor par kar rahe the. to patang urate ho, school le jate hain yeh woh. inhi ko mein ne dekha ke ab in ka apna beta patang ura raha tha, dekhte hain khush ho rahe the.</w:t>
      </w:r>
      <w:r>
        <w:br/>
      </w:r>
      <w:r>
        <w:rPr>
          <w:sz w:val="20"/>
        </w:rPr>
        <w:t>11:26  kehta hai, "achha</w:t>
      </w:r>
      <w:r>
        <w:br/>
      </w:r>
      <w:r>
        <w:rPr>
          <w:sz w:val="20"/>
        </w:rPr>
        <w:t>11:27  patang ura raha hai yeh." to aadmi ki, aadmi blind hota hai, blind. hadith mein aata hai ke "hubbuka shaya yoomi wusum" .</w:t>
      </w:r>
      <w:r>
        <w:br/>
      </w:r>
      <w:r>
        <w:rPr>
          <w:sz w:val="20"/>
        </w:rPr>
        <w:t>11:39  yani mohabbat tum ko andha bhara bana deti hai. to aulad se mohabbat, family se mohabbat, aadmi ko blind kar deti hai.</w:t>
      </w:r>
      <w:r>
        <w:br/>
      </w:r>
      <w:r>
        <w:rPr>
          <w:sz w:val="20"/>
        </w:rPr>
        <w:t>11:49  to dekha, kuch dikhai nahi deta us ko. use bohat mercy se introspection jab kare ga aadmi, tab jaan paye ga.</w:t>
      </w:r>
      <w:r>
        <w:br/>
      </w:r>
      <w:r>
        <w:rPr>
          <w:sz w:val="20"/>
        </w:rPr>
        <w:t>11:58  warna jaan nahi paye ga, isi haal mein mar jaye ga woh.</w:t>
      </w:r>
    </w:p>
    <w:p>
      <w:pPr>
        <w:pStyle w:val="Heading2"/>
      </w:pPr>
      <w:r>
        <w:t>Journey from gratitude to discovering peace</w:t>
      </w:r>
    </w:p>
    <w:p>
      <w:r>
        <w:rPr>
          <w:color w:val="666666"/>
          <w:sz w:val="18"/>
        </w:rPr>
        <w:t>Indian Muslims May 18, 2014 Maulana Wahiduddin Khan · 4m 34s · at 3:30 · https://youtu.be/jHtuZ4UgvEw?t=210</w:t>
      </w:r>
    </w:p>
    <w:p>
      <w:r>
        <w:rPr>
          <w:i/>
        </w:rPr>
        <w:t>“Subah ko mere mind mein ek naya process jari hua”</w:t>
      </w:r>
    </w:p>
    <w:p>
      <w:r>
        <w:rPr>
          <w:sz w:val="20"/>
        </w:rPr>
        <w:t>3:30  subah ko meray mind mein aik naya process jari hua. soch ka. aik naya process.</w:t>
      </w:r>
      <w:r>
        <w:br/>
      </w:r>
      <w:r>
        <w:rPr>
          <w:sz w:val="20"/>
        </w:rPr>
        <w:t>3:40  main nay socha kay kal sham ko main nay jo khana khaya tha, raat ko woh digest ho gaya. aur subah ko phir mujhe bhook lagi kay main breakfast karoon.</w:t>
      </w:r>
      <w:r>
        <w:br/>
      </w:r>
      <w:r>
        <w:rPr>
          <w:sz w:val="20"/>
        </w:rPr>
        <w:t>3:53  to main nay socha kay kitni bari nemat hai. agar khana hazam na hota to main kiya karta? bohat bara problem hota. phir main utha, bathroom mein gaya.</w:t>
      </w:r>
      <w:r>
        <w:br/>
      </w:r>
      <w:r>
        <w:rPr>
          <w:sz w:val="20"/>
        </w:rPr>
        <w:t>4:07  wahan par pani main nay istemal kiya. to main nay socha kay pani kitni bari nemat hai. pani na hota to kiya haal hota mera? yani wuzu karnay kay liye, nahany kay liye, har kaam kay liye pani.</w:t>
      </w:r>
      <w:r>
        <w:br/>
      </w:r>
      <w:r>
        <w:rPr>
          <w:sz w:val="20"/>
        </w:rPr>
        <w:t>4:23  phir main nay breakfast liya to main nay socha kay daikhain, zameen hamaray liye gehoon uga rahi hai, chana uga rahi hai. darakht phal paida kar rahay hain.</w:t>
      </w:r>
      <w:r>
        <w:br/>
      </w:r>
      <w:r>
        <w:rPr>
          <w:sz w:val="20"/>
        </w:rPr>
        <w:t>4:35  kitni bari nemat hai. yeh sab na hota to kiya hota? yeh sab sochtay huay main apnay ghar kay samnay jo balcony hai, wahan aya.</w:t>
      </w:r>
      <w:r>
        <w:br/>
      </w:r>
      <w:r>
        <w:rPr>
          <w:sz w:val="20"/>
        </w:rPr>
        <w:t>4:48  to suraj nikl raha tha. phir main nay socha kay suraj kay zariye, suraj hum say nau lakh tees hazar mile door hai.</w:t>
      </w:r>
      <w:r>
        <w:br/>
      </w:r>
      <w:r>
        <w:rPr>
          <w:sz w:val="20"/>
        </w:rPr>
        <w:t>4:59  nau crore tees lakh mile door hai. wahan say itni achi roshni chali aa rahi hai. golden light.</w:t>
      </w:r>
      <w:r>
        <w:br/>
      </w:r>
      <w:r>
        <w:rPr>
          <w:sz w:val="20"/>
        </w:rPr>
        <w:t>5:07  agar suraj na hota to kya hota? phir maine dekha ke hawaein chal rahi hain. mujhko oxygen pohncha rahi hain. agar mujhe oxygen na milta to kya hota?</w:t>
      </w:r>
      <w:r>
        <w:br/>
      </w:r>
      <w:r>
        <w:rPr>
          <w:sz w:val="20"/>
        </w:rPr>
        <w:t>5:21  ek ek cheez mein sochta raha, aaj sochta raha. aur shukr karta raha. tab meri samajh mein aaya ke kya wajah hai ke main jeeta hoon shukr mein aur doosre musalman jeete hain mayoosi mein.</w:t>
      </w:r>
      <w:r>
        <w:br/>
      </w:r>
      <w:r>
        <w:rPr>
          <w:sz w:val="20"/>
        </w:rPr>
        <w:t>5:40  ek mujhe discovery hui aaj subah ko. phir main quran ki is aayat ko samjha, jo pehli aayat hai.</w:t>
      </w:r>
      <w:r>
        <w:br/>
      </w:r>
      <w:r>
        <w:rPr>
          <w:sz w:val="20"/>
        </w:rPr>
        <w:t>5:49  alhamdu lillahi rabbil alameen. yaani shukr hai</w:t>
      </w:r>
      <w:r>
        <w:br/>
      </w:r>
      <w:r>
        <w:rPr>
          <w:sz w:val="20"/>
        </w:rPr>
        <w:t>5:57  is allah ka jo saare alam ka rabb hai. dekhein, yeh aayat saada aayat nahi hai.</w:t>
      </w:r>
      <w:r>
        <w:br/>
      </w:r>
      <w:r>
        <w:rPr>
          <w:sz w:val="20"/>
        </w:rPr>
        <w:t>6:06  is mein bohat hi bari baat hai.</w:t>
      </w:r>
      <w:r>
        <w:br/>
      </w:r>
      <w:r>
        <w:rPr>
          <w:sz w:val="20"/>
        </w:rPr>
        <w:t>6:11  is mein yeh baat hai ke aye insaan, allah ka jo allah ki taraf se jo rububiyat ka nizam hai, us par is mein jiyo to shukriya hi shukr tumhare andar rahega.</w:t>
      </w:r>
      <w:r>
        <w:br/>
      </w:r>
      <w:r>
        <w:rPr>
          <w:sz w:val="20"/>
        </w:rPr>
        <w:t>6:29  yeh sab jo baatein maine kahin, woh allah ke nizam rububiyat ke ajzaa hain. yaani neend aati hai, allah ki taraf se aati hai.</w:t>
      </w:r>
      <w:r>
        <w:br/>
      </w:r>
      <w:r>
        <w:rPr>
          <w:sz w:val="20"/>
        </w:rPr>
        <w:t>6:42  hum khana khate hain, woh hazam hota hai, allah ki taraf se hota hai. dana ugta hai zameen se, woh allah ki taraf se hota hai. peed par phal nikalte hain, woh allah ki taraf se hota hai.</w:t>
      </w:r>
      <w:r>
        <w:br/>
      </w:r>
      <w:r>
        <w:rPr>
          <w:sz w:val="20"/>
        </w:rPr>
        <w:t>6:54  suraj ki roshni allah ki taraf se. oxygen ki supply allah ki taraf se. woh saari cheezein hain jis ko hum kehte hain life support system.</w:t>
      </w:r>
      <w:r>
        <w:br/>
      </w:r>
      <w:r>
        <w:rPr>
          <w:sz w:val="20"/>
        </w:rPr>
        <w:t>7:03  woh sab allah ki taraf se hai. aur yeh ek nizam rububiyat hai allah ka, jo yeh sab cheezein hamein supply kar raha hai.</w:t>
      </w:r>
      <w:r>
        <w:br/>
      </w:r>
      <w:r>
        <w:rPr>
          <w:sz w:val="20"/>
        </w:rPr>
        <w:t>7:12  to yeh soch kar ke bilkul yaani shukr se main ek thrilling shukr mujhe mere andar aa gaya. thrilling shukr. na mere mind mein koi tension tha, na koi frustration tha,</w:t>
      </w:r>
      <w:r>
        <w:br/>
      </w:r>
      <w:r>
        <w:rPr>
          <w:sz w:val="20"/>
        </w:rPr>
        <w:t>7:26  na koi negativity thi. tab meri samajh mein aaya ke baat kya hai. agar aap jiyen allah ke rububiyat ka nizam, jo aap ko saari boundaries de raha hai, us mein jiyen to aap shukr hi shukr mein jiyenge.</w:t>
      </w:r>
      <w:r>
        <w:br/>
      </w:r>
      <w:r>
        <w:rPr>
          <w:sz w:val="20"/>
        </w:rPr>
        <w:t>7:47  peace of mind hoga aap ke andar. achha, agar aap jiyen insani intezammat mein, yaani politics mein jiyen, market mein jiyen, duniya mein jo insaan ki sargharmiyan hain, us mein jiyen to aap ke andar mayoosi hi mayoosi hogi.</w:t>
      </w:r>
    </w:p>
    <w:p>
      <w:pPr>
        <w:pStyle w:val="Heading2"/>
      </w:pPr>
      <w:r>
        <w:t>prophetic patience and the Ansar's ultimate generosity</w:t>
      </w:r>
    </w:p>
    <w:p>
      <w:r>
        <w:rPr>
          <w:color w:val="666666"/>
          <w:sz w:val="18"/>
        </w:rPr>
        <w:t>Good Relationships CPS Women Discussion 23 September 10, 2023 · 4m 40s · at 23:34 · https://youtu.be/5UlMoC6-jGU?t=1414</w:t>
      </w:r>
    </w:p>
    <w:p>
      <w:r>
        <w:rPr>
          <w:i/>
        </w:rPr>
        <w:t>“A woman used to throw garbage on the Prophet daily”</w:t>
      </w:r>
    </w:p>
    <w:p>
      <w:r>
        <w:rPr>
          <w:sz w:val="20"/>
        </w:rPr>
        <w:t>23:34  So I would, afhamida apa, would you like to say something? Haan, shavina abhi doctor safeena nachmaapa ki baat se bhi main samajh mein aaya ki jo apne aadesh hai na jo apne ghar walon ke liye achha hoga, wahi bahar walon ke liye matlab apne ghar walon ke liye pehle achha jo insaan hoga wahi bahar bhi achha ho paega. To log jaise bahar achhe talluqaat banaye rakhte hain aur ghar mein nahin achhe rehte hain.</w:t>
      </w:r>
      <w:r>
        <w:br/>
      </w:r>
      <w:r>
        <w:rPr>
          <w:sz w:val="20"/>
        </w:rPr>
        <w:t>24:00  Unke liye yeh hai aur doosri cheez hai ek mujhe bhi ek apna ek waqt share karna tha ki jaise hadish hai na ki rasool ullah sangh ke paas hai upar ek poora phekati thi ek aurat aur roz phekati thi usi raaste se. Ek baar wah nahin pheka usne to wah gaye uski khairiyat lene ke liye ki wah kya matlab usko kya hua jisne kooda nahin pheka.</w:t>
      </w:r>
      <w:r>
        <w:br/>
      </w:r>
      <w:r>
        <w:rPr>
          <w:sz w:val="20"/>
        </w:rPr>
        <w:t>24:26  To kitna bada ismein yahi aala hai khilaf hai aur isi par maine ek baar ek ek maine</w:t>
      </w:r>
      <w:r>
        <w:br/>
      </w:r>
      <w:r>
        <w:rPr>
          <w:sz w:val="20"/>
        </w:rPr>
        <w:t>24:33  koshish kiya tha kuch karne ki ki mere ghar ke saamne ek rehte hain.</w:t>
      </w:r>
      <w:r>
        <w:br/>
      </w:r>
      <w:r>
        <w:rPr>
          <w:sz w:val="20"/>
        </w:rPr>
        <w:t>24:40  To bilkul mere gate ke unke gate ekdam saamne hi hai.</w:t>
      </w:r>
      <w:r>
        <w:br/>
      </w:r>
      <w:r>
        <w:rPr>
          <w:sz w:val="20"/>
        </w:rPr>
        <w:t>24:47  To unhone wah unki bees saal pehle ki baat hai ki wah apne poora nikalti thi aur mere</w:t>
      </w:r>
      <w:r>
        <w:br/>
      </w:r>
      <w:r>
        <w:rPr>
          <w:sz w:val="20"/>
        </w:rPr>
        <w:t>24:54  gate par aise phenk deti thi.</w:t>
      </w:r>
      <w:r>
        <w:br/>
      </w:r>
      <w:r>
        <w:rPr>
          <w:sz w:val="20"/>
        </w:rPr>
        <w:t>25:02  To maine jo hai kya kiya ki wah kooda wah to khatm ho gayi unki bahu bhi ab aise hi mere gate par kooda phekati hai. Matlab ek mahaul ek bana hua hai wah petition unka unke ghar ka. Maine socha ki mere gate mein kooda pada rehta hai kharab lagta tha to maine jo bahar jo swiffer aata hai usse maine bataya tum mere extra paisa le liya karo aur yeh kooda mera utha diya karo. To wah mera chalta hai ki wah wah paisa mujhse leta hai unka poora uthane ke liye.</w:t>
      </w:r>
      <w:r>
        <w:br/>
      </w:r>
      <w:r>
        <w:rPr>
          <w:sz w:val="20"/>
        </w:rPr>
        <w:t>25:32  To yeh is tarah ke akhlaakh par yeh jo asurullah sangh ki aadesh thi usi par mujhe yeh wali cheez maine karne ki koshish kiya. To aisi tarah se asul ullah sangh ka bahut sari cheezein hain jo hum jinse hum seekh sakte hain behtar ikhlah aur ek tarfa ikhlah, alah ikhlah. Jaise ek ek wah hai tha na</w:t>
      </w:r>
      <w:r>
        <w:br/>
      </w:r>
      <w:r>
        <w:rPr>
          <w:sz w:val="20"/>
        </w:rPr>
        <w:t>25:55  ki dua aur etraaf ki baat par likha hai Maulana sahab ne ki jab ek makka ke musalman</w:t>
      </w:r>
      <w:r>
        <w:br/>
      </w:r>
      <w:r>
        <w:rPr>
          <w:sz w:val="20"/>
        </w:rPr>
        <w:t>26:05  jab mahazir ki hasiyat se madina mein aaye to rasullah sallaha ne farmaaya is moqaat ki tafsir, sirat</w:t>
      </w:r>
      <w:r>
        <w:br/>
      </w:r>
      <w:r>
        <w:rPr>
          <w:sz w:val="20"/>
        </w:rPr>
        <w:t>26:15  ki kitabon mein maujood hai.</w:t>
      </w:r>
      <w:r>
        <w:br/>
      </w:r>
      <w:r>
        <w:rPr>
          <w:sz w:val="20"/>
        </w:rPr>
        <w:t>26:26  Is maamle mein ansar ne ek tarfa aur vajah se kamale ehsar ka subudh ya uski koi doosri misaar poori tareekh mein nahin milti hai. To us par mahaaj, ansal ke aala suluk se khud mahaazreen ke behad mutasir the. To manasha likhte hain ki is hadith se nehat ahum islami usool maloom hota hai.</w:t>
      </w:r>
      <w:r>
        <w:br/>
      </w:r>
      <w:r>
        <w:rPr>
          <w:sz w:val="20"/>
        </w:rPr>
        <w:t>26:47  woh yeh ki zaid ko bakar se kuch mile, jo hai ajar mil jayega.</w:t>
      </w:r>
      <w:r>
        <w:br/>
      </w:r>
      <w:r>
        <w:rPr>
          <w:sz w:val="20"/>
        </w:rPr>
        <w:t>26:54  to rasool Allah ne unse kaha tha na ki jab tak tum unki inki tareef karo aur Allah</w:t>
      </w:r>
      <w:r>
        <w:br/>
      </w:r>
      <w:r>
        <w:rPr>
          <w:sz w:val="20"/>
        </w:rPr>
        <w:t>27:01  se unke liye dua karte raho.</w:t>
      </w:r>
      <w:r>
        <w:br/>
      </w:r>
      <w:r>
        <w:rPr>
          <w:sz w:val="20"/>
        </w:rPr>
        <w:t>27:08  yeh sabse bada ajar hai.</w:t>
      </w:r>
      <w:r>
        <w:br/>
      </w:r>
      <w:r>
        <w:rPr>
          <w:sz w:val="20"/>
        </w:rPr>
        <w:t>27:15  matlab yeh sabse badi cheez hogi.</w:t>
      </w:r>
      <w:r>
        <w:br/>
      </w:r>
      <w:r>
        <w:rPr>
          <w:sz w:val="20"/>
        </w:rPr>
        <w:t>27:22  to isi ko Maulana sahab ne likha bemaal wale ke paas bhi dene ke liye ek cheez maujood</w:t>
      </w:r>
      <w:r>
        <w:br/>
      </w:r>
      <w:r>
        <w:rPr>
          <w:sz w:val="20"/>
        </w:rPr>
        <w:t>27:29  hai aur dua aur woh dua aur ek taraf hai.</w:t>
      </w:r>
      <w:r>
        <w:br/>
      </w:r>
      <w:r>
        <w:rPr>
          <w:sz w:val="20"/>
        </w:rPr>
        <w:t>27:36  maine sahi se padha nahi tha isko.</w:t>
      </w:r>
      <w:r>
        <w:br/>
      </w:r>
      <w:r>
        <w:rPr>
          <w:sz w:val="20"/>
        </w:rPr>
        <w:t>27:43  to woh jo hai yeh cheez se bhi bahut samajh mein aata hai ki aadmi khali woh cheez</w:t>
      </w:r>
      <w:r>
        <w:br/>
      </w:r>
      <w:r>
        <w:rPr>
          <w:sz w:val="20"/>
        </w:rPr>
        <w:t>27:53  kisi ke paas nahi hoti hai.</w:t>
      </w:r>
      <w:r>
        <w:br/>
      </w:r>
      <w:r>
        <w:rPr>
          <w:sz w:val="20"/>
        </w:rPr>
        <w:t>28:03  to yeh hota hai matlab asli, aala, akhla, yeh mujhe samajh mein aaya.</w:t>
      </w:r>
      <w:r>
        <w:br/>
      </w:r>
      <w:r>
        <w:rPr>
          <w:sz w:val="20"/>
        </w:rPr>
        <w:t>28:14  Papa you are very very true in saying this ki aaj agar musalmanon mein kami hai to prophet muhammad ko wah apna role model kehte to hain, kehte hain lekin mante nahin hain. We have often often seen in our society.</w:t>
      </w:r>
    </w:p>
    <w:p>
      <w:pPr>
        <w:pStyle w:val="Heading2"/>
      </w:pPr>
      <w:r>
        <w:t>Introduction and two principles of life</w:t>
      </w:r>
    </w:p>
    <w:p>
      <w:r>
        <w:rPr>
          <w:color w:val="666666"/>
          <w:sz w:val="18"/>
        </w:rPr>
        <w:t>Adjustment the Only Option I January 26, 2010 · 4m 44s · at 0:06 · https://youtu.be/5jDoLit5NWU?t=6</w:t>
      </w:r>
    </w:p>
    <w:p>
      <w:r>
        <w:rPr>
          <w:i/>
        </w:rPr>
        <w:t>“Bismillah al-Rahman al-Raheem”</w:t>
      </w:r>
    </w:p>
    <w:p>
      <w:r>
        <w:rPr>
          <w:sz w:val="20"/>
        </w:rPr>
        <w:t>0:06  bismillah hir rahman nir rahim.</w:t>
      </w:r>
      <w:r>
        <w:br/>
      </w:r>
      <w:r>
        <w:rPr>
          <w:sz w:val="20"/>
        </w:rPr>
        <w:t>0:14  wa salla Allahu ala nabiyyi al-karim.</w:t>
      </w:r>
      <w:r>
        <w:br/>
      </w:r>
      <w:r>
        <w:rPr>
          <w:sz w:val="20"/>
        </w:rPr>
        <w:t>0:22  rabbi ishrah li sadri, wa yassir li amri, wah lul uqdatan min lisani, yafqahu qawli.</w:t>
      </w:r>
      <w:r>
        <w:br/>
      </w:r>
      <w:r>
        <w:rPr>
          <w:sz w:val="20"/>
        </w:rPr>
        <w:t>0:31  aaj ka topic hai: "adjustment the only option".</w:t>
      </w:r>
      <w:r>
        <w:br/>
      </w:r>
      <w:r>
        <w:rPr>
          <w:sz w:val="20"/>
        </w:rPr>
        <w:t>0:39  yani is duniya mein hamare liye ek hi option hai, woh hai adjustment.</w:t>
      </w:r>
      <w:r>
        <w:br/>
      </w:r>
      <w:r>
        <w:rPr>
          <w:sz w:val="20"/>
        </w:rPr>
        <w:t>0:47  agar hum adjustment karne ko tayyar na hon to phir koi doosra option hum apne aap create nahin kar sakte.</w:t>
      </w:r>
      <w:r>
        <w:br/>
      </w:r>
      <w:r>
        <w:rPr>
          <w:sz w:val="20"/>
        </w:rPr>
        <w:t>0:56  phir to yani disaster hai, tabahi hai.</w:t>
      </w:r>
      <w:r>
        <w:br/>
      </w:r>
      <w:r>
        <w:rPr>
          <w:sz w:val="20"/>
        </w:rPr>
        <w:t>1:04  jaise khana jo hai, food ke yani hamein food chahiye to food ke liye hamein jo khuda ne</w:t>
      </w:r>
      <w:r>
        <w:br/>
      </w:r>
      <w:r>
        <w:rPr>
          <w:sz w:val="20"/>
        </w:rPr>
        <w:t>1:12  paida kiya hai wahi lena hai.</w:t>
      </w:r>
      <w:r>
        <w:br/>
      </w:r>
      <w:r>
        <w:rPr>
          <w:sz w:val="20"/>
        </w:rPr>
        <w:t>1:21  patthar koi option nahi hai.</w:t>
      </w:r>
      <w:r>
        <w:br/>
      </w:r>
      <w:r>
        <w:rPr>
          <w:sz w:val="20"/>
        </w:rPr>
        <w:t>1:29  ya to khana khaiye ya mar jaiye.</w:t>
      </w:r>
      <w:r>
        <w:br/>
      </w:r>
      <w:r>
        <w:rPr>
          <w:sz w:val="20"/>
        </w:rPr>
        <w:t>1:37  aise hi ya to adjust kijiye ya suicide kar lijiye.</w:t>
      </w:r>
      <w:r>
        <w:br/>
      </w:r>
      <w:r>
        <w:rPr>
          <w:sz w:val="20"/>
        </w:rPr>
        <w:t>1:46  dekhiye, yeh bohat hi important baat hai.</w:t>
      </w:r>
      <w:r>
        <w:br/>
      </w:r>
      <w:r>
        <w:rPr>
          <w:sz w:val="20"/>
        </w:rPr>
        <w:t>1:54  yeh duniya kis ne banai hai? hum ne, aap ne to nahi banai hai.</w:t>
      </w:r>
      <w:r>
        <w:br/>
      </w:r>
      <w:r>
        <w:rPr>
          <w:sz w:val="20"/>
        </w:rPr>
        <w:t>2:02  to jo duniya banane wala hai, uska apna creation plan hai.</w:t>
      </w:r>
      <w:r>
        <w:br/>
      </w:r>
      <w:r>
        <w:rPr>
          <w:sz w:val="20"/>
        </w:rPr>
        <w:t>2:11  uske apne laws hain, jis ko hum kehte hain law of nature.</w:t>
      </w:r>
      <w:r>
        <w:br/>
      </w:r>
      <w:r>
        <w:rPr>
          <w:sz w:val="20"/>
        </w:rPr>
        <w:t>2:19  to bas wahi janna hai.</w:t>
      </w:r>
      <w:r>
        <w:br/>
      </w:r>
      <w:r>
        <w:rPr>
          <w:sz w:val="20"/>
        </w:rPr>
        <w:t>2:27  We have to discover those divine laws and we have to follow it.</w:t>
      </w:r>
      <w:r>
        <w:br/>
      </w:r>
      <w:r>
        <w:rPr>
          <w:sz w:val="20"/>
        </w:rPr>
        <w:t>2:36  There is no other option.</w:t>
      </w:r>
      <w:r>
        <w:br/>
      </w:r>
      <w:r>
        <w:rPr>
          <w:sz w:val="20"/>
        </w:rPr>
        <w:t>2:43  to duniya ke banane wale ne dekhiye, do bohat hi basic principles is duniya mein rakh diye hain.</w:t>
      </w:r>
      <w:r>
        <w:br/>
      </w:r>
      <w:r>
        <w:rPr>
          <w:sz w:val="20"/>
        </w:rPr>
        <w:t>2:50  ek hai individual life ke liye, ek hai social life ke liye.</w:t>
      </w:r>
      <w:r>
        <w:br/>
      </w:r>
      <w:r>
        <w:rPr>
          <w:sz w:val="20"/>
        </w:rPr>
        <w:t>2:58  hamari life is duniya mein two fold hoti hai.</w:t>
      </w:r>
      <w:r>
        <w:br/>
      </w:r>
      <w:r>
        <w:rPr>
          <w:sz w:val="20"/>
        </w:rPr>
        <w:t>3:05  ek akele ki, aur yeh ke hum ek samaj mein hote hain, ek society mein hote hain, doosron</w:t>
      </w:r>
      <w:r>
        <w:br/>
      </w:r>
      <w:r>
        <w:rPr>
          <w:sz w:val="20"/>
        </w:rPr>
        <w:t>3:13  ke beech mein hote hain.</w:t>
      </w:r>
      <w:r>
        <w:br/>
      </w:r>
      <w:r>
        <w:rPr>
          <w:sz w:val="20"/>
        </w:rPr>
        <w:t>3:20  to yaad rakhiye, khuda ne dono ke liye ek law set kar diya hai, pehle din se.</w:t>
      </w:r>
      <w:r>
        <w:br/>
      </w:r>
      <w:r>
        <w:rPr>
          <w:sz w:val="20"/>
        </w:rPr>
        <w:t>3:28  wala tabdila li khalqi allahi khuda ne apna jo creation plan ke waqt jo bana diya hai, us mein</w:t>
      </w:r>
      <w:r>
        <w:br/>
      </w:r>
      <w:r>
        <w:rPr>
          <w:sz w:val="20"/>
        </w:rPr>
        <w:t>3:35  koi badlav nahi, koi change nahi.</w:t>
      </w:r>
      <w:r>
        <w:br/>
      </w:r>
      <w:r>
        <w:rPr>
          <w:sz w:val="20"/>
        </w:rPr>
        <w:t>3:43  to individual ke liye kya hai? woh hai idealism.</w:t>
      </w:r>
      <w:r>
        <w:br/>
      </w:r>
      <w:r>
        <w:rPr>
          <w:sz w:val="20"/>
        </w:rPr>
        <w:t>3:50  Individual life ke liye hai idealism, aur social life ke liye hai pragmatism. bas.</w:t>
      </w:r>
      <w:r>
        <w:br/>
      </w:r>
      <w:r>
        <w:rPr>
          <w:sz w:val="20"/>
        </w:rPr>
        <w:t>3:57  There is no third law.</w:t>
      </w:r>
      <w:r>
        <w:br/>
      </w:r>
      <w:r>
        <w:rPr>
          <w:sz w:val="20"/>
        </w:rPr>
        <w:t>4:05  aap ko apne personal mamle mein ideal par chalne ki koshish karna hai.</w:t>
      </w:r>
      <w:r>
        <w:br/>
      </w:r>
      <w:r>
        <w:rPr>
          <w:sz w:val="20"/>
        </w:rPr>
        <w:t>4:12  kyun ke aap ki zindagi apni zindagi hai.</w:t>
      </w:r>
      <w:r>
        <w:br/>
      </w:r>
      <w:r>
        <w:rPr>
          <w:sz w:val="20"/>
        </w:rPr>
        <w:t>4:20  apne aap ko aap discipline mein rakh sakte hain.</w:t>
      </w:r>
      <w:r>
        <w:br/>
      </w:r>
      <w:r>
        <w:rPr>
          <w:sz w:val="20"/>
        </w:rPr>
        <w:t>4:27  apne aap par aap ka control hai.</w:t>
      </w:r>
      <w:r>
        <w:br/>
      </w:r>
      <w:r>
        <w:rPr>
          <w:sz w:val="20"/>
        </w:rPr>
        <w:t>4:35  to jo bhi ideals hain, jo me'yari usool hain, us ko follow karna hai aap ko.</w:t>
      </w:r>
      <w:r>
        <w:br/>
      </w:r>
      <w:r>
        <w:rPr>
          <w:sz w:val="20"/>
        </w:rPr>
        <w:t>4:42  to kya karna hai? In your personal life be idealist.</w:t>
      </w:r>
      <w:r>
        <w:br/>
      </w:r>
      <w:r>
        <w:rPr>
          <w:sz w:val="20"/>
        </w:rPr>
        <w:t>4:50  Idealist.</w:t>
      </w:r>
    </w:p>
    <w:p>
      <w:pPr>
        <w:pStyle w:val="Heading2"/>
      </w:pPr>
      <w:r>
        <w:t>Personal journey from seeker to global mission</w:t>
      </w:r>
    </w:p>
    <w:p>
      <w:r>
        <w:rPr>
          <w:color w:val="666666"/>
          <w:sz w:val="18"/>
        </w:rPr>
        <w:t>Interview Session with Maulana Wahiduddin Khan English · 4m 47s · at 0:23 · https://youtu.be/oNKYrZsbzr4?t=23</w:t>
      </w:r>
    </w:p>
    <w:p>
      <w:r>
        <w:rPr>
          <w:i/>
        </w:rPr>
        <w:t>“I am a different kind of person.”</w:t>
      </w:r>
    </w:p>
    <w:p>
      <w:r>
        <w:rPr>
          <w:sz w:val="20"/>
        </w:rPr>
        <w:t>0:23  I am a different kind of person. I was educated in some religious seminary, and also I learned English, and I educated all those other subjects</w:t>
      </w:r>
      <w:r>
        <w:br/>
      </w:r>
      <w:r>
        <w:rPr>
          <w:sz w:val="20"/>
        </w:rPr>
        <w:t>0:40  after completing my education in madrasa, that is, seminary. So I discovered for some time I was an agnostic person, agnostic.</w:t>
      </w:r>
      <w:r>
        <w:br/>
      </w:r>
      <w:r>
        <w:rPr>
          <w:sz w:val="20"/>
        </w:rPr>
        <w:t>0:58  I lose I'm not that kind of religious person.</w:t>
      </w:r>
      <w:r>
        <w:br/>
      </w:r>
      <w:r>
        <w:rPr>
          <w:sz w:val="20"/>
        </w:rPr>
        <w:t>1:06  So after a long study, I rediscovered my faith, although I was born in a Muslim family, and also I was educated in some Arabic madrasa.</w:t>
      </w:r>
      <w:r>
        <w:br/>
      </w:r>
      <w:r>
        <w:rPr>
          <w:sz w:val="20"/>
        </w:rPr>
        <w:t>1:21  But I felt that my nature is somewhat different. I wanted to know directly what is truth</w:t>
      </w:r>
      <w:r>
        <w:br/>
      </w:r>
      <w:r>
        <w:rPr>
          <w:sz w:val="20"/>
        </w:rPr>
        <w:t>1:32  . Then after a long study, I discovered that what I'm seeking, that is, Qur'an.</w:t>
      </w:r>
      <w:r>
        <w:br/>
      </w:r>
      <w:r>
        <w:rPr>
          <w:sz w:val="20"/>
        </w:rPr>
        <w:t>1:41  In the Qur'an, I found the answers of my</w:t>
      </w:r>
      <w:r>
        <w:br/>
      </w:r>
      <w:r>
        <w:rPr>
          <w:sz w:val="20"/>
        </w:rPr>
        <w:t>1:48  seeking. So basically, I was a seeker person, seeker. I started my life as a seeker. Then I discovered Qur'an as the truth.</w:t>
      </w:r>
      <w:r>
        <w:br/>
      </w:r>
      <w:r>
        <w:rPr>
          <w:sz w:val="20"/>
        </w:rPr>
        <w:t>1:59  So now I am</w:t>
      </w:r>
      <w:r>
        <w:br/>
      </w:r>
      <w:r>
        <w:rPr>
          <w:sz w:val="20"/>
        </w:rPr>
        <w:t>2:04  president of CPS and Islamic Center, and there are many, many persons who are with me in this mission.</w:t>
      </w:r>
      <w:r>
        <w:br/>
      </w:r>
      <w:r>
        <w:rPr>
          <w:sz w:val="20"/>
        </w:rPr>
        <w:t>2:17  So we are</w:t>
      </w:r>
      <w:r>
        <w:br/>
      </w:r>
      <w:r>
        <w:rPr>
          <w:sz w:val="20"/>
        </w:rPr>
        <w:t>2:23  we try to</w:t>
      </w:r>
      <w:r>
        <w:br/>
      </w:r>
      <w:r>
        <w:rPr>
          <w:sz w:val="20"/>
        </w:rPr>
        <w:t>2:28  make people believe that peace is the samambonam, and God-oriented life is must for you because God is our Creator.</w:t>
      </w:r>
      <w:r>
        <w:br/>
      </w:r>
      <w:r>
        <w:rPr>
          <w:sz w:val="20"/>
        </w:rPr>
        <w:t>2:39  God is our Creator. So we have to make God our sole concern</w:t>
      </w:r>
      <w:r>
        <w:br/>
      </w:r>
      <w:r>
        <w:rPr>
          <w:sz w:val="20"/>
        </w:rPr>
        <w:t>2:46  . So at one aspect, my mission is God-oriented mission. In the other aspect, my mission is based on spirituality and peace.</w:t>
      </w:r>
      <w:r>
        <w:br/>
      </w:r>
      <w:r>
        <w:rPr>
          <w:sz w:val="20"/>
        </w:rPr>
        <w:t>2:59  This is the brief description of my present situation. So by seeking, you find eventually, and as you said, you found some truth</w:t>
      </w:r>
      <w:r>
        <w:br/>
      </w:r>
      <w:r>
        <w:rPr>
          <w:sz w:val="20"/>
        </w:rPr>
        <w:t>3:12  . What has been for you the most important truth that you found about the reality of this life? That was Tawhid.</w:t>
      </w:r>
      <w:r>
        <w:br/>
      </w:r>
      <w:r>
        <w:rPr>
          <w:sz w:val="20"/>
        </w:rPr>
        <w:t>3:24  Tawhid means oneness of God. So God is my discovery. God is not only for me, God is not simply a traditional belief.</w:t>
      </w:r>
      <w:r>
        <w:br/>
      </w:r>
      <w:r>
        <w:rPr>
          <w:sz w:val="20"/>
        </w:rPr>
        <w:t>3:38  God is my discovery.</w:t>
      </w:r>
      <w:r>
        <w:br/>
      </w:r>
      <w:r>
        <w:rPr>
          <w:sz w:val="20"/>
        </w:rPr>
        <w:t>3:41  So I discovered that God is the Creator. God is the Sustainer. God is the Lord of the universe. So we have to make God our sole concern.</w:t>
      </w:r>
      <w:r>
        <w:br/>
      </w:r>
      <w:r>
        <w:rPr>
          <w:sz w:val="20"/>
        </w:rPr>
        <w:t>3:54  This was my discovery. And God has revealed His word in the form of Qur'an. So Qur'an is the Qur'an is the book of reference</w:t>
      </w:r>
      <w:r>
        <w:br/>
      </w:r>
      <w:r>
        <w:rPr>
          <w:sz w:val="20"/>
        </w:rPr>
        <w:t>4:07  . If I want to know what is the what is the what is God's scheme, what is God's creation plan, so I can know all these things in the Qur'an.</w:t>
      </w:r>
      <w:r>
        <w:br/>
      </w:r>
      <w:r>
        <w:rPr>
          <w:sz w:val="20"/>
        </w:rPr>
        <w:t>4:28  So I discovered Qur'an as a book of reference in my life.</w:t>
      </w:r>
      <w:r>
        <w:br/>
      </w:r>
      <w:r>
        <w:rPr>
          <w:sz w:val="20"/>
        </w:rPr>
        <w:t>4:35  Then I started this mission, and I published several hundred books in different languages. Also, I published magazines.</w:t>
      </w:r>
      <w:r>
        <w:br/>
      </w:r>
      <w:r>
        <w:rPr>
          <w:sz w:val="20"/>
        </w:rPr>
        <w:t>4:49  All my books are in you can find it on the website, internet.</w:t>
      </w:r>
      <w:r>
        <w:br/>
      </w:r>
      <w:r>
        <w:rPr>
          <w:sz w:val="20"/>
        </w:rPr>
        <w:t>4:57  So we have a team, and this team is active everywhere in the world, not only in Delhi, in everywhere in the world.</w:t>
      </w:r>
    </w:p>
    <w:p>
      <w:pPr>
        <w:pStyle w:val="Heading2"/>
      </w:pPr>
      <w:r>
        <w:t>Iron into steel, and the final teaching: never be a problem for others</w:t>
      </w:r>
    </w:p>
    <w:p>
      <w:r>
        <w:rPr>
          <w:color w:val="666666"/>
          <w:sz w:val="18"/>
        </w:rPr>
        <w:t>CPS Women Article Discussion 17 February 5, 2023 · 4m 10s · at 52:05 · https://youtu.be/YwT3btklNZk?t=3125</w:t>
      </w:r>
    </w:p>
    <w:p>
      <w:r>
        <w:rPr>
          <w:i/>
        </w:rPr>
        <w:t>“लोहा कच्ची धात की तरह ज़मीन से निकलता है — इंसान भी ऐसे ही तराशा जाता है”</w:t>
      </w:r>
    </w:p>
    <w:p>
      <w:r>
        <w:rPr>
          <w:sz w:val="20"/>
        </w:rPr>
        <w:t>52:05  yahi hai us samay. Doctor Safina kya compute kar denge terpan hoga? haan kar dijiye, dua kar lijiye. achha. aur saamne ek lohe ki misaal se yeh bhi bataya hai ke loha jo hai kachhi dhaat ki tarah se aur ki shakal mein zameen se nikalta hai.</w:t>
      </w:r>
      <w:r>
        <w:br/>
      </w:r>
      <w:r>
        <w:rPr>
          <w:sz w:val="20"/>
        </w:rPr>
        <w:t>52:31  toh woh bahut hi saare halaat se guzarte hue machine se aankh se guzarte hue tak jaakar woh steel banta hai. toh isi tarah se Maulana saamne usko refresh kiya tha ke band lekar bataya tha ke insaan koi isi duniya mein bahut saare halaat, bahut saare mushkilat se guzarna padta hai. logon ke talak tazrabaad, nafrat shikayat aur bahut saari takleefon se guzarna padta hai.</w:t>
      </w:r>
      <w:r>
        <w:br/>
      </w:r>
      <w:r>
        <w:rPr>
          <w:sz w:val="20"/>
        </w:rPr>
        <w:t>53:00  kuda ke kanoon ke mutabiq hain. jo jo bhi uske saath halaat pesh aate hain insaanon ki taraf se toh aazaadi ki bina par aate hain aur bhi uske saath jo bhi halaat aate hain toh woh tarah tarah ke halaat guzarnay se guzarnay ke baad yeh insaan ke liye zaroori hai. yeh Allah ka kanoon hai.</w:t>
      </w:r>
      <w:r>
        <w:br/>
      </w:r>
      <w:r>
        <w:rPr>
          <w:sz w:val="20"/>
        </w:rPr>
        <w:t>53:21  yeh insaan ke test hain aur in halaat se guzarnay ke liye insaan ke paas sabse important cheez jo hoti hai woh sabr aur bardaasht honi chahiye. toh usi ke zariye insaan apne potential ko actual banata hai aur phir jaakar woh ashraf ul makhlokaat ka darja paata hai jaise ke insaan potentially ashraf ul makhlokaat hai magar yeh darja usko jab bhi milega jab woh apne potential ko actualize kare.</w:t>
      </w:r>
      <w:r>
        <w:br/>
      </w:r>
      <w:r>
        <w:rPr>
          <w:sz w:val="20"/>
        </w:rPr>
        <w:t>53:50  to yeh jo hai jaise samajh mein aata tha yeh rohe wala jo vishal molana ne diya.</w:t>
      </w:r>
      <w:r>
        <w:br/>
      </w:r>
      <w:r>
        <w:rPr>
          <w:sz w:val="20"/>
        </w:rPr>
        <w:t>54:01  sanlatala si daur hai ki hum apne saath strictness aur doosron ke saath bardasht karne ki silaiya ko</w:t>
      </w:r>
      <w:r>
        <w:br/>
      </w:r>
      <w:r>
        <w:rPr>
          <w:sz w:val="20"/>
        </w:rPr>
        <w:t>54:12  badha sake aur sirf kuda kadal hamari zindagi ka principle ho. ameer. ameer.</w:t>
      </w:r>
      <w:r>
        <w:br/>
      </w:r>
      <w:r>
        <w:rPr>
          <w:sz w:val="20"/>
        </w:rPr>
        <w:t>54:23  toh inshallah agle next Sunday mein hamare saath baaki aur log honge ke log bhi kam the. ab aapne ek bahut achhi dua mein jo baat ki norav mujhe bahut achhi lag rahi hai. main usko repeat karna chah rahi hoon ke apne saath fitness karna mujhe lagta hai yeh baat humne aaj discuss nahi ki ke hum aap doosron ko tolerate karein lekin apne liye apni galtiyon ko tolerate na karein.</w:t>
      </w:r>
      <w:r>
        <w:br/>
      </w:r>
      <w:r>
        <w:rPr>
          <w:sz w:val="20"/>
        </w:rPr>
        <w:t>54:51  haan yeh Maulana sahab ne jis tarah se bataya us tarah se hum logon ne us cheezon ko samjha ke Maulana sahab hi ki line hai aur yeh bahut hi zyada matlab waqai aur ek ek baat yeh bhi ke hum doosron ke liye pareshani na bane. hum na doosron ko jaise hum kehte hain aur log toh hamein karein lekin hum apni taraf se koshish karein ke no problem insaan bane. manana bahut hi baat karte the. ji.</w:t>
      </w:r>
      <w:r>
        <w:br/>
      </w:r>
      <w:r>
        <w:rPr>
          <w:sz w:val="20"/>
        </w:rPr>
        <w:t>55:20  ke no problem insaan bane. woh woh ek hai unki video jismein unhone bataya hai ke imaan ke do darje hain ya toh hum kisi ko dene wale bane ya kam se kam itna toh kar lein ke kisi ki pareshani na bane. haan. no problem nahi, jaise yeh hamein hai na ke problems hon toh hum sabr karein.</w:t>
      </w:r>
      <w:r>
        <w:br/>
      </w:r>
      <w:r>
        <w:rPr>
          <w:sz w:val="20"/>
        </w:rPr>
        <w:t>55:45  lekin hum apni taraf se yeh koshish karein ke hum doosre ke liye problems na bane. ji ji. haan, ji ji. no problem ma'am. kya karna hai? intezaar kar lo. intezaar kar la sakta hoon. yahan par chal aaj se discussion hua toh shayad agle Sunday ko bhi mulafata hogi. achha. at least khilale ko lafata hai.</w:t>
      </w:r>
    </w:p>
    <w:p>
      <w:pPr>
        <w:pStyle w:val="Heading2"/>
      </w:pPr>
      <w:r>
        <w:t>Retaliation and the modern age</w:t>
      </w:r>
    </w:p>
    <w:p>
      <w:r>
        <w:rPr>
          <w:color w:val="666666"/>
          <w:sz w:val="18"/>
        </w:rPr>
        <w:t>Dars-e-Quran, Chapter 2, Verses 44-46, January 28, 2018 · 4m 37s · at 19:32 · https://youtu.be/3Kd5InuBtFA?t=1172</w:t>
      </w:r>
    </w:p>
    <w:p>
      <w:r>
        <w:rPr>
          <w:i/>
        </w:rPr>
        <w:t>“امریکہ کو جب آزادی ملی تو ایک امریکن اپنے گھر سے نکلا”</w:t>
      </w:r>
    </w:p>
    <w:p>
      <w:r>
        <w:rPr>
          <w:sz w:val="20"/>
        </w:rPr>
        <w:t>19:32  apne ghar se nikla aur road par woh chal raha tha, apna hath aise aise karte hue.</w:t>
      </w:r>
      <w:r>
        <w:br/>
      </w:r>
      <w:r>
        <w:rPr>
          <w:sz w:val="20"/>
        </w:rPr>
        <w:t>19:40  kisi ne kaha ke tum yeh sab kyun kar rahe ho? us ne aisa karte karte use kisi</w:t>
      </w:r>
      <w:r>
        <w:br/>
      </w:r>
      <w:r>
        <w:rPr>
          <w:sz w:val="20"/>
        </w:rPr>
        <w:t>19:47  ki naak par hit kar diya kar diya tha.</w:t>
      </w:r>
      <w:r>
        <w:br/>
      </w:r>
      <w:r>
        <w:rPr>
          <w:sz w:val="20"/>
        </w:rPr>
        <w:t>19:55  koi road par chalne wala aadmi, yaani password bhai, guzra to us ki note is hit hit ho gayi.</w:t>
      </w:r>
      <w:r>
        <w:br/>
      </w:r>
      <w:r>
        <w:rPr>
          <w:sz w:val="20"/>
        </w:rPr>
        <w:t>20:03  تو اس نے کہا کہ تم نے کیوں میری ناک پر مارا؟ What is this nonsense? تو</w:t>
      </w:r>
      <w:r>
        <w:br/>
      </w:r>
      <w:r>
        <w:rPr>
          <w:sz w:val="20"/>
        </w:rPr>
        <w:t>20:11  us ne kaha ke aaj aaj mein free hoon, America azaad hai.</w:t>
      </w:r>
      <w:r>
        <w:br/>
      </w:r>
      <w:r>
        <w:rPr>
          <w:sz w:val="20"/>
        </w:rPr>
        <w:t>20:18  to mein apni azadi ko celebrate kar raha hoon.</w:t>
      </w:r>
      <w:r>
        <w:br/>
      </w:r>
      <w:r>
        <w:rPr>
          <w:sz w:val="20"/>
        </w:rPr>
        <w:t>20:26  is aadmi ne politely kaha, "as yaar free, but</w:t>
      </w:r>
      <w:r>
        <w:br/>
      </w:r>
      <w:r>
        <w:rPr>
          <w:sz w:val="20"/>
        </w:rPr>
        <w:t>20:34  "Your freedom ends where my nose begins." بس یہی شرط ہے آج کی دنیا کی۔</w:t>
      </w:r>
      <w:r>
        <w:br/>
      </w:r>
      <w:r>
        <w:rPr>
          <w:sz w:val="20"/>
        </w:rPr>
        <w:t>20:41  best yeh illustration hai ke aaj ki duniya kya hai.</w:t>
      </w:r>
      <w:r>
        <w:br/>
      </w:r>
      <w:r>
        <w:rPr>
          <w:sz w:val="20"/>
        </w:rPr>
        <w:t>20:49  aap kisi ki nose ko hit na kijiye to aap ko total freedom hai.</w:t>
      </w:r>
      <w:r>
        <w:br/>
      </w:r>
      <w:r>
        <w:rPr>
          <w:sz w:val="20"/>
        </w:rPr>
        <w:t>20:56  jis tarah musalman shikayat karte hain ke america ne gulf war kyun ki, kyun musalmanon ko</w:t>
      </w:r>
      <w:r>
        <w:br/>
      </w:r>
      <w:r>
        <w:rPr>
          <w:sz w:val="20"/>
        </w:rPr>
        <w:t>21:04  pakad dhakad ki.</w:t>
      </w:r>
      <w:r>
        <w:br/>
      </w:r>
      <w:r>
        <w:rPr>
          <w:sz w:val="20"/>
        </w:rPr>
        <w:t>21:12  یہ بھول جاتے ہیں کہ اس وقت ہوا جب کہ مسلمانوں نے امریکہ کی industrial nerves کو ہٹ کیا تھا۔</w:t>
      </w:r>
      <w:r>
        <w:br/>
      </w:r>
      <w:r>
        <w:rPr>
          <w:sz w:val="20"/>
        </w:rPr>
        <w:t>21:19  911 kya tha? 911 kya tha? woh tha america ki industrial nose ko hit karna.</w:t>
      </w:r>
      <w:r>
        <w:br/>
      </w:r>
      <w:r>
        <w:rPr>
          <w:sz w:val="20"/>
        </w:rPr>
        <w:t>21:27  new york ka jo tower tha, ut</w:t>
      </w:r>
      <w:r>
        <w:br/>
      </w:r>
      <w:r>
        <w:rPr>
          <w:sz w:val="20"/>
        </w:rPr>
        <w:t>21:34  na ooncha, mein us par charha hoon.</w:t>
      </w:r>
      <w:r>
        <w:br/>
      </w:r>
      <w:r>
        <w:rPr>
          <w:sz w:val="20"/>
        </w:rPr>
        <w:t>21:42  bohat oonchai par tha woh, shayad 110 manzilein theen us ki.</w:t>
      </w:r>
      <w:r>
        <w:br/>
      </w:r>
      <w:r>
        <w:rPr>
          <w:sz w:val="20"/>
        </w:rPr>
        <w:t>21:49  جب میں اس کے اوپر چڑھاؤ پر تو انسان dwarf دکھائی دے دے رہے تھے۔</w:t>
      </w:r>
      <w:r>
        <w:br/>
      </w:r>
      <w:r>
        <w:rPr>
          <w:sz w:val="20"/>
        </w:rPr>
        <w:t>21:57  Dwar, so that was America's industrial news, NOS.</w:t>
      </w:r>
      <w:r>
        <w:br/>
      </w:r>
      <w:r>
        <w:rPr>
          <w:sz w:val="20"/>
        </w:rPr>
        <w:t>22:04  e. to kuch musalmanon ne america ki industrial nose ko hit kiya. aap kahenge ke woh hum to the nahi, woh to kuch aur log the. yeh galat hai. saari duniya ke musalmanon ne is ko condemn nahi kiya, endorse kiya. ittefaq se is ke baad main</w:t>
      </w:r>
      <w:r>
        <w:br/>
      </w:r>
      <w:r>
        <w:rPr>
          <w:sz w:val="20"/>
        </w:rPr>
        <w:t>22:34  bohat se mulkon mein gaya tha.</w:t>
      </w:r>
      <w:r>
        <w:br/>
      </w:r>
      <w:r>
        <w:rPr>
          <w:sz w:val="20"/>
        </w:rPr>
        <w:t>22:39  har jagah ke musalman is ko, yaani is ko pasand kar rahe the ke america ko acha kiya,</w:t>
      </w:r>
      <w:r>
        <w:br/>
      </w:r>
      <w:r>
        <w:rPr>
          <w:sz w:val="20"/>
        </w:rPr>
        <w:t>22:44  sabak sabak sikhaya.</w:t>
      </w:r>
      <w:r>
        <w:br/>
      </w:r>
      <w:r>
        <w:rPr>
          <w:sz w:val="20"/>
        </w:rPr>
        <w:t>22:49  yaani un musalmanon ko yeh keh rahe the ke hum america ko koi sabak sikhaya.</w:t>
      </w:r>
      <w:r>
        <w:br/>
      </w:r>
      <w:r>
        <w:rPr>
          <w:sz w:val="20"/>
        </w:rPr>
        <w:t>22:54  unhon ne koi mujhe condemn karne wala nahi mila, na india mein, na bahar.</w:t>
      </w:r>
      <w:r>
        <w:br/>
      </w:r>
      <w:r>
        <w:rPr>
          <w:sz w:val="20"/>
        </w:rPr>
        <w:t>22:59  تو اس کے معنی ہیں کہ سارے ہی مسلمانوں نے مل کر کے امریکہ کی industrial woes کو ہٹ کیا۔</w:t>
      </w:r>
      <w:r>
        <w:br/>
      </w:r>
      <w:r>
        <w:rPr>
          <w:sz w:val="20"/>
        </w:rPr>
        <w:t>23:04  to woh woh woh retaliate karega.</w:t>
      </w:r>
      <w:r>
        <w:br/>
      </w:r>
      <w:r>
        <w:rPr>
          <w:sz w:val="20"/>
        </w:rPr>
        <w:t>23:12  jitni musalmanon ki so called jangain hain, woh sab retaliation hain.</w:t>
      </w:r>
      <w:r>
        <w:br/>
      </w:r>
      <w:r>
        <w:rPr>
          <w:sz w:val="20"/>
        </w:rPr>
        <w:t>23:20  retaliation, yaani pehle musalman pathar maarte hain, idhar se bomb aata hai.</w:t>
      </w:r>
      <w:r>
        <w:br/>
      </w:r>
      <w:r>
        <w:rPr>
          <w:sz w:val="20"/>
        </w:rPr>
        <w:t>23:28  pehle musalman dasti bomb maarte hain, to idhar se industrial bomb aata hai.</w:t>
      </w:r>
      <w:r>
        <w:br/>
      </w:r>
      <w:r>
        <w:rPr>
          <w:sz w:val="20"/>
        </w:rPr>
        <w:t>23:36  to yeh jo is ayat mein kaha gaya hai, is ka matlab yeh hai ke tum jis daur</w:t>
      </w:r>
      <w:r>
        <w:br/>
      </w:r>
      <w:r>
        <w:rPr>
          <w:sz w:val="20"/>
        </w:rPr>
        <w:t>23:42  mein paida hue ho, woh daur hai regis persecution ka daur.</w:t>
      </w:r>
      <w:r>
        <w:br/>
      </w:r>
      <w:r>
        <w:rPr>
          <w:sz w:val="20"/>
        </w:rPr>
        <w:t>23:47  aur doosri hadithon mein aur khud ayaton mein aisa hai ke yeh daur temporary hai, yeh khatam</w:t>
      </w:r>
      <w:r>
        <w:br/>
      </w:r>
      <w:r>
        <w:rPr>
          <w:sz w:val="20"/>
        </w:rPr>
        <w:t>23:53  hone wala hai.</w:t>
      </w:r>
      <w:r>
        <w:br/>
      </w:r>
      <w:r>
        <w:rPr>
          <w:sz w:val="20"/>
        </w:rPr>
        <w:t>23:58  yeh daur khatam ho jayega, is ke baad azadi, azadi.</w:t>
      </w:r>
      <w:r>
        <w:br/>
      </w:r>
      <w:r>
        <w:rPr>
          <w:sz w:val="20"/>
        </w:rPr>
        <w:t>24:04  yeh bhi hai quran o hadith mein</w:t>
      </w:r>
    </w:p>
    <w:p>
      <w:pPr>
        <w:pStyle w:val="Heading2"/>
      </w:pPr>
      <w:r>
        <w:t>full story: educated man who couldn't name one lesson from novels</w:t>
      </w:r>
    </w:p>
    <w:p>
      <w:r>
        <w:rPr>
          <w:color w:val="666666"/>
          <w:sz w:val="18"/>
        </w:rPr>
        <w:t>How to Build A Strong Personality June 14, 2008 · 5m 32s · at 8:26 · https://youtu.be/CEzRHSVoQlI?t=506</w:t>
      </w:r>
    </w:p>
    <w:p>
      <w:r>
        <w:rPr>
          <w:i/>
        </w:rPr>
        <w:t>“Meri mulaqat ek sahab se hui, wo educated aadmi the”</w:t>
      </w:r>
    </w:p>
    <w:p>
      <w:r>
        <w:rPr>
          <w:sz w:val="20"/>
        </w:rPr>
        <w:t>8:26  meri mulaqat ek sahab se hui. woh educated aadmi the. woh English bohat achhi jante the.</w:t>
      </w:r>
      <w:r>
        <w:br/>
      </w:r>
      <w:r>
        <w:rPr>
          <w:sz w:val="20"/>
        </w:rPr>
        <w:t>8:38  koi job bhi kar rahe the woh.</w:t>
      </w:r>
      <w:r>
        <w:br/>
      </w:r>
      <w:r>
        <w:rPr>
          <w:sz w:val="20"/>
        </w:rPr>
        <w:t>8:42  to mein ne un se poocha ke aap jo job kar rahe hain to is mein aap ko kuch time milta hoga? 24 ghante ka to job to hoga nahi.</w:t>
      </w:r>
      <w:r>
        <w:br/>
      </w:r>
      <w:r>
        <w:rPr>
          <w:sz w:val="20"/>
        </w:rPr>
        <w:t>8:52  to aap ka jo aur time milta hai aap ko, jo aap ke paas time bachta hai job ke baad, us mein aap kya karte hain?</w:t>
      </w:r>
      <w:r>
        <w:br/>
      </w:r>
      <w:r>
        <w:rPr>
          <w:sz w:val="20"/>
        </w:rPr>
        <w:t>9:03  aap ki hobby kya hai? to unhone kaha ke mujhe parhne ka shauk hai, kitabon ki study ka shauk hai.</w:t>
      </w:r>
      <w:r>
        <w:br/>
      </w:r>
      <w:r>
        <w:rPr>
          <w:sz w:val="20"/>
        </w:rPr>
        <w:t>9:14  to baat hoti rahi, yahan tak ke mein yeh samjha mein ne un ki baaton se ke woh novel padhte hain, English novel, zyada tar.</w:t>
      </w:r>
      <w:r>
        <w:br/>
      </w:r>
      <w:r>
        <w:rPr>
          <w:sz w:val="20"/>
        </w:rPr>
        <w:t>9:26  to mein ne kaha ke aap novel padhte hain, novel to fiction hota hai. yani farzi kahaniyan, banawati kahaniyan.</w:t>
      </w:r>
      <w:r>
        <w:br/>
      </w:r>
      <w:r>
        <w:rPr>
          <w:sz w:val="20"/>
        </w:rPr>
        <w:t>9:40  to is ko kyun padhte hain aap?</w:t>
      </w:r>
      <w:r>
        <w:br/>
      </w:r>
      <w:r>
        <w:rPr>
          <w:sz w:val="20"/>
        </w:rPr>
        <w:t>9:43  aap real story padhiye, jaise ke history padhiye aap. aap facts wali cheezein padhiye, jaise ke aap science padhein.</w:t>
      </w:r>
      <w:r>
        <w:br/>
      </w:r>
      <w:r>
        <w:rPr>
          <w:sz w:val="20"/>
        </w:rPr>
        <w:t>9:55  to mein ne kaha ke aap serious study kijiye, bajaye novel padhne ki. to unhone bare josh kharosh se kaha ke aap samjhe nahi, mein koi kharab novel thodi padhta hoon.</w:t>
      </w:r>
      <w:r>
        <w:br/>
      </w:r>
      <w:r>
        <w:rPr>
          <w:sz w:val="20"/>
        </w:rPr>
        <w:t>10:12  mein bohat hi high class ke novel padhta hoon. un ke nazdeek high class ke novel ka matlab tha, un ke kehne ke mutabiq, jis mein wisdom ki baatein hoti hain.</w:t>
      </w:r>
      <w:r>
        <w:br/>
      </w:r>
      <w:r>
        <w:rPr>
          <w:sz w:val="20"/>
        </w:rPr>
        <w:t>10:24  yani mein aise novel parhta hoon jis mein wisdom ki baatein hoti hain, hikmat ki baatein hoti hain.</w:t>
      </w:r>
      <w:r>
        <w:br/>
      </w:r>
      <w:r>
        <w:rPr>
          <w:sz w:val="20"/>
        </w:rPr>
        <w:t>10:34  to mein ne kaha theek hai. un ki baaton se mein ne yeh bhi samjha ke kam az kam so novel to unhon ne zaroor parhe hon ge, so mote mote novel.</w:t>
      </w:r>
      <w:r>
        <w:br/>
      </w:r>
      <w:r>
        <w:rPr>
          <w:sz w:val="20"/>
        </w:rPr>
        <w:t>10:45  to mein ne kaha ke itne saare novel parhe hain aap ne, to kam az kam ek wisdom ki baat ab mujhe bataiye.</w:t>
      </w:r>
      <w:r>
        <w:br/>
      </w:r>
      <w:r>
        <w:rPr>
          <w:sz w:val="20"/>
        </w:rPr>
        <w:t>10:55  s</w:t>
      </w:r>
      <w:r>
        <w:br/>
      </w:r>
      <w:r>
        <w:rPr>
          <w:sz w:val="20"/>
        </w:rPr>
        <w:t>10:56  sirf ek. wisdom ki baat, koi meaningful baat, koi aisi baat jis mein lesson ho, koi aisi baat jis mein meri bhi learning ho.</w:t>
      </w:r>
      <w:r>
        <w:br/>
      </w:r>
      <w:r>
        <w:rPr>
          <w:sz w:val="20"/>
        </w:rPr>
        <w:t>11:09  to unhon ne kaha ke bohat baatein hain, bohat baatein. mein ne kaha ke dekhiye, mein bohat baat aap se nahi pooch raha hoon.</w:t>
      </w:r>
      <w:r>
        <w:br/>
      </w:r>
      <w:r>
        <w:rPr>
          <w:sz w:val="20"/>
        </w:rPr>
        <w:t>11:19  mein yeh kar raha hoon ke sirf ek wisdom ki baat aap mujhe bataiye.</w:t>
      </w:r>
      <w:r>
        <w:br/>
      </w:r>
      <w:r>
        <w:rPr>
          <w:sz w:val="20"/>
        </w:rPr>
        <w:t>11:26  to taqreeban ghanta bhar un se baat hoti rahi, lekin unhon ne ek wisdom ki baat nahi batai.</w:t>
      </w:r>
      <w:r>
        <w:br/>
      </w:r>
      <w:r>
        <w:rPr>
          <w:sz w:val="20"/>
        </w:rPr>
        <w:t>11:37  specific tor par. bas baatein idhar udhar hi karte rahe woh. to mein ne kaha, phir mein ne kaha ke dekhiye, meri baat suniye.</w:t>
      </w:r>
      <w:r>
        <w:br/>
      </w:r>
      <w:r>
        <w:rPr>
          <w:sz w:val="20"/>
        </w:rPr>
        <w:t>11:48  aap ek ghalti karte rahe hain, is ghalti ko maaniye aap.</w:t>
      </w:r>
      <w:r>
        <w:br/>
      </w:r>
      <w:r>
        <w:rPr>
          <w:sz w:val="20"/>
        </w:rPr>
        <w:t>11:53  mein ne kaha ke aap parhte the entertainment ke liye. entertainment ke liye. wisdom seekhne ke liye nahi.</w:t>
      </w:r>
      <w:r>
        <w:br/>
      </w:r>
      <w:r>
        <w:rPr>
          <w:sz w:val="20"/>
        </w:rPr>
        <w:t>12:05  yani tafreeh ke liye. intellectual entertainment ke liye.</w:t>
      </w:r>
      <w:r>
        <w:br/>
      </w:r>
      <w:r>
        <w:rPr>
          <w:sz w:val="20"/>
        </w:rPr>
        <w:t>12:12  to mein ne kaha, chounke aap ka parhne ka jo maqsad tha, woh intellectual entertainment tha, to aap parhte the aur time pass karte the, parhte the aur tafreeh lete the.</w:t>
      </w:r>
      <w:r>
        <w:br/>
      </w:r>
      <w:r>
        <w:rPr>
          <w:sz w:val="20"/>
        </w:rPr>
        <w:t>12:25  bas woh ho gaya. aap ka yeh maqsad hi nahi tha ke aap is mein se koi wisdom ki baat nikalen.</w:t>
      </w:r>
      <w:r>
        <w:br/>
      </w:r>
      <w:r>
        <w:rPr>
          <w:sz w:val="20"/>
        </w:rPr>
        <w:t>12:37  to aap nikal bhi nahi sake.</w:t>
      </w:r>
      <w:r>
        <w:br/>
      </w:r>
      <w:r>
        <w:rPr>
          <w:sz w:val="20"/>
        </w:rPr>
        <w:t>12:41  to kaha nahi nahi, aisi baat nahi hai. mein entertainment ke liye nahi parhta, mein tafreeh ke liye nahi parhta. to mein ne bohat kaafi un se kaha ke dekhiye, aap jab ek bhi wisdom ki baat na bata saken, to matlab to yahi hua ke aap parhte the tafreeh ke liye, entertainment ke liye.</w:t>
      </w:r>
      <w:r>
        <w:br/>
      </w:r>
      <w:r>
        <w:rPr>
          <w:sz w:val="20"/>
        </w:rPr>
        <w:t>13:02  gharz yeh ke unhon ne maana nahi. aakhir mein mein chup ho gaya.</w:t>
      </w:r>
      <w:r>
        <w:br/>
      </w:r>
      <w:r>
        <w:rPr>
          <w:sz w:val="20"/>
        </w:rPr>
        <w:t>13:08  is misaal se aap samajh sakte hain ke weak personality kya hoti hai. ke aap ko, aap ek ghalti mein pade hue the.</w:t>
      </w:r>
      <w:r>
        <w:br/>
      </w:r>
      <w:r>
        <w:rPr>
          <w:sz w:val="20"/>
        </w:rPr>
        <w:t>13:18  kisi ne point out kiya. kisi ne bataya ke yeh ek ghalti hai jis mein aap pade hue hain. magar aap maane nahi.</w:t>
      </w:r>
      <w:r>
        <w:br/>
      </w:r>
      <w:r>
        <w:rPr>
          <w:sz w:val="20"/>
        </w:rPr>
        <w:t>13:29  behas karte rahe. data aaluji karte rahe.</w:t>
      </w:r>
      <w:r>
        <w:br/>
      </w:r>
      <w:r>
        <w:rPr>
          <w:sz w:val="20"/>
        </w:rPr>
        <w:t>13:35  yani i was wrong na keh saken. ke ab tak mein ne yeh ghalti ki thi aur ab mein aisi ghalti nahi karunga.</w:t>
      </w:r>
      <w:r>
        <w:br/>
      </w:r>
      <w:r>
        <w:rPr>
          <w:sz w:val="20"/>
        </w:rPr>
        <w:t>13:44  mujhe ek cheez ki learning ho gayi. yeh na keh saken. to isi ka naam hai weak personality. yani weak personality woh hai jo sahi ya ghalat dono mein pada rahe.</w:t>
      </w:r>
    </w:p>
    <w:p>
      <w:pPr>
        <w:pStyle w:val="Heading2"/>
      </w:pPr>
      <w:r>
        <w:t>Big Bang evidence in Quran</w:t>
      </w:r>
    </w:p>
    <w:p>
      <w:r>
        <w:rPr>
          <w:color w:val="666666"/>
          <w:sz w:val="18"/>
        </w:rPr>
        <w:t>Combined Efforts April 14, 2018 · 4m 16s · at 44:31 · https://youtu.be/0Sv4c7bEwX4?t=2671</w:t>
      </w:r>
    </w:p>
    <w:p>
      <w:r>
        <w:rPr>
          <w:i/>
        </w:rPr>
        <w:t>“Big Bang theory nearly established”</w:t>
      </w:r>
    </w:p>
    <w:p>
      <w:r>
        <w:rPr>
          <w:sz w:val="20"/>
        </w:rPr>
        <w:t>44:31  big bang theory jo hai,</w:t>
      </w:r>
      <w:r>
        <w:br/>
      </w:r>
      <w:r>
        <w:rPr>
          <w:sz w:val="20"/>
        </w:rPr>
        <w:t>44:34  ab nearly established ho chuki hai.</w:t>
      </w:r>
      <w:r>
        <w:br/>
      </w:r>
      <w:r>
        <w:rPr>
          <w:sz w:val="20"/>
        </w:rPr>
        <w:t>44:38  big bang theory</w:t>
      </w:r>
      <w:r>
        <w:br/>
      </w:r>
      <w:r>
        <w:rPr>
          <w:sz w:val="20"/>
        </w:rPr>
        <w:t>44:41  aur is mein aik recently jo add hua hai, aik bohat bara mamla woh yeh hai ke</w:t>
      </w:r>
      <w:r>
        <w:br/>
      </w:r>
      <w:r>
        <w:rPr>
          <w:sz w:val="20"/>
        </w:rPr>
        <w:t>44:49  yeh yeh discover hui hai yeh baat ke jab big bang hua to us ke</w:t>
      </w:r>
      <w:r>
        <w:br/>
      </w:r>
      <w:r>
        <w:rPr>
          <w:sz w:val="20"/>
        </w:rPr>
        <w:t>44:57  kuch rays niklein, woh aaj bhi preserve hain.</w:t>
      </w:r>
      <w:r>
        <w:br/>
      </w:r>
      <w:r>
        <w:rPr>
          <w:sz w:val="20"/>
        </w:rPr>
        <w:t>45:03  aaj bhi in ko yani dekha ja sakta hai ke is tareeqay se. to Quran mein hai ke اولم کفر ورسہ کانٹ۔</w:t>
      </w:r>
      <w:r>
        <w:br/>
      </w:r>
      <w:r>
        <w:rPr>
          <w:sz w:val="20"/>
        </w:rPr>
        <w:t>45:17  jab mein is ko parha, mein ne jaise mein hil gaya ke ke Khuda ke sath kon keh sakta tha ke roiyat ki satah par is ka is proof boleyon se kaise inkar karoge?</w:t>
      </w:r>
      <w:r>
        <w:br/>
      </w:r>
      <w:r>
        <w:rPr>
          <w:sz w:val="20"/>
        </w:rPr>
        <w:t>45:29  tum</w:t>
      </w:r>
      <w:r>
        <w:br/>
      </w:r>
      <w:r>
        <w:rPr>
          <w:sz w:val="20"/>
        </w:rPr>
        <w:t>45:33  big bang ke mani hain beginning of universe. to beginning of universe jo hui, aik aik aik dhamake se hui, explosion se.</w:t>
      </w:r>
      <w:r>
        <w:br/>
      </w:r>
      <w:r>
        <w:rPr>
          <w:sz w:val="20"/>
        </w:rPr>
        <w:t>45:45  to woh roiyat ki satah par nahi, observation ki satah par is ka proof maujood hai. tum kaise inkar karoge? yeh bilkul bhai se hil gaya, hil gaya.</w:t>
      </w:r>
      <w:r>
        <w:br/>
      </w:r>
      <w:r>
        <w:rPr>
          <w:sz w:val="20"/>
        </w:rPr>
        <w:t>45:58  yeh aayat ka tarjuma yeh hai: kya nahin dekha woh logon ne jo Khuda ka inkar karte hain? yani observation, observation ki satah par hmm, iska proof maujood hai.</w:t>
      </w:r>
      <w:r>
        <w:br/>
      </w:r>
      <w:r>
        <w:rPr>
          <w:sz w:val="20"/>
        </w:rPr>
        <w:t>46:11  hmm, phir bhi tum bekhabar ho is se. hmm, yeh main hil gaya bilkul. hmm, kaisa? hmm, sahi baat hai.</w:t>
      </w:r>
      <w:r>
        <w:br/>
      </w:r>
      <w:r>
        <w:rPr>
          <w:sz w:val="20"/>
        </w:rPr>
        <w:t>46:19  bilkul, iska tarjuma bataiye, is aayat ka tarjuma bataiye. Surah Al-Anbiya, chapter number 21, verse number 30.</w:t>
      </w:r>
      <w:r>
        <w:br/>
      </w:r>
      <w:r>
        <w:rPr>
          <w:sz w:val="20"/>
        </w:rPr>
        <w:t>46:29  awalam yar al-ladhina kafaroo anna al-samawati wal-ardi kanata ratqan fataqna-huma? Do not those who deny the truth see that the heaven and earth were joined together and that We then split them asunder?</w:t>
      </w:r>
      <w:r>
        <w:br/>
      </w:r>
      <w:r>
        <w:rPr>
          <w:sz w:val="20"/>
        </w:rPr>
        <w:t>46:46  yeh hila dene wala hai, yeh hila dene wala hai. Kya tum ne dekha nahin? Yani yeh taqreeban dedh hazar saal pehle yeh aayat utri thi is waqeye ki jo kuch bhi nahin janta tha insaan ke observation level par kahin is ka trace maujood hai.</w:t>
      </w:r>
      <w:r>
        <w:br/>
      </w:r>
      <w:r>
        <w:rPr>
          <w:sz w:val="20"/>
        </w:rPr>
        <w:t>47:12  trace</w:t>
      </w:r>
      <w:r>
        <w:br/>
      </w:r>
      <w:r>
        <w:rPr>
          <w:sz w:val="20"/>
        </w:rPr>
        <w:t>47:16  big bang ka trace maujood hai.</w:t>
      </w:r>
      <w:r>
        <w:br/>
      </w:r>
      <w:r>
        <w:rPr>
          <w:sz w:val="20"/>
        </w:rPr>
        <w:t>47:21  main is pe likha tha ke mazmoon is mein Islam aur asrar mein ehsan adna ke is mein qaul aql kya tha.</w:t>
      </w:r>
      <w:r>
        <w:br/>
      </w:r>
      <w:r>
        <w:rPr>
          <w:sz w:val="20"/>
        </w:rPr>
        <w:t>47:29  main ne: it is right saying the writing of God handwriting. It is right saying the handwriting of God.</w:t>
      </w:r>
      <w:r>
        <w:br/>
      </w:r>
      <w:r>
        <w:rPr>
          <w:sz w:val="20"/>
        </w:rPr>
        <w:t>47:43  ek scientist ka qaul tha is mein: it is right saying the handwriting of God. Phir bhi aap apne ego ke liye baith rahe hain to aap zyada be bekhabar kaun hain?</w:t>
      </w:r>
      <w:r>
        <w:br/>
      </w:r>
      <w:r>
        <w:rPr>
          <w:sz w:val="20"/>
        </w:rPr>
        <w:t>47:58  poori universe kahegi ke tumhari ego baad mein jaaye. Tumhari ego ki value kya hai? Poori universe chalayegi ke tumhari ego ki value kya hai?</w:t>
      </w:r>
      <w:r>
        <w:br/>
      </w:r>
      <w:r>
        <w:rPr>
          <w:sz w:val="20"/>
        </w:rPr>
        <w:t>48:10  tum ho kya? Hamari ego ko poori universe be little kar rahi hai. Be little!</w:t>
      </w:r>
      <w:r>
        <w:br/>
      </w:r>
      <w:r>
        <w:rPr>
          <w:sz w:val="20"/>
        </w:rPr>
        <w:t>48:18  Hamari ego ko poori universe be little kar rahi hai.</w:t>
      </w:r>
    </w:p>
    <w:p>
      <w:pPr>
        <w:pStyle w:val="Heading2"/>
      </w:pPr>
      <w:r>
        <w:t>Satan's deception and how wisdom defeats it</w:t>
      </w:r>
    </w:p>
    <w:p>
      <w:r>
        <w:rPr>
          <w:color w:val="666666"/>
          <w:sz w:val="18"/>
        </w:rPr>
        <w:t>What is Shukr (Gratitude) January 30, 2014 Maulana Wahiduddin Khan · 4m 44s · at 14:10 · https://youtu.be/V4LkYRRzQ3E?t=850</w:t>
      </w:r>
    </w:p>
    <w:p>
      <w:r>
        <w:rPr>
          <w:i/>
        </w:rPr>
        <w:t>“Aur jo shaitan ne kaha tha jab challenge diya tha”</w:t>
      </w:r>
    </w:p>
    <w:p>
      <w:r>
        <w:rPr>
          <w:sz w:val="20"/>
        </w:rPr>
        <w:t>14:10  aur jo shaitan ne kaha tha jab Challenge diya tha is ne Allah taala ko ke وَلَا تَجَدُوا أَكْثَرَهُمْ شَاكِرِينَ</w:t>
      </w:r>
      <w:r>
        <w:br/>
      </w:r>
      <w:r>
        <w:rPr>
          <w:sz w:val="20"/>
        </w:rPr>
        <w:t>14:20  . yeh bohat sochne ki baat hai ke shaitan ne aisa kyun kaha ke insanon ki Majority shukar se mehroom ho jaye gi. وَلَا تَجَدُوا أَكْثَرَهُمْ شَاكِرِينَ.</w:t>
      </w:r>
      <w:r>
        <w:br/>
      </w:r>
      <w:r>
        <w:rPr>
          <w:sz w:val="20"/>
        </w:rPr>
        <w:t>14:32  yeh bohat sochne ki baat hai ke shaitan ne kyun kaha aisa?</w:t>
      </w:r>
      <w:r>
        <w:br/>
      </w:r>
      <w:r>
        <w:rPr>
          <w:sz w:val="20"/>
        </w:rPr>
        <w:t>14:39  to is ka sabab yeh tha ke shaitan yeh jaanta tha apni zaahanat ke zor par ke insaan ko rehna parega ek daarul qabz mein, World of Problem mein,</w:t>
      </w:r>
      <w:r>
        <w:br/>
      </w:r>
      <w:r>
        <w:rPr>
          <w:sz w:val="20"/>
        </w:rPr>
        <w:t>14:55  tarah tarah ke naakhushgawar tajurbaat ke darmiyan. kyunke Allah ne is ko Freedom diya hai. Freedom, yeh Freedom hai jo masail paida karti hai.</w:t>
      </w:r>
      <w:r>
        <w:br/>
      </w:r>
      <w:r>
        <w:rPr>
          <w:sz w:val="20"/>
        </w:rPr>
        <w:t>15:09  to insaan is ko hakeemana tor par Explain nahi kar payega.</w:t>
      </w:r>
      <w:r>
        <w:br/>
      </w:r>
      <w:r>
        <w:rPr>
          <w:sz w:val="20"/>
        </w:rPr>
        <w:t>15:19  kyunke hakeemana tor par Explain karne ke liye sabr chahiye, Patience chahiye, Wisdom chahiye. to wohin par woh insaan is ko baqayeda hai.</w:t>
      </w:r>
      <w:r>
        <w:br/>
      </w:r>
      <w:r>
        <w:rPr>
          <w:sz w:val="20"/>
        </w:rPr>
        <w:t>15:33  yaani insaan ko baqayeda kar ke yeh sikhata hai ke yeh is ka talluq insaan ke zulm se hai.</w:t>
      </w:r>
      <w:r>
        <w:br/>
      </w:r>
      <w:r>
        <w:rPr>
          <w:sz w:val="20"/>
        </w:rPr>
        <w:t>15:44  yaani jab bhi aap dekhen ke koi aadmi doosre ke khilaaf shikayat kar raha hai, doosre ke zulm ki dastaan bayan kar raha hai, doosron ki na-insaafi ko le kar jhanda utha raha hai, to woh sab samajh len ke woh shaitan ne is ko Activate kar rakha hai.</w:t>
      </w:r>
      <w:r>
        <w:br/>
      </w:r>
      <w:r>
        <w:rPr>
          <w:sz w:val="20"/>
        </w:rPr>
        <w:t>16:04  shaitan yahi insaan ko Activate karta hai ke dekho yeh na-insaafi hai, dekho yeh zulm ho raha hai, dekho yeh aadmi Problem Create kar raha hai, dekho yeh aadmi tum ko loot raha hai.</w:t>
      </w:r>
      <w:r>
        <w:br/>
      </w:r>
      <w:r>
        <w:rPr>
          <w:sz w:val="20"/>
        </w:rPr>
        <w:t>16:21  is tarah ke jazbaat ko bharkana yeh insaan ka kaam hai, yeh shaitan ka kaam hai. insaan isi tarah ke Negative jazbaat ko bharkata hai.</w:t>
      </w:r>
      <w:r>
        <w:br/>
      </w:r>
      <w:r>
        <w:rPr>
          <w:sz w:val="20"/>
        </w:rPr>
        <w:t>16:32  bharka kar ke aadmi ko shukr ki nafsiyat se mahroom kar deta hai. Wisdom ko chheen leta hai is se. to hikmat ka yeh hui ke aap shaitan ka muqabla karna seekhen.</w:t>
      </w:r>
      <w:r>
        <w:br/>
      </w:r>
      <w:r>
        <w:rPr>
          <w:sz w:val="20"/>
        </w:rPr>
        <w:t>16:46  shaitan jab aap par hamla kare ya shaitan jab aap ko Activate kare, shaitan jab aap ke andar koi</w:t>
      </w:r>
      <w:r>
        <w:br/>
      </w:r>
      <w:r>
        <w:rPr>
          <w:sz w:val="20"/>
        </w:rPr>
        <w:t>16:58  is tarah ki baat daale aap ke zehen mein to foran aap is ko nikaal den.</w:t>
      </w:r>
      <w:r>
        <w:br/>
      </w:r>
      <w:r>
        <w:rPr>
          <w:sz w:val="20"/>
        </w:rPr>
        <w:t>17:06  foran jaan len ke yeh shaitani waswasa hai. yaani woh khayal jo aap ke andar aaya ke dekho yeh zulm kar raha hai, dekho yeh na-insaafi kar raha hai, dekho yeh burai kar raha hai, to aap ke andar yeh hikmat ho ke aap jaanen ke yeh to shaitan sikha raha hai ab is ko.</w:t>
      </w:r>
      <w:r>
        <w:br/>
      </w:r>
      <w:r>
        <w:rPr>
          <w:sz w:val="20"/>
        </w:rPr>
        <w:t>17:23  kyunke jo kuch ho raha hai woh is ka talluq haqeeqatan kisi ke zulm se nahi hai. woh to Creation Plan of God ka hissa hai.</w:t>
      </w:r>
      <w:r>
        <w:br/>
      </w:r>
      <w:r>
        <w:rPr>
          <w:sz w:val="20"/>
        </w:rPr>
        <w:t>17:35  chahe yeh nizaam ho ya woh nizaam, un ki hukumat ho ya un ki hukumat, woh bahar rahega, baqi rahega. yaani koi bhi Ruler ho, koi bhi hakim ho, koi bhi nizaam ho,</w:t>
      </w:r>
      <w:r>
        <w:br/>
      </w:r>
      <w:r>
        <w:rPr>
          <w:sz w:val="20"/>
        </w:rPr>
        <w:t>17:48  koi bhi System ho, har jagah yeh baatein rahengi baqi bhi. kyun? is liye ke insaan ki azaadi ko koi awarith nahi kar sakega. insaan ki azaadi ko koi chheen nahi sakega.</w:t>
      </w:r>
      <w:r>
        <w:br/>
      </w:r>
      <w:r>
        <w:rPr>
          <w:sz w:val="20"/>
        </w:rPr>
        <w:t>18:00  to koi bhi nizaam aap qaim karen, kyunke insaan ki azaadi baqi hai, to bas insaan apni azaadi ki bina par phir bhi masle Create karta rahega.</w:t>
      </w:r>
      <w:r>
        <w:br/>
      </w:r>
      <w:r>
        <w:rPr>
          <w:sz w:val="20"/>
        </w:rPr>
        <w:t>18:11  hamesha.</w:t>
      </w:r>
      <w:r>
        <w:br/>
      </w:r>
      <w:r>
        <w:rPr>
          <w:sz w:val="20"/>
        </w:rPr>
        <w:t>18:13  to shaitan bohat hoshiyari ke sath, yaani tazeen ke sath sikhata hai insaan ko ke dekho yeh na-insaafi hai, dekho yeh zulm hai,</w:t>
      </w:r>
      <w:r>
        <w:br/>
      </w:r>
      <w:r>
        <w:rPr>
          <w:sz w:val="20"/>
        </w:rPr>
        <w:t>18:28  dekho yeh Evil hai. to aadmi ko chahiye ke itna zyada woh ba-hosh ho, keh sake ke nahi, yeh to Creation Plan of God ka hissa hai.</w:t>
      </w:r>
      <w:r>
        <w:br/>
      </w:r>
      <w:r>
        <w:rPr>
          <w:sz w:val="20"/>
        </w:rPr>
        <w:t>18:41  is tarah woh shaitan ko bhagayega.</w:t>
      </w:r>
      <w:r>
        <w:br/>
      </w:r>
      <w:r>
        <w:rPr>
          <w:sz w:val="20"/>
        </w:rPr>
        <w:t>18:45  shaitan ko bhagane ka tareeqa yeh hai ke aap maamlaat ko, waqeaat ko sahi andaaz mein Explain kar saken.</w:t>
      </w:r>
    </w:p>
    <w:p>
      <w:pPr>
        <w:pStyle w:val="Heading2"/>
      </w:pPr>
      <w:r>
        <w:t>Self-discovery and continuous tadabbur</w:t>
      </w:r>
    </w:p>
    <w:p>
      <w:r>
        <w:rPr>
          <w:color w:val="666666"/>
          <w:sz w:val="18"/>
        </w:rPr>
        <w:t>When God's Name is Invoked December 21, 2019 - Interaction with Maulana Wahiduddin Khan, · 5m 55s · at 48:22 · https://youtu.be/jgNjICoo-Cw?t=2902</w:t>
      </w:r>
    </w:p>
    <w:p>
      <w:r>
        <w:rPr>
          <w:i/>
        </w:rPr>
        <w:t>“Chunke mujh par yeh marhala guzra hai.”</w:t>
      </w:r>
    </w:p>
    <w:p>
      <w:r>
        <w:rPr>
          <w:sz w:val="20"/>
        </w:rPr>
        <w:t>48:22  chunki mujh par yeh marhala guzra hai, is liye main janta hoon is ko ke mujh par main jab chhota tha, shayad main ten age mein tha, ten age mein to aadha board mein mujhe yaad hai woh jagah ke main paidaish se log bohat kam bolta tha.</w:t>
      </w:r>
      <w:r>
        <w:br/>
      </w:r>
      <w:r>
        <w:rPr>
          <w:sz w:val="20"/>
        </w:rPr>
        <w:t>48:51  mere baap mar gaye the, main yateem ho gaya to main jis ko kehte hain newton ke liye, woh old giddar, old giddar.</w:t>
      </w:r>
      <w:r>
        <w:br/>
      </w:r>
      <w:r>
        <w:rPr>
          <w:sz w:val="20"/>
        </w:rPr>
        <w:t>49:04  to main aik old giddar boy tha, isi mein meri zindagi guzarti thi, old giddar.</w:t>
      </w:r>
      <w:r>
        <w:br/>
      </w:r>
      <w:r>
        <w:rPr>
          <w:sz w:val="20"/>
        </w:rPr>
        <w:t>49:14  to hote hote aik din, woh woh tha sochna, sochna, old giddar ka matlab hai sochne wala. to aik din achaanak mere zuban se nikla, bilkul jaise koi bomb phat jaye, phat jaye ke khudaawand to kab aaye ga?</w:t>
      </w:r>
      <w:r>
        <w:br/>
      </w:r>
      <w:r>
        <w:rPr>
          <w:sz w:val="20"/>
        </w:rPr>
        <w:t>49:35  main kab tak tere aanay ka intezar karoon?</w:t>
      </w:r>
      <w:r>
        <w:br/>
      </w:r>
      <w:r>
        <w:rPr>
          <w:sz w:val="20"/>
        </w:rPr>
        <w:t>49:41  yeh kehta tha, rota tha. to is se maine yeh samjha hai ke jo jo sawal aap farma rahe hain, woh naam hai, yaani self discovered truth par khara hona,</w:t>
      </w:r>
      <w:r>
        <w:br/>
      </w:r>
      <w:r>
        <w:rPr>
          <w:sz w:val="20"/>
        </w:rPr>
        <w:t>49:58  self discovered truth par khara hona. aur main Allah ke fazl se isi par khara hua hoon, is ke bahir jo process chala, main process, process of tadabbur, process of tadabbur.</w:t>
      </w:r>
      <w:r>
        <w:br/>
      </w:r>
      <w:r>
        <w:rPr>
          <w:sz w:val="20"/>
        </w:rPr>
        <w:t>50:14  to main self discovered truth par khara hua, quran ko maine khud discover kiya, Allah rab ul alameen ko maine khud discover kiya, rasool ko maine khud discover kiya.</w:t>
      </w:r>
      <w:r>
        <w:br/>
      </w:r>
      <w:r>
        <w:rPr>
          <w:sz w:val="20"/>
        </w:rPr>
        <w:t>50:30  aur chunke discovery mein aik aik aik aik element of doubt baqi rehta hai, khud quran mein element of doubt hai,</w:t>
      </w:r>
      <w:r>
        <w:br/>
      </w:r>
      <w:r>
        <w:rPr>
          <w:sz w:val="20"/>
        </w:rPr>
        <w:t>50:46  woh bas na alaihim ma yalmasoon. to yeh element of doubt jo hai, is ne mujh ko continuously daal diya ghor o fikr mein, ghor o fikr, tadabbur, tadabbur mein.</w:t>
      </w:r>
      <w:r>
        <w:br/>
      </w:r>
      <w:r>
        <w:rPr>
          <w:sz w:val="20"/>
        </w:rPr>
        <w:t>51:03  to tadabbur is liye aata hai ke element of doubt khatam nahi hota.</w:t>
      </w:r>
      <w:r>
        <w:br/>
      </w:r>
      <w:r>
        <w:rPr>
          <w:sz w:val="20"/>
        </w:rPr>
        <w:t>51:12  maulana, aik comment parhna chahenge, yeh tariq ali sahib ne bheja hai florida se, unhone likha hai: "please convey to maulana, i truly appreciate his contributions to the understanding of god's message.</w:t>
      </w:r>
      <w:r>
        <w:br/>
      </w:r>
      <w:r>
        <w:rPr>
          <w:sz w:val="20"/>
        </w:rPr>
        <w:t>51:30  most of all, he has invited muslims attention to the discovery of god rather than following a religious tradition."</w:t>
      </w:r>
      <w:r>
        <w:br/>
      </w:r>
      <w:r>
        <w:rPr>
          <w:sz w:val="20"/>
        </w:rPr>
        <w:t>51:41  theek theek baat hai.</w:t>
      </w:r>
      <w:r>
        <w:br/>
      </w:r>
      <w:r>
        <w:rPr>
          <w:sz w:val="20"/>
        </w:rPr>
        <w:t>51:48  main bachpan mein jab maine namaz shuru ki thi, main gaon mein rehta tha, bachpan mein to bas har aadmi mera pajama dekhta tha ke pajama jo hai, takhne se oopar hai ke takhne neeche hai.</w:t>
      </w:r>
      <w:r>
        <w:br/>
      </w:r>
      <w:r>
        <w:rPr>
          <w:sz w:val="20"/>
        </w:rPr>
        <w:t>52:04  isi qism ki, isi qism ki choti choti baatein</w:t>
      </w:r>
      <w:r>
        <w:br/>
      </w:r>
      <w:r>
        <w:rPr>
          <w:sz w:val="20"/>
        </w:rPr>
        <w:t>52:12  mujhe khud apni yeh yeh bait peeta hai ke pajamay ka takhne se oopar hona, yeh to namaz pakki hai, aur pajama takhne se neeche ho gaya to namaz nahi hui.</w:t>
      </w:r>
      <w:r>
        <w:br/>
      </w:r>
      <w:r>
        <w:rPr>
          <w:sz w:val="20"/>
        </w:rPr>
        <w:t>52:27  main khud isi mahol mein, teenager ke zamana tha mera, isi mahol mein jeeta tha.</w:t>
      </w:r>
      <w:r>
        <w:br/>
      </w:r>
      <w:r>
        <w:rPr>
          <w:sz w:val="20"/>
        </w:rPr>
        <w:t>52:39  jo aap ne farmaya hai ke jo kisi ne poocha tha sawal, insaan ki hamari zindagi ka maqsad aik sentence mein, mujhe is pe yaad aa gaya, bachpan mein aik aap ka kutabcha parha tha, bachpan mein mere khayal mein is ka title hi hai sawal ka jawab jo aap ne diya ke insaan apne aap ko pehchane.</w:t>
      </w:r>
      <w:r>
        <w:br/>
      </w:r>
      <w:r>
        <w:rPr>
          <w:sz w:val="20"/>
        </w:rPr>
        <w:t>52:58  to jis ne islam ka, jise hum ne insaan ki zindagi mein, apne aap ko pehchanna, aap ne to jis ne aap ne aap ko pehchana, us ne Allah ko pehchana, aur jo aap ne apni zindagi ka maqsad jaan liya, us ko zindagi ka maqsad aakhirat bhi samajh aayegi.</w:t>
      </w:r>
      <w:r>
        <w:br/>
      </w:r>
      <w:r>
        <w:rPr>
          <w:sz w:val="20"/>
        </w:rPr>
        <w:t>53:12  baat to yahi zindagi ka maqsad hai. to yeh maulana, aap ka hi jawab mein aap ki khidmat mein pesh kar raha hoon ke insaan apne aap ko pehchane.</w:t>
      </w:r>
      <w:r>
        <w:br/>
      </w:r>
      <w:r>
        <w:rPr>
          <w:sz w:val="20"/>
        </w:rPr>
        <w:t>53:21  to apne aap ko pehchanne ka maani hai ke khalq ke muqable mein makhlooq ko pehchanna. ji dekhen, yeh aik tadabbur ka jo baat hai, tadabbur ka jo culture hai,</w:t>
      </w:r>
      <w:r>
        <w:br/>
      </w:r>
      <w:r>
        <w:rPr>
          <w:sz w:val="20"/>
        </w:rPr>
        <w:t>53:37  woh hamesha jaari rehta hai, kabhi non stop process hai. yeh tadabbur ka culture non stop process hai.</w:t>
      </w:r>
      <w:r>
        <w:br/>
      </w:r>
      <w:r>
        <w:rPr>
          <w:sz w:val="20"/>
        </w:rPr>
        <w:t>53:49  koi yeh samjhe ke tadabbur ka koi culmination ho jata hai to woh galat sochta hai. woh yeh to evergreen sochta hai, taraqqi sochta hai, phir taraqqi, phir Allah ko pata rehta hai.</w:t>
      </w:r>
      <w:r>
        <w:br/>
      </w:r>
      <w:r>
        <w:rPr>
          <w:sz w:val="20"/>
        </w:rPr>
        <w:t>54:04  Allah ko paana aik aik aik sari umar chalta rehta hai, aik process Allah ko paanay ka, aur isi mein rooh ko zindagi milti hai,</w:t>
      </w:r>
    </w:p>
    <w:p>
      <w:pPr>
        <w:pStyle w:val="Heading2"/>
      </w:pPr>
      <w:r>
        <w:t>Understanding destiny and repentance</w:t>
      </w:r>
    </w:p>
    <w:p>
      <w:r>
        <w:rPr>
          <w:color w:val="666666"/>
          <w:sz w:val="18"/>
        </w:rPr>
        <w:t>Interaction February 22, 2020 Maulana Wahiduddin Khan · 3m 45s · at 1:31 · https://youtu.be/s4MIiunBRxI?t=91</w:t>
      </w:r>
    </w:p>
    <w:p>
      <w:r>
        <w:rPr>
          <w:i/>
        </w:rPr>
        <w:t>“This is a very good question.”</w:t>
      </w:r>
    </w:p>
    <w:p>
      <w:r>
        <w:rPr>
          <w:sz w:val="20"/>
        </w:rPr>
        <w:t>1:31  ye bohat hi achha question hai. Achha, dekhiye, is</w:t>
      </w:r>
      <w:r>
        <w:br/>
      </w:r>
      <w:r>
        <w:rPr>
          <w:sz w:val="20"/>
        </w:rPr>
        <w:t>1:40  hadis ko samajhne mein galti ye hoti hai ki log aadhi hadis lete hain, aadhi nahi lete. Aadhi lete hain, aadhi nahi lete. Dekhiye, hadis mein ek taraf ye hai ki Allah ne</w:t>
      </w:r>
      <w:r>
        <w:br/>
      </w:r>
      <w:r>
        <w:rPr>
          <w:sz w:val="20"/>
        </w:rPr>
        <w:t>1:59  har insaan ki destiny likh di hai.</w:t>
      </w:r>
      <w:r>
        <w:br/>
      </w:r>
      <w:r>
        <w:rPr>
          <w:sz w:val="20"/>
        </w:rPr>
        <w:t>2:06  usi hadis se doosri baat ye hai, doosri hadison mein, ki Allah ne, Allah ka jo plan hai, Allah ke jo nazdeek jo good aur bad hai,</w:t>
      </w:r>
      <w:r>
        <w:br/>
      </w:r>
      <w:r>
        <w:rPr>
          <w:sz w:val="20"/>
        </w:rPr>
        <w:t>2:22  sab likh diya hai. To dekhiye, ye hadis us insaan ke bare mein hai jo sincere ho. Sincere insaan ke liye har baat hoti hai, yaad rakhiye. Insincere logon ko koi baat nahi hoti hai.</w:t>
      </w:r>
      <w:r>
        <w:br/>
      </w:r>
      <w:r>
        <w:rPr>
          <w:sz w:val="20"/>
        </w:rPr>
        <w:t>2:40  is baat ko achhi tarah samajh lein ki insincerity ki koi baat nahi hoti. Har baat sincere logon ke liye hoti hai. To is hadis ko jab aap lenge, to ek taraf ye sunenge aap</w:t>
      </w:r>
      <w:r>
        <w:br/>
      </w:r>
      <w:r>
        <w:rPr>
          <w:sz w:val="20"/>
        </w:rPr>
        <w:t>2:57  ki Allah ne likh diya hai sab kuch. To Allah ne sara plan bhi de diya hai, kya karo, kya na karo. And do's and don'ts bhi bata diya hai.</w:t>
      </w:r>
      <w:r>
        <w:br/>
      </w:r>
      <w:r>
        <w:rPr>
          <w:sz w:val="20"/>
        </w:rPr>
        <w:t>3:10  ek taraf agar Allah ne destiny likh di hai, to ye bhi to likh diya hai ki what to do, do, karo kya hai, na karo kya hai. To aap gaur kijiye ki agar aadmi se ek galti ho jati hai,</w:t>
      </w:r>
      <w:r>
        <w:br/>
      </w:r>
      <w:r>
        <w:rPr>
          <w:sz w:val="20"/>
        </w:rPr>
        <w:t>3:30  ek galti ho jati hai, jisko Quran mein kaha hai lamm. Lamm maane pad jaana, galtiyan pad jaana hai. To agar ek galti ho jati hai, to wo insincere se us insaan ko</w:t>
      </w:r>
      <w:r>
        <w:br/>
      </w:r>
      <w:r>
        <w:rPr>
          <w:sz w:val="20"/>
        </w:rPr>
        <w:t>3:50  sincere insaan kaise dikhega?</w:t>
      </w:r>
      <w:r>
        <w:br/>
      </w:r>
      <w:r>
        <w:rPr>
          <w:sz w:val="20"/>
        </w:rPr>
        <w:t>3:53  kyunki har galti ke baad for repentance aata hai. By nature, ye aapki nature mein involved hai ki har galti ke baad repentance aata hai. To follow that repentance.</w:t>
      </w:r>
      <w:r>
        <w:br/>
      </w:r>
      <w:r>
        <w:rPr>
          <w:sz w:val="20"/>
        </w:rPr>
        <w:t>4:12  Sincere insaan jab galti karega, to foreign uske baad repentance aa jayega ki aah, hamari ye galti kar di. To jaante hain kya hai?</w:t>
      </w:r>
      <w:r>
        <w:br/>
      </w:r>
      <w:r>
        <w:rPr>
          <w:sz w:val="20"/>
        </w:rPr>
        <w:t>4:24  us insaan ke andar naya shauk, amal ka naya jazba, nayi spirit jagegi. Chalo, ab to ho gaya, ab nahi karunga.</w:t>
      </w:r>
      <w:r>
        <w:br/>
      </w:r>
      <w:r>
        <w:rPr>
          <w:sz w:val="20"/>
        </w:rPr>
        <w:t>4:37  ab to ho gaya, ab main koi naya kaam karunga, koi achhi baat karunga jo jisse wo wo cheez dhul jaye meri. To iske maane ye hain ki ye jo Allah ne kaha ki likh diya hai,</w:t>
      </w:r>
      <w:r>
        <w:br/>
      </w:r>
      <w:r>
        <w:rPr>
          <w:sz w:val="20"/>
        </w:rPr>
        <w:t>4:55  to iske maane ye hain ki likh to diya hai, lekin uska jo result niklega, good hamesha. Kyunki wo insaan galti, lamm ke taur par galti to cover ho jayegi usse. Sochega, sochega, sochega, ab usse ye galti ho gayi hai.</w:t>
      </w:r>
    </w:p>
    <w:p>
      <w:pPr>
        <w:pStyle w:val="Heading2"/>
      </w:pPr>
      <w:r>
        <w:t>Problems as opportunities, mutual respect</w:t>
      </w:r>
    </w:p>
    <w:p>
      <w:r>
        <w:rPr>
          <w:color w:val="666666"/>
          <w:sz w:val="18"/>
        </w:rPr>
        <w:t>Q&amp;A 08 July 2007 - Maulana Wahiduddin Khan · 3m 02s · at 26:38 · https://youtu.be/k921gOjkIaw?t=1598</w:t>
      </w:r>
    </w:p>
    <w:p>
      <w:r>
        <w:rPr>
          <w:i/>
        </w:rPr>
        <w:t>“Take it as an opportunity rather than a problem.”</w:t>
      </w:r>
    </w:p>
    <w:p>
      <w:r>
        <w:rPr>
          <w:sz w:val="20"/>
        </w:rPr>
        <w:t>26:37  pliiz ka</w:t>
      </w:r>
      <w:r>
        <w:br/>
      </w:r>
      <w:r>
        <w:rPr>
          <w:sz w:val="20"/>
        </w:rPr>
        <w:t>26:38  mint. bahut achha hai, bilkul bilkul sahi baat kahi aap ne. Take it as an opportunity rather than a problem. yeh sab cheezen jo hain, agar na hon to zindagi mein koi development na ho.</w:t>
      </w:r>
      <w:r>
        <w:br/>
      </w:r>
      <w:r>
        <w:rPr>
          <w:sz w:val="20"/>
        </w:rPr>
        <w:t>26:57  main apni apni jo life likhna chahta hoon, woh to meri life sari ki sari problem se bhari hui hai, crises se bhari hui hai, trouble se bhari hui hai.</w:t>
      </w:r>
      <w:r>
        <w:br/>
      </w:r>
      <w:r>
        <w:rPr>
          <w:sz w:val="20"/>
        </w:rPr>
        <w:t>27:06  puri puri life, main inshaallah is mein dikhaunga kis tarah se is se mujhe, yaani is mein mujhe food mila, kis tarah is se mujhe development ka, yaani bana.</w:t>
      </w:r>
      <w:r>
        <w:br/>
      </w:r>
      <w:r>
        <w:rPr>
          <w:sz w:val="20"/>
        </w:rPr>
        <w:t>27:20  is se mere liye meri baat nahi hai, kisi bhi logon ki life hai, un ko padhiye aap to aap payen ke ke jitne bhi bade bade log hain, problem hi ne unhein bada banaya.</w:t>
      </w:r>
      <w:r>
        <w:br/>
      </w:r>
      <w:r>
        <w:rPr>
          <w:sz w:val="20"/>
        </w:rPr>
        <w:t>27:35  jaisa ke maine abhi kaha ke problems se kya hota hai? ke aap ka mind activate hota hai. aap ka mind activate hota hai.</w:t>
      </w:r>
      <w:r>
        <w:br/>
      </w:r>
      <w:r>
        <w:rPr>
          <w:sz w:val="20"/>
        </w:rPr>
        <w:t>27:45  aap ke jo jo particles hain, woh jaagte hain. jo log, yaani philosophers mein yeh bhi ek rujhan hai, reformers mein khaas tor par, gawaah phira kar aisa karein ke differences na rahein.</w:t>
      </w:r>
      <w:r>
        <w:br/>
      </w:r>
      <w:r>
        <w:rPr>
          <w:sz w:val="20"/>
        </w:rPr>
        <w:t>27:59  jaise yeh bhi nazariya jo hai, jo sachai kahi hai, yeh bhi isi liye hai. woh samajhte hain ke difference khatm ho toh log mil jul kar rahenge.</w:t>
      </w:r>
      <w:r>
        <w:br/>
      </w:r>
      <w:r>
        <w:rPr>
          <w:sz w:val="20"/>
        </w:rPr>
        <w:t>28:09  difference woh khatm ho toh dead ho kar rahenge. woh jahan difference nahi hoga, wahan death hogi. wahan yeh is ke peeche jo us ki philosophy hai, woh yahi hai ke jo chahte hain kisi tarike se differences na hon toh log mil jul kar rahen.</w:t>
      </w:r>
      <w:r>
        <w:br/>
      </w:r>
      <w:r>
        <w:rPr>
          <w:sz w:val="20"/>
        </w:rPr>
        <w:t>28:25  mil jul kar rehne ka raaz mutual respect hai. mutual respect hai ke aap yeh, yaani mera formula hai ke follow word and respect all.</w:t>
      </w:r>
      <w:r>
        <w:br/>
      </w:r>
      <w:r>
        <w:rPr>
          <w:sz w:val="20"/>
        </w:rPr>
        <w:t>28:40  follow word and respect all. logon ka formula kya hai? mutual recognition. mera formula hai ke mutual respect. i don't believe in mutual recognition.</w:t>
      </w:r>
      <w:r>
        <w:br/>
      </w:r>
      <w:r>
        <w:rPr>
          <w:sz w:val="20"/>
        </w:rPr>
        <w:t>28:53  i i i believe in mutual respect. this is my formula. toh yeh saare reformers yeh koshish karte rahe hain kisi na kisi tarike se equality layein, difference ko khatm karein.</w:t>
      </w:r>
      <w:r>
        <w:br/>
      </w:r>
      <w:r>
        <w:rPr>
          <w:sz w:val="20"/>
        </w:rPr>
        <w:t>29:07  marx bhi yahi chahta tha, sab yahi chahte hain. yeh toh aap death la rahe hain. death sirf ek hi cheez buri hai zindagi mein, woh hai intolerance.</w:t>
      </w:r>
      <w:r>
        <w:br/>
      </w:r>
      <w:r>
        <w:rPr>
          <w:sz w:val="20"/>
        </w:rPr>
        <w:t>29:20  hate, intolerance, violence. bas society se sirf ek hi cheez khatm kijiye, woh hai intolerance.</w:t>
      </w:r>
      <w:r>
        <w:br/>
      </w:r>
      <w:r>
        <w:rPr>
          <w:sz w:val="20"/>
        </w:rPr>
        <w:t>29:32  hate, intolerance, violence. is ko khatm kijiye. baqi sab jo hai, bilkul theek hai mere nazdeek.</w:t>
      </w:r>
    </w:p>
    <w:p>
      <w:pPr>
        <w:pStyle w:val="Heading2"/>
      </w:pPr>
      <w:r>
        <w:t>Refuting atheist claim about evil in the world</w:t>
      </w:r>
    </w:p>
    <w:p>
      <w:r>
        <w:rPr>
          <w:color w:val="666666"/>
          <w:sz w:val="18"/>
        </w:rPr>
        <w:t>The Concept of Shukr in Islam | June 17, 2008 · 5m 33s · at 39:07 · https://youtu.be/ySbCs4MRNXU?t=2347</w:t>
      </w:r>
    </w:p>
    <w:p>
      <w:r>
        <w:rPr>
          <w:i/>
        </w:rPr>
        <w:t>“Atheist log zyada intelligent hote hain – yeh research mein kaha gaya.”</w:t>
      </w:r>
    </w:p>
    <w:p>
      <w:r>
        <w:rPr>
          <w:sz w:val="20"/>
        </w:rPr>
        <w:t>39:07  kal ke paper mein aik aik bohat an ek interesting cheez thi. woh northern ireland ki aik university ke professors ne aik research kiya hai. ke research is par kiya hai ke jo atheist hotay hain woh aur jo Khuda ko mannay walay woh hotay hain woh in mein compare kiya unhon ne. compare, com</w:t>
      </w:r>
      <w:r>
        <w:br/>
      </w:r>
      <w:r>
        <w:rPr>
          <w:sz w:val="20"/>
        </w:rPr>
        <w:t>39:37  parison kiya unhon ne. to comparison ke baad unhon ne aik report chhapi hai. us mein batatay hain ke atheist log ziyada intelligent hotay hain. atheist are likely to be more intelligent than those who believe in God. to is ko le kar ke aik column columnist ne aik likha hai article. jo kal ke English</w:t>
      </w:r>
      <w:r>
        <w:br/>
      </w:r>
      <w:r>
        <w:rPr>
          <w:sz w:val="20"/>
        </w:rPr>
        <w:t>40:07  sh parchy mein chupa hai.</w:t>
      </w:r>
      <w:r>
        <w:br/>
      </w:r>
      <w:r>
        <w:rPr>
          <w:sz w:val="20"/>
        </w:rPr>
        <w:t>40:12  kal ya parson ke.</w:t>
      </w:r>
      <w:r>
        <w:br/>
      </w:r>
      <w:r>
        <w:rPr>
          <w:sz w:val="20"/>
        </w:rPr>
        <w:t>40:16  to is ne jokingly yeh kaha hai ke yeh to tum ulti baat keh rahe ho.</w:t>
      </w:r>
      <w:r>
        <w:br/>
      </w:r>
      <w:r>
        <w:rPr>
          <w:sz w:val="20"/>
        </w:rPr>
        <w:t>40:20  jo Khuda ko maanne wale hain woh zyada intelligent hain.</w:t>
      </w:r>
      <w:r>
        <w:br/>
      </w:r>
      <w:r>
        <w:rPr>
          <w:sz w:val="20"/>
        </w:rPr>
        <w:t>40:25  yeh joke kya hai is ne? woh kaise? to woh kehte hain ke dekho dunya ko.</w:t>
      </w:r>
      <w:r>
        <w:br/>
      </w:r>
      <w:r>
        <w:rPr>
          <w:sz w:val="20"/>
        </w:rPr>
        <w:t>40:29  yahan kitna horror hai.</w:t>
      </w:r>
      <w:r>
        <w:br/>
      </w:r>
      <w:r>
        <w:rPr>
          <w:sz w:val="20"/>
        </w:rPr>
        <w:t>40:34  itna horror hai, itni museebat hai, itni malai hai, itna corruption hai, itni problem hai,</w:t>
      </w:r>
      <w:r>
        <w:br/>
      </w:r>
      <w:r>
        <w:rPr>
          <w:sz w:val="20"/>
        </w:rPr>
        <w:t>40:38  itna evil hai.</w:t>
      </w:r>
      <w:r>
        <w:br/>
      </w:r>
      <w:r>
        <w:rPr>
          <w:sz w:val="20"/>
        </w:rPr>
        <w:t>40:41  tab bhi yeh log Khuda ko maante hain.</w:t>
      </w:r>
      <w:r>
        <w:br/>
      </w:r>
      <w:r>
        <w:rPr>
          <w:sz w:val="20"/>
        </w:rPr>
        <w:t>40:45  aise Khuda ko jo God Almighty hai.</w:t>
      </w:r>
      <w:r>
        <w:br/>
      </w:r>
      <w:r>
        <w:rPr>
          <w:sz w:val="20"/>
        </w:rPr>
        <w:t>40:48  jo God All Right hai.</w:t>
      </w:r>
      <w:r>
        <w:br/>
      </w:r>
      <w:r>
        <w:rPr>
          <w:sz w:val="20"/>
        </w:rPr>
        <w:t>40:52  jo saari qism ki burai is ke andar hai.</w:t>
      </w:r>
      <w:r>
        <w:br/>
      </w:r>
      <w:r>
        <w:rPr>
          <w:sz w:val="20"/>
        </w:rPr>
        <w:t>40:55  tab bhi yeh maante hain ke aisa Khuda hai.</w:t>
      </w:r>
      <w:r>
        <w:br/>
      </w:r>
      <w:r>
        <w:rPr>
          <w:sz w:val="20"/>
        </w:rPr>
        <w:t>40:58  yaani evil se bhari hui ek dunya banai Khuda ne.</w:t>
      </w:r>
      <w:r>
        <w:br/>
      </w:r>
      <w:r>
        <w:rPr>
          <w:sz w:val="20"/>
        </w:rPr>
        <w:t>41:02  tab bhi woh maane hue hain ke ek aisa Khuda hai jo bohat hi All Right hai.</w:t>
      </w:r>
      <w:r>
        <w:br/>
      </w:r>
      <w:r>
        <w:rPr>
          <w:sz w:val="20"/>
        </w:rPr>
        <w:t>41:05  to yeh to bohat hi intelligent log hain yeh</w:t>
      </w:r>
      <w:r>
        <w:br/>
      </w:r>
      <w:r>
        <w:rPr>
          <w:sz w:val="20"/>
        </w:rPr>
        <w:t xml:space="preserve">41:08  </w:t>
      </w:r>
      <w:r>
        <w:br/>
      </w:r>
      <w:r>
        <w:rPr>
          <w:sz w:val="20"/>
        </w:rPr>
        <w:t>41:13  jokingly aisa kaha is ne.</w:t>
      </w:r>
      <w:r>
        <w:br/>
      </w:r>
      <w:r>
        <w:rPr>
          <w:sz w:val="20"/>
        </w:rPr>
        <w:t>41:17  ab is mein dekhiye is aadmi ki nadani.</w:t>
      </w:r>
      <w:r>
        <w:br/>
      </w:r>
      <w:r>
        <w:rPr>
          <w:sz w:val="20"/>
        </w:rPr>
        <w:t>41:21  ke unhon ne sochna chahiye tha ke yeh jo hamari dunya hai ek bohat hi tiny part hai</w:t>
      </w:r>
      <w:r>
        <w:br/>
      </w:r>
      <w:r>
        <w:rPr>
          <w:sz w:val="20"/>
        </w:rPr>
        <w:t>41:26  yeh planet mein insaan.</w:t>
      </w:r>
      <w:r>
        <w:br/>
      </w:r>
      <w:r>
        <w:rPr>
          <w:sz w:val="20"/>
        </w:rPr>
        <w:t>41:30  baqi universe to bohat hi bari hai, bohat bari hai, bohat bari hai.</w:t>
      </w:r>
      <w:r>
        <w:br/>
      </w:r>
      <w:r>
        <w:rPr>
          <w:sz w:val="20"/>
        </w:rPr>
        <w:t>41:34  aap jante hain ke sari</w:t>
      </w:r>
      <w:r>
        <w:br/>
      </w:r>
      <w:r>
        <w:rPr>
          <w:sz w:val="20"/>
        </w:rPr>
        <w:t>41:39  dunya mein jo log hain, jo insan hain to aap agar aik aik aik woh banayen, aik aik box banayen.</w:t>
      </w:r>
      <w:r>
        <w:br/>
      </w:r>
      <w:r>
        <w:rPr>
          <w:sz w:val="20"/>
        </w:rPr>
        <w:t>41:46  jis box ki chorai aik mail ho aur lambai aik mail ho.</w:t>
      </w:r>
      <w:r>
        <w:br/>
      </w:r>
      <w:r>
        <w:rPr>
          <w:sz w:val="20"/>
        </w:rPr>
        <w:t>41:54  yani aik mail aik chorai, aik mail lambai ka box banayen.</w:t>
      </w:r>
      <w:r>
        <w:br/>
      </w:r>
      <w:r>
        <w:rPr>
          <w:sz w:val="20"/>
        </w:rPr>
        <w:t>42:02  to sare insan is ke andar pack kiya ja sakte hain, sare insan.</w:t>
      </w:r>
      <w:r>
        <w:br/>
      </w:r>
      <w:r>
        <w:rPr>
          <w:sz w:val="20"/>
        </w:rPr>
        <w:t>42:10  aur ab is box ko aap dal dein pacific ocean mein to is tarah doob jaye ga ke</w:t>
      </w:r>
      <w:r>
        <w:br/>
      </w:r>
      <w:r>
        <w:rPr>
          <w:sz w:val="20"/>
        </w:rPr>
        <w:t>42:14  dikhai bhi nahi de ga woh.</w:t>
      </w:r>
      <w:r>
        <w:br/>
      </w:r>
      <w:r>
        <w:rPr>
          <w:sz w:val="20"/>
        </w:rPr>
        <w:t>42:18  to itna tiny part hai insan is dunya ka.</w:t>
      </w:r>
      <w:r>
        <w:br/>
      </w:r>
      <w:r>
        <w:rPr>
          <w:sz w:val="20"/>
        </w:rPr>
        <w:t>42:23  to corruption kahan hai? is dunya mein to hai aur kahan hai? is dunya ke chhod kar jo</w:t>
      </w:r>
      <w:r>
        <w:br/>
      </w:r>
      <w:r>
        <w:rPr>
          <w:sz w:val="20"/>
        </w:rPr>
        <w:t>42:27  nature hai wahan to koi corruption nahi hai.</w:t>
      </w:r>
      <w:r>
        <w:br/>
      </w:r>
      <w:r>
        <w:rPr>
          <w:sz w:val="20"/>
        </w:rPr>
        <w:t>42:31  hawaon mein koi corruption nahi hai, darakhton mein koi corruption nahi hai.</w:t>
      </w:r>
      <w:r>
        <w:br/>
      </w:r>
      <w:r>
        <w:rPr>
          <w:sz w:val="20"/>
        </w:rPr>
        <w:t>42:35  daryaaon aur samundaron mein koi</w:t>
      </w:r>
      <w:r>
        <w:br/>
      </w:r>
      <w:r>
        <w:rPr>
          <w:sz w:val="20"/>
        </w:rPr>
        <w:t>42:40  corruption nahi hai.</w:t>
      </w:r>
      <w:r>
        <w:br/>
      </w:r>
      <w:r>
        <w:rPr>
          <w:sz w:val="20"/>
        </w:rPr>
        <w:t>42:45  galaxy mein, solar system mein koi corruption nahi hai.</w:t>
      </w:r>
      <w:r>
        <w:br/>
      </w:r>
      <w:r>
        <w:rPr>
          <w:sz w:val="20"/>
        </w:rPr>
        <w:t>42:50  to itni bari universe hai, itni bari universe hai jis ka aik bohat hi tiny part hai insan.</w:t>
      </w:r>
      <w:r>
        <w:br/>
      </w:r>
      <w:r>
        <w:rPr>
          <w:sz w:val="20"/>
        </w:rPr>
        <w:t>42:55  to insan mein jo corruption hai is ko aap universalize kyun kar rahe hain? yahan par is contradiction</w:t>
      </w:r>
      <w:r>
        <w:br/>
      </w:r>
      <w:r>
        <w:rPr>
          <w:sz w:val="20"/>
        </w:rPr>
        <w:t>43:00  ko dekh kar ke ke insan mein kyun hai aur baqi rest of the world mein kyun nahi hai.</w:t>
      </w:r>
      <w:r>
        <w:br/>
      </w:r>
      <w:r>
        <w:rPr>
          <w:sz w:val="20"/>
        </w:rPr>
        <w:t>43:05  to aap payen</w:t>
      </w:r>
      <w:r>
        <w:br/>
      </w:r>
      <w:r>
        <w:rPr>
          <w:sz w:val="20"/>
        </w:rPr>
        <w:t>43:10  ke rest of the world jo hai is ko freedom nahi mili hui.</w:t>
      </w:r>
      <w:r>
        <w:br/>
      </w:r>
      <w:r>
        <w:rPr>
          <w:sz w:val="20"/>
        </w:rPr>
        <w:t>43:15  woh law of nature ko follow karti hai.</w:t>
      </w:r>
      <w:r>
        <w:br/>
      </w:r>
      <w:r>
        <w:rPr>
          <w:sz w:val="20"/>
        </w:rPr>
        <w:t>43:20  insan ke siwa jo nature hai, jo dunya hai woh khuda ke law of nature ko follow karti hai.</w:t>
      </w:r>
      <w:r>
        <w:br/>
      </w:r>
      <w:r>
        <w:rPr>
          <w:sz w:val="20"/>
        </w:rPr>
        <w:t>43:25  wahan par koi corruption bhi nahi hai, koi evil bhi nahi hai, kuch bhi nahi hai.</w:t>
      </w:r>
      <w:r>
        <w:br/>
      </w:r>
      <w:r>
        <w:rPr>
          <w:sz w:val="20"/>
        </w:rPr>
        <w:t>43:30  insan mein hai sirf.</w:t>
      </w:r>
      <w:r>
        <w:br/>
      </w:r>
      <w:r>
        <w:rPr>
          <w:sz w:val="20"/>
        </w:rPr>
        <w:t>43:35  to kyun hai ke insan ko khuda ne freedom diya hai? freedom kyun diya hai? test ke liye</w:t>
      </w:r>
      <w:r>
        <w:br/>
      </w:r>
      <w:r>
        <w:rPr>
          <w:sz w:val="20"/>
        </w:rPr>
        <w:t>43:40  diya hai? is tarah explain ki jiye to maloom hoga ye to bohat hi yani koi is mein is</w:t>
      </w:r>
      <w:r>
        <w:br/>
      </w:r>
      <w:r>
        <w:rPr>
          <w:sz w:val="20"/>
        </w:rPr>
        <w:t>43:46  tarah ka ki baat hi nahi hai.</w:t>
      </w:r>
      <w:r>
        <w:br/>
      </w:r>
      <w:r>
        <w:rPr>
          <w:sz w:val="20"/>
        </w:rPr>
        <w:t>43:52  lekin is tarah se explain na kar ke unhon ne ye keh diya ke jo jis dunya mein</w:t>
      </w:r>
      <w:r>
        <w:br/>
      </w:r>
      <w:r>
        <w:rPr>
          <w:sz w:val="20"/>
        </w:rPr>
        <w:t>43:58  itna dunya mein kahan evil hai? evil to is is tiny part mein hai jis ko hum insan kehte hain.</w:t>
      </w:r>
      <w:r>
        <w:br/>
      </w:r>
      <w:r>
        <w:rPr>
          <w:sz w:val="20"/>
        </w:rPr>
        <w:t>44:04  baqi to evil free hai.</w:t>
      </w:r>
      <w:r>
        <w:br/>
      </w:r>
      <w:r>
        <w:rPr>
          <w:sz w:val="20"/>
        </w:rPr>
        <w:t>44:10  puri puri dunya evil free hai.</w:t>
      </w:r>
      <w:r>
        <w:br/>
      </w:r>
      <w:r>
        <w:rPr>
          <w:sz w:val="20"/>
        </w:rPr>
        <w:t>44:15  to main jab main ne parha ye to main ne socha ke in logon ke dil mein shukr</w:t>
      </w:r>
      <w:r>
        <w:br/>
      </w:r>
      <w:r>
        <w:rPr>
          <w:sz w:val="20"/>
        </w:rPr>
        <w:t>44:19  kese aaye? kyunke wo to yani evil thinking bhari hui hai un ke mind mein.</w:t>
      </w:r>
      <w:r>
        <w:br/>
      </w:r>
      <w:r>
        <w:rPr>
          <w:sz w:val="20"/>
        </w:rPr>
        <w:t>44:23  negative thinking bhari hui hai un ke mind mein.</w:t>
      </w:r>
      <w:r>
        <w:br/>
      </w:r>
      <w:r>
        <w:rPr>
          <w:sz w:val="20"/>
        </w:rPr>
        <w:t>44:27  to ye satan aisi baatein dalta hai aadmi ke andar.</w:t>
      </w:r>
      <w:r>
        <w:br/>
      </w:r>
      <w:r>
        <w:rPr>
          <w:sz w:val="20"/>
        </w:rPr>
        <w:t>44:32  is tarah se wo hatata hai logon ko shukr ke rastay se.</w:t>
      </w:r>
      <w:r>
        <w:br/>
      </w:r>
      <w:r>
        <w:rPr>
          <w:sz w:val="20"/>
        </w:rPr>
        <w:t>44:36  jo kaha tha is ne ke she</w:t>
      </w:r>
    </w:p>
    <w:p>
      <w:pPr>
        <w:pStyle w:val="Heading2"/>
      </w:pPr>
      <w:r>
        <w:t>Inner content of pillars and personality for afterlife</w:t>
      </w:r>
    </w:p>
    <w:p>
      <w:r>
        <w:rPr>
          <w:color w:val="666666"/>
          <w:sz w:val="18"/>
        </w:rPr>
        <w:t>Religious Understanding October 18, 2015 Maulana Wahiduddin Khan · 3m 40s · at 14:53 · https://youtu.be/yt5TAVhva6E?t=893</w:t>
      </w:r>
    </w:p>
    <w:p>
      <w:r>
        <w:rPr>
          <w:i/>
        </w:rPr>
        <w:t>“Aise hi dheekhien hadees mein hai ke.”</w:t>
      </w:r>
    </w:p>
    <w:p>
      <w:r>
        <w:rPr>
          <w:sz w:val="20"/>
        </w:rPr>
        <w:t>14:53  isi tarah se dekhen hadith mein hai ke</w:t>
      </w:r>
      <w:r>
        <w:br/>
      </w:r>
      <w:r>
        <w:rPr>
          <w:sz w:val="20"/>
        </w:rPr>
        <w:t>15:02  ke deen deen ke saat arkan hain: bani al islam, awli khams, islam ke saat arkan hain, saat pillars hain: namaz, roza, hajj, zakat aur imaan.</w:t>
      </w:r>
      <w:r>
        <w:br/>
      </w:r>
      <w:r>
        <w:rPr>
          <w:sz w:val="20"/>
        </w:rPr>
        <w:t>15:19  sab se pehle imaan hai.</w:t>
      </w:r>
      <w:r>
        <w:br/>
      </w:r>
      <w:r>
        <w:rPr>
          <w:sz w:val="20"/>
        </w:rPr>
        <w:t>15:24  to yeh kya hai? yani har har jo rukan hai, har rukan mein ek ek har rukan ka ek inner content hai, ek uska kharji form hai.</w:t>
      </w:r>
      <w:r>
        <w:br/>
      </w:r>
      <w:r>
        <w:rPr>
          <w:sz w:val="20"/>
        </w:rPr>
        <w:t>15:41  Allah par imaan pehla hai. to woh kya hai?</w:t>
      </w:r>
      <w:r>
        <w:br/>
      </w:r>
      <w:r>
        <w:rPr>
          <w:sz w:val="20"/>
        </w:rPr>
        <w:t>15:46  Allah par imaan bazahir to yeh hai ke aap kehte hain ke la ilaha illallah Muhammadur Rasulullah, yani kalma shahadat zuban se ada karte hain.</w:t>
      </w:r>
      <w:r>
        <w:br/>
      </w:r>
      <w:r>
        <w:rPr>
          <w:sz w:val="20"/>
        </w:rPr>
        <w:t>15:58  lekin iska jo inner content kya hai? yaqeen. to kalma ka inner content hai yaqeen. bazahir to kuch alfaaz ko dohrana hai.</w:t>
      </w:r>
      <w:r>
        <w:br/>
      </w:r>
      <w:r>
        <w:rPr>
          <w:sz w:val="20"/>
        </w:rPr>
        <w:t>16:11  aise hi namaz hai. namaz ka inner content kya hai? modesty.</w:t>
      </w:r>
      <w:r>
        <w:br/>
      </w:r>
      <w:r>
        <w:rPr>
          <w:sz w:val="20"/>
        </w:rPr>
        <w:t>16:15  bazahir to ek ek iska ek form hai, usko aap ne ada kar diya panch waqt. lekin iska inner content jo hai woh woh hai modesty.</w:t>
      </w:r>
      <w:r>
        <w:br/>
      </w:r>
      <w:r>
        <w:rPr>
          <w:sz w:val="20"/>
        </w:rPr>
        <w:t>16:28  to yaqeen modesty. isi tarah se dekhiye</w:t>
      </w:r>
      <w:r>
        <w:br/>
      </w:r>
      <w:r>
        <w:rPr>
          <w:sz w:val="20"/>
        </w:rPr>
        <w:t>16:35  roza kya hai? roza kya hai? self control. roza ka inner content hai self control</w:t>
      </w:r>
      <w:r>
        <w:br/>
      </w:r>
      <w:r>
        <w:rPr>
          <w:sz w:val="20"/>
        </w:rPr>
        <w:t>16:44  . zahir hai ke bazahir yeh hai ke aap ne mehdood waqt ke liye khana chhod diya, pani chhod diya. lekin iska jo inner content hai woh hai self control,</w:t>
      </w:r>
      <w:r>
        <w:br/>
      </w:r>
      <w:r>
        <w:rPr>
          <w:sz w:val="20"/>
        </w:rPr>
        <w:t>16:57  self discipline. aise zakat jo hai bazahir nahi ke aap ne kuch maal de diya. iska bhi ek inner content hai, woh hai giving spirit.</w:t>
      </w:r>
      <w:r>
        <w:br/>
      </w:r>
      <w:r>
        <w:rPr>
          <w:sz w:val="20"/>
        </w:rPr>
        <w:t>17:08  aap ne andar giving spirit paida ki.</w:t>
      </w:r>
      <w:r>
        <w:br/>
      </w:r>
      <w:r>
        <w:rPr>
          <w:sz w:val="20"/>
        </w:rPr>
        <w:t>17:11  to ek hota ek hota woh insan jo taker hota hai, lena, lena, lena. ek hota hai giver hota hai, dena, dena, dena. to zakat aap ke andar giving spirit paida karne ke liye hai.</w:t>
      </w:r>
      <w:r>
        <w:br/>
      </w:r>
      <w:r>
        <w:rPr>
          <w:sz w:val="20"/>
        </w:rPr>
        <w:t>17:24  aise hi hajj jo hai, hajj kya hai? hajj jo hai unity, ittehad. jab bohat se log ekatha hote hain to aapas mein ikhtilaf paida hota hai.</w:t>
      </w:r>
      <w:r>
        <w:br/>
      </w:r>
      <w:r>
        <w:rPr>
          <w:sz w:val="20"/>
        </w:rPr>
        <w:t>17:35  abhi aap ne suna ke hajj mein gaye kuch log aur bhagdar hui to is mein bohat sare log dab ke mar gaye.</w:t>
      </w:r>
      <w:r>
        <w:br/>
      </w:r>
      <w:r>
        <w:rPr>
          <w:sz w:val="20"/>
        </w:rPr>
        <w:t>17:44  to sirf inke andar woh yani woh spirit nahi thi, ittehad wali spirit. bas apne hi ko jante the woh.</w:t>
      </w:r>
      <w:r>
        <w:br/>
      </w:r>
      <w:r>
        <w:rPr>
          <w:sz w:val="20"/>
        </w:rPr>
        <w:t>17:55  to is mani ke yeh panch jo arkan hain, woh panch spirit paida karne ke liye hain. yani yaqeen ki spirit, modesty ki spirit, aur self control ki spirit,</w:t>
      </w:r>
      <w:r>
        <w:br/>
      </w:r>
      <w:r>
        <w:rPr>
          <w:sz w:val="20"/>
        </w:rPr>
        <w:t>18:11  aur giving ki spirit, aur ittehad ki spirit. is se jo personality banti hai, usi ko main training</w:t>
      </w:r>
      <w:r>
        <w:br/>
      </w:r>
      <w:r>
        <w:rPr>
          <w:sz w:val="20"/>
        </w:rPr>
        <w:t>18:19  kehta hoon. is mein jo trend ho kar ke yeh panch item jo hain, is ke douran trend ho kar ke ek personality banti hai, jiske andar yeh panch sifat hoti hain.</w:t>
      </w:r>
    </w:p>
    <w:p>
      <w:pPr>
        <w:pStyle w:val="Heading2"/>
      </w:pPr>
      <w:r>
        <w:t>Why young Muslims worldwide are saying 'me not' to Islam</w:t>
      </w:r>
    </w:p>
    <w:p>
      <w:r>
        <w:rPr>
          <w:color w:val="666666"/>
          <w:sz w:val="18"/>
        </w:rPr>
        <w:t>Is Islam in Danger, January 10, 2007 · 5m 35s · at 36:25 · https://youtu.be/1vrUjeA7508?t=2185</w:t>
      </w:r>
    </w:p>
    <w:p>
      <w:r>
        <w:rPr>
          <w:i/>
        </w:rPr>
        <w:t>“ایک بہت ہی دلچسپ کہانی میں عرض کروں گا آپ کو”</w:t>
      </w:r>
    </w:p>
    <w:p>
      <w:r>
        <w:rPr>
          <w:sz w:val="20"/>
        </w:rPr>
        <w:t>36:25  ek bahut hi dilchasp kahani main arz karunga aap ko. bab bedos mein. ek bar main gaya. bab bedos ek bahut hi khoobsurat jazeera hai.</w:t>
      </w:r>
      <w:r>
        <w:br/>
      </w:r>
      <w:r>
        <w:rPr>
          <w:sz w:val="20"/>
        </w:rPr>
        <w:t>36:40  to wahan musalman bhi hain. kuch. to unhon ne musalmanon ne ek jalsa rakha, ek meeting rakhi.</w:t>
      </w:r>
      <w:r>
        <w:br/>
      </w:r>
      <w:r>
        <w:rPr>
          <w:sz w:val="20"/>
        </w:rPr>
        <w:t>36:52  is mein mujhe adakar karna tha.</w:t>
      </w:r>
      <w:r>
        <w:br/>
      </w:r>
      <w:r>
        <w:rPr>
          <w:sz w:val="20"/>
        </w:rPr>
        <w:t>36:56  to main gaya. ek kursi thi wahan main baitha hua tha aur log ekatha the.</w:t>
      </w:r>
      <w:r>
        <w:br/>
      </w:r>
      <w:r>
        <w:rPr>
          <w:sz w:val="20"/>
        </w:rPr>
        <w:t>37:05  to main ne dekha ke ek ladka aata hai. apne baap ke sath. aur woh gate par baith jata hai woh.</w:t>
      </w:r>
      <w:r>
        <w:br/>
      </w:r>
      <w:r>
        <w:rPr>
          <w:sz w:val="20"/>
        </w:rPr>
        <w:t>37:14  baap ko kehta hai andar chalo. woh jata nahi. baith jata hai. baithta kaise hai? idhar munh kar ke. yani main yahan baitha hoon.</w:t>
      </w:r>
      <w:r>
        <w:br/>
      </w:r>
      <w:r>
        <w:rPr>
          <w:sz w:val="20"/>
        </w:rPr>
        <w:t>37:24  woh gate par baitha hua hai. munh uska idhar hai. us ki peeth meri taraf hai. meri taraf peeth kar ke hai, munh doosri taraf kar ke baith gaya woh.</w:t>
      </w:r>
      <w:r>
        <w:br/>
      </w:r>
      <w:r>
        <w:rPr>
          <w:sz w:val="20"/>
        </w:rPr>
        <w:t>37:34  to main ne kisi se poocha ke bhai yeh kya hai? yeh kya mamla hai? to unhon ne kaha ke woh ladka jo hai baap ne kaha ke chalo molana sahib aaye hain tum bhi kuch baat suno.</w:t>
      </w:r>
      <w:r>
        <w:br/>
      </w:r>
      <w:r>
        <w:rPr>
          <w:sz w:val="20"/>
        </w:rPr>
        <w:t>37:46  to us ne kaha kya? Me not. Me not.</w:t>
      </w:r>
      <w:r>
        <w:br/>
      </w:r>
      <w:r>
        <w:rPr>
          <w:sz w:val="20"/>
        </w:rPr>
        <w:t>37:55  bahut hi aam uska yeh.</w:t>
      </w:r>
      <w:r>
        <w:br/>
      </w:r>
      <w:r>
        <w:rPr>
          <w:sz w:val="20"/>
        </w:rPr>
        <w:t>37:59  jawab tha ke me not. mere liye sab cheezein nahi hain. jao tum suno</w:t>
      </w:r>
      <w:r>
        <w:br/>
      </w:r>
      <w:r>
        <w:rPr>
          <w:sz w:val="20"/>
        </w:rPr>
        <w:t>38:04  mujhe ko is se koi matlab nahin hai. tumhare islam se mujhe koi lena dena nahin hai. woh islam par bolenge to mujhe islam par sunna bhi nahin hai.</w:t>
      </w:r>
      <w:r>
        <w:br/>
      </w:r>
      <w:r>
        <w:rPr>
          <w:sz w:val="20"/>
        </w:rPr>
        <w:t>38:17  me not. to poori poori nai nasl keh rahi hai ke me not.</w:t>
      </w:r>
      <w:r>
        <w:br/>
      </w:r>
      <w:r>
        <w:rPr>
          <w:sz w:val="20"/>
        </w:rPr>
        <w:t>38:23  hamare woh log jo pichhle riwayat mein pale badhe. jin ke baal safed ho gaye hain. to pichhle zamane mein pale badhe.</w:t>
      </w:r>
      <w:r>
        <w:br/>
      </w:r>
      <w:r>
        <w:rPr>
          <w:sz w:val="20"/>
        </w:rPr>
        <w:t>38:33  to un ke andar islam se mohabbat hai. islam ko apna mazhab samajhte hain woh. lekin jo nai nasl hai. woh India se le kar America, Europe tak kehti hai me not.</w:t>
      </w:r>
      <w:r>
        <w:br/>
      </w:r>
      <w:r>
        <w:rPr>
          <w:sz w:val="20"/>
        </w:rPr>
        <w:t>38:46  yeh tumhara mazhab mere liye nahin hai.</w:t>
      </w:r>
      <w:r>
        <w:br/>
      </w:r>
      <w:r>
        <w:rPr>
          <w:sz w:val="20"/>
        </w:rPr>
        <w:t>38:50  saare log pareshan hain.</w:t>
      </w:r>
      <w:r>
        <w:br/>
      </w:r>
      <w:r>
        <w:rPr>
          <w:sz w:val="20"/>
        </w:rPr>
        <w:t>38:53  isi ko woh kehte hain ke islam khatre mein hai. muslim ummah khatre mein hai. muslim army khatre mein hai.</w:t>
      </w:r>
      <w:r>
        <w:br/>
      </w:r>
      <w:r>
        <w:rPr>
          <w:sz w:val="20"/>
        </w:rPr>
        <w:t>39:02  khatre mein kaun hai? islam nahin hai. maine is pe bohat socha ke woh jo kehta hai ke me not is ka kya matlab hai?</w:t>
      </w:r>
      <w:r>
        <w:br/>
      </w:r>
      <w:r>
        <w:rPr>
          <w:sz w:val="20"/>
        </w:rPr>
        <w:t>39:14  is ko pata hi nahin ke islam haqeeqat mein kya hai. is ke baap ko bhi pata nahin ke islam haqeeqat mein kya hai.</w:t>
      </w:r>
      <w:r>
        <w:br/>
      </w:r>
      <w:r>
        <w:rPr>
          <w:sz w:val="20"/>
        </w:rPr>
        <w:t>39:25  ek muslim nazariya hai islam ka jis ka pata hai baap ko. aur jo batata hai apne bete ko woh. woh ghair mutalliq ho chuka hai.</w:t>
      </w:r>
      <w:r>
        <w:br/>
      </w:r>
      <w:r>
        <w:rPr>
          <w:sz w:val="20"/>
        </w:rPr>
        <w:t>39:36  yaani muslim nazariya jo hai islam ka woh is zamane mein ghair mutalliq ho chuka hai. aur saare baap ke paas batane ke liye wohi hai.</w:t>
      </w:r>
      <w:r>
        <w:br/>
      </w:r>
      <w:r>
        <w:rPr>
          <w:sz w:val="20"/>
        </w:rPr>
        <w:t>39:47  ek ek muslim naujawan se maine poocha ke yeh me not kya mamla hai yeh?</w:t>
      </w:r>
      <w:r>
        <w:br/>
      </w:r>
      <w:r>
        <w:rPr>
          <w:sz w:val="20"/>
        </w:rPr>
        <w:t>39:52  to us ne kaha ke hamare baap. aur hamare dada. do's and don'ts ki zaban bolte hain. yeh na karo, woh na karo, yeh na karo, woh na karo.</w:t>
      </w:r>
      <w:r>
        <w:br/>
      </w:r>
      <w:r>
        <w:rPr>
          <w:sz w:val="20"/>
        </w:rPr>
        <w:t>40:03  yeh karo, woh na karo. to us ne kaha ke hamare baap dada jo hain. hamare hamare khandan jo hai woh do's and don'ts ki boli bolti hai.</w:t>
      </w:r>
      <w:r>
        <w:br/>
      </w:r>
      <w:r>
        <w:rPr>
          <w:sz w:val="20"/>
        </w:rPr>
        <w:t>40:14  woh to hamari samajh mein aati hi nahin.</w:t>
      </w:r>
      <w:r>
        <w:br/>
      </w:r>
      <w:r>
        <w:rPr>
          <w:sz w:val="20"/>
        </w:rPr>
        <w:t>40:17  isi liye. ke hum school college mein jo. jo kuch parhte hain wahan to sab aqli hota hai. sab manṭiqi hota hai.</w:t>
      </w:r>
      <w:r>
        <w:br/>
      </w:r>
      <w:r>
        <w:rPr>
          <w:sz w:val="20"/>
        </w:rPr>
        <w:t>40:26  sab riyazi hota hai. to wahan hum parhte hain. wajah par mabni ilm.</w:t>
      </w:r>
      <w:r>
        <w:br/>
      </w:r>
      <w:r>
        <w:rPr>
          <w:sz w:val="20"/>
        </w:rPr>
        <w:t>40:36  manṭiq. har cheez ko manṭiqi frame mein humein bataya jata hai.</w:t>
      </w:r>
      <w:r>
        <w:br/>
      </w:r>
      <w:r>
        <w:rPr>
          <w:sz w:val="20"/>
        </w:rPr>
        <w:t>40:44  school mein college mein jo hum parhte hain university mein jo hum parhte hain. to har cheez ko manṭiqi tareeqe mein humein bataya jata hai. aqli tareeqe mein bataya jata hai. aur yahan hum ghar mein jab aate hain.</w:t>
      </w:r>
      <w:r>
        <w:br/>
      </w:r>
      <w:r>
        <w:rPr>
          <w:sz w:val="20"/>
        </w:rPr>
        <w:t>40:55  to do's and don'ts ki zaban humein sunni parti hai. yeh na karo. yeh karo, woh na karo, yeh na karo, woh na karo. baghair manṭiq ke.</w:t>
      </w:r>
      <w:r>
        <w:br/>
      </w:r>
      <w:r>
        <w:rPr>
          <w:sz w:val="20"/>
        </w:rPr>
        <w:t>41:03  baghair wajah ke. to hamari samajh mein nahin aata.</w:t>
      </w:r>
      <w:r>
        <w:br/>
      </w:r>
      <w:r>
        <w:rPr>
          <w:sz w:val="20"/>
        </w:rPr>
        <w:t>41:08  to me not ka matlab yeh hai. ke yeh jo tumhara mazhab hai jis mein sirf do's and don'ts hai. to woh mere liye nahin hai.</w:t>
      </w:r>
      <w:r>
        <w:br/>
      </w:r>
      <w:r>
        <w:rPr>
          <w:sz w:val="20"/>
        </w:rPr>
        <w:t>41:19  isi liye. bradley ne kaha tha ke is zamane mein. is ki kitab hai appearance and reality. appearance and reality.</w:t>
      </w:r>
      <w:r>
        <w:br/>
      </w:r>
      <w:r>
        <w:rPr>
          <w:sz w:val="20"/>
        </w:rPr>
        <w:t>41:29  is zamane mein scientific religion ki zaroorat hai.</w:t>
      </w:r>
      <w:r>
        <w:br/>
      </w:r>
      <w:r>
        <w:rPr>
          <w:sz w:val="20"/>
        </w:rPr>
        <w:t>41:33  scientific religion. yaani. wajah par mabni religion. manṭiqi par mabni religion.</w:t>
      </w:r>
      <w:r>
        <w:br/>
      </w:r>
      <w:r>
        <w:rPr>
          <w:sz w:val="20"/>
        </w:rPr>
        <w:t>41:41  yani aisa religion jo aaj ke zehn ko hidayat kare. to bunyadi baat yeh nahi hai ke islam bhi ghair mutaliq ho gaya hai.</w:t>
      </w:r>
      <w:r>
        <w:br/>
      </w:r>
      <w:r>
        <w:rPr>
          <w:sz w:val="20"/>
        </w:rPr>
        <w:t>41:50  bunyadi baat yeh hai ke musalmanon ne. islam ko jo nazariya bana rakha hai woh ghair mutaliq ho gaya hai.</w:t>
      </w:r>
    </w:p>
    <w:p>
      <w:pPr>
        <w:pStyle w:val="Heading2"/>
      </w:pPr>
      <w:r>
        <w:t>Dream about avoidance and being unaware of own awareness</w:t>
      </w:r>
    </w:p>
    <w:p>
      <w:r>
        <w:rPr>
          <w:color w:val="666666"/>
          <w:sz w:val="18"/>
        </w:rPr>
        <w:t>Principle of Avoidance in Islam I 12 Dec, 2010 - Maulana Wahiduddin Khan · 4m 03s · at 0:52 · https://youtu.be/LcEmPmf5es0?t=52</w:t>
      </w:r>
    </w:p>
    <w:p>
      <w:r>
        <w:rPr>
          <w:i/>
        </w:rPr>
        <w:t>“Aaj ka topic bahut ajeeb sa hai mere liye.”</w:t>
      </w:r>
    </w:p>
    <w:p>
      <w:r>
        <w:rPr>
          <w:sz w:val="20"/>
        </w:rPr>
        <w:t>0:52  aaj ka topic bohat ajeeb sa hai mere liye.</w:t>
      </w:r>
      <w:r>
        <w:br/>
      </w:r>
      <w:r>
        <w:rPr>
          <w:sz w:val="20"/>
        </w:rPr>
        <w:t>0:58  kal shaam tak mujhe samajh mein nahin aaya tha ke aaj ka topic kya ho, to sochte sochte mein so gaya. phir raat ko ek khwaab dekha ke koi shakhs mujh se keh raha hai ke aap itna zyada</w:t>
      </w:r>
      <w:r>
        <w:br/>
      </w:r>
      <w:r>
        <w:rPr>
          <w:sz w:val="20"/>
        </w:rPr>
        <w:t>1:16  e'raaz ki baat karte hain, to kab tak e'raaz kiya jaaye?</w:t>
      </w:r>
      <w:r>
        <w:br/>
      </w:r>
      <w:r>
        <w:rPr>
          <w:sz w:val="20"/>
        </w:rPr>
        <w:t>1:27  main ne kaha ek e'raaz to hamesha karna hai, is mein kab tak ka sawaal hai?</w:t>
      </w:r>
      <w:r>
        <w:br/>
      </w:r>
      <w:r>
        <w:rPr>
          <w:sz w:val="20"/>
        </w:rPr>
        <w:t>1:37  e'raaz to karna hi karna hai, e'raaz ka matlab hai avoidance, avoid karna.</w:t>
      </w:r>
      <w:r>
        <w:br/>
      </w:r>
      <w:r>
        <w:rPr>
          <w:sz w:val="20"/>
        </w:rPr>
        <w:t>1:48  to is ko main ne misaal di ke aap road par chalte hain to aap keep left ka usool ikhtiyar karte hain, keep left ka principle.</w:t>
      </w:r>
      <w:r>
        <w:br/>
      </w:r>
      <w:r>
        <w:rPr>
          <w:sz w:val="20"/>
        </w:rPr>
        <w:t>2:01  apni gaadi ko aap baayein chalate hain,</w:t>
      </w:r>
      <w:r>
        <w:br/>
      </w:r>
      <w:r>
        <w:rPr>
          <w:sz w:val="20"/>
        </w:rPr>
        <w:t>2:05  keep straight nahin chalate aap, seedhe daurayein apni gaadi, keep straight. kyun?</w:t>
      </w:r>
      <w:r>
        <w:br/>
      </w:r>
      <w:r>
        <w:rPr>
          <w:sz w:val="20"/>
        </w:rPr>
        <w:t>2:14  is liye aap ko idhar wali idhar se aane wali gaadi se e'raaz karna hai, takraao na ho. to daily aap road par yahi karte hain</w:t>
      </w:r>
      <w:r>
        <w:br/>
      </w:r>
      <w:r>
        <w:rPr>
          <w:sz w:val="20"/>
        </w:rPr>
        <w:t>2:24  ke avoid karte hain, tab aap apni manzil par pahunch paate hain. avoid dhak rahe hain to takraao ho, accident ho, hospital bhi jaayein, kuch bhi ho jayega.</w:t>
      </w:r>
      <w:r>
        <w:br/>
      </w:r>
      <w:r>
        <w:rPr>
          <w:sz w:val="20"/>
        </w:rPr>
        <w:t>2:43  to main ne kaha ke aap ek usool jis ko jaante hain road par, usi usool ko aap zindagi mein nahin jaante.</w:t>
      </w:r>
      <w:r>
        <w:br/>
      </w:r>
      <w:r>
        <w:rPr>
          <w:sz w:val="20"/>
        </w:rPr>
        <w:t>2:55  kyun ke aap ke saamne ek car hoti hai,</w:t>
      </w:r>
      <w:r>
        <w:br/>
      </w:r>
      <w:r>
        <w:rPr>
          <w:sz w:val="20"/>
        </w:rPr>
        <w:t>3:00  insaan nahin hota bazahir. to yeh main ne kaha ke yeh sab ego ka masla hai. car mister non ego hai, to is se aap ko ego clash nahin hota.</w:t>
      </w:r>
      <w:r>
        <w:br/>
      </w:r>
      <w:r>
        <w:rPr>
          <w:sz w:val="20"/>
        </w:rPr>
        <w:t>3:13  insaan se jab maamla pada to ego clash ho jata hai.</w:t>
      </w:r>
      <w:r>
        <w:br/>
      </w:r>
      <w:r>
        <w:rPr>
          <w:sz w:val="20"/>
        </w:rPr>
        <w:t>3:17  do ego ka takraao, ek aap ka ego, ek doosre ka ego. to jab aap e'raaz nahin karna chahte to haqeeqatan aap egoist hote hain us waqt.</w:t>
      </w:r>
      <w:r>
        <w:br/>
      </w:r>
      <w:r>
        <w:rPr>
          <w:sz w:val="20"/>
        </w:rPr>
        <w:t>3:34  to aap dekhiye ke car jo hai mister non ego hai,</w:t>
      </w:r>
      <w:r>
        <w:br/>
      </w:r>
      <w:r>
        <w:rPr>
          <w:sz w:val="20"/>
        </w:rPr>
        <w:t>3:39  tab to aap ko problem nahin aata, bohat aasani se aap e'raaz karte hain.</w:t>
      </w:r>
      <w:r>
        <w:br/>
      </w:r>
      <w:r>
        <w:rPr>
          <w:sz w:val="20"/>
        </w:rPr>
        <w:t>3:46  aur jaise hi aap insaan se maamla pada to aap kehte hain ke e'raaz avoid kab tak karein? to main ne kaha ke wahi kijiye jo aap road par car mein chalte hue karte hain.</w:t>
      </w:r>
      <w:r>
        <w:br/>
      </w:r>
      <w:r>
        <w:rPr>
          <w:sz w:val="20"/>
        </w:rPr>
        <w:t>4:03  kyun ke apne jaanne se bekhabar hain aap. jis baat ko aap jaante hain road par safar ke maamle mein, usi ko aap nahin jaante insaan ke saath rehne ke maamle mein.</w:t>
      </w:r>
      <w:r>
        <w:br/>
      </w:r>
      <w:r>
        <w:rPr>
          <w:sz w:val="20"/>
        </w:rPr>
        <w:t>4:19  to yeh baat usey kehte hue mere dimaagh se ek ek naya jumla nikla jo</w:t>
      </w:r>
      <w:r>
        <w:br/>
      </w:r>
      <w:r>
        <w:rPr>
          <w:sz w:val="20"/>
        </w:rPr>
        <w:t>4:22  main pehle se mere dimaagh mein nahin tha.</w:t>
      </w:r>
      <w:r>
        <w:br/>
      </w:r>
      <w:r>
        <w:rPr>
          <w:sz w:val="20"/>
        </w:rPr>
        <w:t>4:28  woh yeh tha ke being unaware of ones awareness, being unaware of ones awareness, yaani apne jaanne se bekhabar hona.</w:t>
      </w:r>
      <w:r>
        <w:br/>
      </w:r>
      <w:r>
        <w:rPr>
          <w:sz w:val="20"/>
        </w:rPr>
        <w:t>4:44  to main sochta raha ke aakhir Allah yeh mere khwaab mein yeh lafz kyun aaya mere mind mein? ke aadmi apne jaanne se bekhabar hota hai.</w:t>
      </w:r>
    </w:p>
    <w:p>
      <w:pPr>
        <w:pStyle w:val="Heading2"/>
      </w:pPr>
      <w:r>
        <w:t>Sawm spirit prevents factionalism</w:t>
      </w:r>
    </w:p>
    <w:p>
      <w:r>
        <w:rPr>
          <w:color w:val="666666"/>
          <w:sz w:val="18"/>
        </w:rPr>
        <w:t>Fasting I 9th May 07 · 6m 10s · at 27:56 · https://youtu.be/FU1JoXdA9us?t=1676</w:t>
      </w:r>
    </w:p>
    <w:p>
      <w:r>
        <w:rPr>
          <w:i/>
        </w:rPr>
        <w:t>“Here, I would add that Sawm is not anything else”</w:t>
      </w:r>
    </w:p>
    <w:p>
      <w:r>
        <w:rPr>
          <w:sz w:val="20"/>
        </w:rPr>
        <w:t>27:56  add that Sawm is not anything else.</w:t>
      </w:r>
      <w:r>
        <w:br/>
      </w:r>
      <w:r>
        <w:rPr>
          <w:sz w:val="20"/>
        </w:rPr>
        <w:t>28:02  Rituals are not simply a form.</w:t>
      </w:r>
      <w:r>
        <w:br/>
      </w:r>
      <w:r>
        <w:rPr>
          <w:sz w:val="20"/>
        </w:rPr>
        <w:t>28:08  Sawm is a spirit.</w:t>
      </w:r>
      <w:r>
        <w:br/>
      </w:r>
      <w:r>
        <w:rPr>
          <w:sz w:val="20"/>
        </w:rPr>
        <w:t>28:14  It is the spirit that is Sawm and not simply its form.</w:t>
      </w:r>
      <w:r>
        <w:br/>
      </w:r>
      <w:r>
        <w:rPr>
          <w:sz w:val="20"/>
        </w:rPr>
        <w:t>28:21  There is a Hadith the Prophet of Islam has said,</w:t>
      </w:r>
      <w:r>
        <w:br/>
      </w:r>
      <w:r>
        <w:rPr>
          <w:sz w:val="20"/>
        </w:rPr>
        <w:t>28:27  "La izarun naso bikhairin ma'ajjalul fitr." It means that people will be on good until they don't delay</w:t>
      </w:r>
      <w:r>
        <w:br/>
      </w:r>
      <w:r>
        <w:rPr>
          <w:sz w:val="20"/>
        </w:rPr>
        <w:t>28:42  in iftar, until they don't delay in i</w:t>
      </w:r>
      <w:r>
        <w:br/>
      </w:r>
      <w:r>
        <w:rPr>
          <w:sz w:val="20"/>
        </w:rPr>
        <w:t>28:57  ftar.</w:t>
      </w:r>
      <w:r>
        <w:br/>
      </w:r>
      <w:r>
        <w:rPr>
          <w:sz w:val="20"/>
        </w:rPr>
        <w:t>29:03  Now, what it means?</w:t>
      </w:r>
      <w:r>
        <w:br/>
      </w:r>
      <w:r>
        <w:rPr>
          <w:sz w:val="20"/>
        </w:rPr>
        <w:t>29:09  It means that when people when the spirit of Hisham is alive, they don't say that we have</w:t>
      </w:r>
      <w:r>
        <w:br/>
      </w:r>
      <w:r>
        <w:rPr>
          <w:sz w:val="20"/>
        </w:rPr>
        <w:t>29:15  to wait for five minutes as ahtiaat, as precaution.</w:t>
      </w:r>
      <w:r>
        <w:br/>
      </w:r>
      <w:r>
        <w:rPr>
          <w:sz w:val="20"/>
        </w:rPr>
        <w:t>29:21  When the spirit is dead, when the true spirit of Hisham is dead, then people used</w:t>
      </w:r>
      <w:r>
        <w:br/>
      </w:r>
      <w:r>
        <w:rPr>
          <w:sz w:val="20"/>
        </w:rPr>
        <w:t>29:27  to say that we must delay for five minutes as an ahtiaat.</w:t>
      </w:r>
      <w:r>
        <w:br/>
      </w:r>
      <w:r>
        <w:rPr>
          <w:sz w:val="20"/>
        </w:rPr>
        <w:t>29:37  But when the spirit of Hisham is alive, they say that we have to do iftar just at</w:t>
      </w:r>
      <w:r>
        <w:br/>
      </w:r>
      <w:r>
        <w:rPr>
          <w:sz w:val="20"/>
        </w:rPr>
        <w:t>29:48  the time of sunset. Don't delay. Why</w:t>
      </w:r>
      <w:r>
        <w:br/>
      </w:r>
      <w:r>
        <w:rPr>
          <w:sz w:val="20"/>
        </w:rPr>
        <w:t>29:58  ? Because when Islam is alive, it means that they emphasize on the spirit. And when Islam is not alive, they emphasize on the form. When Sawm becomes simply</w:t>
      </w:r>
      <w:r>
        <w:br/>
      </w:r>
      <w:r>
        <w:rPr>
          <w:sz w:val="20"/>
        </w:rPr>
        <w:t>30:28  a set of rituals, when Sawm becomes simply a form, then people say that, "Oh, we have to</w:t>
      </w:r>
      <w:r>
        <w:br/>
      </w:r>
      <w:r>
        <w:rPr>
          <w:sz w:val="20"/>
        </w:rPr>
        <w:t>30:36  delay for five minutes as an ahtiaat, as a precaution." From this Hadith, you can understand one a</w:t>
      </w:r>
      <w:r>
        <w:br/>
      </w:r>
      <w:r>
        <w:rPr>
          <w:sz w:val="20"/>
        </w:rPr>
        <w:t>30:45  very well-known Hadith.</w:t>
      </w:r>
      <w:r>
        <w:br/>
      </w:r>
      <w:r>
        <w:rPr>
          <w:sz w:val="20"/>
        </w:rPr>
        <w:t>30:53  In a Hadith, the Prophet of Islam has said that</w:t>
      </w:r>
      <w:r>
        <w:br/>
      </w:r>
      <w:r>
        <w:rPr>
          <w:sz w:val="20"/>
        </w:rPr>
        <w:t>31:02  previous nations nations means religious communities previous communities divided into seventy-two factions.</w:t>
      </w:r>
      <w:r>
        <w:br/>
      </w:r>
      <w:r>
        <w:rPr>
          <w:sz w:val="20"/>
        </w:rPr>
        <w:t>31:17  Previous religious communities divided into seventy-two fac</w:t>
      </w:r>
      <w:r>
        <w:br/>
      </w:r>
      <w:r>
        <w:rPr>
          <w:sz w:val="20"/>
        </w:rPr>
        <w:t>31:32  tions.</w:t>
      </w:r>
      <w:r>
        <w:br/>
      </w:r>
      <w:r>
        <w:rPr>
          <w:sz w:val="20"/>
        </w:rPr>
        <w:t>31:39  And my Ummah, Ummah Muhammadiyah, will divide into seventy-three factions.</w:t>
      </w:r>
      <w:r>
        <w:br/>
      </w:r>
      <w:r>
        <w:rPr>
          <w:sz w:val="20"/>
        </w:rPr>
        <w:t>31:47  Then God then the Prophet of Islam has said, "Kullu hum fi nar illa millatu waahida." All will</w:t>
      </w:r>
      <w:r>
        <w:br/>
      </w:r>
      <w:r>
        <w:rPr>
          <w:sz w:val="20"/>
        </w:rPr>
        <w:t>31:54  go to hell except one that follows my path</w:t>
      </w:r>
      <w:r>
        <w:br/>
      </w:r>
      <w:r>
        <w:rPr>
          <w:sz w:val="20"/>
        </w:rPr>
        <w:t>32:02  .</w:t>
      </w:r>
      <w:r>
        <w:br/>
      </w:r>
      <w:r>
        <w:rPr>
          <w:sz w:val="20"/>
        </w:rPr>
        <w:t>32:06  I think it is a language of hammering.</w:t>
      </w:r>
      <w:r>
        <w:br/>
      </w:r>
      <w:r>
        <w:rPr>
          <w:sz w:val="20"/>
        </w:rPr>
        <w:t>32:10  Don't take it in a literal sense.</w:t>
      </w:r>
      <w:r>
        <w:br/>
      </w:r>
      <w:r>
        <w:rPr>
          <w:sz w:val="20"/>
        </w:rPr>
        <w:t>32:15  Don't take it in a literal sense.</w:t>
      </w:r>
      <w:r>
        <w:br/>
      </w:r>
      <w:r>
        <w:rPr>
          <w:sz w:val="20"/>
        </w:rPr>
        <w:t>32:19  It is a language of hammering, a language of hammering.</w:t>
      </w:r>
      <w:r>
        <w:br/>
      </w:r>
      <w:r>
        <w:rPr>
          <w:sz w:val="20"/>
        </w:rPr>
        <w:t>32:23  But we have to know what is the meaning of this Hadith.</w:t>
      </w:r>
      <w:r>
        <w:br/>
      </w:r>
      <w:r>
        <w:rPr>
          <w:sz w:val="20"/>
        </w:rPr>
        <w:t>32:28  I can say that when Islam is based on the spirit,</w:t>
      </w:r>
      <w:r>
        <w:br/>
      </w:r>
      <w:r>
        <w:rPr>
          <w:sz w:val="20"/>
        </w:rPr>
        <w:t>32:32  then there is no faction, there is no division.</w:t>
      </w:r>
      <w:r>
        <w:br/>
      </w:r>
      <w:r>
        <w:rPr>
          <w:sz w:val="20"/>
        </w:rPr>
        <w:t>32:39  When Islam becomes simply a form, it is a form.</w:t>
      </w:r>
      <w:r>
        <w:br/>
      </w:r>
      <w:r>
        <w:rPr>
          <w:sz w:val="20"/>
        </w:rPr>
        <w:t>32:45  It is a religion based on a form.</w:t>
      </w:r>
      <w:r>
        <w:br/>
      </w:r>
      <w:r>
        <w:rPr>
          <w:sz w:val="20"/>
        </w:rPr>
        <w:t>32:52  It is a phenomenon of a form rather than a spirit.</w:t>
      </w:r>
      <w:r>
        <w:br/>
      </w:r>
      <w:r>
        <w:rPr>
          <w:sz w:val="20"/>
        </w:rPr>
        <w:t>32:58  This kind of</w:t>
      </w:r>
      <w:r>
        <w:br/>
      </w:r>
      <w:r>
        <w:rPr>
          <w:sz w:val="20"/>
        </w:rPr>
        <w:t>33:04  division and faction is a phenomenon of form rather than a spirit.</w:t>
      </w:r>
      <w:r>
        <w:br/>
      </w:r>
      <w:r>
        <w:rPr>
          <w:sz w:val="20"/>
        </w:rPr>
        <w:t>33:09  There is no faction in spirits.</w:t>
      </w:r>
      <w:r>
        <w:br/>
      </w:r>
      <w:r>
        <w:rPr>
          <w:sz w:val="20"/>
        </w:rPr>
        <w:t>33:13  When people are on the spirit, there is no faction.</w:t>
      </w:r>
      <w:r>
        <w:br/>
      </w:r>
      <w:r>
        <w:rPr>
          <w:sz w:val="20"/>
        </w:rPr>
        <w:t>33:17  There is no division.</w:t>
      </w:r>
      <w:r>
        <w:br/>
      </w:r>
      <w:r>
        <w:rPr>
          <w:sz w:val="20"/>
        </w:rPr>
        <w:t>33:22  Just like during the Prophet of during the companions of the Prophet of Islam, at that time there</w:t>
      </w:r>
      <w:r>
        <w:br/>
      </w:r>
      <w:r>
        <w:rPr>
          <w:sz w:val="20"/>
        </w:rPr>
        <w:t>33:26  was no faction.</w:t>
      </w:r>
      <w:r>
        <w:br/>
      </w:r>
      <w:r>
        <w:rPr>
          <w:sz w:val="20"/>
        </w:rPr>
        <w:t>33:30  So when people</w:t>
      </w:r>
      <w:r>
        <w:br/>
      </w:r>
      <w:r>
        <w:rPr>
          <w:sz w:val="20"/>
        </w:rPr>
        <w:t>33:35  live on the spirit, then there is no faction, no division, no infighting.</w:t>
      </w:r>
      <w:r>
        <w:br/>
      </w:r>
      <w:r>
        <w:rPr>
          <w:sz w:val="20"/>
        </w:rPr>
        <w:t>33:50  But when religion becomes simply a form, then there are factions, there are divisions.</w:t>
      </w:r>
    </w:p>
    <w:p>
      <w:pPr>
        <w:pStyle w:val="Heading2"/>
      </w:pPr>
      <w:r>
        <w:t>Anger control leads to wisdom</w:t>
      </w:r>
    </w:p>
    <w:p>
      <w:r>
        <w:rPr>
          <w:color w:val="666666"/>
          <w:sz w:val="18"/>
        </w:rPr>
        <w:t>Anger An Obstacle to wisdom 5 Jan 2020 - Maulana Wahiduddin Khan · 3m 24s · at 5:47 · https://youtu.be/q0VPtCsiYrI?t=347</w:t>
      </w:r>
    </w:p>
    <w:p>
      <w:r>
        <w:rPr>
          <w:i/>
        </w:rPr>
        <w:t>“Ghusse ko rokne wale ban jaiye.”</w:t>
      </w:r>
    </w:p>
    <w:p>
      <w:r>
        <w:rPr>
          <w:sz w:val="20"/>
        </w:rPr>
        <w:t>5:47  non anger mein bhi jaane ki koshish kijiye. ghussa ko rok rokne wale ban jaiye.</w:t>
      </w:r>
      <w:r>
        <w:br/>
      </w:r>
      <w:r>
        <w:rPr>
          <w:sz w:val="20"/>
        </w:rPr>
        <w:t>5:57  aur phir dekhiye, kya farq hota hai aap ke is mein.</w:t>
      </w:r>
      <w:r>
        <w:br/>
      </w:r>
      <w:r>
        <w:rPr>
          <w:sz w:val="20"/>
        </w:rPr>
        <w:t>6:03  ek is mahine mein aur ek is mahine mein.</w:t>
      </w:r>
      <w:r>
        <w:br/>
      </w:r>
      <w:r>
        <w:rPr>
          <w:sz w:val="20"/>
        </w:rPr>
        <w:t>6:11  to unhone bataya ke waqia yeh hai ke jab maine ek unka ke maine aap kahan se lauta main hain to maine ek diary bana li.</w:t>
      </w:r>
      <w:r>
        <w:br/>
      </w:r>
      <w:r>
        <w:rPr>
          <w:sz w:val="20"/>
        </w:rPr>
        <w:t>6:23  to daily mein likhne laga sirf ek baat ke aaj maine nayi baat kya seekhi.</w:t>
      </w:r>
      <w:r>
        <w:br/>
      </w:r>
      <w:r>
        <w:rPr>
          <w:sz w:val="20"/>
        </w:rPr>
        <w:t>6:35  maine unse kaha tha ke chhoti ho, bari ho, uski riyazat kijiye. nayi ho.</w:t>
      </w:r>
      <w:r>
        <w:br/>
      </w:r>
      <w:r>
        <w:rPr>
          <w:sz w:val="20"/>
        </w:rPr>
        <w:t>6:43  jise Japan mein kaha jata hai ke har din ek nayi baat seekhein. chahe woh sui ke nake mein dhaga dalne ka ek naya tareeqa hi kyun na ho.</w:t>
      </w:r>
      <w:r>
        <w:br/>
      </w:r>
      <w:r>
        <w:rPr>
          <w:sz w:val="20"/>
        </w:rPr>
        <w:t>6:58  to unse maine kaha ke dekhiye, aap ek mahina. to unhone bataya tha khud hi ke rozana main ghussa mein rehta hoon.</w:t>
      </w:r>
      <w:r>
        <w:br/>
      </w:r>
      <w:r>
        <w:rPr>
          <w:sz w:val="20"/>
        </w:rPr>
        <w:t>7:11  to maine kaha ke ek din kisi tarah se control kijiye aap.</w:t>
      </w:r>
      <w:r>
        <w:br/>
      </w:r>
      <w:r>
        <w:rPr>
          <w:sz w:val="20"/>
        </w:rPr>
        <w:t>7:18  aur ek din aap ek notebook rakhiye ke ek din</w:t>
      </w:r>
      <w:r>
        <w:br/>
      </w:r>
      <w:r>
        <w:rPr>
          <w:sz w:val="20"/>
        </w:rPr>
        <w:t>7:27  nahi, ek mahina. ek mahina. har din aap ne kya nayi baat seekhi. aur ek mahine aap ne jo kiya tha woh phir compare kijiye us ko.</w:t>
      </w:r>
      <w:r>
        <w:br/>
      </w:r>
      <w:r>
        <w:rPr>
          <w:sz w:val="20"/>
        </w:rPr>
        <w:t>7:44  to jab mahina pura ho gaya, woh mere paas aaye. to unhon ne kaha ke ek mahine mein itna seekha main ne jo das saal mein bhi nahin seekha tha.</w:t>
      </w:r>
      <w:r>
        <w:br/>
      </w:r>
      <w:r>
        <w:rPr>
          <w:sz w:val="20"/>
        </w:rPr>
        <w:t>8:00  nai baat hai, nai baat hai, nai baat hai.</w:t>
      </w:r>
      <w:r>
        <w:br/>
      </w:r>
      <w:r>
        <w:rPr>
          <w:sz w:val="20"/>
        </w:rPr>
        <w:t>8:06  khud mera apna tajurba hai</w:t>
      </w:r>
      <w:r>
        <w:br/>
      </w:r>
      <w:r>
        <w:rPr>
          <w:sz w:val="20"/>
        </w:rPr>
        <w:t>8:10  ke main mere andar bohat ghussa tha pehle, bohat ziyada ghussa tha.</w:t>
      </w:r>
      <w:r>
        <w:br/>
      </w:r>
      <w:r>
        <w:rPr>
          <w:sz w:val="20"/>
        </w:rPr>
        <w:t>8:19  bachpan se. to phir main ne is is ka tajurba kiya ke ghusse ko rok kar, ghusse ko control kar ke</w:t>
      </w:r>
      <w:r>
        <w:br/>
      </w:r>
      <w:r>
        <w:rPr>
          <w:sz w:val="20"/>
        </w:rPr>
        <w:t>8:35  main ne dekha ke kya hota hai.</w:t>
      </w:r>
      <w:r>
        <w:br/>
      </w:r>
      <w:r>
        <w:rPr>
          <w:sz w:val="20"/>
        </w:rPr>
        <w:t>8:41  to jab main ne ghusse ko control kiya to main ne paya ke waqai har din ek nai wisdom</w:t>
      </w:r>
      <w:r>
        <w:br/>
      </w:r>
      <w:r>
        <w:rPr>
          <w:sz w:val="20"/>
        </w:rPr>
        <w:t>8:54  main janne laga. aur sab se bari baat jo isi dauran main ne jani, mujhe shayad sab se bari baat jo main ne jani,</w:t>
      </w:r>
    </w:p>
    <w:p>
      <w:pPr>
        <w:pStyle w:val="Heading2"/>
      </w:pPr>
      <w:r>
        <w:t>Full story of Iblis's pride, refusal, and the fall of Adam</w:t>
      </w:r>
    </w:p>
    <w:p>
      <w:r>
        <w:rPr>
          <w:color w:val="666666"/>
          <w:sz w:val="18"/>
        </w:rPr>
        <w:t>Importance of Shukr (Thankfulness) July 24, 2022 · 5m 56s · at 6:01 · https://youtu.be/MgWNIv0k1sk?t=361</w:t>
      </w:r>
    </w:p>
    <w:p>
      <w:r>
        <w:rPr>
          <w:i/>
        </w:rPr>
        <w:t>“Jab Allah Taala ne Adam ko create kiya”</w:t>
      </w:r>
    </w:p>
    <w:p>
      <w:r>
        <w:rPr>
          <w:sz w:val="20"/>
        </w:rPr>
        <w:t>6:01  jab Allah taala ne Adam ko create kiya to unhone sabhi jinon aur farishton ko woh sajda karne ke liye kaha. farishte foran sajde mein gir pade, lekin Iblees ne inkar kar diya.</w:t>
      </w:r>
      <w:r>
        <w:br/>
      </w:r>
      <w:r>
        <w:rPr>
          <w:sz w:val="20"/>
        </w:rPr>
        <w:t>6:13  aur is ke baad Iblees ne yeh challenge kiya Khuda ko ke main in ke upar aage se aaunga, peeche se aaunga, dayein se aaunga, bayein se aaunga</w:t>
      </w:r>
      <w:r>
        <w:br/>
      </w:r>
      <w:r>
        <w:rPr>
          <w:sz w:val="20"/>
        </w:rPr>
        <w:t>6:24  ga, aur you will find most of them ungrateful. to yeh jo challenge throw kiya apa us ne, aur wahin pe hum ek farishton ka bhi example dekhte hain.</w:t>
      </w:r>
      <w:r>
        <w:br/>
      </w:r>
      <w:r>
        <w:rPr>
          <w:sz w:val="20"/>
        </w:rPr>
        <w:t>6:35  to main chahunga ke is ke hawale se bhi aap is is topic ke upar thori roshni dalo.</w:t>
      </w:r>
      <w:r>
        <w:br/>
      </w:r>
      <w:r>
        <w:rPr>
          <w:sz w:val="20"/>
        </w:rPr>
        <w:t>6:41  hmm, yeh Quran mein yeh baat aayi hai ke jab in in Allah taala ne Adam ko paida kiya to Allah taala ne hukum diya farishton ko aur jinon ko ke Adam ke aage sajda karein ge, matlab Adam ke aage jhuk jayein.</w:t>
      </w:r>
      <w:r>
        <w:br/>
      </w:r>
      <w:r>
        <w:rPr>
          <w:sz w:val="20"/>
        </w:rPr>
        <w:t>6:59  kyunke insan is dunya mein aaya hai, woh bohat kamzor makhlooq hai, us ko bohat zyada support chahiye.</w:t>
      </w:r>
      <w:r>
        <w:br/>
      </w:r>
      <w:r>
        <w:rPr>
          <w:sz w:val="20"/>
        </w:rPr>
        <w:t>7:07  to unhi farishton ke support se yeh poori dunya chal rahi hai, insan ke tamam kaam chal rahe hain. to is ka ek alamati taur par Allah taala ne hukum diya tha ke sab log jo hain Adam ke aage surrender karein.</w:t>
      </w:r>
      <w:r>
        <w:br/>
      </w:r>
      <w:r>
        <w:rPr>
          <w:sz w:val="20"/>
        </w:rPr>
        <w:t>7:22  to surrender is liye ke Allah taala ne sab se pehle to shaitan ko, shaitan to baad mein bana jab woh nashukri ki, us ne matlab jinon ki takhleeq ki.</w:t>
      </w:r>
      <w:r>
        <w:br/>
      </w:r>
      <w:r>
        <w:rPr>
          <w:sz w:val="20"/>
        </w:rPr>
        <w:t>7:33  to jin bohat hi zyada strong the</w:t>
      </w:r>
      <w:r>
        <w:br/>
      </w:r>
      <w:r>
        <w:rPr>
          <w:sz w:val="20"/>
        </w:rPr>
        <w:t>7:36  un ko aag se paida kiya gaya tha. to unhone zameen mein bohat zyada khoon kharaba kiya. to Allah taala ne faisla kiya ke ab doosri makhlooq paida karenge, aur woh bohat zyada is ke andar bohat zyada aqal diya insan ko ke soch soch kar sab kaam karega, shukr ada karega.</w:t>
      </w:r>
      <w:r>
        <w:br/>
      </w:r>
      <w:r>
        <w:rPr>
          <w:sz w:val="20"/>
        </w:rPr>
        <w:t>7:58  aur woh itna zyada sakht nahi tha, kyunke insaan ko mitti se paida kiya gaya tha. to</w:t>
      </w:r>
      <w:r>
        <w:br/>
      </w:r>
      <w:r>
        <w:rPr>
          <w:sz w:val="20"/>
        </w:rPr>
        <w:t>8:05  woh bohat aasani se Khuda ke aage submit karta hai, Khuda ke aage surrender karta hai. to is liye Allah taala ne kaha ke shaitanon se, jinnaat se ke woh jhuk jayein.</w:t>
      </w:r>
      <w:r>
        <w:br/>
      </w:r>
      <w:r>
        <w:rPr>
          <w:sz w:val="20"/>
        </w:rPr>
        <w:t>8:18  lekin woh nahi jhuke, woh is liye nahi jhuka. Iblees ka Quran mein aaya hai ke ana khairun min. mein is se behtar hoon, yaani mein aag se paida kiya gaya hoon, aur insaan jo hai woh mitti se paida kiya gaya hai.</w:t>
      </w:r>
      <w:r>
        <w:br/>
      </w:r>
      <w:r>
        <w:rPr>
          <w:sz w:val="20"/>
        </w:rPr>
        <w:t>8:34  to is se pata chalta hai ke is ka jo pride tha, woh yahan manne aya, woh rastay mein aa gaya. pride to us ne pride ki wajah se Khuda ke hukum ka inkar kiya.</w:t>
      </w:r>
      <w:r>
        <w:br/>
      </w:r>
      <w:r>
        <w:rPr>
          <w:sz w:val="20"/>
        </w:rPr>
        <w:t>8:46  yahan ek aur baat hai samajhne ki ke hamein Khuda ka hukum manna hai. agar Khuda keh raha hai sajda karne ko to hamein sajda karna hai, Khuda keh raha hai jhukne ko to hamein jhukna hai.</w:t>
      </w:r>
      <w:r>
        <w:br/>
      </w:r>
      <w:r>
        <w:rPr>
          <w:sz w:val="20"/>
        </w:rPr>
        <w:t>8:58  yeh nahi sochna hai ke hum to Khuda ke aage jhukte hain, hum insaan ke aage kyun jhukein?</w:t>
      </w:r>
      <w:r>
        <w:br/>
      </w:r>
      <w:r>
        <w:rPr>
          <w:sz w:val="20"/>
        </w:rPr>
        <w:t>9:04  to Khuda ke aage, Khuda ke hukum ke aage hamein tasleem kham kar dena hai, hamein jhuk jana hai. to lekin us ne kaha jab woh, jab Allah taala bohat zyada ghazab nak hue shaitan par ke us ne Allah ka hukum nahi mana, to us ne kaha ke yeh insaan ke liye,</w:t>
      </w:r>
      <w:r>
        <w:br/>
      </w:r>
      <w:r>
        <w:rPr>
          <w:sz w:val="20"/>
        </w:rPr>
        <w:t>9:25  insaan to bohat hi kamzor makhlooq hai, mein to is ko saare ko behka doon ga.</w:t>
      </w:r>
      <w:r>
        <w:br/>
      </w:r>
      <w:r>
        <w:rPr>
          <w:sz w:val="20"/>
        </w:rPr>
        <w:t>9:31  to us ne kaha ke jo khaas baat us ne kahi ke bohat kam logon ko aap shukr karne wala payein ge.</w:t>
      </w:r>
      <w:r>
        <w:br/>
      </w:r>
      <w:r>
        <w:rPr>
          <w:sz w:val="20"/>
        </w:rPr>
        <w:t>9:40  to is ka matlab hai ke shukr jo hai woh bohat hi zyada important hai hamara Khuda se taluq banane mein.</w:t>
      </w:r>
      <w:r>
        <w:br/>
      </w:r>
      <w:r>
        <w:rPr>
          <w:sz w:val="20"/>
        </w:rPr>
        <w:t>9:50  to kyunke shaitan bohat zyada zaheen tha, us ne is baat ko pakad liya ke yeh jo insaan hai, is ke andar desires bohat zyada hain, aur yeh desires jo hain kabhi bhi saari desires kisi ki bhi poori nahi hoti.</w:t>
      </w:r>
      <w:r>
        <w:br/>
      </w:r>
      <w:r>
        <w:rPr>
          <w:sz w:val="20"/>
        </w:rPr>
        <w:t>10:04  to yeh desires ki wajah se yeh skam kar jaye ga, aur yeh gunah kare ga, aur Allah ki nafarmani kare ga.</w:t>
      </w:r>
      <w:r>
        <w:br/>
      </w:r>
      <w:r>
        <w:rPr>
          <w:sz w:val="20"/>
        </w:rPr>
        <w:t>10:11  to us ne kaha ke mein tamam logon ko tere rastay se hata doon ga, nashukra banaoon ga, aur tu in logon ko shukr guzar nahi paye ga.</w:t>
      </w:r>
      <w:r>
        <w:br/>
      </w:r>
      <w:r>
        <w:rPr>
          <w:sz w:val="20"/>
        </w:rPr>
        <w:t>10:23  to is ka us ne woh bhi kiya jo Allah taala ne hukum diya tha ke ek tree hai jannat mein, us ka phal tum mat khana.</w:t>
      </w:r>
      <w:r>
        <w:br/>
      </w:r>
      <w:r>
        <w:rPr>
          <w:sz w:val="20"/>
        </w:rPr>
        <w:t>10:34  to</w:t>
      </w:r>
      <w:r>
        <w:br/>
      </w:r>
      <w:r>
        <w:rPr>
          <w:sz w:val="20"/>
        </w:rPr>
        <w:t>10:35  chunki insaan ke andar bohat zyada desire hai, aur woh ek ideal, har ideal ki talash mein hota hai, to shaitan ne us ko behkaya ke tum agar yeh phal tum ne kha liya to tum amar ho jao ge, everlasting life tum ko mil jaye gi.</w:t>
      </w:r>
      <w:r>
        <w:br/>
      </w:r>
      <w:r>
        <w:rPr>
          <w:sz w:val="20"/>
        </w:rPr>
        <w:t>10:53  to unhon ne woh phal kha liya, phir is ke baad woh jannat se nikal kar is dunya mein bheje gaye.</w:t>
      </w:r>
      <w:r>
        <w:br/>
      </w:r>
      <w:r>
        <w:rPr>
          <w:sz w:val="20"/>
        </w:rPr>
        <w:t>11:02  to is tareeqe se shaitan ne usi waqt kaha tha ke sirf woh log tere rastay par chalenge jo tere mukhlis bande hain, yaani jin ko tu ne select kar liya hai.</w:t>
      </w:r>
      <w:r>
        <w:br/>
      </w:r>
      <w:r>
        <w:rPr>
          <w:sz w:val="20"/>
        </w:rPr>
        <w:t>11:20  to wohi log sirf rastay par tere chalenge, baqi tamam logon ko mein behka doon ga.</w:t>
      </w:r>
      <w:r>
        <w:br/>
      </w:r>
      <w:r>
        <w:rPr>
          <w:sz w:val="20"/>
        </w:rPr>
        <w:t>11:26  a. to yeh bohat hi zyada serious baat hai ke shaitan ne yeh baat kahi ke tu in logon ko shukr guzar nahi paye ga.</w:t>
      </w:r>
      <w:r>
        <w:br/>
      </w:r>
      <w:r>
        <w:rPr>
          <w:sz w:val="20"/>
        </w:rPr>
        <w:t>11:35  to shukr guzari jo hai woh bohat zyada important hai.</w:t>
      </w:r>
      <w:r>
        <w:br/>
      </w:r>
      <w:r>
        <w:rPr>
          <w:sz w:val="20"/>
        </w:rPr>
        <w:t>11:40  shukr guzari hi ke zariye se hum Khuda ki marzi ko samajhte hain, Khuda ki marzi ke mutabiq apna amal karte hain, aur isi rastay mein hamein Khuda ki saari blessings milti hain.</w:t>
      </w:r>
    </w:p>
    <w:p>
      <w:pPr>
        <w:pStyle w:val="Heading2"/>
      </w:pPr>
      <w:r>
        <w:t>Classification of hadith into sahih daif mawdu</w:t>
      </w:r>
    </w:p>
    <w:p>
      <w:r>
        <w:rPr>
          <w:color w:val="666666"/>
          <w:sz w:val="18"/>
        </w:rPr>
        <w:t>Understanding Islam (In Conversation with Maulana) June 20, 2010 Maulana Wahidudidn Khan · 4m 29s · at 16:06 · https://youtu.be/7UylaPL-iO8?t=966</w:t>
      </w:r>
    </w:p>
    <w:p>
      <w:r>
        <w:rPr>
          <w:i/>
        </w:rPr>
        <w:t>“Dekhiye, hadithein jo hain ek sahih hadith kahi jati hain”</w:t>
      </w:r>
    </w:p>
    <w:p>
      <w:r>
        <w:rPr>
          <w:sz w:val="20"/>
        </w:rPr>
        <w:t>16:06  maulana, agla sawal raipur se mr idrees ka hai. woh yeh janna chahte hain ke zaeef hadith kis ko kehte hain? likh ke bheja hai ke ise dua nahi bheja hai.</w:t>
      </w:r>
      <w:r>
        <w:br/>
      </w:r>
      <w:r>
        <w:rPr>
          <w:sz w:val="20"/>
        </w:rPr>
        <w:t>16:17  nahi, woh poochna chah rahe hain what is zaeef hadith? hmm.</w:t>
      </w:r>
      <w:r>
        <w:br/>
      </w:r>
      <w:r>
        <w:rPr>
          <w:sz w:val="20"/>
        </w:rPr>
        <w:t>16:23  dekhiye, hadithien jo hain ek sahi hadith kahi jati hain, ek zaeef kahi jati hain, ek mauzu kahi jati hain. mote taur par aur bhi qismein hain, mote taur par teen qismein.</w:t>
      </w:r>
      <w:r>
        <w:br/>
      </w:r>
      <w:r>
        <w:rPr>
          <w:sz w:val="20"/>
        </w:rPr>
        <w:t>16:36  aur bhi darje hain is mein. to mote taur par teen qismein hain: sahi hadith, zaeef hadith aur mauzu hadith. to jo muhaddiseen hain unhon ne jo hadithien aap jante hain ke ek chain hota hai rawiyon ka.</w:t>
      </w:r>
      <w:r>
        <w:br/>
      </w:r>
      <w:r>
        <w:rPr>
          <w:sz w:val="20"/>
        </w:rPr>
        <w:t>16:56  ek shakhs kahega ke maine mr a se suna, woh kahega mr b se suna, mr b se suna, mr c kahega maine rasool Allah se suna. to koi rasool Allah sunta hai, woh kisi aur se kehta hai, phir kisi aur se kehta hai, kisi aur se kehta hai, yahan tak ke woh muhaddis tak baat pohnchti hai.</w:t>
      </w:r>
      <w:r>
        <w:br/>
      </w:r>
      <w:r>
        <w:rPr>
          <w:sz w:val="20"/>
        </w:rPr>
        <w:t>17:11  kyun ke jab abbasi period mein jab hadithien jama ki gayin to beech mein kai generation aa chuki, ghayab ho chuka tha. rasool Allah ke zamane mein hadithien nahi jama ki gayin thi is tarah se jaise ke ab hain.</w:t>
      </w:r>
      <w:r>
        <w:br/>
      </w:r>
      <w:r>
        <w:rPr>
          <w:sz w:val="20"/>
        </w:rPr>
        <w:t>17:25  to woh rawiyon ka exchange hota hai. is ko kehte hain rijal. to un ke bohat zabardast tehqeeq kar ke logon ne kai lakh rawiyon ke halaat ikhatta kiye hain.</w:t>
      </w:r>
      <w:r>
        <w:br/>
      </w:r>
      <w:r>
        <w:rPr>
          <w:sz w:val="20"/>
        </w:rPr>
        <w:t>17:39  woh kitni bari bari kitabein hain is ki moti moti. ek ek shakhs ki ke abdul rehman, abdul hakim, abdul rahim waghera is tarah se ke woh sachche the ke ke jhoot bolte the, woh imandar the ke be imani ki unhon ne koi baat pakdi gayi un ki be imani wali.</w:t>
      </w:r>
      <w:r>
        <w:br/>
      </w:r>
      <w:r>
        <w:rPr>
          <w:sz w:val="20"/>
        </w:rPr>
        <w:t>17:59  misal ke taur par ek ek muhaddis ek shakhs ki tehqeeq karne ke liye gaye. un se un ko ek hadith mili thi. ek hadith mili thi un se.</w:t>
      </w:r>
      <w:r>
        <w:br/>
      </w:r>
      <w:r>
        <w:rPr>
          <w:sz w:val="20"/>
        </w:rPr>
        <w:t>18:09  to gaye tehqeeq karne ke woh aadmi kaisa hai. to jab wahan pohanche to woh ek bartan liye hue tha aisa aur ghore ko bula raha tha woh.</w:t>
      </w:r>
      <w:r>
        <w:br/>
      </w:r>
      <w:r>
        <w:rPr>
          <w:sz w:val="20"/>
        </w:rPr>
        <w:t>18:19  ghora uska idhar tha bula raha tha ke ishara kar ke aao matlab is mein kuch khane ki saman us ke liye. ja kar qareeb dekha to us mein kuch bhi nahi tha.</w:t>
      </w:r>
      <w:r>
        <w:br/>
      </w:r>
      <w:r>
        <w:rPr>
          <w:sz w:val="20"/>
        </w:rPr>
        <w:t>18:30  to unhon ne kaha ke jab tum ghore ko dhoka de sakte ho to insan ko bhi dhoka de sakte ho. is ke ilawa to nahi liya unhon ne. is tarah se bohat hi jaanch partal kar ke hadithien akthe ki gayin.</w:t>
      </w:r>
      <w:r>
        <w:br/>
      </w:r>
      <w:r>
        <w:rPr>
          <w:sz w:val="20"/>
        </w:rPr>
        <w:t>18:44  to jo hadithien hain woh hain jis mein ke tamam rawi siqa hain yani qabil aitebar hain. to un ko sahi hadith kaha jata hai.</w:t>
      </w:r>
      <w:r>
        <w:br/>
      </w:r>
      <w:r>
        <w:rPr>
          <w:sz w:val="20"/>
        </w:rPr>
        <w:t>18:53  woh hadith hai jis mein ke ek adha rawi jo hai matlab farz kijiye ke char rawi hain, teen rawi theek hain, ek ek ke bare mein shakk hai, woh zaeef kahi jayegi.</w:t>
      </w:r>
      <w:r>
        <w:br/>
      </w:r>
      <w:r>
        <w:rPr>
          <w:sz w:val="20"/>
        </w:rPr>
        <w:t>19:04  yani puree cheen mein aik chain jo hai is mein kamzor hai. woh ab woh zaeef kahi jayegi.</w:t>
      </w:r>
      <w:r>
        <w:br/>
      </w:r>
      <w:r>
        <w:rPr>
          <w:sz w:val="20"/>
        </w:rPr>
        <w:t>19:13  matlab kuch log is ko manenge, kuch log nahi manenge. is ka usool yeh hai ke agar woh quran hadith se doosri riwayaton se mutabiqat karta ho to le liya jayega. aur mauzu to woh hai ke jo sarr se bana liya ho logon ne,</w:t>
      </w:r>
      <w:r>
        <w:br/>
      </w:r>
      <w:r>
        <w:rPr>
          <w:sz w:val="20"/>
        </w:rPr>
        <w:t>19:28  story tellers ne bana liya ho. yani rasool Allah se sabit na hota ho is ka. aisi bohat si hadithien hain jo bilkul hi be asal hain aur rasool Allah se mansoob hain.</w:t>
      </w:r>
      <w:r>
        <w:br/>
      </w:r>
      <w:r>
        <w:rPr>
          <w:sz w:val="20"/>
        </w:rPr>
        <w:t>19:38  bilkul be asal hain. to un ko kaha jata hai yeh mauzu. mauzu.</w:t>
      </w:r>
      <w:r>
        <w:br/>
      </w:r>
      <w:r>
        <w:rPr>
          <w:sz w:val="20"/>
        </w:rPr>
        <w:t>19:46  to sahih hadith woh hai jis ke tamam rawiyon ko jaancha gaya ho, jaanch kar ke maloom kiya gaya ho to pata chala ke sab siqa hain. siqa matlab qabil e aitmad.</w:t>
      </w:r>
      <w:r>
        <w:br/>
      </w:r>
      <w:r>
        <w:rPr>
          <w:sz w:val="20"/>
        </w:rPr>
        <w:t>19:57  zaeef woh hai jis mein ke kai ravi sahih hon, aik adha ravi aisa ho shubah wala ho. woh zaeef qarar diya jayega. mauzu yeh hai jis mein ke sare ravi ghalat hon.</w:t>
      </w:r>
      <w:r>
        <w:br/>
      </w:r>
      <w:r>
        <w:rPr>
          <w:sz w:val="20"/>
        </w:rPr>
        <w:t>20:08  jaise ke misaal ke taur par lola kalma khalaqtal aflak. aik hadith batai jati hai ke Allah taala ne farmaya ke agar rasool Allah ke bare mein kaha ke agar tum ko na paida karna hota to mein kainat hi nahi paida karta.</w:t>
      </w:r>
      <w:r>
        <w:br/>
      </w:r>
      <w:r>
        <w:rPr>
          <w:sz w:val="20"/>
        </w:rPr>
        <w:t>20:23  yeh bilkul mauzu hadith hai, is ka koi asal nahi hai. aisi bohat sari hain. to yeh hai farq teeno qism ki hadithon mein.</w:t>
      </w:r>
    </w:p>
    <w:p>
      <w:pPr>
        <w:pStyle w:val="Heading2"/>
      </w:pPr>
      <w:r>
        <w:t>Distraction of worldly love prevents gratitude</w:t>
      </w:r>
    </w:p>
    <w:p>
      <w:r>
        <w:rPr>
          <w:color w:val="666666"/>
          <w:sz w:val="18"/>
        </w:rPr>
        <w:t>The Concept of Shukr in Islam | June 17, 2008 · 4m 35s · at 49:44 · https://youtu.be/ySbCs4MRNXU?t=2984</w:t>
      </w:r>
    </w:p>
    <w:p>
      <w:r>
        <w:rPr>
          <w:i/>
        </w:rPr>
        <w:t>“Ek sahib ka bacha paida hua, do mahine ka tha.”</w:t>
      </w:r>
    </w:p>
    <w:p>
      <w:r>
        <w:rPr>
          <w:sz w:val="20"/>
        </w:rPr>
        <w:t>49:44  is mein koi mystery nahi hai.</w:t>
      </w:r>
      <w:r>
        <w:br/>
      </w:r>
      <w:r>
        <w:rPr>
          <w:sz w:val="20"/>
        </w:rPr>
        <w:t>49:50  kyun ke ziyada shukar aata hai ziyada soch se.</w:t>
      </w:r>
      <w:r>
        <w:br/>
      </w:r>
      <w:r>
        <w:rPr>
          <w:sz w:val="20"/>
        </w:rPr>
        <w:t>49:56  to rasool Allah ne ziyada soch ki tofeeq mangi ke mujhe bohat ziyada sochne wala bana.</w:t>
      </w:r>
      <w:r>
        <w:br/>
      </w:r>
      <w:r>
        <w:rPr>
          <w:sz w:val="20"/>
        </w:rPr>
        <w:t>50:02  ab jaise dekhiye aik sahib ka bachcha paida hua.</w:t>
      </w:r>
      <w:r>
        <w:br/>
      </w:r>
      <w:r>
        <w:rPr>
          <w:sz w:val="20"/>
        </w:rPr>
        <w:t>50:08  to koi do mahine hua</w:t>
      </w:r>
      <w:r>
        <w:br/>
      </w:r>
      <w:r>
        <w:rPr>
          <w:sz w:val="20"/>
        </w:rPr>
        <w:t>50:14  hoga.</w:t>
      </w:r>
      <w:r>
        <w:br/>
      </w:r>
      <w:r>
        <w:rPr>
          <w:sz w:val="20"/>
        </w:rPr>
        <w:t>50:18  un ka telephone aaya ke main aur meri biwi aap se milna chahte hain.</w:t>
      </w:r>
      <w:r>
        <w:br/>
      </w:r>
      <w:r>
        <w:rPr>
          <w:sz w:val="20"/>
        </w:rPr>
        <w:t>50:21  to main ne kaha kis liye? unhon ne kaha ke kuch baat karna hai aap se spirituality par.</w:t>
      </w:r>
      <w:r>
        <w:br/>
      </w:r>
      <w:r>
        <w:rPr>
          <w:sz w:val="20"/>
        </w:rPr>
        <w:t>50:25  to main ne kaha bhai bachon ko le kar to mat aiyega.</w:t>
      </w:r>
      <w:r>
        <w:br/>
      </w:r>
      <w:r>
        <w:rPr>
          <w:sz w:val="20"/>
        </w:rPr>
        <w:t>50:29  koi bachon ko le kar aap aayenge to phir bachhe hi ki baat ho gi, woh baat</w:t>
      </w:r>
      <w:r>
        <w:br/>
      </w:r>
      <w:r>
        <w:rPr>
          <w:sz w:val="20"/>
        </w:rPr>
        <w:t>50:33  nahin ho sakti hai.</w:t>
      </w:r>
      <w:r>
        <w:br/>
      </w:r>
      <w:r>
        <w:rPr>
          <w:sz w:val="20"/>
        </w:rPr>
        <w:t>50:37  kaha nahin nahin aisa nahin hai, mera bachha aisa hai, mera bachha waisa hai, mera bachha bilkul chup</w:t>
      </w:r>
      <w:r>
        <w:br/>
      </w:r>
      <w:r>
        <w:rPr>
          <w:sz w:val="20"/>
        </w:rPr>
        <w:t>50:41  rehta hai, kuch bhi nahin bolta.</w:t>
      </w:r>
      <w:r>
        <w:br/>
      </w:r>
      <w:r>
        <w:rPr>
          <w:sz w:val="20"/>
        </w:rPr>
        <w:t>50:45  khair jab unhon ne insist kiya to main ne kaha aa jaiye.</w:t>
      </w:r>
      <w:r>
        <w:br/>
      </w:r>
      <w:r>
        <w:rPr>
          <w:sz w:val="20"/>
        </w:rPr>
        <w:t>50:51  ab suniye dono husband aur wife aaye mere paas taqreeban qareeb do ghanta baithe. do ghanta.</w:t>
      </w:r>
      <w:r>
        <w:br/>
      </w:r>
      <w:r>
        <w:rPr>
          <w:sz w:val="20"/>
        </w:rPr>
        <w:t>50:57  aur jante hain kya hua? dono poori tarah poore yaani is poore time mein bas bachhe ko dekhte rahe.</w:t>
      </w:r>
      <w:r>
        <w:br/>
      </w:r>
      <w:r>
        <w:rPr>
          <w:sz w:val="20"/>
        </w:rPr>
        <w:t>51:03  woh bhi bachhe ko dekh rahe hain, woh bhi bachhe ko dekh rahe hain.</w:t>
      </w:r>
      <w:r>
        <w:br/>
      </w:r>
      <w:r>
        <w:rPr>
          <w:sz w:val="20"/>
        </w:rPr>
        <w:t>51:09  isi ko dekh dekhte khush ho rahe hain.</w:t>
      </w:r>
      <w:r>
        <w:br/>
      </w:r>
      <w:r>
        <w:rPr>
          <w:sz w:val="20"/>
        </w:rPr>
        <w:t>51:15  yeh do mahine ka bachha jo hai sara focus in ka isi bachhe par tha.</w:t>
      </w:r>
      <w:r>
        <w:br/>
      </w:r>
      <w:r>
        <w:rPr>
          <w:sz w:val="20"/>
        </w:rPr>
        <w:t>51:20  meri koi baat sunne ke liye woh un ka mind jo hai ready hi nahin tha.</w:t>
      </w:r>
      <w:r>
        <w:br/>
      </w:r>
      <w:r>
        <w:rPr>
          <w:sz w:val="20"/>
        </w:rPr>
        <w:t>51:25  spirituality ki baat sunne ke liye.</w:t>
      </w:r>
      <w:r>
        <w:br/>
      </w:r>
      <w:r>
        <w:rPr>
          <w:sz w:val="20"/>
        </w:rPr>
        <w:t>51:30  to logon ko bachha bari cheez dikhai diya.</w:t>
      </w:r>
      <w:r>
        <w:br/>
      </w:r>
      <w:r>
        <w:rPr>
          <w:sz w:val="20"/>
        </w:rPr>
        <w:t>51:35  to Khuda kahan se bara un ko dikhai de ga? kahan se shukr karen ge woh? to jab</w:t>
      </w:r>
      <w:r>
        <w:br/>
      </w:r>
      <w:r>
        <w:rPr>
          <w:sz w:val="20"/>
        </w:rPr>
        <w:t>51:40  tak aap apne aap ko</w:t>
      </w:r>
      <w:r>
        <w:br/>
      </w:r>
      <w:r>
        <w:rPr>
          <w:sz w:val="20"/>
        </w:rPr>
        <w:t>51:46  ghairullah se na uthayen, other than God jo cheezen hain, jab tak aap is mein jee rahe</w:t>
      </w:r>
      <w:r>
        <w:br/>
      </w:r>
      <w:r>
        <w:rPr>
          <w:sz w:val="20"/>
        </w:rPr>
        <w:t>51:52  hain tab tak aap shukr nahin kar sakte aap.</w:t>
      </w:r>
      <w:r>
        <w:br/>
      </w:r>
      <w:r>
        <w:rPr>
          <w:sz w:val="20"/>
        </w:rPr>
        <w:t>51:58  other than God jo cheezen is duniya mein hain, chahe woh aap ka bachha hi kyun na ho,</w:t>
      </w:r>
      <w:r>
        <w:br/>
      </w:r>
      <w:r>
        <w:rPr>
          <w:sz w:val="20"/>
        </w:rPr>
        <w:t>52:04  chahe woh aap ki kothi aur car kyun na ho, aap ka bank balance kyun na ho, kis</w:t>
      </w:r>
      <w:r>
        <w:br/>
      </w:r>
      <w:r>
        <w:rPr>
          <w:sz w:val="20"/>
        </w:rPr>
        <w:t>52:10  koi bhi cheez, jab tak aap ka concern woh cheezen hongi yaani other than God wali cheezen to</w:t>
      </w:r>
      <w:r>
        <w:br/>
      </w:r>
      <w:r>
        <w:rPr>
          <w:sz w:val="20"/>
        </w:rPr>
        <w:t>52:16  aap ke andar woh thinking nahin develop kare gi.</w:t>
      </w:r>
      <w:r>
        <w:br/>
      </w:r>
      <w:r>
        <w:rPr>
          <w:sz w:val="20"/>
        </w:rPr>
        <w:t>52:23  yaani God oriented thinking develop hi nahin kare gi.</w:t>
      </w:r>
      <w:r>
        <w:br/>
      </w:r>
      <w:r>
        <w:rPr>
          <w:sz w:val="20"/>
        </w:rPr>
        <w:t>52:31  to aap shukr kaise karenge? shukr karne ke liye jo starting point hai woh hai gaud oriented thinking.</w:t>
      </w:r>
      <w:r>
        <w:br/>
      </w:r>
      <w:r>
        <w:rPr>
          <w:sz w:val="20"/>
        </w:rPr>
        <w:t>52:38  yani cheezon mein jalwa dekhna Khuda ka. jaise</w:t>
      </w:r>
      <w:r>
        <w:br/>
      </w:r>
      <w:r>
        <w:rPr>
          <w:sz w:val="20"/>
        </w:rPr>
        <w:t>52:46  ek arab shair tha Abu al-Atahiyah, uska naam tha. Abu al-Atahiyah.</w:t>
      </w:r>
      <w:r>
        <w:br/>
      </w:r>
      <w:r>
        <w:rPr>
          <w:sz w:val="20"/>
        </w:rPr>
        <w:t>52:52  wo to usne kaha ke wa fi kulli shay'in lahu aayatun tadullu 'ala annahu al-wahid.</w:t>
      </w:r>
      <w:r>
        <w:br/>
      </w:r>
      <w:r>
        <w:rPr>
          <w:sz w:val="20"/>
        </w:rPr>
        <w:t>52:58  yani har cheez, har cheez, har cheez jo hai batati hai ke Khuda ek hai, Khuda ek hai,</w:t>
      </w:r>
      <w:r>
        <w:br/>
      </w:r>
      <w:r>
        <w:rPr>
          <w:sz w:val="20"/>
        </w:rPr>
        <w:t>53:04  Khuda ek hai.</w:t>
      </w:r>
      <w:r>
        <w:br/>
      </w:r>
      <w:r>
        <w:rPr>
          <w:sz w:val="20"/>
        </w:rPr>
        <w:t>53:10  to yeh kaise</w:t>
      </w:r>
      <w:r>
        <w:br/>
      </w:r>
      <w:r>
        <w:rPr>
          <w:sz w:val="20"/>
        </w:rPr>
        <w:t>53:16  bolti to nahi? cheezen bolti to nahi hain.</w:t>
      </w:r>
      <w:r>
        <w:br/>
      </w:r>
      <w:r>
        <w:rPr>
          <w:sz w:val="20"/>
        </w:rPr>
        <w:t>53:21  darakht bolta nahi hai.</w:t>
      </w:r>
      <w:r>
        <w:br/>
      </w:r>
      <w:r>
        <w:rPr>
          <w:sz w:val="20"/>
        </w:rPr>
        <w:t>53:26  soch kar ke aap is mein se nikalte hain.</w:t>
      </w:r>
      <w:r>
        <w:br/>
      </w:r>
      <w:r>
        <w:rPr>
          <w:sz w:val="20"/>
        </w:rPr>
        <w:t>53:31  har cheez mein jo wisdom hai, har cheez mein jo design hai, har cheez mein jo hikmaten hain,</w:t>
      </w:r>
      <w:r>
        <w:br/>
      </w:r>
      <w:r>
        <w:rPr>
          <w:sz w:val="20"/>
        </w:rPr>
        <w:t>53:37  jab us par aap sochte hain to wahan aap Khuda ka jalwa dekhte hain.</w:t>
      </w:r>
      <w:r>
        <w:br/>
      </w:r>
      <w:r>
        <w:rPr>
          <w:sz w:val="20"/>
        </w:rPr>
        <w:t>53:42  yani creation mein aap ko creator dikhai padne lagta hai.</w:t>
      </w:r>
      <w:r>
        <w:br/>
      </w:r>
      <w:r>
        <w:rPr>
          <w:sz w:val="20"/>
        </w:rPr>
        <w:t>53:47  creation mein aap ko creator dikhai padne lagta hai.</w:t>
      </w:r>
      <w:r>
        <w:br/>
      </w:r>
      <w:r>
        <w:rPr>
          <w:sz w:val="20"/>
        </w:rPr>
        <w:t>53:55  تو اس طرح جب سوچتے ہیں آپ، اس طرح جب آپ نے اپنے mind کو active کرتے ہیں</w:t>
      </w:r>
      <w:r>
        <w:br/>
      </w:r>
      <w:r>
        <w:rPr>
          <w:sz w:val="20"/>
        </w:rPr>
        <w:t>54:03  tab kya hota hai? tab woh cheez aati hai jis ko maine kaha super shukr. woh thrilling.</w:t>
      </w:r>
      <w:r>
        <w:br/>
      </w:r>
      <w:r>
        <w:rPr>
          <w:sz w:val="20"/>
        </w:rPr>
        <w:t>54:11  wo thrilling aati hai jis thrilling se aap ke andar super shukr ka jazba paida ho.</w:t>
      </w:r>
    </w:p>
    <w:p>
      <w:pPr>
        <w:pStyle w:val="Heading2"/>
      </w:pPr>
      <w:r>
        <w:t>True meaning of sending durood upon Prophet</w:t>
      </w:r>
    </w:p>
    <w:p>
      <w:r>
        <w:rPr>
          <w:color w:val="666666"/>
          <w:sz w:val="18"/>
        </w:rPr>
        <w:t>Understanding Islam (In Conversation with Maulana) June 20, 2010 Maulana Wahidudidn Khan · 5m 37s · at 23:32 · https://youtu.be/7UylaPL-iO8?t=1412</w:t>
      </w:r>
    </w:p>
    <w:p>
      <w:r>
        <w:rPr>
          <w:i/>
        </w:rPr>
        <w:t>“Aaj kal is ko ek ritual ke taur par liya gaya hai”</w:t>
      </w:r>
    </w:p>
    <w:p>
      <w:r>
        <w:rPr>
          <w:sz w:val="20"/>
        </w:rPr>
        <w:t>23:32  das question is from miss aisha zakwan from new delhi. there is a hadith where the prophet says that person is a miser who does not send durood on me when my name is mentioned.</w:t>
      </w:r>
      <w:r>
        <w:br/>
      </w:r>
      <w:r>
        <w:rPr>
          <w:sz w:val="20"/>
        </w:rPr>
        <w:t>23:49  maulana please explain the concept of durood.</w:t>
      </w:r>
      <w:r>
        <w:br/>
      </w:r>
      <w:r>
        <w:rPr>
          <w:sz w:val="20"/>
        </w:rPr>
        <w:t>23:57  aj kal is ko aik ritual ke taur par liya gaya hai. rasool Allah ka naam aaye to foran kahein sallallahu alaihi wasallam. yeh matlab is ka nahi hai. yeh is ka matlab nahi hai.</w:t>
      </w:r>
      <w:r>
        <w:br/>
      </w:r>
      <w:r>
        <w:rPr>
          <w:sz w:val="20"/>
        </w:rPr>
        <w:t>24:12  is ka matlab yeh hai ke rasool Allah ne jo kaam kiya woh bilashubah aik bohat hi bada yani sacrifice ka kaam tha.</w:t>
      </w:r>
      <w:r>
        <w:br/>
      </w:r>
      <w:r>
        <w:rPr>
          <w:sz w:val="20"/>
        </w:rPr>
        <w:t>24:24  yani aise dor mein jab ke yeh kehna ke Khuda ek hai us par pathar mare jate thay. Aaj ka zamana nahi tha woh.</w:t>
      </w:r>
      <w:r>
        <w:br/>
      </w:r>
      <w:r>
        <w:rPr>
          <w:sz w:val="20"/>
        </w:rPr>
        <w:t>24:33  Aaj aap ko azadi hai, religious freedom waisa nahi tha wahan par.</w:t>
      </w:r>
      <w:r>
        <w:br/>
      </w:r>
      <w:r>
        <w:rPr>
          <w:sz w:val="20"/>
        </w:rPr>
        <w:t>24:43  Chunancha aap ko bohat takleefein di gayeen. Misal ke taur par Taif gaye aap yahi paigham le kar ke Khuda ek hai to wahan ke sardaron se mile aap.</w:t>
      </w:r>
      <w:r>
        <w:br/>
      </w:r>
      <w:r>
        <w:rPr>
          <w:sz w:val="20"/>
        </w:rPr>
        <w:t>24:54  Sardaron ne kya kiya?</w:t>
      </w:r>
      <w:r>
        <w:br/>
      </w:r>
      <w:r>
        <w:rPr>
          <w:sz w:val="20"/>
        </w:rPr>
        <w:t>24:56  Mazak uraya aap ke ke tum Khuda ko tum hi mile thay paighambar banane ke liye? Dekho apni shakal. Bhai woh hamare aap jaisay insan thay Rasool Allah.</w:t>
      </w:r>
      <w:r>
        <w:br/>
      </w:r>
      <w:r>
        <w:rPr>
          <w:sz w:val="20"/>
        </w:rPr>
        <w:t>25:09  Koi hathi aur pahar to thay nahi. To unhon ne kaha Rasool Khuda ko tum bhi mile thay ke tum ko paighambar bana ke bhej diya?</w:t>
      </w:r>
      <w:r>
        <w:br/>
      </w:r>
      <w:r>
        <w:rPr>
          <w:sz w:val="20"/>
        </w:rPr>
        <w:t>25:18  Tum to kuch hum ko nahi lagte koi khaas aadmi ho. Aaj aap Rasool Allah ko is ki tareekhi waqiat ke sath shamil kar ke dekhte hain to lagta hai ke Rasool Allah bohat hi baray dikhai partay hain aap.</w:t>
      </w:r>
      <w:r>
        <w:br/>
      </w:r>
      <w:r>
        <w:rPr>
          <w:sz w:val="20"/>
        </w:rPr>
        <w:t>25:31  Us waqt ek aam insan thay. To unhon ne apne larkon ko kaha ke in ko maar ke bhagao. Pathar mara un logon ne.</w:t>
      </w:r>
      <w:r>
        <w:br/>
      </w:r>
      <w:r>
        <w:rPr>
          <w:sz w:val="20"/>
        </w:rPr>
        <w:t>25:44  To pathar martay martay bahar le gaye aur wahan par aap ke aap body zakhmi ho gaya, khoon banne laga.</w:t>
      </w:r>
      <w:r>
        <w:br/>
      </w:r>
      <w:r>
        <w:rPr>
          <w:sz w:val="20"/>
        </w:rPr>
        <w:t>25:57  Khoon banne laga na khilaya na pilaya na chaye na sharbat na pani. Maar ke bhaga diya.</w:t>
      </w:r>
      <w:r>
        <w:br/>
      </w:r>
      <w:r>
        <w:rPr>
          <w:sz w:val="20"/>
        </w:rPr>
        <w:t>26:06  Us waqt Allah taala ne Malik-ul-Jawal ko bheja, paharon ka farishtay ko bheja ke woh aya.</w:t>
      </w:r>
      <w:r>
        <w:br/>
      </w:r>
      <w:r>
        <w:rPr>
          <w:sz w:val="20"/>
        </w:rPr>
        <w:t>26:17  Us ne kaha ke aye Muhammad mein Malik-ul-Jawal hoon.</w:t>
      </w:r>
      <w:r>
        <w:br/>
      </w:r>
      <w:r>
        <w:rPr>
          <w:sz w:val="20"/>
        </w:rPr>
        <w:t>26:23  Yeh mere hath mein paharon ko ult palat kar sakta hoon mein. To Taif jo tha us mein dono taraf pahariyan theen. Beech mein woh town tha, idhar udhar pahariyan theen.</w:t>
      </w:r>
      <w:r>
        <w:br/>
      </w:r>
      <w:r>
        <w:rPr>
          <w:sz w:val="20"/>
        </w:rPr>
        <w:t>26:35  Kaha ke agar aap mere paas woh taqat taqat hai ke mein dono pahariyon ko aise mila doon aur log us ko pas kar reh jayen to aap mujhe kya hukum dete hain?</w:t>
      </w:r>
      <w:r>
        <w:br/>
      </w:r>
      <w:r>
        <w:rPr>
          <w:sz w:val="20"/>
        </w:rPr>
        <w:t>26:50  Unhon ne jo aap ka zulm kiya hai woh Allah ne dekha to mujhe bheja hai aap ke paas. To aap ne farmaya ke nahi.</w:t>
      </w:r>
      <w:r>
        <w:br/>
      </w:r>
      <w:r>
        <w:rPr>
          <w:sz w:val="20"/>
        </w:rPr>
        <w:t>27:04  Mein chahta hoon ke zinda rahen, un ki naslein paida hon, un ke bete pote paida hon. Un mein log milen ge jo jo sachai ko manen aur sachay kaam karen.</w:t>
      </w:r>
      <w:r>
        <w:br/>
      </w:r>
      <w:r>
        <w:rPr>
          <w:sz w:val="20"/>
        </w:rPr>
        <w:t>27:14  Yani na sirf present ko balkay future tak se aap un ke hope lagaye hue thay. To kitna ziyada aap ne qurbaniyan dein.</w:t>
      </w:r>
      <w:r>
        <w:br/>
      </w:r>
      <w:r>
        <w:rPr>
          <w:sz w:val="20"/>
        </w:rPr>
        <w:t>27:27  Aap ki qurbaniyon se ek inqilab aaya ke insani tareekh religious persecution ke dor se nikal kar ke religious freedom ke dor mein aai.</w:t>
      </w:r>
      <w:r>
        <w:br/>
      </w:r>
      <w:r>
        <w:rPr>
          <w:sz w:val="20"/>
        </w:rPr>
        <w:t>27:38  Yeh mamooli baat nahi hai. Aisi hazaron cheezein hain. Woh jab aap ka naam aaya to aap ko yaad aana chahiye ke aap sach much benefactor hain.</w:t>
      </w:r>
      <w:r>
        <w:br/>
      </w:r>
      <w:r>
        <w:rPr>
          <w:sz w:val="20"/>
        </w:rPr>
        <w:t>27:50  Sab se bara sacrifice kiya aap ne insani tareekh ko to hum parsay se nikal kar ke science mein laye. Insani tareekh ko religious persecution se nikal kar ke religious freedom ke dor mein laye.</w:t>
      </w:r>
      <w:r>
        <w:br/>
      </w:r>
      <w:r>
        <w:rPr>
          <w:sz w:val="20"/>
        </w:rPr>
        <w:t>28:03  Ek poora ek naya zamana paida kiya aap ne. Tab hum aaj is tarah aitmad se yahan baith kar baatein kar rahay hain. To Rasool Allah ka jo contribution hai history mein, contribution us ko yaad kar ke jab hum kehte hain to isi ka naam Durood hai.</w:t>
      </w:r>
      <w:r>
        <w:br/>
      </w:r>
      <w:r>
        <w:rPr>
          <w:sz w:val="20"/>
        </w:rPr>
        <w:t>28:21  Aur aaj kal jo logon ka riwaj hai woh to kuch bhi nahi, woh to nothing hai, kuch bhi nahi. Kuch bhi ho, lip service hai woh.</w:t>
      </w:r>
      <w:r>
        <w:br/>
      </w:r>
      <w:r>
        <w:rPr>
          <w:sz w:val="20"/>
        </w:rPr>
        <w:t>28:31  Woh to acknowledge karna hai Rasool Allah ke sacrifice ka, acknowledge karna hai Rasool Allah ke contribution ka. Log jantay bhi nahi kya contribution Rasool Allah ka hai.</w:t>
      </w:r>
      <w:r>
        <w:br/>
      </w:r>
      <w:r>
        <w:rPr>
          <w:sz w:val="20"/>
        </w:rPr>
        <w:t>28:43  To jo aadmi Rasool Allah ke contribution ko, yani historical contribution jo aap ka hai, us ko janay, us ko jan kar keh paray ke Khuda ya to is insan ke liye meri taraf se duaein likh le,</w:t>
      </w:r>
      <w:r>
        <w:br/>
      </w:r>
      <w:r>
        <w:rPr>
          <w:sz w:val="20"/>
        </w:rPr>
        <w:t>28:56  is insan ke liye meri taraf se Durood likh le to us ka naam hai Durood. Baqi aaj kal jo kiya jata hai woh lip service, woh to nothing hai.</w:t>
      </w:r>
    </w:p>
    <w:p>
      <w:pPr>
        <w:pStyle w:val="Heading2"/>
      </w:pPr>
      <w:r>
        <w:t>Why the Church adopted the earth-centered universe model</w:t>
      </w:r>
    </w:p>
    <w:p>
      <w:r>
        <w:rPr>
          <w:color w:val="666666"/>
          <w:sz w:val="18"/>
        </w:rPr>
        <w:t>Is Islam in Danger, January 10, 2007 · 5m 52s · at 18:17 · https://youtu.be/1vrUjeA7508?t=1097</w:t>
      </w:r>
    </w:p>
    <w:p>
      <w:r>
        <w:rPr>
          <w:i/>
        </w:rPr>
        <w:t>“چونکہ ہم جب دیکھتے ہیں تو کیا لگتا ہے کہ سورج زمین کے گرد گھوم رہا ہے”</w:t>
      </w:r>
    </w:p>
    <w:p>
      <w:r>
        <w:rPr>
          <w:sz w:val="20"/>
        </w:rPr>
        <w:t>18:17  chounkay hum jab dekhte hain to kya lagta hai ke suraj jo hai zameen ke gird ghoom raha hai.</w:t>
      </w:r>
      <w:r>
        <w:br/>
      </w:r>
      <w:r>
        <w:rPr>
          <w:sz w:val="20"/>
        </w:rPr>
        <w:t>18:24  rozana hum dekhte hain ke suraj east se nikla, chalte chalte chalte maghrib mein doob gaya. to zameen ke gird ghooma woh. yani dikhai deta hai jo manzar, jo manzar, is mein bazahir, zahiran,</w:t>
      </w:r>
      <w:r>
        <w:br/>
      </w:r>
      <w:r>
        <w:rPr>
          <w:sz w:val="20"/>
        </w:rPr>
        <w:t>18:40  suraj zameen ke gird ghoomta hua dikhai deta hai.</w:t>
      </w:r>
      <w:r>
        <w:br/>
      </w:r>
      <w:r>
        <w:rPr>
          <w:sz w:val="20"/>
        </w:rPr>
        <w:t>18:44  to yunan mein, yani qadeem yunan mein, kuch log aisay paida hue jinhon ne jo model banaya solar system ka, woh yeh tha ke zameen markaz mein hai aur suraj is ke gird ghoom raha hai.</w:t>
      </w:r>
      <w:r>
        <w:br/>
      </w:r>
      <w:r>
        <w:rPr>
          <w:sz w:val="20"/>
        </w:rPr>
        <w:t>19:01  chounkay bazahir aisay hi dikhai parta tha. to is zahiri shakal ko le kar unhon ne aik model bana liya ke zameen markaz mein hai aur suraj ghoom raha hai.</w:t>
      </w:r>
      <w:r>
        <w:br/>
      </w:r>
      <w:r>
        <w:rPr>
          <w:sz w:val="20"/>
        </w:rPr>
        <w:t>19:15  to is ko talmi ne pesh kiya. phir talmi ka jo nazariya tha, jo us ki theory thi, us ko arastoo ne apnaya.</w:t>
      </w:r>
      <w:r>
        <w:br/>
      </w:r>
      <w:r>
        <w:rPr>
          <w:sz w:val="20"/>
        </w:rPr>
        <w:t>19:27  arastoo, jo bohat hi bara falsafi mana jata hai. to arastoo ne jab apnaya to saaray logon ne is ko maan liya. kyunkay woh bohat hi bara falsafi tha woh.</w:t>
      </w:r>
      <w:r>
        <w:br/>
      </w:r>
      <w:r>
        <w:rPr>
          <w:sz w:val="20"/>
        </w:rPr>
        <w:t>19:39  to arastoo ka model dedh hazar baras tak dunya ke oopar chhaya raha. dedh hazar saal tak. log yahi samajhte rahay ke zameen beech mein hai aur suraj is ke gird ghoom raha hai.</w:t>
      </w:r>
      <w:r>
        <w:br/>
      </w:r>
      <w:r>
        <w:rPr>
          <w:sz w:val="20"/>
        </w:rPr>
        <w:t>19:56  ab zamanay aata hai, yani christian church ka zamanay. christian church ka zamanay jab aata hai to yeh model dunya mein chhaya hua tha.</w:t>
      </w:r>
      <w:r>
        <w:br/>
      </w:r>
      <w:r>
        <w:rPr>
          <w:sz w:val="20"/>
        </w:rPr>
        <w:t>20:09  to christian church ko yeh model apne liye mozoon maloom hua. bohat ziyada mozoon. kyun?</w:t>
      </w:r>
      <w:r>
        <w:br/>
      </w:r>
      <w:r>
        <w:rPr>
          <w:sz w:val="20"/>
        </w:rPr>
        <w:t>20:18  un ka jo atonement ki theory hai, yani kafara ki theory, is mein yeh hai ke khuda ne paida kiya adam ko to adam ne woh phal kha liya.</w:t>
      </w:r>
      <w:r>
        <w:br/>
      </w:r>
      <w:r>
        <w:rPr>
          <w:sz w:val="20"/>
        </w:rPr>
        <w:t>20:36  phal ka phal, yani shayad yeh mamnoo'a ka phal kha liya. to woh gunahgar ho gaye. p</w:t>
      </w:r>
      <w:r>
        <w:br/>
      </w:r>
      <w:r>
        <w:rPr>
          <w:sz w:val="20"/>
        </w:rPr>
        <w:t>20:45  har un ke aqeeday ke mutabiq adam jab gunahgar hue to sari hi insani nasal gunahgar ho gayi. jo log paida hue, baad ko paida hue, sab ke sab is jin mein shareek ho gaye.</w:t>
      </w:r>
      <w:r>
        <w:br/>
      </w:r>
      <w:r>
        <w:rPr>
          <w:sz w:val="20"/>
        </w:rPr>
        <w:t>21:03  to ab kya ho? khuda ne paida kiya insaan ko, sari insani nasal jo hai gunahgar ban gayi. ab kya ho?</w:t>
      </w:r>
      <w:r>
        <w:br/>
      </w:r>
      <w:r>
        <w:rPr>
          <w:sz w:val="20"/>
        </w:rPr>
        <w:t>21:12  to un ka manna yeh hai ke khuda ne apne bete ko dunya mein bheja ke woh soli par charhay aur saaray insanon ke gunah ka kafara ban jaye.</w:t>
      </w:r>
      <w:r>
        <w:br/>
      </w:r>
      <w:r>
        <w:rPr>
          <w:sz w:val="20"/>
        </w:rPr>
        <w:t>21:27  yeh ajeeb o ghareeb bohat hi na qabil yaqeen aqeedah hai yeh. aqli tor par aap is ko sabit nahi kar sakte.</w:t>
      </w:r>
      <w:r>
        <w:br/>
      </w:r>
      <w:r>
        <w:rPr>
          <w:sz w:val="20"/>
        </w:rPr>
        <w:t>21:35  ke gunah to kiya adam ne aur kafara saha hazrat masih. yeh koi ghair manfiqi baat hai zahir hai. koi is ki logic nahi, koi wajah nahi.</w:t>
      </w:r>
      <w:r>
        <w:br/>
      </w:r>
      <w:r>
        <w:rPr>
          <w:sz w:val="20"/>
        </w:rPr>
        <w:t>21:46  lekin church ne, christian church ne is ko maan liya.</w:t>
      </w:r>
      <w:r>
        <w:br/>
      </w:r>
      <w:r>
        <w:rPr>
          <w:sz w:val="20"/>
        </w:rPr>
        <w:t>21:57  teesri sadi isvi mein.</w:t>
      </w:r>
      <w:r>
        <w:br/>
      </w:r>
      <w:r>
        <w:rPr>
          <w:sz w:val="20"/>
        </w:rPr>
        <w:t>22:01  to un ko yeh theory, yani arastoo wali theory ya talmi wali theory, bohat mozoon maloom hui. kyunkay un ke nazdeek sab se bara drama jo hua tha woh zameen par hua tha.</w:t>
      </w:r>
      <w:r>
        <w:br/>
      </w:r>
      <w:r>
        <w:rPr>
          <w:sz w:val="20"/>
        </w:rPr>
        <w:t>22:14  keh sari insani nasal, sari insani nasal ke gunahon ka kaffara hataya gaya. keh gunah hataye gaye aur Hazrat Masih kaffara bane.</w:t>
      </w:r>
      <w:r>
        <w:br/>
      </w:r>
      <w:r>
        <w:rPr>
          <w:sz w:val="20"/>
        </w:rPr>
        <w:t>22:25  to itna bara drama jo poori, yaani poori tareekh ka sab se bara drama tha yeh.</w:t>
      </w:r>
      <w:r>
        <w:br/>
      </w:r>
      <w:r>
        <w:rPr>
          <w:sz w:val="20"/>
        </w:rPr>
        <w:t>22:33  poori insani tareekh ka sab se bara drama.</w:t>
      </w:r>
      <w:r>
        <w:br/>
      </w:r>
      <w:r>
        <w:rPr>
          <w:sz w:val="20"/>
        </w:rPr>
        <w:t>22:37  yeh hua zameen par. Khuda ne zameen par bheja. Nihayat Masih ko kahin kisi aur jagah nahi bhej diya. Kisi sitare par, kisi sayare par, kahin aur.</w:t>
      </w:r>
      <w:r>
        <w:br/>
      </w:r>
      <w:r>
        <w:rPr>
          <w:sz w:val="20"/>
        </w:rPr>
        <w:t>22:47  balkeh zameen par bheja. To zameen par woh drama hua jis ne sare insanon ke gunah ko dho diya.</w:t>
      </w:r>
      <w:r>
        <w:br/>
      </w:r>
      <w:r>
        <w:rPr>
          <w:sz w:val="20"/>
        </w:rPr>
        <w:t>22:58  to unhon ne maan liya keh zameen markaz hai.</w:t>
      </w:r>
      <w:r>
        <w:br/>
      </w:r>
      <w:r>
        <w:rPr>
          <w:sz w:val="20"/>
        </w:rPr>
        <w:t>23:02  yaani markaz of takhleeq. Jo sab se bara jo waqea hai, jo zameen par ho to zameen ka markaz hona chahiye. Zameen satellite ho kisi aur cheez ki.</w:t>
      </w:r>
      <w:r>
        <w:br/>
      </w:r>
      <w:r>
        <w:rPr>
          <w:sz w:val="20"/>
        </w:rPr>
        <w:t>23:13  to yeh un ke nazdeek zameen ko kam samajhna tha. Zameen ki ahmiyat ko. Unhon ne ek khud se ek yaqeen bana liya, khud se.</w:t>
      </w:r>
      <w:r>
        <w:br/>
      </w:r>
      <w:r>
        <w:rPr>
          <w:sz w:val="20"/>
        </w:rPr>
        <w:t>23:24  keh zameen satellite nahi ho sakti. Satellite to kisi aur ko hona chahiye.</w:t>
      </w:r>
      <w:r>
        <w:br/>
      </w:r>
      <w:r>
        <w:rPr>
          <w:sz w:val="20"/>
        </w:rPr>
        <w:t>23:31  to apne zaati tarz-e-fikr ko jaiz karne ke liye unhon ne yeh kiya keh suraj ko aur sare sayare ko</w:t>
      </w:r>
      <w:r>
        <w:br/>
      </w:r>
      <w:r>
        <w:rPr>
          <w:sz w:val="20"/>
        </w:rPr>
        <w:t>23:45  satellite bana diya. Zameen ko markaz bana diya. Taakeh yeh apna jo un ka yaqeen hai, atonement ka, kaffare ka, is ki ahmiyat ko qaim kar sakein woh.</w:t>
      </w:r>
      <w:r>
        <w:br/>
      </w:r>
      <w:r>
        <w:rPr>
          <w:sz w:val="20"/>
        </w:rPr>
        <w:t>23:58  yeh maan liya unhon ne.</w:t>
      </w:r>
      <w:r>
        <w:br/>
      </w:r>
      <w:r>
        <w:rPr>
          <w:sz w:val="20"/>
        </w:rPr>
        <w:t>24:00  church ka. Church ne is ko apnaya. Arastu ke model ko. Yaani geo-centric theory ko.</w:t>
      </w:r>
    </w:p>
    <w:p>
      <w:pPr>
        <w:pStyle w:val="Heading2"/>
      </w:pPr>
      <w:r>
        <w:t>Prophet Muhammad turned the idols in the Kaaba into an opportunity</w:t>
      </w:r>
    </w:p>
    <w:p>
      <w:r>
        <w:rPr>
          <w:color w:val="666666"/>
          <w:sz w:val="18"/>
        </w:rPr>
        <w:t>Don't Be Angry Culture January 15, 2012 · 3m 01s · at 49:58 · https://youtu.be/NrA3X8y_FLY?t=2998</w:t>
      </w:r>
    </w:p>
    <w:p>
      <w:r>
        <w:rPr>
          <w:i/>
        </w:rPr>
        <w:t>“Jab Rasoolullah ko paighambari mili Makkah mein”</w:t>
      </w:r>
    </w:p>
    <w:p>
      <w:r>
        <w:rPr>
          <w:sz w:val="20"/>
        </w:rPr>
        <w:t>49:58  ab dekhiye, Rasool Allah Sal Allahu Alaihi Wasallam ko jab peghambari mili Makkah mein, yeh Seventh Century AD ka First Quarter tha.</w:t>
      </w:r>
      <w:r>
        <w:br/>
      </w:r>
      <w:r>
        <w:rPr>
          <w:sz w:val="20"/>
        </w:rPr>
        <w:t>50:14  us waqt Kaba mein kai so but rakhe hue the. achha, is ko dekha ghussa ho jate aap, tod phod karte. to kya hota?</w:t>
      </w:r>
      <w:r>
        <w:br/>
      </w:r>
      <w:r>
        <w:rPr>
          <w:sz w:val="20"/>
        </w:rPr>
        <w:t>50:23  kuch bhi na hota.</w:t>
      </w:r>
      <w:r>
        <w:br/>
      </w:r>
      <w:r>
        <w:rPr>
          <w:sz w:val="20"/>
        </w:rPr>
        <w:t>50:25  lekin aap ne is ko ab apne zahir hai ke aap ke dil mein bohat sakht ehsas aata hoga ke Allah ke ghar ko unhon ne but khana bana rakha hai.</w:t>
      </w:r>
      <w:r>
        <w:br/>
      </w:r>
      <w:r>
        <w:rPr>
          <w:sz w:val="20"/>
        </w:rPr>
        <w:t>50:38  lekin aap ne sabr kiya, bardasht kiya. to kya hua? ek bohat bari yani Wisdom aap ke samne aa gayi.</w:t>
      </w:r>
      <w:r>
        <w:br/>
      </w:r>
      <w:r>
        <w:rPr>
          <w:sz w:val="20"/>
        </w:rPr>
        <w:t>50:50  ke in bton ki wajah se yahan log akatha hote hain.</w:t>
      </w:r>
      <w:r>
        <w:br/>
      </w:r>
      <w:r>
        <w:rPr>
          <w:sz w:val="20"/>
        </w:rPr>
        <w:t>50:54  to in logon ko bator Audience istemal karo. kyunke woh but jo the, un ke pujne wale ate the wahan par baqayda.</w:t>
      </w:r>
      <w:r>
        <w:br/>
      </w:r>
      <w:r>
        <w:rPr>
          <w:sz w:val="20"/>
        </w:rPr>
        <w:t>51:06  to ek bheer akatha hoti thi. to aap ne bton ke Kaba mein bton ki maujoodgi par ghusse se bachaya apne aap ko.</w:t>
      </w:r>
      <w:r>
        <w:br/>
      </w:r>
      <w:r>
        <w:rPr>
          <w:sz w:val="20"/>
        </w:rPr>
        <w:t>51:19  to is ka faida kya hua?</w:t>
      </w:r>
      <w:r>
        <w:br/>
      </w:r>
      <w:r>
        <w:rPr>
          <w:sz w:val="20"/>
        </w:rPr>
        <w:t>51:21  ke wahan jo ate the zayreen, woh aap ke liye ban gaye madعو, Audience. chunache aap wahan jate the, aap Quran padh ke sunate the un ko.</w:t>
      </w:r>
      <w:r>
        <w:br/>
      </w:r>
      <w:r>
        <w:rPr>
          <w:sz w:val="20"/>
        </w:rPr>
        <w:t>51:35  aur sunte the woh, kitne log is mein Islam mein dakhil ho jate the. is tarah se aap ne ek masle ko Opportunity ke roop mein liya.</w:t>
      </w:r>
      <w:r>
        <w:br/>
      </w:r>
      <w:r>
        <w:rPr>
          <w:sz w:val="20"/>
        </w:rPr>
        <w:t>51:46  yani Rasool Allah Sal Allahu Alaihi Wasallam ne ek ek Problem ko Convert kiya Opportunity mein.</w:t>
      </w:r>
      <w:r>
        <w:br/>
      </w:r>
      <w:r>
        <w:rPr>
          <w:sz w:val="20"/>
        </w:rPr>
        <w:t>51:52  aaj kya hai? aaj Musalman ulta kar rahe hain. yani Opportunity ko Convert kar rahe hain Problem mein. kaisi ajib baat hai.</w:t>
      </w:r>
      <w:r>
        <w:br/>
      </w:r>
      <w:r>
        <w:rPr>
          <w:sz w:val="20"/>
        </w:rPr>
        <w:t>52:02  jis paighambar ki hum bad khwani karte hain, jis paighambar ko hum yani bohat bara darja diye hue hain, us ki us ki jo sunnat hai, us ka jo tareeqa hai, us ne jo namona hum ko diya hai, woh kya hai namona?</w:t>
      </w:r>
      <w:r>
        <w:br/>
      </w:r>
      <w:r>
        <w:rPr>
          <w:sz w:val="20"/>
        </w:rPr>
        <w:t>52:19  asal cheez woh hai.</w:t>
      </w:r>
      <w:r>
        <w:br/>
      </w:r>
      <w:r>
        <w:rPr>
          <w:sz w:val="20"/>
        </w:rPr>
        <w:t>52:21  woh namona yeh hai ke Problem ko Convert karo Opportunity mein. lekin aaj kal ke Musalman kya kar rahe hain?</w:t>
      </w:r>
      <w:r>
        <w:br/>
      </w:r>
      <w:r>
        <w:rPr>
          <w:sz w:val="20"/>
        </w:rPr>
        <w:t>52:32  sari duniya mein yahi kar rahe hain. Opportunity ko Convert kar rahe hain Problem mein. kyun? ghusse ki wajah se un ki un se Divine Wisdom chhin gayi hai is ki.</w:t>
      </w:r>
      <w:r>
        <w:br/>
      </w:r>
      <w:r>
        <w:rPr>
          <w:sz w:val="20"/>
        </w:rPr>
        <w:t>52:46  ghusse ki wajah se un ki Divine Wisdom jo hai, woh chhin gayi hai.</w:t>
      </w:r>
      <w:r>
        <w:br/>
      </w:r>
      <w:r>
        <w:rPr>
          <w:sz w:val="20"/>
        </w:rPr>
        <w:t>52:51  kaisi ajib baat hai.</w:t>
      </w:r>
    </w:p>
    <w:p>
      <w:pPr>
        <w:pStyle w:val="Heading2"/>
      </w:pPr>
      <w:r>
        <w:t>Importance of patriotism for Muslims</w:t>
      </w:r>
    </w:p>
    <w:p>
      <w:r>
        <w:rPr>
          <w:color w:val="666666"/>
          <w:sz w:val="18"/>
        </w:rPr>
        <w:t>Indian Muslims May 18, 2014 Maulana Wahiduddin Khan · 4m 46s · at 1:11:00 · https://youtu.be/jHtuZ4UgvEw?t=4260</w:t>
      </w:r>
    </w:p>
    <w:p>
      <w:r>
        <w:rPr>
          <w:i/>
        </w:rPr>
        <w:t>“Yeh bohat bara masla hai”</w:t>
      </w:r>
    </w:p>
    <w:p>
      <w:r>
        <w:rPr>
          <w:sz w:val="20"/>
        </w:rPr>
        <w:t>1:11:00  yahan se le ke america tak. jis mulk mein rehte hain, us mulk ke issues par bara quran o mind sochta hi nahi. main america mein abhi gaya tha to wahan ek ghar mein gaya, ek sahib ka.</w:t>
      </w:r>
      <w:r>
        <w:br/>
      </w:r>
      <w:r>
        <w:rPr>
          <w:sz w:val="20"/>
        </w:rPr>
        <w:t>1:11:14  wahan kai mard bethe hue the. bare dhoom se baaten ho rahi theen. to main gaya ke maine suna kya baaten kar rahe hain. woh baaten kar rahe the pakistan ki politics par.</w:t>
      </w:r>
      <w:r>
        <w:br/>
      </w:r>
      <w:r>
        <w:rPr>
          <w:sz w:val="20"/>
        </w:rPr>
        <w:t>1:11:25  main bohat ghusa hua. main ne kaha ke aap rehte hain america mein, baaten karte hain pakistan ki. yahi to hai watan se bewafai.</w:t>
      </w:r>
      <w:r>
        <w:br/>
      </w:r>
      <w:r>
        <w:rPr>
          <w:sz w:val="20"/>
        </w:rPr>
        <w:t>1:11:34  jab kaha jata hai ke aap logon ke andar patriotism nahi to ghusa bhi hote hain. yani aap bhi pakistan mein baaten karen ke america mein ho to america ki baaten kijiye.</w:t>
      </w:r>
      <w:r>
        <w:br/>
      </w:r>
      <w:r>
        <w:rPr>
          <w:sz w:val="20"/>
        </w:rPr>
        <w:t>1:11:46  pakistan ki baaten kyun kar rahe hain? pakistan chhod kar aaye, yahan ke citizen bane, yahan par job le kar khoob that se reh rahe hain. ab baaten kar rahe hain pakistan mein.</w:t>
      </w:r>
      <w:r>
        <w:br/>
      </w:r>
      <w:r>
        <w:rPr>
          <w:sz w:val="20"/>
        </w:rPr>
        <w:t>1:11:56  yahi to hai, yahi to hai disloyal hona. to yahan se le ke america tak maine dekha ke logon ko, musalmanon ko hal yahi hai ke woh is jis mulk mein rehte hain, us mulk ke loyal nahi hain.</w:t>
      </w:r>
      <w:r>
        <w:br/>
      </w:r>
      <w:r>
        <w:rPr>
          <w:sz w:val="20"/>
        </w:rPr>
        <w:t>1:12:11  aur yeh sab se bari jo musalmanon ki kharabi hai, woh yahi hai. aur yeh paida kiya hamare ulma ne. yeh hamare ulma ne paida kiya hai yeh.</w:t>
      </w:r>
      <w:r>
        <w:br/>
      </w:r>
      <w:r>
        <w:rPr>
          <w:sz w:val="20"/>
        </w:rPr>
        <w:t>1:12:23  ulama mein sirf ek hi aadmi thay, Maulana Hussain Ahmed Badri, jo is mein istasna un ka tha. Yaani watan se muhabbat ko yeh log, ulama hamare samajhte hain ke koi koi gunah ki baat ho gayi hai.</w:t>
      </w:r>
      <w:r>
        <w:br/>
      </w:r>
      <w:r>
        <w:rPr>
          <w:sz w:val="20"/>
        </w:rPr>
        <w:t>1:12:38  Maulana Hussain Ahmed Badri ne kaha tha ke fi zamana qaumein otaan se banti hain. To ulama ne is par woh kiya, ikhtilaf kiya. Yahan tak ke un ke muataqideen ne yeh keh diya ke Hazrat ne jo baat kahi thi, woh khabar thi, insha nahi thi.</w:t>
      </w:r>
      <w:r>
        <w:br/>
      </w:r>
      <w:r>
        <w:rPr>
          <w:sz w:val="20"/>
        </w:rPr>
        <w:t>1:12:54  sab bilkul absurd baatein hain.</w:t>
      </w:r>
      <w:r>
        <w:br/>
      </w:r>
      <w:r>
        <w:rPr>
          <w:sz w:val="20"/>
        </w:rPr>
        <w:t>1:13:00  saare, chahe kisi mulk ke ulama hon, woh sab aisi baatein karte hain ke aaj jis aadmi ke andar patriotism na paida ho.</w:t>
      </w:r>
      <w:r>
        <w:br/>
      </w:r>
      <w:r>
        <w:rPr>
          <w:sz w:val="20"/>
        </w:rPr>
        <w:t>1:13:12  isi ka shikar hain Musalman. Main samajhta hoon ke yeh yeh bohat hi zaroori hai ke Musalmanon se is cheez ko khatam kiya jaye.</w:t>
      </w:r>
      <w:r>
        <w:br/>
      </w:r>
      <w:r>
        <w:rPr>
          <w:sz w:val="20"/>
        </w:rPr>
        <w:t>1:13:24  aur Iqbal ka woh woh sher bohat parha jata hai, bilkul mere saath bilkul love absurd hai woh sher. Is cheez kuch bhi sachai nahi hai.</w:t>
      </w:r>
      <w:r>
        <w:br/>
      </w:r>
      <w:r>
        <w:rPr>
          <w:sz w:val="20"/>
        </w:rPr>
        <w:t>1:13:33  woh jo sher hai ke is daur mein mein aur hai, jaam aur hai, jam aur, saqin bana ki rawish se aur, woh un taza khudaon mein bara sab se watan hai, jo pehiran is ka hai, woh woh sab kafan hai.</w:t>
      </w:r>
      <w:r>
        <w:br/>
      </w:r>
      <w:r>
        <w:rPr>
          <w:sz w:val="20"/>
        </w:rPr>
        <w:t>1:13:52  bilkul love woh sher hai, absurd sher hai. Lekin jhoom ke padhte hain log is ko. Koi kehta nahi ke Iqbal ne galat kaha.</w:t>
      </w:r>
      <w:r>
        <w:br/>
      </w:r>
      <w:r>
        <w:rPr>
          <w:sz w:val="20"/>
        </w:rPr>
        <w:t>1:14:04  to yeh saari duniya mein ek trend chal raha hai. Main samajhta hoon ke Musalmanon par farz hai, farz hai, farz hai ke is is is se bahar aain apne aap ko.</w:t>
      </w:r>
      <w:r>
        <w:br/>
      </w:r>
      <w:r>
        <w:rPr>
          <w:sz w:val="20"/>
        </w:rPr>
        <w:t>1:14:13  watan se muhabbat paida karen. Jis mulk mein hain, us mulk se muhabbat karen woh. Main Allah ke fazl se India mein hoon to main keh sakta hoon ke mujhe is mulk se pyar, aakhri had tak muhabbat karta hoon.</w:t>
      </w:r>
      <w:r>
        <w:br/>
      </w:r>
      <w:r>
        <w:rPr>
          <w:sz w:val="20"/>
        </w:rPr>
        <w:t>1:14:25  mera dil cheer kar aap dekh lijiyey. Mera dil cheer kar dekh lijiyey ke mujhe is mein sach mein muhabbat hai.</w:t>
      </w:r>
      <w:r>
        <w:br/>
      </w:r>
      <w:r>
        <w:rPr>
          <w:sz w:val="20"/>
        </w:rPr>
        <w:t>1:14:36  aur isi ko main Islam samajhta hoon. Ek hadith hai, dekhiye, hamare ulama ka ek misaal deta hoon ke kis qadar galat rehnumai di hai unhon ne Musalmanon ko.</w:t>
      </w:r>
      <w:r>
        <w:br/>
      </w:r>
      <w:r>
        <w:rPr>
          <w:sz w:val="20"/>
        </w:rPr>
        <w:t>1:14:46  ek hadith hai hubb ul watan min al iman. Watan ki muhabbat iman ka hissa hai.</w:t>
      </w:r>
      <w:r>
        <w:br/>
      </w:r>
      <w:r>
        <w:rPr>
          <w:sz w:val="20"/>
        </w:rPr>
        <w:t>1:14:57  to kehte hain ke yeh to mauzu hadith hai. Main kehta hoon ke yeh agar hadith Rasool na ho to ab bhi hadith fitrat hai yeh. Ulama yeh kyun nahi kehte?</w:t>
      </w:r>
      <w:r>
        <w:br/>
      </w:r>
      <w:r>
        <w:rPr>
          <w:sz w:val="20"/>
        </w:rPr>
        <w:t>1:15:08  yeh ulama yeh kyun nahi kehte? Ke yeh hadith agar bil farz mauzu ho, woh hadith na ho, hadith Rasool na ho, tab bhi woh hadith fitrat hai.</w:t>
      </w:r>
      <w:r>
        <w:br/>
      </w:r>
      <w:r>
        <w:rPr>
          <w:sz w:val="20"/>
        </w:rPr>
        <w:t>1:15:19  watan se muhabbat to aadmi ki fitrat mein hai. Kaise aap muhabbat nahi karenge apne watan se? Yeh to bohat hi zyada yaani na qabil bardasht baat hai ke aap ek mulk mein rahen, is se faida uthayen aur is se muhabbat na ho aap ko.</w:t>
      </w:r>
      <w:r>
        <w:br/>
      </w:r>
      <w:r>
        <w:rPr>
          <w:sz w:val="20"/>
        </w:rPr>
        <w:t>1:15:37  behhal main is ke sakht khilaf hoon ke aap mujhe jis mulk mein Musalman rehte hain, wahan woh un ke andar hubb ul watan na ho.</w:t>
      </w:r>
    </w:p>
    <w:p>
      <w:pPr>
        <w:pStyle w:val="Heading2"/>
      </w:pPr>
      <w:r>
        <w:t>Quranic lesson and unique CPS literature</w:t>
      </w:r>
    </w:p>
    <w:p>
      <w:r>
        <w:rPr>
          <w:color w:val="666666"/>
          <w:sz w:val="18"/>
        </w:rPr>
        <w:t>CPS Mission · 4m 20s · at 15:42 · https://youtu.be/Ial-p18iypI?t=942</w:t>
      </w:r>
    </w:p>
    <w:p>
      <w:r>
        <w:rPr>
          <w:i/>
        </w:rPr>
        <w:t>“Contemplate in the following verses of the Quran, Surah Al-Hadid.”</w:t>
      </w:r>
    </w:p>
    <w:p>
      <w:r>
        <w:rPr>
          <w:sz w:val="20"/>
        </w:rPr>
        <w:t>15:42  the opportunity to be a part of the true mission is only in this world until death comes upon us. contemplate on the following verses of the Quran, Surah Al-Hadid, Chapter 57, Verses 12 to 16</w:t>
      </w:r>
      <w:r>
        <w:br/>
      </w:r>
      <w:r>
        <w:rPr>
          <w:sz w:val="20"/>
        </w:rPr>
        <w:t>15:59  . in the day, you shall see the faithful both men and women with their lights streaming out before them and in their right hands. glidings for you today, you shall enter gardens with rivers flowing through them, where in you shall forever develop.</w:t>
      </w:r>
      <w:r>
        <w:br/>
      </w:r>
      <w:r>
        <w:rPr>
          <w:sz w:val="20"/>
        </w:rPr>
        <w:t>16:16  this the supreme triumph</w:t>
      </w:r>
      <w:r>
        <w:br/>
      </w:r>
      <w:r>
        <w:rPr>
          <w:sz w:val="20"/>
        </w:rPr>
        <w:t>16:18  . in that day, the hypocrites both men and women will say to the faithful, wait a while for us so that we may have some of your light.</w:t>
      </w:r>
      <w:r>
        <w:br/>
      </w:r>
      <w:r>
        <w:rPr>
          <w:sz w:val="20"/>
        </w:rPr>
        <w:t>16:26  they will be told, turn back and look for a light else where. a wall will then be raised between them. it will have a gate on the inside of which will be grace and mercy, and on the outside of which will be punishment.</w:t>
      </w:r>
      <w:r>
        <w:br/>
      </w:r>
      <w:r>
        <w:rPr>
          <w:sz w:val="20"/>
        </w:rPr>
        <w:t>16:42  the hypocrites will call out to the faithful, were we not in your side</w:t>
      </w:r>
      <w:r>
        <w:br/>
      </w:r>
      <w:r>
        <w:rPr>
          <w:sz w:val="20"/>
        </w:rPr>
        <w:t>16:48  . they will reply, yes, but you gave in to temptation. you wavered and doubted and were deceived by your wishful thinking until god's will was done.</w:t>
      </w:r>
      <w:r>
        <w:br/>
      </w:r>
      <w:r>
        <w:rPr>
          <w:sz w:val="20"/>
        </w:rPr>
        <w:t>16:59  then the deceiver misled you about god. so this day, no ransom can be taken from you, nor from those who are bent on denying the truth.</w:t>
      </w:r>
      <w:r>
        <w:br/>
      </w:r>
      <w:r>
        <w:rPr>
          <w:sz w:val="20"/>
        </w:rPr>
        <w:t>17:10  your home is the fire, that's your companion, and hapless journeys end.</w:t>
      </w:r>
      <w:r>
        <w:br/>
      </w:r>
      <w:r>
        <w:rPr>
          <w:sz w:val="20"/>
        </w:rPr>
        <w:t>17:17  has the time not come for the faithful? when their hearts in all humility should engage in the remembrance of god and of the revelation of truth so that they should not become like those who are given the book before them.</w:t>
      </w:r>
      <w:r>
        <w:br/>
      </w:r>
      <w:r>
        <w:rPr>
          <w:sz w:val="20"/>
        </w:rPr>
        <w:t>17:33  whose hearts with the passage of time became hardened and many of whom were disobedient.</w:t>
      </w:r>
      <w:r>
        <w:br/>
      </w:r>
      <w:r>
        <w:rPr>
          <w:sz w:val="20"/>
        </w:rPr>
        <w:t>17:39  you heard the verses now, what i just now read from the Quran. please ponder on the meaning of light, the request of people to allow them some of the light, the wall which will be raised, wishful thinking, the deception of satan,</w:t>
      </w:r>
      <w:r>
        <w:br/>
      </w:r>
      <w:r>
        <w:rPr>
          <w:sz w:val="20"/>
        </w:rPr>
        <w:t>17:59  hardening of the heart, and god's address to the believers. there is a chance to walk in the light in this world.</w:t>
      </w:r>
      <w:r>
        <w:br/>
      </w:r>
      <w:r>
        <w:rPr>
          <w:sz w:val="20"/>
        </w:rPr>
        <w:t>18:08  do not create a wall of ignorance. do not nurture false expectations that performing a few rituals will please god.</w:t>
      </w:r>
      <w:r>
        <w:br/>
      </w:r>
      <w:r>
        <w:rPr>
          <w:sz w:val="20"/>
        </w:rPr>
        <w:t>18:19  Quran addresses the believers to safeguard from the hardening of the hearts. our hearts should be as per Allah's expectations.</w:t>
      </w:r>
      <w:r>
        <w:br/>
      </w:r>
      <w:r>
        <w:rPr>
          <w:sz w:val="20"/>
        </w:rPr>
        <w:t>18:29  Surah Zumar Ayat number 23 describes this, god has sent down the best message, a scripture that is consimilar and oft repeated, that causes the skins of those in awe of their lord to creep.</w:t>
      </w:r>
      <w:r>
        <w:br/>
      </w:r>
      <w:r>
        <w:rPr>
          <w:sz w:val="20"/>
        </w:rPr>
        <w:t>18:48  then their skins and their hearts soften at the mention of god, such is god's guidance. he bestows it upon whoever he will, but no one can guide those whom god leaves to stray.</w:t>
      </w:r>
      <w:r>
        <w:br/>
      </w:r>
      <w:r>
        <w:rPr>
          <w:sz w:val="20"/>
        </w:rPr>
        <w:t>19:04  so the stand of the verses from the Quran. each verse of the Quran is like an ocean filled in a jug.</w:t>
      </w:r>
      <w:r>
        <w:br/>
      </w:r>
      <w:r>
        <w:rPr>
          <w:sz w:val="20"/>
        </w:rPr>
        <w:t>19:12  each hadith has a universal application. Maulana sahib is teaching us this through his writings. so read the literature yourself.</w:t>
      </w:r>
      <w:r>
        <w:br/>
      </w:r>
      <w:r>
        <w:rPr>
          <w:sz w:val="20"/>
        </w:rPr>
        <w:t>19:22  if anyone gives you the feeling that you will suffer worldly losses, do not fear. satan has his deceptively cunning ways to instill fear in us</w:t>
      </w:r>
      <w:r>
        <w:br/>
      </w:r>
      <w:r>
        <w:rPr>
          <w:sz w:val="20"/>
        </w:rPr>
        <w:t>19:36  throu his presentation of imaginary soroz and imaginary losses. we should not fall for them.</w:t>
      </w:r>
      <w:r>
        <w:br/>
      </w:r>
      <w:r>
        <w:rPr>
          <w:sz w:val="20"/>
        </w:rPr>
        <w:t>19:47  next, it is crucial to be aware of those aspects of cps literature which are unique and which we will not find any where else.</w:t>
      </w:r>
      <w:r>
        <w:br/>
      </w:r>
      <w:r>
        <w:rPr>
          <w:sz w:val="20"/>
        </w:rPr>
        <w:t>19:59  let us understand this in the light of reason.</w:t>
      </w:r>
    </w:p>
    <w:p>
      <w:pPr>
        <w:pStyle w:val="Heading2"/>
      </w:pPr>
      <w:r>
        <w:t>Basharat for minorities: patience as strength</w:t>
      </w:r>
    </w:p>
    <w:p>
      <w:r>
        <w:rPr>
          <w:color w:val="666666"/>
          <w:sz w:val="18"/>
        </w:rPr>
        <w:t>Patience and Creative Thinking April 20, 2020 Maulana Wahiduddin Khan · 3m 55s · at 6:59 · https://youtu.be/zhpSQwyj_6Q?t=419</w:t>
      </w:r>
    </w:p>
    <w:p>
      <w:r>
        <w:rPr>
          <w:i/>
        </w:rPr>
        <w:t>“Yeh aik basharat hai”</w:t>
      </w:r>
    </w:p>
    <w:p>
      <w:r>
        <w:rPr>
          <w:sz w:val="20"/>
        </w:rPr>
        <w:t>6:59  yeh ek basharat hai, is zamane mein ayat uthayi gayi thi, Makkah mein.</w:t>
      </w:r>
      <w:r>
        <w:br/>
      </w:r>
      <w:r>
        <w:rPr>
          <w:sz w:val="20"/>
        </w:rPr>
        <w:t>7:12  yeh aaj tak qaim hui hai ke jo community</w:t>
      </w:r>
      <w:r>
        <w:br/>
      </w:r>
      <w:r>
        <w:rPr>
          <w:sz w:val="20"/>
        </w:rPr>
        <w:t>7:21  react na kare</w:t>
      </w:r>
      <w:r>
        <w:br/>
      </w:r>
      <w:r>
        <w:rPr>
          <w:sz w:val="20"/>
        </w:rPr>
        <w:t>7:25  balke sabr se, patience se kaam le,</w:t>
      </w:r>
      <w:r>
        <w:br/>
      </w:r>
      <w:r>
        <w:rPr>
          <w:sz w:val="20"/>
        </w:rPr>
        <w:t>7:33  to dheere dheere is ki creativity barhti hai.</w:t>
      </w:r>
      <w:r>
        <w:br/>
      </w:r>
      <w:r>
        <w:rPr>
          <w:sz w:val="20"/>
        </w:rPr>
        <w:t>7:41  aur jo community react karti hai, negative line of action ikhtiyar karti hai, to is ke andar, is ke log jo hain, un creative ho jate hain.</w:t>
      </w:r>
      <w:r>
        <w:br/>
      </w:r>
      <w:r>
        <w:rPr>
          <w:sz w:val="20"/>
        </w:rPr>
        <w:t>8:05  un creativity.</w:t>
      </w:r>
      <w:r>
        <w:br/>
      </w:r>
      <w:r>
        <w:rPr>
          <w:sz w:val="20"/>
        </w:rPr>
        <w:t>8:11  mein samajhta hoon ke yeh bohat hi bari basharat hai un logon ke liye</w:t>
      </w:r>
      <w:r>
        <w:br/>
      </w:r>
      <w:r>
        <w:rPr>
          <w:sz w:val="20"/>
        </w:rPr>
        <w:t>8:22  jo halaat-e-rizq mein</w:t>
      </w:r>
      <w:r>
        <w:br/>
      </w:r>
      <w:r>
        <w:rPr>
          <w:sz w:val="20"/>
        </w:rPr>
        <w:t>8:26  minority ban jayen.</w:t>
      </w:r>
      <w:r>
        <w:br/>
      </w:r>
      <w:r>
        <w:rPr>
          <w:sz w:val="20"/>
        </w:rPr>
        <w:t>8:36  ya minority aap ki kamzori nahi hai,</w:t>
      </w:r>
      <w:r>
        <w:br/>
      </w:r>
      <w:r>
        <w:rPr>
          <w:sz w:val="20"/>
        </w:rPr>
        <w:t>8:44  minority aap ki taqat hai.</w:t>
      </w:r>
      <w:r>
        <w:br/>
      </w:r>
      <w:r>
        <w:rPr>
          <w:sz w:val="20"/>
        </w:rPr>
        <w:t>8:48  sirf</w:t>
      </w:r>
      <w:r>
        <w:br/>
      </w:r>
      <w:r>
        <w:rPr>
          <w:sz w:val="20"/>
        </w:rPr>
        <w:t>8:52  itna karna hai aap ko ke aap patience se kaam lein, bas patience, patience.</w:t>
      </w:r>
      <w:r>
        <w:br/>
      </w:r>
      <w:r>
        <w:rPr>
          <w:sz w:val="20"/>
        </w:rPr>
        <w:t>9:02  sabr. sabr ulta hai reaction ka. jab koi soorat-e-haal paish aati hai, koi crisis aata hai, crisis,</w:t>
      </w:r>
      <w:r>
        <w:br/>
      </w:r>
      <w:r>
        <w:rPr>
          <w:sz w:val="20"/>
        </w:rPr>
        <w:t>9:18  to ek community woh hai</w:t>
      </w:r>
      <w:r>
        <w:br/>
      </w:r>
      <w:r>
        <w:rPr>
          <w:sz w:val="20"/>
        </w:rPr>
        <w:t>9:20  jo ghussa karti hai, negative thought aa jaate hain is ke andar,</w:t>
      </w:r>
      <w:r>
        <w:br/>
      </w:r>
      <w:r>
        <w:rPr>
          <w:sz w:val="20"/>
        </w:rPr>
        <w:t>9:31  reaction ka tareeqa ikhtiyar karti hai.</w:t>
      </w:r>
      <w:r>
        <w:br/>
      </w:r>
      <w:r>
        <w:rPr>
          <w:sz w:val="20"/>
        </w:rPr>
        <w:t>9:38  to is ke andar</w:t>
      </w:r>
      <w:r>
        <w:br/>
      </w:r>
      <w:r>
        <w:rPr>
          <w:sz w:val="20"/>
        </w:rPr>
        <w:t>9:44  creativity ghatti hai.</w:t>
      </w:r>
      <w:r>
        <w:br/>
      </w:r>
      <w:r>
        <w:rPr>
          <w:sz w:val="20"/>
        </w:rPr>
        <w:t>9:48  aur doosri taraf, jo community</w:t>
      </w:r>
      <w:r>
        <w:br/>
      </w:r>
      <w:r>
        <w:rPr>
          <w:sz w:val="20"/>
        </w:rPr>
        <w:t>9:57  positive thinking ka saboot de, positive thinking, to is ki creativity barhti hai.</w:t>
      </w:r>
      <w:r>
        <w:br/>
      </w:r>
      <w:r>
        <w:rPr>
          <w:sz w:val="20"/>
        </w:rPr>
        <w:t>10:13  yeh bohat bara qanoon hai, fitrat ke, fitrat ke par qaim hai.</w:t>
      </w:r>
      <w:r>
        <w:br/>
      </w:r>
      <w:r>
        <w:rPr>
          <w:sz w:val="20"/>
        </w:rPr>
        <w:t>10:29  is qanoon mein in logon ke liye basharat hai, in logon ke liye basharat hai jo halaat-e-rizq mein</w:t>
      </w:r>
      <w:r>
        <w:br/>
      </w:r>
      <w:r>
        <w:rPr>
          <w:sz w:val="20"/>
        </w:rPr>
        <w:t>10:41  bazaahir kamzor ban jaein, ba zaahir. kyunke in ke liye raasta yahi hai ke woh sabr ka tareeqa ikhtiyar karein.</w:t>
      </w:r>
    </w:p>
    <w:p>
      <w:pPr>
        <w:pStyle w:val="Heading2"/>
      </w:pPr>
      <w:r>
        <w:t>Secular people provided data believers failed</w:t>
      </w:r>
    </w:p>
    <w:p>
      <w:r>
        <w:rPr>
          <w:color w:val="666666"/>
          <w:sz w:val="18"/>
        </w:rPr>
        <w:t>Journey of Divine Civilization | January 24, 2010 · 4m 32s · at 30:45 · https://youtu.be/QCWXCjeZxnc?t=1845</w:t>
      </w:r>
    </w:p>
    <w:p>
      <w:r>
        <w:rPr>
          <w:i/>
        </w:rPr>
        <w:t>“Yajuj Majuj kamaane hain secular log”</w:t>
      </w:r>
    </w:p>
    <w:p>
      <w:r>
        <w:rPr>
          <w:sz w:val="20"/>
        </w:rPr>
        <w:t>30:45  ajooj majooj kamane hain secular log. yaajooj majooj kya hain? secular log. yeh sara safar-e-marifat secular logon nay kiya hai. aur jo believers hain, un ka yahi aik hi karmanama hai kay unhonay mehfooz rakha Quran ko. to lekin secular log jo kar kar paye kya? woh sirf data ikhatta kar sakay. bas agay aik kaam jo hai, ab believers ko karna hai. aur yahan par hamaray rehbar, hamaray ulama phir phir dobar</w:t>
      </w:r>
      <w:r>
        <w:br/>
      </w:r>
      <w:r>
        <w:rPr>
          <w:sz w:val="20"/>
        </w:rPr>
        <w:t>31:15  h fail ho rahe hain.</w:t>
      </w:r>
      <w:r>
        <w:br/>
      </w:r>
      <w:r>
        <w:rPr>
          <w:sz w:val="20"/>
        </w:rPr>
        <w:t>31:18  har cheez mein bhadakte hain.</w:t>
      </w:r>
      <w:r>
        <w:br/>
      </w:r>
      <w:r>
        <w:rPr>
          <w:sz w:val="20"/>
        </w:rPr>
        <w:t>31:22  kisi bhi situation mein hamare ulma positive response nahi de sake.</w:t>
      </w:r>
      <w:r>
        <w:br/>
      </w:r>
      <w:r>
        <w:rPr>
          <w:sz w:val="20"/>
        </w:rPr>
        <w:t>31:26  ek bhi mujhe nahi maloom, ek bhi waqea.</w:t>
      </w:r>
      <w:r>
        <w:br/>
      </w:r>
      <w:r>
        <w:rPr>
          <w:sz w:val="20"/>
        </w:rPr>
        <w:t>31:30  kayi sau saal ke darmiyan jo bhi situation create hoti hai, bas bhadak kar ke lagte hain woh</w:t>
      </w:r>
      <w:r>
        <w:br/>
      </w:r>
      <w:r>
        <w:rPr>
          <w:sz w:val="20"/>
        </w:rPr>
        <w:t>31:33  hangama kar ke.</w:t>
      </w:r>
      <w:r>
        <w:br/>
      </w:r>
      <w:r>
        <w:rPr>
          <w:sz w:val="20"/>
        </w:rPr>
        <w:t>31:37  bahut pehle ek kitaab chhapi thi, rangi rasool, hangama kar ke usko maar dala gaya, uske hathar ko.</w:t>
      </w:r>
      <w:r>
        <w:br/>
      </w:r>
      <w:r>
        <w:rPr>
          <w:sz w:val="20"/>
        </w:rPr>
        <w:t>31:41  salman ki kitaab thi,</w:t>
      </w:r>
      <w:r>
        <w:br/>
      </w:r>
      <w:r>
        <w:rPr>
          <w:sz w:val="20"/>
        </w:rPr>
        <w:t>31:45  Satanic Verses, to woh fatway lagay, saray dunya kay log fatway diye, maro maro maro is ko. maar to nahi sakay lekin fatwa to diya. main hi is mein alag raaz say. ab Denmark ka jo aadmi hai, us kay ghar mein ghus gaya marnay kay liye. wahan security lagi hui hai. yeh koi kaam hai bataiye? yeh to deviating point thay. deviating point. aap ko debate nahi hona tha. distracting point thay yeh. aap ko aik kaam karna hai, yahan say wahan tak, yahan say wahan tak,</w:t>
      </w:r>
      <w:r>
        <w:br/>
      </w:r>
      <w:r>
        <w:rPr>
          <w:sz w:val="20"/>
        </w:rPr>
        <w:t>32:15  yahan se wahan tak.</w:t>
      </w:r>
      <w:r>
        <w:br/>
      </w:r>
      <w:r>
        <w:rPr>
          <w:sz w:val="20"/>
        </w:rPr>
        <w:t>32:18  wahan par jagah jagah aap ko debating point aayenge.</w:t>
      </w:r>
      <w:r>
        <w:br/>
      </w:r>
      <w:r>
        <w:rPr>
          <w:sz w:val="20"/>
        </w:rPr>
        <w:t>32:22  distracting point aayenge.</w:t>
      </w:r>
      <w:r>
        <w:br/>
      </w:r>
      <w:r>
        <w:rPr>
          <w:sz w:val="20"/>
        </w:rPr>
        <w:t>32:25  lekin aap ko idhar mudna nahi, idhar nahi mudna hai.</w:t>
      </w:r>
      <w:r>
        <w:br/>
      </w:r>
      <w:r>
        <w:rPr>
          <w:sz w:val="20"/>
        </w:rPr>
        <w:t>32:29  chale jaana hai, chale jaana hai, chale jaana hai.</w:t>
      </w:r>
      <w:r>
        <w:br/>
      </w:r>
      <w:r>
        <w:rPr>
          <w:sz w:val="20"/>
        </w:rPr>
        <w:t>32:32  ajeeb baat hai ke yeh nahi kar sake.</w:t>
      </w:r>
      <w:r>
        <w:br/>
      </w:r>
      <w:r>
        <w:rPr>
          <w:sz w:val="20"/>
        </w:rPr>
        <w:t>32:36  aaj jo ulma bhadakte hain, ab falasteen mein yahoodi aa gaye, bhadak kar ladne lage wahan par.</w:t>
      </w:r>
      <w:r>
        <w:br/>
      </w:r>
      <w:r>
        <w:rPr>
          <w:sz w:val="20"/>
        </w:rPr>
        <w:t>32:39  india mein angrez aa gaye, bhadak kar ladne lage wahan par.</w:t>
      </w:r>
      <w:r>
        <w:br/>
      </w:r>
      <w:r>
        <w:rPr>
          <w:sz w:val="20"/>
        </w:rPr>
        <w:t>32:42  afreeqa mein faransisi aa gaye, wahan bhark kar larnay lagay in se.</w:t>
      </w:r>
      <w:r>
        <w:br/>
      </w:r>
      <w:r>
        <w:rPr>
          <w:sz w:val="20"/>
        </w:rPr>
        <w:t>32:46  bas yahi yahi kar rahay hain, bhark bhark kar ke.</w:t>
      </w:r>
      <w:r>
        <w:br/>
      </w:r>
      <w:r>
        <w:rPr>
          <w:sz w:val="20"/>
        </w:rPr>
        <w:t>32:52  yeh yeh bharkna kya hai? yeh deviation hai, distraction hai.</w:t>
      </w:r>
      <w:r>
        <w:br/>
      </w:r>
      <w:r>
        <w:rPr>
          <w:sz w:val="20"/>
        </w:rPr>
        <w:t>32:58  is ki price kya deni par rahi hai? ke jo safar marifat tha, woh qabil nahi kar paye yeh log.</w:t>
      </w:r>
      <w:r>
        <w:br/>
      </w:r>
      <w:r>
        <w:rPr>
          <w:sz w:val="20"/>
        </w:rPr>
        <w:t>33:05  woh qabil nahi kar paye.</w:t>
      </w:r>
      <w:r>
        <w:br/>
      </w:r>
      <w:r>
        <w:rPr>
          <w:sz w:val="20"/>
        </w:rPr>
        <w:t>33:11  is ko jo agarche is kaam ka 50 percent secular log kar chukay thay,</w:t>
      </w:r>
      <w:r>
        <w:br/>
      </w:r>
      <w:r>
        <w:rPr>
          <w:sz w:val="20"/>
        </w:rPr>
        <w:t>33:17  secular log kar chukay thay, yani secular logon ne prove kiya, usay prove kiya ke khuda ka wajood hai.</w:t>
      </w:r>
      <w:r>
        <w:br/>
      </w:r>
      <w:r>
        <w:rPr>
          <w:sz w:val="20"/>
        </w:rPr>
        <w:t>33:22  khuda ka invisible hona yeh saboot nahi ke khuda ka wajood nahi hai.</w:t>
      </w:r>
      <w:r>
        <w:br/>
      </w:r>
      <w:r>
        <w:rPr>
          <w:sz w:val="20"/>
        </w:rPr>
        <w:t>33:27  kyunke sari material world bhi invisible hai.</w:t>
      </w:r>
      <w:r>
        <w:br/>
      </w:r>
      <w:r>
        <w:rPr>
          <w:sz w:val="20"/>
        </w:rPr>
        <w:t>33:32  yani sara matter khud invisible hai.</w:t>
      </w:r>
      <w:r>
        <w:br/>
      </w:r>
      <w:r>
        <w:rPr>
          <w:sz w:val="20"/>
        </w:rPr>
        <w:t>33:37  jab material safar hamara pohancha electron tak, to hamein maloom hua ke material matter bhi invisible hai.</w:t>
      </w:r>
      <w:r>
        <w:br/>
      </w:r>
      <w:r>
        <w:rPr>
          <w:sz w:val="20"/>
        </w:rPr>
        <w:t>33:42  to matter invisible hai, to character</w:t>
      </w:r>
      <w:r>
        <w:br/>
      </w:r>
      <w:r>
        <w:rPr>
          <w:sz w:val="20"/>
        </w:rPr>
        <w:t>33:47  bhi invisible hai.</w:t>
      </w:r>
      <w:r>
        <w:br/>
      </w:r>
      <w:r>
        <w:rPr>
          <w:sz w:val="20"/>
        </w:rPr>
        <w:t>33:51  to is mein aap ko kya objection kiya hai is ko mannay mein? yeh yeh yeh yeh yeh</w:t>
      </w:r>
      <w:r>
        <w:br/>
      </w:r>
      <w:r>
        <w:rPr>
          <w:sz w:val="20"/>
        </w:rPr>
        <w:t>33:56  Rational ground, rational support diya hai secular logon ne.</w:t>
      </w:r>
      <w:r>
        <w:br/>
      </w:r>
      <w:r>
        <w:rPr>
          <w:sz w:val="20"/>
        </w:rPr>
        <w:t>34:00  aise yeh bhi secular logon ne support diya hai ke tum sari baaton ko jaan nahi saktay ho.</w:t>
      </w:r>
      <w:r>
        <w:br/>
      </w:r>
      <w:r>
        <w:rPr>
          <w:sz w:val="20"/>
        </w:rPr>
        <w:t>34:04  science gives us but partial knowledge of reality.</w:t>
      </w:r>
      <w:r>
        <w:br/>
      </w:r>
      <w:r>
        <w:rPr>
          <w:sz w:val="20"/>
        </w:rPr>
        <w:t>34:09  یہاں بھی سپورٹ دیا انہوں نے کہ وحی کے بغیر اور revelation کے بغیر چارہ نہیں ہے۔</w:t>
      </w:r>
      <w:r>
        <w:br/>
      </w:r>
      <w:r>
        <w:rPr>
          <w:sz w:val="20"/>
        </w:rPr>
        <w:t>34:13  tum ko manna paray ga. warna tum</w:t>
      </w:r>
      <w:r>
        <w:br/>
      </w:r>
      <w:r>
        <w:rPr>
          <w:sz w:val="20"/>
        </w:rPr>
        <w:t>34:17  andhere andhere mein raho ge. phir unhon ne yeh bhi support diya ke jannat aik aisi cheez hai jo quran mein ya hadith mein hai ke jannat har qism ka jua hoga, unlimited jua hoga. woh sab possible hai. kyunke jo jo industrial development jo hua, industrial development ke zariye se jo sari cheezein samne aayin, har qism ki cheezein, har qism ki comfort, har qism ki luxury, us ne yeh is baat</w:t>
      </w:r>
      <w:r>
        <w:br/>
      </w:r>
      <w:r>
        <w:rPr>
          <w:sz w:val="20"/>
        </w:rPr>
        <w:t>34:47  ko sabit kar diya.</w:t>
      </w:r>
      <w:r>
        <w:br/>
      </w:r>
      <w:r>
        <w:rPr>
          <w:sz w:val="20"/>
        </w:rPr>
        <w:t>34:51  is mein yeh sab ka is baat ka evidence ban gaya ke jannat possible hai.</w:t>
      </w:r>
      <w:r>
        <w:br/>
      </w:r>
      <w:r>
        <w:rPr>
          <w:sz w:val="20"/>
        </w:rPr>
        <w:t>34:55  jannat mein yahi to hai ke jannat mein limited na rahay.</w:t>
      </w:r>
      <w:r>
        <w:br/>
      </w:r>
      <w:r>
        <w:rPr>
          <w:sz w:val="20"/>
        </w:rPr>
        <w:t>34:58  jo quran mein alhamdulillah azban al-hasr, hasr nikaal diya to yeh jannat hai.</w:t>
      </w:r>
      <w:r>
        <w:br/>
      </w:r>
      <w:r>
        <w:rPr>
          <w:sz w:val="20"/>
        </w:rPr>
        <w:t>35:02  yeh sab secular logon ne kaam kiya hai.</w:t>
      </w:r>
      <w:r>
        <w:br/>
      </w:r>
      <w:r>
        <w:rPr>
          <w:sz w:val="20"/>
        </w:rPr>
        <w:t>35:06  aur hamaray jo log hain, woh sirf larr phir rahay hain.</w:t>
      </w:r>
      <w:r>
        <w:br/>
      </w:r>
      <w:r>
        <w:rPr>
          <w:sz w:val="20"/>
        </w:rPr>
        <w:t>35:10  abhi bhi pehlay bhi larray, abhi bhi larr rahay hain.</w:t>
      </w:r>
      <w:r>
        <w:br/>
      </w:r>
      <w:r>
        <w:rPr>
          <w:sz w:val="20"/>
        </w:rPr>
        <w:t>35:14  khuda ke fazal se hamari team jo hai, yeh</w:t>
      </w:r>
    </w:p>
    <w:p>
      <w:pPr>
        <w:pStyle w:val="Heading2"/>
      </w:pPr>
      <w:r>
        <w:t>common ground, Musa and Pharaoh, and humility with others</w:t>
      </w:r>
    </w:p>
    <w:p>
      <w:r>
        <w:rPr>
          <w:color w:val="666666"/>
          <w:sz w:val="18"/>
        </w:rPr>
        <w:t>Good Relationships CPS Women Discussion 23 September 10, 2023 · 3m 52s · at 36:43 · https://youtu.be/5UlMoC6-jGU?t=2203</w:t>
      </w:r>
    </w:p>
    <w:p>
      <w:r>
        <w:rPr>
          <w:i/>
        </w:rPr>
        <w:t>“Good relationships grow by discussing common ground, not uncommon ground”</w:t>
      </w:r>
    </w:p>
    <w:p>
      <w:r>
        <w:rPr>
          <w:sz w:val="20"/>
        </w:rPr>
        <w:t>36:43  Woh yeh hai ki acche samaj banane ke liye good relationship zaroori hai aur hum creation plan of god ko samajhne se humko maloom hota hai ki good relationships also part of it aur Maulana sahib, one of his, mentioned one of his lectures.</w:t>
      </w:r>
      <w:r>
        <w:br/>
      </w:r>
      <w:r>
        <w:rPr>
          <w:sz w:val="20"/>
        </w:rPr>
        <w:t>37:06  Usmein Maulana ne chapter three verse 64 mein kaha ki aaiye kitab walon aaiye hamari aur tumhari common topic mein. Toh professor ne ahl-e-kitab ko bolte hain ki aao hum hamari aur tumhari jo topic hai, common topic hai, usi par charcha karenge.</w:t>
      </w:r>
      <w:r>
        <w:br/>
      </w:r>
      <w:r>
        <w:rPr>
          <w:sz w:val="20"/>
        </w:rPr>
        <w:t>37:33  Yahan Maulana ne bola hai ki jab koi relationship mein two two parts hote hain. Ek hota hai common aur ek uncommon. Agar hum common topic mein charcha karne se hamari jo friendship hai, relationship hai woh badhti hai, qaim rehti hai.</w:t>
      </w:r>
      <w:r>
        <w:br/>
      </w:r>
      <w:r>
        <w:rPr>
          <w:sz w:val="20"/>
        </w:rPr>
        <w:t>37:52  Jab hum uncommon ground par jaakar discuss karne se woh relationship toot jaati hai toh hum hum yeh karni chahiye ki common topics ko related karke charcha karni chahiye. Tab hamare andar itna maturity aayegi ki uncommon mein bhi hum discuss kar saken. Yeh Maulana ki lecture hai.</w:t>
      </w:r>
      <w:r>
        <w:br/>
      </w:r>
      <w:r>
        <w:rPr>
          <w:sz w:val="20"/>
        </w:rPr>
        <w:t>38:14  Aur number four is aise daees hum jo CPS mission hai divine mission, hum sab daees hain. Daees ko zaroorat hai ki good relationship maintain karni chahiye. Toh hum sab se acche relations karne se hi hum khuda ki paigham doosron tak pahunch jaate hain aur jo hamari role hai daee role woh effectively play kar sakte hain.</w:t>
      </w:r>
      <w:r>
        <w:br/>
      </w:r>
      <w:r>
        <w:rPr>
          <w:sz w:val="20"/>
        </w:rPr>
        <w:t>38:43  iska example hai jab musal ehsaal ne firoun ke paas jaane ka uda ne gum diya tab firoun</w:t>
      </w:r>
      <w:r>
        <w:br/>
      </w:r>
      <w:r>
        <w:rPr>
          <w:sz w:val="20"/>
        </w:rPr>
        <w:t>38:50  ne bola hai ki aap firoun ke paas jao aur unse bahut smoothly baat karo ki firan ek</w:t>
      </w:r>
      <w:r>
        <w:br/>
      </w:r>
      <w:r>
        <w:rPr>
          <w:sz w:val="20"/>
        </w:rPr>
        <w:t>38:57  arrogant tha lekin khuda ne yeh hukm diya ke tum unse bohat achhe zubaan se, achhe tareeqe se</w:t>
      </w:r>
      <w:r>
        <w:br/>
      </w:r>
      <w:r>
        <w:rPr>
          <w:sz w:val="20"/>
        </w:rPr>
        <w:t>39:05  baat karo ke saamne wala insaan kitna bhi bure ho hamare ko bahar ki misses dene ke liye,</w:t>
      </w:r>
      <w:r>
        <w:br/>
      </w:r>
      <w:r>
        <w:rPr>
          <w:sz w:val="20"/>
        </w:rPr>
        <w:t>39:12  unse achhe relationship maintain karne ke liye unse bohat achhi taraf baat karni chahiye aur adjustment also part</w:t>
      </w:r>
      <w:r>
        <w:br/>
      </w:r>
      <w:r>
        <w:rPr>
          <w:sz w:val="20"/>
        </w:rPr>
        <w:t>39:19  of good relationship.</w:t>
      </w:r>
      <w:r>
        <w:br/>
      </w:r>
      <w:r>
        <w:rPr>
          <w:sz w:val="20"/>
        </w:rPr>
        <w:t>39:27  Toh adjustment aur yeh jo raazi yeh dono good relationship yeh do cheezon se badhti jaati hai aur film rehti hai aur ek verse hai quran mein chapter 31 verse 18.</w:t>
      </w:r>
      <w:r>
        <w:br/>
      </w:r>
      <w:r>
        <w:rPr>
          <w:sz w:val="20"/>
        </w:rPr>
        <w:t>39:45  Toh Allah taala mein bol rahe hain yahan tum zameen par akadkar mat chalo aur logon se munh pro se dheero mat. Kyunki Allah taala arrogant ko aur jo pro feel hote hain un logon ko kabhi pasand nahi karega.</w:t>
      </w:r>
      <w:r>
        <w:br/>
      </w:r>
      <w:r>
        <w:rPr>
          <w:sz w:val="20"/>
        </w:rPr>
        <w:t>40:06  Toh hum doosron ke saath bahut garmi ke saath aur simplicity ke saath, humbleness ke saath rehne se hum unse good relationships maintain kar sakte hain aur ek doosre se learn kar sakte hain, grow kar sakte hain. Hamari jo role hai yahan acchi tarah play kar sakte hain. Thank you, Ayisha.</w:t>
      </w:r>
      <w:r>
        <w:br/>
      </w:r>
      <w:r>
        <w:rPr>
          <w:sz w:val="20"/>
        </w:rPr>
        <w:t>40:35  The very important point that I could know from your talk was Maulana always mentioned about this interfaith dialogue where people need to talk on the common grounds. That is a basis of having a interfaith dialogue.</w:t>
      </w:r>
    </w:p>
    <w:p>
      <w:pPr>
        <w:pStyle w:val="Heading2"/>
      </w:pPr>
      <w:r>
        <w:t>Dawah is pure work with angelic support</w:t>
      </w:r>
    </w:p>
    <w:p>
      <w:r>
        <w:rPr>
          <w:color w:val="666666"/>
          <w:sz w:val="18"/>
        </w:rPr>
        <w:t>The Importance of Shukr 19 Dec, 2010 - Maulana Wahiduddin Khan · 4m 26s · at 51:15 · https://youtu.be/F4mVn0DwH34?t=3075</w:t>
      </w:r>
    </w:p>
    <w:p>
      <w:r>
        <w:rPr>
          <w:i/>
        </w:rPr>
        <w:t>“Dawat ka jo kaam hai Quran jo hai kitab e dawat hai.”</w:t>
      </w:r>
    </w:p>
    <w:p>
      <w:r>
        <w:rPr>
          <w:sz w:val="20"/>
        </w:rPr>
        <w:t>51:15  dawat dawat ka jo kaam hai to quran jo hai kitab dawat hai sara quran jo hai dawat ki kitab hai sara quran</w:t>
      </w:r>
      <w:r>
        <w:br/>
      </w:r>
      <w:r>
        <w:rPr>
          <w:sz w:val="20"/>
        </w:rPr>
        <w:t>51:34  is mein kuch aayatein aisi hain jo bahut hi ajeeb aayatein hain jo yeh batati hain ke daai ke liye special security hoti hai bahut ajeeb baat hai aam logon ke liye koi special security nahi hai inhe khud hi arrange karna hai aap apna mamla karein to karein nahi to na karein to marein</w:t>
      </w:r>
      <w:r>
        <w:br/>
      </w:r>
      <w:r>
        <w:rPr>
          <w:sz w:val="20"/>
        </w:rPr>
        <w:t>52:02  daai ke liye special securi</w:t>
      </w:r>
      <w:r>
        <w:br/>
      </w:r>
      <w:r>
        <w:rPr>
          <w:sz w:val="20"/>
        </w:rPr>
        <w:t>52:03  ty hai lahu ma'aqqabatun min bayni yadayhi wa min khalfihi yahfazoohum min amrillah yani daai ki is ka matlab yeh hai ke daai ke aage peeche farishte hote hain jo uski himayat karte hain Allah ke hukum se aur bhi aayatein is mafhoom ki hain quran majeed mein yani special security usko kahenge</w:t>
      </w:r>
      <w:r>
        <w:br/>
      </w:r>
      <w:r>
        <w:rPr>
          <w:sz w:val="20"/>
        </w:rPr>
        <w:t>52:28  special security</w:t>
      </w:r>
      <w:r>
        <w:br/>
      </w:r>
      <w:r>
        <w:rPr>
          <w:sz w:val="20"/>
        </w:rPr>
        <w:t>52:32  jis ka matlab kya hua ke dawat ka kaam jab aap ke samne aa jaye</w:t>
      </w:r>
      <w:r>
        <w:br/>
      </w:r>
      <w:r>
        <w:rPr>
          <w:sz w:val="20"/>
        </w:rPr>
        <w:t>52:40  to is yaqeen ke saath is mein apne ko daal dijiye ke ab ab ab mamla Allah ka ho gaya</w:t>
      </w:r>
      <w:r>
        <w:br/>
      </w:r>
      <w:r>
        <w:rPr>
          <w:sz w:val="20"/>
        </w:rPr>
        <w:t>52:53  aur is kaam mein jo jo aap kar rahe hain aap log bar bar is tarah ke waqiyat samne aa rahe hain rozana mere paas aise telephone aate hain ke ajeeb ghareeb tor par Allah taala ki madad ho jati hai ajeeb ghareeb tor par</w:t>
      </w:r>
      <w:r>
        <w:br/>
      </w:r>
      <w:r>
        <w:rPr>
          <w:sz w:val="20"/>
        </w:rPr>
        <w:t>53:12  abhi hum log bahar gaye the to hamare paas kai bundle the kitabon ke</w:t>
      </w:r>
      <w:r>
        <w:br/>
      </w:r>
      <w:r>
        <w:rPr>
          <w:sz w:val="20"/>
        </w:rPr>
        <w:t>53:21  hum log galiban chaar aadmi the lekin bundle jo tha woh zyada tha jitna ke unhe jitna</w:t>
      </w:r>
      <w:r>
        <w:br/>
      </w:r>
      <w:r>
        <w:rPr>
          <w:sz w:val="20"/>
        </w:rPr>
        <w:t>53:31  ke woh le sakte the woh</w:t>
      </w:r>
      <w:r>
        <w:br/>
      </w:r>
      <w:r>
        <w:rPr>
          <w:sz w:val="20"/>
        </w:rPr>
        <w:t>53:35  to main jab gate pe pahuncha aur unhone trolley se bundle utare bahut sare maine kaha ji sahab kaise ho aap kaise le jayenge use wapas kar dega woh</w:t>
      </w:r>
      <w:r>
        <w:br/>
      </w:r>
      <w:r>
        <w:rPr>
          <w:sz w:val="20"/>
        </w:rPr>
        <w:t>53:48  meri zabaan se nikla ke is se itne saare bundle up laen kitabon ke apne saathiyon se main ne kaha ye to wapas kar dega wo book nahi karega wo</w:t>
      </w:r>
      <w:r>
        <w:br/>
      </w:r>
      <w:r>
        <w:rPr>
          <w:sz w:val="20"/>
        </w:rPr>
        <w:t>53:59  nahi lega wo counter par</w:t>
      </w:r>
      <w:r>
        <w:br/>
      </w:r>
      <w:r>
        <w:rPr>
          <w:sz w:val="20"/>
        </w:rPr>
        <w:t>54:03  to mujhe ab tak yaad hai ke hamare saath Mr Rajat the bare aitraaz se unhon ne kaha ke that is an unjust problem us waqt main rone laga ke dekhiye hamare saathiyon mein kaise jazbaat hain that is an unjust problem</w:t>
      </w:r>
      <w:r>
        <w:br/>
      </w:r>
      <w:r>
        <w:rPr>
          <w:sz w:val="20"/>
        </w:rPr>
        <w:t>54:23  wo hamara nahi maamla hai wo farishton ka maamla hai wo wo niptein</w:t>
      </w:r>
      <w:r>
        <w:br/>
      </w:r>
      <w:r>
        <w:rPr>
          <w:sz w:val="20"/>
        </w:rPr>
        <w:t>54:27  ge wo</w:t>
      </w:r>
      <w:r>
        <w:br/>
      </w:r>
      <w:r>
        <w:rPr>
          <w:sz w:val="20"/>
        </w:rPr>
        <w:t>54:31  to trolley se saara bundle le kar gaye wahan par log to wazan ke lehaz se do bare bare cartoon jo hai wo fazil the do carton fazil the kitabon ke ye do isse lotana chahiye tha to us ne kaha ye to excess hai ye to zyada hai</w:t>
      </w:r>
      <w:r>
        <w:br/>
      </w:r>
      <w:r>
        <w:rPr>
          <w:sz w:val="20"/>
        </w:rPr>
        <w:t>54:54  to hamare saathi koi bole nahi</w:t>
      </w:r>
      <w:r>
        <w:br/>
      </w:r>
      <w:r>
        <w:rPr>
          <w:sz w:val="20"/>
        </w:rPr>
        <w:t>54:59  to jab ye nahi bole to farishta bola angel ne un ke kaan mein daal diya ke le lo ye khuda ke kaam ke liye ja rahe hain yani bohat hi ajeeb baat hai ke isi waqt ek aur lady aayi thi uska samaan zyada tha us ko lota diya us ne hamari aankhon ke saamne hamari aankhon ke saamne isi counter par jo aadmi tha un ka lota diya</w:t>
      </w:r>
      <w:r>
        <w:br/>
      </w:r>
      <w:r>
        <w:rPr>
          <w:sz w:val="20"/>
        </w:rPr>
        <w:t>55:22  hum logon ko le liya kyunke is mein quran tha islamic literature tha hum bahar ja rahe the kisi conference mein</w:t>
      </w:r>
      <w:r>
        <w:br/>
      </w:r>
      <w:r>
        <w:rPr>
          <w:sz w:val="20"/>
        </w:rPr>
        <w:t>55:34  to dawat ka ye kaam jo hai ye supreme hai sab se bara kaam hai</w:t>
      </w:r>
    </w:p>
    <w:p>
      <w:pPr>
        <w:pStyle w:val="Heading2"/>
      </w:pPr>
      <w:r>
        <w:t>Cartoon boycott and lesson of result-oriented actions</w:t>
      </w:r>
    </w:p>
    <w:p>
      <w:r>
        <w:rPr>
          <w:color w:val="666666"/>
          <w:sz w:val="18"/>
        </w:rPr>
        <w:t>How to Develop Spiritual Personality July 16, 2006 Maulana Wahiduddin Khan · 4m 09s · at 10:36 · https://youtu.be/nxFUXRFboW4?t=636</w:t>
      </w:r>
    </w:p>
    <w:p>
      <w:r>
        <w:rPr>
          <w:i/>
        </w:rPr>
        <w:t>“Abhi kal ki baat hai, mere paas Arab se paanch aadmi aaye.”</w:t>
      </w:r>
    </w:p>
    <w:p>
      <w:r>
        <w:rPr>
          <w:sz w:val="20"/>
        </w:rPr>
        <w:t>10:36  Theek yahi haalat poore Muslim world ki bhi hai jo hum India mein dekh rahe hain. Abhi kal ki baat hai, mere paas Arab se paanch aadmi aaye.</w:t>
      </w:r>
      <w:r>
        <w:br/>
      </w:r>
      <w:r>
        <w:rPr>
          <w:sz w:val="20"/>
        </w:rPr>
        <w:t>10:48  Paanch aadmi. Is mein se teen ulema thay aur do ulema thay aur teen naujawan thay. Yeh log Arab mein rehte hain, wahan ke capital mein.</w:t>
      </w:r>
      <w:r>
        <w:br/>
      </w:r>
      <w:r>
        <w:rPr>
          <w:sz w:val="20"/>
        </w:rPr>
        <w:t>11:02  To unhon ne, in baat cheet jo hui un se to unhon ne bataya cartoon ke baare mein. Aap jaante hain ke 30 September 2005 ko Denmark ke ek akhbaar mein cartoon chhapa tha jis par saare Muslim world mein hungama khara hua.</w:t>
      </w:r>
      <w:r>
        <w:br/>
      </w:r>
      <w:r>
        <w:rPr>
          <w:sz w:val="20"/>
        </w:rPr>
        <w:t>11:20  Main akela tha jis ne likha yeh mazmoon jo chhapa tha yahan ke English akhbaaron mein ke "Ignore cartoons". Cartoonon ko ignore karo.</w:t>
      </w:r>
      <w:r>
        <w:br/>
      </w:r>
      <w:r>
        <w:rPr>
          <w:sz w:val="20"/>
        </w:rPr>
        <w:t>11:31  "Ignore cartoons". Lekin poore Muslim world mein hungama khara hua. To Arab se jo log aaye thay unhon ne bataya ke hamare yahan yeh hua ke itna shor macha ke Denmark ke jo milk products hain logon ne is ko khareedna band kar diya.</w:t>
      </w:r>
      <w:r>
        <w:br/>
      </w:r>
      <w:r>
        <w:rPr>
          <w:sz w:val="20"/>
        </w:rPr>
        <w:t>11:53  Us waqt kya tha? Mobile par message bheje ja rahe hain ke boycott karo Denmark ke product ka. Har jagah, har taraf banner lagaye hue hain. Jidhar dekhen udhar yahi baatein ho rahi hain.</w:t>
      </w:r>
      <w:r>
        <w:br/>
      </w:r>
      <w:r>
        <w:rPr>
          <w:sz w:val="20"/>
        </w:rPr>
        <w:t>12:04  To jo dukaanain bechti thin Denmark ke milk product ko unhon ne dekha ke jo khareed koi nahi raha hai to unhon ne band kar diya. Phir main ne poochha ke ab kya haal hai?</w:t>
      </w:r>
      <w:r>
        <w:br/>
      </w:r>
      <w:r>
        <w:rPr>
          <w:sz w:val="20"/>
        </w:rPr>
        <w:t>12:17  Unhon ne kaha ab to khoob pehle ki tarah bik raha hai. Jaisa pehle tha waisa ab hai. To main ne kaha kyun aisa hua? Yahan par dekhein yeh rone ki baat hai.</w:t>
      </w:r>
      <w:r>
        <w:br/>
      </w:r>
      <w:r>
        <w:rPr>
          <w:sz w:val="20"/>
        </w:rPr>
        <w:t>12:27  Yeh rone ki baat hai. Unhon ne kaha ke bachon ne inkar kar diya ke doosre jo aate thay idhar idhar se makkhan aur paneer ke hum is ko nahi khaayenge.</w:t>
      </w:r>
      <w:r>
        <w:br/>
      </w:r>
      <w:r>
        <w:rPr>
          <w:sz w:val="20"/>
        </w:rPr>
        <w:t>12:36  Hamein to wohi Denmark wala chahiye. To aap jaante hain ke Denmark mein jo milk products bante hain woh bohat oonchi quality ke hote hain. Wahan ka butter, wahan ka paneer, wahan ka doodh bohat achi quality ka hota hai.</w:t>
      </w:r>
      <w:r>
        <w:br/>
      </w:r>
      <w:r>
        <w:rPr>
          <w:sz w:val="20"/>
        </w:rPr>
        <w:t>12:50  To bachon ne inkar kar diya ke hum to nahi khaayenge, yeh hamein to wohi chahiye. To baapon ne sukam kiya aur phir wahan se mangaya jaane laga.</w:t>
      </w:r>
      <w:r>
        <w:br/>
      </w:r>
      <w:r>
        <w:rPr>
          <w:sz w:val="20"/>
        </w:rPr>
        <w:t>13:00  Aur phir dukaanon mein bikne laga. Main ne kaha ke is ka matlab yeh hai ke aap bachon ke aage surrender karte hain aap.</w:t>
      </w:r>
      <w:r>
        <w:br/>
      </w:r>
      <w:r>
        <w:rPr>
          <w:sz w:val="20"/>
        </w:rPr>
        <w:t>13:10  Khuda ke aage aap surrender nahi kar sakte. Kyun ke dekhein hadees mein aaya hai "Min hasan islam al-mar'u tarkuhu ma la ya'ni".</w:t>
      </w:r>
      <w:r>
        <w:br/>
      </w:r>
      <w:r>
        <w:rPr>
          <w:sz w:val="20"/>
        </w:rPr>
        <w:t>13:23  Jis kaam mein koi faida na ho us ko chhorna yeh Islam hai.</w:t>
      </w:r>
      <w:r>
        <w:br/>
      </w:r>
      <w:r>
        <w:rPr>
          <w:sz w:val="20"/>
        </w:rPr>
        <w:t>13:30  Yani is ka matlab kya hai? Your actions must be result oriented. Jab aap koi kaam karein, jab aap koi baat bolein ya koi action lein to sochein ke kya is ka koi positive result nikalne wala hai?</w:t>
      </w:r>
      <w:r>
        <w:br/>
      </w:r>
      <w:r>
        <w:rPr>
          <w:sz w:val="20"/>
        </w:rPr>
        <w:t>13:48  Agar nahi nikalne wala hai to us kaam ko chhodiye. Na kijiye. To main ne kaha ke aap ka tajurba khud batata hai ke Denmark ke khilaf jo hungama khara kiya gaya is ka koi result nahi nikalne wala tha.</w:t>
      </w:r>
      <w:r>
        <w:br/>
      </w:r>
      <w:r>
        <w:rPr>
          <w:sz w:val="20"/>
        </w:rPr>
        <w:t>14:03  Kuch bhi nahi.</w:t>
      </w:r>
      <w:r>
        <w:br/>
      </w:r>
      <w:r>
        <w:rPr>
          <w:sz w:val="20"/>
        </w:rPr>
        <w:t>14:08  To jab aisa kaam jis ka result na nikalne wala ho, Khuda ne mana kiya hai ke aisa kaam mat karo jis mein result na nikle. To aap ne kyun kiya?</w:t>
      </w:r>
      <w:r>
        <w:br/>
      </w:r>
      <w:r>
        <w:rPr>
          <w:sz w:val="20"/>
        </w:rPr>
        <w:t>14:17  Kyun aisa kaam kiya? To main ne kaha ke yeh rone ki baat hai ke aap log Khuda ke hukm ke aage surrender nahi karte lekin bachon ka jo kehna hai us par surrender kar dete hain.</w:t>
      </w:r>
      <w:r>
        <w:br/>
      </w:r>
      <w:r>
        <w:rPr>
          <w:sz w:val="20"/>
        </w:rPr>
        <w:t>14:31  Aap ka Khuda aap ke bache hain. Aap ka Khuda Khuda nahi hai. Yeh bohat hi sakht baat hai lekin baharhaal main majboor hoon ke aisa kahoon. To Muslim world mein bhi yahi haal hai ke emotion management nahi jaante log.</w:t>
      </w:r>
    </w:p>
    <w:p>
      <w:pPr>
        <w:pStyle w:val="Heading2"/>
      </w:pPr>
      <w:r>
        <w:t>I'tikaf and spiritual seclusion</w:t>
      </w:r>
    </w:p>
    <w:p>
      <w:r>
        <w:rPr>
          <w:color w:val="666666"/>
          <w:sz w:val="18"/>
        </w:rPr>
        <w:t>Ramadan Q and A Session with Prof. Farida Khanam 27th March' 2022 · 5m 23s · at 50:17 · https://youtu.be/M_pJVGZWKIM?t=3017</w:t>
      </w:r>
    </w:p>
    <w:p>
      <w:r>
        <w:rPr>
          <w:i/>
        </w:rPr>
        <w:t>“Matlab compulsory toh nahi hai lekin iske baare mein”</w:t>
      </w:r>
    </w:p>
    <w:p>
      <w:r>
        <w:rPr>
          <w:sz w:val="20"/>
        </w:rPr>
        <w:t>50:17  matlab compulsory toh nahi hai lekin iske bare mein kuch batayenge yahan paritapa aur agar jaise ladies masjid nahi ja sakti toh ghar mein kar sakti hain. ghar mein kya kahein? aitkaf. haan aitkaf toh ladies ghar mein karti hain. ladies ghar mein kar sakti hain. ji uske bare mein thoda explain kar denge matlab kis tarah se karna hota hai.</w:t>
      </w:r>
      <w:r>
        <w:br/>
      </w:r>
      <w:r>
        <w:rPr>
          <w:sz w:val="20"/>
        </w:rPr>
        <w:t>50:45  koi time fix nahi hota matlab do teen ghante ke liye bhi kar sakte hain. haan, sahi baat hai na aadhe aadhe din keep karte hain lekin ramzan ka jo tha na ramzan ke naam se karein to karte hain. waise to woh ramzan ka respation nahi hoga. das din behtar hai lekin agar hamare paas kam time hai aur ladies ki bahut zimmedariyan hoti hain to hum kam time ke liye bhi aitikaf kar sakte hain.</w:t>
      </w:r>
      <w:r>
        <w:br/>
      </w:r>
      <w:r>
        <w:rPr>
          <w:sz w:val="20"/>
        </w:rPr>
        <w:t>51:11  wahi hota hai wahi nafil namaden, wahi quran, wahi duaen yahi sab hota hai alag se nahi kuch hota hai. quran ka matlab karju mein se karna? puran kuch samajhkar padhna, usko tadabur karna to woh hai thodi do uski thodi translation jisko aadmi na aati hoon translation ke saath padhna to yeh sab hai.</w:t>
      </w:r>
      <w:r>
        <w:br/>
      </w:r>
      <w:r>
        <w:rPr>
          <w:sz w:val="20"/>
        </w:rPr>
        <w:t>51:35  abba aitikaf ke bare mein humne yeh suna hai ki ek ghar ka ek kona apne liye woh kar lein aur shayad family members ko bata dein ki woh aitikaf mein baithi hain unko koi disturb na karein. aisa kuch hai aapka? suna aam halat mein koi disturb na karein lekin agar koi bahut emergency situation aa gayi hai to uth bhi sakte hain.</w:t>
      </w:r>
      <w:r>
        <w:br/>
      </w:r>
      <w:r>
        <w:rPr>
          <w:sz w:val="20"/>
        </w:rPr>
        <w:t>51:58  ek baar abdullah ibn e abbas yeh the kaf mein the mazdir nabbir mein koi aa gaya uski koi sab zaroorat ke liye to abdullah ibn e abbas uthkar gaye uska kaam kiya phir khamoshi se kaam karke phir aakar itne kaf mein baith gaye. to emergency ke liye uthe. aam halat mein nahi uthae. ok, doctor najma siddiqui hai. she wants to ask one question. aap aap mute unmute karein apne. awaaz nahi aa</w:t>
      </w:r>
      <w:r>
        <w:br/>
      </w:r>
      <w:r>
        <w:rPr>
          <w:sz w:val="20"/>
        </w:rPr>
        <w:t>52:28  rahi hai? theek hai. assalamualikum. maine abhi Maulana ka ek video dekha tha to Maulana ne kaha ki yeh jo last ke din hai yeh ek tarah se hamara physical aitikaf hai. lekin otherwise spiritual, spiritual ek aitikaf to pure ramzan hai aur iske alawa bhi agar hum har waqt Allah ke bare mein sochte hain to woh bhi hamara aitikaf hai.</w:t>
      </w:r>
      <w:r>
        <w:br/>
      </w:r>
      <w:r>
        <w:rPr>
          <w:sz w:val="20"/>
        </w:rPr>
        <w:t>52:56  to main doctor farida khanam se kahungi zara is baat ko elaborate kar doon. jo unhone Maulana ne yeh baat kari hai. aitikaf ka literal meaning hai seclusion ghosha nasheeni. haan. to asal mein kya hai ki is duniya mein jab aadmi hai to bahut sari uski madhya zarooraten hoti hain to uski wajah se bahut zyada woh spiritual uska development jitna hona chahiye nahi ho ho pata.</w:t>
      </w:r>
      <w:r>
        <w:br/>
      </w:r>
      <w:r>
        <w:rPr>
          <w:sz w:val="20"/>
        </w:rPr>
        <w:t>53:23  yeh madhya cheezen jo hain na woh ek whale ban jati hain. to isliye hum ek tikaf mein log jaate hain taaki bilkul total sense mein woh Khuda se matlab aj ho sake.</w:t>
      </w:r>
      <w:r>
        <w:br/>
      </w:r>
      <w:r>
        <w:rPr>
          <w:sz w:val="20"/>
        </w:rPr>
        <w:t>53:37  to yeh jo hai ehtikaf ka yahi matlab hai aur woh hai to woh physical to physical hum</w:t>
      </w:r>
      <w:r>
        <w:br/>
      </w:r>
      <w:r>
        <w:rPr>
          <w:sz w:val="20"/>
        </w:rPr>
        <w:t>53:43  namaz aise kar rahe hain yeh physical hai lekin hum kin kin jazbaad ke saath namaz padh rahe</w:t>
      </w:r>
      <w:r>
        <w:br/>
      </w:r>
      <w:r>
        <w:rPr>
          <w:sz w:val="20"/>
        </w:rPr>
        <w:t>53:50  hain kitna humne khuda mein dil lagaya hua hai khuda se hamare kitna talluq hai to woh sab</w:t>
      </w:r>
      <w:r>
        <w:br/>
      </w:r>
      <w:r>
        <w:rPr>
          <w:sz w:val="20"/>
        </w:rPr>
        <w:t>53:57  spiritual lete hain kaafi to sab poori saari ibaadaat hi asal mein uska ibaadaat jo wahi hai</w:t>
      </w:r>
      <w:r>
        <w:br/>
      </w:r>
      <w:r>
        <w:rPr>
          <w:sz w:val="20"/>
        </w:rPr>
        <w:t>54:04  jo spiritual ho jo hamare dil aur dimaag ke saath poore tareeqe se woh nikle aur khali jo</w:t>
      </w:r>
      <w:r>
        <w:br/>
      </w:r>
      <w:r>
        <w:rPr>
          <w:sz w:val="20"/>
        </w:rPr>
        <w:t>54:10  log main ek pissa aapko batati hoon ke masjid nabbe mein ek shahi aaye namaz padhi unhone rasoolullah</w:t>
      </w:r>
      <w:r>
        <w:br/>
      </w:r>
      <w:r>
        <w:rPr>
          <w:sz w:val="20"/>
        </w:rPr>
        <w:t>54:17  masjid mein baithe hue the namaz padhi to aapne kaha ke jab namaz padhkar aaye to aapne kaha</w:t>
      </w:r>
      <w:r>
        <w:br/>
      </w:r>
      <w:r>
        <w:rPr>
          <w:sz w:val="20"/>
        </w:rPr>
        <w:t>54:24  jao dobara namaz padhoge kyunke tumne namaz nahin padhi.</w:t>
      </w:r>
      <w:r>
        <w:br/>
      </w:r>
      <w:r>
        <w:rPr>
          <w:sz w:val="20"/>
        </w:rPr>
        <w:t>54:31  iska matlab hai unhone yeh sara to pura kiya hoga na farm wali namaz lekin woh work nahi hui jab tak hum pure dilo dimagh ke saath spirit ke saath namaz nahi padhenge to ya namaz ya koi bhi ibadat to woh pura ke haan acceptable nahi hogi. wahi wahi wahi spiritual namaz hai wahi spiritual ho jaye. I think we should end this session now. We are getting a seat.</w:t>
      </w:r>
      <w:r>
        <w:br/>
      </w:r>
      <w:r>
        <w:rPr>
          <w:sz w:val="20"/>
        </w:rPr>
        <w:t>55:00  chalo chalo mera ek program hai.</w:t>
      </w:r>
      <w:r>
        <w:br/>
      </w:r>
      <w:r>
        <w:rPr>
          <w:sz w:val="20"/>
        </w:rPr>
        <w:t>55:10  Ok, So I think we should end this session giving aap a time to prepare for tomorrow.</w:t>
      </w:r>
      <w:r>
        <w:br/>
      </w:r>
      <w:r>
        <w:rPr>
          <w:sz w:val="20"/>
        </w:rPr>
        <w:t>55:20  So farad bhai ek chhoti si dua kar dein session ko end kar dein.</w:t>
      </w:r>
      <w:r>
        <w:br/>
      </w:r>
      <w:r>
        <w:rPr>
          <w:sz w:val="20"/>
        </w:rPr>
        <w:t>55:30  hum dua mein abhi aaj woh dua padhenge jo rasoolullah sallallahu sallallahu chand dekhne ke liye padhte the.</w:t>
      </w:r>
      <w:r>
        <w:br/>
      </w:r>
      <w:r>
        <w:rPr>
          <w:sz w:val="20"/>
        </w:rPr>
        <w:t>55:40  Islam, aur abdi aur abdullah, hilalu rusting waqair. kya Allah hamare upar is ramzan ko amn aur iman ke saath lah, salamati aur Islam ke saath rah. mera rab Allah hai ab ramzan kab hi rab Allah hai. Allah is ramzan ko purust aur khair wala ramzan banao. amin. amin. summa amin.</w:t>
      </w:r>
    </w:p>
    <w:p>
      <w:pPr>
        <w:pStyle w:val="Heading2"/>
      </w:pPr>
      <w:r>
        <w:t>Japan's U-turn vs Muslims' glorified suicide</w:t>
      </w:r>
    </w:p>
    <w:p>
      <w:r>
        <w:rPr>
          <w:color w:val="666666"/>
          <w:sz w:val="18"/>
        </w:rPr>
        <w:t>The Importance of Non Confrontational Method, | August 29, 2010 · 4m 35s · at 37:28 · https://youtu.be/8ZGB0tWQtg8?t=2248</w:t>
      </w:r>
    </w:p>
    <w:p>
      <w:r>
        <w:rPr>
          <w:i/>
        </w:rPr>
        <w:t>“Japan was a warlike nation but took a U-turn after WWII.”</w:t>
      </w:r>
    </w:p>
    <w:p>
      <w:r>
        <w:rPr>
          <w:sz w:val="20"/>
        </w:rPr>
        <w:t>37:28  second world war se pehle japan jo tha bohat hi ladaka qaum thi, ladne wali. lekin second world war ke baad U-turn le liya unhon ne. yani khudkush bombari sab se pehle japan ne shuru ki thi. jis ko harakiri kehte thay woh. to second world war se pehle japan jo tha dunya ki sab se zyada ladaka qaum thi, ladne wali. lekin is</w:t>
      </w:r>
      <w:r>
        <w:br/>
      </w:r>
      <w:r>
        <w:rPr>
          <w:sz w:val="20"/>
        </w:rPr>
        <w:t>37:58  ke baad achaanak ek dam woh log ban gaye, kya peaceful ban gaye? kyun aisa hua? ab musalman</w:t>
      </w:r>
      <w:r>
        <w:br/>
      </w:r>
      <w:r>
        <w:rPr>
          <w:sz w:val="20"/>
        </w:rPr>
        <w:t>38:05  nahin ban rahe hain.</w:t>
      </w:r>
      <w:r>
        <w:br/>
      </w:r>
      <w:r>
        <w:rPr>
          <w:sz w:val="20"/>
        </w:rPr>
        <w:t>38:11  kyunke woh secular log jo hote hain, secular log, woh sochte hain ke result kya nikla? Japan ne</w:t>
      </w:r>
      <w:r>
        <w:br/>
      </w:r>
      <w:r>
        <w:rPr>
          <w:sz w:val="20"/>
        </w:rPr>
        <w:t>38:18  socha ke result to kuch nikla nahin, lade bhade hum.</w:t>
      </w:r>
      <w:r>
        <w:br/>
      </w:r>
      <w:r>
        <w:rPr>
          <w:sz w:val="20"/>
        </w:rPr>
        <w:t>38:24  lad bhad kar ke kuch mila nahin humein.</w:t>
      </w:r>
      <w:r>
        <w:br/>
      </w:r>
      <w:r>
        <w:rPr>
          <w:sz w:val="20"/>
        </w:rPr>
        <w:t>38:31  kuch mila nahin hai.</w:t>
      </w:r>
      <w:r>
        <w:br/>
      </w:r>
      <w:r>
        <w:rPr>
          <w:sz w:val="20"/>
        </w:rPr>
        <w:t>38:35  to nahin mila to jab result nahin mila to humein rasta badalna hai apna.</w:t>
      </w:r>
      <w:r>
        <w:br/>
      </w:r>
      <w:r>
        <w:rPr>
          <w:sz w:val="20"/>
        </w:rPr>
        <w:t>38:40  musalmanon ka mamla yeh hai ke unhein result sochna hi nahin hai.</w:t>
      </w:r>
      <w:r>
        <w:br/>
      </w:r>
      <w:r>
        <w:rPr>
          <w:sz w:val="20"/>
        </w:rPr>
        <w:t>38:44  kyunke unki jannat pakki hai.</w:t>
      </w:r>
      <w:r>
        <w:br/>
      </w:r>
      <w:r>
        <w:rPr>
          <w:sz w:val="20"/>
        </w:rPr>
        <w:t>38:48  mar jao tab bhi jannat mein jaoge.</w:t>
      </w:r>
      <w:r>
        <w:br/>
      </w:r>
      <w:r>
        <w:rPr>
          <w:sz w:val="20"/>
        </w:rPr>
        <w:t>38:53  yeh anokha philosophy jo hai is ka ta'alluq na Quran se hai na Hadees se bana rakha hai musalmanon ne.</w:t>
      </w:r>
      <w:r>
        <w:br/>
      </w:r>
      <w:r>
        <w:rPr>
          <w:sz w:val="20"/>
        </w:rPr>
        <w:t>38:57  ke suicide bomb mein karo, jannat mein jao.</w:t>
      </w:r>
      <w:r>
        <w:br/>
      </w:r>
      <w:r>
        <w:rPr>
          <w:sz w:val="20"/>
        </w:rPr>
        <w:t>39:01  lrai bhrai chhod kar ke, lrai bhrai shuru kar ke apne ko maar dalo, aap pehle aap pehle</w:t>
      </w:r>
      <w:r>
        <w:br/>
      </w:r>
      <w:r>
        <w:rPr>
          <w:sz w:val="20"/>
        </w:rPr>
        <w:t>39:09  mujhe maar ki policy chalao aur phir jannat mein chale jao.</w:t>
      </w:r>
      <w:r>
        <w:br/>
      </w:r>
      <w:r>
        <w:rPr>
          <w:sz w:val="20"/>
        </w:rPr>
        <w:t>39:16  to unhon ne kya kiya hai ke apne yaani Japaniyon ne apne aap secular criteria se jaancha. secular criteria.</w:t>
      </w:r>
      <w:r>
        <w:br/>
      </w:r>
      <w:r>
        <w:rPr>
          <w:sz w:val="20"/>
        </w:rPr>
        <w:t>39:24  to unhein samajh mein aaya ke bhai secular criteria mein to result dekha jayega.</w:t>
      </w:r>
      <w:r>
        <w:br/>
      </w:r>
      <w:r>
        <w:rPr>
          <w:sz w:val="20"/>
        </w:rPr>
        <w:t>39:32  to unhon ne second world war ke baad achaanak ek dam U-turn le liya.</w:t>
      </w:r>
      <w:r>
        <w:br/>
      </w:r>
      <w:r>
        <w:rPr>
          <w:sz w:val="20"/>
        </w:rPr>
        <w:t>39:37  ab dekhte hain ke is waqt kitna taraqqi kar raha hai Japan? musalman hain U-turn le hi nahin rahe.</w:t>
      </w:r>
      <w:r>
        <w:br/>
      </w:r>
      <w:r>
        <w:rPr>
          <w:sz w:val="20"/>
        </w:rPr>
        <w:t>39:42  ke unhon ne khud sakhta taur par bana rakha hai ke lad ke maro to jannat mein jaoge.</w:t>
      </w:r>
      <w:r>
        <w:br/>
      </w:r>
      <w:r>
        <w:rPr>
          <w:sz w:val="20"/>
        </w:rPr>
        <w:t>39:47  lad kar maro to jannat mein jaoge.</w:t>
      </w:r>
      <w:r>
        <w:br/>
      </w:r>
      <w:r>
        <w:rPr>
          <w:sz w:val="20"/>
        </w:rPr>
        <w:t>39:52  to faida hi faida hai.</w:t>
      </w:r>
      <w:r>
        <w:br/>
      </w:r>
      <w:r>
        <w:rPr>
          <w:sz w:val="20"/>
        </w:rPr>
        <w:t>39:57  lekin yeh bilkul hi be asal baat hai.</w:t>
      </w:r>
      <w:r>
        <w:br/>
      </w:r>
      <w:r>
        <w:rPr>
          <w:sz w:val="20"/>
        </w:rPr>
        <w:t>40:02  Baseless baat hai, be haqeeqat baat hai.</w:t>
      </w:r>
      <w:r>
        <w:br/>
      </w:r>
      <w:r>
        <w:rPr>
          <w:sz w:val="20"/>
        </w:rPr>
        <w:t>40:07  yeh Islam nahi hai yeh.</w:t>
      </w:r>
      <w:r>
        <w:br/>
      </w:r>
      <w:r>
        <w:rPr>
          <w:sz w:val="20"/>
        </w:rPr>
        <w:t>40:12  apna banawati yeh falsafi hai yeh.</w:t>
      </w:r>
      <w:r>
        <w:br/>
      </w:r>
      <w:r>
        <w:rPr>
          <w:sz w:val="20"/>
        </w:rPr>
        <w:t>40:18  musalmanon ne hamein aik abhi aik aik sahib, America ke aik sahib se mulaqat hui to unhon ne</w:t>
      </w:r>
      <w:r>
        <w:br/>
      </w:r>
      <w:r>
        <w:rPr>
          <w:sz w:val="20"/>
        </w:rPr>
        <w:t>40:23  mujh se kaha, main ne un se keh dekhen musalmanon ki jo military hai woh doosre military se alag hai.</w:t>
      </w:r>
      <w:r>
        <w:br/>
      </w:r>
      <w:r>
        <w:rPr>
          <w:sz w:val="20"/>
        </w:rPr>
        <w:t>40:28  wohi musalmanon ki military se alag hai.</w:t>
      </w:r>
      <w:r>
        <w:br/>
      </w:r>
      <w:r>
        <w:rPr>
          <w:sz w:val="20"/>
        </w:rPr>
        <w:t>40:33  doosron ki military se alag hai musalmanon ki military. kyun? musalmanon ki military jo hai woh hai ideologically justified military. ideologically justified military. yani mar jao tab bhi jannat hai. suicide baad mein kar ke khatam kar lo apne ko tab bhi jannat hai. wahan yeh sab nahi hai. secular falsafa mein yeh sab nahi hai. secular falsafa mein to yahi kuch bhi milna chahiye. material term mein. nahi mil raha hai to chho</w:t>
      </w:r>
      <w:r>
        <w:br/>
      </w:r>
      <w:r>
        <w:rPr>
          <w:sz w:val="20"/>
        </w:rPr>
        <w:t>41:03  ro is ko, khatam karo.</w:t>
      </w:r>
      <w:r>
        <w:br/>
      </w:r>
      <w:r>
        <w:rPr>
          <w:sz w:val="20"/>
        </w:rPr>
        <w:t>41:08  yeh bohat bari museebat hai ke musalmanon ne apni yani suicide ko bhi Islami kaam bana bana rakha hai.</w:t>
      </w:r>
      <w:r>
        <w:br/>
      </w:r>
      <w:r>
        <w:rPr>
          <w:sz w:val="20"/>
        </w:rPr>
        <w:t>41:13  to suicide to haram hai Islam mein.</w:t>
      </w:r>
      <w:r>
        <w:br/>
      </w:r>
      <w:r>
        <w:rPr>
          <w:sz w:val="20"/>
        </w:rPr>
        <w:t>41:18  Islam mein khudkushi haram hai.</w:t>
      </w:r>
      <w:r>
        <w:br/>
      </w:r>
      <w:r>
        <w:rPr>
          <w:sz w:val="20"/>
        </w:rPr>
        <w:t>41:23  lekin musalmanon ne is khudkushi ko muqaddas kaam bana liya.</w:t>
      </w:r>
      <w:r>
        <w:br/>
      </w:r>
      <w:r>
        <w:rPr>
          <w:sz w:val="20"/>
        </w:rPr>
        <w:t>41:29  kaisi ajeeb museebat hai yeh.</w:t>
      </w:r>
      <w:r>
        <w:br/>
      </w:r>
      <w:r>
        <w:rPr>
          <w:sz w:val="20"/>
        </w:rPr>
        <w:t>41:34  khudkushi Islam mein haram hai.</w:t>
      </w:r>
      <w:r>
        <w:br/>
      </w:r>
      <w:r>
        <w:rPr>
          <w:sz w:val="20"/>
        </w:rPr>
        <w:t>41:39  lekin is zamanay mein musalmanon ne kiya kiya? khudkushi ko muqaddas bana liya.</w:t>
      </w:r>
      <w:r>
        <w:br/>
      </w:r>
      <w:r>
        <w:rPr>
          <w:sz w:val="20"/>
        </w:rPr>
        <w:t>41:44  Sanctify kar liya is ko.</w:t>
      </w:r>
      <w:r>
        <w:br/>
      </w:r>
      <w:r>
        <w:rPr>
          <w:sz w:val="20"/>
        </w:rPr>
        <w:t>41:49  aur woh bhi un ko aik acha kaam ban gaya un ke liye.</w:t>
      </w:r>
      <w:r>
        <w:br/>
      </w:r>
      <w:r>
        <w:rPr>
          <w:sz w:val="20"/>
        </w:rPr>
        <w:t>41:54  to bohat bara masla hai yeh ke log reassess karen, log revise karen, phir se sochen.</w:t>
      </w:r>
      <w:r>
        <w:br/>
      </w:r>
      <w:r>
        <w:rPr>
          <w:sz w:val="20"/>
        </w:rPr>
        <w:t>41:59  bohat bara masla</w:t>
      </w:r>
    </w:p>
    <w:p>
      <w:pPr>
        <w:pStyle w:val="Heading2"/>
      </w:pPr>
      <w:r>
        <w:t>Ancient vs modern shirk: from worship to entertainment</w:t>
      </w:r>
    </w:p>
    <w:p>
      <w:r>
        <w:rPr>
          <w:color w:val="666666"/>
          <w:sz w:val="18"/>
        </w:rPr>
        <w:t>Ancient Shirk or Modern Shirk February 1, 2008 Maulana Wahiduddin Khan · 5m 54s · at 4:23 · https://youtu.be/LB6iBYerQmw?t=263</w:t>
      </w:r>
    </w:p>
    <w:p>
      <w:r>
        <w:rPr>
          <w:i/>
        </w:rPr>
        <w:t>“To qadeem zamane mein kya tha? Aaj kya hai?”</w:t>
      </w:r>
    </w:p>
    <w:p>
      <w:r>
        <w:rPr>
          <w:sz w:val="20"/>
        </w:rPr>
        <w:t>4:23  to qadeem zamane mein kya tha? aaj kya hai? pehle zamane mein kya tha? aur ab kya hai?</w:t>
      </w:r>
      <w:r>
        <w:br/>
      </w:r>
      <w:r>
        <w:rPr>
          <w:sz w:val="20"/>
        </w:rPr>
        <w:t>4:31  dekhiye, pehle zamane mein yeh tha ke aadmi nature ko worship karta tha, jis ko kehte hain nature worship.</w:t>
      </w:r>
      <w:r>
        <w:br/>
      </w:r>
      <w:r>
        <w:rPr>
          <w:sz w:val="20"/>
        </w:rPr>
        <w:t>4:44  pehla hazaron saal tak insaan nature worship mein pada raha. yani woh dekhta tha ke ab usko daryaaon se paani mil raha hai, to daryaaon ko poojne laga.</w:t>
      </w:r>
      <w:r>
        <w:br/>
      </w:r>
      <w:r>
        <w:rPr>
          <w:sz w:val="20"/>
        </w:rPr>
        <w:t>4:58  woh dekhta tha ke mujhe aasman se baarish ho rahi hai, to baarish ke ek God usne farz kiya aur usko poojne laga. woh dekhta tha ke suraj se mujh ko roshni mil rahi hai, to suraj ko usne God samajh liya.</w:t>
      </w:r>
      <w:r>
        <w:br/>
      </w:r>
      <w:r>
        <w:rPr>
          <w:sz w:val="20"/>
        </w:rPr>
        <w:t>5:13  yeh hai nature. yeh sab kuch jo hamare aas paas hai, woh nature hai. to aadmi ko sab kuch nature se to mil raha hai.</w:t>
      </w:r>
      <w:r>
        <w:br/>
      </w:r>
      <w:r>
        <w:rPr>
          <w:sz w:val="20"/>
        </w:rPr>
        <w:t>5:25  chalne ke liye aadmi kahan chalega?</w:t>
      </w:r>
      <w:r>
        <w:br/>
      </w:r>
      <w:r>
        <w:rPr>
          <w:sz w:val="20"/>
        </w:rPr>
        <w:t>5:28  space mein to nahi chal sakta woh. usko zameen chahiye. zameen hai tab chalenge aap. aap fiza mein ya space mein nahi chal sakte.</w:t>
      </w:r>
      <w:r>
        <w:br/>
      </w:r>
      <w:r>
        <w:rPr>
          <w:sz w:val="20"/>
        </w:rPr>
        <w:t>5:39  to zameen ko aadmi ne samajh liya ke yahi guard hai. phir us ko pani chahiye, oxygen chahiye, hawa chahiye, roshni chahiye, khana chahiye.</w:t>
      </w:r>
      <w:r>
        <w:br/>
      </w:r>
      <w:r>
        <w:rPr>
          <w:sz w:val="20"/>
        </w:rPr>
        <w:t>5:54  yeh sari cheezein hain jis ko hum kehte hain, jis ko kaha jata hai life support system. to life support system ke baghair to aap jee nahi sakte dunya mein.</w:t>
      </w:r>
      <w:r>
        <w:br/>
      </w:r>
      <w:r>
        <w:rPr>
          <w:sz w:val="20"/>
        </w:rPr>
        <w:t>6:07  aadmi kaise jiye ga? agar woh inkar kar de pani peene se, inkar kar de khana khane se, woh inkar kar de zameen par chalne se, woh inkar kar de suraj ki roshni mein dekhne se,</w:t>
      </w:r>
      <w:r>
        <w:br/>
      </w:r>
      <w:r>
        <w:rPr>
          <w:sz w:val="20"/>
        </w:rPr>
        <w:t>6:21  to zahir hai ke aisa aadmi jee nahi sakta.</w:t>
      </w:r>
      <w:r>
        <w:br/>
      </w:r>
      <w:r>
        <w:rPr>
          <w:sz w:val="20"/>
        </w:rPr>
        <w:t>6:25  to yeh sari cheezein jin se aadmi faida utha raha tha aur janta tha ke is ke baghair meri zindagi zindagi nahi hai,</w:t>
      </w:r>
      <w:r>
        <w:br/>
      </w:r>
      <w:r>
        <w:rPr>
          <w:sz w:val="20"/>
        </w:rPr>
        <w:t>6:37  to isi ko us ne samjha ke bas yahi hai jis ko mujhe worship karna chahiye. to us ko hum kehte hain mazhab ki zaban mein us ko kaha jata hai shirk.</w:t>
      </w:r>
      <w:r>
        <w:br/>
      </w:r>
      <w:r>
        <w:rPr>
          <w:sz w:val="20"/>
        </w:rPr>
        <w:t>6:51  yani is ne alag kar diya khaliq ko aur creature ko,</w:t>
      </w:r>
      <w:r>
        <w:br/>
      </w:r>
      <w:r>
        <w:rPr>
          <w:sz w:val="20"/>
        </w:rPr>
        <w:t>6:56  paida karne wale ko aur paida ki hui cheezon ko, banane wale ko aur bani hui cheezon ko alag kar diya.</w:t>
      </w:r>
      <w:r>
        <w:br/>
      </w:r>
      <w:r>
        <w:rPr>
          <w:sz w:val="20"/>
        </w:rPr>
        <w:t>7:06  to insaan ki fitrat andar se jo gratitude pesh karna chahti thi, jo tashakkur pesh karna chahti thi, jo acknowledge karna chahti thi, jo itraaf karna chahti thi,</w:t>
      </w:r>
      <w:r>
        <w:br/>
      </w:r>
      <w:r>
        <w:rPr>
          <w:sz w:val="20"/>
        </w:rPr>
        <w:t>7:21  in sare jazbat ko is ne focus kar diya kis par? nature par. is tarah ke isi ko woh worship karne laga.</w:t>
      </w:r>
      <w:r>
        <w:br/>
      </w:r>
      <w:r>
        <w:rPr>
          <w:sz w:val="20"/>
        </w:rPr>
        <w:t>7:32  is se nature worship ka zamana dunya mein aaya.</w:t>
      </w:r>
      <w:r>
        <w:br/>
      </w:r>
      <w:r>
        <w:rPr>
          <w:sz w:val="20"/>
        </w:rPr>
        <w:t>7:36  to hazaron saal tak shirk ki yeh surat dunya mein thi ke aadmi nature hi ko sab kuch samajh kar isi ko god banaye hue tha.</w:t>
      </w:r>
      <w:r>
        <w:br/>
      </w:r>
      <w:r>
        <w:rPr>
          <w:sz w:val="20"/>
        </w:rPr>
        <w:t>7:48  is ko kehte hain nature worship. ab yeh jo zamana hai, aaj ka zamana, aaj ke zamane mein aadmi samajhta hai ke woh mazhab ko nahi manta, woh Khuda ko nahi manta.</w:t>
      </w:r>
      <w:r>
        <w:br/>
      </w:r>
      <w:r>
        <w:rPr>
          <w:sz w:val="20"/>
        </w:rPr>
        <w:t>8:02  lekin kya Khuda ko na man kar ke bhi woh yeh karega ke nature ko na maney?</w:t>
      </w:r>
      <w:r>
        <w:br/>
      </w:r>
      <w:r>
        <w:rPr>
          <w:sz w:val="20"/>
        </w:rPr>
        <w:t>8:08  aap Khuda ko na manen, mazhab ko na manen, tab bhi aap chalenge isi zameen par, tab bhi aap saans lenge isi hawa mein, tab bhi aap khana lenge isi soil se, tab bhi aap pani ke liye isi jo pani barta hai,</w:t>
      </w:r>
      <w:r>
        <w:br/>
      </w:r>
      <w:r>
        <w:rPr>
          <w:sz w:val="20"/>
        </w:rPr>
        <w:t>8:29  nadiyon mein behta hai aur chashmon se milta hai, isi se aap pani lenge.</w:t>
      </w:r>
      <w:r>
        <w:br/>
      </w:r>
      <w:r>
        <w:rPr>
          <w:sz w:val="20"/>
        </w:rPr>
        <w:t>8:35  to kya ke khaliq ko na man kar ke bhi aap makhlooq ko to manenge? aap khaliq ko hadaf kar sakte hain lekin makhlooq ko aap hadaf nahi kar sakte.</w:t>
      </w:r>
      <w:r>
        <w:br/>
      </w:r>
      <w:r>
        <w:rPr>
          <w:sz w:val="20"/>
        </w:rPr>
        <w:t>8:48  khaliq ek tasawwurati cheez hai, ek idea hai. khaliq ko aap ko bator idea manna padta hai, bator ek concept, ek idea, ek ideology.</w:t>
      </w:r>
      <w:r>
        <w:br/>
      </w:r>
      <w:r>
        <w:rPr>
          <w:sz w:val="20"/>
        </w:rPr>
        <w:t>9:00  to is ko to aap keh sakte hain ke main nahi manta.</w:t>
      </w:r>
      <w:r>
        <w:br/>
      </w:r>
      <w:r>
        <w:rPr>
          <w:sz w:val="20"/>
        </w:rPr>
        <w:t>9:04  lekin yeh jo zindagi hai, is ko batane ke liye aap ko life support system chahiye. aap ko pani chahiye, khana chahiye, roshni chahiye, sari cheezein chahiye.</w:t>
      </w:r>
      <w:r>
        <w:br/>
      </w:r>
      <w:r>
        <w:rPr>
          <w:sz w:val="20"/>
        </w:rPr>
        <w:t>9:15  to ab bhi dobara kya hua ke aadmi ne khaliq ko to minus kiya lekin woh makhlooq ko minus na kar saka.</w:t>
      </w:r>
      <w:r>
        <w:br/>
      </w:r>
      <w:r>
        <w:rPr>
          <w:sz w:val="20"/>
        </w:rPr>
        <w:t>9:28  lekin is ne worship ka naam nahi liya. pehle ek insaan kehta tha ke main worship karta hoon.</w:t>
      </w:r>
      <w:r>
        <w:br/>
      </w:r>
      <w:r>
        <w:rPr>
          <w:sz w:val="20"/>
        </w:rPr>
        <w:t>9:36  yani nature ki ko worship ke naam par woh apna concern banaye hue tha. samajhta tha ke jab main is ki worship karunga to mujhe is se milta rahega, woh khud mere nature khush rahe gi.</w:t>
      </w:r>
      <w:r>
        <w:br/>
      </w:r>
      <w:r>
        <w:rPr>
          <w:sz w:val="20"/>
        </w:rPr>
        <w:t>9:52  yeh sari cheezein jin ko gods bana liya, with us ball ji, to us ko khush karne ke liye us ki worship karta raha taake woh cheezein barabar mujhe supply hoti rahen.</w:t>
      </w:r>
      <w:r>
        <w:br/>
      </w:r>
      <w:r>
        <w:rPr>
          <w:sz w:val="20"/>
        </w:rPr>
        <w:t>10:09  ab kya hai? ab yeh yeh hai ke ab woh nature ko inhone bajaye worship ke entertainment ka zariya bana liya.</w:t>
      </w:r>
    </w:p>
    <w:p>
      <w:pPr>
        <w:pStyle w:val="Heading2"/>
      </w:pPr>
      <w:r>
        <w:t>Islam's teaching that reform begins from the mind</w:t>
      </w:r>
    </w:p>
    <w:p>
      <w:r>
        <w:rPr>
          <w:color w:val="666666"/>
          <w:sz w:val="18"/>
        </w:rPr>
        <w:t>Human Values · 4m 46s · at 12:42 · https://youtu.be/Art0kheDD40?t=762</w:t>
      </w:r>
    </w:p>
    <w:p>
      <w:r>
        <w:rPr>
          <w:i/>
        </w:rPr>
        <w:t>“Yahi baat hai jo Islam mein sikhayi gayi hai”</w:t>
      </w:r>
    </w:p>
    <w:p>
      <w:r>
        <w:rPr>
          <w:sz w:val="20"/>
        </w:rPr>
        <w:t>12:42  tab yahi baat hai jo islam mein sikhai gayi hai.</w:t>
      </w:r>
      <w:r>
        <w:br/>
      </w:r>
      <w:r>
        <w:rPr>
          <w:sz w:val="20"/>
        </w:rPr>
        <w:t>12:47  prophet ab islam se kisi ne poocha to unhon ne kaha ke rasool Allah ne kaha ke al-taqwa haan ho. dil ke tawajjuh kar ke aap ne kaha al-taqwa haan ho.</w:t>
      </w:r>
      <w:r>
        <w:br/>
      </w:r>
      <w:r>
        <w:rPr>
          <w:sz w:val="20"/>
        </w:rPr>
        <w:t>13:00  yani yahan se shuru hota hai reform ka kaam.</w:t>
      </w:r>
      <w:r>
        <w:br/>
      </w:r>
      <w:r>
        <w:rPr>
          <w:sz w:val="20"/>
        </w:rPr>
        <w:t>13:05  aik aur hadith mein hai ke aap ne kaha ke</w:t>
      </w:r>
      <w:r>
        <w:br/>
      </w:r>
      <w:r>
        <w:rPr>
          <w:sz w:val="20"/>
        </w:rPr>
        <w:t>13:20  ke aadmi ke body mein aik aik tukra hai, woh theek ho jaye to sab theek hai, woh theek na ho to sab bigar jaye ga, aur woh hai dil.</w:t>
      </w:r>
      <w:r>
        <w:br/>
      </w:r>
      <w:r>
        <w:rPr>
          <w:sz w:val="20"/>
        </w:rPr>
        <w:t>13:33  to dil ka matlab hai, mein us ko mind ke maenay mein leta hoon. yeh aik dictionary expression hai ke dil ka lafz bolte hain, matlab hota hai mind.</w:t>
      </w:r>
      <w:r>
        <w:br/>
      </w:r>
      <w:r>
        <w:rPr>
          <w:sz w:val="20"/>
        </w:rPr>
        <w:t>13:45  to is ka matlab hai ke islam ne jo bataya hai mujhe hai ke aap parhen ge quran ko, hadith ko to aap dekhen ge wahan par honest ko bohat zor diya gaya hai, sachai par bohat ziyada perfect kiya gaya hai,</w:t>
      </w:r>
      <w:r>
        <w:br/>
      </w:r>
      <w:r>
        <w:rPr>
          <w:sz w:val="20"/>
        </w:rPr>
        <w:t>13:58  peace ko bohat ziyada kaha gaya hai, intolerance ko bohat ziyada zor diya gaya hai, yeh sari cheezain hain. mohabbat, sachai, honest, justice, sab.</w:t>
      </w:r>
      <w:r>
        <w:br/>
      </w:r>
      <w:r>
        <w:rPr>
          <w:sz w:val="20"/>
        </w:rPr>
        <w:t>14:10  lekin aap ne kaha ke jarr jo hai woh yahan par hai. jarr jo hai woh mind mein hai. agar tum mind ko badal pao ge tab sab cheezain badlen gi.</w:t>
      </w:r>
      <w:r>
        <w:br/>
      </w:r>
      <w:r>
        <w:rPr>
          <w:sz w:val="20"/>
        </w:rPr>
        <w:t>14:21  mind ko nahi badal pao ge to cheezain nahi badlen gi. yeh hai mein ne apni study mein jo mein ne paya hai woh yeh paya hai. to mein aik martaba yahan par delhi mein aik jagah aik meri speech thi to mein ne kaha mujh se woh unhon ne kaha ke aap aik aik book tayyar kijiye modern values par.</w:t>
      </w:r>
      <w:r>
        <w:br/>
      </w:r>
      <w:r>
        <w:rPr>
          <w:sz w:val="20"/>
        </w:rPr>
        <w:t>14:43  modern values par aik book. to us ko hum chhapen ge aur sab schoolon mein le jayen ge. mein ne kaha modern values par aik book chhap dene se modern values nahi aa jayen gi logon ke paas.</w:t>
      </w:r>
      <w:r>
        <w:br/>
      </w:r>
      <w:r>
        <w:rPr>
          <w:sz w:val="20"/>
        </w:rPr>
        <w:t>15:01  is ka naam modern teacher ke naam se woh chhapna chahte thay kitab. mein ne kaha is se yeh yeh aadha kaam hai. is se pehle aik kaam karna pare ga.</w:t>
      </w:r>
      <w:r>
        <w:br/>
      </w:r>
      <w:r>
        <w:rPr>
          <w:sz w:val="20"/>
        </w:rPr>
        <w:t>15:10  woh jo mein ne arz kiya ke prerequisites jo hain woh woh karni parein gi. is mein bachcha parh le ga ke sach bolo. sach kyun boloon? is mein likha aaye ga love your enemy.</w:t>
      </w:r>
      <w:r>
        <w:br/>
      </w:r>
      <w:r>
        <w:rPr>
          <w:sz w:val="20"/>
        </w:rPr>
        <w:t>15:21  to mein enemy se love kyun karoon? to love your enemy aap ne likh diya lekin aap ko is ka us ko reason reason out karna pare ga.</w:t>
      </w:r>
      <w:r>
        <w:br/>
      </w:r>
      <w:r>
        <w:rPr>
          <w:sz w:val="20"/>
        </w:rPr>
        <w:t>15:30  is ka rational basis batana pare ga bachche ko. to mein ne kaha ke dekhiye kisi ko likhen aap love your enemy ko likhen aap.</w:t>
      </w:r>
      <w:r>
        <w:br/>
      </w:r>
      <w:r>
        <w:rPr>
          <w:sz w:val="20"/>
        </w:rPr>
        <w:t>15:40  to mein jaisay is baat ko spell karta hoon.</w:t>
      </w:r>
      <w:r>
        <w:br/>
      </w:r>
      <w:r>
        <w:rPr>
          <w:sz w:val="20"/>
        </w:rPr>
        <w:t>15:45  jaisay ke Isa ne kaha jaisay ke aap jante hain love your enemy. apne dushman se bhi mohabbat karo. ab is ke deep pe jayen.</w:t>
      </w:r>
      <w:r>
        <w:br/>
      </w:r>
      <w:r>
        <w:rPr>
          <w:sz w:val="20"/>
        </w:rPr>
        <w:t>15:55  is ke deep pe jayen. ke mein apne dushman se kyun mohabbat karoon?</w:t>
      </w:r>
      <w:r>
        <w:br/>
      </w:r>
      <w:r>
        <w:rPr>
          <w:sz w:val="20"/>
        </w:rPr>
        <w:t>16:01  to save yourself. is liye ke aap jab dushmani karen ge to aap nafrat karen ge. aap revenge mein chale jayen ge.</w:t>
      </w:r>
      <w:r>
        <w:br/>
      </w:r>
      <w:r>
        <w:rPr>
          <w:sz w:val="20"/>
        </w:rPr>
        <w:t>16:10  aap intiqam lena chahen ge. to kya hoga? there is destruction.</w:t>
      </w:r>
      <w:r>
        <w:br/>
      </w:r>
      <w:r>
        <w:rPr>
          <w:sz w:val="20"/>
        </w:rPr>
        <w:t>16:18  destruction. yani apne energy ka destruction, apne time ka destruction. jo kuch kar sakte hain aap ke betterment ke liye</w:t>
      </w:r>
      <w:r>
        <w:br/>
      </w:r>
      <w:r>
        <w:rPr>
          <w:sz w:val="20"/>
        </w:rPr>
        <w:t>16:29  us ko aap us ko aap waste karen ge doosre ko destroy karne ke liye. to love your enemy ka matlab yeh hai is mein understood yeh hai ke love yourself.</w:t>
      </w:r>
      <w:r>
        <w:br/>
      </w:r>
      <w:r>
        <w:rPr>
          <w:sz w:val="20"/>
        </w:rPr>
        <w:t>16:43  jo</w:t>
      </w:r>
      <w:r>
        <w:br/>
      </w:r>
      <w:r>
        <w:rPr>
          <w:sz w:val="20"/>
        </w:rPr>
        <w:t>16:44  is mein yeh cheez shamil hai. lo your enemy ka matlab hai love yourself. apne aap ko bachane ke liye tum aisa karo ke dushman se mohabbat karo.</w:t>
      </w:r>
      <w:r>
        <w:br/>
      </w:r>
      <w:r>
        <w:rPr>
          <w:sz w:val="20"/>
        </w:rPr>
        <w:t>16:57  kyunke agar dushman se nafrat karoge to tum apne aap ko destroy karoge. tumhari energy distract ho jayegi. tumhara time jo hai idhar udhar chala jayega.</w:t>
      </w:r>
      <w:r>
        <w:br/>
      </w:r>
      <w:r>
        <w:rPr>
          <w:sz w:val="20"/>
        </w:rPr>
        <w:t>17:10  to hamare paas time itna zyada kahan hai? hamein apne aap ko educate karna hai. apni zindagi ko banana hai. apne andar sari baatein lani hain.</w:t>
      </w:r>
      <w:r>
        <w:br/>
      </w:r>
      <w:r>
        <w:rPr>
          <w:sz w:val="20"/>
        </w:rPr>
        <w:t>17:23  apne apni taraqqi ke liye, apni development ke liye, apni progress ke liye.</w:t>
      </w:r>
    </w:p>
    <w:p>
      <w:pPr>
        <w:pStyle w:val="Heading2"/>
      </w:pPr>
      <w:r>
        <w:t>Accountability: freedom as a test, leading to heaven or hell</w:t>
      </w:r>
    </w:p>
    <w:p>
      <w:r>
        <w:rPr>
          <w:color w:val="666666"/>
          <w:sz w:val="18"/>
        </w:rPr>
        <w:t>Ethical Values in Islam, June 19, 2008 · 5m 19s · at 28:24 · https://youtu.be/2yPff80nSBY?t=1704</w:t>
      </w:r>
    </w:p>
    <w:p>
      <w:r>
        <w:rPr>
          <w:i/>
        </w:rPr>
        <w:t>“Accountability means: man appears free, but this freedom isn't his right”</w:t>
      </w:r>
    </w:p>
    <w:p>
      <w:r>
        <w:rPr>
          <w:sz w:val="20"/>
        </w:rPr>
        <w:t>28:24  accountability ka matlab yeh hai ke insaan jo is duniya mein hai, to bazahir to woh azaad hai, us ko freedom mili hui hai, lekin yeh azadi aap ke liye inaam nahi hai,</w:t>
      </w:r>
      <w:r>
        <w:br/>
      </w:r>
      <w:r>
        <w:rPr>
          <w:sz w:val="20"/>
        </w:rPr>
        <w:t>28:41  aap ka right nahi hai. yeh jo azadi mili hai aap ko, yeh aap ka right nahi hai, yeh aap ka inaam bhi nahi hai.</w:t>
      </w:r>
      <w:r>
        <w:br/>
      </w:r>
      <w:r>
        <w:rPr>
          <w:sz w:val="20"/>
        </w:rPr>
        <w:t>28:53  yeh azadi mili hai bator test. is duniya ko Khuda ne banaya test ke liye, yani logon ko azadi de kar rakha taake Khuda yeh dekhe ke kaun hai jo azadi ko misuse karta hai aur kaun hai jo azadi ko proper use karta hai,</w:t>
      </w:r>
      <w:r>
        <w:br/>
      </w:r>
      <w:r>
        <w:rPr>
          <w:sz w:val="20"/>
        </w:rPr>
        <w:t>29:20  kaun hai jo azadi ko theek theek istemal karta hai aur kaun hai jo azadi ko ghalat istemal karta hai.</w:t>
      </w:r>
      <w:r>
        <w:br/>
      </w:r>
      <w:r>
        <w:rPr>
          <w:sz w:val="20"/>
        </w:rPr>
        <w:t>29:30  yeh dekhe phir isi buniyad par, isi moral record ki buniyad par, maut ke baad jo duniya aney wali hai, wahan par is ka hisab ho.</w:t>
      </w:r>
      <w:r>
        <w:br/>
      </w:r>
      <w:r>
        <w:rPr>
          <w:sz w:val="20"/>
        </w:rPr>
        <w:t>29:43  kyun ke Islam ka concept yeh hai ke zindagi jo hai, maut par khatam nahi hoti hai.</w:t>
      </w:r>
      <w:r>
        <w:br/>
      </w:r>
      <w:r>
        <w:rPr>
          <w:sz w:val="20"/>
        </w:rPr>
        <w:t>29:50  maut ke baad jo hai, eternal life shuru ho jati hai. eternal life, abdi zindagi. to is abdi zindagi mein ya is eternal life mein, har aadmi ko, har aadmi ke liye ya to hell ka faisla hoga ya paradise ka faisla hoga.</w:t>
      </w:r>
      <w:r>
        <w:br/>
      </w:r>
      <w:r>
        <w:rPr>
          <w:sz w:val="20"/>
        </w:rPr>
        <w:t>30:11  maut ke baad jo akhirat hai, maut ke baad jo duniya hai, us ko akhirat ki duniya kehte hain,</w:t>
      </w:r>
      <w:r>
        <w:br/>
      </w:r>
      <w:r>
        <w:rPr>
          <w:sz w:val="20"/>
        </w:rPr>
        <w:t>30:21  yani world hereafter. to doosri agli duniya mein</w:t>
      </w:r>
      <w:r>
        <w:br/>
      </w:r>
      <w:r>
        <w:rPr>
          <w:sz w:val="20"/>
        </w:rPr>
        <w:t>30:32  do result har aadmi, do mein se aik result har aadmi ko milne wala hai: ya punishment ya reward. punishment wala jo hai, woh hell mein jayega, reward wala jo hai, woh paradise mein jayega.</w:t>
      </w:r>
      <w:r>
        <w:br/>
      </w:r>
      <w:r>
        <w:rPr>
          <w:sz w:val="20"/>
        </w:rPr>
        <w:t>30:48  yeh cheez aadmi ko control mein rakhti hai. yeh cheez aadmi ke liye goya ke speed breaker ka kaam karti hai. speed breaker kyun?</w:t>
      </w:r>
      <w:r>
        <w:br/>
      </w:r>
      <w:r>
        <w:rPr>
          <w:sz w:val="20"/>
        </w:rPr>
        <w:t>31:01  har mauqe par jahan is ko yeh choice ho, yeh choice ho ke woh sahi kare ya galat kare, jhoot bole ya sach bole,</w:t>
      </w:r>
      <w:r>
        <w:br/>
      </w:r>
      <w:r>
        <w:rPr>
          <w:sz w:val="20"/>
        </w:rPr>
        <w:t>31:17  honesty ke sath rahe ya dishonesty ke sath rahe, apni freedom ko misuse kare ya proper use kare. jab yeh choice aaye</w:t>
      </w:r>
      <w:r>
        <w:br/>
      </w:r>
      <w:r>
        <w:rPr>
          <w:sz w:val="20"/>
        </w:rPr>
        <w:t>31:29  to woh soche, soche. aik concept of accountability jo hai, majboor karta hai ke har aise mauqe par aadmi soche ke mein kya karoon, kya na karoon.</w:t>
      </w:r>
      <w:r>
        <w:br/>
      </w:r>
      <w:r>
        <w:rPr>
          <w:sz w:val="20"/>
        </w:rPr>
        <w:t>31:45  kyunke agar is ne moral values ke khilaaf kaam kiya, yeh price is ko deni padegi maut ke baad, punishment ki surat mein.</w:t>
      </w:r>
      <w:r>
        <w:br/>
      </w:r>
      <w:r>
        <w:rPr>
          <w:sz w:val="20"/>
        </w:rPr>
        <w:t>31:59  isi ke sath dekhiye, aadmi ke samne agar do situation hain: aik hai ke agar woh jhoot bol de to is ko kuch faida mil jata hai, aur sach bole to is ka nuksan hota hai.</w:t>
      </w:r>
      <w:r>
        <w:br/>
      </w:r>
      <w:r>
        <w:rPr>
          <w:sz w:val="20"/>
        </w:rPr>
        <w:t>32:13  to sach kyun bole aadmi? to</w:t>
      </w:r>
      <w:r>
        <w:br/>
      </w:r>
      <w:r>
        <w:rPr>
          <w:sz w:val="20"/>
        </w:rPr>
        <w:t>32:17  yeh jo concept hai world hereafter ka, woh yeh batata hai ke is duniya mein agar tum ne sahi sahi zindagi guzari,</w:t>
      </w:r>
      <w:r>
        <w:br/>
      </w:r>
      <w:r>
        <w:rPr>
          <w:sz w:val="20"/>
        </w:rPr>
        <w:t>32:31  sachi zindagi guzari, to tum ko maut ke baad akhirat ki duniya mein eternal paradise milegi, eternal pleasure milega.</w:t>
      </w:r>
      <w:r>
        <w:br/>
      </w:r>
      <w:r>
        <w:rPr>
          <w:sz w:val="20"/>
        </w:rPr>
        <w:t>32:44  yeh kitna bara incentive hai. to bad character ke liye foran samne punishment ka aa jata hai, dar.</w:t>
      </w:r>
      <w:r>
        <w:br/>
      </w:r>
      <w:r>
        <w:rPr>
          <w:sz w:val="20"/>
        </w:rPr>
        <w:t>32:56  aur good conduct, good, good, good conduct ke liye, yani har aadmi har mauqe par do ke beech mein rehta hai: ya to good conduct ya bad conduct, acha kirdaar ya bura kirdaar.</w:t>
      </w:r>
      <w:r>
        <w:br/>
      </w:r>
      <w:r>
        <w:rPr>
          <w:sz w:val="20"/>
        </w:rPr>
        <w:t>33:14  to har mauqe par is ko andar se yeh baat is ka conscious batata hai ke yeh saada baat nahi hai.</w:t>
      </w:r>
      <w:r>
        <w:br/>
      </w:r>
      <w:r>
        <w:rPr>
          <w:sz w:val="20"/>
        </w:rPr>
        <w:t>33:28  agar tum achai ki taraf jaoge to tum ko bohat bara reward milega, paradise ki shakal mein.</w:t>
      </w:r>
      <w:r>
        <w:br/>
      </w:r>
      <w:r>
        <w:rPr>
          <w:sz w:val="20"/>
        </w:rPr>
        <w:t>33:38  burai ki taraf jaoge to phir bohat bara punishment milega, hell ki shakal mein.</w:t>
      </w:r>
    </w:p>
    <w:p>
      <w:pPr>
        <w:pStyle w:val="Heading2"/>
      </w:pPr>
      <w:r>
        <w:t>Modern tension from unaddressed gratitude nature</w:t>
      </w:r>
    </w:p>
    <w:p>
      <w:r>
        <w:rPr>
          <w:color w:val="666666"/>
          <w:sz w:val="18"/>
        </w:rPr>
        <w:t>Ancient Shirk or Modern Shirk February 1, 2008 Maulana Wahiduddin Khan · 5m 49s · at 12:00 · https://youtu.be/LB6iBYerQmw?t=720</w:t>
      </w:r>
    </w:p>
    <w:p>
      <w:r>
        <w:rPr>
          <w:i/>
        </w:rPr>
        <w:t>“Aaj saari duniya aap dekhiye, sab log tension mein hain”</w:t>
      </w:r>
    </w:p>
    <w:p>
      <w:r>
        <w:rPr>
          <w:sz w:val="20"/>
        </w:rPr>
        <w:t>12:00  Aaj sari dunya aap dekhiye, sab log tension mein hain, stress mein hain.</w:t>
      </w:r>
      <w:r>
        <w:br/>
      </w:r>
      <w:r>
        <w:rPr>
          <w:sz w:val="20"/>
        </w:rPr>
        <w:t>12:09  Kaha jata hai ke sab se bara problem is zamane ka tension hai ya stress hai. Kyun ke chahe aap dolat ikatha kar lein, achhe se achha ghar bana lein, khoobsurat carain aap ke ghar ke samne khadi hui hon,</w:t>
      </w:r>
      <w:r>
        <w:br/>
      </w:r>
      <w:r>
        <w:rPr>
          <w:sz w:val="20"/>
        </w:rPr>
        <w:t>12:23  Sab kuch ho, sab kuch ho, sab kuch ho. Lekin phir kya hota hai? Stress.</w:t>
      </w:r>
      <w:r>
        <w:br/>
      </w:r>
      <w:r>
        <w:rPr>
          <w:sz w:val="20"/>
        </w:rPr>
        <w:t>12:30  Phir kya hota hai? Tension. Yeh ek aam baat hai. Is zamane mein ek bohat bari industry hai jis ko kehte hain de-stressing.</w:t>
      </w:r>
      <w:r>
        <w:br/>
      </w:r>
      <w:r>
        <w:rPr>
          <w:sz w:val="20"/>
        </w:rPr>
        <w:t>12:45  De-stressing. Jitne bare bare log hain, paise wale log hain, woh sab de-stressing ke liye daud rahe hain is industry ki taraf.</w:t>
      </w:r>
      <w:r>
        <w:br/>
      </w:r>
      <w:r>
        <w:rPr>
          <w:sz w:val="20"/>
        </w:rPr>
        <w:t>12:54  Apne ko tension free banana, apne stress ko khatam karna, yeh in ka sab se bara problem hai. To de-stressing is zamane mein ek bohat bari flourishing industry hai.</w:t>
      </w:r>
      <w:r>
        <w:br/>
      </w:r>
      <w:r>
        <w:rPr>
          <w:sz w:val="20"/>
        </w:rPr>
        <w:t>13:09  Ab bare bare log is mein lage hue hain. Achha, kyun hai yeh? Is ka jo reason hai, woh hai ek qism ka contradiction jis mein insaan jeeta hai.</w:t>
      </w:r>
      <w:r>
        <w:br/>
      </w:r>
      <w:r>
        <w:rPr>
          <w:sz w:val="20"/>
        </w:rPr>
        <w:t>13:24  Yani present man is living in contradiction and result is in tension.</w:t>
      </w:r>
      <w:r>
        <w:br/>
      </w:r>
      <w:r>
        <w:rPr>
          <w:sz w:val="20"/>
        </w:rPr>
        <w:t>13:32  And the direct result of this contradiction is tension and stress. Aaj ka insaan jeeta hai tazad mein, contradiction mein.</w:t>
      </w:r>
      <w:r>
        <w:br/>
      </w:r>
      <w:r>
        <w:rPr>
          <w:sz w:val="20"/>
        </w:rPr>
        <w:t>13:43  Isi ka barah e raast nateeja hai tension aur stress. Woh kaise? Is ko ghor kijiye.</w:t>
      </w:r>
      <w:r>
        <w:br/>
      </w:r>
      <w:r>
        <w:rPr>
          <w:sz w:val="20"/>
        </w:rPr>
        <w:t>13:52  Dekhiye, jaisa ke main ne arz kiya, insaan by birth ek nature le kar paida hua hai. Woh nature hai tashakkur, gratitude, acknowledge karna.</w:t>
      </w:r>
      <w:r>
        <w:br/>
      </w:r>
      <w:r>
        <w:rPr>
          <w:sz w:val="20"/>
        </w:rPr>
        <w:t>14:08  Insaan ki nature mein yeh cheez introven hai. Nature mein introven hai ke kisi se kuch mile to us ko acknowledge kare.</w:t>
      </w:r>
      <w:r>
        <w:br/>
      </w:r>
      <w:r>
        <w:rPr>
          <w:sz w:val="20"/>
        </w:rPr>
        <w:t>14:20  Kisi se kuch mile to us ka etraf kare.</w:t>
      </w:r>
      <w:r>
        <w:br/>
      </w:r>
      <w:r>
        <w:rPr>
          <w:sz w:val="20"/>
        </w:rPr>
        <w:t>14:26  To agar aap etraf na karein to kya hoga? Aap contradiction mein jeene lagen ge.</w:t>
      </w:r>
      <w:r>
        <w:br/>
      </w:r>
      <w:r>
        <w:rPr>
          <w:sz w:val="20"/>
        </w:rPr>
        <w:t>14:33  Yani aap ko kisi se ek bara gift mila, kisi se ek bari blessing mile, kisi se aap ko bohat bara faida mile, lekin aap us ko acknowledge na karein,</w:t>
      </w:r>
      <w:r>
        <w:br/>
      </w:r>
      <w:r>
        <w:rPr>
          <w:sz w:val="20"/>
        </w:rPr>
        <w:t>14:51  is ka eteraaf na karein to kya hoga? aap ke andar aik bohat zabardast qism ki kashmakash shuru ho jayegi.</w:t>
      </w:r>
      <w:r>
        <w:br/>
      </w:r>
      <w:r>
        <w:rPr>
          <w:sz w:val="20"/>
        </w:rPr>
        <w:t>14:58  aap ki nature chahegi acknowledge karna, lekin aap ka jo argument mind hai, woh acknowledge nahi karega. to nature mein aur aap ke argument mind mein aik kashmakash shuru ho jayegi.</w:t>
      </w:r>
      <w:r>
        <w:br/>
      </w:r>
      <w:r>
        <w:rPr>
          <w:sz w:val="20"/>
        </w:rPr>
        <w:t>15:14  aik complex create hoga. to isi ka naam hai tension. nature kahegi acknowledge karo, lekin aap apni barhai ko baqi rakhne ke liye acknowledge nahi karenge</w:t>
      </w:r>
      <w:r>
        <w:br/>
      </w:r>
      <w:r>
        <w:rPr>
          <w:sz w:val="20"/>
        </w:rPr>
        <w:t>15:28  to isi ka naam hai tension. arabic mein aik woh hai ke itta shar man ahsanti lae.</w:t>
      </w:r>
      <w:r>
        <w:br/>
      </w:r>
      <w:r>
        <w:rPr>
          <w:sz w:val="20"/>
        </w:rPr>
        <w:t>15:41  itta shar man ahsanti lae. yaani tum ne agar kisi ke sath, aadmi ke sath ehsaan kiya hai, yaani good behaviour kiya hai, us ko kuch bari cheez de di hai to us ke shar se bacho, us ki burai se bacho.</w:t>
      </w:r>
      <w:r>
        <w:br/>
      </w:r>
      <w:r>
        <w:rPr>
          <w:sz w:val="20"/>
        </w:rPr>
        <w:t>15:58  kyun?</w:t>
      </w:r>
      <w:r>
        <w:br/>
      </w:r>
      <w:r>
        <w:rPr>
          <w:sz w:val="20"/>
        </w:rPr>
        <w:t>15:59  hota yahi hai ke aadmi agar aap ke dene ko acknowledge kar le to phir woh shar nahi phailayega.</w:t>
      </w:r>
      <w:r>
        <w:br/>
      </w:r>
      <w:r>
        <w:rPr>
          <w:sz w:val="20"/>
        </w:rPr>
        <w:t>16:10  kyunki us ki nature address ho gayi. jab acknowledge kar liya us ne to us ki nature address ho gayi, woh tension free ho gaya.</w:t>
      </w:r>
      <w:r>
        <w:br/>
      </w:r>
      <w:r>
        <w:rPr>
          <w:sz w:val="20"/>
        </w:rPr>
        <w:t>16:20  lekin jab woh acknowledge na kare ke aap ne diya hai, aap se mila hai, aap ki den hai to is maani ke us ki nature address nahi ho rahi hai.</w:t>
      </w:r>
      <w:r>
        <w:br/>
      </w:r>
      <w:r>
        <w:rPr>
          <w:sz w:val="20"/>
        </w:rPr>
        <w:t>16:34  to ab woh kya karega? ulta aap ko bura batane lagega. taake taake yeh apne ko dhoka de. yaani false conviction mein jeene ke liye yeh aadmi is qabil hai nahi ke use kuch mile kisi ko.</w:t>
      </w:r>
      <w:r>
        <w:br/>
      </w:r>
      <w:r>
        <w:rPr>
          <w:sz w:val="20"/>
        </w:rPr>
        <w:t>16:48  yeh to bohat kharab aadmi hai.</w:t>
      </w:r>
      <w:r>
        <w:br/>
      </w:r>
      <w:r>
        <w:rPr>
          <w:sz w:val="20"/>
        </w:rPr>
        <w:t>16:51  to apne ehsaan ko jo aadmi bura bhala kehta hai, apne ehsaan ke khilaf jo ulta propaganda karta hai, to us ka raaz yahi hai.</w:t>
      </w:r>
      <w:r>
        <w:br/>
      </w:r>
      <w:r>
        <w:rPr>
          <w:sz w:val="20"/>
        </w:rPr>
        <w:t>17:02  woh yeh show karna chahta hai ke yeh aadmi to kisi qabil nahi hai, worthless hai. yeh lekin apne nature ko to mita nahi sakta.</w:t>
      </w:r>
      <w:r>
        <w:br/>
      </w:r>
      <w:r>
        <w:rPr>
          <w:sz w:val="20"/>
        </w:rPr>
        <w:t>17:10  woh nature phir bhi alive rehta hai. to zahir mein to woh us ke khilaf propaganda karega,</w:t>
      </w:r>
      <w:r>
        <w:br/>
      </w:r>
      <w:r>
        <w:rPr>
          <w:sz w:val="20"/>
        </w:rPr>
        <w:t>17:20  andar us ka nature alive rahega. to yahan par kya hoga? contradiction mein jeene lagega woh. kyunki woh apne nature ko address nahi kar raha hai.</w:t>
      </w:r>
      <w:r>
        <w:br/>
      </w:r>
      <w:r>
        <w:rPr>
          <w:sz w:val="20"/>
        </w:rPr>
        <w:t>17:34  yahi maamla is ka hai ke insaan jo hai, jo itna aalami satah par, universal level par, international problem hai aaj ka tension.</w:t>
      </w:r>
    </w:p>
    <w:p>
      <w:pPr>
        <w:pStyle w:val="Heading2"/>
      </w:pPr>
      <w:r>
        <w:t>diversity, envy, and life as God's test for all</w:t>
      </w:r>
    </w:p>
    <w:p>
      <w:r>
        <w:rPr>
          <w:color w:val="666666"/>
          <w:sz w:val="18"/>
        </w:rPr>
        <w:t>Good Relationships CPS Women Discussion 23 September 10, 2023 · 4m 45s · at 8:23 · https://youtu.be/5UlMoC6-jGU?t=503</w:t>
      </w:r>
    </w:p>
    <w:p>
      <w:r>
        <w:rPr>
          <w:i/>
        </w:rPr>
        <w:t>“Man is a social animal — he can't live alone”</w:t>
      </w:r>
    </w:p>
    <w:p>
      <w:r>
        <w:rPr>
          <w:sz w:val="20"/>
        </w:rPr>
        <w:t>8:23  Sound lekin. Quality hai sir. aaj ka topic jab maine padha to sabse pehle mujhe ek civics mein hum log school mein padhte the ki man is a social animal. mujhe woh line yaad aa gayi ki insaan ko taala taala ne akele rehne ke liye nahi banaya hai. usko logon ke beach hi rehna hai aur logon ke beach use apne sabhi tarah ke rishte aur sab tarah ke taluqat banate hue, nibhate hue rehna hai. yeh uske yeh compulsion hai uske liye.</w:t>
      </w:r>
      <w:r>
        <w:br/>
      </w:r>
      <w:r>
        <w:rPr>
          <w:sz w:val="20"/>
        </w:rPr>
        <w:t>8:53  woh kahin bhi aise nahi reh sakta ki kisi island par akela reh le. to is naate hamein hamesha muqtaleef logon ke saath apna ravaiya, apna behavior dekhna hoga ki hamare ta'alluqat kaise ban pa rahe hain?</w:t>
      </w:r>
      <w:r>
        <w:br/>
      </w:r>
      <w:r>
        <w:rPr>
          <w:sz w:val="20"/>
        </w:rPr>
        <w:t>9:07  magar, quran quran mein hum surah 49 chapter verse 13 mein padhte hain ki jab yahan rahein is</w:t>
      </w:r>
      <w:r>
        <w:br/>
      </w:r>
      <w:r>
        <w:rPr>
          <w:sz w:val="20"/>
        </w:rPr>
        <w:t>9:24  maashre mein society mein to hamare different different groups hon, alag alag hamari pehchanein hon, hamare fandan alag hon.</w:t>
      </w:r>
      <w:r>
        <w:br/>
      </w:r>
      <w:r>
        <w:rPr>
          <w:sz w:val="20"/>
        </w:rPr>
        <w:t>9:42  to yeh division khud Allah taala ki hi scheme hai aur ek family ke andar bhi logon ke alag alag salahiyaten di gayi us bina par unke role alag alag kar diye gaye.</w:t>
      </w:r>
      <w:r>
        <w:br/>
      </w:r>
      <w:r>
        <w:rPr>
          <w:sz w:val="20"/>
        </w:rPr>
        <w:t>9:53  to diversity ya yeh kaha jaye ki iftilaaf yeh Allah ki hi, Allah ki hi scheme mein hai aur is wajah se aisa hota hai ki baaz dafa kuch log humse upar hote hain, kisi ki position humse neeche hoti hai, kis kuch log kisi salahiyat mein humse aage hote hain aur kuch log peeche hote hain.</w:t>
      </w:r>
      <w:r>
        <w:br/>
      </w:r>
      <w:r>
        <w:rPr>
          <w:sz w:val="20"/>
        </w:rPr>
        <w:t>10:14  is wajah se, is farq se hum aksar negativity ya phir hasad ya maalesh is tarah ki emotions ko feel karne lagte hain. jaise ki Quran ki ayat surah Nisaah ki 32 mein bataya gaya hai ki aur tum aisi cheez ki tamanna na karo jismein Allah ne tummein tummein se ek ko doosre par badhai di hai.</w:t>
      </w:r>
      <w:r>
        <w:br/>
      </w:r>
      <w:r>
        <w:rPr>
          <w:sz w:val="20"/>
        </w:rPr>
        <w:t>10:41  mardon ke liye hissa hai apni kamai ka aur auraton ke liye hissa hai apni kamai ka. to iska saaf matlab yeh hai jaise aapko ne bataya ki aurat aur mard ka farq bhi ismein sahi ho raha hai ki ek ek hi family mein mard ko Allah taala ne physical power di. to agar woh usko misuse kar raha hai to woh uska test hai jiske liye woh apna test kharab kar raha hai.</w:t>
      </w:r>
      <w:r>
        <w:br/>
      </w:r>
      <w:r>
        <w:rPr>
          <w:sz w:val="20"/>
        </w:rPr>
        <w:t>11:05  to is ayat ko padhkar main yeh samajh paai ki hum is duniya mein ek doosre ke upar kisi na kisi cheez mein badai dekar bhejhe gaye hain. lekin yeh badai dekhkar jealousy karna is tarah ka ravaiyya humein nahi apnana hai. humein ek doosre ki hirs mein nahi rehna hai. balki humein is baat par tawajjoh deni hai ki hum amal kya kar rahe hain? hamara test paper jo uska doosre aadmi ka kuch aur test paper hai. hamara kuch aur test paper hai.</w:t>
      </w:r>
      <w:r>
        <w:br/>
      </w:r>
      <w:r>
        <w:rPr>
          <w:sz w:val="20"/>
        </w:rPr>
        <w:t>11:32  hum us test paper mein poore utar rahe hain ya nahi utar rahe hain? yeh hamara maqsad hona chahiye. yeh scheme of god hum samajh samajh lein. to ek bahut badi mujhe lagta hai jo society mein ajeeb si yeh problems hoti hain yeh bahut zyada sort out ho jayen. sabko clarity ho jaye.</w:t>
      </w:r>
      <w:r>
        <w:br/>
      </w:r>
      <w:r>
        <w:rPr>
          <w:sz w:val="20"/>
        </w:rPr>
        <w:t>11:49  har koi is apne is test ko jaane ka aur har koi usi ke liye amal karna shuru kar dega chance nahi kyunki woh apni jannat abhi bhi kama sakta hai.</w:t>
      </w:r>
      <w:r>
        <w:br/>
      </w:r>
      <w:r>
        <w:rPr>
          <w:sz w:val="20"/>
        </w:rPr>
        <w:t>12:14  to allahatala ne har ek ko jo jahan rakha hai wahin par usko test diya hai aur uska isko imkan diye hain ki woh har tarah ke amal kar sakein aur phir apne liye woh aafarat ke liye jannat bana sake ya zehan lo. to basically to bahut easy hai agar hum is tarah sochein aur yeh sochein ki agar mere paas yahan duniya mein kuch nahi diya gaya.</w:t>
      </w:r>
      <w:r>
        <w:br/>
      </w:r>
      <w:r>
        <w:rPr>
          <w:sz w:val="20"/>
        </w:rPr>
        <w:t>12:36  hum log hum log poore din yahi sochte reh jaate hain na yeh fazilat sirf ek temporary test</w:t>
      </w:r>
      <w:r>
        <w:br/>
      </w:r>
      <w:r>
        <w:rPr>
          <w:sz w:val="20"/>
        </w:rPr>
        <w:t>12:46  question paper hai aur koi fazilat temporary woh permanent nahi hai to phir hamari saari jo hasad hai,</w:t>
      </w:r>
      <w:r>
        <w:br/>
      </w:r>
      <w:r>
        <w:rPr>
          <w:sz w:val="20"/>
        </w:rPr>
        <w:t>12:57  hamara saara inferiority complex hai, yeh sab cheezein nikal jaayein aur hamare andar se ghamand bhi khatm ho jaaye.</w:t>
      </w:r>
      <w:r>
        <w:br/>
      </w:r>
      <w:r>
        <w:rPr>
          <w:sz w:val="20"/>
        </w:rPr>
        <w:t>13:08  to yahi cheezein hain jo talluqaat mein aadhe aati hain hamesha. yeh jo kamzor hota hai woh hasad karta hai, jo taaqatwar hota hai woh ghamand karta hai aur in cheezon ki clash ki wajah se talluqaat kharab hote hain. to main is principle ko jaan paai ki yeh hamare relationship ko develop karne ke liye achha hai. phir maine abhi hamare khaas ek padosa aai thi.</w:t>
      </w:r>
    </w:p>
    <w:p>
      <w:pPr>
        <w:pStyle w:val="Heading2"/>
      </w:pPr>
      <w:r>
        <w:t>Qur'an emphasizes spirit over form</w:t>
      </w:r>
    </w:p>
    <w:p>
      <w:r>
        <w:rPr>
          <w:color w:val="666666"/>
          <w:sz w:val="18"/>
        </w:rPr>
        <w:t>Art of War and Islam · 4m 54s · at 28:46 · https://youtu.be/LvYP_pf17S0?t=1726</w:t>
      </w:r>
    </w:p>
    <w:p>
      <w:r>
        <w:rPr>
          <w:i/>
        </w:rPr>
        <w:t>“I have read the Qur'an; it gives only basics”</w:t>
      </w:r>
    </w:p>
    <w:p>
      <w:r>
        <w:rPr>
          <w:sz w:val="20"/>
        </w:rPr>
        <w:t>28:46  I don't I have read Islam, I have read the Qur'an. I don't find that the Qur'an gives details of all these things.</w:t>
      </w:r>
      <w:r>
        <w:br/>
      </w:r>
      <w:r>
        <w:rPr>
          <w:sz w:val="20"/>
        </w:rPr>
        <w:t>28:59  The Qur'an is</w:t>
      </w:r>
      <w:r>
        <w:br/>
      </w:r>
      <w:r>
        <w:rPr>
          <w:sz w:val="20"/>
        </w:rPr>
        <w:t>29:06  relatively a small book. The Qur'an gives us only the basics, only the basics, not the details.</w:t>
      </w:r>
      <w:r>
        <w:br/>
      </w:r>
      <w:r>
        <w:rPr>
          <w:sz w:val="20"/>
        </w:rPr>
        <w:t>29:21  Why? Because your incentive is if there is incentive, then that is enough. I think that incentive is more important than the manuals or principles or laws.</w:t>
      </w:r>
      <w:r>
        <w:br/>
      </w:r>
      <w:r>
        <w:rPr>
          <w:sz w:val="20"/>
        </w:rPr>
        <w:t>29:42  Incentive or motivation is more enough</w:t>
      </w:r>
      <w:r>
        <w:br/>
      </w:r>
      <w:r>
        <w:rPr>
          <w:sz w:val="20"/>
        </w:rPr>
        <w:t>29:47  . Incentive or motivation are more important than the manuals, than the principles, than the laws.</w:t>
      </w:r>
      <w:r>
        <w:br/>
      </w:r>
      <w:r>
        <w:rPr>
          <w:sz w:val="20"/>
        </w:rPr>
        <w:t>29:58  So the Qur'an always tries to inculcate incentive. If you read the Qur'an, you will find that practical details are not very much in the Qur'an.</w:t>
      </w:r>
      <w:r>
        <w:br/>
      </w:r>
      <w:r>
        <w:rPr>
          <w:sz w:val="20"/>
        </w:rPr>
        <w:t>30:13  But those kinds of teachings that inculcate incentive, you can find at every page.</w:t>
      </w:r>
      <w:r>
        <w:br/>
      </w:r>
      <w:r>
        <w:rPr>
          <w:sz w:val="20"/>
        </w:rPr>
        <w:t>30:24  Every page of the Qur'an gives those kinds of incentives. The Qur'an tries to inculcate that spirit.</w:t>
      </w:r>
      <w:r>
        <w:br/>
      </w:r>
      <w:r>
        <w:rPr>
          <w:sz w:val="20"/>
        </w:rPr>
        <w:t>30:39  So the Qur'an is, in this sense, I can say that the Qur'an is a book of spirit rather than form.</w:t>
      </w:r>
      <w:r>
        <w:br/>
      </w:r>
      <w:r>
        <w:rPr>
          <w:sz w:val="20"/>
        </w:rPr>
        <w:t>30:50  In this sense, I can say that the Qur'an is a book of spirit rather than a book of form.</w:t>
      </w:r>
      <w:r>
        <w:br/>
      </w:r>
      <w:r>
        <w:rPr>
          <w:sz w:val="20"/>
        </w:rPr>
        <w:t>31:10  Some details you can find in the Hadith literature. But as far as the Qur'an is concerned, the Qur'an gives us only the details, only the details.</w:t>
      </w:r>
      <w:r>
        <w:br/>
      </w:r>
      <w:r>
        <w:rPr>
          <w:sz w:val="20"/>
        </w:rPr>
        <w:t>31:29  So according to my study,</w:t>
      </w:r>
      <w:r>
        <w:br/>
      </w:r>
      <w:r>
        <w:rPr>
          <w:sz w:val="20"/>
        </w:rPr>
        <w:t>31:40  Islam tries to</w:t>
      </w:r>
      <w:r>
        <w:br/>
      </w:r>
      <w:r>
        <w:rPr>
          <w:sz w:val="20"/>
        </w:rPr>
        <w:t>31:44  build a personality,</w:t>
      </w:r>
      <w:r>
        <w:br/>
      </w:r>
      <w:r>
        <w:rPr>
          <w:sz w:val="20"/>
        </w:rPr>
        <w:t>31:50  a personality of Paradise.</w:t>
      </w:r>
      <w:r>
        <w:br/>
      </w:r>
      <w:r>
        <w:rPr>
          <w:sz w:val="20"/>
        </w:rPr>
        <w:t>31:58  The mind the Qur'an tries to build is a mind of</w:t>
      </w:r>
      <w:r>
        <w:br/>
      </w:r>
      <w:r>
        <w:rPr>
          <w:sz w:val="20"/>
        </w:rPr>
        <w:t>32:10  realization, a mind of a mind that fears God, a mind that is sincere, that is very, very cautious.</w:t>
      </w:r>
      <w:r>
        <w:br/>
      </w:r>
      <w:r>
        <w:rPr>
          <w:sz w:val="20"/>
        </w:rPr>
        <w:t>32:33  Because if there is spirit, where there is spirit, there is action.</w:t>
      </w:r>
      <w:r>
        <w:br/>
      </w:r>
      <w:r>
        <w:rPr>
          <w:sz w:val="20"/>
        </w:rPr>
        <w:t>32:42  Spirit is a guarantee that a to action. If there is spirit, there is action.</w:t>
      </w:r>
      <w:r>
        <w:br/>
      </w:r>
      <w:r>
        <w:rPr>
          <w:sz w:val="20"/>
        </w:rPr>
        <w:t>32:57  It is impossible that if you inculcate spirit, then it is impossible that spirit will not translate into action.</w:t>
      </w:r>
      <w:r>
        <w:br/>
      </w:r>
      <w:r>
        <w:rPr>
          <w:sz w:val="20"/>
        </w:rPr>
        <w:t>33:10  Spirit is bound to translate into action. So the Qur'an always gives emphasize, always emphasizes the spirit rather than form.</w:t>
      </w:r>
      <w:r>
        <w:br/>
      </w:r>
      <w:r>
        <w:rPr>
          <w:sz w:val="20"/>
        </w:rPr>
        <w:t>33:29  Form is a byproduct of spirit. Form is a byproduct of spirit.</w:t>
      </w:r>
    </w:p>
    <w:p>
      <w:pPr>
        <w:pStyle w:val="Heading2"/>
      </w:pPr>
      <w:r>
        <w:t>Why value others, and positive thinking as prerequisite</w:t>
      </w:r>
    </w:p>
    <w:p>
      <w:r>
        <w:rPr>
          <w:color w:val="666666"/>
          <w:sz w:val="18"/>
        </w:rPr>
        <w:t>Human Values · 5m 38s · at 4:44 · https://youtu.be/Art0kheDD40?t=284</w:t>
      </w:r>
    </w:p>
    <w:p>
      <w:r>
        <w:rPr>
          <w:i/>
        </w:rPr>
        <w:t>“Doosri baat mujhe samajh aati hai, wo hai logon ke liye valuing”</w:t>
      </w:r>
    </w:p>
    <w:p>
      <w:r>
        <w:rPr>
          <w:sz w:val="20"/>
        </w:rPr>
        <w:t>4:44  doosri baat mujhe yeh samajh aati hai, woh hai logon ke taeen valuing.</w:t>
      </w:r>
      <w:r>
        <w:br/>
      </w:r>
      <w:r>
        <w:rPr>
          <w:sz w:val="20"/>
        </w:rPr>
        <w:t>4:54  logon ke liye khair khwahi.</w:t>
      </w:r>
      <w:r>
        <w:br/>
      </w:r>
      <w:r>
        <w:rPr>
          <w:sz w:val="20"/>
        </w:rPr>
        <w:t>4:57  ke aap kyun doosre ke liye acha karein? to koi iska reason chahiye?</w:t>
      </w:r>
      <w:r>
        <w:br/>
      </w:r>
      <w:r>
        <w:rPr>
          <w:sz w:val="20"/>
        </w:rPr>
        <w:t>5:06  jab tak aap jaante hain, ek aadmi jo hai woh. ek man is rational thinking animal. to reason jab tak mein na paoon, jab tak mein is kaam ko kar nahi pata,</w:t>
      </w:r>
      <w:r>
        <w:br/>
      </w:r>
      <w:r>
        <w:rPr>
          <w:sz w:val="20"/>
        </w:rPr>
        <w:t>5:21  to mein doosron ka influencer kyun banoon? doosron ka khair khwah kyun banoon? is par maine bahut socha.</w:t>
      </w:r>
      <w:r>
        <w:br/>
      </w:r>
      <w:r>
        <w:rPr>
          <w:sz w:val="20"/>
        </w:rPr>
        <w:t>5:31  mere sir mein ek baat yeh aayi ke hamein hum do cheezon ko support se duniya mein jee rahe hain. ek hai natural support, ek hai civilizational support.</w:t>
      </w:r>
      <w:r>
        <w:br/>
      </w:r>
      <w:r>
        <w:rPr>
          <w:sz w:val="20"/>
        </w:rPr>
        <w:t>5:45  natural support kya hai?</w:t>
      </w:r>
      <w:r>
        <w:br/>
      </w:r>
      <w:r>
        <w:rPr>
          <w:sz w:val="20"/>
        </w:rPr>
        <w:t>5:48  nature hum ko sun light de rahi hai, nature hum ko hawa de rahi hai, oxygen de rahi hai, nature hum ko food de rahi hai, pani de rahi hai.</w:t>
      </w:r>
      <w:r>
        <w:br/>
      </w:r>
      <w:r>
        <w:rPr>
          <w:sz w:val="20"/>
        </w:rPr>
        <w:t>6:00  yeh hai natural support. is se hum duniya mein jeete hain.</w:t>
      </w:r>
      <w:r>
        <w:br/>
      </w:r>
      <w:r>
        <w:rPr>
          <w:sz w:val="20"/>
        </w:rPr>
        <w:t>6:05  doosra hai civilizational support. civilization jo hai, ek lambe process ka naam hai.</w:t>
      </w:r>
      <w:r>
        <w:br/>
      </w:r>
      <w:r>
        <w:rPr>
          <w:sz w:val="20"/>
        </w:rPr>
        <w:t>6:15  jaise aap dekhein, yeh jo yeh jo glass hai, aap jaante hain ke pehle insan mitti ka bartan banata tha, use pani peeta tha.</w:t>
      </w:r>
      <w:r>
        <w:br/>
      </w:r>
      <w:r>
        <w:rPr>
          <w:sz w:val="20"/>
        </w:rPr>
        <w:t>6:27  phir lakri ka banaya, use pani peeta tha.</w:t>
      </w:r>
      <w:r>
        <w:br/>
      </w:r>
      <w:r>
        <w:rPr>
          <w:sz w:val="20"/>
        </w:rPr>
        <w:t>6:31  mere bachpan mein aluminium ke protein ke glass hote the. ab aap sheeshe ke glass dekhte hain. insan ka ek lamba, yaani insani human effort ka ek lamba process hai.</w:t>
      </w:r>
      <w:r>
        <w:br/>
      </w:r>
      <w:r>
        <w:rPr>
          <w:sz w:val="20"/>
        </w:rPr>
        <w:t>6:47  is ke nateeje mein ek glass, ek ek loud speaker, ek camera, ek motor car, ek hawa jahaz, sari cheezein hain.</w:t>
      </w:r>
      <w:r>
        <w:br/>
      </w:r>
      <w:r>
        <w:rPr>
          <w:sz w:val="20"/>
        </w:rPr>
        <w:t>6:58  to that is civilizational support. to agar mein yeh sochun ke insan dekho, hazaron saal se mere liye koshish kar raha tha, tab maine jail paayi, tab maine beach paayi, tab maine glass paaya, to insan ke liye mere andar khair khwahi aayi.</w:t>
      </w:r>
      <w:r>
        <w:br/>
      </w:r>
      <w:r>
        <w:rPr>
          <w:sz w:val="20"/>
        </w:rPr>
        <w:t>7:15  valuing aayi. to natural support jo hai, hum ko hasil, us ko hum sochte hain. to nature ke liye hamare andar achhe khayalat paida hote hain.</w:t>
      </w:r>
      <w:r>
        <w:br/>
      </w:r>
      <w:r>
        <w:rPr>
          <w:sz w:val="20"/>
        </w:rPr>
        <w:t>7:29  aise hi jis tarah se civilizational support jo hum ko mila hai, us par hum sochenge. aap jaante hain ke kapda jo hum aap pehente hain, to pehle to aisa kapda insan ke paas nahi hota tha.</w:t>
      </w:r>
      <w:r>
        <w:br/>
      </w:r>
      <w:r>
        <w:rPr>
          <w:sz w:val="20"/>
        </w:rPr>
        <w:t>7:43  sab se pehle to insan, yaani darakht ke patton se dhakta tha apna body. phir bahut hi mote qism ke rough qism ke kapde banaye us ne.</w:t>
      </w:r>
      <w:r>
        <w:br/>
      </w:r>
      <w:r>
        <w:rPr>
          <w:sz w:val="20"/>
        </w:rPr>
        <w:t>7:55  boht dinon ke baad aise kapre bane. isi ko main kehta hoon saivaraijhanal support. yeh saari humanity jo hai, mere liye lagi hui thi.</w:t>
      </w:r>
      <w:r>
        <w:br/>
      </w:r>
      <w:r>
        <w:rPr>
          <w:sz w:val="20"/>
        </w:rPr>
        <w:t>8:05  har ek. hum hamare aap ke liye ke hamein achhe cheezein milein, comfortfull life mile.</w:t>
      </w:r>
      <w:r>
        <w:br/>
      </w:r>
      <w:r>
        <w:rPr>
          <w:sz w:val="20"/>
        </w:rPr>
        <w:t>8:15  to jab hum yeh sochenge ke laga ke sab mere benefactor hain saare log,</w:t>
      </w:r>
      <w:r>
        <w:br/>
      </w:r>
      <w:r>
        <w:rPr>
          <w:sz w:val="20"/>
        </w:rPr>
        <w:t>8:20  to main un se kyun na pyar karoon? kyun na main un ka benefactor banun?</w:t>
      </w:r>
      <w:r>
        <w:br/>
      </w:r>
      <w:r>
        <w:rPr>
          <w:sz w:val="20"/>
        </w:rPr>
        <w:t>8:27  is tarah dekhein, positive thinking. positive thinking boht hi zaroori hai. dekhein, hum samaj mein jaate hain, society mein rehte hain, to hum sab log jaante hain in baaton ke bar bar hamein provocative situation samna karta hai.</w:t>
      </w:r>
      <w:r>
        <w:br/>
      </w:r>
      <w:r>
        <w:rPr>
          <w:sz w:val="20"/>
        </w:rPr>
        <w:t>8:45  koi in ko hamein provoke karta hai, koi in ko hamein ghussa dilata hai,</w:t>
      </w:r>
      <w:r>
        <w:br/>
      </w:r>
      <w:r>
        <w:rPr>
          <w:sz w:val="20"/>
        </w:rPr>
        <w:t>8:51  kahin ke hamein in marked situation mein gir jaate hain. isi wajah se aap dekhein, society mein har aadmi ek jaisa negative thought hota hai.</w:t>
      </w:r>
      <w:r>
        <w:br/>
      </w:r>
      <w:r>
        <w:rPr>
          <w:sz w:val="20"/>
        </w:rPr>
        <w:t>8:59  jis ko bhi dekhein, agar woh kuch achhi si baatein kar raha ho, aap us ko scrutiny kijiye, to parodiye andar se niklega ke woh bhi negative thought le hue tha.</w:t>
      </w:r>
      <w:r>
        <w:br/>
      </w:r>
      <w:r>
        <w:rPr>
          <w:sz w:val="20"/>
        </w:rPr>
        <w:t>9:13  to har aadmi negative thought ke saath jee raha hai.</w:t>
      </w:r>
      <w:r>
        <w:br/>
      </w:r>
      <w:r>
        <w:rPr>
          <w:sz w:val="20"/>
        </w:rPr>
        <w:t>9:17  isi liye is negativity ko khatam karna parega. tab ja kar positive thinking aayegi.</w:t>
      </w:r>
      <w:r>
        <w:br/>
      </w:r>
      <w:r>
        <w:rPr>
          <w:sz w:val="20"/>
        </w:rPr>
        <w:t>9:28  jaise main introspection karta rehta hoon, daily apna, daily, taake jitne negative item hain mere mind mein, us ko nikaloon. yeh main pachas baras se kam se kam yeh kar raha hoon, jab se maine samjha hai is baat ko.</w:t>
      </w:r>
      <w:r>
        <w:br/>
      </w:r>
      <w:r>
        <w:rPr>
          <w:sz w:val="20"/>
        </w:rPr>
        <w:t>9:43  to daily mein yeh karta hoon ke apne mind mein jo thousand and thousand negative item hain, us ko nikalta hoon, through introspection.</w:t>
      </w:r>
      <w:r>
        <w:br/>
      </w:r>
      <w:r>
        <w:rPr>
          <w:sz w:val="20"/>
        </w:rPr>
        <w:t>9:56  tab ja kar aati hai positive thinking.</w:t>
      </w:r>
      <w:r>
        <w:br/>
      </w:r>
      <w:r>
        <w:rPr>
          <w:sz w:val="20"/>
        </w:rPr>
        <w:t>9:59  to jab positive thinking aayegi, tabhi aap ka positive behavior hoga society mein. yeh sab cheezein jab tak na hon, isi ko maine kaha hai prerequisites.</w:t>
      </w:r>
      <w:r>
        <w:br/>
      </w:r>
      <w:r>
        <w:rPr>
          <w:sz w:val="20"/>
        </w:rPr>
        <w:t>10:12  yaani modern values ko society mein translate karne ke liye zaroori hai ke pehle aap logon ko prepare karein.</w:t>
      </w:r>
    </w:p>
    <w:p>
      <w:pPr>
        <w:pStyle w:val="Heading2"/>
      </w:pPr>
      <w:r>
        <w:t>Gratitude for modern amenities in daily life</w:t>
      </w:r>
    </w:p>
    <w:p>
      <w:r>
        <w:rPr>
          <w:color w:val="666666"/>
          <w:sz w:val="18"/>
        </w:rPr>
        <w:t>Islam in Daily Life I 26 Dec, 2010 - Maulana Wahiduddin Khan · 4m 48s · at 36:05 · https://youtu.be/S7ahMQ1iyp0?t=2165</w:t>
      </w:r>
    </w:p>
    <w:p>
      <w:r>
        <w:rPr>
          <w:i/>
        </w:rPr>
        <w:t>“Yahi sab hai Islamic daily life”</w:t>
      </w:r>
    </w:p>
    <w:p>
      <w:r>
        <w:rPr>
          <w:sz w:val="20"/>
        </w:rPr>
        <w:t>36:05  to phir yaad aaya ke mere bathroom mein geyser hai. to ja kar geyser mein ne on kar diya. yeh hi sab hai islami daily life, yeh isi ka naam hai.</w:t>
      </w:r>
      <w:r>
        <w:br/>
      </w:r>
      <w:r>
        <w:rPr>
          <w:sz w:val="20"/>
        </w:rPr>
        <w:t>36:18  islami daily life kisi chho mantar ka naam nahin. kisi mysterious cheez ka naam nahin.</w:t>
      </w:r>
      <w:r>
        <w:br/>
      </w:r>
      <w:r>
        <w:rPr>
          <w:sz w:val="20"/>
        </w:rPr>
        <w:t>36:24  kisi hawai cheez ka naam nahin.</w:t>
      </w:r>
      <w:r>
        <w:br/>
      </w:r>
      <w:r>
        <w:rPr>
          <w:sz w:val="20"/>
        </w:rPr>
        <w:t>36:30  isi ka naam hai islami daily life. to maine geyser on kar diya. bees minute tak on raha, is ke baad main ja kar nahaya.</w:t>
      </w:r>
      <w:r>
        <w:br/>
      </w:r>
      <w:r>
        <w:rPr>
          <w:sz w:val="20"/>
        </w:rPr>
        <w:t>36:40  to khoob garam pani tha is mein, bohat aaram se nha liya main. to mujhe yaad aaya woh zamana jab main gaon mein hota tha UK mein.</w:t>
      </w:r>
      <w:r>
        <w:br/>
      </w:r>
      <w:r>
        <w:rPr>
          <w:sz w:val="20"/>
        </w:rPr>
        <w:t>36:51  ab se bohat pehle, azadi se bhi pehle.</w:t>
      </w:r>
      <w:r>
        <w:br/>
      </w:r>
      <w:r>
        <w:rPr>
          <w:sz w:val="20"/>
        </w:rPr>
        <w:t>36:56  to thand jab mausam aata tha jaare ka to kai kai din main nahata hi nahin tha. kyunke ek baar main ne thande mausam mein pani, thande pani se nha liya.</w:t>
      </w:r>
      <w:r>
        <w:br/>
      </w:r>
      <w:r>
        <w:rPr>
          <w:sz w:val="20"/>
        </w:rPr>
        <w:t>37:09  to ek mahine tak main beemar raha. zukaam aur bukhar. kyunke wahan us par, us waqt hum jante bhi nahin the ke geyser koi cheez hai.</w:t>
      </w:r>
      <w:r>
        <w:br/>
      </w:r>
      <w:r>
        <w:rPr>
          <w:sz w:val="20"/>
        </w:rPr>
        <w:t>37:20  koi naam bhi nahin suna tha hum ne. bohat pehle ki baat hai.</w:t>
      </w:r>
      <w:r>
        <w:br/>
      </w:r>
      <w:r>
        <w:rPr>
          <w:sz w:val="20"/>
        </w:rPr>
        <w:t>37:28  to jab main naha raha tha to mujhe woh jo waqia yaad aaya ke gaon mein main ne thande mausam mein nha liya aur mahine bhar beemar raha.</w:t>
      </w:r>
      <w:r>
        <w:br/>
      </w:r>
      <w:r>
        <w:rPr>
          <w:sz w:val="20"/>
        </w:rPr>
        <w:t>37:38  aaj main itne aaram se naha raha hoon.</w:t>
      </w:r>
      <w:r>
        <w:br/>
      </w:r>
      <w:r>
        <w:rPr>
          <w:sz w:val="20"/>
        </w:rPr>
        <w:t>37:43  to main ne kaha: "khudaya!</w:t>
      </w:r>
      <w:r>
        <w:br/>
      </w:r>
      <w:r>
        <w:rPr>
          <w:sz w:val="20"/>
        </w:rPr>
        <w:t>37:46  tamam zubanon mein jitni dictionaries hain, un sab mein jitne alfaaz hain shukr ke, un sab ko main yaad kar daloon.</w:t>
      </w:r>
      <w:r>
        <w:br/>
      </w:r>
      <w:r>
        <w:rPr>
          <w:sz w:val="20"/>
        </w:rPr>
        <w:t>37:56  aur sab ko main repeat karoon, million trillion baar repeat karta rahoon. tab bhi tera shukr ada nahin hoga."</w:t>
      </w:r>
      <w:r>
        <w:br/>
      </w:r>
      <w:r>
        <w:rPr>
          <w:sz w:val="20"/>
        </w:rPr>
        <w:t>38:06  yeh pani jo tu ne, yeh pani jo tu ne paida kiya, yeh jo geyser diya ke pani garam ho gaya, thande mausam mein main garam pani se naha raha hoon.</w:t>
      </w:r>
      <w:r>
        <w:br/>
      </w:r>
      <w:r>
        <w:rPr>
          <w:sz w:val="20"/>
        </w:rPr>
        <w:t>38:20  thanday mausam mein garam pani se naha raha hoon.</w:t>
      </w:r>
      <w:r>
        <w:br/>
      </w:r>
      <w:r>
        <w:rPr>
          <w:sz w:val="20"/>
        </w:rPr>
        <w:t>38:25  kaisa? to million trillion baar agar main hamd aur shukr ke alfaaz boloon to haq ada nahin hoga.</w:t>
      </w:r>
      <w:r>
        <w:br/>
      </w:r>
      <w:r>
        <w:rPr>
          <w:sz w:val="20"/>
        </w:rPr>
        <w:t>38:38  ab phir main bathroom se nikal kar bahar aaya kapra badalne.</w:t>
      </w:r>
      <w:r>
        <w:br/>
      </w:r>
      <w:r>
        <w:rPr>
          <w:sz w:val="20"/>
        </w:rPr>
        <w:t>38:43  to heater garam tha. ab heater mein baith kar itne aaram se kapra badal liya. yeh gaon mein mumkin nahin hota tha.</w:t>
      </w:r>
      <w:r>
        <w:br/>
      </w:r>
      <w:r>
        <w:rPr>
          <w:sz w:val="20"/>
        </w:rPr>
        <w:t>38:53  kaanp kaanpte hue kapra pehente the hum. gaon mein jab hum the bohat pehle,</w:t>
      </w:r>
      <w:r>
        <w:br/>
      </w:r>
      <w:r>
        <w:rPr>
          <w:sz w:val="20"/>
        </w:rPr>
        <w:t>39:00  British zamane mein. to nahane ke baad thar thar thar kaanpte hue hum kapra pehente the. ab kya hua ke heater se, meri kursi ke paas heater laga hua tha.</w:t>
      </w:r>
      <w:r>
        <w:br/>
      </w:r>
      <w:r>
        <w:rPr>
          <w:sz w:val="20"/>
        </w:rPr>
        <w:t>39:16  aur is mein baith kar main ne kapra badal liya.</w:t>
      </w:r>
      <w:r>
        <w:br/>
      </w:r>
      <w:r>
        <w:rPr>
          <w:sz w:val="20"/>
        </w:rPr>
        <w:t>39:22  phir main ne socha: "khudaya! ek kaisa ajeeb tar eh</w:t>
      </w:r>
      <w:r>
        <w:br/>
      </w:r>
      <w:r>
        <w:rPr>
          <w:sz w:val="20"/>
        </w:rPr>
        <w:t>39:24  sana hai." woh zamana mujhe yaad aaya. dekhiye, in comparison that we understand.</w:t>
      </w:r>
      <w:r>
        <w:br/>
      </w:r>
      <w:r>
        <w:rPr>
          <w:sz w:val="20"/>
        </w:rPr>
        <w:t>39:33  baghair comparison ke aap baton ko samajh nahin sakte.</w:t>
      </w:r>
      <w:r>
        <w:br/>
      </w:r>
      <w:r>
        <w:rPr>
          <w:sz w:val="20"/>
        </w:rPr>
        <w:t>39:39  phir dekhiye, ab baal nahane ke baad aap jante hain ke baal jo hai bheega rehta hai. bachpan mein bara problem hota tha hamara ke baal bheega ho to kya karein is ko?</w:t>
      </w:r>
      <w:r>
        <w:br/>
      </w:r>
      <w:r>
        <w:rPr>
          <w:sz w:val="20"/>
        </w:rPr>
        <w:t>39:56  to is zamane mein aap dekhiye ke hair dryer bana hua hai.</w:t>
      </w:r>
      <w:r>
        <w:br/>
      </w:r>
      <w:r>
        <w:rPr>
          <w:sz w:val="20"/>
        </w:rPr>
        <w:t>40:03  hair dryer, meri beti jo hain, unhon ne hair dryer la kar ke wahan rakh diya tha. aur sirf ek switch dabana tha aur us ke andar se garam hawa nikalne lagi.</w:t>
      </w:r>
      <w:r>
        <w:br/>
      </w:r>
      <w:r>
        <w:rPr>
          <w:sz w:val="20"/>
        </w:rPr>
        <w:t>40:16  aur mera baal sookh gaya.</w:t>
      </w:r>
      <w:r>
        <w:br/>
      </w:r>
      <w:r>
        <w:rPr>
          <w:sz w:val="20"/>
        </w:rPr>
        <w:t>40:20  to main ne socha: "khudaya! jab main gaon mein tha to main hair dryer ke naam bhi nahi janta tha.</w:t>
      </w:r>
      <w:r>
        <w:br/>
      </w:r>
      <w:r>
        <w:rPr>
          <w:sz w:val="20"/>
        </w:rPr>
        <w:t>40:26  mujhe nahi pata ke hair dryer bhi koi cheez hoti hai." kya aasani se baal sookh gaya.</w:t>
      </w:r>
      <w:r>
        <w:br/>
      </w:r>
      <w:r>
        <w:rPr>
          <w:sz w:val="20"/>
        </w:rPr>
        <w:t>40:36  to shukr ka ek chashma jari ho gaya ke khuda! main kaise tera shukr karun?</w:t>
      </w:r>
      <w:r>
        <w:br/>
      </w:r>
      <w:r>
        <w:rPr>
          <w:sz w:val="20"/>
        </w:rPr>
        <w:t>40:45  kahan se woh alfaaz laaun?</w:t>
      </w:r>
    </w:p>
    <w:p>
      <w:pPr>
        <w:pStyle w:val="Heading2"/>
      </w:pPr>
      <w:r>
        <w:t>Islam's shift from ideology to political history</w:t>
      </w:r>
    </w:p>
    <w:p>
      <w:r>
        <w:rPr>
          <w:color w:val="666666"/>
          <w:sz w:val="18"/>
        </w:rPr>
        <w:t>The Importance of Ijtihad August 1, 2010 · 4m 05s · at 15:19 · https://youtu.be/3q98aQ-j2ks?t=919</w:t>
      </w:r>
    </w:p>
    <w:p>
      <w:r>
        <w:rPr>
          <w:i/>
        </w:rPr>
        <w:t>“Islam ki jo ideology thi, woh ab background mein chali gayi hai.”</w:t>
      </w:r>
    </w:p>
    <w:p>
      <w:r>
        <w:rPr>
          <w:sz w:val="20"/>
        </w:rPr>
        <w:t>15:19  ke Islam ki jo ideology thi, woh ab background mein chali gayi hai. ab history jo hai, isi ko isi ko hum jante hain.</w:t>
      </w:r>
      <w:r>
        <w:br/>
      </w:r>
      <w:r>
        <w:rPr>
          <w:sz w:val="20"/>
        </w:rPr>
        <w:t>15:28  aaj jo Islam hai logon ka, woh drive from their history aur not from their original ideology. woh kaise?</w:t>
      </w:r>
      <w:r>
        <w:br/>
      </w:r>
      <w:r>
        <w:rPr>
          <w:sz w:val="20"/>
        </w:rPr>
        <w:t>15:38  aap Rasool Allah ke zamane mein jo Islam tha, woh tha ek da'wati mission. ek da'wati mission. is ke baad Abbasi daur tak pounchate pounchate, woh ek political,</w:t>
      </w:r>
      <w:r>
        <w:br/>
      </w:r>
      <w:r>
        <w:rPr>
          <w:sz w:val="20"/>
        </w:rPr>
        <w:t>15:54  yaani mission ban gaya</w:t>
      </w:r>
      <w:r>
        <w:br/>
      </w:r>
      <w:r>
        <w:rPr>
          <w:sz w:val="20"/>
        </w:rPr>
        <w:t>15:57  ke hukoomat qaim karo, expansion, political expansion karo, sari duniya mein Islamic rule qaim karo. yeh mission ban gaya. but it was history, it was a part of ideology directly.</w:t>
      </w:r>
      <w:r>
        <w:br/>
      </w:r>
      <w:r>
        <w:rPr>
          <w:sz w:val="20"/>
        </w:rPr>
        <w:t>16:11  ab jo log jante hain, woh kya jante hain? bas yahi political rule, political rule, political rule. yaani Islam as a da'wa mission, woh bhool gaye log.</w:t>
      </w:r>
      <w:r>
        <w:br/>
      </w:r>
      <w:r>
        <w:rPr>
          <w:sz w:val="20"/>
        </w:rPr>
        <w:t>16:22  ab Islam as a political rule jante hain log.</w:t>
      </w:r>
      <w:r>
        <w:br/>
      </w:r>
      <w:r>
        <w:rPr>
          <w:sz w:val="20"/>
        </w:rPr>
        <w:t>16:28  jis se bhi baat kijiye, woh isi tarah ki baatein kare ga. jaise mein ek misaal deta hoon, chand misalon. jaise ek ek mashhoor Arab writer, ek lady writer,</w:t>
      </w:r>
      <w:r>
        <w:br/>
      </w:r>
      <w:r>
        <w:rPr>
          <w:sz w:val="20"/>
        </w:rPr>
        <w:t>16:43  woh gayin wahan par Spain. to Spain mein us zamane ke ek khaddar hain, buildingen hain.</w:t>
      </w:r>
      <w:r>
        <w:br/>
      </w:r>
      <w:r>
        <w:rPr>
          <w:sz w:val="20"/>
        </w:rPr>
        <w:t>16:53  jab wahan Arabon ki hukoomat thi,</w:t>
      </w:r>
      <w:r>
        <w:br/>
      </w:r>
      <w:r>
        <w:rPr>
          <w:sz w:val="20"/>
        </w:rPr>
        <w:t>16:56  Spain ke ek hisse par, jis ko Andalus kaha jata tha, us par un ki hukoomat thi. to wahan par buildingen hain, masjid hain aur mahal hain, is tarah ki cheezen.</w:t>
      </w:r>
      <w:r>
        <w:br/>
      </w:r>
      <w:r>
        <w:rPr>
          <w:sz w:val="20"/>
        </w:rPr>
        <w:t>17:08  mein bhi, mein bhi wahan gaya hoon, mein ne bhi dekha hai. to mujhe to kuch nahi hua. woh Arab lady gayin wahan par, unhon ne dekha, unhon ne to unhon ne ek article likha tha, mein ne parha hai us ko.</w:t>
      </w:r>
      <w:r>
        <w:br/>
      </w:r>
      <w:r>
        <w:rPr>
          <w:sz w:val="20"/>
        </w:rPr>
        <w:t>17:19  us ka jo heading thi, woh kya thi?</w:t>
      </w:r>
      <w:r>
        <w:br/>
      </w:r>
      <w:r>
        <w:rPr>
          <w:sz w:val="20"/>
        </w:rPr>
        <w:t>17:24  Al mata satamirr satamirr hadha al lail al arabi al mata satamirr hadha al lail al arabi. yaani yeh Arab raat kab tak chala gi, kab tak jari rahe gi?</w:t>
      </w:r>
      <w:r>
        <w:br/>
      </w:r>
      <w:r>
        <w:rPr>
          <w:sz w:val="20"/>
        </w:rPr>
        <w:t>17:42  yaani matlab unhon ne dekha wahan par to un ko, yaani un ka political jo barhai thi, woh yaad aayi ke Arab log yahan tak pounche the, yahan hukoomat ki thi.</w:t>
      </w:r>
      <w:r>
        <w:br/>
      </w:r>
      <w:r>
        <w:rPr>
          <w:sz w:val="20"/>
        </w:rPr>
        <w:t>17:53  unhon ne</w:t>
      </w:r>
      <w:r>
        <w:br/>
      </w:r>
      <w:r>
        <w:rPr>
          <w:sz w:val="20"/>
        </w:rPr>
        <w:t>17:54  bas isi mein sochne lagi woh aur isi se apne ko identify karne lagi woh ke woh hai to sab kuch hai, woh nahi to kuch nahi hai. halan ke aaj jo Arab hain, woh us zamane ke khulafa ya kings se hazar guna behtar hain.</w:t>
      </w:r>
      <w:r>
        <w:br/>
      </w:r>
      <w:r>
        <w:rPr>
          <w:sz w:val="20"/>
        </w:rPr>
        <w:t>18:11  aaj is se behtar maholon mein rehte hain, woh un se achi caron mein chalte hain, woh hawa jahazon mein urte hain. woh</w:t>
      </w:r>
      <w:r>
        <w:br/>
      </w:r>
      <w:r>
        <w:rPr>
          <w:sz w:val="20"/>
        </w:rPr>
        <w:t>18:18  sari duniya mein un ke establishment hain ke kis khalifa ko, kis sultan ko hasil tha yeh baat. lekin kya hai? soch sochne ki salahiyat nahi hai.</w:t>
      </w:r>
      <w:r>
        <w:br/>
      </w:r>
      <w:r>
        <w:rPr>
          <w:sz w:val="20"/>
        </w:rPr>
        <w:t>18:32  sab ka yahi haal hai. India mein Musalman apne aap ko identify karte hain kis se? Qutub Minar, Taj Mahal aur Lal Qile se.</w:t>
      </w:r>
      <w:r>
        <w:br/>
      </w:r>
      <w:r>
        <w:rPr>
          <w:sz w:val="20"/>
        </w:rPr>
        <w:t>18:43  ae qila surkh, ae asar shah jahani, barbaad shuda azmat maazi ki nishani, isi ko jantay hain. haalankay aaj jo hai India mein musalman is se hazar guna behtar hain, lekin unhein kisi ko pata nahin.</w:t>
      </w:r>
      <w:r>
        <w:br/>
      </w:r>
      <w:r>
        <w:rPr>
          <w:sz w:val="20"/>
        </w:rPr>
        <w:t>18:58  kyon? ijtihad kar ke Islam ke re application ko daryaft nahin kiya gaya. sari kitaben hamari isi, yani is mein fateh o shikast o badshahon ke kahaniyan likhi</w:t>
      </w:r>
      <w:r>
        <w:br/>
      </w:r>
      <w:r>
        <w:rPr>
          <w:sz w:val="20"/>
        </w:rPr>
        <w:t>19:12  hui hain. yahan fateh kiya, yahan faujdar kar diya, yeh sari kitaben hain. in ke title bhi isi tarah ke hain: fateh al-buldan, fateh al-sham, is tarah kitabon ke naam hain.</w:t>
      </w:r>
    </w:p>
    <w:p>
      <w:pPr>
        <w:pStyle w:val="Heading2"/>
      </w:pPr>
      <w:r>
        <w:t>Turn enemies into potential friends</w:t>
      </w:r>
    </w:p>
    <w:p>
      <w:r>
        <w:rPr>
          <w:color w:val="666666"/>
          <w:sz w:val="18"/>
        </w:rPr>
        <w:t>Anger An Obstacle to wisdom 5 Jan 2020 - Maulana Wahiduddin Khan · 6m 06s · at 49:41 · https://youtu.be/q0VPtCsiYrI?t=2981</w:t>
      </w:r>
    </w:p>
    <w:p>
      <w:r>
        <w:rPr>
          <w:i/>
        </w:rPr>
        <w:t>“Dekhiye, aas paas ke jo log hain.”</w:t>
      </w:r>
    </w:p>
    <w:p>
      <w:r>
        <w:rPr>
          <w:sz w:val="20"/>
        </w:rPr>
        <w:t>49:41  yeh namumkin hai ke aas paas ke jo log hain woh woh karein jo aap chahte hain. jo woh chahte hain woh karenge kyunke Allah ne har ek ko har ek ko</w:t>
      </w:r>
      <w:r>
        <w:br/>
      </w:r>
      <w:r>
        <w:rPr>
          <w:sz w:val="20"/>
        </w:rPr>
        <w:t>49:57  azadi di hai. sab se bari khushkhabri jo insan ke liye hai, sab se bari khushkhabri woh yeh ke insan ko Allah ne yeh power diya, yeh power ke woh negative ko positive mein convert kar ska hai.</w:t>
      </w:r>
      <w:r>
        <w:br/>
      </w:r>
      <w:r>
        <w:rPr>
          <w:sz w:val="20"/>
        </w:rPr>
        <w:t>50:26  quran mein is ka aelan hai, woh ayat padhiye sahib: "kun wali hameem." yani kaisi ajeeb baat hai ke jis ko aap dushman samajhte hain, hreef samajhte hain,</w:t>
      </w:r>
      <w:r>
        <w:br/>
      </w:r>
      <w:r>
        <w:rPr>
          <w:sz w:val="20"/>
        </w:rPr>
        <w:t>50:48  mukhalif samajhte hain, woh potentially aap ka dost hai. is potentially ko discover kijiye aur is ko avail kijiye.</w:t>
      </w:r>
      <w:r>
        <w:br/>
      </w:r>
      <w:r>
        <w:rPr>
          <w:sz w:val="20"/>
        </w:rPr>
        <w:t>51:00  yani is ayat ko koi doosra matlab ho nahi sakta. is ka matlab yahi hai ke jis ko tum dushman samajhte ho, woh tumhara potentially dost hai,</w:t>
      </w:r>
      <w:r>
        <w:br/>
      </w:r>
      <w:r>
        <w:rPr>
          <w:sz w:val="20"/>
        </w:rPr>
        <w:t>51:14  tum dushman kyun samajhte ho? is ke andar jo potentially chupa hua hai, us ko daryaft karo aur phir tum aik dost ko pa lo ge.</w:t>
      </w:r>
      <w:r>
        <w:br/>
      </w:r>
      <w:r>
        <w:rPr>
          <w:sz w:val="20"/>
        </w:rPr>
        <w:t>51:27  kaise ajeeb log hain ke jo khaliq ka assurance jo hai, unhein dikhai nahi deta aur shaitan ke behkawe dikhai dete hain.</w:t>
      </w:r>
      <w:r>
        <w:br/>
      </w:r>
      <w:r>
        <w:rPr>
          <w:sz w:val="20"/>
        </w:rPr>
        <w:t>51:42  shaitan har waqt behkata hai. lekin Allah yeh assurance de raha hai aap ko, khaliq, khaliq ka aap ko assurance de raha hai</w:t>
      </w:r>
      <w:r>
        <w:br/>
      </w:r>
      <w:r>
        <w:rPr>
          <w:sz w:val="20"/>
        </w:rPr>
        <w:t>51:55  ke jis ko aap samajh rahe ho dushman, woh to potentially tumhara dost hua hai, wali hameem hai woh.</w:t>
      </w:r>
      <w:r>
        <w:br/>
      </w:r>
      <w:r>
        <w:rPr>
          <w:sz w:val="20"/>
        </w:rPr>
        <w:t>52:07  to is is ke potentially ko daryaft karo aur is ko avail karo. to itna bara assurance khaliq de, khaliq, aur is ko hum na jaan payein to kaisi ajeeb baat hai.</w:t>
      </w:r>
      <w:r>
        <w:br/>
      </w:r>
      <w:r>
        <w:rPr>
          <w:sz w:val="20"/>
        </w:rPr>
        <w:t>52:24  yeh to khaliq ki taraf se aik assurance hai, super assurance ke jis insan ko tum samajh rahe ho ke tumhara dushman hai, tumhara mukhalif hai,</w:t>
      </w:r>
      <w:r>
        <w:br/>
      </w:r>
      <w:r>
        <w:rPr>
          <w:sz w:val="20"/>
        </w:rPr>
        <w:t>52:39  woh to tumhara dost hai balkeh bohat hi gehra dost hai.</w:t>
      </w:r>
      <w:r>
        <w:br/>
      </w:r>
      <w:r>
        <w:rPr>
          <w:sz w:val="20"/>
        </w:rPr>
        <w:t>52:46  mein aik martaba gaya meerath ke paas, aik aik town hai, wahan gaya to aik saans mulaqat hui.</w:t>
      </w:r>
      <w:r>
        <w:br/>
      </w:r>
      <w:r>
        <w:rPr>
          <w:sz w:val="20"/>
        </w:rPr>
        <w:t>52:58  to unhon ne kaha ke zikr hua aik sahib ka jo isi town mein rehte thay, dono aik hi town mein rehte thay. to unhon ne kaha woh to mera dushman hai, us ki baat karte hain aap.</w:t>
      </w:r>
      <w:r>
        <w:br/>
      </w:r>
      <w:r>
        <w:rPr>
          <w:sz w:val="20"/>
        </w:rPr>
        <w:t>53:13  us se to mera salam kalam band hai. pehle tha mein us se taluq, ab to taluq hi nahi hai. maine kaha kuch nahi, aap abhi jaiye aur salam kijiye,</w:t>
      </w:r>
      <w:r>
        <w:br/>
      </w:r>
      <w:r>
        <w:rPr>
          <w:sz w:val="20"/>
        </w:rPr>
        <w:t>53:27  bas itna hi kijiye, salam kijiye aur khairiyat poochhiye, bas itna hi kijiye aap. aur phir is ka aap woh dekhiye, karishma.</w:t>
      </w:r>
      <w:r>
        <w:br/>
      </w:r>
      <w:r>
        <w:rPr>
          <w:sz w:val="20"/>
        </w:rPr>
        <w:t>53:43  to beharhaal woh bohat kehne par mere woh gaye aur unhon ne is ka kaha assalam o alaikum.</w:t>
      </w:r>
      <w:r>
        <w:br/>
      </w:r>
      <w:r>
        <w:rPr>
          <w:sz w:val="20"/>
        </w:rPr>
        <w:t>53:52  yeh kaha unhon ne</w:t>
      </w:r>
      <w:r>
        <w:br/>
      </w:r>
      <w:r>
        <w:rPr>
          <w:sz w:val="20"/>
        </w:rPr>
        <w:t>53:56  to foran hi us aadmi ne un ko seenay se laga laga liya aur usi din se woh sab se acha dost ban gaya us town ka.</w:t>
      </w:r>
      <w:r>
        <w:br/>
      </w:r>
      <w:r>
        <w:rPr>
          <w:sz w:val="20"/>
        </w:rPr>
        <w:t>54:11  woh meerath ka,</w:t>
      </w:r>
      <w:r>
        <w:br/>
      </w:r>
      <w:r>
        <w:rPr>
          <w:sz w:val="20"/>
        </w:rPr>
        <w:t>54:16  meerath ka aik town hai, us ki telephone number mere paas hai. aap mein se koi sahib jagah chahein to mein telephone number doon ga, aap telephone kar ke us ki confirm kar li jiye.</w:t>
      </w:r>
      <w:r>
        <w:br/>
      </w:r>
      <w:r>
        <w:rPr>
          <w:sz w:val="20"/>
        </w:rPr>
        <w:t>54:31  aise bohat se waqiat hain</w:t>
      </w:r>
      <w:r>
        <w:br/>
      </w:r>
      <w:r>
        <w:rPr>
          <w:sz w:val="20"/>
        </w:rPr>
        <w:t>54:35  ke log asal mein bekhabari jo hai logon ki, woh woh yeh hai ke woh yeh nahi jante ke potential, potential ko actual kaise banaya jaye.</w:t>
      </w:r>
      <w:r>
        <w:br/>
      </w:r>
      <w:r>
        <w:rPr>
          <w:sz w:val="20"/>
        </w:rPr>
        <w:t>54:51  potential ko actual kaise banaya jaye, is is raaz ko nahi jante.</w:t>
      </w:r>
      <w:r>
        <w:br/>
      </w:r>
      <w:r>
        <w:rPr>
          <w:sz w:val="20"/>
        </w:rPr>
        <w:t>54:59  is ayat ko padhiye jo aap abhi ayat padhi gayi aap ke samne aur is ko apni zindagi mein istemal kijiye.</w:t>
      </w:r>
      <w:r>
        <w:br/>
      </w:r>
      <w:r>
        <w:rPr>
          <w:sz w:val="20"/>
        </w:rPr>
        <w:t>55:09  فَيَزَا الَّذِي بَيْنَكَ وَيْنُ عَدَاوَةٍ كَانُهُ وَلِيٌّ حَمِيمٌ yeh jis ke aur tumhare darmiyan adawat thi, dushmani thi, woh tumhara dost ban jayega.</w:t>
      </w:r>
      <w:r>
        <w:br/>
      </w:r>
      <w:r>
        <w:rPr>
          <w:sz w:val="20"/>
        </w:rPr>
        <w:t>55:25  lekin is ko janiye ke matlab kya is ka hai. is ka matlab hai ke potential ko daryaft karo aur is ko manage kar ke, woh hikmat jo kaha hai quran mein, hikmat, is ko manage kar ke avail karo.</w:t>
      </w:r>
    </w:p>
    <w:p>
      <w:pPr>
        <w:pStyle w:val="Heading2"/>
      </w:pPr>
      <w:r>
        <w:t>Truth-telling story and how morals separate man from animal</w:t>
      </w:r>
    </w:p>
    <w:p>
      <w:r>
        <w:rPr>
          <w:color w:val="666666"/>
          <w:sz w:val="18"/>
        </w:rPr>
        <w:t>Ethical Values in Islam, June 19, 2008 · 4m 22s · at 6:02 · https://youtu.be/2yPff80nSBY?t=362</w:t>
      </w:r>
    </w:p>
    <w:p>
      <w:r>
        <w:rPr>
          <w:i/>
        </w:rPr>
        <w:t>“A man asked the Prophet which sin to leave first”</w:t>
      </w:r>
    </w:p>
    <w:p>
      <w:r>
        <w:rPr>
          <w:sz w:val="20"/>
        </w:rPr>
        <w:t>6:02  isi liye har religious system mein is ko mana gaya hai. aise hi dekhiye, sach bolna.</w:t>
      </w:r>
      <w:r>
        <w:br/>
      </w:r>
      <w:r>
        <w:rPr>
          <w:sz w:val="20"/>
        </w:rPr>
        <w:t>6:12  sach bolna bhi kitna sab mazhabon mein sach bolne ki importance di gayi hai.</w:t>
      </w:r>
      <w:r>
        <w:br/>
      </w:r>
      <w:r>
        <w:rPr>
          <w:sz w:val="20"/>
        </w:rPr>
        <w:t>6:19  islam mein bhi hai. ek aadmi rasool Allah ke paas aya, us ne kaha ke maine dekha kai buraiyan hain, to sab se pehle main kon si burai chhodoon?</w:t>
      </w:r>
      <w:r>
        <w:br/>
      </w:r>
      <w:r>
        <w:rPr>
          <w:sz w:val="20"/>
        </w:rPr>
        <w:t>6:32  pehle to ek hi ko chhodoon ga. to aap ne kaha ke jhoot bolna chhod do, hamesha sach bolo. ab woh gaya.</w:t>
      </w:r>
      <w:r>
        <w:br/>
      </w:r>
      <w:r>
        <w:rPr>
          <w:sz w:val="20"/>
        </w:rPr>
        <w:t>6:43  to pata chala ke jhoot sach ek cheez ka naam nahi hai.</w:t>
      </w:r>
      <w:r>
        <w:br/>
      </w:r>
      <w:r>
        <w:rPr>
          <w:sz w:val="20"/>
        </w:rPr>
        <w:t>6:49  jo jo burai karta hai aadmi, kahin na kahin us mein jhoot milana parta hai us ko. bana jhoot milaye hue koi bhi burai hoti nahi hai.</w:t>
      </w:r>
      <w:r>
        <w:br/>
      </w:r>
      <w:r>
        <w:rPr>
          <w:sz w:val="20"/>
        </w:rPr>
        <w:t>7:02  ab jab bhi koi aur burai ki baat ati to woh sochta ke to mujhe jhoot bolna pare ga, us par parda dalna pare ga, logon se kehna pare ga ke aisa nahi, waisa.</w:t>
      </w:r>
      <w:r>
        <w:br/>
      </w:r>
      <w:r>
        <w:rPr>
          <w:sz w:val="20"/>
        </w:rPr>
        <w:t>7:17  to ek ek kar ke woh har burai chhodta chala gaya. yaani jhoot ko chhodne ka nateeja yeh hua ke har burai us se chhoot gayi.</w:t>
      </w:r>
      <w:r>
        <w:br/>
      </w:r>
      <w:r>
        <w:rPr>
          <w:sz w:val="20"/>
        </w:rPr>
        <w:t>7:30  to sach bolna, honesty ke sath rehna, tolerance ke sath rehna, peaceful tareeqe se rehna, doosron se mohabbat karna, khair khwahi karna, jis ko kehte hain ke well wishing, friendly behaviour ho doosron ke sath, yeh sab cheezen hain jin ko kaha jata hai human value ya moral value.</w:t>
      </w:r>
      <w:r>
        <w:br/>
      </w:r>
      <w:r>
        <w:rPr>
          <w:sz w:val="20"/>
        </w:rPr>
        <w:t>7:57  to yeh sab mazhabon mein hai aur islam mein bhi hai.</w:t>
      </w:r>
      <w:r>
        <w:br/>
      </w:r>
      <w:r>
        <w:rPr>
          <w:sz w:val="20"/>
        </w:rPr>
        <w:t>8:02  is ke baghair aadmi ki jo personality hai, woh haivan jaisi hoti hai, animal jaisi. yeh sare jo moral values hain, sach poochhen to yeh alag karte hain insaan ko animal se.</w:t>
      </w:r>
      <w:r>
        <w:br/>
      </w:r>
      <w:r>
        <w:rPr>
          <w:sz w:val="20"/>
        </w:rPr>
        <w:t>8:19  animal ke haan koi moral consciousness nahi hota, koi moral, koi akhlaqi shaoor nahi hota,</w:t>
      </w:r>
      <w:r>
        <w:br/>
      </w:r>
      <w:r>
        <w:rPr>
          <w:sz w:val="20"/>
        </w:rPr>
        <w:t>8:32  kuch bhi nahi. woh to bas jeete hain apne interest ke liye. insaan ke andar akhlaqi shaoor hota hai, yaani moral consciousness.</w:t>
      </w:r>
      <w:r>
        <w:br/>
      </w:r>
      <w:r>
        <w:rPr>
          <w:sz w:val="20"/>
        </w:rPr>
        <w:t>8:46  jaise kisi doosre ka khet hai, us khet mein fasal lagi hui hai. ab animal koi wahan se guzre ga to lage khane us ko</w:t>
      </w:r>
      <w:r>
        <w:br/>
      </w:r>
      <w:r>
        <w:rPr>
          <w:sz w:val="20"/>
        </w:rPr>
        <w:t>8:57  . us ko pata nahi ke mujhe apne khet se khana chahiye, doosre khet se nahi khana chahiye. lekin jab insaan is mein aise hi kaam kare ke doosre ke khet mein lage,</w:t>
      </w:r>
      <w:r>
        <w:br/>
      </w:r>
      <w:r>
        <w:rPr>
          <w:sz w:val="20"/>
        </w:rPr>
        <w:t>9:12  yaani us ko is mein kaate, us ko kaat ke ghar le jaye, us mein khaye, to woh uska dil, uska consciousness bataye ga ke tum galat kaam kar rahe ho, yaani tum chori kar rahe ho.</w:t>
      </w:r>
      <w:r>
        <w:br/>
      </w:r>
      <w:r>
        <w:rPr>
          <w:sz w:val="20"/>
        </w:rPr>
        <w:t>9:27  to sach poochhen to moral values insaan ko animal se alag karti hain. animal ke haan koi moral values nahi, lekin insaan ke haan moral values hain.</w:t>
      </w:r>
      <w:r>
        <w:br/>
      </w:r>
      <w:r>
        <w:rPr>
          <w:sz w:val="20"/>
        </w:rPr>
        <w:t>9:44  yahi jo hai woh cheez hai jis ko demarcation, yeh line of demarcation hai. isi se aap pehchan sakte hain kon animal hai, kon insaan hai.</w:t>
      </w:r>
      <w:r>
        <w:br/>
      </w:r>
      <w:r>
        <w:rPr>
          <w:sz w:val="20"/>
        </w:rPr>
        <w:t>9:58  ab jo insaan adhere na kare moral values ko, jis ke maani ke agarche woh paida hua tha insaan, lekin apne aap ko gira kar woh animal us ne bana liya, yaani animal level par jeene laga woh.</w:t>
      </w:r>
      <w:r>
        <w:br/>
      </w:r>
      <w:r>
        <w:rPr>
          <w:sz w:val="20"/>
        </w:rPr>
        <w:t>10:21  to yeh hai importance moral value</w:t>
      </w:r>
    </w:p>
    <w:p>
      <w:pPr>
        <w:pStyle w:val="Heading2"/>
      </w:pPr>
      <w:r>
        <w:t>Prophet's patience vs Muslim impatience on Babri</w:t>
      </w:r>
    </w:p>
    <w:p>
      <w:r>
        <w:rPr>
          <w:color w:val="666666"/>
          <w:sz w:val="18"/>
        </w:rPr>
        <w:t>Power of Patience | June 16, 2010 | Maulana Wahiduddin Khan · 3m 31s · at 6:51 · https://youtu.be/FlWqljdLKHE?t=411</w:t>
      </w:r>
    </w:p>
    <w:p>
      <w:r>
        <w:rPr>
          <w:i/>
        </w:rPr>
        <w:t>“First take the example of Islam: Prophet of Islam.”</w:t>
      </w:r>
    </w:p>
    <w:p>
      <w:r>
        <w:rPr>
          <w:sz w:val="20"/>
        </w:rPr>
        <w:t>6:51  pehlay aap Islam ki example lijiyey.</w:t>
      </w:r>
      <w:r>
        <w:br/>
      </w:r>
      <w:r>
        <w:rPr>
          <w:sz w:val="20"/>
        </w:rPr>
        <w:t>6:56  Prophet of Islam jo thay woh six hundred ten AD mein unhon ne ailaan kiya nabi ka.</w:t>
      </w:r>
      <w:r>
        <w:br/>
      </w:r>
      <w:r>
        <w:rPr>
          <w:sz w:val="20"/>
        </w:rPr>
        <w:t>7:01  Six hundred ten AD mein.</w:t>
      </w:r>
      <w:r>
        <w:br/>
      </w:r>
      <w:r>
        <w:rPr>
          <w:sz w:val="20"/>
        </w:rPr>
        <w:t>7:06  us waqt kya tha wahan Makkah mein.</w:t>
      </w:r>
      <w:r>
        <w:br/>
      </w:r>
      <w:r>
        <w:rPr>
          <w:sz w:val="20"/>
        </w:rPr>
        <w:t>7:11  Makkah mein aik bohat hi sacred mosque thi jo Kaaba kehte hain.</w:t>
      </w:r>
      <w:r>
        <w:br/>
      </w:r>
      <w:r>
        <w:rPr>
          <w:sz w:val="20"/>
        </w:rPr>
        <w:t>7:16  jis ko ke bohat baray nabi thay Hazrat Ibrahim</w:t>
      </w:r>
      <w:r>
        <w:br/>
      </w:r>
      <w:r>
        <w:rPr>
          <w:sz w:val="20"/>
        </w:rPr>
        <w:t>7:21  unhon ne banaya tha.</w:t>
      </w:r>
      <w:r>
        <w:br/>
      </w:r>
      <w:r>
        <w:rPr>
          <w:sz w:val="20"/>
        </w:rPr>
        <w:t>7:24  Baitullah us ko kaha jata tha.</w:t>
      </w:r>
      <w:r>
        <w:br/>
      </w:r>
      <w:r>
        <w:rPr>
          <w:sz w:val="20"/>
        </w:rPr>
        <w:t>7:28  lekin baad ko degeneration hua logon ka.</w:t>
      </w:r>
      <w:r>
        <w:br/>
      </w:r>
      <w:r>
        <w:rPr>
          <w:sz w:val="20"/>
        </w:rPr>
        <w:t>7:32  aur logon ka woh hua yani un ke andar bigaad aaya.</w:t>
      </w:r>
      <w:r>
        <w:br/>
      </w:r>
      <w:r>
        <w:rPr>
          <w:sz w:val="20"/>
        </w:rPr>
        <w:t>7:36  to yeh ghar banaya tha towheed ke worship ke liye.</w:t>
      </w:r>
      <w:r>
        <w:br/>
      </w:r>
      <w:r>
        <w:rPr>
          <w:sz w:val="20"/>
        </w:rPr>
        <w:t>7:40  aik Khuda ki worship ke liye.</w:t>
      </w:r>
      <w:r>
        <w:br/>
      </w:r>
      <w:r>
        <w:rPr>
          <w:sz w:val="20"/>
        </w:rPr>
        <w:t>7:43  aur logon ne is mein kya kiya ke woh but la ke rakh diye.</w:t>
      </w:r>
      <w:r>
        <w:br/>
      </w:r>
      <w:r>
        <w:rPr>
          <w:sz w:val="20"/>
        </w:rPr>
        <w:t>7:47  Three hundred six</w:t>
      </w:r>
      <w:r>
        <w:br/>
      </w:r>
      <w:r>
        <w:rPr>
          <w:sz w:val="20"/>
        </w:rPr>
        <w:t>7:51  ty but.</w:t>
      </w:r>
      <w:r>
        <w:br/>
      </w:r>
      <w:r>
        <w:rPr>
          <w:sz w:val="20"/>
        </w:rPr>
        <w:t>7:56  to jis waqt rasool Allah wahan aaye us waqt jo scene tha woh yeh tha ke ek Khuda</w:t>
      </w:r>
      <w:r>
        <w:br/>
      </w:r>
      <w:r>
        <w:rPr>
          <w:sz w:val="20"/>
        </w:rPr>
        <w:t>8:01  ki worship ke liye jo ghar banaya gaya tha wahan teen so saath but rakhe hue hain.</w:t>
      </w:r>
      <w:r>
        <w:br/>
      </w:r>
      <w:r>
        <w:rPr>
          <w:sz w:val="20"/>
        </w:rPr>
        <w:t>8:06  Naturally it was a provocative situation provocative scene.</w:t>
      </w:r>
      <w:r>
        <w:br/>
      </w:r>
      <w:r>
        <w:rPr>
          <w:sz w:val="20"/>
        </w:rPr>
        <w:t>8:11  yani dang mushtael ho jaye aadmi.</w:t>
      </w:r>
      <w:r>
        <w:br/>
      </w:r>
      <w:r>
        <w:rPr>
          <w:sz w:val="20"/>
        </w:rPr>
        <w:t>8:16  ab mein aap ko</w:t>
      </w:r>
      <w:r>
        <w:br/>
      </w:r>
      <w:r>
        <w:rPr>
          <w:sz w:val="20"/>
        </w:rPr>
        <w:t>8:21  compare karne ko kahunga.</w:t>
      </w:r>
      <w:r>
        <w:br/>
      </w:r>
      <w:r>
        <w:rPr>
          <w:sz w:val="20"/>
        </w:rPr>
        <w:t>8:25  In comparison that we understand.</w:t>
      </w:r>
      <w:r>
        <w:br/>
      </w:r>
      <w:r>
        <w:rPr>
          <w:sz w:val="20"/>
        </w:rPr>
        <w:t>8:29  yeh to hai six hundred ten AD ki baat.</w:t>
      </w:r>
      <w:r>
        <w:br/>
      </w:r>
      <w:r>
        <w:rPr>
          <w:sz w:val="20"/>
        </w:rPr>
        <w:t>8:32  is ke baad Ayodhya ki Babri Masjid mein teen but rakh diye gaye.</w:t>
      </w:r>
      <w:r>
        <w:br/>
      </w:r>
      <w:r>
        <w:rPr>
          <w:sz w:val="20"/>
        </w:rPr>
        <w:t>8:36  Nineteen forty-nine mein teen but rakh diye gaye.</w:t>
      </w:r>
      <w:r>
        <w:br/>
      </w:r>
      <w:r>
        <w:rPr>
          <w:sz w:val="20"/>
        </w:rPr>
        <w:t>8:40  ab dono compare kar ke dekhein aap.</w:t>
      </w:r>
      <w:r>
        <w:br/>
      </w:r>
      <w:r>
        <w:rPr>
          <w:sz w:val="20"/>
        </w:rPr>
        <w:t>8:44  musalman bhadak uthe ke Masjid mein but rakh diya teen but.</w:t>
      </w:r>
      <w:r>
        <w:br/>
      </w:r>
      <w:r>
        <w:rPr>
          <w:sz w:val="20"/>
        </w:rPr>
        <w:t>8:47  bhadak uthe aur saare India mein saari duniya mein hungama khada kar</w:t>
      </w:r>
      <w:r>
        <w:br/>
      </w:r>
      <w:r>
        <w:rPr>
          <w:sz w:val="20"/>
        </w:rPr>
        <w:t>8:51  diya.</w:t>
      </w:r>
      <w:r>
        <w:br/>
      </w:r>
      <w:r>
        <w:rPr>
          <w:sz w:val="20"/>
        </w:rPr>
        <w:t>8:56  achha rasool Allah bhadke nahin kuch bhi nahin kiya unhon ne.</w:t>
      </w:r>
      <w:r>
        <w:br/>
      </w:r>
      <w:r>
        <w:rPr>
          <w:sz w:val="20"/>
        </w:rPr>
        <w:t>9:01  Simply unhon ne is ko avoid kiya.</w:t>
      </w:r>
      <w:r>
        <w:br/>
      </w:r>
      <w:r>
        <w:rPr>
          <w:sz w:val="20"/>
        </w:rPr>
        <w:t>9:06  Quran mein ayat utri to us ayat utri ke wa sabbik fa tahhir apne aap ko purify karo.</w:t>
      </w:r>
      <w:r>
        <w:br/>
      </w:r>
      <w:r>
        <w:rPr>
          <w:sz w:val="20"/>
        </w:rPr>
        <w:t>9:11  yeh nahin utri ke tahhiril kaaba man alasraami kaba ko pak karo.</w:t>
      </w:r>
      <w:r>
        <w:br/>
      </w:r>
      <w:r>
        <w:rPr>
          <w:sz w:val="20"/>
        </w:rPr>
        <w:t>9:17  yani Quran mein yeh ayat hi nahin utri ke kaba ko purify karo.</w:t>
      </w:r>
      <w:r>
        <w:br/>
      </w:r>
      <w:r>
        <w:rPr>
          <w:sz w:val="20"/>
        </w:rPr>
        <w:t>9:22  apne ko purify karo.</w:t>
      </w:r>
      <w:r>
        <w:br/>
      </w:r>
      <w:r>
        <w:rPr>
          <w:sz w:val="20"/>
        </w:rPr>
        <w:t>9:25  ab result hi dekhein aap result.</w:t>
      </w:r>
      <w:r>
        <w:br/>
      </w:r>
      <w:r>
        <w:rPr>
          <w:sz w:val="20"/>
        </w:rPr>
        <w:t>9:28  musalmanon ne jo hungama kiya result kya nikla.</w:t>
      </w:r>
      <w:r>
        <w:br/>
      </w:r>
      <w:r>
        <w:rPr>
          <w:sz w:val="20"/>
        </w:rPr>
        <w:t>9:32  Nineteen ninety-two mein Masjid jo hai demolish kar di gayi.</w:t>
      </w:r>
      <w:r>
        <w:br/>
      </w:r>
      <w:r>
        <w:rPr>
          <w:sz w:val="20"/>
        </w:rPr>
        <w:t>9:35  itna aapas mein zid badhi.</w:t>
      </w:r>
      <w:r>
        <w:br/>
      </w:r>
      <w:r>
        <w:rPr>
          <w:sz w:val="20"/>
        </w:rPr>
        <w:t>9:39  aapas mein itna takrao badha.</w:t>
      </w:r>
      <w:r>
        <w:br/>
      </w:r>
      <w:r>
        <w:rPr>
          <w:sz w:val="20"/>
        </w:rPr>
        <w:t>9:42  itna nafrat badhi.</w:t>
      </w:r>
      <w:r>
        <w:br/>
      </w:r>
      <w:r>
        <w:rPr>
          <w:sz w:val="20"/>
        </w:rPr>
        <w:t>9:45  aik zid ki politics.</w:t>
      </w:r>
      <w:r>
        <w:br/>
      </w:r>
      <w:r>
        <w:rPr>
          <w:sz w:val="20"/>
        </w:rPr>
        <w:t>9:49  aur masjid hi nahin aaj wahan par mixer mandir hai.</w:t>
      </w:r>
      <w:r>
        <w:br/>
      </w:r>
      <w:r>
        <w:rPr>
          <w:sz w:val="20"/>
        </w:rPr>
        <w:t>9:52  achha rasool Allah ne aaraaz kiya kuch bhi us ko touch nahin kiya bton ko.</w:t>
      </w:r>
      <w:r>
        <w:br/>
      </w:r>
      <w:r>
        <w:rPr>
          <w:sz w:val="20"/>
        </w:rPr>
        <w:t>9:57  to kya hua aik waqt aaya ke kaba bton se pak ho gaya aaj woh aik Khuda ki</w:t>
      </w:r>
      <w:r>
        <w:br/>
      </w:r>
      <w:r>
        <w:rPr>
          <w:sz w:val="20"/>
        </w:rPr>
        <w:t>10:01  ibadat ka ghar bana hua hai.</w:t>
      </w:r>
      <w:r>
        <w:br/>
      </w:r>
      <w:r>
        <w:rPr>
          <w:sz w:val="20"/>
        </w:rPr>
        <w:t>10:05  yeh hai sabr aur be sabri ko aap dekh lijie.</w:t>
      </w:r>
      <w:r>
        <w:br/>
      </w:r>
      <w:r>
        <w:rPr>
          <w:sz w:val="20"/>
        </w:rPr>
        <w:t>10:09  sabr aur be sabri ka farq dekh lijie.</w:t>
      </w:r>
      <w:r>
        <w:br/>
      </w:r>
      <w:r>
        <w:rPr>
          <w:sz w:val="20"/>
        </w:rPr>
        <w:t>10:14  ke rasool Allah ne sehan shwelta dikhai sabr kiya patience se kaam liya.</w:t>
      </w:r>
      <w:r>
        <w:br/>
      </w:r>
      <w:r>
        <w:rPr>
          <w:sz w:val="20"/>
        </w:rPr>
        <w:t>10:18  to wahi hai ke aalam annal nasra ma'a</w:t>
      </w:r>
    </w:p>
    <w:p>
      <w:pPr>
        <w:pStyle w:val="Heading2"/>
      </w:pPr>
      <w:r>
        <w:t>Love your enemy full rationale</w:t>
      </w:r>
    </w:p>
    <w:p>
      <w:r>
        <w:rPr>
          <w:color w:val="666666"/>
          <w:sz w:val="18"/>
        </w:rPr>
        <w:t>Moral Values in Islam 10 July, 2008 - Maulana Wahiduddin Khan · 5m 54s · at 10:53 · https://youtu.be/IdBtIDNiLUg?t=653</w:t>
      </w:r>
    </w:p>
    <w:p>
      <w:r>
        <w:rPr>
          <w:i/>
        </w:rPr>
        <w:t>“Why I love my enemy?”</w:t>
      </w:r>
    </w:p>
    <w:p>
      <w:r>
        <w:rPr>
          <w:sz w:val="20"/>
        </w:rPr>
        <w:t>10:53  bat der iz a kvischan: wai ai lu mai enmi?</w:t>
      </w:r>
      <w:r>
        <w:br/>
      </w:r>
      <w:r>
        <w:rPr>
          <w:sz w:val="20"/>
        </w:rPr>
        <w:t>11:00  I would like to see that: "Love your enemy" means save yourself.</w:t>
      </w:r>
      <w:r>
        <w:br/>
      </w:r>
      <w:r>
        <w:rPr>
          <w:sz w:val="20"/>
        </w:rPr>
        <w:t>11:12  lu yur salf, wai?</w:t>
      </w:r>
      <w:r>
        <w:br/>
      </w:r>
      <w:r>
        <w:rPr>
          <w:sz w:val="20"/>
        </w:rPr>
        <w:t>11:18  When you love your enemy, you are saving yourself from being a victim of destruction.</w:t>
      </w:r>
      <w:r>
        <w:br/>
      </w:r>
      <w:r>
        <w:rPr>
          <w:sz w:val="20"/>
        </w:rPr>
        <w:t>11:30  Enmity means destruction, hate means destruction.</w:t>
      </w:r>
      <w:r>
        <w:br/>
      </w:r>
      <w:r>
        <w:rPr>
          <w:sz w:val="20"/>
        </w:rPr>
        <w:t>11:38  of your neighborhood, if there is a person in your neighborhood who provoke you, for example, if a neighbor provoke you and you become angry.</w:t>
      </w:r>
      <w:r>
        <w:br/>
      </w:r>
      <w:r>
        <w:rPr>
          <w:sz w:val="20"/>
        </w:rPr>
        <w:t>11:58  so, angri minz</w:t>
      </w:r>
      <w:r>
        <w:br/>
      </w:r>
      <w:r>
        <w:rPr>
          <w:sz w:val="20"/>
        </w:rPr>
        <w:t>12:03  vat minz anger?</w:t>
      </w:r>
      <w:r>
        <w:br/>
      </w:r>
      <w:r>
        <w:rPr>
          <w:sz w:val="20"/>
        </w:rPr>
        <w:t>12:05  Anger means division, anger means destruction. You are busy in something, you are busy in study, you are busy in the work, you are busy in in reciting the Quran,</w:t>
      </w:r>
      <w:r>
        <w:br/>
      </w:r>
      <w:r>
        <w:rPr>
          <w:sz w:val="20"/>
        </w:rPr>
        <w:t>12:25  and then you become angry.</w:t>
      </w:r>
      <w:r>
        <w:br/>
      </w:r>
      <w:r>
        <w:rPr>
          <w:sz w:val="20"/>
        </w:rPr>
        <w:t>12:29  so, if you are angry, you are unable to continue your work.</w:t>
      </w:r>
      <w:r>
        <w:br/>
      </w:r>
      <w:r>
        <w:rPr>
          <w:sz w:val="20"/>
        </w:rPr>
        <w:t>12:39  anger disturb your mind</w:t>
      </w:r>
      <w:r>
        <w:br/>
      </w:r>
      <w:r>
        <w:rPr>
          <w:sz w:val="20"/>
        </w:rPr>
        <w:t>12:43  , anger disturb your soul. anger, when you are angry, you are unable to to devote yourself in a noble cause.</w:t>
      </w:r>
      <w:r>
        <w:br/>
      </w:r>
      <w:r>
        <w:rPr>
          <w:sz w:val="20"/>
        </w:rPr>
        <w:t>13:03  this is destruction, this is deviation, this is wasting your time, wasting your energy</w:t>
      </w:r>
      <w:r>
        <w:br/>
      </w:r>
      <w:r>
        <w:rPr>
          <w:sz w:val="20"/>
        </w:rPr>
        <w:t>13:14  . so, when you are angry and you want to take revenge</w:t>
      </w:r>
      <w:r>
        <w:br/>
      </w:r>
      <w:r>
        <w:rPr>
          <w:sz w:val="20"/>
        </w:rPr>
        <w:t>13:23  from your enemy, it means that you are wasting your time, you are wasting your money, you are wasting your energy.</w:t>
      </w:r>
      <w:r>
        <w:br/>
      </w:r>
      <w:r>
        <w:rPr>
          <w:sz w:val="20"/>
        </w:rPr>
        <w:t>13:43  so, there is a very well known hadith: one of prophets companion is:</w:t>
      </w:r>
      <w:r>
        <w:br/>
      </w:r>
      <w:r>
        <w:rPr>
          <w:sz w:val="20"/>
        </w:rPr>
        <w:t>14:00  "o prophet, give me a master advice by which i may be able to manage all the affairs of my life." prophet said: "don't be angry." i think that both the saying is one and the same.</w:t>
      </w:r>
      <w:r>
        <w:br/>
      </w:r>
      <w:r>
        <w:rPr>
          <w:sz w:val="20"/>
        </w:rPr>
        <w:t>14:26  prophet jesus said: "love your enemy." prophet muhammad said: "don't be angry." both are one and the same.</w:t>
      </w:r>
      <w:r>
        <w:br/>
      </w:r>
      <w:r>
        <w:rPr>
          <w:sz w:val="20"/>
        </w:rPr>
        <w:t>14:37  both are to aspect of a single single principle.</w:t>
      </w:r>
      <w:r>
        <w:br/>
      </w:r>
      <w:r>
        <w:rPr>
          <w:sz w:val="20"/>
        </w:rPr>
        <w:t>14:45  when you are, when you love your enemy, it means you that you are, you have refrained yourself from being angry.</w:t>
      </w:r>
      <w:r>
        <w:br/>
      </w:r>
      <w:r>
        <w:rPr>
          <w:sz w:val="20"/>
        </w:rPr>
        <w:t>14:59  and you are, and you have, when you are, when you have refrained yourself from being angry, it means that you are loving your enemy.</w:t>
      </w:r>
      <w:r>
        <w:br/>
      </w:r>
      <w:r>
        <w:rPr>
          <w:sz w:val="20"/>
        </w:rPr>
        <w:t>15:10  so, both are only one side of a single kind.</w:t>
      </w:r>
      <w:r>
        <w:br/>
      </w:r>
      <w:r>
        <w:rPr>
          <w:sz w:val="20"/>
        </w:rPr>
        <w:t>15:20  so, it means that when you</w:t>
      </w:r>
      <w:r>
        <w:br/>
      </w:r>
      <w:r>
        <w:rPr>
          <w:sz w:val="20"/>
        </w:rPr>
        <w:t>15:28  save yourself from anger, enmity,</w:t>
      </w:r>
      <w:r>
        <w:br/>
      </w:r>
      <w:r>
        <w:rPr>
          <w:sz w:val="20"/>
        </w:rPr>
        <w:t>15:37  then you are saving yourself. you are saving your money, you are saving your energy,</w:t>
      </w:r>
      <w:r>
        <w:br/>
      </w:r>
      <w:r>
        <w:rPr>
          <w:sz w:val="20"/>
        </w:rPr>
        <w:t>15:47  you are saving your time.</w:t>
      </w:r>
      <w:r>
        <w:br/>
      </w:r>
      <w:r>
        <w:rPr>
          <w:sz w:val="20"/>
        </w:rPr>
        <w:t>15:52  this is the rational behind this teaching.</w:t>
      </w:r>
      <w:r>
        <w:br/>
      </w:r>
      <w:r>
        <w:rPr>
          <w:sz w:val="20"/>
        </w:rPr>
        <w:t>15:58  so, love your enemy means</w:t>
      </w:r>
      <w:r>
        <w:br/>
      </w:r>
      <w:r>
        <w:rPr>
          <w:sz w:val="20"/>
        </w:rPr>
        <w:t>16:03  save yourself, because there is no other option. there is no other option.</w:t>
      </w:r>
      <w:r>
        <w:br/>
      </w:r>
      <w:r>
        <w:rPr>
          <w:sz w:val="20"/>
        </w:rPr>
        <w:t>16:16  love enemy means love all even in negative situations. so, when one shows enmity against you,</w:t>
      </w:r>
      <w:r>
        <w:br/>
      </w:r>
      <w:r>
        <w:rPr>
          <w:sz w:val="20"/>
        </w:rPr>
        <w:t>16:31  but you keep patience, you ignore it, you inculcate your in your self positive thinking.</w:t>
      </w:r>
    </w:p>
    <w:p>
      <w:pPr>
        <w:pStyle w:val="Heading2"/>
      </w:pPr>
      <w:r>
        <w:t>Modern interpretation of Islamic concepts through stories</w:t>
      </w:r>
    </w:p>
    <w:p>
      <w:r>
        <w:rPr>
          <w:color w:val="666666"/>
          <w:sz w:val="18"/>
        </w:rPr>
        <w:t>CPS Mission · 3m 40s · at 20:36 · https://youtu.be/Ial-p18iypI?t=1236</w:t>
      </w:r>
    </w:p>
    <w:p>
      <w:r>
        <w:rPr>
          <w:i/>
        </w:rPr>
        <w:t>“In an interfaith program, a Christian priest was perturbed about Muslim women.”</w:t>
      </w:r>
    </w:p>
    <w:p>
      <w:r>
        <w:rPr>
          <w:sz w:val="20"/>
        </w:rPr>
        <w:t>20:36  i present an example to elucidate this further. in inter faith program, a christian press mentioned that he was very perturbed about a particular attitude amongst muslims with regard to muslim women.</w:t>
      </w:r>
      <w:r>
        <w:br/>
      </w:r>
      <w:r>
        <w:rPr>
          <w:sz w:val="20"/>
        </w:rPr>
        <w:t>20:51  it was about the information that a woman place was behind four walls which he had heard from some where, and his emphasis was totally on the words of four walls.</w:t>
      </w:r>
      <w:r>
        <w:br/>
      </w:r>
      <w:r>
        <w:rPr>
          <w:sz w:val="20"/>
        </w:rPr>
        <w:t>21:04  at this moment, allah reminded me of one of maulana sahib teachings that to understand many things, one should move away from the literal meaning and concentrate on its metaphorical or symbolical meaning.</w:t>
      </w:r>
      <w:r>
        <w:br/>
      </w:r>
      <w:r>
        <w:rPr>
          <w:sz w:val="20"/>
        </w:rPr>
        <w:t>21:23  in this case, wall does not refer to a physical wall because we know that a woman role is connected to nurturing of families, management of home, and educational and dawa field which includes interactions out side of home.</w:t>
      </w:r>
      <w:r>
        <w:br/>
      </w:r>
      <w:r>
        <w:rPr>
          <w:sz w:val="20"/>
        </w:rPr>
        <w:t>21:44  i humbly presented this explanation to the press, saying that the wall here does not refer to a wall of brick and mortar, rather it refers to a wall of modesty.</w:t>
      </w:r>
      <w:r>
        <w:br/>
      </w:r>
      <w:r>
        <w:rPr>
          <w:sz w:val="20"/>
        </w:rPr>
        <w:t>21:57  this is a wall which a woman should build around her self with her grace and dignity which will act as a protection in her interactions.</w:t>
      </w:r>
      <w:r>
        <w:br/>
      </w:r>
      <w:r>
        <w:rPr>
          <w:sz w:val="20"/>
        </w:rPr>
        <w:t>22:07  any one in his interactions with a woman</w:t>
      </w:r>
      <w:r>
        <w:br/>
      </w:r>
      <w:r>
        <w:rPr>
          <w:sz w:val="20"/>
        </w:rPr>
        <w:t>22:11  harbors any indecent intention should feel the presence of a wall of respect between him and the lady he is dealing with.</w:t>
      </w:r>
      <w:r>
        <w:br/>
      </w:r>
      <w:r>
        <w:rPr>
          <w:sz w:val="20"/>
        </w:rPr>
        <w:t>22:22  upon hearing this, the press said, sister, this is a very meaningful explanation. considering this incident, is it not necessary that we need to understand them in the present context for our own implementation and to present its beautiful and profound as</w:t>
      </w:r>
      <w:r>
        <w:br/>
      </w:r>
      <w:r>
        <w:rPr>
          <w:sz w:val="20"/>
        </w:rPr>
        <w:t>22:44  pects to others? let me share another discussion of the modern concept of spirituality. today, different types of spirituality are presented in this world.</w:t>
      </w:r>
      <w:r>
        <w:br/>
      </w:r>
      <w:r>
        <w:rPr>
          <w:sz w:val="20"/>
        </w:rPr>
        <w:t>22:58  there is spirituality without the concept of god also, but islam presents spirituality where god is a supreme concern and fear of accountability is an integral part which gives us a high level of good character which stems from a strong conviction that god is watching over us.</w:t>
      </w:r>
      <w:r>
        <w:br/>
      </w:r>
      <w:r>
        <w:rPr>
          <w:sz w:val="20"/>
        </w:rPr>
        <w:t>23:21  in the area of spirituality, another concept presented by the world is hard based spirituality in which there are methods involving emptying the mind for a certain time, but maulana sahib has presented mind based spirituality from the quran.</w:t>
      </w:r>
      <w:r>
        <w:br/>
      </w:r>
      <w:r>
        <w:rPr>
          <w:sz w:val="20"/>
        </w:rPr>
        <w:t>23:43  the quran addresses the believers as, o you who are endowed with insight, o people of understanding, we should not shut off our minds, we should be awakened souls.</w:t>
      </w:r>
      <w:r>
        <w:br/>
      </w:r>
      <w:r>
        <w:rPr>
          <w:sz w:val="20"/>
        </w:rPr>
        <w:t>23:59  think and at the level of the mind, take decisions and god will as the practical situation for us.</w:t>
      </w:r>
      <w:r>
        <w:br/>
      </w:r>
      <w:r>
        <w:rPr>
          <w:sz w:val="20"/>
        </w:rPr>
        <w:t>24:07  do not delay these decisions, or next moment could be the moment of death.</w:t>
      </w:r>
    </w:p>
    <w:p>
      <w:pPr>
        <w:pStyle w:val="Heading2"/>
      </w:pPr>
      <w:r>
        <w:t>Combined effort multiplies work and reward</w:t>
      </w:r>
    </w:p>
    <w:p>
      <w:r>
        <w:rPr>
          <w:color w:val="666666"/>
          <w:sz w:val="18"/>
        </w:rPr>
        <w:t>Combined Efforts April 14, 2018 · 5m 47s · at 3:19 · https://youtu.be/0Sv4c7bEwX4?t=199</w:t>
      </w:r>
    </w:p>
    <w:p>
      <w:r>
        <w:rPr>
          <w:i/>
        </w:rPr>
        <w:t>“Longevity through combined effort”</w:t>
      </w:r>
    </w:p>
    <w:p>
      <w:r>
        <w:rPr>
          <w:sz w:val="20"/>
        </w:rPr>
        <w:t>3:19  ke aap ka— yani is hadith mein jo baat kahi gayi hai ke longevity through combine effort,</w:t>
      </w:r>
      <w:r>
        <w:br/>
      </w:r>
      <w:r>
        <w:rPr>
          <w:sz w:val="20"/>
        </w:rPr>
        <w:t>3:34  longevity through combined effort, maslan aap ka ek mission hai, koi social uplift ke liye, maslan farz kijiye, ya spiritual uplift ke liye, ya hamara jo mission hai,</w:t>
      </w:r>
      <w:r>
        <w:br/>
      </w:r>
      <w:r>
        <w:rPr>
          <w:sz w:val="20"/>
        </w:rPr>
        <w:t>3:52  divine yani mission hai hamara. toh koi mission aap agar chalate hain, chahe religious ho, social ho, aur is mein aap logon ko mil mil ke kaam karte hain,</w:t>
      </w:r>
      <w:r>
        <w:br/>
      </w:r>
      <w:r>
        <w:rPr>
          <w:sz w:val="20"/>
        </w:rPr>
        <w:t>4:14  maslan ek aadmi das aadmi ko sath le leta hai aur combined effort karta hai, toh iska matlab kya hua hai?</w:t>
      </w:r>
      <w:r>
        <w:br/>
      </w:r>
      <w:r>
        <w:rPr>
          <w:sz w:val="20"/>
        </w:rPr>
        <w:t>4:26  ke das aadmi ki energetic jo age hai, woh das guna badha liya aap ne,</w:t>
      </w:r>
      <w:r>
        <w:br/>
      </w:r>
      <w:r>
        <w:rPr>
          <w:sz w:val="20"/>
        </w:rPr>
        <w:t>4:39  das guna badha liya aap ne.</w:t>
      </w:r>
      <w:r>
        <w:br/>
      </w:r>
      <w:r>
        <w:rPr>
          <w:sz w:val="20"/>
        </w:rPr>
        <w:t>4:45  yani das aadmi kaam kar rahe hain ek hi mission ke liye aur bohat hi achhe tareeqe se. toh ab aap akele agar karte hain toh ek yani farz kijiye ke 50 saal kar kar paate hain,</w:t>
      </w:r>
      <w:r>
        <w:br/>
      </w:r>
      <w:r>
        <w:rPr>
          <w:sz w:val="20"/>
        </w:rPr>
        <w:t>5:08  das aadmiyon ko mila liya aap ne, toh kya hua?</w:t>
      </w:r>
      <w:r>
        <w:br/>
      </w:r>
      <w:r>
        <w:rPr>
          <w:sz w:val="20"/>
        </w:rPr>
        <w:t>5:16  ke das guna, 50 guna, sau guna badha sakte hain aap jitna aadmi kar le. aap</w:t>
      </w:r>
      <w:r>
        <w:br/>
      </w:r>
      <w:r>
        <w:rPr>
          <w:sz w:val="20"/>
        </w:rPr>
        <w:t>5:28  maslan dekhiye, Tata ne jo kaam kiya, woh bohat bada kaam hai. agar Tata akele karta toh kuch nahi karta, lekin is ne ek company banayi, bohat se log mil kar ke, toh is ne itna bada kaam kar dala.</w:t>
      </w:r>
      <w:r>
        <w:br/>
      </w:r>
      <w:r>
        <w:rPr>
          <w:sz w:val="20"/>
        </w:rPr>
        <w:t>5:48  yani akele ek Tata ne sau aadmi, hazar aadmi ke kaam kar dala. toh dekhiye, is mein maine socha ke spiritual kaam ke liye, deeni kaam ke liye jawab dehi ka parta hai mil kar, toh bohat sawab milta hai, bohat zyada sawab.</w:t>
      </w:r>
      <w:r>
        <w:br/>
      </w:r>
      <w:r>
        <w:rPr>
          <w:sz w:val="20"/>
        </w:rPr>
        <w:t>6:09  kyun? woh toh Tata ke saathi jo yeh yeh mil kar kaam karne mein kya hota hai?</w:t>
      </w:r>
      <w:r>
        <w:br/>
      </w:r>
      <w:r>
        <w:rPr>
          <w:sz w:val="20"/>
        </w:rPr>
        <w:t>6:21  aapas mein shikayat hai, tarah tarah ki, kahin ego hurt hota hai, kahin aap ka self interest ke liye hota hai, kuch hota hai.</w:t>
      </w:r>
      <w:r>
        <w:br/>
      </w:r>
      <w:r>
        <w:rPr>
          <w:sz w:val="20"/>
        </w:rPr>
        <w:t>6:31  lekin company mein maine suna hai ke Tata ne itna zyada interest de rakha hai logon ko ke jo ke wahan service mil jati hai, woh jata nahi kahein.</w:t>
      </w:r>
      <w:r>
        <w:br/>
      </w:r>
      <w:r>
        <w:rPr>
          <w:sz w:val="20"/>
        </w:rPr>
        <w:t>6:45  is ne ek city bana di hai, bohat bohat achha city, wahan log har tarah ki comfort. toh Tata ne logon ko goya ke khareed kar ke combine effort ka faida uthaya,</w:t>
      </w:r>
      <w:r>
        <w:br/>
      </w:r>
      <w:r>
        <w:rPr>
          <w:sz w:val="20"/>
        </w:rPr>
        <w:t>7:03  bohat logon ke liye interest create kiya ke zyada tankhwah, zyada benefit, zyada facilities. toh log faide ke liye jud gaye.</w:t>
      </w:r>
      <w:r>
        <w:br/>
      </w:r>
      <w:r>
        <w:rPr>
          <w:sz w:val="20"/>
        </w:rPr>
        <w:t>7:16  is mein koi reward nahi aap ko alag se, lekin agar aap deen ke liye, spirituality ke liye juden kisi se aur bardasht karen,</w:t>
      </w:r>
      <w:r>
        <w:br/>
      </w:r>
      <w:r>
        <w:rPr>
          <w:sz w:val="20"/>
        </w:rPr>
        <w:t>7:29  ego hi ego hit ho to bardasht karen, kahin afraid ho jayen aap to us ko bardasht karen.</w:t>
      </w:r>
      <w:r>
        <w:br/>
      </w:r>
      <w:r>
        <w:rPr>
          <w:sz w:val="20"/>
        </w:rPr>
        <w:t>7:38  phir joint effort apni jari rakhen to is ka reward to jannat hai.</w:t>
      </w:r>
      <w:r>
        <w:br/>
      </w:r>
      <w:r>
        <w:rPr>
          <w:sz w:val="20"/>
        </w:rPr>
        <w:t>7:48  tata to to kia de ga aap ko? dunya mein kuch nahi de ga, lekin jannat to nahi de sakta. to is tarah ke kaam ke liye hadith mein bohat ziyada reward bataya gaya hai,</w:t>
      </w:r>
      <w:r>
        <w:br/>
      </w:r>
      <w:r>
        <w:rPr>
          <w:sz w:val="20"/>
        </w:rPr>
        <w:t>8:04  kyunke is mein aap yeh karte hain ke 'fadsia of God' jo bardasht karte hain.</w:t>
      </w:r>
      <w:r>
        <w:br/>
      </w:r>
      <w:r>
        <w:rPr>
          <w:sz w:val="20"/>
        </w:rPr>
        <w:t>8:14  kyunke yeh dekhen, jab bhi aap mil kar kaam karen ge, mil kar to kaam to ziyada ho ga, lekin kab ho ga?</w:t>
      </w:r>
      <w:r>
        <w:br/>
      </w:r>
      <w:r>
        <w:rPr>
          <w:sz w:val="20"/>
        </w:rPr>
        <w:t>8:24  jab mil kar kaam karen, aap speed ki bohat thi, all life speed ke sath. yani ego hit ho to aap bura na manen, koi afraid kare aap ko to aap bura na manen,</w:t>
      </w:r>
      <w:r>
        <w:br/>
      </w:r>
      <w:r>
        <w:rPr>
          <w:sz w:val="20"/>
        </w:rPr>
        <w:t>8:43  kahin interest clash ho to kuch na karen. yani har cheez ko aap avoid karte hue, avoid karte hue, avoid karte hue joint effort jari rakhen</w:t>
      </w:r>
      <w:r>
        <w:br/>
      </w:r>
      <w:r>
        <w:rPr>
          <w:sz w:val="20"/>
        </w:rPr>
        <w:t>8:55  to kitna bara kaam ho jaye ga? sau guna, hazar guna bara kaam ho sakta hai.</w:t>
      </w:r>
    </w:p>
    <w:p>
      <w:pPr>
        <w:pStyle w:val="Heading2"/>
      </w:pPr>
      <w:r>
        <w:t>Anger destroys human potential</w:t>
      </w:r>
    </w:p>
    <w:p>
      <w:r>
        <w:rPr>
          <w:color w:val="666666"/>
          <w:sz w:val="18"/>
        </w:rPr>
        <w:t>Anger An Obstacle to wisdom 5 Jan 2020 - Maulana Wahiduddin Khan · 4m 17s · at 0:29 · https://youtu.be/q0VPtCsiYrI?t=29</w:t>
      </w:r>
    </w:p>
    <w:p>
      <w:r>
        <w:rPr>
          <w:i/>
        </w:rPr>
        <w:t>“Aaj ka topic hai anger, ghazab.”</w:t>
      </w:r>
    </w:p>
    <w:p>
      <w:r>
        <w:rPr>
          <w:sz w:val="20"/>
        </w:rPr>
        <w:t>0:29  رب شرح لی صدری، ویسر لی امری، واحل العقدۃ من لسانی یفقہ قولی۔</w:t>
      </w:r>
      <w:r>
        <w:br/>
      </w:r>
      <w:r>
        <w:rPr>
          <w:sz w:val="20"/>
        </w:rPr>
        <w:t>0:42  آج کا ٹاپک ہے اینگر، غضب۔</w:t>
      </w:r>
      <w:r>
        <w:br/>
      </w:r>
      <w:r>
        <w:rPr>
          <w:sz w:val="20"/>
        </w:rPr>
        <w:t>0:54  ایک شخص رسول اللہ صلی اللہ علیہ وسلم کے پاس آیا، اس نے کہا کہ: "یا رسول اللہ، علمنی کلمات عیش بہنا، ولا تقصر علی فانسا۔" اے اللہ کے رسول،</w:t>
      </w:r>
      <w:r>
        <w:br/>
      </w:r>
      <w:r>
        <w:rPr>
          <w:sz w:val="20"/>
        </w:rPr>
        <w:t>1:16  مجھے</w:t>
      </w:r>
      <w:r>
        <w:br/>
      </w:r>
      <w:r>
        <w:rPr>
          <w:sz w:val="20"/>
        </w:rPr>
        <w:t>1:21  ایک</w:t>
      </w:r>
      <w:r>
        <w:br/>
      </w:r>
      <w:r>
        <w:rPr>
          <w:sz w:val="20"/>
        </w:rPr>
        <w:t>1:26  مختصر کلمہ بتائیے جس کو میں فالو کروں، بلکہ جو میری زندگی بن جائے اور وہ بہت شارٹ ہو تاکہ میں اس کو بھول نہ جاؤں۔</w:t>
      </w:r>
      <w:r>
        <w:br/>
      </w:r>
      <w:r>
        <w:rPr>
          <w:sz w:val="20"/>
        </w:rPr>
        <w:t>1:50  آپ نے فرمایا: "لا تغضب، لا تغضب، غصہ نہ کرو۔"</w:t>
      </w:r>
      <w:r>
        <w:br/>
      </w:r>
      <w:r>
        <w:rPr>
          <w:sz w:val="20"/>
        </w:rPr>
        <w:t>2:04  دیکھیے، یہ</w:t>
      </w:r>
      <w:r>
        <w:br/>
      </w:r>
      <w:r>
        <w:rPr>
          <w:sz w:val="20"/>
        </w:rPr>
        <w:t>2:09  جو ایڈوائس دی ہے آپ نے، یہ بہت ہی زیادہ</w:t>
      </w:r>
      <w:r>
        <w:br/>
      </w:r>
      <w:r>
        <w:rPr>
          <w:sz w:val="20"/>
        </w:rPr>
        <w:t>2:20  جامع ایڈوائس ہے۔ اس میں سب بات شامل ہے۔</w:t>
      </w:r>
      <w:r>
        <w:br/>
      </w:r>
      <w:r>
        <w:rPr>
          <w:sz w:val="20"/>
        </w:rPr>
        <w:t>2:30  اصل یہ ہے کہ انسان کو اللہ تعالی نے</w:t>
      </w:r>
      <w:r>
        <w:br/>
      </w:r>
      <w:r>
        <w:rPr>
          <w:sz w:val="20"/>
        </w:rPr>
        <w:t>2:37  سارے ہی علم دے کر دنیا میں بھیجا ہے۔ وعلم آدم الاسماء، کلہ کلہ کلہ۔</w:t>
      </w:r>
      <w:r>
        <w:br/>
      </w:r>
      <w:r>
        <w:rPr>
          <w:sz w:val="20"/>
        </w:rPr>
        <w:t>2:50  سارے علم کا خزانہ انسان کے اندر ہے۔ اب موجودہ زمانے میں</w:t>
      </w:r>
      <w:r>
        <w:br/>
      </w:r>
      <w:r>
        <w:rPr>
          <w:sz w:val="20"/>
        </w:rPr>
        <w:t>3:02  کمپیوٹر نے اس بات کو understandable بنا دیا ہے کہ کس طرح ایک چھوٹے سے،</w:t>
      </w:r>
      <w:r>
        <w:br/>
      </w:r>
      <w:r>
        <w:rPr>
          <w:sz w:val="20"/>
        </w:rPr>
        <w:t>3:16  ایک چھوٹی سی جگہ پر سارے دنیا کا علم</w:t>
      </w:r>
      <w:r>
        <w:br/>
      </w:r>
      <w:r>
        <w:rPr>
          <w:sz w:val="20"/>
        </w:rPr>
        <w:t>3:24  rakha ja sakta hai.</w:t>
      </w:r>
      <w:r>
        <w:br/>
      </w:r>
      <w:r>
        <w:rPr>
          <w:sz w:val="20"/>
        </w:rPr>
        <w:t>3:29  to maine is par bohat ghaur kiya ke ghussa na karna itni bari baat kyun hai.</w:t>
      </w:r>
      <w:r>
        <w:br/>
      </w:r>
      <w:r>
        <w:rPr>
          <w:sz w:val="20"/>
        </w:rPr>
        <w:t>3:40  to meri samajh mein aaya ke aadmi potentially har baat ka ilm rakhta hai.</w:t>
      </w:r>
      <w:r>
        <w:br/>
      </w:r>
      <w:r>
        <w:rPr>
          <w:sz w:val="20"/>
        </w:rPr>
        <w:t>3:51  har aadmi ek universal computer hai. har aadmi</w:t>
      </w:r>
      <w:r>
        <w:br/>
      </w:r>
      <w:r>
        <w:rPr>
          <w:sz w:val="20"/>
        </w:rPr>
        <w:t>4:02  potentially universal computer hai.</w:t>
      </w:r>
      <w:r>
        <w:br/>
      </w:r>
      <w:r>
        <w:rPr>
          <w:sz w:val="20"/>
        </w:rPr>
        <w:t>4:12  lekin jab woh ghussa mein aa jaye to uska sara setup bigad jata hai.</w:t>
      </w:r>
      <w:r>
        <w:br/>
      </w:r>
      <w:r>
        <w:rPr>
          <w:sz w:val="20"/>
        </w:rPr>
        <w:t>4:24  positive thinking aap ko</w:t>
      </w:r>
      <w:r>
        <w:br/>
      </w:r>
      <w:r>
        <w:rPr>
          <w:sz w:val="20"/>
        </w:rPr>
        <w:t>4:29  universal treasure ka malik bana rakhti hai. aur jaise hi aap ghussa mein aa jayein to sab kuch bigad jata hai.</w:t>
      </w:r>
    </w:p>
    <w:p>
      <w:pPr>
        <w:pStyle w:val="Heading2"/>
      </w:pPr>
      <w:r>
        <w:t>Ego surrender and letting go: two stories of full trust in God</w:t>
      </w:r>
    </w:p>
    <w:p>
      <w:r>
        <w:rPr>
          <w:color w:val="666666"/>
          <w:sz w:val="18"/>
        </w:rPr>
        <w:t>Importance of Shukr (Thankfulness) July 24, 2022 · 5m 07s · at 50:31 · https://youtu.be/MgWNIv0k1sk?t=3031</w:t>
      </w:r>
    </w:p>
    <w:p>
      <w:r>
        <w:rPr>
          <w:i/>
        </w:rPr>
        <w:t>“Tab hi fariste hamare paas aayenge jab hum shakir bande ki tarah rahein”</w:t>
      </w:r>
    </w:p>
    <w:p>
      <w:r>
        <w:rPr>
          <w:sz w:val="20"/>
        </w:rPr>
        <w:t>50:31  karni hai. Wahi hamare andar woh shukr wali personality ko develop karenge. To hum jo shukr ki personality develop nahi kar sakte, woh jo main reason hai, woh hamare andar hai: ego.</w:t>
      </w:r>
      <w:r>
        <w:br/>
      </w:r>
      <w:r>
        <w:rPr>
          <w:sz w:val="20"/>
        </w:rPr>
        <w:t>50:46  Ego hamare andar itna zyada hota hai ke jahan kisi ne koi baat kahi, bas hum bhadak uthte hain. To agar hum apne ego ko khatm kar dein to hum kyun bhadkenge?</w:t>
      </w:r>
      <w:r>
        <w:br/>
      </w:r>
      <w:r>
        <w:rPr>
          <w:sz w:val="20"/>
        </w:rPr>
        <w:t>50:56  Jaise Maulana kehte the ke "Main apne aap ko chunti ke barabar bhi nahi samajh</w:t>
      </w:r>
      <w:r>
        <w:br/>
      </w:r>
      <w:r>
        <w:rPr>
          <w:sz w:val="20"/>
        </w:rPr>
        <w:t>51:00  ta." Agar hum apne aap ko chunti ke barabar bhi nahi samjhein to koi hamein kitna bhi bura bhala kehta rahe, hum kyun kyun bhadkenge? Hum woh apna ego khatm karna hai.</w:t>
      </w:r>
      <w:r>
        <w:br/>
      </w:r>
      <w:r>
        <w:rPr>
          <w:sz w:val="20"/>
        </w:rPr>
        <w:t>51:12  Kyunke do ego is kainat mein nahi chal sakte. Ego to asal Khuda ka ego hai na? To ek Hadees mein aaya hai ke "Jo mere kibr ki chadar ko lena chahega, main us ko zaleel kar doonga." To Khuda ka ego hai.</w:t>
      </w:r>
      <w:r>
        <w:br/>
      </w:r>
      <w:r>
        <w:rPr>
          <w:sz w:val="20"/>
        </w:rPr>
        <w:t>51:26  Hamein jo kuch hai, woh Khuda ke dene se mila hua hai.</w:t>
      </w:r>
      <w:r>
        <w:br/>
      </w:r>
      <w:r>
        <w:rPr>
          <w:sz w:val="20"/>
        </w:rPr>
        <w:t>51:30  To hamein to hamara apna kuch hai hi nahi. To kis baat ka ego? Jo ek cheez jo hamein Khuda ne di hai, to mili hui hai.</w:t>
      </w:r>
      <w:r>
        <w:br/>
      </w:r>
      <w:r>
        <w:rPr>
          <w:sz w:val="20"/>
        </w:rPr>
        <w:t>51:38  Aur jab chahe, woh Khuda hum se chheen sakta hai. To hamein is maqsad ke liye, apne jazba-e-shukr ki hifazat ke liye, apne ego ko khatm karna hai.</w:t>
      </w:r>
      <w:r>
        <w:br/>
      </w:r>
      <w:r>
        <w:rPr>
          <w:sz w:val="20"/>
        </w:rPr>
        <w:t>51:47  Ego ko surrender karna hai. Islam ke maani hi yahi hain: "Submitting to God. Surrender to God</w:t>
      </w:r>
      <w:r>
        <w:br/>
      </w:r>
      <w:r>
        <w:rPr>
          <w:sz w:val="20"/>
        </w:rPr>
        <w:t>51:55  ." To surrender ka matlab yahi hai: ego ko surrender karna. Aur sirf aur sirf Khuda ki baṛai mein jeena. Ji to Aapa samajh aa raha hai ke jannat ki qeemat shukr hai.</w:t>
      </w:r>
      <w:r>
        <w:br/>
      </w:r>
      <w:r>
        <w:rPr>
          <w:sz w:val="20"/>
        </w:rPr>
        <w:t>52:08  Aur jannat usi ko milegi jo is qeemat ko ada karega. Aur Quran mein bhi Aapa jannat ko le kar yeh zikr aaya hai ke "Tum jahan bhi dekhoge, azeem nem'at aur badshahi dek</w:t>
      </w:r>
      <w:r>
        <w:br/>
      </w:r>
      <w:r>
        <w:rPr>
          <w:sz w:val="20"/>
        </w:rPr>
        <w:t>52:21  hoge." To yeh bohat zaroori ho jata hai Aapa ke hum apne andar yeh shukr ka ehsaas, shukr ke feeling ko safeguard kar ke hamesha chalein.</w:t>
      </w:r>
      <w:r>
        <w:br/>
      </w:r>
      <w:r>
        <w:rPr>
          <w:sz w:val="20"/>
        </w:rPr>
        <w:t>52:31  to wo kaise kar sakte hain? is ke bare mein bhi bataein. to shukr ke safeguard karne ke liye wahi hai jo ke hum har halat mein Khuda ki barhai mein jaein.</w:t>
      </w:r>
      <w:r>
        <w:br/>
      </w:r>
      <w:r>
        <w:rPr>
          <w:sz w:val="20"/>
        </w:rPr>
        <w:t>52:43  ji apni barhai ko khatam kar dein aur Khuda ki barhai mein jaein. phir shukriya shukr hai.</w:t>
      </w:r>
      <w:r>
        <w:br/>
      </w:r>
      <w:r>
        <w:rPr>
          <w:sz w:val="20"/>
        </w:rPr>
        <w:t>52:50  kyunke hamari hazaron lakhon cheezein hain jo hamare paas hain, wo Khuda se mili hui hain. phir hum kyun nahi shukr karein ge? jaise ek baar, ek baar maine ek car mein dekha, peeche likha hua tha:</w:t>
      </w:r>
      <w:r>
        <w:br/>
      </w:r>
      <w:r>
        <w:rPr>
          <w:sz w:val="20"/>
        </w:rPr>
        <w:t>53:05  "Dad's gift." to ek cheez baap ne di, ab bete ko itna zyada is ka acknowledgement hua, us ne acknowledge itna zyada kiya ke us ne car pe hi likh diya: "Dad's gift." to</w:t>
      </w:r>
      <w:r>
        <w:br/>
      </w:r>
      <w:r>
        <w:rPr>
          <w:sz w:val="20"/>
        </w:rPr>
        <w:t>53:20  yahan to har cheez Khuda se hamein mili hui hai. to hum Khuda ka shukr ada nahi karein to kis ka ada karein ge? aur baar baar Khuda dikha raha hai ke jab chahein hum cheen sakte hain.</w:t>
      </w:r>
      <w:r>
        <w:br/>
      </w:r>
      <w:r>
        <w:rPr>
          <w:sz w:val="20"/>
        </w:rPr>
        <w:t>53:33  koi beemar ho jata hai, kisi ko maut aa jati hai, kisi ko accident ho jata hai, kisi ke paas ek cheez hoti hai, wo wo khatam ho jati hai, kisi ka job chala jata</w:t>
      </w:r>
      <w:r>
        <w:br/>
      </w:r>
      <w:r>
        <w:rPr>
          <w:sz w:val="20"/>
        </w:rPr>
        <w:t>53:45  hai. to Khuda ke dene se milta hai, Khuda ke lene se wo chala jata hai. to har halat mein hamein jo kuch hai, wo Khuda se mila hua hai.</w:t>
      </w:r>
      <w:r>
        <w:br/>
      </w:r>
      <w:r>
        <w:rPr>
          <w:sz w:val="20"/>
        </w:rPr>
        <w:t>53:55  aur kabhi kabhi aisa hota hai ke Khuda kisi maslehat ki wajah se hum se koi cheez leta hai, to tab bhi hamein wo negative nahi hona hai.</w:t>
      </w:r>
      <w:r>
        <w:br/>
      </w:r>
      <w:r>
        <w:rPr>
          <w:sz w:val="20"/>
        </w:rPr>
        <w:t>54:05  ho sakta hai ke Allah taala is se behtar dene ke liye hamein wo cheez Allah ne liya ho.</w:t>
      </w:r>
      <w:r>
        <w:br/>
      </w:r>
      <w:r>
        <w:rPr>
          <w:sz w:val="20"/>
        </w:rPr>
        <w:t>54:12  to ek baar hamare ek rishtedar the, wo un ko fact, un ki apni company thi, us mein kuch problem hua, kuch jhagda ho gaya, to wo chhod kar company ko chale aae.</w:t>
      </w:r>
      <w:r>
        <w:br/>
      </w:r>
      <w:r>
        <w:rPr>
          <w:sz w:val="20"/>
        </w:rPr>
        <w:t>54:24  to bohat zyada wo negative ho rahe the ke "main ne company banai thi, sari mehnat maine ki thi, ab logon ne mujhe pareshan kiya, mujhe chhodna pada company ko.</w:t>
      </w:r>
      <w:r>
        <w:br/>
      </w:r>
      <w:r>
        <w:rPr>
          <w:sz w:val="20"/>
        </w:rPr>
        <w:t>54:34  " to Maulana ne apni diary mein likha ke kabhi aisa hota hai ke mali jo hai, wo paudhe ko ek jagah se ukhadta hai, us ko kisi doosri behtar jagah lagane ke liye, nasb karne ke liye.</w:t>
      </w:r>
      <w:r>
        <w:br/>
      </w:r>
      <w:r>
        <w:rPr>
          <w:sz w:val="20"/>
        </w:rPr>
        <w:t>54:47  to wahi hua, wo phir wo bahar chale gaye, aur bahar unhon ne is se bohat zyada bada business kiya. to waqti taur par aisa ho sakta hai ke hamein kuch problem ho jaye, kuch takleef ho jaye,</w:t>
      </w:r>
      <w:r>
        <w:br/>
      </w:r>
      <w:r>
        <w:rPr>
          <w:sz w:val="20"/>
        </w:rPr>
        <w:t>54:59  to is se bhi hamein negative nahi hona hai. kyunke ho sakta hai ke Allah taala ke liye hamare, hum Allah taala ke haan, hamare liye koi zyada bada plan ho.</w:t>
      </w:r>
      <w:r>
        <w:br/>
      </w:r>
      <w:r>
        <w:rPr>
          <w:sz w:val="20"/>
        </w:rPr>
        <w:t>55:08  abhi jo hum program kar ho raha tha Hazrat Yusuf par ke Hazrat Yusuf ko jab kunwein mein daal diya gaya tha, to wo us waqt unhon ne thodi socha hoga ke kal wo wahan badshah ke, badshah ke takht ke baad un ki doosri jagah milegi un ko.</w:t>
      </w:r>
      <w:r>
        <w:br/>
      </w:r>
      <w:r>
        <w:rPr>
          <w:sz w:val="20"/>
        </w:rPr>
        <w:t>55:24  to Allah taala ke paas kisi cheez ki</w:t>
      </w:r>
      <w:r>
        <w:br/>
      </w:r>
      <w:r>
        <w:rPr>
          <w:sz w:val="20"/>
        </w:rPr>
        <w:t>55:28  kami nahi hai, bas hamein shukr karna hai aur Khuda se dua karni hai, to wo sab kuch hamein aur mazeed mil jayega.</w:t>
      </w:r>
    </w:p>
    <w:p>
      <w:pPr>
        <w:pStyle w:val="Heading2"/>
      </w:pPr>
      <w:r>
        <w:t>Full explanation of sabr for tazkiyah</w:t>
      </w:r>
    </w:p>
    <w:p>
      <w:r>
        <w:rPr>
          <w:color w:val="666666"/>
          <w:sz w:val="18"/>
        </w:rPr>
        <w:t>Become Alert at Satan's Negative Influence Dec 14 2019 - Maulana Wahiduddin Khan · 4m 37s · at 2:36 · https://youtu.be/njCxCpiLQ60?t=156</w:t>
      </w:r>
    </w:p>
    <w:p>
      <w:r>
        <w:rPr>
          <w:i/>
        </w:rPr>
        <w:t>“Dekhiye, meri samajh ke mutabiq”</w:t>
      </w:r>
    </w:p>
    <w:p>
      <w:r>
        <w:rPr>
          <w:sz w:val="20"/>
        </w:rPr>
        <w:t>2:36  dekhein, meri samajh ke mutabiq</w:t>
      </w:r>
      <w:r>
        <w:br/>
      </w:r>
      <w:r>
        <w:rPr>
          <w:sz w:val="20"/>
        </w:rPr>
        <w:t>2:45  sabr</w:t>
      </w:r>
      <w:r>
        <w:br/>
      </w:r>
      <w:r>
        <w:rPr>
          <w:sz w:val="20"/>
        </w:rPr>
        <w:t>2:50  tazkiya ka entry point hai.</w:t>
      </w:r>
      <w:r>
        <w:br/>
      </w:r>
      <w:r>
        <w:rPr>
          <w:sz w:val="20"/>
        </w:rPr>
        <w:t>2:56  sabr hai to tazkiya nahi hai.</w:t>
      </w:r>
      <w:r>
        <w:br/>
      </w:r>
      <w:r>
        <w:rPr>
          <w:sz w:val="20"/>
        </w:rPr>
        <w:t>3:01  kyunke jo aadmi sabr na kare to us ne</w:t>
      </w:r>
      <w:r>
        <w:br/>
      </w:r>
      <w:r>
        <w:rPr>
          <w:sz w:val="20"/>
        </w:rPr>
        <w:t>3:11  apne darwaze ko band rakha.</w:t>
      </w:r>
      <w:r>
        <w:br/>
      </w:r>
      <w:r>
        <w:rPr>
          <w:sz w:val="20"/>
        </w:rPr>
        <w:t>3:18  ma'refat ke</w:t>
      </w:r>
      <w:r>
        <w:br/>
      </w:r>
      <w:r>
        <w:rPr>
          <w:sz w:val="20"/>
        </w:rPr>
        <w:t>3:26  ka darwaza tha, us ko band rakha.</w:t>
      </w:r>
      <w:r>
        <w:br/>
      </w:r>
      <w:r>
        <w:rPr>
          <w:sz w:val="20"/>
        </w:rPr>
        <w:t>3:35  kyunke dekhein, insaan har lamha, har lamha,</w:t>
      </w:r>
      <w:r>
        <w:br/>
      </w:r>
      <w:r>
        <w:rPr>
          <w:sz w:val="20"/>
        </w:rPr>
        <w:t>3:45  insaan ke andar har lamha koi na koi manfi baat aati hai. kyunke shaitan 24 ghante un ke sath laga hua hai.</w:t>
      </w:r>
      <w:r>
        <w:br/>
      </w:r>
      <w:r>
        <w:rPr>
          <w:sz w:val="20"/>
        </w:rPr>
        <w:t>4:00  to shaitan aadmi ke andar kisi na kisi manfi baat ko batata hai.</w:t>
      </w:r>
      <w:r>
        <w:br/>
      </w:r>
      <w:r>
        <w:rPr>
          <w:sz w:val="20"/>
        </w:rPr>
        <w:t>4:10  to insaan ka pehla kaam yeh hai ke yeh jaane ke kahan shaitan ne us par hamla kar diya hai.</w:t>
      </w:r>
      <w:r>
        <w:br/>
      </w:r>
      <w:r>
        <w:rPr>
          <w:sz w:val="20"/>
        </w:rPr>
        <w:t>4:27  yeh pehli shart hai.</w:t>
      </w:r>
      <w:r>
        <w:br/>
      </w:r>
      <w:r>
        <w:rPr>
          <w:sz w:val="20"/>
        </w:rPr>
        <w:t>4:34  woh kya ayat hai ke shaitan jab un par karta hai to woh "tazakkaru fainnal lazina ittaqu iza massahum taifun minash shaitani tazakkaru fainnahum mubsiroon".</w:t>
      </w:r>
      <w:r>
        <w:br/>
      </w:r>
      <w:r>
        <w:rPr>
          <w:sz w:val="20"/>
        </w:rPr>
        <w:t>4:53  tarjuma parhein na.</w:t>
      </w:r>
      <w:r>
        <w:br/>
      </w:r>
      <w:r>
        <w:rPr>
          <w:sz w:val="20"/>
        </w:rPr>
        <w:t>5:05  hawala aur tarjuma.</w:t>
      </w:r>
      <w:r>
        <w:br/>
      </w:r>
      <w:r>
        <w:rPr>
          <w:sz w:val="20"/>
        </w:rPr>
        <w:t>5:09  surah al-araf ayat number 201. "innal lazina ittaqu iza massahum taifun minash shaitani tazakkaru fainnahum mubsiroon".</w:t>
      </w:r>
      <w:r>
        <w:br/>
      </w:r>
      <w:r>
        <w:rPr>
          <w:sz w:val="20"/>
        </w:rPr>
        <w:t>5:19  beshak jo log allah se darne wale hain, jab un ko shaitan ki taraf se kuch waswasa aata hai to woh ho jate hain achaanak, aur woh is waqt ho jate hain.</w:t>
      </w:r>
      <w:r>
        <w:br/>
      </w:r>
      <w:r>
        <w:rPr>
          <w:sz w:val="20"/>
        </w:rPr>
        <w:t>5:36  to shaitan jab insan par hamla karta hai to insan ka kaam hai ke us ko foran samajh le.</w:t>
      </w:r>
      <w:r>
        <w:br/>
      </w:r>
      <w:r>
        <w:rPr>
          <w:sz w:val="20"/>
        </w:rPr>
        <w:t>5:56  misalan koi muamla aata hai aur insan ke andar bhai ke zor se waar aa gaya to woh is mauqe par insan ko pehchanna chahiye ke yeh to shaitan ne hamla kar diya hai.</w:t>
      </w:r>
      <w:r>
        <w:br/>
      </w:r>
      <w:r>
        <w:rPr>
          <w:sz w:val="20"/>
        </w:rPr>
        <w:t>6:16  ab doosre bache.</w:t>
      </w:r>
      <w:r>
        <w:br/>
      </w:r>
      <w:r>
        <w:rPr>
          <w:sz w:val="20"/>
        </w:rPr>
        <w:t>6:20  to sabr ka kirdaar yahi hai.</w:t>
      </w:r>
      <w:r>
        <w:br/>
      </w:r>
      <w:r>
        <w:rPr>
          <w:sz w:val="20"/>
        </w:rPr>
        <w:t>6:28  aur yeh bohat ahem kirdaar hai.</w:t>
      </w:r>
      <w:r>
        <w:br/>
      </w:r>
      <w:r>
        <w:rPr>
          <w:sz w:val="20"/>
        </w:rPr>
        <w:t>6:34  sabr ko point out karta hai ke kahan woh uska relevant hoga. relevant.</w:t>
      </w:r>
      <w:r>
        <w:br/>
      </w:r>
      <w:r>
        <w:rPr>
          <w:sz w:val="20"/>
        </w:rPr>
        <w:t>6:43  jab aadmi apne relevant ko jaane aur us se apne aap ko bachaye tab us ke upar tazkiya ka rasta khul jata hai.</w:t>
      </w:r>
      <w:r>
        <w:br/>
      </w:r>
      <w:r>
        <w:rPr>
          <w:sz w:val="20"/>
        </w:rPr>
        <w:t>7:01  yeh hai mera mukhtasar koi comment.</w:t>
      </w:r>
      <w:r>
        <w:br/>
      </w:r>
      <w:r>
        <w:rPr>
          <w:sz w:val="20"/>
        </w:rPr>
        <w:t>7:07  aur aap log comment karna chahein to kar sakte hain.</w:t>
      </w:r>
    </w:p>
    <w:p>
      <w:pPr>
        <w:pStyle w:val="Heading2"/>
      </w:pPr>
      <w:r>
        <w:t>From suicidal despair to building a top school through patience</w:t>
      </w:r>
    </w:p>
    <w:p>
      <w:r>
        <w:rPr>
          <w:color w:val="666666"/>
          <w:sz w:val="18"/>
        </w:rPr>
        <w:t>Importance of Patience in Islam December 11, 2022 · 3m 07s · at 15:57 · https://youtu.be/Cy59II1dC-I?t=957</w:t>
      </w:r>
    </w:p>
    <w:p>
      <w:r>
        <w:rPr>
          <w:i/>
        </w:rPr>
        <w:t>“He built a huge company, then wanted to end his life”</w:t>
      </w:r>
    </w:p>
    <w:p>
      <w:r>
        <w:rPr>
          <w:sz w:val="20"/>
        </w:rPr>
        <w:t>15:57  shakeel ahmed khan.</w:t>
      </w:r>
      <w:r>
        <w:br/>
      </w:r>
      <w:r>
        <w:rPr>
          <w:sz w:val="20"/>
        </w:rPr>
        <w:t>15:59  to unhone ek bahut badi, unhone engineering ki thi aur banaras hindu university se. aur wahan se unhone top kiya tha. to bahut badi company unhone light and company limited ke naam se qayam ki allahabad mein. lekin woh bahut sare usmein log the, khandan ke bhi bahut sare logon ko unhone rakha. to kuch usmein differences ho gaye.</w:t>
      </w:r>
      <w:r>
        <w:br/>
      </w:r>
      <w:r>
        <w:rPr>
          <w:sz w:val="20"/>
        </w:rPr>
        <w:t>16:23  ab differences itna zyada badhe, itna zyada badhe ki unhone ek din maulana ke paas aaye aur unhone kaha ki "main woh khudkushi karne ja raha hoon." unke paas bandook bhi rehti thi. to maulana ne kaha, "khudkushi kyun karne ja rahe ho?</w:t>
      </w:r>
      <w:r>
        <w:br/>
      </w:r>
      <w:r>
        <w:rPr>
          <w:sz w:val="20"/>
        </w:rPr>
        <w:t>16:37  tum first class engineer ho aur tum duniya bahut badi hai allah ki. kahin aur jaake dekho, tum dubai chale jao." to dubai pehli bar woh gaye, to wahan unko koi kamyabi nahin</w:t>
      </w:r>
      <w:r>
        <w:br/>
      </w:r>
      <w:r>
        <w:rPr>
          <w:sz w:val="20"/>
        </w:rPr>
        <w:t>16:48  mili. phir woh dobara dubai gaye, to wahan phir unhon ne wahan phir mauke mile. unko bohat bara kaam kiya, unhon ne bohat kaafi paisa kamaya. to ek din aaye kehne lage ke "mere paas kaafi paisa hai aur main kuch kisi muslim idaar ko yeh dena chahta hoon taake woh apne idaar ko modernize karein." lekin kehne lage, "koi bhi idaar modernize karne ke liye tayyar nahi, jo jaisa hai woh waise hi rehna chahta hai." to ab main chah raha hoon ke yeh paisa jo hai dump kar doon</w:t>
      </w:r>
      <w:r>
        <w:br/>
      </w:r>
      <w:r>
        <w:rPr>
          <w:sz w:val="20"/>
        </w:rPr>
        <w:t>17:18  kahin. ab main upwait nahi kar sakta zyada. to Maulana ne kaha ke "dump kyun karoge? hamare khandan mein koi waisa education ka kaam nahi hua hai. to tum ek bohat hi standard ka school qaim karo aur itni zameenain hain, itni jaydad hai." to Shakeel bhai ne abba kamre mein hi baithkar saare khandan walon ko phone kiya.</w:t>
      </w:r>
      <w:r>
        <w:br/>
      </w:r>
      <w:r>
        <w:rPr>
          <w:sz w:val="20"/>
        </w:rPr>
        <w:t>17:44  sab ne keh diya ke "hum apna jaydad de rahe hain, apna ghar de rahe hain, aap school qaim kijiye." aur unhon ne itna zabardast school qaim kiya hai ke aaj district ka shayad woh second best school hai English medium. Masha Allah!</w:t>
      </w:r>
      <w:r>
        <w:br/>
      </w:r>
      <w:r>
        <w:rPr>
          <w:sz w:val="20"/>
        </w:rPr>
        <w:t>17:58  haan, to matlab hai ke agar besabr hoti to woh apne aap ko suicide kar lete. aur sabr kiya unhon ne, to itna bara kaam kiya. woh pata nahi, mere khayal mein jab hum log, jab hum log gaye the jee, to</w:t>
      </w:r>
      <w:r>
        <w:br/>
      </w:r>
      <w:r>
        <w:rPr>
          <w:sz w:val="20"/>
        </w:rPr>
        <w:t>18:14  us waqt 23 gaon ke bachche wahan parhne aate the. ab to bohat badh gaya hai. ab to suna hai, ab college banne ja raha hai. to sab duniya mein bhi uske itna zyada faayde hain aur aakhirat mein to beyond measure. Allah taala ne sabr ka jitna zyada bataya hai, utna zyada to kisi ka bhi ajr nahi bataya hai. kisi ibaadat ka bhi itna ajr nahi. beyond measure.</w:t>
      </w:r>
      <w:r>
        <w:br/>
      </w:r>
      <w:r>
        <w:rPr>
          <w:sz w:val="20"/>
        </w:rPr>
        <w:t>18:41  to sabr jo hai, woh koi aisi buzdili ki baat nahi hai, balki ek hakimaana rawish hai. ek wisdom is mein hai bohat zyada ke hamein har kaam ke liye thoda sa rukna padta hai, sochna padta hai, re-planning karni padti hai. tab hum koi kaam jo hai, bara kaam kar sakte hain.</w:t>
      </w:r>
    </w:p>
    <w:p>
      <w:pPr>
        <w:pStyle w:val="Heading2"/>
      </w:pPr>
      <w:r>
        <w:t>Moral values benefit yourself; minimum and maximum duty to society</w:t>
      </w:r>
    </w:p>
    <w:p>
      <w:r>
        <w:rPr>
          <w:color w:val="666666"/>
          <w:sz w:val="18"/>
        </w:rPr>
        <w:t>Human Values · 5m 09s · at 28:48 · https://youtu.be/Art0kheDD40?t=1728</w:t>
      </w:r>
    </w:p>
    <w:p>
      <w:r>
        <w:rPr>
          <w:i/>
        </w:rPr>
        <w:t>“Moral values sirf doosron ke liye nahi hain, wo khud apne liye hain”</w:t>
      </w:r>
    </w:p>
    <w:p>
      <w:r>
        <w:rPr>
          <w:sz w:val="20"/>
        </w:rPr>
        <w:t>28:48  to moral values ya human values jo hain maine yahan tak samjha hai ke</w:t>
      </w:r>
      <w:r>
        <w:br/>
      </w:r>
      <w:r>
        <w:rPr>
          <w:sz w:val="20"/>
        </w:rPr>
        <w:t>28:59  sirf doosron ke liye nahin hain woh khud apne liye hain</w:t>
      </w:r>
      <w:r>
        <w:br/>
      </w:r>
      <w:r>
        <w:rPr>
          <w:sz w:val="20"/>
        </w:rPr>
        <w:t>29:04  is society mein jab hum moral values ko adopt karte hain to hum sirf yeh nahin kuch log de rahe hain hum khud de rahe hain kyun tabhi hum ko society mein peace milta hai tolerance milta hai</w:t>
      </w:r>
      <w:r>
        <w:br/>
      </w:r>
      <w:r>
        <w:rPr>
          <w:sz w:val="20"/>
        </w:rPr>
        <w:t>29:25  kyunke moral values ka jo maine arz kiya ke just jo hai woh unka hai ke positivity aap ke andar daalo</w:t>
      </w:r>
      <w:r>
        <w:br/>
      </w:r>
      <w:r>
        <w:rPr>
          <w:sz w:val="20"/>
        </w:rPr>
        <w:t>29:34  main samajhta hoon ke duniya aisi hai yahan par ke har waqt aap kisi ko dete hain to kuch lete hain tera Allah saath mein chalta rehta hai society mein aap ne kuch diya saath saath aap ko kuch mila bhi</w:t>
      </w:r>
      <w:r>
        <w:br/>
      </w:r>
      <w:r>
        <w:rPr>
          <w:sz w:val="20"/>
        </w:rPr>
        <w:t>29:54  to moral values ko aap ne follow kiya agar to aap ne yeh nahin kaha ke doosron ko diya kuch saath saath khud pe aap ko mila kuch inspiration mila aap ko kuch aap ke andar positivity aayi kuch bade understanding aayi yeh sab baatein aayi</w:t>
      </w:r>
      <w:r>
        <w:br/>
      </w:r>
      <w:r>
        <w:rPr>
          <w:sz w:val="20"/>
        </w:rPr>
        <w:t>30:17  ek aur hadith mein kehna chahunga</w:t>
      </w:r>
      <w:r>
        <w:br/>
      </w:r>
      <w:r>
        <w:rPr>
          <w:sz w:val="20"/>
        </w:rPr>
        <w:t>30:24  islam mein dekhiye minimum aur maximum kya hai is ko bataya gaya hai ke society mein aap rahen jab society mein to minimum requirement aur maximum requirement kya hai woh</w:t>
      </w:r>
      <w:r>
        <w:br/>
      </w:r>
      <w:r>
        <w:rPr>
          <w:sz w:val="20"/>
        </w:rPr>
        <w:t>30:38  woh ek hadith mein bataya gaya hai ke ilm tanfa fala tazar</w:t>
      </w:r>
      <w:r>
        <w:br/>
      </w:r>
      <w:r>
        <w:rPr>
          <w:sz w:val="20"/>
        </w:rPr>
        <w:t>30:45  ilm tanfa fala tazar yani</w:t>
      </w:r>
      <w:r>
        <w:br/>
      </w:r>
      <w:r>
        <w:rPr>
          <w:sz w:val="20"/>
        </w:rPr>
        <w:t>30:49  agar tum doosron ko kuch na de sako to unhein kuch nuqsan bhi na pohanchao</w:t>
      </w:r>
      <w:r>
        <w:br/>
      </w:r>
      <w:r>
        <w:rPr>
          <w:sz w:val="20"/>
        </w:rPr>
        <w:t>30:58  ke doosron ko tumhare paas dene ki kuch jagah nahi hai to kam se kam itna karo tum</w:t>
      </w:r>
      <w:r>
        <w:br/>
      </w:r>
      <w:r>
        <w:rPr>
          <w:sz w:val="20"/>
        </w:rPr>
        <w:t>31:04  ke doosron ko tum se koi</w:t>
      </w:r>
      <w:r>
        <w:br/>
      </w:r>
      <w:r>
        <w:rPr>
          <w:sz w:val="20"/>
        </w:rPr>
        <w:t>31:06  haath na pohanche</w:t>
      </w:r>
      <w:r>
        <w:br/>
      </w:r>
      <w:r>
        <w:rPr>
          <w:sz w:val="20"/>
        </w:rPr>
        <w:t>31:09  is se maine itna nikala hai ke is mein bataya gaya hai ke yani minimum requirement kya hai aur maximum requirement kya hai society ke nahin maximum requirement yeh hai ke aap society mein giver member ban kar rahen dene wale ban kar rahen</w:t>
      </w:r>
      <w:r>
        <w:br/>
      </w:r>
      <w:r>
        <w:rPr>
          <w:sz w:val="20"/>
        </w:rPr>
        <w:t>31:33  maximum requirement yeh hai ke aap jis society mein rehte hain jis samaj mein rehte hain</w:t>
      </w:r>
      <w:r>
        <w:br/>
      </w:r>
      <w:r>
        <w:rPr>
          <w:sz w:val="20"/>
        </w:rPr>
        <w:t>31:39  wahan par aap is ke giver member ban kar rahen giver member ka matlab yeh nahin ke paisa baantein aap meetha bol bolen tab bhi aap ne logon ko kuch diya aap logon ko rasta bataein tab bhi aap ne kuch diya logon ko koi bhi material sense mein ya hard sense mein kuch aap se mila doosron ko to aap ne diya</w:t>
      </w:r>
      <w:r>
        <w:br/>
      </w:r>
      <w:r>
        <w:rPr>
          <w:sz w:val="20"/>
        </w:rPr>
        <w:t>32:03  تو maximum requirement یہ ہے کہ آپ سماج میں رہ رہے ہیں اس طرح سے کہ آپ دوسروں</w:t>
      </w:r>
      <w:r>
        <w:br/>
      </w:r>
      <w:r>
        <w:rPr>
          <w:sz w:val="20"/>
        </w:rPr>
        <w:t>32:08  se aap ko kuch acha mil raha ho</w:t>
      </w:r>
      <w:r>
        <w:br/>
      </w:r>
      <w:r>
        <w:rPr>
          <w:sz w:val="20"/>
        </w:rPr>
        <w:t>32:13  hadith mein ata hai ke agar tum doosron ko kuch material sense mein na de sako to kam</w:t>
      </w:r>
      <w:r>
        <w:br/>
      </w:r>
      <w:r>
        <w:rPr>
          <w:sz w:val="20"/>
        </w:rPr>
        <w:t>32:18  se kam meetha bol to bolo meetha bol bolo is se woh bhi dena hai</w:t>
      </w:r>
      <w:r>
        <w:br/>
      </w:r>
      <w:r>
        <w:rPr>
          <w:sz w:val="20"/>
        </w:rPr>
        <w:t>32:24  to yeh hai maximum requirement</w:t>
      </w:r>
      <w:r>
        <w:br/>
      </w:r>
      <w:r>
        <w:rPr>
          <w:sz w:val="20"/>
        </w:rPr>
        <w:t>32:27  minimum requirement kya hai</w:t>
      </w:r>
      <w:r>
        <w:br/>
      </w:r>
      <w:r>
        <w:rPr>
          <w:sz w:val="20"/>
        </w:rPr>
        <w:t>32:30  harmless ban jao</w:t>
      </w:r>
      <w:r>
        <w:br/>
      </w:r>
      <w:r>
        <w:rPr>
          <w:sz w:val="20"/>
        </w:rPr>
        <w:t>32:35  is society mein ek harmless ban kar person ban kar raho yeh minimum requirement hai is ki importance itni zyada hai ke ek hadith mein hai ke wallah la yaman wallah la yaman wallah la yaman allazi la yaman</w:t>
      </w:r>
      <w:r>
        <w:br/>
      </w:r>
      <w:r>
        <w:rPr>
          <w:sz w:val="20"/>
        </w:rPr>
        <w:t>32:58  is ka is ka matlab yeh hai ke he is not a believer he is not a believer he is not a believer who creates problems for other</w:t>
      </w:r>
      <w:r>
        <w:br/>
      </w:r>
      <w:r>
        <w:rPr>
          <w:sz w:val="20"/>
        </w:rPr>
        <w:t>33:13  itni zyada importance hai ke agar ek aadmi apne paros ko apne doosre logon ko aam phal bana hua hai to momin nahin hai aur believer nahin hai itni importance hai</w:t>
      </w:r>
      <w:r>
        <w:br/>
      </w:r>
      <w:r>
        <w:rPr>
          <w:sz w:val="20"/>
        </w:rPr>
        <w:t>33:28  to yeh main samajh paya hoon ke ya to aadmi doosron ke liye giver ban kar rahe ya harmless person ban kar rahe yeh kam az kam requirement hai aur zyada requirement hai yeh main samajh paya hoon apne study se aur apne tajurbe se</w:t>
      </w:r>
    </w:p>
    <w:p>
      <w:pPr>
        <w:pStyle w:val="Heading2"/>
      </w:pPr>
      <w:r>
        <w:t>Maulana's humility and unique understanding of deen</w:t>
      </w:r>
    </w:p>
    <w:p>
      <w:r>
        <w:rPr>
          <w:color w:val="666666"/>
          <w:sz w:val="18"/>
        </w:rPr>
        <w:t>Attaining Wisdom through State of Helplessness November 28, 2019 - Maulana Wahiduddin Khan · 4m 33s · at 21:07 · https://youtu.be/dS29D4Pt-3U?t=1267</w:t>
      </w:r>
    </w:p>
    <w:p>
      <w:r>
        <w:rPr>
          <w:i/>
        </w:rPr>
        <w:t>“Main apne aap ko bahut zyada aajiz paata hoon”</w:t>
      </w:r>
    </w:p>
    <w:p>
      <w:r>
        <w:rPr>
          <w:sz w:val="20"/>
        </w:rPr>
        <w:t>21:07  mein apne aap ko bohat zyada ajez pata hoon. yeh jo taam ke maqam par pata hoon, to main sochta hoon ke aisa kyun hua.</w:t>
      </w:r>
      <w:r>
        <w:br/>
      </w:r>
      <w:r>
        <w:rPr>
          <w:sz w:val="20"/>
        </w:rPr>
        <w:t>21:22  to aaj mujhe samajh aya ke momina aqwam jo jo thay, wohi thay sab barri baatein karne wale.</w:t>
      </w:r>
      <w:r>
        <w:br/>
      </w:r>
      <w:r>
        <w:rPr>
          <w:sz w:val="20"/>
        </w:rPr>
        <w:t>21:35  jihad ki baatein aur yeh baatein, woh baatein thay. aik aadmi Allah taala ko aisa makhlooq tha jo zaeef ho, bilkul hi.</w:t>
      </w:r>
      <w:r>
        <w:br/>
      </w:r>
      <w:r>
        <w:rPr>
          <w:sz w:val="20"/>
        </w:rPr>
        <w:t>21:46  to barri baat hai, na kare. tab wohi woh hikmat hai jo is mein hain, yani martry ki baat baat mein woh us ko daryaft kare.</w:t>
      </w:r>
      <w:r>
        <w:br/>
      </w:r>
      <w:r>
        <w:rPr>
          <w:sz w:val="20"/>
        </w:rPr>
        <w:t>22:02  yeh aap logon ko samajh ko yaad aata hai? kuch</w:t>
      </w:r>
      <w:r>
        <w:br/>
      </w:r>
      <w:r>
        <w:rPr>
          <w:sz w:val="20"/>
        </w:rPr>
        <w:t>22:05  bilkul samajh mein aya. hum hain, bilkul samajh mein aa gayi baat ki. kya keh rahe hain Fayyaz sahib? bol rahe hain ke bilkul samajh mein aa gayi yeh baat.</w:t>
      </w:r>
      <w:r>
        <w:br/>
      </w:r>
      <w:r>
        <w:rPr>
          <w:sz w:val="20"/>
        </w:rPr>
        <w:t>22:20  waqatan aap log tasawwur nahi kar rahe the ke main apne ko itna zyada ajeez samajhta hoon. yeh jo taam ki had par pahunchta hoon, yeh log jo asaar le ke khare ho jate hain,</w:t>
      </w:r>
      <w:r>
        <w:br/>
      </w:r>
      <w:r>
        <w:rPr>
          <w:sz w:val="20"/>
        </w:rPr>
        <w:t>22:38  to mere bas mein hai nahi ke aise fatwe doon. to deen ka woh pehlu jo murekh ke satah par insan ko daryaft hota hai, us se woh mehroom reh gaye.</w:t>
      </w:r>
      <w:r>
        <w:br/>
      </w:r>
      <w:r>
        <w:rPr>
          <w:sz w:val="20"/>
        </w:rPr>
        <w:t>22:57  jitne log hain, islam log ji, woh is cheez se mehroom reh gaye ke murekh kaisi cheez hai.</w:t>
      </w:r>
      <w:r>
        <w:br/>
      </w:r>
      <w:r>
        <w:rPr>
          <w:sz w:val="20"/>
        </w:rPr>
        <w:t>23:08  ya kya khayal hai aap logon ka?</w:t>
      </w:r>
      <w:r>
        <w:br/>
      </w:r>
      <w:r>
        <w:rPr>
          <w:sz w:val="20"/>
        </w:rPr>
        <w:t>23:12  aisa hi hai maulana, hmm, yeh baat sau fisad sahi hai. kya keh rahe hain modesty ki satah par jo deen ke jo fawaid jo the, woh saare ke saare chhupe hue the.</w:t>
      </w:r>
      <w:r>
        <w:br/>
      </w:r>
      <w:r>
        <w:rPr>
          <w:sz w:val="20"/>
        </w:rPr>
        <w:t>23:26  woh Allah ne aap hi ke zariye khol diya. kya keh rahe hain modesty ki satah par jo deen ke fawaid the, woh saare ke saare chhupe hue the.</w:t>
      </w:r>
      <w:r>
        <w:br/>
      </w:r>
      <w:r>
        <w:rPr>
          <w:sz w:val="20"/>
        </w:rPr>
        <w:t>23:34  Allah taala ne aap ke zariye is ko khol diya.</w:t>
      </w:r>
      <w:r>
        <w:br/>
      </w:r>
      <w:r>
        <w:rPr>
          <w:sz w:val="20"/>
        </w:rPr>
        <w:t>23:37  hmm, yeh to main bohat door se sochta hoon ke mujhe Allah taala ne itna ajeez kyun paida kiya?</w:t>
      </w:r>
      <w:r>
        <w:br/>
      </w:r>
      <w:r>
        <w:rPr>
          <w:sz w:val="20"/>
        </w:rPr>
        <w:t>23:47  itna zyada ajeez. isi liye woh modesty ki satah par jo hikmatein thin, jise aaj hi kisi ne kaha na, woh ke mujh ko kaha akele, woh aisi baatein bolte hain,</w:t>
      </w:r>
      <w:r>
        <w:br/>
      </w:r>
      <w:r>
        <w:rPr>
          <w:sz w:val="20"/>
        </w:rPr>
        <w:t>24:06  ghair saiyanti hain. ji ke aap ne kaha tha</w:t>
      </w:r>
      <w:r>
        <w:br/>
      </w:r>
      <w:r>
        <w:rPr>
          <w:sz w:val="20"/>
        </w:rPr>
        <w:t>24:12  koi missionary wali ke Christian ne kaha tha, yeh missionary nahi hai, sirf peace ki baat nahi karta. haan, peace ki baatein karte hain.</w:t>
      </w:r>
      <w:r>
        <w:br/>
      </w:r>
      <w:r>
        <w:rPr>
          <w:sz w:val="20"/>
        </w:rPr>
        <w:t>24:21  aap ne abhi kaha tha na? haan ji, asrar sahab ne kaha tha. haan, asrar sahab ne kaha tha, ek Christian missionary ne un se kaha, haan ke aap ke maulana jo hain,</w:t>
      </w:r>
      <w:r>
        <w:br/>
      </w:r>
      <w:r>
        <w:rPr>
          <w:sz w:val="20"/>
        </w:rPr>
        <w:t>24:35  jo bolte hain, woh is tarah tawil dete hain baaton ki. woh hai hi nahi asal mein. brahamand tawil</w:t>
      </w:r>
      <w:r>
        <w:br/>
      </w:r>
      <w:r>
        <w:rPr>
          <w:sz w:val="20"/>
        </w:rPr>
        <w:t>24:48  hai. modesty aur tawazu ki satah par jo hikmatein thin, woh hikmatein mastoor padi hui thin.</w:t>
      </w:r>
      <w:r>
        <w:br/>
      </w:r>
      <w:r>
        <w:rPr>
          <w:sz w:val="20"/>
        </w:rPr>
        <w:t>24:59  mastoor to main chuki yeh jo taam ki satah par tha, mere liye koi chance nahi tha is tarah se ke is ko.</w:t>
      </w:r>
      <w:r>
        <w:br/>
      </w:r>
      <w:r>
        <w:rPr>
          <w:sz w:val="20"/>
        </w:rPr>
        <w:t>25:15  yeh mera ehsas hai. to Allah taala ne ek aise insan ko paida kiya jo bohat hi zyada</w:t>
      </w:r>
      <w:r>
        <w:br/>
      </w:r>
      <w:r>
        <w:rPr>
          <w:sz w:val="20"/>
        </w:rPr>
        <w:t>25:26  ajeiz insan. yeh baat aap logon ko samajh aati hai?</w:t>
      </w:r>
      <w:r>
        <w:br/>
      </w:r>
      <w:r>
        <w:rPr>
          <w:sz w:val="20"/>
        </w:rPr>
        <w:t>25:35  aati hai maulana, bilkul samajh mein aati hai. samajh mein aati hai maulana.</w:t>
      </w:r>
    </w:p>
    <w:p>
      <w:pPr>
        <w:pStyle w:val="Heading2"/>
      </w:pPr>
      <w:r>
        <w:t>Japan's patience over Okinawa built an economic superpower</w:t>
      </w:r>
    </w:p>
    <w:p>
      <w:r>
        <w:rPr>
          <w:color w:val="666666"/>
          <w:sz w:val="18"/>
        </w:rPr>
        <w:t>Power of Peace June 6, 2010 Maulana Wahiduddin Khan · 4m 51s · at 14:06 · https://youtu.be/QNnouRoYI38?t=846</w:t>
      </w:r>
    </w:p>
    <w:p>
      <w:r>
        <w:rPr>
          <w:i/>
        </w:rPr>
        <w:t>“Bahut bara masla musalman samajhte hain, Kashmir ka masla”</w:t>
      </w:r>
    </w:p>
    <w:p>
      <w:r>
        <w:rPr>
          <w:sz w:val="20"/>
        </w:rPr>
        <w:t>14:06  bahut bada masla musalman samajhte hain, Kashmir ka masla. Kashmir ke masle ko musalmanon ne bigaada hai. dekhein, jab second world war hui to 1945 mein kya hua?</w:t>
      </w:r>
      <w:r>
        <w:br/>
      </w:r>
      <w:r>
        <w:rPr>
          <w:sz w:val="20"/>
        </w:rPr>
        <w:t>14:25  ke America ne atom bomb gira diya aur chahe aur us ko yani Japan ko surrender karna pada.</w:t>
      </w:r>
      <w:r>
        <w:br/>
      </w:r>
      <w:r>
        <w:rPr>
          <w:sz w:val="20"/>
        </w:rPr>
        <w:t>14:35  us waqt wahan par ek jazeera hai, ek island hai, uska naam Okinawa. OKINAWA, Okinawa. woh barah sau kilometer mein, square kilometer ka hai.</w:t>
      </w:r>
      <w:r>
        <w:br/>
      </w:r>
      <w:r>
        <w:rPr>
          <w:sz w:val="20"/>
        </w:rPr>
        <w:t>14:49  yani barah sau square kilometer ka. ek bahut bada island Japan ka. us par qabza kar liya America ne. to kya hua?</w:t>
      </w:r>
      <w:r>
        <w:br/>
      </w:r>
      <w:r>
        <w:rPr>
          <w:sz w:val="20"/>
        </w:rPr>
        <w:t>15:02  us ko kehta hoon, kahunga main ke delinking policy.</w:t>
      </w:r>
      <w:r>
        <w:br/>
      </w:r>
      <w:r>
        <w:rPr>
          <w:sz w:val="20"/>
        </w:rPr>
        <w:t>15:06  ek hai Japan ka reconstruction. ek hai Okinawa par phir qabza karna. Okinawa ko chheenna us ke haath se.</w:t>
      </w:r>
      <w:r>
        <w:br/>
      </w:r>
      <w:r>
        <w:rPr>
          <w:sz w:val="20"/>
        </w:rPr>
        <w:t>15:17  yani America ke haath se chheenna. to us ne kya kiya? wahan ka jo king tha, Hirohito, tees saal ka us ne ek plan banaya.</w:t>
      </w:r>
      <w:r>
        <w:br/>
      </w:r>
      <w:r>
        <w:rPr>
          <w:sz w:val="20"/>
        </w:rPr>
        <w:t>15:29  education ka. tees saal ka.</w:t>
      </w:r>
      <w:r>
        <w:br/>
      </w:r>
      <w:r>
        <w:rPr>
          <w:sz w:val="20"/>
        </w:rPr>
        <w:t>15:33  yani japan ke reconstruction ke liye. aur is ko is ne chhod diya, woh aise hi chhod diya. okinawa ke problem ko aise hi chhod diya.</w:t>
      </w:r>
      <w:r>
        <w:br/>
      </w:r>
      <w:r>
        <w:rPr>
          <w:sz w:val="20"/>
        </w:rPr>
        <w:t>15:44  wohan jab america ki faujen theen, america ki faujen qabza kar ke baith gayeen, unhon ne is ko chhod kar ke aur japan ke reconstruction ka program banaya.</w:t>
      </w:r>
      <w:r>
        <w:br/>
      </w:r>
      <w:r>
        <w:rPr>
          <w:sz w:val="20"/>
        </w:rPr>
        <w:t>15:58  tees saal mein kya hua?</w:t>
      </w:r>
      <w:r>
        <w:br/>
      </w:r>
      <w:r>
        <w:rPr>
          <w:sz w:val="20"/>
        </w:rPr>
        <w:t>16:00  aap jante hain ke japan ek naya emergence hua. yani woh economic superpower ban gaya. is ke baad america ne khud hi 1972 mein is ko lota diya.</w:t>
      </w:r>
      <w:r>
        <w:br/>
      </w:r>
      <w:r>
        <w:rPr>
          <w:sz w:val="20"/>
        </w:rPr>
        <w:t>16:14  kuchh ab bhi, kuchh shayad amriki faujen wahan hongi, lekin baqayda taur par jo qabza tha pehle woh khatm ho gaya. kyunke unhon ne apne ko, apne ko, apne reconstruction par sari taqat laga di.</w:t>
      </w:r>
      <w:r>
        <w:br/>
      </w:r>
      <w:r>
        <w:rPr>
          <w:sz w:val="20"/>
        </w:rPr>
        <w:t>16:27  sari taqat.</w:t>
      </w:r>
      <w:r>
        <w:br/>
      </w:r>
      <w:r>
        <w:rPr>
          <w:sz w:val="20"/>
        </w:rPr>
        <w:t>16:28  is ko sohan shilta ke khane mein daal diya. patience ke khane mein daal diya. to problem is tarah solve hua ke japan ne bhi taraqqi ki aur woh masla bhi hal ho gaya.</w:t>
      </w:r>
      <w:r>
        <w:br/>
      </w:r>
      <w:r>
        <w:rPr>
          <w:sz w:val="20"/>
        </w:rPr>
        <w:t>16:42  kashmir ke maamle mein bhi pakistan ko, main bahut dinon se likhta raha hoon ke pakistaniyon ko delinking policy ikhtiyar karna chahiye.</w:t>
      </w:r>
      <w:r>
        <w:br/>
      </w:r>
      <w:r>
        <w:rPr>
          <w:sz w:val="20"/>
        </w:rPr>
        <w:t>16:52  india un ka neighbor country hai. india se bahut sari tijaraten ho sakti</w:t>
      </w:r>
      <w:r>
        <w:br/>
      </w:r>
      <w:r>
        <w:rPr>
          <w:sz w:val="20"/>
        </w:rPr>
        <w:t>16:57  hain. export import ho sakta hai. billion billion dollar dono ka faida mil sakta hai. to aap delink kar dijiye. yani business ke jo opportunities hain, export import ki jo opportunities hain, is ko avail kijiye.</w:t>
      </w:r>
      <w:r>
        <w:br/>
      </w:r>
      <w:r>
        <w:rPr>
          <w:sz w:val="20"/>
        </w:rPr>
        <w:t>17:13  aur kashmir ke problem ko mez par, yani negotiation table par daal dijiye. kashmir ke problem ko negotiation table par daal dijiye.</w:t>
      </w:r>
      <w:r>
        <w:br/>
      </w:r>
      <w:r>
        <w:rPr>
          <w:sz w:val="20"/>
        </w:rPr>
        <w:t>17:24  main ne is ke liye un ko bhi khat likha tha, parvez musharraf jab wahan president the pakistan ke, yahi baat. un ko letter likha tha ke aap kashmir ko negotiation table par daal dijiye aur india se khud khol dijiye.</w:t>
      </w:r>
      <w:r>
        <w:br/>
      </w:r>
      <w:r>
        <w:rPr>
          <w:sz w:val="20"/>
        </w:rPr>
        <w:t>17:40  business hai, education hai, aana jaana hai, tourism hai sab. to is ko main ne kaha tha ke delinking policy. lekin aap dekhen pakistan nahin kar saka</w:t>
      </w:r>
      <w:r>
        <w:br/>
      </w:r>
      <w:r>
        <w:rPr>
          <w:sz w:val="20"/>
        </w:rPr>
        <w:t>17:50  . pakistan chaar baar india se lad chuka hai aur hamesha haarta hai woh. yani japan ne na lad kar ke okinawa mein apna haq manwa liya aur pakistan lad kar ke kuchh bhi, kuchh bhi nahin paya.</w:t>
      </w:r>
      <w:r>
        <w:br/>
      </w:r>
      <w:r>
        <w:rPr>
          <w:sz w:val="20"/>
        </w:rPr>
        <w:t>18:10  khud failed state ban gaya woh. kyunke japan ne sohan shilta dikhai, sabr dikhaya, patience dikhaya.</w:t>
      </w:r>
      <w:r>
        <w:br/>
      </w:r>
      <w:r>
        <w:rPr>
          <w:sz w:val="20"/>
        </w:rPr>
        <w:t>18:21  patience yeh hai ke problem ko ignore karo. problem ko ignore karo. to pakistan ne problem par sabr na kar ke nuqsan nuqsan uthaya, koi faida nahin mila.</w:t>
      </w:r>
      <w:r>
        <w:br/>
      </w:r>
      <w:r>
        <w:rPr>
          <w:sz w:val="20"/>
        </w:rPr>
        <w:t>18:37  aur japan ne sabr kar ke itna bada faida utha ke woh superpower ban gaya woh. kitni badi baat hai</w:t>
      </w:r>
      <w:r>
        <w:br/>
      </w:r>
      <w:r>
        <w:rPr>
          <w:sz w:val="20"/>
        </w:rPr>
        <w:t>18:45  yeh. quran mein ek misaal di gayi hai queen of sheba ki, malika saba. yeh hazrat suleman ke zamane mein woh. yemen ke area mein woh rule karti thi.</w:t>
      </w:r>
    </w:p>
    <w:p>
      <w:pPr>
        <w:pStyle w:val="Heading2"/>
      </w:pPr>
      <w:r>
        <w:t>China's patient wait regained Hong Kong peacefully</w:t>
      </w:r>
    </w:p>
    <w:p>
      <w:r>
        <w:rPr>
          <w:color w:val="666666"/>
          <w:sz w:val="18"/>
        </w:rPr>
        <w:t>Power of Peace June 6, 2010 Maulana Wahiduddin Khan · 3m 15s · at 31:40 · https://youtu.be/QNnouRoYI38?t=1900</w:t>
      </w:r>
    </w:p>
    <w:p>
      <w:r>
        <w:rPr>
          <w:i/>
        </w:rPr>
        <w:t>“Doosri misaal lijiye sabr ki, woh hai Hong Kong ki”</w:t>
      </w:r>
    </w:p>
    <w:p>
      <w:r>
        <w:rPr>
          <w:sz w:val="20"/>
        </w:rPr>
        <w:t>31:40  ab doosri misaal lijiye sabar ki. wo misaal hai Hong Kong ki.</w:t>
      </w:r>
      <w:r>
        <w:br/>
      </w:r>
      <w:r>
        <w:rPr>
          <w:sz w:val="20"/>
        </w:rPr>
        <w:t>31:51  Hong Kong dekhiye China ka aik hissa hai.</w:t>
      </w:r>
      <w:r>
        <w:br/>
      </w:r>
      <w:r>
        <w:rPr>
          <w:sz w:val="20"/>
        </w:rPr>
        <w:t>31:57  Colonialism ke zamanay mein British ne is ko lease par le liya. jab yeh log East European Company aayi, different countries pohnchi to us ne Hong Kong ko China se lease par le liya.</w:t>
      </w:r>
      <w:r>
        <w:br/>
      </w:r>
      <w:r>
        <w:rPr>
          <w:sz w:val="20"/>
        </w:rPr>
        <w:t>32:16  yeh lease khatam hoti thi nineteen ninety seven mein, unnees sau satanoo mein.</w:t>
      </w:r>
      <w:r>
        <w:br/>
      </w:r>
      <w:r>
        <w:rPr>
          <w:sz w:val="20"/>
        </w:rPr>
        <w:t>32:22  to Cheeni government ne is se pehle barabar negotiation shuru kiya British se. lekin kabhi aisa nahi kiya ke is par qabza kar lein.</w:t>
      </w:r>
      <w:r>
        <w:br/>
      </w:r>
      <w:r>
        <w:rPr>
          <w:sz w:val="20"/>
        </w:rPr>
        <w:t>32:34  bohat asan tha un ke liye. kyun ke Hong Kong to China ke ka aik part tha. wahan bohat aasani se aa rahe bhi pher sakte the. aur British to England mein hain, Europe mein hain.</w:t>
      </w:r>
      <w:r>
        <w:br/>
      </w:r>
      <w:r>
        <w:rPr>
          <w:sz w:val="20"/>
        </w:rPr>
        <w:t>32:46  bohat door.</w:t>
      </w:r>
      <w:r>
        <w:br/>
      </w:r>
      <w:r>
        <w:rPr>
          <w:sz w:val="20"/>
        </w:rPr>
        <w:t>32:48  to jab chahte wohi kaam kar sakte the jo Nasir ne Suez mein kiya. ban nahi ja saka unhon ne. unhon ne toda nahi is agreement ko.</w:t>
      </w:r>
      <w:r>
        <w:br/>
      </w:r>
      <w:r>
        <w:rPr>
          <w:sz w:val="20"/>
        </w:rPr>
        <w:t>33:00  baat karte rahe ke jaise agreement khatam ho foran aap ko wapas jana hai. yani negotiation ka jo points tha woh yeh tha ke unnees sau satanoo mein jab pate ki yeh lease ki muddat khatam ho to aap wapas chale jayen aap.</w:t>
      </w:r>
      <w:r>
        <w:br/>
      </w:r>
      <w:r>
        <w:rPr>
          <w:sz w:val="20"/>
        </w:rPr>
        <w:t>33:18  chunanche yahi hua bilkul. theek is waqt jis din ke lease khatam hui hai. woh wapas chale gaye aur hong kong chaina qabze mein aa gaya.</w:t>
      </w:r>
      <w:r>
        <w:br/>
      </w:r>
      <w:r>
        <w:rPr>
          <w:sz w:val="20"/>
        </w:rPr>
        <w:t>33:32  yani chaina ne kuch bhi nuqsan na uthaya aur hong kong ko mil gaya. aur arbon ne kuch bhi nahi paya aur falasteen ko kho diya.</w:t>
      </w:r>
      <w:r>
        <w:br/>
      </w:r>
      <w:r>
        <w:rPr>
          <w:sz w:val="20"/>
        </w:rPr>
        <w:t>33:44  yeh bilkul historical baat keh raha hoon main, yeh koi khatabat nahi, oratory nahi, koi taqreer nahi hai.</w:t>
      </w:r>
      <w:r>
        <w:br/>
      </w:r>
      <w:r>
        <w:rPr>
          <w:sz w:val="20"/>
        </w:rPr>
        <w:t>33:53  to is ko kehte hain patience, sabr, sabr, bardasht, tahammul. to aap ne dekha ke misriyon ne ya saare arab shamil thay is mein, misri ki baat nahi hai yeh.</w:t>
      </w:r>
      <w:r>
        <w:br/>
      </w:r>
      <w:r>
        <w:rPr>
          <w:sz w:val="20"/>
        </w:rPr>
        <w:t>34:08  poora arab world shamil tha, poora muslim world shamil tha mujh ko chhod kar ke</w:t>
      </w:r>
      <w:r>
        <w:br/>
      </w:r>
      <w:r>
        <w:rPr>
          <w:sz w:val="20"/>
        </w:rPr>
        <w:t>34:12  . maine is ko kaha tha ke yeh galat kiya yeh nasser ne. to arbon ne apni besabri ki policy se itna bada nuqsan uthaya itni bhi zalalat, itni badi zalalat, itni bhi zalalat.</w:t>
      </w:r>
      <w:r>
        <w:br/>
      </w:r>
      <w:r>
        <w:rPr>
          <w:sz w:val="20"/>
        </w:rPr>
        <w:t>34:28  woh khatam hone wali nahi rahi. aur chaina ne sabr kar ke, yani sabr ka matlab hai policy of patience, policy of sabr,</w:t>
      </w:r>
      <w:r>
        <w:br/>
      </w:r>
      <w:r>
        <w:rPr>
          <w:sz w:val="20"/>
        </w:rPr>
        <w:t>34:43  koi nateeja kya hua ke nuqsan kuch bhi nahi hua aur hong kong ko dobara mil gaya. yeh hai power of patience. ek ghar se le kar ke international history tak har jagah aap is ki misalein pa sakte hain.</w:t>
      </w:r>
    </w:p>
    <w:p>
      <w:pPr>
        <w:pStyle w:val="Heading2"/>
      </w:pPr>
      <w:r>
        <w:t>Intolerance leads to suicide bombing and hypocrisy</w:t>
      </w:r>
    </w:p>
    <w:p>
      <w:r>
        <w:rPr>
          <w:color w:val="666666"/>
          <w:sz w:val="18"/>
        </w:rPr>
        <w:t>The Importance of Positive Attitude | November 01, 2007 · 5m 35s · at 42:17 · https://youtu.be/r4zLbCBxPyc?t=2537</w:t>
      </w:r>
    </w:p>
    <w:p>
      <w:r>
        <w:rPr>
          <w:i/>
        </w:rPr>
        <w:t>“Positive Attitude. There is no other Option.”</w:t>
      </w:r>
    </w:p>
    <w:p>
      <w:r>
        <w:rPr>
          <w:sz w:val="20"/>
        </w:rPr>
        <w:t>42:17  positive attitude.</w:t>
      </w:r>
      <w:r>
        <w:br/>
      </w:r>
      <w:r>
        <w:rPr>
          <w:sz w:val="20"/>
        </w:rPr>
        <w:t>42:20  there is no other option.</w:t>
      </w:r>
      <w:r>
        <w:br/>
      </w:r>
      <w:r>
        <w:rPr>
          <w:sz w:val="20"/>
        </w:rPr>
        <w:t>42:24  koi option nahi hai.</w:t>
      </w:r>
      <w:r>
        <w:br/>
      </w:r>
      <w:r>
        <w:rPr>
          <w:sz w:val="20"/>
        </w:rPr>
        <w:t>42:27  option jo hai woh kya hai? woh breakdown hai.</w:t>
      </w:r>
      <w:r>
        <w:br/>
      </w:r>
      <w:r>
        <w:rPr>
          <w:sz w:val="20"/>
        </w:rPr>
        <w:t>42:30  woh self killing hai.</w:t>
      </w:r>
      <w:r>
        <w:br/>
      </w:r>
      <w:r>
        <w:rPr>
          <w:sz w:val="20"/>
        </w:rPr>
        <w:t>42:33  woh suicide hai.</w:t>
      </w:r>
      <w:r>
        <w:br/>
      </w:r>
      <w:r>
        <w:rPr>
          <w:sz w:val="20"/>
        </w:rPr>
        <w:t>42:36  intolerance kahan pahunchata hai aadmi ko? suicide bombing tak.</w:t>
      </w:r>
      <w:r>
        <w:br/>
      </w:r>
      <w:r>
        <w:rPr>
          <w:sz w:val="20"/>
        </w:rPr>
        <w:t>42:39  aap dekhiye ke jo log aaj kal suicide bombing kar rahe hain woh kya hain? unhon ne intolerance</w:t>
      </w:r>
      <w:r>
        <w:br/>
      </w:r>
      <w:r>
        <w:rPr>
          <w:sz w:val="20"/>
        </w:rPr>
        <w:t>42:43  ko le rakha hai.</w:t>
      </w:r>
      <w:r>
        <w:br/>
      </w:r>
      <w:r>
        <w:rPr>
          <w:sz w:val="20"/>
        </w:rPr>
        <w:t>42:46  tolerance se woh be khabar hain.</w:t>
      </w:r>
      <w:r>
        <w:br/>
      </w:r>
      <w:r>
        <w:rPr>
          <w:sz w:val="20"/>
        </w:rPr>
        <w:t>42:49  tolerance se aap ko zindagi milti hai.</w:t>
      </w:r>
      <w:r>
        <w:br/>
      </w:r>
      <w:r>
        <w:rPr>
          <w:sz w:val="20"/>
        </w:rPr>
        <w:t>42:53  aur intolerance se aap ko suicide bombing tak le aati hai.</w:t>
      </w:r>
      <w:r>
        <w:br/>
      </w:r>
      <w:r>
        <w:rPr>
          <w:sz w:val="20"/>
        </w:rPr>
        <w:t>42:58  jitne log hain jo suicide bombing kar rahe hain.</w:t>
      </w:r>
      <w:r>
        <w:br/>
      </w:r>
      <w:r>
        <w:rPr>
          <w:sz w:val="20"/>
        </w:rPr>
        <w:t>43:02  un ko aap poochhiye aap ke tumhein kyun apni jaanen de rahe ho? to kahenge dekhiye yeh</w:t>
      </w:r>
      <w:r>
        <w:br/>
      </w:r>
      <w:r>
        <w:rPr>
          <w:sz w:val="20"/>
        </w:rPr>
        <w:t>43:06  burai hai, is ko aap kaise bardasht karen? is evil ko hum kaise bardasht karen? bhai bardasht karna</w:t>
      </w:r>
      <w:r>
        <w:br/>
      </w:r>
      <w:r>
        <w:rPr>
          <w:sz w:val="20"/>
        </w:rPr>
        <w:t>43:10  he to hai he, isi ka naam zindagi hai.</w:t>
      </w:r>
      <w:r>
        <w:br/>
      </w:r>
      <w:r>
        <w:rPr>
          <w:sz w:val="20"/>
        </w:rPr>
        <w:t>43:15  jis cheez ko</w:t>
      </w:r>
      <w:r>
        <w:br/>
      </w:r>
      <w:r>
        <w:rPr>
          <w:sz w:val="20"/>
        </w:rPr>
        <w:t>43:19  tum evil keh kar ke us ko mitaana chahte ho. us ke sath rehna hi ka naam to zindagi hai. jis cheez ko tum burai kehte ho, evil kehte ho, shar kehte ho. aur kehte ho ke is ko hum mitayein ge. chahe hamein suicide bombing karni pare. to bhai khuda ke qanoon ke mutabiq tum ko us ke sath rehna hai. mitana nahi hai. kyun? to mitane ka tum ko</w:t>
      </w:r>
      <w:r>
        <w:br/>
      </w:r>
      <w:r>
        <w:rPr>
          <w:sz w:val="20"/>
        </w:rPr>
        <w:t>43:49  itna tumhare paas Powerful, itne tum Powerful nahi ho ke tum mita sako is ko.</w:t>
      </w:r>
      <w:r>
        <w:br/>
      </w:r>
      <w:r>
        <w:rPr>
          <w:sz w:val="20"/>
        </w:rPr>
        <w:t>43:55  tum mita nahi sakte is ko.</w:t>
      </w:r>
      <w:r>
        <w:br/>
      </w:r>
      <w:r>
        <w:rPr>
          <w:sz w:val="20"/>
        </w:rPr>
        <w:t>44:01  is ke sath rehna parega.</w:t>
      </w:r>
      <w:r>
        <w:br/>
      </w:r>
      <w:r>
        <w:rPr>
          <w:sz w:val="20"/>
        </w:rPr>
        <w:t>44:07  yahan mein ek aur bohat hi Important Point arz karna chahta hoon.</w:t>
      </w:r>
      <w:r>
        <w:br/>
      </w:r>
      <w:r>
        <w:rPr>
          <w:sz w:val="20"/>
        </w:rPr>
        <w:t>44:13  woh kya hai? dekhiye jis cheez ko mein keh raha hoon Positive Attitude, sabr. aur Avoidance. is Pol</w:t>
      </w:r>
      <w:r>
        <w:br/>
      </w:r>
      <w:r>
        <w:rPr>
          <w:sz w:val="20"/>
        </w:rPr>
        <w:t>44:19  icy ko na lene ka jante hain result kya hai? bohat hi bura result hai. woh hai hypocrisy. yaad rakhiye. yeh koi simple baat nahi hai yeh. aap kahein ge main to sabr nahi karoon ga. main to ignore nahi karoon ga. main to avoid nahi karoon ga. jante hain kya is ka result nikle ga? is ka result nikle ga hypocrisy. kyun? you</w:t>
      </w:r>
      <w:r>
        <w:br/>
      </w:r>
      <w:r>
        <w:rPr>
          <w:sz w:val="20"/>
        </w:rPr>
        <w:t>44:49  cannot live in a Society with this Attitude.</w:t>
      </w:r>
      <w:r>
        <w:br/>
      </w:r>
      <w:r>
        <w:rPr>
          <w:sz w:val="20"/>
        </w:rPr>
        <w:t>44:54  aap ko yeh karna parega ke jis cheez ko as a Principle aap ne nahi apnaya. shuru mein.</w:t>
      </w:r>
      <w:r>
        <w:br/>
      </w:r>
      <w:r>
        <w:rPr>
          <w:sz w:val="20"/>
        </w:rPr>
        <w:t>44:59  baad ko isi cheez ko as a Hypocrisy apnana parega aap ko. yaad rakhiye.</w:t>
      </w:r>
      <w:r>
        <w:br/>
      </w:r>
      <w:r>
        <w:rPr>
          <w:sz w:val="20"/>
        </w:rPr>
        <w:t>45:04  yeh bohat hi sakht baat hai.</w:t>
      </w:r>
      <w:r>
        <w:br/>
      </w:r>
      <w:r>
        <w:rPr>
          <w:sz w:val="20"/>
        </w:rPr>
        <w:t>45:09  ke jab hum ek Society mein hain.</w:t>
      </w:r>
      <w:r>
        <w:br/>
      </w:r>
      <w:r>
        <w:rPr>
          <w:sz w:val="20"/>
        </w:rPr>
        <w:t>45:14  jab hum ek samaj</w:t>
      </w:r>
      <w:r>
        <w:br/>
      </w:r>
      <w:r>
        <w:rPr>
          <w:sz w:val="20"/>
        </w:rPr>
        <w:t>45:19  mein hain. insanon ke beech mein hum reh rahe hain. to agar hum ne is policy ko ikhtiyar nahi kiya. is sabr wali policy. ignore karne wali policy. ko nahi apnaya. to kya hoga? hum hypocrisy ka tareeqa ikhtiyar karein ge. is ki example dekhiye aap. ke denmark mein aik cartoon chhapa. musalmanon ne kaha ke ras</w:t>
      </w:r>
      <w:r>
        <w:br/>
      </w:r>
      <w:r>
        <w:rPr>
          <w:sz w:val="20"/>
        </w:rPr>
        <w:t>45:49  wal Allah ke sath gustakhi hui hai.</w:t>
      </w:r>
      <w:r>
        <w:br/>
      </w:r>
      <w:r>
        <w:rPr>
          <w:sz w:val="20"/>
        </w:rPr>
        <w:t>45:52  hum marenge, kaatenge, jalenge, phoonkenge.</w:t>
      </w:r>
      <w:r>
        <w:br/>
      </w:r>
      <w:r>
        <w:rPr>
          <w:sz w:val="20"/>
        </w:rPr>
        <w:t>45:56  aur kuch din shor macha.</w:t>
      </w:r>
      <w:r>
        <w:br/>
      </w:r>
      <w:r>
        <w:rPr>
          <w:sz w:val="20"/>
        </w:rPr>
        <w:t>45:59  is ke baad jante hain kya hua? kuch bhi nahi.</w:t>
      </w:r>
      <w:r>
        <w:br/>
      </w:r>
      <w:r>
        <w:rPr>
          <w:sz w:val="20"/>
        </w:rPr>
        <w:t>46:02  ab isi Denmark mein kyunke lakhon lakh Musalman wahan ki Milk Industries mein in ko kaam mila hua hai.</w:t>
      </w:r>
      <w:r>
        <w:br/>
      </w:r>
      <w:r>
        <w:rPr>
          <w:sz w:val="20"/>
        </w:rPr>
        <w:t>46:05  paisa kama rahe hain.</w:t>
      </w:r>
      <w:r>
        <w:br/>
      </w:r>
      <w:r>
        <w:rPr>
          <w:sz w:val="20"/>
        </w:rPr>
        <w:t>46:08  wahan aram se rehte hain, apne baal bachon ko paisa bhejte hain.</w:t>
      </w:r>
      <w:r>
        <w:br/>
      </w:r>
      <w:r>
        <w:rPr>
          <w:sz w:val="20"/>
        </w:rPr>
        <w:t>46:11  to sab cheekh uthe.</w:t>
      </w:r>
      <w:r>
        <w:br/>
      </w:r>
      <w:r>
        <w:rPr>
          <w:sz w:val="20"/>
        </w:rPr>
        <w:t>46:14  unki Family wale, unke ghar wale.</w:t>
      </w:r>
      <w:r>
        <w:br/>
      </w:r>
      <w:r>
        <w:rPr>
          <w:sz w:val="20"/>
        </w:rPr>
        <w:t>46:17  ke yeh kya hai?</w:t>
      </w:r>
      <w:r>
        <w:br/>
      </w:r>
      <w:r>
        <w:rPr>
          <w:sz w:val="20"/>
        </w:rPr>
        <w:t>46:21  to isi Milk Industry mein dobara woh Hypocrite ban kar ke reh rahe hain. na to wahan cartoon wale maare gaye. na wahan cartoon wale akhbar jalaye, khatm hue. kuch bhi nahi hua. in ka System wahi chal raha hai. aur hum kya karna pada? jis cheez ko as a Principle nahi apna sakte thay. jis cheez ko hum ne as a Principle nahi apnaya. us ko ab hum kya kar rahe</w:t>
      </w:r>
      <w:r>
        <w:br/>
      </w:r>
      <w:r>
        <w:rPr>
          <w:sz w:val="20"/>
        </w:rPr>
        <w:t>46:51  hain? as a Hypocrisy apna rahe hain.</w:t>
      </w:r>
      <w:r>
        <w:br/>
      </w:r>
      <w:r>
        <w:rPr>
          <w:sz w:val="20"/>
        </w:rPr>
        <w:t>46:54  aap dekhiye Salman Rushdie ko dekh lijiye aap.</w:t>
      </w:r>
      <w:r>
        <w:br/>
      </w:r>
      <w:r>
        <w:rPr>
          <w:sz w:val="20"/>
        </w:rPr>
        <w:t>46:57  itna dhoom machi thi ek zamane mein ke poori Muslim World mein mein akela tha jo maine</w:t>
      </w:r>
      <w:r>
        <w:br/>
      </w:r>
      <w:r>
        <w:rPr>
          <w:sz w:val="20"/>
        </w:rPr>
        <w:t>47:00  kaha ke yeh fatwa galat hai.</w:t>
      </w:r>
      <w:r>
        <w:br/>
      </w:r>
      <w:r>
        <w:rPr>
          <w:sz w:val="20"/>
        </w:rPr>
        <w:t>47:03  ke usko maro.</w:t>
      </w:r>
      <w:r>
        <w:br/>
      </w:r>
      <w:r>
        <w:rPr>
          <w:sz w:val="20"/>
        </w:rPr>
        <w:t>47:07  yeh fatwa hi galat hai.</w:t>
      </w:r>
      <w:r>
        <w:br/>
      </w:r>
      <w:r>
        <w:rPr>
          <w:sz w:val="20"/>
        </w:rPr>
        <w:t>47:10  poori Muslim World is par ek ho gaya ke nahi maro Rushdie ko, maro Rushdie ko, maro.</w:t>
      </w:r>
      <w:r>
        <w:br/>
      </w:r>
      <w:r>
        <w:rPr>
          <w:sz w:val="20"/>
        </w:rPr>
        <w:t>47:13  aap dekhiye Rushdie zinda hai.</w:t>
      </w:r>
      <w:r>
        <w:br/>
      </w:r>
      <w:r>
        <w:rPr>
          <w:sz w:val="20"/>
        </w:rPr>
        <w:t>47:16  Rushdie ko bade bade Award diye ja rahe hain.</w:t>
      </w:r>
      <w:r>
        <w:br/>
      </w:r>
      <w:r>
        <w:rPr>
          <w:sz w:val="20"/>
        </w:rPr>
        <w:t>47:19  is ki kitaab khoob bik rahi hai.</w:t>
      </w:r>
      <w:r>
        <w:br/>
      </w:r>
      <w:r>
        <w:rPr>
          <w:sz w:val="20"/>
        </w:rPr>
        <w:t>47:23  kuch bhi nahi hua.</w:t>
      </w:r>
      <w:r>
        <w:br/>
      </w:r>
      <w:r>
        <w:rPr>
          <w:sz w:val="20"/>
        </w:rPr>
        <w:t>47:26  ab Musalman chup hain.</w:t>
      </w:r>
      <w:r>
        <w:br/>
      </w:r>
      <w:r>
        <w:rPr>
          <w:sz w:val="20"/>
        </w:rPr>
        <w:t>47:30  ek Professor se meri mulaqat hui, woh America mein Professor thay.</w:t>
      </w:r>
      <w:r>
        <w:br/>
      </w:r>
      <w:r>
        <w:rPr>
          <w:sz w:val="20"/>
        </w:rPr>
        <w:t>47:34  ab ab un ka intiqal ho gaya hai.</w:t>
      </w:r>
      <w:r>
        <w:br/>
      </w:r>
      <w:r>
        <w:rPr>
          <w:sz w:val="20"/>
        </w:rPr>
        <w:t>47:38  to unhon ne kaha ke wahan par ek jalsa hua.</w:t>
      </w:r>
      <w:r>
        <w:br/>
      </w:r>
      <w:r>
        <w:rPr>
          <w:sz w:val="20"/>
        </w:rPr>
        <w:t>47:42  Muslim Students ka America mein.</w:t>
      </w:r>
      <w:r>
        <w:br/>
      </w:r>
      <w:r>
        <w:rPr>
          <w:sz w:val="20"/>
        </w:rPr>
        <w:t>47:45  to ek ladka aaya, bas taqreer karne laga ke Rushdie ko marna chahiye, Rushdie ko Kill karna chahiye,</w:t>
      </w:r>
      <w:r>
        <w:br/>
      </w:r>
      <w:r>
        <w:rPr>
          <w:sz w:val="20"/>
        </w:rPr>
        <w:t>47:49  Rushdie ko khatam kar dena chahiye waghera.</w:t>
      </w:r>
    </w:p>
    <w:p>
      <w:pPr>
        <w:pStyle w:val="Heading2"/>
      </w:pPr>
      <w:r>
        <w:t>How hatred at home and in nations destroys morality, with the Israel example</w:t>
      </w:r>
    </w:p>
    <w:p>
      <w:r>
        <w:rPr>
          <w:color w:val="666666"/>
          <w:sz w:val="18"/>
        </w:rPr>
        <w:t>Ethical Values in Islam, June 19, 2008 · 6m 12s · at 10:36 · https://youtu.be/2yPff80nSBY?t=636</w:t>
      </w:r>
    </w:p>
    <w:p>
      <w:r>
        <w:rPr>
          <w:i/>
        </w:rPr>
        <w:t>“If you spread hate for your neighbor in your own family”</w:t>
      </w:r>
    </w:p>
    <w:p>
      <w:r>
        <w:rPr>
          <w:sz w:val="20"/>
        </w:rPr>
        <w:t>10:36  itni zyada saada nahi hai. jaise main ek misaal doon aap ko ke</w:t>
      </w:r>
      <w:r>
        <w:br/>
      </w:r>
      <w:r>
        <w:rPr>
          <w:sz w:val="20"/>
        </w:rPr>
        <w:t>10:45  aap aik family mein rehte hain, aik society mein rehte hain, aik country mein rehte hain, to agar aap doosron ke khilaaf heat phailayen, to wahan par jin logon ko aap influence karenge, jin ke dil mein heat bharenge,</w:t>
      </w:r>
      <w:r>
        <w:br/>
      </w:r>
      <w:r>
        <w:rPr>
          <w:sz w:val="20"/>
        </w:rPr>
        <w:t>11:03  woh kabhi bhi moral values ko follow nahin kar sakte, kabhi bhi nahin.</w:t>
      </w:r>
      <w:r>
        <w:br/>
      </w:r>
      <w:r>
        <w:rPr>
          <w:sz w:val="20"/>
        </w:rPr>
        <w:t>11:08  misalan aik ghar hai, is ghar ke logon ko, jo members hain aap ki family ke, un ke dil mein aap parosi ke liye heat bharen, din raat yeh batayen ke parosi baray kharab log hain, baray gande log hain,</w:t>
      </w:r>
      <w:r>
        <w:br/>
      </w:r>
      <w:r>
        <w:rPr>
          <w:sz w:val="20"/>
        </w:rPr>
        <w:t>11:24  yeh bohat hi baray log hain. to apne family members ko aap ne yeh kiya ke parosi ke baray mein un ke dil mein heat bhar diya.</w:t>
      </w:r>
      <w:r>
        <w:br/>
      </w:r>
      <w:r>
        <w:rPr>
          <w:sz w:val="20"/>
        </w:rPr>
        <w:t>11:37  ab aap agar kahain ke parosiyon ke sath acha sulook karo, to aap ka kehna bilkul, yaani meaningless hoga. to agar aap chahte hain ke aap apne parosi ke sath acha sulook karen,</w:t>
      </w:r>
      <w:r>
        <w:br/>
      </w:r>
      <w:r>
        <w:rPr>
          <w:sz w:val="20"/>
        </w:rPr>
        <w:t>11:55  to aap ko is se bachna paray ga ke apne family mein, apne family members mein, aap parosi ke baray mein heat bharen.</w:t>
      </w:r>
      <w:r>
        <w:br/>
      </w:r>
      <w:r>
        <w:rPr>
          <w:sz w:val="20"/>
        </w:rPr>
        <w:t>12:05  yeh bilkul ho nahin sakta hai, kabhi bhi. to karna to yeh hai ke parosiyon ke sath aap acha sulook karen, good behaviour aap ka ho, lekin aap ko chalna wahan se paray ga ke parosiyon ke baray mein negative thought agar aata hai aap ke ghar mein,</w:t>
      </w:r>
      <w:r>
        <w:br/>
      </w:r>
      <w:r>
        <w:rPr>
          <w:sz w:val="20"/>
        </w:rPr>
        <w:t>12:22  to aap jaldi se is ko door karen.</w:t>
      </w:r>
      <w:r>
        <w:br/>
      </w:r>
      <w:r>
        <w:rPr>
          <w:sz w:val="20"/>
        </w:rPr>
        <w:t>12:27  bohat si baaten aisi hoti rehti hain apne rishtedaron ke baray mein, parosiyon ke baray mein, relatives ke baray mein, hoti rehti hain barabar.</w:t>
      </w:r>
      <w:r>
        <w:br/>
      </w:r>
      <w:r>
        <w:rPr>
          <w:sz w:val="20"/>
        </w:rPr>
        <w:t>12:39  to jab bhi aisa ho ke is qism ka charchah ho, to isi waqt roken aap is ko. logon ke dil mein negative thought na aanay den, kyun ke agar woh aa gaya to phir, phir, phir border buruz nahin chalegi.</w:t>
      </w:r>
      <w:r>
        <w:br/>
      </w:r>
      <w:r>
        <w:rPr>
          <w:sz w:val="20"/>
        </w:rPr>
        <w:t>12:54  koi phir aisa nahin karega ke akhlaqi principle ko apply kare. jaise mein aap ko misal doon, yahi baat national life mein bhi hoti hai.</w:t>
      </w:r>
      <w:r>
        <w:br/>
      </w:r>
      <w:r>
        <w:rPr>
          <w:sz w:val="20"/>
        </w:rPr>
        <w:t>13:08  abhi mere pas telephone aaya tha, aik aik newspaper ki taraf se, abhi to aap jante hain ke</w:t>
      </w:r>
      <w:r>
        <w:br/>
      </w:r>
      <w:r>
        <w:rPr>
          <w:sz w:val="20"/>
        </w:rPr>
        <w:t>13:18  arbon ki aik conference hui hai,</w:t>
      </w:r>
      <w:r>
        <w:br/>
      </w:r>
      <w:r>
        <w:rPr>
          <w:sz w:val="20"/>
        </w:rPr>
        <w:t>13:21  abhi jald hi, to is mein unhon ne baat ki hai dialogue ki. to logon ka khayal hai ke woh chahte hain ke Israel se compromise karen, Israel se adjust karen, Israel se jo ladaai chhari hui thi, us ko khatam kiya jaye.</w:t>
      </w:r>
      <w:r>
        <w:br/>
      </w:r>
      <w:r>
        <w:rPr>
          <w:sz w:val="20"/>
        </w:rPr>
        <w:t>13:40  logon ka guess hai ke is ke liye woh ki gayi hai.</w:t>
      </w:r>
      <w:r>
        <w:br/>
      </w:r>
      <w:r>
        <w:rPr>
          <w:sz w:val="20"/>
        </w:rPr>
        <w:t>13:44  to mein ne kaha ke openly to aisa nahin kaha unhon ne, lekin aisa agar chahte hon woh to present situation mein is ka koi faida nahin, kuch nahin.</w:t>
      </w:r>
      <w:r>
        <w:br/>
      </w:r>
      <w:r>
        <w:rPr>
          <w:sz w:val="20"/>
        </w:rPr>
        <w:t>13:54  kyun? is liye ke sare arbon mein Israel ke khilaaf heat bhar diya gaya hai, negative thought bhar di gayi hai.</w:t>
      </w:r>
      <w:r>
        <w:br/>
      </w:r>
      <w:r>
        <w:rPr>
          <w:sz w:val="20"/>
        </w:rPr>
        <w:t>14:03  yaani continuously 60 baras se bataya gaya ke Israel jo hai, Islam ka dushman hai, Israel bohat hi baray hain, Israeli bohat hi baray hain, bohat hi baray hain.</w:t>
      </w:r>
      <w:r>
        <w:br/>
      </w:r>
      <w:r>
        <w:rPr>
          <w:sz w:val="20"/>
        </w:rPr>
        <w:t>14:17  to tamam musalman, sirf arab nahin, dunya bhar ke musalman ke dil Israel ke baray mein heat se bhare hue hain, nafrat se bhare hue hain.</w:t>
      </w:r>
      <w:r>
        <w:br/>
      </w:r>
      <w:r>
        <w:rPr>
          <w:sz w:val="20"/>
        </w:rPr>
        <w:t>14:29  aisay aadmi yeh sab kehne se kya faida? kaun is ko sune ga?</w:t>
      </w:r>
      <w:r>
        <w:br/>
      </w:r>
      <w:r>
        <w:rPr>
          <w:sz w:val="20"/>
        </w:rPr>
        <w:t>14:33  yaani musalmanon mein woh background hi nahin hai, woh mindset nahin hai, woh zehan nahin hai ke woh sune aisi baaton ko aur pakrein aisi baaton ko. to mein ne kaha akhbar wale se ke starting point yeh nahin hai ke Israel ke sath adjust karo.</w:t>
      </w:r>
      <w:r>
        <w:br/>
      </w:r>
      <w:r>
        <w:rPr>
          <w:sz w:val="20"/>
        </w:rPr>
        <w:t>14:53  nahin, starting point yeh hai ke aap yeh kahain ke hum ne 48 mein jo policy ikhtiyar ki thi, woh policy galat thi.</w:t>
      </w:r>
      <w:r>
        <w:br/>
      </w:r>
      <w:r>
        <w:rPr>
          <w:sz w:val="20"/>
        </w:rPr>
        <w:t>15:03  to we were wrong, yeh hai starting point. kyun? ta ke log rethinking karen. adjustment ki policy chalane ke liye sab se pehle rethinking karna paray ga,</w:t>
      </w:r>
      <w:r>
        <w:br/>
      </w:r>
      <w:r>
        <w:rPr>
          <w:sz w:val="20"/>
        </w:rPr>
        <w:t>15:20  apni deconditioning karni paray gi. yaani heat full jo mind hai logon ka, us ko khatam karna paray ga.</w:t>
      </w:r>
      <w:r>
        <w:br/>
      </w:r>
      <w:r>
        <w:rPr>
          <w:sz w:val="20"/>
        </w:rPr>
        <w:t>15:28  to jab tak aap rethinking na karen, deconditioning na karen, apni soch ko na badlen, to naya process kaise chalega?</w:t>
      </w:r>
      <w:r>
        <w:br/>
      </w:r>
      <w:r>
        <w:rPr>
          <w:sz w:val="20"/>
        </w:rPr>
        <w:t>15:38  is liye main kahoon ga ke sirf moral values ka parchar kaafi nahi hai, is ke liye fiza banana hai, atmosphere banana hai.</w:t>
      </w:r>
      <w:r>
        <w:br/>
      </w:r>
      <w:r>
        <w:rPr>
          <w:sz w:val="20"/>
        </w:rPr>
        <w:t>15:51  aur atmosphere mein sab se zyada importance baat yeh hai ke unilaterally aap ko apne aap ko is se bachana hai ke aap ke dil mein negative thought aa jayen.</w:t>
      </w:r>
      <w:r>
        <w:br/>
      </w:r>
      <w:r>
        <w:rPr>
          <w:sz w:val="20"/>
        </w:rPr>
        <w:t>16:04  unilaterally, yaani doosra jo hai, woh shikayat ka mauqa de, tab bhi aap apne dil mein nafrat na layen.</w:t>
      </w:r>
      <w:r>
        <w:br/>
      </w:r>
      <w:r>
        <w:rPr>
          <w:sz w:val="20"/>
        </w:rPr>
        <w:t>16:14  doosra aap ko provoke kare, tab bhi aap ke dil mein hate na aaye. doosra aap ke sath koi burai kare, tab bhi aap yeh na kahain ke sahabi dushman hai, dushman hai, dushman hai.</w:t>
      </w:r>
      <w:r>
        <w:br/>
      </w:r>
      <w:r>
        <w:rPr>
          <w:sz w:val="20"/>
        </w:rPr>
        <w:t>16:32  to moral values ko practical tor par lene ke liye zaroori hai ke aap apne seene ko negative thought se khaali rakhen.</w:t>
      </w:r>
    </w:p>
    <w:p>
      <w:pPr>
        <w:pStyle w:val="Heading2"/>
      </w:pPr>
      <w:r>
        <w:t>Prophet's patience with idols in Kaaba vs Babri Masjid</w:t>
      </w:r>
    </w:p>
    <w:p>
      <w:r>
        <w:rPr>
          <w:color w:val="666666"/>
          <w:sz w:val="18"/>
        </w:rPr>
        <w:t>Power of Peace June 6, 2010 Maulana Wahiduddin Khan · 3m 30s · at 6:53 · https://youtu.be/QNnouRoYI38?t=413</w:t>
      </w:r>
    </w:p>
    <w:p>
      <w:r>
        <w:rPr>
          <w:i/>
        </w:rPr>
        <w:t>“Prophet of Islam ne 610 AD mein elaan kiya nabi ka”</w:t>
      </w:r>
    </w:p>
    <w:p>
      <w:r>
        <w:rPr>
          <w:sz w:val="20"/>
        </w:rPr>
        <w:t>6:53  Prophet of Islam jo thay, woh 610 AD mein unho ne aelan kiya nabi ka. 610 AD mein.</w:t>
      </w:r>
      <w:r>
        <w:br/>
      </w:r>
      <w:r>
        <w:rPr>
          <w:sz w:val="20"/>
        </w:rPr>
        <w:t>7:04  is waqt kya tha wahan? makkah mein. makkah mein aik bohat hi sacred mosque thi, jo kaaba kehte hain.</w:t>
      </w:r>
      <w:r>
        <w:br/>
      </w:r>
      <w:r>
        <w:rPr>
          <w:sz w:val="20"/>
        </w:rPr>
        <w:t>7:13  jis ko ke bohat baray nabi thay, hazrat ibrahim, unhon ne banaya tha. baitullah us ko kaha jata tha. lekin baad ko</w:t>
      </w:r>
      <w:r>
        <w:br/>
      </w:r>
      <w:r>
        <w:rPr>
          <w:sz w:val="20"/>
        </w:rPr>
        <w:t>7:27  degeneration hua logon ka. aur logon ka woh hua, yaani un ke andar bigaad aaya. to yeh ghar banaya tha toheed ke worship ke liye.</w:t>
      </w:r>
      <w:r>
        <w:br/>
      </w:r>
      <w:r>
        <w:rPr>
          <w:sz w:val="20"/>
        </w:rPr>
        <w:t>7:39  aik khuda ki worship ke liye.</w:t>
      </w:r>
      <w:r>
        <w:br/>
      </w:r>
      <w:r>
        <w:rPr>
          <w:sz w:val="20"/>
        </w:rPr>
        <w:t>7:42  aur logon ne is mein kya kiya ke woh but la ke rakh diye. 360 but. to jis waqt rasool Allah wahan aaye, us waqt jo scene tha woh yeh tha ke aik khuda ki worship ke liye jo ghar banaya gaya tha, wahan 360 but rakhe hue hain.</w:t>
      </w:r>
      <w:r>
        <w:br/>
      </w:r>
      <w:r>
        <w:rPr>
          <w:sz w:val="20"/>
        </w:rPr>
        <w:t>8:05  Naturally it was a provocative situation, provocative scene.</w:t>
      </w:r>
      <w:r>
        <w:br/>
      </w:r>
      <w:r>
        <w:rPr>
          <w:sz w:val="20"/>
        </w:rPr>
        <w:t>8:12  yaani be hosh ho jaye aadmi. ab mein aap ko compare karne ko kahoon ga. In comparison, that we understand.</w:t>
      </w:r>
      <w:r>
        <w:br/>
      </w:r>
      <w:r>
        <w:rPr>
          <w:sz w:val="20"/>
        </w:rPr>
        <w:t>8:22  yeh to hai 610 AD ki baat. is ke baad 1949 mein. audhiya ki babri masjid mein teen but rakh diye gaye.</w:t>
      </w:r>
      <w:r>
        <w:br/>
      </w:r>
      <w:r>
        <w:rPr>
          <w:sz w:val="20"/>
        </w:rPr>
        <w:t>8:32  ab do ko compare kar ke dekhein aap. musalman bhark uthay ke masjid mein but rakh diya, teen but.</w:t>
      </w:r>
      <w:r>
        <w:br/>
      </w:r>
      <w:r>
        <w:rPr>
          <w:sz w:val="20"/>
        </w:rPr>
        <w:t>8:40  bhark uthay aur saare india mein, saari duniya mein hungama khara kar diya. achha, rasool Allah bharkay nahi? kuch bhi nahi kiya unhon ne. Simply unhon ne is ko avoid kiya.</w:t>
      </w:r>
      <w:r>
        <w:br/>
      </w:r>
      <w:r>
        <w:rPr>
          <w:sz w:val="20"/>
        </w:rPr>
        <w:t>8:53  quran mein ayat utri to is mein ayat utri ke "wasiyabka fatahir". apne aap ko purify karo. yeh nahi utri ke "tahirkabdakumul islam".</w:t>
      </w:r>
      <w:r>
        <w:br/>
      </w:r>
      <w:r>
        <w:rPr>
          <w:sz w:val="20"/>
        </w:rPr>
        <w:t>9:05  kaaba ko pak karo.</w:t>
      </w:r>
      <w:r>
        <w:br/>
      </w:r>
      <w:r>
        <w:rPr>
          <w:sz w:val="20"/>
        </w:rPr>
        <w:t>9:08  yaani quran mein yeh aayatein nahi utri ke kaaba ko purify karo. apne ko purify karo. ab result hi dekhein aap result.</w:t>
      </w:r>
      <w:r>
        <w:br/>
      </w:r>
      <w:r>
        <w:rPr>
          <w:sz w:val="20"/>
        </w:rPr>
        <w:t>9:18  musalmanon ne jo hungama kiya, result kya nikla? 1992 mein masjid jo hai divorce kar di gayi.</w:t>
      </w:r>
      <w:r>
        <w:br/>
      </w:r>
      <w:r>
        <w:rPr>
          <w:sz w:val="20"/>
        </w:rPr>
        <w:t>9:27  itna aapas mein zid barhi, aapas mein itna takrao barha, itna nafrat barhi.</w:t>
      </w:r>
      <w:r>
        <w:br/>
      </w:r>
      <w:r>
        <w:rPr>
          <w:sz w:val="20"/>
        </w:rPr>
        <w:t>9:34  yaani ke zid ki politics.</w:t>
      </w:r>
      <w:r>
        <w:br/>
      </w:r>
      <w:r>
        <w:rPr>
          <w:sz w:val="20"/>
        </w:rPr>
        <w:t>9:40  aur masjidain aaj wahan par mixer mandir hain. achha, rasool Allah ne aaraaz kiya, kuch bhi is ko touch nahi kiya buton ko.</w:t>
      </w:r>
      <w:r>
        <w:br/>
      </w:r>
      <w:r>
        <w:rPr>
          <w:sz w:val="20"/>
        </w:rPr>
        <w:t>9:49  to kya hua? aik waqt aaya ke kaaba buton se pak ho gaya, aaj woh aik khuda ki ibadat ka ghar bana hua hai. yeh hai sabr aur be sabri ko aap dekh lijiyay.</w:t>
      </w:r>
      <w:r>
        <w:br/>
      </w:r>
      <w:r>
        <w:rPr>
          <w:sz w:val="20"/>
        </w:rPr>
        <w:t>10:03  sabr aur be sabri ka farq dekh lijiyay. ke rasool Allah ne sahan shilta dikhai, sabr kiya, patience se kaam liya. to wohi hai ke "alam annal nasra ma'as sabr".</w:t>
      </w:r>
      <w:r>
        <w:br/>
      </w:r>
      <w:r>
        <w:rPr>
          <w:sz w:val="20"/>
        </w:rPr>
        <w:t>10:15  sabr ke sath success juri hui hai. aur jab be sabri dikhai musalmanon ne to ulta ho gaya.</w:t>
      </w:r>
      <w:r>
        <w:br/>
      </w:r>
      <w:r>
        <w:rPr>
          <w:sz w:val="20"/>
        </w:rPr>
        <w:t>10:24  kyun ke hota yeh hai ke jab aap sabr karte hain, sahan shilta dikhate hain, to saare forces jo hain nature ki, woh aap ke backing par aa jati hain.</w:t>
      </w:r>
    </w:p>
    <w:p>
      <w:pPr>
        <w:pStyle w:val="Heading2"/>
      </w:pPr>
      <w:r>
        <w:t>Advice on controlling ego for mission</w:t>
      </w:r>
    </w:p>
    <w:p>
      <w:r>
        <w:rPr>
          <w:color w:val="666666"/>
          <w:sz w:val="18"/>
        </w:rPr>
        <w:t>Combined Efforts April 14, 2018 · 4m 35s · at 18:29 · https://youtu.be/0Sv4c7bEwX4?t=1109</w:t>
      </w:r>
    </w:p>
    <w:p>
      <w:r>
        <w:rPr>
          <w:i/>
        </w:rPr>
        <w:t>“Ego ki shakal kya hai? Ego aap ka hit ho, hone dijiye”</w:t>
      </w:r>
    </w:p>
    <w:p>
      <w:r>
        <w:rPr>
          <w:sz w:val="20"/>
        </w:rPr>
        <w:t>18:29  yani ego is ki shakal kya hai ke ego aap ka hurt ho, hone dijiye, aap offend koi kare, aap ko hone dijiye, aap ke darja koi ghataye to hone dijiye.</w:t>
      </w:r>
      <w:r>
        <w:br/>
      </w:r>
      <w:r>
        <w:rPr>
          <w:sz w:val="20"/>
        </w:rPr>
        <w:t>18:45  lekin mushkil yeh hai ke hamare saath kai bohat achhe achhe zaheen log aaye, lekin isi liye woh hamare saath chal nahi sake.</w:t>
      </w:r>
      <w:r>
        <w:br/>
      </w:r>
      <w:r>
        <w:rPr>
          <w:sz w:val="20"/>
        </w:rPr>
        <w:t>18:56  misalan dekhiye, ek zaheen aadmi the, woh hamare saath baqayda aaye aur kaam kiya unhone.</w:t>
      </w:r>
      <w:r>
        <w:br/>
      </w:r>
      <w:r>
        <w:rPr>
          <w:sz w:val="20"/>
        </w:rPr>
        <w:t>19:09  ab woh kahin professor hain kisi university mein, toh kisi ne poocha ke tum kyun chhod diya woh kaam? toh unhone unki zubaan se nikal gaya ke kya hum kisi ko bada karne ke liye karein?</w:t>
      </w:r>
      <w:r>
        <w:br/>
      </w:r>
      <w:r>
        <w:rPr>
          <w:sz w:val="20"/>
        </w:rPr>
        <w:t>19:25  matlab hamare mission mein agar woh kaam karte toh unka khayal tha ke woh khud bade nahi honge, koi doosra bada ban jayega. yeh hai complex in logon ka jo zyada zaheen hote hain, jo zyada zaheen hote hain ke doosron ko aur shikayat hai.</w:t>
      </w:r>
      <w:r>
        <w:br/>
      </w:r>
      <w:r>
        <w:rPr>
          <w:sz w:val="20"/>
        </w:rPr>
        <w:t>19:45  jitne bade log the hamare saath, sab shikayatein le ke baithe hue hain. kyun? shikayat koi iski hoti nahi. woh jo shikayat apne ko justify karne ke liye woh invent karte hain,</w:t>
      </w:r>
      <w:r>
        <w:br/>
      </w:r>
      <w:r>
        <w:rPr>
          <w:sz w:val="20"/>
        </w:rPr>
        <w:t>20:01  apne ko justify karne ke liye woh invent karte hain. aisi baat hai jiski koi koi sar par nahi hota, koi haqeeqat nahi hoti.</w:t>
      </w:r>
      <w:r>
        <w:br/>
      </w:r>
      <w:r>
        <w:rPr>
          <w:sz w:val="20"/>
        </w:rPr>
        <w:t>20:14  toh dekhiye, Allah ke fazl se yeh jo mission hai, bohat bada mission hai, iska scope bohat zyada hai.</w:t>
      </w:r>
      <w:r>
        <w:br/>
      </w:r>
      <w:r>
        <w:rPr>
          <w:sz w:val="20"/>
        </w:rPr>
        <w:t>20:24  aur</w:t>
      </w:r>
      <w:r>
        <w:br/>
      </w:r>
      <w:r>
        <w:rPr>
          <w:sz w:val="20"/>
        </w:rPr>
        <w:t>20:27  jo mission hai hamara, yani peaceful discrimination of Islam, yeh bohat bada mission hai. lekin aur Allah ke fazl se bohat achhe achhe zaheen log hamare saath jud gaye hain.</w:t>
      </w:r>
      <w:r>
        <w:br/>
      </w:r>
      <w:r>
        <w:rPr>
          <w:sz w:val="20"/>
        </w:rPr>
        <w:t>20:43  toh aap logon ko main naseehat karta hoon ke aap yeh soch lijiye, yeh khoob soch lijiye ke hum offend nahi honge, hamara ego hit ho toh hata rahe hain, aur isko excuse nahi banayenge.</w:t>
      </w:r>
      <w:r>
        <w:br/>
      </w:r>
      <w:r>
        <w:rPr>
          <w:sz w:val="20"/>
        </w:rPr>
        <w:t>20:59  hum chhote hon toh hote rahe hain, hum hum isko excuse nahi banayenge. yani har haal mein hum isse jude rahenge. agar aap log aisa kar sakein toh inshallah aap ke zariye ek bohat bada kaam hoga,</w:t>
      </w:r>
      <w:r>
        <w:br/>
      </w:r>
      <w:r>
        <w:rPr>
          <w:sz w:val="20"/>
        </w:rPr>
        <w:t>21:15  bohat bada kaam. yani apni apni ego ko qabze mein rakhiye, apne jo khudi hai,</w:t>
      </w:r>
      <w:r>
        <w:br/>
      </w:r>
      <w:r>
        <w:rPr>
          <w:sz w:val="20"/>
        </w:rPr>
        <w:t>21:29  usko control mein rakhiye. apni badai ka ehsaas har aadmi mein hota hai, har har yaad rakhiye, har zaheen aadmi khud pasand hota hai, apne ko bada sochta hai.</w:t>
      </w:r>
      <w:r>
        <w:br/>
      </w:r>
      <w:r>
        <w:rPr>
          <w:sz w:val="20"/>
        </w:rPr>
        <w:t>21:45  is se apne ko paak kar lijiye, apne andar, apne andar woh laiye, woh</w:t>
      </w:r>
      <w:r>
        <w:br/>
      </w:r>
      <w:r>
        <w:rPr>
          <w:sz w:val="20"/>
        </w:rPr>
        <w:t>21:58  woh modesty. sab se badi sifat bada kaam karne ke liye modesty hai. sab se bada agar modesty nahi hai toh aap kitne hi zyada intelligent hon, kuch bhi hon, kuch bada kaam nahi kar sakte aap, kyunke aap ka kaam multiply nahi hoga.</w:t>
      </w:r>
      <w:r>
        <w:br/>
      </w:r>
      <w:r>
        <w:rPr>
          <w:sz w:val="20"/>
        </w:rPr>
        <w:t>22:19  main ne arz kiya na ke agar zyada aadmi hon toh aap ka kaam multiply ho kar so so hazar saal ka ban sakta hai, lekin agar aap combined effort karna na jaane,</w:t>
      </w:r>
      <w:r>
        <w:br/>
      </w:r>
      <w:r>
        <w:rPr>
          <w:sz w:val="20"/>
        </w:rPr>
        <w:t>22:34  apne ego ko control na karein toh akele reh jaate hain, akele. toh meri dua hai ke Allah taala hum logon ko tofeeq de ke hum bada kaam kar sakein, aur bada kaam karne ke liye bada dil chahiye,</w:t>
      </w:r>
      <w:r>
        <w:br/>
      </w:r>
      <w:r>
        <w:rPr>
          <w:sz w:val="20"/>
        </w:rPr>
        <w:t>22:52  bada kaam karne ke liye bada dil chahiye. assalam o alaikum wa rehmatullah.</w:t>
      </w:r>
    </w:p>
    <w:p>
      <w:pPr>
        <w:pStyle w:val="Heading2"/>
      </w:pPr>
      <w:r>
        <w:t>Jairam Khem's memories of Dr. Siddiqui</w:t>
      </w:r>
    </w:p>
    <w:p>
      <w:r>
        <w:rPr>
          <w:color w:val="666666"/>
          <w:sz w:val="18"/>
        </w:rPr>
        <w:t>Dr Naseem Siddiqui Memorial Part 1 · 4m 41s · at 12:15 · https://youtu.be/q-kccRjp1iU?t=735</w:t>
      </w:r>
    </w:p>
    <w:p>
      <w:r>
        <w:rPr>
          <w:i/>
        </w:rPr>
        <w:t>“Sabase pahale, aaj mere samaksh jo vidvaan log baithe hain”</w:t>
      </w:r>
    </w:p>
    <w:p>
      <w:r>
        <w:rPr>
          <w:sz w:val="20"/>
        </w:rPr>
        <w:t>12:15  sab se pehle, aaj mere samaksh jo vidwan log baithe hain, main un ko naman karta hoon ke aap logon</w:t>
      </w:r>
      <w:r>
        <w:br/>
      </w:r>
      <w:r>
        <w:rPr>
          <w:sz w:val="20"/>
        </w:rPr>
        <w:t>12:23  se jo mukhatib hone ka mauqa mila hai, woh awsar kuch alag hai.</w:t>
      </w:r>
      <w:r>
        <w:br/>
      </w:r>
      <w:r>
        <w:rPr>
          <w:sz w:val="20"/>
        </w:rPr>
        <w:t>12:31  main abhi baithe-baithe yaad kar raha tha ke doctor muhammad naseem siddiqui, unnees sau pachhattar ka varsh mujhe</w:t>
      </w:r>
      <w:r>
        <w:br/>
      </w:r>
      <w:r>
        <w:rPr>
          <w:sz w:val="20"/>
        </w:rPr>
        <w:t>12:39  yaad aata hai jab main central institute se b.ed kar raha tha aur nazma siddiqui ji meri teacher thin.</w:t>
      </w:r>
      <w:r>
        <w:br/>
      </w:r>
      <w:r>
        <w:rPr>
          <w:sz w:val="20"/>
        </w:rPr>
        <w:t>12:47  kabhi-kabhi jab woh stage program hote the to doctor muhammad naseem siddiqui wahan aate the.</w:t>
      </w:r>
      <w:r>
        <w:br/>
      </w:r>
      <w:r>
        <w:rPr>
          <w:sz w:val="20"/>
        </w:rPr>
        <w:t>12:55  to anayas hi jo samne baithe hote the, un ke munh se niklta tha, "kya joda hai?</w:t>
      </w:r>
      <w:r>
        <w:br/>
      </w:r>
      <w:r>
        <w:rPr>
          <w:sz w:val="20"/>
        </w:rPr>
        <w:t>13:03  " to hum log ye aapas mein kehte the, "yaar aisa na bolo, nazar na lag jaye." parantu</w:t>
      </w:r>
      <w:r>
        <w:br/>
      </w:r>
      <w:r>
        <w:rPr>
          <w:sz w:val="20"/>
        </w:rPr>
        <w:t>13:08  upar wale ne nazar nahin lagai.</w:t>
      </w:r>
      <w:r>
        <w:br/>
      </w:r>
      <w:r>
        <w:rPr>
          <w:sz w:val="20"/>
        </w:rPr>
        <w:t>13:13  doctor siddiqui ne pure assi varsh yahan bitaye.</w:t>
      </w:r>
      <w:r>
        <w:br/>
      </w:r>
      <w:r>
        <w:rPr>
          <w:sz w:val="20"/>
        </w:rPr>
        <w:t>13:19  parantu dekhiye, ye to samay hai ke jo aaya hai, use jana hai.</w:t>
      </w:r>
      <w:r>
        <w:br/>
      </w:r>
      <w:r>
        <w:rPr>
          <w:sz w:val="20"/>
        </w:rPr>
        <w:t>13:24  aur jo jeevan maine, main, mera ye saubhagya hai ke main unnees sau pachhattar se hi, aah, ab</w:t>
      </w:r>
      <w:r>
        <w:br/>
      </w:r>
      <w:r>
        <w:rPr>
          <w:sz w:val="20"/>
        </w:rPr>
        <w:t>13:30  tak, aah, madam aur doctor siddiqui ke parivar ke bahut nazdeek raha hoon.</w:t>
      </w:r>
      <w:r>
        <w:br/>
      </w:r>
      <w:r>
        <w:rPr>
          <w:sz w:val="20"/>
        </w:rPr>
        <w:t>13:35  aah, jaisa ke abhi bataya ke woh, aah, m.c.d., jab ek m.c.d. thi, to us ke director education the.</w:t>
      </w:r>
      <w:r>
        <w:br/>
      </w:r>
      <w:r>
        <w:rPr>
          <w:sz w:val="20"/>
        </w:rPr>
        <w:t>13:40  bahut kuch seekhne ko un se mila.</w:t>
      </w:r>
      <w:r>
        <w:br/>
      </w:r>
      <w:r>
        <w:rPr>
          <w:sz w:val="20"/>
        </w:rPr>
        <w:t>13:46  science ke vyakti the.</w:t>
      </w:r>
      <w:r>
        <w:br/>
      </w:r>
      <w:r>
        <w:rPr>
          <w:sz w:val="20"/>
        </w:rPr>
        <w:t>13:51  scientific attitude ki baat karte the.</w:t>
      </w:r>
      <w:r>
        <w:br/>
      </w:r>
      <w:r>
        <w:rPr>
          <w:sz w:val="20"/>
        </w:rPr>
        <w:t>13:57  to maine ek bar un se poocha, "sir, scientific attitude to aap bachchon mein develop karne ki baat karte ho.</w:t>
      </w:r>
      <w:r>
        <w:br/>
      </w:r>
      <w:r>
        <w:rPr>
          <w:sz w:val="20"/>
        </w:rPr>
        <w:t>14:02  iska kya hamari life mein bhi kahin kuch yogdan hoga?</w:t>
      </w:r>
      <w:r>
        <w:br/>
      </w:r>
      <w:r>
        <w:rPr>
          <w:sz w:val="20"/>
        </w:rPr>
        <w:t>14:08  " kehte hain, "life mein hi to yogdan hai." kehte hain, "suno, jab tak mere andar ye attitude</w:t>
      </w:r>
      <w:r>
        <w:br/>
      </w:r>
      <w:r>
        <w:rPr>
          <w:sz w:val="20"/>
        </w:rPr>
        <w:t>14:13  develop nahin tha, hum miyan-biwi mein kabhi-kabhi jhagda ho jata tha.</w:t>
      </w:r>
      <w:r>
        <w:br/>
      </w:r>
      <w:r>
        <w:rPr>
          <w:sz w:val="20"/>
        </w:rPr>
        <w:t>14:18  aur mister kem, jab se ye develop hua hai, wo jhagda kabhi hua hi nahin.</w:t>
      </w:r>
      <w:r>
        <w:br/>
      </w:r>
      <w:r>
        <w:rPr>
          <w:sz w:val="20"/>
        </w:rPr>
        <w:t>14:23  ab samjhe ki scientific attitude kya hota hai.</w:t>
      </w:r>
      <w:r>
        <w:br/>
      </w:r>
      <w:r>
        <w:rPr>
          <w:sz w:val="20"/>
        </w:rPr>
        <w:t>14:28  aur main aap logon ko batana chahta hoon ki meri shadi ko tees varsh ho gaye hain.</w:t>
      </w:r>
      <w:r>
        <w:br/>
      </w:r>
      <w:r>
        <w:rPr>
          <w:sz w:val="20"/>
        </w:rPr>
        <w:t>14:33  kabhi jhagda nahin hua.</w:t>
      </w:r>
      <w:r>
        <w:br/>
      </w:r>
      <w:r>
        <w:rPr>
          <w:sz w:val="20"/>
        </w:rPr>
        <w:t>14:38  mere bachche kahte hain, "aap logon ke gharon mein jhagde hote hain, aap to jhagadte nahin." maine kaha,</w:t>
      </w:r>
      <w:r>
        <w:br/>
      </w:r>
      <w:r>
        <w:rPr>
          <w:sz w:val="20"/>
        </w:rPr>
        <w:t>14:43  "main doctor siddiqui ka shishya raha hoon." aur ye baat keval maine apne tak nahin rakhi.</w:t>
      </w:r>
      <w:r>
        <w:br/>
      </w:r>
      <w:r>
        <w:rPr>
          <w:sz w:val="20"/>
        </w:rPr>
        <w:t>14:48  hazaron logon ko maine training di.</w:t>
      </w:r>
      <w:r>
        <w:br/>
      </w:r>
      <w:r>
        <w:rPr>
          <w:sz w:val="20"/>
        </w:rPr>
        <w:t>14:53  aur main wahan ye waqya zarur batata tha ki prayas to hum karein, kuch na kuch logon ko</w:t>
      </w:r>
      <w:r>
        <w:br/>
      </w:r>
      <w:r>
        <w:rPr>
          <w:sz w:val="20"/>
        </w:rPr>
        <w:t>14:58  safalta to milegi, kuch logon ke ghar to achchhe banenge.</w:t>
      </w:r>
      <w:r>
        <w:br/>
      </w:r>
      <w:r>
        <w:rPr>
          <w:sz w:val="20"/>
        </w:rPr>
        <w:t>15:04  kyonki jis ghar mein ye husband-wife mein ladai-jhagda nahin hoga, wo chust rahenge, durust rahenge, lambi aayu rahegi,</w:t>
      </w:r>
      <w:r>
        <w:br/>
      </w:r>
      <w:r>
        <w:rPr>
          <w:sz w:val="20"/>
        </w:rPr>
        <w:t>15:09  unke chehre par budhapa nahin jhalakega.</w:t>
      </w:r>
      <w:r>
        <w:br/>
      </w:r>
      <w:r>
        <w:rPr>
          <w:sz w:val="20"/>
        </w:rPr>
        <w:t>15:14  ek cheez aur unse seekhne ko mili.</w:t>
      </w:r>
      <w:r>
        <w:br/>
      </w:r>
      <w:r>
        <w:rPr>
          <w:sz w:val="20"/>
        </w:rPr>
        <w:t>15:19  dekhiye, main nagar nigam ke education department mein hoon.</w:t>
      </w:r>
      <w:r>
        <w:br/>
      </w:r>
      <w:r>
        <w:rPr>
          <w:sz w:val="20"/>
        </w:rPr>
        <w:t>15:24  mere paas jo bachche hain, wo bahut achchhe parivaron se nahin hain, gareebon ke bachche hain.</w:t>
      </w:r>
      <w:r>
        <w:br/>
      </w:r>
      <w:r>
        <w:rPr>
          <w:sz w:val="20"/>
        </w:rPr>
        <w:t>15:29  to wo ek sandesh dete the mere teachers ko ki in bachchon se pyar karo.</w:t>
      </w:r>
      <w:r>
        <w:br/>
      </w:r>
      <w:r>
        <w:rPr>
          <w:sz w:val="20"/>
        </w:rPr>
        <w:t>15:34  aur ye itna mahatvapurna sandesh tha ki wo aaj tak mere man mein to ghar kar gaya hai.</w:t>
      </w:r>
      <w:r>
        <w:br/>
      </w:r>
      <w:r>
        <w:rPr>
          <w:sz w:val="20"/>
        </w:rPr>
        <w:t>15:39  aur jab se maine is education department ka kaam sambhala hai, mera ek hi dhyey hai ki mere</w:t>
      </w:r>
      <w:r>
        <w:br/>
      </w:r>
      <w:r>
        <w:rPr>
          <w:sz w:val="20"/>
        </w:rPr>
        <w:t>15:44  teacher in bachchon se pyar karein.</w:t>
      </w:r>
      <w:r>
        <w:br/>
      </w:r>
      <w:r>
        <w:rPr>
          <w:sz w:val="20"/>
        </w:rPr>
        <w:t>15:49  agar vastav mein teacher bachchon se pyar karenge, to kisi ko kuch aur karne ki zarurat hi nahin hogi.</w:t>
      </w:r>
      <w:r>
        <w:br/>
      </w:r>
      <w:r>
        <w:rPr>
          <w:sz w:val="20"/>
        </w:rPr>
        <w:t>15:54  itni, aah, achaanak unko ye bimari aayi.</w:t>
      </w:r>
      <w:r>
        <w:br/>
      </w:r>
      <w:r>
        <w:rPr>
          <w:sz w:val="20"/>
        </w:rPr>
        <w:t>16:00  main kai baar unse milne gaya.</w:t>
      </w:r>
      <w:r>
        <w:br/>
      </w:r>
      <w:r>
        <w:rPr>
          <w:sz w:val="20"/>
        </w:rPr>
        <w:t>16:05  wo mere ko apna beta kahte the ki kem mera beta hai.</w:t>
      </w:r>
      <w:r>
        <w:br/>
      </w:r>
      <w:r>
        <w:rPr>
          <w:sz w:val="20"/>
        </w:rPr>
        <w:t>16:10  to dekha nahin jata tha.</w:t>
      </w:r>
      <w:r>
        <w:br/>
      </w:r>
      <w:r>
        <w:rPr>
          <w:sz w:val="20"/>
        </w:rPr>
        <w:t>16:15  wo vyaktitva, wo shikshavid, wo jo wo netaon ke bare mein kahte hain na, yugpurush.</w:t>
      </w:r>
      <w:r>
        <w:br/>
      </w:r>
      <w:r>
        <w:rPr>
          <w:sz w:val="20"/>
        </w:rPr>
        <w:t>16:20  to shikshavido mein bhi yugpurush hue hain.</w:t>
      </w:r>
      <w:r>
        <w:br/>
      </w:r>
      <w:r>
        <w:rPr>
          <w:sz w:val="20"/>
        </w:rPr>
        <w:t>16:25  doctor siddiqui vastav mein ek yugpurush the.</w:t>
      </w:r>
      <w:r>
        <w:br/>
      </w:r>
      <w:r>
        <w:rPr>
          <w:sz w:val="20"/>
        </w:rPr>
        <w:t>16:30  aisa aadmi milna sambhav nahin hai.</w:t>
      </w:r>
      <w:r>
        <w:br/>
      </w:r>
      <w:r>
        <w:rPr>
          <w:sz w:val="20"/>
        </w:rPr>
        <w:t>16:35  hamein koshish karni chahiye ki vo hamare prerana srot rahen aur jis prakar ke path chanon par vo</w:t>
      </w:r>
      <w:r>
        <w:br/>
      </w:r>
      <w:r>
        <w:rPr>
          <w:sz w:val="20"/>
        </w:rPr>
        <w:t>16:40  chalate rahe, hum bhi chalen.</w:t>
      </w:r>
      <w:r>
        <w:br/>
      </w:r>
      <w:r>
        <w:rPr>
          <w:sz w:val="20"/>
        </w:rPr>
        <w:t>16:45  to vastav mein hum kahan se kahan pahunch jayenge.</w:t>
      </w:r>
      <w:r>
        <w:br/>
      </w:r>
      <w:r>
        <w:rPr>
          <w:sz w:val="20"/>
        </w:rPr>
        <w:t>16:50  main bhagwan se prarthana karta hoon ki unki atma ko shanti mile aur unko swarg mein sthan mile. dhanyavad.</w:t>
      </w:r>
      <w:r>
        <w:br/>
      </w:r>
      <w:r>
        <w:rPr>
          <w:sz w:val="20"/>
        </w:rPr>
        <w:t>16:56  Thank you. I would now request Ms. Saima to come here and share a few words. Ms. Saima is the daughter-in-law of Dr. Siddiqui.</w:t>
      </w:r>
    </w:p>
    <w:p>
      <w:pPr>
        <w:pStyle w:val="Heading2"/>
      </w:pPr>
      <w:r>
        <w:t>Queen of Sheba's patience vs Saddam's impatience</w:t>
      </w:r>
    </w:p>
    <w:p>
      <w:r>
        <w:rPr>
          <w:color w:val="666666"/>
          <w:sz w:val="18"/>
        </w:rPr>
        <w:t>Power of Patience | June 16, 2010 | Maulana Wahiduddin Khan · 3m 31s · at 19:31 · https://youtu.be/FlWqljdLKHE?t=1171</w:t>
      </w:r>
    </w:p>
    <w:p>
      <w:r>
        <w:rPr>
          <w:i/>
        </w:rPr>
        <w:t>“Queen of Sheba accepted political surrender.”</w:t>
      </w:r>
    </w:p>
    <w:p>
      <w:r>
        <w:rPr>
          <w:sz w:val="20"/>
        </w:rPr>
        <w:t>19:31  to malika saba jo thi queen of sheba us ne political surrender ko accept kar liya political surrender ko nateeja kya nikla is ka poora business intact raha bohat arse tak phir bhi un ka business chalta raha aaj koi un ko nuksan nahi hua kuch nahi hua aap isi ko dekhiye saddam hussein ke case mein saddam hussein ne ek bohat bari</w:t>
      </w:r>
      <w:r>
        <w:br/>
      </w:r>
      <w:r>
        <w:rPr>
          <w:sz w:val="20"/>
        </w:rPr>
        <w:t>20:01  ghalti yeh ki ke unhone apni army kuwait mein dakhil kar di jo ek independent country tha aur is par qabza kar liya sari duniya ke musalmanon ne is ko accept kar liya mere sab mein akela tha main ne kaha ke bohat diwangi ki baat hai yeh galat kiya hai yaani saddam ne aur khush thay ke saddam hussein samajhte hain ke kuwait ko le kar apni taqat badhayega aur phir israel ko mita dalega</w:t>
      </w:r>
      <w:r>
        <w:br/>
      </w:r>
      <w:r>
        <w:rPr>
          <w:sz w:val="20"/>
        </w:rPr>
        <w:t>20:31  yeh main is ko false formula manta hoon estimate formula ab america samne aaya kyun ke kuwait ka jo ameer tha woh us ne america se madad mangi aur us ne apni army bheji aur saddam hussein ko nikalna pada kuwait se is ke baad america ne demand ki ke saddam hussein jo hain yeh dictator bane hue hain yeh gaddi chhod dein election hoga iraq mein jo</w:t>
      </w:r>
      <w:r>
        <w:br/>
      </w:r>
      <w:r>
        <w:rPr>
          <w:sz w:val="20"/>
        </w:rPr>
        <w:t>21:01  jeete ga woh rule karega kyun ke aap jante hain ke yeh military rule thay yeh coup kar ke aaye thay yeh baees saal tak rule kar chuke thay yeh to america mein samajhta hoon ke bohat hi justified tha america ke kehne mein ke gaddi chodo election hoga jo jeete ga woh rule karega woh to main ne us waqt likha tha ek mazmoon choice before saddam us mein yeh misaal di thi main ne ke saddam sahib ko chahiye gaddi</w:t>
      </w:r>
      <w:r>
        <w:br/>
      </w:r>
      <w:r>
        <w:rPr>
          <w:sz w:val="20"/>
        </w:rPr>
        <w:t>21:31  chhod dein balkeh politics chhod dein woh un ke paas iraq mein aath mahal the eight bohat bade</w:t>
      </w:r>
      <w:r>
        <w:br/>
      </w:r>
      <w:r>
        <w:rPr>
          <w:sz w:val="20"/>
        </w:rPr>
        <w:t>21:38  bade mahal the palace to mein ne kaha ke aath bohat shandar college khol sakte hain woh aath</w:t>
      </w:r>
      <w:r>
        <w:br/>
      </w:r>
      <w:r>
        <w:rPr>
          <w:sz w:val="20"/>
        </w:rPr>
        <w:t>21:46  college khol dein aur educate karen is ko iraq ko jaise jefferson ne kiya phir saddam hussain jo</w:t>
      </w:r>
      <w:r>
        <w:br/>
      </w:r>
      <w:r>
        <w:rPr>
          <w:sz w:val="20"/>
        </w:rPr>
        <w:t>21:53  hain iraq ke jefferson ban jayenge jefferson lekin</w:t>
      </w:r>
      <w:r>
        <w:br/>
      </w:r>
      <w:r>
        <w:rPr>
          <w:sz w:val="20"/>
        </w:rPr>
        <w:t>22:01  aap jante hain ke unhon ne gaddi nahi chhodi america ne wahan bombardment kiya pakda un ko aur</w:t>
      </w:r>
      <w:r>
        <w:br/>
      </w:r>
      <w:r>
        <w:rPr>
          <w:sz w:val="20"/>
        </w:rPr>
        <w:t>22:07  phir un ko phansi ho gayi ab dekhiye yahan par ke malika saba ne political surrender ko qabool</w:t>
      </w:r>
      <w:r>
        <w:br/>
      </w:r>
      <w:r>
        <w:rPr>
          <w:sz w:val="20"/>
        </w:rPr>
        <w:t>22:13  kar liya that was a kind of sehan shwelta kind of sabr yaani political surrender par sabr kar</w:t>
      </w:r>
      <w:r>
        <w:br/>
      </w:r>
      <w:r>
        <w:rPr>
          <w:sz w:val="20"/>
        </w:rPr>
        <w:t>22:20  liya unhon ne to un ke sare interests jo hain wo intact rahe koi nuksan nahi hua un</w:t>
      </w:r>
      <w:r>
        <w:br/>
      </w:r>
      <w:r>
        <w:rPr>
          <w:sz w:val="20"/>
        </w:rPr>
        <w:t>22:26  ko aur saddam sahib ne surrender nahi kiya</w:t>
      </w:r>
      <w:r>
        <w:br/>
      </w:r>
      <w:r>
        <w:rPr>
          <w:sz w:val="20"/>
        </w:rPr>
        <w:t>22:32  surrender apne aap mein ek sabr hai sabr ke baghair aadmi surrender nahi kar sakta apne jazbat par</w:t>
      </w:r>
      <w:r>
        <w:br/>
      </w:r>
      <w:r>
        <w:rPr>
          <w:sz w:val="20"/>
        </w:rPr>
        <w:t>22:40  sabr apni ego par sabr natija kya hua ke wo khatm ho gaye aath aath palace jarr gaye</w:t>
      </w:r>
      <w:r>
        <w:br/>
      </w:r>
      <w:r>
        <w:rPr>
          <w:sz w:val="20"/>
        </w:rPr>
        <w:t>22:47  the wo istemal nahi ho sake tab bhi un ko hundred billion dollar bhi the to wo sab</w:t>
      </w:r>
      <w:r>
        <w:br/>
      </w:r>
      <w:r>
        <w:rPr>
          <w:sz w:val="20"/>
        </w:rPr>
        <w:t>22:55  kar ke wo kitna bada kaam kar sakte the ke iraq ko educate karte aur wahan ke</w:t>
      </w:r>
    </w:p>
    <w:p>
      <w:pPr>
        <w:pStyle w:val="Heading2"/>
      </w:pPr>
      <w:r>
        <w:t>Truth builds strong character</w:t>
      </w:r>
    </w:p>
    <w:p>
      <w:r>
        <w:rPr>
          <w:color w:val="666666"/>
          <w:sz w:val="18"/>
        </w:rPr>
        <w:t>How to Develop Spiritual Personality July 16, 2006 Maulana Wahiduddin Khan · 4m 06s · at 45:56 · https://youtu.be/nxFUXRFboW4?t=2756</w:t>
      </w:r>
    </w:p>
    <w:p>
      <w:r>
        <w:rPr>
          <w:i/>
        </w:rPr>
        <w:t>“Abbasiyat period mein ek khaleefa ka ek beta tha.”</w:t>
      </w:r>
    </w:p>
    <w:p>
      <w:r>
        <w:rPr>
          <w:sz w:val="20"/>
        </w:rPr>
        <w:t>45:56  is ko to restrict is point mein ek aap ko ek qissa batata hoon. Abbasid period mein ek khalifa ka ek beta tha.</w:t>
      </w:r>
      <w:r>
        <w:br/>
      </w:r>
      <w:r>
        <w:rPr>
          <w:sz w:val="20"/>
        </w:rPr>
        <w:t>46:09  to woh kisi budhiya ke ghar mein gaya aur wahan us ne badtamii ki wahan us ne pareshan kiya budhiya ko. to budhiya khalifa ke paas aayi aur kaha ke aage beta hamare ghar mein ghus gaya aur aap ko pareshan kiya aise aise kiya us ne.</w:t>
      </w:r>
      <w:r>
        <w:br/>
      </w:r>
      <w:r>
        <w:rPr>
          <w:sz w:val="20"/>
        </w:rPr>
        <w:t>46:27  to budhiya to to khalifa ne apne bete ko bulaya. ek taraf beta khara kiya ek taraf budhiya ko khara kiya. aur budhiya se kaha ke bolo kya tumhari shikayat hai?</w:t>
      </w:r>
      <w:r>
        <w:br/>
      </w:r>
      <w:r>
        <w:rPr>
          <w:sz w:val="20"/>
        </w:rPr>
        <w:t>46:40  woh boli. aur phir bete se kaha ke tum batao kya tumhare paas is ka is ke bare mein kya kahna hai tum ko. to woh kahne laga kuch.</w:t>
      </w:r>
      <w:r>
        <w:br/>
      </w:r>
      <w:r>
        <w:rPr>
          <w:sz w:val="20"/>
        </w:rPr>
        <w:t>46:51  ab wahan par aisa hua ke budhiya khoob zor zor se bol rahi thi. aur woh jo beta tha khalifa ka woh dheere dheere bolta tha. to wazir sahib khare hue the wahan par.</w:t>
      </w:r>
      <w:r>
        <w:br/>
      </w:r>
      <w:r>
        <w:rPr>
          <w:sz w:val="20"/>
        </w:rPr>
        <w:t>47:04  yani khalifa ke wazir. to unhon ne budhiya se kaha ke dekho ye shahzada hai aise mat bolo. dheere dheere bolo.</w:t>
      </w:r>
      <w:r>
        <w:br/>
      </w:r>
      <w:r>
        <w:rPr>
          <w:sz w:val="20"/>
        </w:rPr>
        <w:t>47:13  to khalifa ne kaha ke is ko bolne do.</w:t>
      </w:r>
      <w:r>
        <w:br/>
      </w:r>
      <w:r>
        <w:rPr>
          <w:sz w:val="20"/>
        </w:rPr>
        <w:t>47:22  badi ajeeb baat kahi us ne. ke sach ne budhiya ko bahadur bana diya hai. aur jhooth ne is shahzade ko buzdil bana diya hai.</w:t>
      </w:r>
      <w:r>
        <w:br/>
      </w:r>
      <w:r>
        <w:rPr>
          <w:sz w:val="20"/>
        </w:rPr>
        <w:t>47:36  bahut hi ajeeb baat ye hai. khalifa ne kaha ke sach ne budhiya ko bahadur bana diya hai. aur jhooth ne is shahzade ko buzdil bana diya hai.</w:t>
      </w:r>
      <w:r>
        <w:br/>
      </w:r>
      <w:r>
        <w:rPr>
          <w:sz w:val="20"/>
        </w:rPr>
        <w:t>47:50  ye hai zindagi ki ek bahut badi haqeeqat. agar aap chahte hain ke aap ke andar</w:t>
      </w:r>
      <w:r>
        <w:br/>
      </w:r>
      <w:r>
        <w:rPr>
          <w:sz w:val="20"/>
        </w:rPr>
        <w:t>47:58  mazboot shakhsiyat bane. mazboot shakhsiyat bane. to aap jhooth ko braah-e-raast dono halaaton mein bolna chhod dijiye.</w:t>
      </w:r>
      <w:r>
        <w:br/>
      </w:r>
      <w:r>
        <w:rPr>
          <w:sz w:val="20"/>
        </w:rPr>
        <w:t>48:10  dekhiye braah-e-raast jhooth to bahut kam log milte hain bolte hain. yani nange jhooth. aise log bahut kam hain jo nange jhooth bolen. ke ye hum baithe hain yahan Nizamuddin mein woh kahte hain ke nahi hum to Nehru Place mein baithe hue hain.</w:t>
      </w:r>
      <w:r>
        <w:br/>
      </w:r>
      <w:r>
        <w:rPr>
          <w:sz w:val="20"/>
        </w:rPr>
        <w:t>48:25  aise nange jhooth bahut kam log bolte hain. lekin aisi baat taqreeban sabhi log bolte hain jo braah-e-raast jhooth hoti hai.</w:t>
      </w:r>
      <w:r>
        <w:br/>
      </w:r>
      <w:r>
        <w:rPr>
          <w:sz w:val="20"/>
        </w:rPr>
        <w:t>48:37  navey navi fisad log aisa karte hain. lekin yaad rakhiye ke jhooth chahe braah-e-raast ho ya braah-e-raast.</w:t>
      </w:r>
      <w:r>
        <w:br/>
      </w:r>
      <w:r>
        <w:rPr>
          <w:sz w:val="20"/>
        </w:rPr>
        <w:t>48:45  lekin nateeja ek hi niklega. yani kamzor shakhsiyat. is ko yaad rakhiye. ke jhooth chahe braah-e-raast ho ya braah-e-raast.</w:t>
      </w:r>
      <w:r>
        <w:br/>
      </w:r>
      <w:r>
        <w:rPr>
          <w:sz w:val="20"/>
        </w:rPr>
        <w:t>49:00  nateeja ek rahega. woh kya? kamzor shakhsiyat. isi tareeqe se aap sach bolein agar hamesha.</w:t>
      </w:r>
      <w:r>
        <w:br/>
      </w:r>
      <w:r>
        <w:rPr>
          <w:sz w:val="20"/>
        </w:rPr>
        <w:t>49:09  aap ki zaban se hamesha sach nikle. to aap ke andar ek mazboot shakhsiyat banegi. aur yaad rakhiye duniya mein sab se badi cheez ye hai ke aap ke andar mazboot shakhsiyat ho.</w:t>
      </w:r>
      <w:r>
        <w:br/>
      </w:r>
      <w:r>
        <w:rPr>
          <w:sz w:val="20"/>
        </w:rPr>
        <w:t>49:23  mazboot shakhsiyat. sach bolne wala aadmi dekhne mein ek dubla patla insaan ho sakta hai. lekin andar se woh sher hoga.</w:t>
      </w:r>
      <w:r>
        <w:br/>
      </w:r>
      <w:r>
        <w:rPr>
          <w:sz w:val="20"/>
        </w:rPr>
        <w:t>49:33  aur jhooth bolne wala aadmi dekhne mein dev dikhai dega. andar se woh buzdil hoga. andar se woh geedar hoga. to log mein dekhta hoon logon ko ke jismani apne apne jismani taraqqi mein to lage rehte hain woh.</w:t>
      </w:r>
      <w:r>
        <w:br/>
      </w:r>
      <w:r>
        <w:rPr>
          <w:sz w:val="20"/>
        </w:rPr>
        <w:t>49:49  apne jism jo hai yeh jismani jism is ko theek thaak karne mein khoob lage rehte hain. lekin apna jo rohani taraqqi hai is ki unhen fikr nahi hoti.</w:t>
      </w:r>
    </w:p>
    <w:p>
      <w:pPr>
        <w:pStyle w:val="Heading2"/>
      </w:pPr>
      <w:r>
        <w:t>Reconciliation and the need for lifelong patience</w:t>
      </w:r>
    </w:p>
    <w:p>
      <w:r>
        <w:rPr>
          <w:color w:val="666666"/>
          <w:sz w:val="18"/>
        </w:rPr>
        <w:t>Adjustment the Only Option I January 26, 2010 · 3m 16s · at 7:10 · https://youtu.be/5jDoLit5NWU?t=430</w:t>
      </w:r>
    </w:p>
    <w:p>
      <w:r>
        <w:rPr>
          <w:i/>
        </w:rPr>
        <w:t>“Is aayat ka tarjuma hai reconciliation is the best”</w:t>
      </w:r>
    </w:p>
    <w:p>
      <w:r>
        <w:rPr>
          <w:sz w:val="20"/>
        </w:rPr>
        <w:t>7:10  is ayat ka tarjuma hai reconciliation is the best. and now what is reconciliation? reconciliation means adjustment, patience, compromise, adopting pragmatic approach.</w:t>
      </w:r>
      <w:r>
        <w:br/>
      </w:r>
      <w:r>
        <w:rPr>
          <w:sz w:val="20"/>
        </w:rPr>
        <w:t>7:35  yeh hai reconciliation.</w:t>
      </w:r>
      <w:r>
        <w:br/>
      </w:r>
      <w:r>
        <w:rPr>
          <w:sz w:val="20"/>
        </w:rPr>
        <w:t>7:40  aksar log mujh se poochte hain jab mein kehta hoon yeh baat ke sabr kab tak? to mein</w:t>
      </w:r>
      <w:r>
        <w:br/>
      </w:r>
      <w:r>
        <w:rPr>
          <w:sz w:val="20"/>
        </w:rPr>
        <w:t>7:45  kehta hoon ke yeh log bilkul madness mein mubtala hain.</w:t>
      </w:r>
      <w:r>
        <w:br/>
      </w:r>
      <w:r>
        <w:rPr>
          <w:sz w:val="20"/>
        </w:rPr>
        <w:t>7:51  sabr kab tak hai? sabr to hamesha, lifetime sabr karna hai.</w:t>
      </w:r>
      <w:r>
        <w:br/>
      </w:r>
      <w:r>
        <w:rPr>
          <w:sz w:val="20"/>
        </w:rPr>
        <w:t>7:56  kab tak ka is mein sawal hi nahi hai.</w:t>
      </w:r>
      <w:r>
        <w:br/>
      </w:r>
      <w:r>
        <w:rPr>
          <w:sz w:val="20"/>
        </w:rPr>
        <w:t>8:01  yeh to aise hi hai ke pani kab tak piyen, khana kab tak khayen, oxygen mein saans kab tak len.</w:t>
      </w:r>
      <w:r>
        <w:br/>
      </w:r>
      <w:r>
        <w:rPr>
          <w:sz w:val="20"/>
        </w:rPr>
        <w:t>8:07  to sabr kab tak ki kya baat hai bhai? jo law of nature hai us ko to lifetime</w:t>
      </w:r>
      <w:r>
        <w:br/>
      </w:r>
      <w:r>
        <w:rPr>
          <w:sz w:val="20"/>
        </w:rPr>
        <w:t>8:12  follow karna hai.</w:t>
      </w:r>
      <w:r>
        <w:br/>
      </w:r>
      <w:r>
        <w:rPr>
          <w:sz w:val="20"/>
        </w:rPr>
        <w:t>8:17  log, kyunke logon ka haal yeh hai ke log bas apne ko jante hain, Khuda ko jante nahi.</w:t>
      </w:r>
      <w:r>
        <w:br/>
      </w:r>
      <w:r>
        <w:rPr>
          <w:sz w:val="20"/>
        </w:rPr>
        <w:t>8:23  sab ka haal hai, one to all.</w:t>
      </w:r>
      <w:r>
        <w:br/>
      </w:r>
      <w:r>
        <w:rPr>
          <w:sz w:val="20"/>
        </w:rPr>
        <w:t>8:28  sab ka haal hai ke apne ko jante hain, Khuda ko nahi jante.</w:t>
      </w:r>
      <w:r>
        <w:br/>
      </w:r>
      <w:r>
        <w:rPr>
          <w:sz w:val="20"/>
        </w:rPr>
        <w:t>8:33  yani formal tareeqe par naam lete hain Khuda ka.</w:t>
      </w:r>
      <w:r>
        <w:br/>
      </w:r>
      <w:r>
        <w:rPr>
          <w:sz w:val="20"/>
        </w:rPr>
        <w:t>8:39  Formal tareeqe par to sab hi naam lete hain, secular log bhi naam lete hain.</w:t>
      </w:r>
      <w:r>
        <w:br/>
      </w:r>
      <w:r>
        <w:rPr>
          <w:sz w:val="20"/>
        </w:rPr>
        <w:t>8:44  lekin haqeeqi maanon mein Khuda ko koi manta nahi.</w:t>
      </w:r>
      <w:r>
        <w:br/>
      </w:r>
      <w:r>
        <w:rPr>
          <w:sz w:val="20"/>
        </w:rPr>
        <w:t>8:49  mein ek misaal deta hoon.</w:t>
      </w:r>
      <w:r>
        <w:br/>
      </w:r>
      <w:r>
        <w:rPr>
          <w:sz w:val="20"/>
        </w:rPr>
        <w:t>8:55  kal mere paas ek telephone aaya, ek sahab ka.</w:t>
      </w:r>
      <w:r>
        <w:br/>
      </w:r>
      <w:r>
        <w:rPr>
          <w:sz w:val="20"/>
        </w:rPr>
        <w:t>9:00  to baat cheet karte hue mein ne poocha un se ke aap ke bachche hain? aulad hai aap</w:t>
      </w:r>
      <w:r>
        <w:br/>
      </w:r>
      <w:r>
        <w:rPr>
          <w:sz w:val="20"/>
        </w:rPr>
        <w:t>9:05  ke? alhamdulillah, mere kai bete hain, kai ladke hain.</w:t>
      </w:r>
      <w:r>
        <w:br/>
      </w:r>
      <w:r>
        <w:rPr>
          <w:sz w:val="20"/>
        </w:rPr>
        <w:t>9:11  wo alhamdulillah, alhamdulillah kar ke bolte rahe.</w:t>
      </w:r>
      <w:r>
        <w:br/>
      </w:r>
      <w:r>
        <w:rPr>
          <w:sz w:val="20"/>
        </w:rPr>
        <w:t>9:16  to mein ne kaha ke dekhiye, yeh alhamdulillah ka to pata ho gaya aap ko ke aap ke</w:t>
      </w:r>
      <w:r>
        <w:br/>
      </w:r>
      <w:r>
        <w:rPr>
          <w:sz w:val="20"/>
        </w:rPr>
        <w:t>9:21  bete betiyan hain aap ke paas? yeh? jab bhi aap kehte honge, khoob alhamdulillah bolte honge.</w:t>
      </w:r>
      <w:r>
        <w:br/>
      </w:r>
      <w:r>
        <w:rPr>
          <w:sz w:val="20"/>
        </w:rPr>
        <w:t>9:27  kya aap kabhi kaha hai aap ne ke alhamdulillah meri zuban chal rahi hai, mein bol raha hoon?</w:t>
      </w:r>
      <w:r>
        <w:br/>
      </w:r>
      <w:r>
        <w:rPr>
          <w:sz w:val="20"/>
        </w:rPr>
        <w:t>9:32  yeh zuban na chale to kaise bolenge aap? alhamdulillah aaj mein ne pani piya hai to pani</w:t>
      </w:r>
      <w:r>
        <w:br/>
      </w:r>
      <w:r>
        <w:rPr>
          <w:sz w:val="20"/>
        </w:rPr>
        <w:t>9:37  gale se neeche utar gaya.</w:t>
      </w:r>
      <w:r>
        <w:br/>
      </w:r>
      <w:r>
        <w:rPr>
          <w:sz w:val="20"/>
        </w:rPr>
        <w:t>9:43  alhamdulillah aaj maine khana khaya hai to khana pait mein ja kar hazam ho gaya.</w:t>
      </w:r>
      <w:r>
        <w:br/>
      </w:r>
      <w:r>
        <w:rPr>
          <w:sz w:val="20"/>
        </w:rPr>
        <w:t>9:48  alhamdulillah main aaj kuch baat sochna chaha apne mind se to mere mind ne sochne, socha main, mind</w:t>
      </w:r>
      <w:r>
        <w:br/>
      </w:r>
      <w:r>
        <w:rPr>
          <w:sz w:val="20"/>
        </w:rPr>
        <w:t>9:53  ne inkar nahi kiya sochne se.</w:t>
      </w:r>
      <w:r>
        <w:br/>
      </w:r>
      <w:r>
        <w:rPr>
          <w:sz w:val="20"/>
        </w:rPr>
        <w:t>9:59  alhamdulillah main aankh se dekhna chaha to woh cheezein dikhai de rahi hain mujh ko.</w:t>
      </w:r>
      <w:r>
        <w:br/>
      </w:r>
      <w:r>
        <w:rPr>
          <w:sz w:val="20"/>
        </w:rPr>
        <w:t>10:04  yeh alhamdulillah ke item hain.</w:t>
      </w:r>
      <w:r>
        <w:br/>
      </w:r>
      <w:r>
        <w:rPr>
          <w:sz w:val="20"/>
        </w:rPr>
        <w:t>10:09  alhamdulillah ke asal item yeh hain.</w:t>
      </w:r>
      <w:r>
        <w:br/>
      </w:r>
      <w:r>
        <w:rPr>
          <w:sz w:val="20"/>
        </w:rPr>
        <w:t>10:15  lekin yahan par kisi ki zuban se alhamdulillah nahi nikalta.</w:t>
      </w:r>
      <w:r>
        <w:br/>
      </w:r>
      <w:r>
        <w:rPr>
          <w:sz w:val="20"/>
        </w:rPr>
        <w:t>10:20  kyun? yahan, you have to acknowledge God, the Creator.</w:t>
      </w:r>
      <w:r>
        <w:br/>
      </w:r>
      <w:r>
        <w:rPr>
          <w:sz w:val="20"/>
        </w:rPr>
        <w:t>10:26  wahan kya hai? bas beta beti, beta beti.</w:t>
      </w:r>
    </w:p>
    <w:p>
      <w:pPr>
        <w:pStyle w:val="Heading2"/>
      </w:pPr>
      <w:r>
        <w:t>How impatience caused history's first sin and first murder</w:t>
      </w:r>
    </w:p>
    <w:p>
      <w:r>
        <w:rPr>
          <w:color w:val="666666"/>
          <w:sz w:val="18"/>
        </w:rPr>
        <w:t>Fasting A Source of Spiritual Empowerment August 21, 2011 Maulana Wahiduddin Khan · 3m 18s · at 45:15 · https://youtu.be/Z0EbPlujcf0?t=2715</w:t>
      </w:r>
    </w:p>
    <w:p>
      <w:r>
        <w:rPr>
          <w:i/>
        </w:rPr>
        <w:t>“Poori tareekh mein jahan bhi fasad hua, aadmi ne Patience khoya”</w:t>
      </w:r>
    </w:p>
    <w:p>
      <w:r>
        <w:rPr>
          <w:sz w:val="20"/>
        </w:rPr>
        <w:t>45:15  zindagi mein aap poori tareekh mein dekhen jahan bhi koi fasaad hua hai maar kaat hui hai sab kis liye hua hai? aadmi ne Patience kho di.</w:t>
      </w:r>
      <w:r>
        <w:br/>
      </w:r>
      <w:r>
        <w:rPr>
          <w:sz w:val="20"/>
        </w:rPr>
        <w:t>45:28  sab se pehle aap dekhen Adam ko dekhiye. Allah ne farmaya tha ke saari jannat tumhare liye hai. aik darakht ke paas tum nahi ja sakte.</w:t>
      </w:r>
      <w:r>
        <w:br/>
      </w:r>
      <w:r>
        <w:rPr>
          <w:sz w:val="20"/>
        </w:rPr>
        <w:t>45:38  Don't approach this tree. to woh aadmi ke sabr ka imtehaan tha.</w:t>
      </w:r>
      <w:r>
        <w:br/>
      </w:r>
      <w:r>
        <w:rPr>
          <w:sz w:val="20"/>
        </w:rPr>
        <w:t>45:45  woh sabr toot gaya. woh pahunch gaye woh jannat ke is darakht ke paas kha liya is ka phaal. to jannat se mahroomi ho gayi.</w:t>
      </w:r>
      <w:r>
        <w:br/>
      </w:r>
      <w:r>
        <w:rPr>
          <w:sz w:val="20"/>
        </w:rPr>
        <w:t>45:57  woh kya tha? Impatience ho jana hi to tha.</w:t>
      </w:r>
      <w:r>
        <w:br/>
      </w:r>
      <w:r>
        <w:rPr>
          <w:sz w:val="20"/>
        </w:rPr>
        <w:t>46:02  That was due to Impatience. phir dekhiye pehli nasal mein Habil Qabil thay. wahan bhi aik waqea pesh aaya. to Qabil jo hai bhark utha.</w:t>
      </w:r>
      <w:r>
        <w:br/>
      </w:r>
      <w:r>
        <w:rPr>
          <w:sz w:val="20"/>
        </w:rPr>
        <w:t>46:13  us ne bhai ko maar dala.</w:t>
      </w:r>
      <w:r>
        <w:br/>
      </w:r>
      <w:r>
        <w:rPr>
          <w:sz w:val="20"/>
        </w:rPr>
        <w:t>46:16  to yeh jo pehla waqea hua fasaad pehla waqea hua qatal ka. Quran mein hai ke yeh pehla waqea tha qatal ka. woh kis liye tha?</w:t>
      </w:r>
      <w:r>
        <w:br/>
      </w:r>
      <w:r>
        <w:rPr>
          <w:sz w:val="20"/>
        </w:rPr>
        <w:t>46:27  ke aadmi sabr nahi kar saka.</w:t>
      </w:r>
      <w:r>
        <w:br/>
      </w:r>
      <w:r>
        <w:rPr>
          <w:sz w:val="20"/>
        </w:rPr>
        <w:t>46:33  aur baad ko kya hua? fa-asbaha min an-nadimeen sharmindagi zindagi bhar sharminda raha woh.</w:t>
      </w:r>
      <w:r>
        <w:br/>
      </w:r>
      <w:r>
        <w:rPr>
          <w:sz w:val="20"/>
        </w:rPr>
        <w:t>46:45  mujh se aik yaani Quran mein yeh to likha hua nahi ke zindagi bhar sharminda raha lekin mein aik tajrube ki bina par aisa kehta hoon. aik baar meri mulaqat hui aik wakeel se.</w:t>
      </w:r>
      <w:r>
        <w:br/>
      </w:r>
      <w:r>
        <w:rPr>
          <w:sz w:val="20"/>
        </w:rPr>
        <w:t>46:59  jo Murder Case karte thay. yaani Criminal Cases karte thay woh. to unhon ne kaha mein pachees saal se aisi Cases kar raha hoon.</w:t>
      </w:r>
      <w:r>
        <w:br/>
      </w:r>
      <w:r>
        <w:rPr>
          <w:sz w:val="20"/>
        </w:rPr>
        <w:t>47:12  jo aadmi Murder karta hai aur mere paas aata hai. to unhon ne kaha ke jitne bhi mein ne dekhe case sab ko mein ne dekha ke bohat hi ziyada yaani apnay kiye par afsos.</w:t>
      </w:r>
      <w:r>
        <w:br/>
      </w:r>
      <w:r>
        <w:rPr>
          <w:sz w:val="20"/>
        </w:rPr>
        <w:t>47:31  yaani us ne aik josh mein aa kar ke bhark kar ke maar diya kisi ko. ab woh afsos mein hai.</w:t>
      </w:r>
      <w:r>
        <w:br/>
      </w:r>
      <w:r>
        <w:rPr>
          <w:sz w:val="20"/>
        </w:rPr>
        <w:t>47:39  unhon ne kaha jitne bhi Murder dekhe mein ne sab baad ki zindagi mein woh hamesha afsos mein jeetay rahay isi afsos mein meray.</w:t>
      </w:r>
      <w:r>
        <w:br/>
      </w:r>
      <w:r>
        <w:rPr>
          <w:sz w:val="20"/>
        </w:rPr>
        <w:t>47:51  us ko le kar mein sochta hoon ke Qabil ka bhi yahi hua hoga hashar.</w:t>
      </w:r>
      <w:r>
        <w:br/>
      </w:r>
      <w:r>
        <w:rPr>
          <w:sz w:val="20"/>
        </w:rPr>
        <w:t>47:58  ke Qabil ne apnay sagay bhai ko maar dala aik choti si baat par ghussa ho kar. to qeemat kya deni pari ho gi un ko</w:t>
      </w:r>
      <w:r>
        <w:br/>
      </w:r>
      <w:r>
        <w:rPr>
          <w:sz w:val="20"/>
        </w:rPr>
        <w:t>48:09  ? saari zindagi Frustration saari zindagi nadamat saari zindagi afsos saari zindagi hasrat.</w:t>
      </w:r>
      <w:r>
        <w:br/>
      </w:r>
      <w:r>
        <w:rPr>
          <w:sz w:val="20"/>
        </w:rPr>
        <w:t>48:21  aik lamhe ka Patience khona saari zindagi ko Ruin kar deta hai Ruin aakhrat is ke ilawa hai.</w:t>
      </w:r>
    </w:p>
    <w:p>
      <w:pPr>
        <w:pStyle w:val="Heading2"/>
      </w:pPr>
      <w:r>
        <w:t>Incentive of paradise and moral society</w:t>
      </w:r>
    </w:p>
    <w:p>
      <w:r>
        <w:rPr>
          <w:color w:val="666666"/>
          <w:sz w:val="18"/>
        </w:rPr>
        <w:t>Moral Values in Islam 10 July, 2008 - Maulana Wahiduddin Khan · 5m 39s · at 49:13 · https://youtu.be/IdBtIDNiLUg?t=2953</w:t>
      </w:r>
    </w:p>
    <w:p>
      <w:r>
        <w:rPr>
          <w:i/>
        </w:rPr>
        <w:t>“Islam gives a very important thing that is incentive.”</w:t>
      </w:r>
    </w:p>
    <w:p>
      <w:r>
        <w:rPr>
          <w:sz w:val="20"/>
        </w:rPr>
        <w:t>49:13  Islam gives us a very, very important incentive, motivation that if you,</w:t>
      </w:r>
      <w:r>
        <w:br/>
      </w:r>
      <w:r>
        <w:rPr>
          <w:sz w:val="20"/>
        </w:rPr>
        <w:t>49:24  if you</w:t>
      </w:r>
      <w:r>
        <w:br/>
      </w:r>
      <w:r>
        <w:rPr>
          <w:sz w:val="20"/>
        </w:rPr>
        <w:t>49:28  defend yourself from,</w:t>
      </w:r>
      <w:r>
        <w:br/>
      </w:r>
      <w:r>
        <w:rPr>
          <w:sz w:val="20"/>
        </w:rPr>
        <w:t>49:31  from misuse of your freedom.</w:t>
      </w:r>
      <w:r>
        <w:br/>
      </w:r>
      <w:r>
        <w:rPr>
          <w:sz w:val="20"/>
        </w:rPr>
        <w:t>49:36  if you, if you keep patience,</w:t>
      </w:r>
      <w:r>
        <w:br/>
      </w:r>
      <w:r>
        <w:rPr>
          <w:sz w:val="20"/>
        </w:rPr>
        <w:t>49:42  if you love your enemy,</w:t>
      </w:r>
      <w:r>
        <w:br/>
      </w:r>
      <w:r>
        <w:rPr>
          <w:sz w:val="20"/>
        </w:rPr>
        <w:t>49:46  if you keep tolerance,</w:t>
      </w:r>
      <w:r>
        <w:br/>
      </w:r>
      <w:r>
        <w:rPr>
          <w:sz w:val="20"/>
        </w:rPr>
        <w:t>49:51  if you adopt honesty,</w:t>
      </w:r>
      <w:r>
        <w:br/>
      </w:r>
      <w:r>
        <w:rPr>
          <w:sz w:val="20"/>
        </w:rPr>
        <w:t>49:58  if you adopt all those good</w:t>
      </w:r>
      <w:r>
        <w:br/>
      </w:r>
      <w:r>
        <w:rPr>
          <w:sz w:val="20"/>
        </w:rPr>
        <w:t>50:01  conduct, good social conduct,</w:t>
      </w:r>
      <w:r>
        <w:br/>
      </w:r>
      <w:r>
        <w:rPr>
          <w:sz w:val="20"/>
        </w:rPr>
        <w:t>50:05  then god provides</w:t>
      </w:r>
      <w:r>
        <w:br/>
      </w:r>
      <w:r>
        <w:rPr>
          <w:sz w:val="20"/>
        </w:rPr>
        <w:t>50:10  that he will</w:t>
      </w:r>
      <w:r>
        <w:br/>
      </w:r>
      <w:r>
        <w:rPr>
          <w:sz w:val="20"/>
        </w:rPr>
        <w:t>50:13  give us his</w:t>
      </w:r>
      <w:r>
        <w:br/>
      </w:r>
      <w:r>
        <w:rPr>
          <w:sz w:val="20"/>
        </w:rPr>
        <w:t>50:14  great blessing that is eternal paradise. so, this belief provides a great incentive, great motivation.</w:t>
      </w:r>
      <w:r>
        <w:br/>
      </w:r>
      <w:r>
        <w:rPr>
          <w:sz w:val="20"/>
        </w:rPr>
        <w:t>50:29  it is very important. you know, without incentive, one cannot do anything. incentive is a must for every human being,</w:t>
      </w:r>
      <w:r>
        <w:br/>
      </w:r>
      <w:r>
        <w:rPr>
          <w:sz w:val="20"/>
        </w:rPr>
        <w:t>50:44  for men and women both.</w:t>
      </w:r>
      <w:r>
        <w:br/>
      </w:r>
      <w:r>
        <w:rPr>
          <w:sz w:val="20"/>
        </w:rPr>
        <w:t>50:50  all the activities in this world are based on incentive, on motivation. all those industrial activities, all those civilizational activities, all those activities you see around you,</w:t>
      </w:r>
      <w:r>
        <w:br/>
      </w:r>
      <w:r>
        <w:rPr>
          <w:sz w:val="20"/>
        </w:rPr>
        <w:t>51:13  that are based on incentive, on motivation.</w:t>
      </w:r>
      <w:r>
        <w:br/>
      </w:r>
      <w:r>
        <w:rPr>
          <w:sz w:val="20"/>
        </w:rPr>
        <w:t>51:22  people believe that by doing this, we can find something better.</w:t>
      </w:r>
      <w:r>
        <w:br/>
      </w:r>
      <w:r>
        <w:rPr>
          <w:sz w:val="20"/>
        </w:rPr>
        <w:t>51:31  so, they try to do</w:t>
      </w:r>
      <w:r>
        <w:br/>
      </w:r>
      <w:r>
        <w:rPr>
          <w:sz w:val="20"/>
        </w:rPr>
        <w:t>51:39  . so, here, if you do a business, there is an incentive that you will achieve money.</w:t>
      </w:r>
      <w:r>
        <w:br/>
      </w:r>
      <w:r>
        <w:rPr>
          <w:sz w:val="20"/>
        </w:rPr>
        <w:t>51:50  if you do a job, there is also a motivation that you will receive a good salary.</w:t>
      </w:r>
      <w:r>
        <w:br/>
      </w:r>
      <w:r>
        <w:rPr>
          <w:sz w:val="20"/>
        </w:rPr>
        <w:t>52:03  so, is the case of, so, is the case of moral values.</w:t>
      </w:r>
      <w:r>
        <w:br/>
      </w:r>
      <w:r>
        <w:rPr>
          <w:sz w:val="20"/>
        </w:rPr>
        <w:t>52:12  according to Islamic belief, according to the Islamic belief, you will be rewarded for your good conduct.</w:t>
      </w:r>
      <w:r>
        <w:br/>
      </w:r>
      <w:r>
        <w:rPr>
          <w:sz w:val="20"/>
        </w:rPr>
        <w:t>52:30  in the very first chapter, you read Maliki yawm al-din, Alhamdulillah Rabbil 'alamin, Maliki yawm al-din,</w:t>
      </w:r>
      <w:r>
        <w:br/>
      </w:r>
      <w:r>
        <w:rPr>
          <w:sz w:val="20"/>
        </w:rPr>
        <w:t>52:42  Lord of, Lord of the Day of Judgment</w:t>
      </w:r>
      <w:r>
        <w:br/>
      </w:r>
      <w:r>
        <w:rPr>
          <w:sz w:val="20"/>
        </w:rPr>
        <w:t>52:47  , lord of da day of judgment. it means that one day, you will be in the world hereafter.</w:t>
      </w:r>
      <w:r>
        <w:br/>
      </w:r>
      <w:r>
        <w:rPr>
          <w:sz w:val="20"/>
        </w:rPr>
        <w:t>52:59  then you will meet your god.</w:t>
      </w:r>
      <w:r>
        <w:br/>
      </w:r>
      <w:r>
        <w:rPr>
          <w:sz w:val="20"/>
        </w:rPr>
        <w:t>53:03  and if you have keep all these good conducts, all these good behavior, then god will reward you in term of paradise.</w:t>
      </w:r>
      <w:r>
        <w:br/>
      </w:r>
      <w:r>
        <w:rPr>
          <w:sz w:val="20"/>
        </w:rPr>
        <w:t>53:21  so, in islam, there is a very powerful incentive behind moral conduct.</w:t>
      </w:r>
      <w:r>
        <w:br/>
      </w:r>
      <w:r>
        <w:rPr>
          <w:sz w:val="20"/>
        </w:rPr>
        <w:t>53:34  in islam, there is a very, very powerful incentive, powerful motivation</w:t>
      </w:r>
      <w:r>
        <w:br/>
      </w:r>
      <w:r>
        <w:rPr>
          <w:sz w:val="20"/>
        </w:rPr>
        <w:t>53:44  that if i will do good in the society, i will find great, great blessings from god in term of eternal paradise.</w:t>
      </w:r>
      <w:r>
        <w:br/>
      </w:r>
      <w:r>
        <w:rPr>
          <w:sz w:val="20"/>
        </w:rPr>
        <w:t>54:01  paradise, eternal, in paradise, there is eternal bliss, eternal happiness, eternal pleasure.</w:t>
      </w:r>
      <w:r>
        <w:br/>
      </w:r>
      <w:r>
        <w:rPr>
          <w:sz w:val="20"/>
        </w:rPr>
        <w:t>54:15  so, this is a strong incentive.</w:t>
      </w:r>
      <w:r>
        <w:br/>
      </w:r>
      <w:r>
        <w:rPr>
          <w:sz w:val="20"/>
        </w:rPr>
        <w:t>54:21  islam provides an incentive, a motivation.</w:t>
      </w:r>
      <w:r>
        <w:br/>
      </w:r>
      <w:r>
        <w:rPr>
          <w:sz w:val="20"/>
        </w:rPr>
        <w:t>54:33  it was this, it was this contribution of islam that islam was able to establish a better society first time in the world history.</w:t>
      </w:r>
    </w:p>
    <w:p>
      <w:pPr>
        <w:pStyle w:val="Heading2"/>
      </w:pPr>
      <w:r>
        <w:t>Human shaped by environment, need second chance</w:t>
      </w:r>
    </w:p>
    <w:p>
      <w:r>
        <w:rPr>
          <w:color w:val="666666"/>
          <w:sz w:val="18"/>
        </w:rPr>
        <w:t>Dars-e-Quran, Chapter 2, Verse 37 | January  07, 2018 · 5m 33s · at 17:32 · https://youtu.be/ao6Cr57KuEM?t=1052</w:t>
      </w:r>
    </w:p>
    <w:p>
      <w:r>
        <w:rPr>
          <w:i/>
        </w:rPr>
        <w:t>“Ek bigda hua insaan banta hai”</w:t>
      </w:r>
    </w:p>
    <w:p>
      <w:r>
        <w:rPr>
          <w:sz w:val="20"/>
        </w:rPr>
        <w:t>17:32  ek bigda hua insaan banta hai.</w:t>
      </w:r>
      <w:r>
        <w:br/>
      </w:r>
      <w:r>
        <w:rPr>
          <w:sz w:val="20"/>
        </w:rPr>
        <w:t>17:42  is ke baad insaan jab sochta hai tab is ki ek naya daur shuru hota hai, yaani apni</w:t>
      </w:r>
      <w:r>
        <w:br/>
      </w:r>
      <w:r>
        <w:rPr>
          <w:sz w:val="20"/>
        </w:rPr>
        <w:t>17:52  islaah, apna apni islaah, apni nayi nayi cheezein daryaft karna, apni ghaltiyon ko daryaft kar ke is is ko theek</w:t>
      </w:r>
      <w:r>
        <w:br/>
      </w:r>
      <w:r>
        <w:rPr>
          <w:sz w:val="20"/>
        </w:rPr>
        <w:t>18:02  karna, yeh sab process shuru hota hai.</w:t>
      </w:r>
      <w:r>
        <w:br/>
      </w:r>
      <w:r>
        <w:rPr>
          <w:sz w:val="20"/>
        </w:rPr>
        <w:t>18:10  boht ko pehla process to yahi hai ke aadmi bigad jaye.</w:t>
      </w:r>
      <w:r>
        <w:br/>
      </w:r>
      <w:r>
        <w:rPr>
          <w:sz w:val="20"/>
        </w:rPr>
        <w:t>18:18  yeh doosra process hai ke aadmi apne aap ko banane ki koshish kare.</w:t>
      </w:r>
      <w:r>
        <w:br/>
      </w:r>
      <w:r>
        <w:rPr>
          <w:sz w:val="20"/>
        </w:rPr>
        <w:t>18:25  isi liye main kehta hoon ke har aadmi ko doosre chance ko avail karna padta hai.</w:t>
      </w:r>
      <w:r>
        <w:br/>
      </w:r>
      <w:r>
        <w:rPr>
          <w:sz w:val="20"/>
        </w:rPr>
        <w:t>18:33  kyunke first chance to aadmi khota hi khota hai.</w:t>
      </w:r>
      <w:r>
        <w:br/>
      </w:r>
      <w:r>
        <w:rPr>
          <w:sz w:val="20"/>
        </w:rPr>
        <w:t>18:39  aadmi jab paida hota hai ab to apni marzi se nahi paida hota.</w:t>
      </w:r>
      <w:r>
        <w:br/>
      </w:r>
      <w:r>
        <w:rPr>
          <w:sz w:val="20"/>
        </w:rPr>
        <w:t>18:45  yeh to ek law of nature hai, is ke tehat woh paida hua.</w:t>
      </w:r>
      <w:r>
        <w:br/>
      </w:r>
      <w:r>
        <w:rPr>
          <w:sz w:val="20"/>
        </w:rPr>
        <w:t>18:51  kahan paida ho, kin logon ke darmiyan jiye, kis mahaul mein rahe, kahan is ki education ho, yeh</w:t>
      </w:r>
      <w:r>
        <w:br/>
      </w:r>
      <w:r>
        <w:rPr>
          <w:sz w:val="20"/>
        </w:rPr>
        <w:t>18:57  is ka apna faisla nahi hota. to aadmi</w:t>
      </w:r>
      <w:r>
        <w:br/>
      </w:r>
      <w:r>
        <w:rPr>
          <w:sz w:val="20"/>
        </w:rPr>
        <w:t>19:03  product banta hai apne mahol ka. har insan, har insan product banta hai apne mahol ka. jaise Adam jo the, woh jannat mein the, Adam apni biwi ke sath, Hawa ke sath. to koi rukawat nahi thi, azaad the, ghoomte phirte the is ke andar. phir baar baar woh dekhte the ke yahan ek peed aisa hai jo hamein pata nahi is ka phal</w:t>
      </w:r>
      <w:r>
        <w:br/>
      </w:r>
      <w:r>
        <w:rPr>
          <w:sz w:val="20"/>
        </w:rPr>
        <w:t>19:33  kaisa hota hai. to ek temperature, temperature aaya, is mahol ne, is mahol ne un ko, un ke andar ek khwahish jagai, ek desire jaagi un ke andar, temperature aaya. to woh mahol galat diya tha. farz kijiye ke woh jis bagh mein woh the, wahan par koi vibratory na hota. jis bagh mein woh the, wahan koi vibratory</w:t>
      </w:r>
      <w:r>
        <w:br/>
      </w:r>
      <w:r>
        <w:rPr>
          <w:sz w:val="20"/>
        </w:rPr>
        <w:t>20:03  britry, shajar mamnooa na hota to kya hota? to shayad un ke andar temperature bhi na aata.</w:t>
      </w:r>
      <w:r>
        <w:br/>
      </w:r>
      <w:r>
        <w:rPr>
          <w:sz w:val="20"/>
        </w:rPr>
        <w:t>20:09  phir doosre darakhton mein, doosre jo peir the, us mein achhe achhe us mein jeete woh, aur fibertry</w:t>
      </w:r>
      <w:r>
        <w:br/>
      </w:r>
      <w:r>
        <w:rPr>
          <w:sz w:val="20"/>
        </w:rPr>
        <w:t>20:16  tak un ka dhiyan hi na jata.</w:t>
      </w:r>
      <w:r>
        <w:br/>
      </w:r>
      <w:r>
        <w:rPr>
          <w:sz w:val="20"/>
        </w:rPr>
        <w:t>20:22  to aisa nahi hua.</w:t>
      </w:r>
      <w:r>
        <w:br/>
      </w:r>
      <w:r>
        <w:rPr>
          <w:sz w:val="20"/>
        </w:rPr>
        <w:t>20:28  to har aadmi apni choais se nahi kisi mahaul mein paida hota, woh to</w:t>
      </w:r>
      <w:r>
        <w:br/>
      </w:r>
      <w:r>
        <w:rPr>
          <w:sz w:val="20"/>
        </w:rPr>
        <w:t>20:34  pyas kisi aur ka hota hai.</w:t>
      </w:r>
      <w:r>
        <w:br/>
      </w:r>
      <w:r>
        <w:rPr>
          <w:sz w:val="20"/>
        </w:rPr>
        <w:t>20:44  تو آدمی under compression، وہ کنڈیشن، under compression، وہ کسی اس کی کنڈیشن ہونے لگتی ہے۔</w:t>
      </w:r>
      <w:r>
        <w:br/>
      </w:r>
      <w:r>
        <w:rPr>
          <w:sz w:val="20"/>
        </w:rPr>
        <w:t>20:54  یعنی conditioning is a way of compression. تو انسان</w:t>
      </w:r>
      <w:r>
        <w:br/>
      </w:r>
      <w:r>
        <w:rPr>
          <w:sz w:val="20"/>
        </w:rPr>
        <w:t>21:04  beh-haal bigadte hi bigadta hai.</w:t>
      </w:r>
      <w:r>
        <w:br/>
      </w:r>
      <w:r>
        <w:rPr>
          <w:sz w:val="20"/>
        </w:rPr>
        <w:t>21:12  har insaan, is mein koi exception nahi hai.</w:t>
      </w:r>
      <w:r>
        <w:br/>
      </w:r>
      <w:r>
        <w:rPr>
          <w:sz w:val="20"/>
        </w:rPr>
        <w:t>21:20  آدمی کو کرنا کیا ہے؟ جب وہ maturity کی ایج میں پہنچے، maturity کی ایج میں تو ری</w:t>
      </w:r>
      <w:r>
        <w:br/>
      </w:r>
      <w:r>
        <w:rPr>
          <w:sz w:val="20"/>
        </w:rPr>
        <w:t>21:27  consider کرے، rethinking کرے، اپنے آپ کو rediscover کرے، خود اپنے آپ کو وہ</w:t>
      </w:r>
      <w:r>
        <w:br/>
      </w:r>
      <w:r>
        <w:rPr>
          <w:sz w:val="20"/>
        </w:rPr>
        <w:t>21:35  dobara daryaft kare, aur phir apni condition shuru kar de.</w:t>
      </w:r>
      <w:r>
        <w:br/>
      </w:r>
      <w:r>
        <w:rPr>
          <w:sz w:val="20"/>
        </w:rPr>
        <w:t>21:41  phir apni condition shuru kar de.</w:t>
      </w:r>
      <w:r>
        <w:br/>
      </w:r>
      <w:r>
        <w:rPr>
          <w:sz w:val="20"/>
        </w:rPr>
        <w:t>21:47  to mein samajhta hoon ke Adam ke qisse mein yeh sabak bhi hai ke aadmi ke liye muqaddar</w:t>
      </w:r>
      <w:r>
        <w:br/>
      </w:r>
      <w:r>
        <w:rPr>
          <w:sz w:val="20"/>
        </w:rPr>
        <w:t>21:53  hai ke woh first chance ko kho de.</w:t>
      </w:r>
      <w:r>
        <w:br/>
      </w:r>
      <w:r>
        <w:rPr>
          <w:sz w:val="20"/>
        </w:rPr>
        <w:t>21:59  aadmi ke liye muqaddar</w:t>
      </w:r>
      <w:r>
        <w:br/>
      </w:r>
      <w:r>
        <w:rPr>
          <w:sz w:val="20"/>
        </w:rPr>
        <w:t>22:05  hai ke woh first chance ko kho de. is ki kamyabi ka raaz yeh hai ke woh second chance ko na khoye. agar aadmi first chance ko khota hai to that is due to law, the law of nature. first chance ko khona woh ek normal baat hai. to aadmi ko chahiye ke woh discover kare ke us ke liye second chance kya</w:t>
      </w:r>
      <w:r>
        <w:br/>
      </w:r>
      <w:r>
        <w:rPr>
          <w:sz w:val="20"/>
        </w:rPr>
        <w:t>22:35  hai, is second chance ko avail kare.</w:t>
      </w:r>
      <w:r>
        <w:br/>
      </w:r>
      <w:r>
        <w:rPr>
          <w:sz w:val="20"/>
        </w:rPr>
        <w:t>22:41  to kaha ke Adam ka pehle marhale mein jannat ko khona, phir dobara jannat mein entry milna, yeh</w:t>
      </w:r>
      <w:r>
        <w:br/>
      </w:r>
      <w:r>
        <w:rPr>
          <w:sz w:val="20"/>
        </w:rPr>
        <w:t>22:47  ek poori tareekh ke liye ek sabak hai ke tum first chance ko khoge is duniya mein.</w:t>
      </w:r>
      <w:r>
        <w:br/>
      </w:r>
      <w:r>
        <w:rPr>
          <w:sz w:val="20"/>
        </w:rPr>
        <w:t>22:53  tumhari kamyabi ko raaz yeh hai ke tum second chance ko avail kar sako.</w:t>
      </w:r>
      <w:r>
        <w:br/>
      </w:r>
      <w:r>
        <w:rPr>
          <w:sz w:val="20"/>
        </w:rPr>
        <w:t>22:59  second chance ko avail karna na bhoolo.</w:t>
      </w:r>
    </w:p>
    <w:p>
      <w:pPr>
        <w:pStyle w:val="Heading2"/>
      </w:pPr>
      <w:r>
        <w:t>The real diagnosis: intellectual dissatisfaction, not apostasy</w:t>
      </w:r>
    </w:p>
    <w:p>
      <w:r>
        <w:rPr>
          <w:color w:val="666666"/>
          <w:sz w:val="18"/>
        </w:rPr>
        <w:t>Is Islam in Danger, January 10, 2007 · 4m 28s · at 50:05 · https://youtu.be/1vrUjeA7508?t=3005</w:t>
      </w:r>
    </w:p>
    <w:p>
      <w:r>
        <w:rPr>
          <w:i/>
        </w:rPr>
        <w:t>“میں نے اس پر باقاعدہ تحقیق کی، اور یہ سمجھا کہ یہ کیا ہے”</w:t>
      </w:r>
    </w:p>
    <w:p>
      <w:r>
        <w:rPr>
          <w:sz w:val="20"/>
        </w:rPr>
        <w:t>50:05  main ne is par baqayda tehqeeq ki. aur yeh samajha. ke. yeh kya hai? yeh kya ya yeh kya cheez ko log irtidad keh rahe hain blasphemy keh rahe hain.</w:t>
      </w:r>
      <w:r>
        <w:br/>
      </w:r>
      <w:r>
        <w:rPr>
          <w:sz w:val="20"/>
        </w:rPr>
        <w:t>50:19  yeh kya cheez hai?</w:t>
      </w:r>
      <w:r>
        <w:br/>
      </w:r>
      <w:r>
        <w:rPr>
          <w:sz w:val="20"/>
        </w:rPr>
        <w:t>50:21  to main ne kya paya? main ne paya ke in ki tashkhees hi ghalat hai in logon ki. doctor rafiuddin ke bhi molana ali miyan ke bhi aur jitne logon ne is par likha sab ki.</w:t>
      </w:r>
      <w:r>
        <w:br/>
      </w:r>
      <w:r>
        <w:rPr>
          <w:sz w:val="20"/>
        </w:rPr>
        <w:t>50:36  woh kiya? yeh case intellectual blasphemy ka nahin hai. yeh hai. case intellectual discontentment ka dissatisfaction ka.</w:t>
      </w:r>
      <w:r>
        <w:br/>
      </w:r>
      <w:r>
        <w:rPr>
          <w:sz w:val="20"/>
        </w:rPr>
        <w:t>50:49  yani zehni adam itminan ka case hai yeh.</w:t>
      </w:r>
      <w:r>
        <w:br/>
      </w:r>
      <w:r>
        <w:rPr>
          <w:sz w:val="20"/>
        </w:rPr>
        <w:t>50:53  zehni irtidad ka case nahin hai balke zehni adam itminan ka case hai. aur wohi hai jo main ne arz kiya aap ko. ke aaj ki jo nasal hai.</w:t>
      </w:r>
      <w:r>
        <w:br/>
      </w:r>
      <w:r>
        <w:rPr>
          <w:sz w:val="20"/>
        </w:rPr>
        <w:t>51:03  jo school college university mein parh rahi hai. is ko jo islam mil raha hai woh kaun sa islam hai? islam ka muslim nazariya mil raha hai woh.</w:t>
      </w:r>
      <w:r>
        <w:br/>
      </w:r>
      <w:r>
        <w:rPr>
          <w:sz w:val="20"/>
        </w:rPr>
        <w:t>51:13  khud islam nahin mil raha hai.</w:t>
      </w:r>
      <w:r>
        <w:br/>
      </w:r>
      <w:r>
        <w:rPr>
          <w:sz w:val="20"/>
        </w:rPr>
        <w:t>51:16  islam ka muslim nazariya. is se woh. satisfaction nahin ho nahin mil raha is ko. is ka zehn ham-ahang nahin ho raha hai.</w:t>
      </w:r>
      <w:r>
        <w:br/>
      </w:r>
      <w:r>
        <w:rPr>
          <w:sz w:val="20"/>
        </w:rPr>
        <w:t>51:27  kyun ke sara jo adab hai. woh riwayati zaban mein likha gaya hai. sara ka sara. yani pre scientific ahad mein.</w:t>
      </w:r>
      <w:r>
        <w:br/>
      </w:r>
      <w:r>
        <w:rPr>
          <w:sz w:val="20"/>
        </w:rPr>
        <w:t>51:39  yeh sara adab jo banaya gaya hai yeh pre scientific ahad mein. ab hum post scientific ahad mein hain.</w:t>
      </w:r>
      <w:r>
        <w:br/>
      </w:r>
      <w:r>
        <w:rPr>
          <w:sz w:val="20"/>
        </w:rPr>
        <w:t>51:46  to jo muslim nasal hai aaj ki. woh jee rahi hai woh saans le rahi hai. post scientific ahad mein. aur jo adab jo hai jo is ko diya ja raha hai.</w:t>
      </w:r>
      <w:r>
        <w:br/>
      </w:r>
      <w:r>
        <w:rPr>
          <w:sz w:val="20"/>
        </w:rPr>
        <w:t>51:59  woh hai pre scientific ahad ka adab. to is ko mutmain nahin kar raha hai is ka zehn ham-ahang nahin ho raha hai.</w:t>
      </w:r>
      <w:r>
        <w:br/>
      </w:r>
      <w:r>
        <w:rPr>
          <w:sz w:val="20"/>
        </w:rPr>
        <w:t>52:08  yeh hai sara masla.</w:t>
      </w:r>
      <w:r>
        <w:br/>
      </w:r>
      <w:r>
        <w:rPr>
          <w:sz w:val="20"/>
        </w:rPr>
        <w:t>52:13  main kuch aise logon ko janta hoon isi din. jo. jinhon ne is ka saaf saaf is ko.</w:t>
      </w:r>
      <w:r>
        <w:br/>
      </w:r>
      <w:r>
        <w:rPr>
          <w:sz w:val="20"/>
        </w:rPr>
        <w:t>52:24  yani un ke mutale se main ne is baat ko saaf saaf samjha hai. to yeh masla jo tha. logon ne samajh liya ke yeh ke yeh.</w:t>
      </w:r>
      <w:r>
        <w:br/>
      </w:r>
      <w:r>
        <w:rPr>
          <w:sz w:val="20"/>
        </w:rPr>
        <w:t>52:36  masla hai irtidad ka yani zehni irtidad ka halanke masla tha zehni adam itminan ka.</w:t>
      </w:r>
      <w:r>
        <w:br/>
      </w:r>
      <w:r>
        <w:rPr>
          <w:sz w:val="20"/>
        </w:rPr>
        <w:t>52:43  to jab. aap tashkhees ghalat karein tashkhees aap ki ghalat ho. to ab aap ka ilaj bhi ghalat ho jayega. to har taraf bas shikayat hai ihtijaj hai cheekh pukar hai ke islam khatre mein islam khatre mein islam khatre mein.</w:t>
      </w:r>
      <w:r>
        <w:br/>
      </w:r>
      <w:r>
        <w:rPr>
          <w:sz w:val="20"/>
        </w:rPr>
        <w:t>52:59  lekin masla yeh tha ke adab jo hai aisa banaya jaye jo scientific daur mein logon ke zehn ko ham-ahang kare. yeh nahin kiya.</w:t>
      </w:r>
      <w:r>
        <w:br/>
      </w:r>
      <w:r>
        <w:rPr>
          <w:sz w:val="20"/>
        </w:rPr>
        <w:t>53:08  kya kiya bas islam khatre mein islam khatre mein bas yeh boli bolne lage.</w:t>
      </w:r>
      <w:r>
        <w:br/>
      </w:r>
      <w:r>
        <w:rPr>
          <w:sz w:val="20"/>
        </w:rPr>
        <w:t>53:15  to jo masla tha woh ihtijaj karne ke liye nahin tha woh shikayat karne ke liye nahin tha. is liye ke dunya is liye nahin tha ke aap dunya ko ailan karein dunya dushman ho gayi hai islam ki.</w:t>
      </w:r>
      <w:r>
        <w:br/>
      </w:r>
      <w:r>
        <w:rPr>
          <w:sz w:val="20"/>
        </w:rPr>
        <w:t>53:25  nahin hum nakaam ho gaye ke scientific daur mein. aaj ki zaban mein jadeed zaban mein hum islam ki taleemat ko pesh kar sake hain masla yahan tha.</w:t>
      </w:r>
      <w:r>
        <w:br/>
      </w:r>
      <w:r>
        <w:rPr>
          <w:sz w:val="20"/>
        </w:rPr>
        <w:t>53:39  masla yahan nahin tha ke doosre dushman ban gaye hain islam ke</w:t>
      </w:r>
      <w:r>
        <w:br/>
      </w:r>
      <w:r>
        <w:rPr>
          <w:sz w:val="20"/>
        </w:rPr>
        <w:t>53:42  . masla yeh tha ke hum yani muslim ulma yeh nakaam ho gaye ke jadeed jo zaban hai jadeed jo zaban hai jadeed jo.</w:t>
      </w:r>
      <w:r>
        <w:br/>
      </w:r>
      <w:r>
        <w:rPr>
          <w:sz w:val="20"/>
        </w:rPr>
        <w:t>53:52  jo sochne ka tareeqa hai is dhang par islam ko pesh karein hum taake aaj ki naslein jo hain unka zehan hamahang ho. yahan masla tha.</w:t>
      </w:r>
      <w:r>
        <w:br/>
      </w:r>
      <w:r>
        <w:rPr>
          <w:sz w:val="20"/>
        </w:rPr>
        <w:t>54:04  yeh main ne. is baat ko jaana aur phir main ne apne aap ko is raaste par lagaya.</w:t>
      </w:r>
    </w:p>
    <w:p>
      <w:pPr>
        <w:pStyle w:val="Heading2"/>
      </w:pPr>
      <w:r>
        <w:t>Discovering a hidden negative thought about a forgotten benefactor</w:t>
      </w:r>
    </w:p>
    <w:p>
      <w:r>
        <w:rPr>
          <w:color w:val="666666"/>
          <w:sz w:val="18"/>
        </w:rPr>
        <w:t>Human Values · 3m 09s · at 17:28 · https://youtu.be/Art0kheDD40?t=1048</w:t>
      </w:r>
    </w:p>
    <w:p>
      <w:r>
        <w:rPr>
          <w:i/>
        </w:rPr>
        <w:t>“Kal parson ki baat hai, ek negative item chhupa hua tha mere mind mein”</w:t>
      </w:r>
    </w:p>
    <w:p>
      <w:r>
        <w:rPr>
          <w:sz w:val="20"/>
        </w:rPr>
        <w:t>17:28  to sach poochhein to hum mein se kisi ko agar is mein hum lag jayen to is ka time nahi hai ke hum doosre ke sath dushmani karen. doosre ke sath hate karen.</w:t>
      </w:r>
      <w:r>
        <w:br/>
      </w:r>
      <w:r>
        <w:rPr>
          <w:sz w:val="20"/>
        </w:rPr>
        <w:t>17:41  we can afford this lecture. to main apne bare mein keh sakta hoon ke main dhoond dhoond kar, dhoond dhoond kar, dhoond dhoond kar main apne andar se sare negative item nikalun.</w:t>
      </w:r>
      <w:r>
        <w:br/>
      </w:r>
      <w:r>
        <w:rPr>
          <w:sz w:val="20"/>
        </w:rPr>
        <w:t>17:55  abhi kal parson ki baat hai ke main ek negative item chupa hua tha mere mind mein. kisi ke bare mein mujhe negative thought aa gaye the.</w:t>
      </w:r>
      <w:r>
        <w:br/>
      </w:r>
      <w:r>
        <w:rPr>
          <w:sz w:val="20"/>
        </w:rPr>
        <w:t>18:05  kisi ke bare mein. to un ke jab jab un ki jab woh yaad aati thi to woh yaad meri jo hai kuch normal tareeqe se nahi aati thi.</w:t>
      </w:r>
      <w:r>
        <w:br/>
      </w:r>
      <w:r>
        <w:rPr>
          <w:sz w:val="20"/>
        </w:rPr>
        <w:t>18:17  main samajhta tha ke woh aadmi jo hai theek nahi hai. to ek negative thought mere mind mein un ko le kar chupa hua tha.</w:t>
      </w:r>
      <w:r>
        <w:br/>
      </w:r>
      <w:r>
        <w:rPr>
          <w:sz w:val="20"/>
        </w:rPr>
        <w:t>18:27  to parson ki baat hai ghaliban hamari beti ne hamare pichhle kuch papers the bohat pehle ke us ko parh kar sunaya mujhe.</w:t>
      </w:r>
      <w:r>
        <w:br/>
      </w:r>
      <w:r>
        <w:rPr>
          <w:sz w:val="20"/>
        </w:rPr>
        <w:t>18:37  achanak is mein ek cheez mil gayi ke unhon ne mere sath ek bohat bara kaam kiya tha jis ko main bhool gaya tha us ko. meri zindagi mein un ka ek ek ek role tha jis ko main bhool gaya tha.</w:t>
      </w:r>
      <w:r>
        <w:br/>
      </w:r>
      <w:r>
        <w:rPr>
          <w:sz w:val="20"/>
        </w:rPr>
        <w:t>18:54  to main ne kaha oh yeh to bara pre factor hai. jis ko main jis ke bare mein mere mind mein negative thought aa gaye hain woh to bara pre factor hai.</w:t>
      </w:r>
      <w:r>
        <w:br/>
      </w:r>
      <w:r>
        <w:rPr>
          <w:sz w:val="20"/>
        </w:rPr>
        <w:t>19:04  woh kaise hai main woh bhi bata doon aap ko. jo purane papers the us mein us mein yeh pata chala mujhe ke main dilli jo aya hoon to June 1967 mein aya hoon.</w:t>
      </w:r>
      <w:r>
        <w:br/>
      </w:r>
      <w:r>
        <w:rPr>
          <w:sz w:val="20"/>
        </w:rPr>
        <w:t>19:18  main is pe gaon mein rehta tha gaon mein. June 1967. is paper jo main ne khud likha tha woh bhool gaya tha main is se is mein tha yeh.</w:t>
      </w:r>
      <w:r>
        <w:br/>
      </w:r>
      <w:r>
        <w:rPr>
          <w:sz w:val="20"/>
        </w:rPr>
        <w:t>19:31  wahi mujhe yahan le aaye.</w:t>
      </w:r>
      <w:r>
        <w:br/>
      </w:r>
      <w:r>
        <w:rPr>
          <w:sz w:val="20"/>
        </w:rPr>
        <w:t>19:34  inhi ki wajah se main gaon se nikal kar dilli aya. to main socha ke agar main dilli na aata gaon mein rehta to main apne mission nahi chala sakta.</w:t>
      </w:r>
      <w:r>
        <w:br/>
      </w:r>
      <w:r>
        <w:rPr>
          <w:sz w:val="20"/>
        </w:rPr>
        <w:t>19:46  gaon se aap ki zawali mein koi mission nahi chala sakte. to main ne kaha oh yeh to bara pre factor hai. koi insaan hai jo main gaon se capital city mein le aaye.</w:t>
      </w:r>
      <w:r>
        <w:br/>
      </w:r>
      <w:r>
        <w:rPr>
          <w:sz w:val="20"/>
        </w:rPr>
        <w:t>20:00  to main arz karunga ke yeh jo main ne discovery meri jo hui ke love your enemy ka matlab save yourself.</w:t>
      </w:r>
      <w:r>
        <w:br/>
      </w:r>
      <w:r>
        <w:rPr>
          <w:sz w:val="20"/>
        </w:rPr>
        <w:t>20:11  to main toot toot kar toot toot kar apne andar se negative thought nikalta rehta hoon. shayad woh aakhri item ho ya aakhri item na ho jo abhi main ne discover kiya.</w:t>
      </w:r>
      <w:r>
        <w:br/>
      </w:r>
      <w:r>
        <w:rPr>
          <w:sz w:val="20"/>
        </w:rPr>
        <w:t>20:24  is tarah kitne sare item main ne toot toot kar nikale hain. aur jab bhi main koi baat aisi aa jati hai mere janne mein ek second bhi der nahi karta.</w:t>
      </w:r>
      <w:r>
        <w:br/>
      </w:r>
      <w:r>
        <w:rPr>
          <w:sz w:val="20"/>
        </w:rPr>
        <w:t>20:35  isi waqt main us ko nikal pher deta hoon.</w:t>
      </w:r>
    </w:p>
    <w:p>
      <w:pPr>
        <w:pStyle w:val="Heading2"/>
      </w:pPr>
      <w:r>
        <w:t>Ideal partner myth leads to divorce</w:t>
      </w:r>
    </w:p>
    <w:p>
      <w:r>
        <w:rPr>
          <w:color w:val="666666"/>
          <w:sz w:val="18"/>
        </w:rPr>
        <w:t>The Case of Present Day Muslims (In Conversation with Maulana) February 14, 2010 · 3m 14s · at 24:31 · https://youtu.be/Rw-5WYJKQtw?t=1471</w:t>
      </w:r>
    </w:p>
    <w:p>
      <w:r>
        <w:rPr>
          <w:i/>
        </w:rPr>
        <w:t>“I have written a book on this.”</w:t>
      </w:r>
    </w:p>
    <w:p>
      <w:r>
        <w:rPr>
          <w:sz w:val="20"/>
        </w:rPr>
        <w:t>24:31  dekhiye, main ne ek kitab likhi hai is par, us ko aap parh sakte hain. Ek hi reason hai, bas aur koi reason nahi hai.</w:t>
      </w:r>
      <w:r>
        <w:br/>
      </w:r>
      <w:r>
        <w:rPr>
          <w:sz w:val="20"/>
        </w:rPr>
        <w:t>24:41  do reason nahi hain. Youth age ka phenomena yeh hai. Youth age jo hai, romantic age hota hai. Har aadmi, har aadmi ka youth age romantic age hota hai.</w:t>
      </w:r>
      <w:r>
        <w:br/>
      </w:r>
      <w:r>
        <w:rPr>
          <w:sz w:val="20"/>
        </w:rPr>
        <w:t>24:56  mera bhi youth age romantic age tha. Allah taala ne mujhe bachaya is se. Main bhi isi daldal mein phansa hua tha. Is age mein har larki samajhti hai ke main ek ideal husband mujhe chahiye.</w:t>
      </w:r>
      <w:r>
        <w:br/>
      </w:r>
      <w:r>
        <w:rPr>
          <w:sz w:val="20"/>
        </w:rPr>
        <w:t>25:09  har larka chahta hai ke mujhe ek ideal wife chahiye. Aur yeh jo novel hain, yeh jo cinema hain, yeh sab batate hain ke aisa exist kar raha hai.</w:t>
      </w:r>
      <w:r>
        <w:br/>
      </w:r>
      <w:r>
        <w:rPr>
          <w:sz w:val="20"/>
        </w:rPr>
        <w:t>25:18  aisa yeh jhoota, yani false, un ko knowledge dete hain. False, aisa na koi ideal husband hai, na koi ideal wife hai, na koi ideal larki hai, na koi ideal larka hai.</w:t>
      </w:r>
      <w:r>
        <w:br/>
      </w:r>
      <w:r>
        <w:rPr>
          <w:sz w:val="20"/>
        </w:rPr>
        <w:t>25:30  lekin novel parh kar ke, movie dekh kar ke, aur TV dekh kar ke logon ke zehn mein consciously, unconsciously aata hai ke koi aisa ho sakta hai, koi aisi larki, aisa larka.</w:t>
      </w:r>
      <w:r>
        <w:br/>
      </w:r>
      <w:r>
        <w:rPr>
          <w:sz w:val="20"/>
        </w:rPr>
        <w:t>25:43  to woh love, ab love effort kisi se hua un ko, to is mein se oh mil gaya mujhe. Love effort jab hota hai to is mein se haan mil gaya mujhe, woh ideal pair mil gaya, lekin woh ideal pair tha hi nahi.</w:t>
      </w:r>
      <w:r>
        <w:br/>
      </w:r>
      <w:r>
        <w:rPr>
          <w:sz w:val="20"/>
        </w:rPr>
        <w:t>25:54  woh to jab real life mein ate hain, jab to pata chalta hai, oh yeh to real, yeh to ideal, ideal pair hai hi nahi. Yeh to woh mere mind mein jo basa hua tha, woh to hai hi nahi.</w:t>
      </w:r>
      <w:r>
        <w:br/>
      </w:r>
      <w:r>
        <w:rPr>
          <w:sz w:val="20"/>
        </w:rPr>
        <w:t>26:05  yeh to sare log isi mein mubtala hain. One to all, one to all sab mubtala hain, is mein bhi koi exception nahi hai.</w:t>
      </w:r>
      <w:r>
        <w:br/>
      </w:r>
      <w:r>
        <w:rPr>
          <w:sz w:val="20"/>
        </w:rPr>
        <w:t>26:17  is simple baat ko daryaft nahi kar kar sake ke ideal cannot be achieved. Koi larka ideal nahi, koi larki ideal nahi.</w:t>
      </w:r>
      <w:r>
        <w:br/>
      </w:r>
      <w:r>
        <w:rPr>
          <w:sz w:val="20"/>
        </w:rPr>
        <w:t>26:28  to yeh to bas aik mirage ka hai. mirage to aik adjustment karne ke liye hoti hai. bas to yeh to pehle janna chahiye hamein ke difference honge.</w:t>
      </w:r>
      <w:r>
        <w:br/>
      </w:r>
      <w:r>
        <w:rPr>
          <w:sz w:val="20"/>
        </w:rPr>
        <w:t>26:39  pehle janna chahiye ke woh less than ideal hoga. yeh shadi se pehle janna chahiye aap ko. nahi, koi batane wala nahi. yeh bhi meri discovery hai. yeh bhi meri discovery hai.</w:t>
      </w:r>
      <w:r>
        <w:br/>
      </w:r>
      <w:r>
        <w:rPr>
          <w:sz w:val="20"/>
        </w:rPr>
        <w:t>26:49  mein bata paya, but answer bhi nahi jata tha is ko. mujhe bhi aik se ziyada shadiyan karalin aur starting lock metro mein bhi nahi jate they.</w:t>
      </w:r>
      <w:r>
        <w:br/>
      </w:r>
      <w:r>
        <w:rPr>
          <w:sz w:val="20"/>
        </w:rPr>
        <w:t>26:58  unhone bhi shadi karali aik se ziyada. to koi janta nahi tha ke ideal husband aur ideal ideal wife ka koi wajood hi nahi hai.</w:t>
      </w:r>
      <w:r>
        <w:br/>
      </w:r>
      <w:r>
        <w:rPr>
          <w:sz w:val="20"/>
        </w:rPr>
        <w:t>27:08  koi to log jo jeete hain romances mein, novelain parhte hain, movie dekhte hain, tv dekhte hain, to yeh unconsciousy unke mind mein baith jata hai ke aisa koi hai.</w:t>
      </w:r>
      <w:r>
        <w:br/>
      </w:r>
      <w:r>
        <w:rPr>
          <w:sz w:val="20"/>
        </w:rPr>
        <w:t>27:20  aur jab woh late hain apne ghar mein, pata chalta hai ke nahi, yeh to woh hai nahi. to pehle se agar pata ho unko pehle se ke jo milega, woh less than ideal hi hoga, to khoob achhe tarike se unka guzara ho jaye.</w:t>
      </w:r>
      <w:r>
        <w:br/>
      </w:r>
      <w:r>
        <w:rPr>
          <w:sz w:val="20"/>
        </w:rPr>
        <w:t>27:33  khoob achhe se guzara ho jaye.</w:t>
      </w:r>
      <w:r>
        <w:br/>
      </w:r>
      <w:r>
        <w:rPr>
          <w:sz w:val="20"/>
        </w:rPr>
        <w:t>27:39  yeh basic baat yahi hai.</w:t>
      </w:r>
    </w:p>
    <w:p>
      <w:pPr>
        <w:pStyle w:val="Heading2"/>
      </w:pPr>
      <w:r>
        <w:t>Introduction to human history: tawheed and shirk</w:t>
      </w:r>
    </w:p>
    <w:p>
      <w:r>
        <w:rPr>
          <w:color w:val="666666"/>
          <w:sz w:val="18"/>
        </w:rPr>
        <w:t>Ancient Shirk or Modern Shirk February 1, 2008 Maulana Wahiduddin Khan · 3m 22s · at 1:00 · https://youtu.be/LB6iBYerQmw?t=60</w:t>
      </w:r>
    </w:p>
    <w:p>
      <w:r>
        <w:rPr>
          <w:i/>
        </w:rPr>
        <w:t>“Dekhiye, agar aap tareekh ki study karein”</w:t>
      </w:r>
    </w:p>
    <w:p>
      <w:r>
        <w:rPr>
          <w:sz w:val="20"/>
        </w:rPr>
        <w:t>1:00  dekhiye, agar aap tareekh ki study karen, insani samajh ki aur insani tareekh ki, to aap yeh paayenge ke insaan hamesha ek hi burai mein mubtala raha hai.</w:t>
      </w:r>
      <w:r>
        <w:br/>
      </w:r>
      <w:r>
        <w:rPr>
          <w:sz w:val="20"/>
        </w:rPr>
        <w:t>1:26  isi burai ko mazhab ki zabaan mein shirk kaha jaata hai. mazhab ki zabaan mein shirk.</w:t>
      </w:r>
      <w:r>
        <w:br/>
      </w:r>
      <w:r>
        <w:rPr>
          <w:sz w:val="20"/>
        </w:rPr>
        <w:t>1:37  shirk kya hai? aap insaan ki nature ko padhiye to aap paayenge ke insaan ke andar ek jazba bahut hi gehrai mein inculcate hai, bahut hi gehrai mein pevast hai.</w:t>
      </w:r>
      <w:r>
        <w:br/>
      </w:r>
      <w:r>
        <w:rPr>
          <w:sz w:val="20"/>
        </w:rPr>
        <w:t>1:55  woh kya hai? isko kahenge jazba tashakkur, yani gratitude. kisi se kuch mile to usko acknowledge karna, usko gratitude pesh karna,</w:t>
      </w:r>
      <w:r>
        <w:br/>
      </w:r>
      <w:r>
        <w:rPr>
          <w:sz w:val="20"/>
        </w:rPr>
        <w:t>2:13  uske dene ko, uski giving ko maanna. yeh jazba bahut hi zabardast tareeqe par insaan ke andar inter woven hai.</w:t>
      </w:r>
      <w:r>
        <w:br/>
      </w:r>
      <w:r>
        <w:rPr>
          <w:sz w:val="20"/>
        </w:rPr>
        <w:t>2:26  koi bhi aadmi is jazbe se apne aap ko khaali nahi kar sakta.</w:t>
      </w:r>
      <w:r>
        <w:br/>
      </w:r>
      <w:r>
        <w:rPr>
          <w:sz w:val="20"/>
        </w:rPr>
        <w:t>2:33  yani giver ke liye tashakkur ya gratitude ka jazba, yeh insaan ki nature mein is tarah se</w:t>
      </w:r>
      <w:r>
        <w:br/>
      </w:r>
      <w:r>
        <w:rPr>
          <w:sz w:val="20"/>
        </w:rPr>
        <w:t>2:44  inter woven hai ke isko aap nikaal hi nahi sakte.</w:t>
      </w:r>
      <w:r>
        <w:br/>
      </w:r>
      <w:r>
        <w:rPr>
          <w:sz w:val="20"/>
        </w:rPr>
        <w:t>2:50  jis tarah insaan ke andar se aap chahen ke pyaas ko nikaal dein, bhookh ko nikaal dein, to aap aisa nahi kar sakte. isi tarah se yeh jazba bhi, jis ko hum urdu mein tashakkur kehte hain, english mein gratitude kaha jaata hai,</w:t>
      </w:r>
      <w:r>
        <w:br/>
      </w:r>
      <w:r>
        <w:rPr>
          <w:sz w:val="20"/>
        </w:rPr>
        <w:t>3:08  isko bhi aap insaan ke nature se nikaal nahi sakte.</w:t>
      </w:r>
      <w:r>
        <w:br/>
      </w:r>
      <w:r>
        <w:rPr>
          <w:sz w:val="20"/>
        </w:rPr>
        <w:t>3:16  to sach poochhiye to saari history, poori human history, do shabdon mein bati hui hai: tauheed aur shirk.</w:t>
      </w:r>
      <w:r>
        <w:br/>
      </w:r>
      <w:r>
        <w:rPr>
          <w:sz w:val="20"/>
        </w:rPr>
        <w:t>3:32  do shabdon mein. tauheed ka matlab kya hai?</w:t>
      </w:r>
      <w:r>
        <w:br/>
      </w:r>
      <w:r>
        <w:rPr>
          <w:sz w:val="20"/>
        </w:rPr>
        <w:t>3:37  tauheed yeh hai ke aap Khuda ko acknowledge karen, ya creator ko acknowledge karen, ya khaliq ko acknowledge karen.</w:t>
      </w:r>
      <w:r>
        <w:br/>
      </w:r>
      <w:r>
        <w:rPr>
          <w:sz w:val="20"/>
        </w:rPr>
        <w:t>3:48  aur shirk kya hai? other than God. other than God kaun hai? creature hai, makhlooq hai, paida ki hui cheezein hain.</w:t>
      </w:r>
      <w:r>
        <w:br/>
      </w:r>
      <w:r>
        <w:rPr>
          <w:sz w:val="20"/>
        </w:rPr>
        <w:t>3:58  isko aap acknowledge karen.</w:t>
      </w:r>
      <w:r>
        <w:br/>
      </w:r>
      <w:r>
        <w:rPr>
          <w:sz w:val="20"/>
        </w:rPr>
        <w:t>4:03  to khaliq ko ya creator ko apna gratitude pesh karna, yeh tauheed hai. aur creature ko ya makhlooqat ko apna gratitude pesh karna, yeh shirk hai.</w:t>
      </w:r>
    </w:p>
    <w:p>
      <w:pPr>
        <w:pStyle w:val="Heading2"/>
      </w:pPr>
      <w:r>
        <w:t>Handling negativity and patience in relationships</w:t>
      </w:r>
    </w:p>
    <w:p>
      <w:r>
        <w:rPr>
          <w:color w:val="666666"/>
          <w:sz w:val="18"/>
        </w:rPr>
        <w:t>Ramadan Q and A Session with Prof. Farida Khanam 27th March' 2022 · 4m 06s · at 31:17 · https://youtu.be/M_pJVGZWKIM?t=1877</w:t>
      </w:r>
    </w:p>
    <w:p>
      <w:r>
        <w:rPr>
          <w:i/>
        </w:rPr>
        <w:t>“Jab hurt feeling hoti hai to hum samajhte hain”</w:t>
      </w:r>
    </w:p>
    <w:p>
      <w:r>
        <w:rPr>
          <w:sz w:val="20"/>
        </w:rPr>
        <w:t>31:17  aur koi ladies hai jo question puchna chahti hain? aap ab mera ek sawal hai aapne abhi kaha ki misuse of freedom har insan koi misuse karta hai, koi use karta hai apne freedom ko aur jaayaz tarike se usko attain karta hai. to mera yeh sawal hai ki kabhi hum kisi se interaction karte hain aur woh apna misuse karke freedom hamein kuch baat aisi keh deta hai jise hamein bahut hurt feeling hoti hai.</w:t>
      </w:r>
      <w:r>
        <w:br/>
      </w:r>
      <w:r>
        <w:rPr>
          <w:sz w:val="20"/>
        </w:rPr>
        <w:t>31:47  jab hurt feeling hoti hai to hum samajh rahe ki woh insan galat hai aur usne yeh galat baat kahi hai. to I will try to avoid that person in further interaction. to yeh kya meri negativity hai?</w:t>
      </w:r>
      <w:r>
        <w:br/>
      </w:r>
      <w:r>
        <w:rPr>
          <w:sz w:val="20"/>
        </w:rPr>
        <w:t>32:03  kya main isko negativity khane mein ki main us uske towards us person ke towards main negative ho gayi hoon aur kabhi kabhi yeh to ek aspect hua question ka mera pa aur maine kai bar ek quotes padha hai ki you should forgive that person. This is the second aspect of my question. Forgive that person. to forgiveness manne ki main kar de rahi hoon unko But how my forgiveness change that person?</w:t>
      </w:r>
      <w:r>
        <w:br/>
      </w:r>
      <w:r>
        <w:rPr>
          <w:sz w:val="20"/>
        </w:rPr>
        <w:t>32:30  Because each time when you interact with that person it will be the same episode repeated again and again. So what is the best way to handle these kind of situations? lekin negativity itni zyada kharab hai ki Hazrat Yunus allam ne samjha ki unki qaum ab iman nahi layegi. unhone unko chhod diya.</w:t>
      </w:r>
      <w:r>
        <w:br/>
      </w:r>
      <w:r>
        <w:rPr>
          <w:sz w:val="20"/>
        </w:rPr>
        <w:t>32:53  to kya hua unko machhli ne nikal liya unko machhli ke pet mein chale gaye to phir uske baad unko kuch lamba kahani hai uske baad unko realize ho gaya ki unhone galti ki hai dobara us qaum ke paas gaye. to aap jante hain dobara jab us qaum ke paas gaye to woh qaum unka intezar kar rahi thi. itna buzurg aadmi itna achha aadmi tha. hum logon ne uski baat nahi maani to woh chala gaya wapas.</w:t>
      </w:r>
      <w:r>
        <w:br/>
      </w:r>
      <w:r>
        <w:rPr>
          <w:sz w:val="20"/>
        </w:rPr>
        <w:t>33:21  intezar kar rahi thi jab woh wapas gaye na to sabne unke deen ko qubool kar liya. to ek yeh misal hai aur ek Tufail apna Amr Addosi ki misal hai. woh gaye apne qaum mein aur wahan unhone Islam ka paigham diya woh kisi ne mana nahi to woh aaye Rasool Allah sallam ke paas aur kaha ki aap jo hai dua baddua kariye to aapne kaha Allah kya tha kaha do? Allahumma de dost.</w:t>
      </w:r>
      <w:r>
        <w:br/>
      </w:r>
      <w:r>
        <w:rPr>
          <w:sz w:val="20"/>
        </w:rPr>
        <w:t>33:50  Allahumma de dost. Allah Allah dost qabile ko hidayat de. Allahumma de dost to phir uske baad woh gaye aur sara dost qabila gaye unke usmein fold mein aa gaya.</w:t>
      </w:r>
      <w:r>
        <w:br/>
      </w:r>
      <w:r>
        <w:rPr>
          <w:sz w:val="20"/>
        </w:rPr>
        <w:t>34:09  toh yeh dekhiye yeh murana sahab kehte the ki insaan ke andar bahut zyada jo hai na woh</w:t>
      </w:r>
      <w:r>
        <w:br/>
      </w:r>
      <w:r>
        <w:rPr>
          <w:sz w:val="20"/>
        </w:rPr>
        <w:t>34:15  conscience hai lekin woh dormant state mein hota hai toh aapke achha ravaiya jo hai woh woh ek</w:t>
      </w:r>
      <w:r>
        <w:br/>
      </w:r>
      <w:r>
        <w:rPr>
          <w:sz w:val="20"/>
        </w:rPr>
        <w:t>34:22  waqt sochne par majboor ho jayega ki dekho humne isko hurt kiya tha aur yeh phir bhi hamare</w:t>
      </w:r>
      <w:r>
        <w:br/>
      </w:r>
      <w:r>
        <w:rPr>
          <w:sz w:val="20"/>
        </w:rPr>
        <w:t>34:29  liye nihdayat chah rahe hain to usko dobara uska conscience ko awaken aap jab bhi kar sakti hain</w:t>
      </w:r>
      <w:r>
        <w:br/>
      </w:r>
      <w:r>
        <w:rPr>
          <w:sz w:val="20"/>
        </w:rPr>
        <w:t>34:36  jab aap negative na ho to negativity to aapko rehni hi nahi hai aap to khuda ke liye</w:t>
      </w:r>
      <w:r>
        <w:br/>
      </w:r>
      <w:r>
        <w:rPr>
          <w:sz w:val="20"/>
        </w:rPr>
        <w:t>34:43  kaam kar rahe hain aur aapne aapne jo effort ki hai uska aapko jawab milega agar aap negative</w:t>
      </w:r>
      <w:r>
        <w:br/>
      </w:r>
      <w:r>
        <w:rPr>
          <w:sz w:val="20"/>
        </w:rPr>
        <w:t>34:50  rahengi to aapko jawab bhi nahi milega aur koi faida bhi nahi hoga to aap negativity bilkul khatm kar dijiye.</w:t>
      </w:r>
      <w:r>
        <w:br/>
      </w:r>
      <w:r>
        <w:rPr>
          <w:sz w:val="20"/>
        </w:rPr>
        <w:t>34:57  aap usko bar bar bar bar us us par kaam kariye ho sakta hai ki koi na koi waqt aaye jab usko baat samajh mein aa jaye. Thank you, Appa. Romawani wants to ask question and there is another doctor Safina also would like to ask question. Please go ahead. Assalamualikum ko once again.</w:t>
      </w:r>
      <w:r>
        <w:br/>
      </w:r>
      <w:r>
        <w:rPr>
          <w:sz w:val="20"/>
        </w:rPr>
        <w:t>35:23  Appa mera will power bahut weak ho gaya hai. to aisi koi ayat ya koi kuch hai jisko main padhoon ya koi aisi practice practically karoon jisse main matlab jante hue jo karti hoon woh na karoon. sahi hai. woh agar apne zamane mein bolte hain. dua hai Rabbi yassir, wala tu assir.</w:t>
      </w:r>
    </w:p>
    <w:p>
      <w:pPr>
        <w:pStyle w:val="Heading2"/>
      </w:pPr>
      <w:r>
        <w:t>Companion who learned the whole faith from one verse</w:t>
      </w:r>
    </w:p>
    <w:p>
      <w:r>
        <w:rPr>
          <w:color w:val="666666"/>
          <w:sz w:val="18"/>
        </w:rPr>
        <w:t>Lessons from The Quran And Hadith · 4m 47s · at 8:48 · https://youtu.be/fBflSQEPstg?t=528</w:t>
      </w:r>
    </w:p>
    <w:p>
      <w:r>
        <w:rPr>
          <w:i/>
        </w:rPr>
        <w:t>“Ek hadith mein aaya: ek shakhs Islam laya, phir ghayab ho gaya.”</w:t>
      </w:r>
    </w:p>
    <w:p>
      <w:r>
        <w:rPr>
          <w:sz w:val="20"/>
        </w:rPr>
        <w:t>8:48  main ne hadith mein ek waqia padha. rasool Allah salallahu alaihi wasallam ke paas ek aadmi aaya. us ne Islam qubool kiya.</w:t>
      </w:r>
      <w:r>
        <w:br/>
      </w:r>
      <w:r>
        <w:rPr>
          <w:sz w:val="20"/>
        </w:rPr>
        <w:t>8:59  to aap ka tareeqa yeh tha ke jab koi Islam qubool karta to aap us ki training ke liye, us ki tarbiyat ke liye, us ko kisi sahabi, kisi senior sahabi ke paas kar dete the.</w:t>
      </w:r>
      <w:r>
        <w:br/>
      </w:r>
      <w:r>
        <w:rPr>
          <w:sz w:val="20"/>
        </w:rPr>
        <w:t>9:11  yeh madine ka waqia hai.</w:t>
      </w:r>
      <w:r>
        <w:br/>
      </w:r>
      <w:r>
        <w:rPr>
          <w:sz w:val="20"/>
        </w:rPr>
        <w:t>9:16  wahan log rozana masjid mein milte the. to chand din ke baad aap ne dekha ke woh aadmi dikhai nahi de raha hai masjid mein.</w:t>
      </w:r>
      <w:r>
        <w:br/>
      </w:r>
      <w:r>
        <w:rPr>
          <w:sz w:val="20"/>
        </w:rPr>
        <w:t>9:26  to aap ne Hazrat Ali se poocha ke woh aadmi kahan gaya? to unhone kaha ke mujhe bhi nahi maloom. mujh se bataya nahi.</w:t>
      </w:r>
      <w:r>
        <w:br/>
      </w:r>
      <w:r>
        <w:rPr>
          <w:sz w:val="20"/>
        </w:rPr>
        <w:t>9:36  aur khud se kahin chala gaya woh. to aap ne farmaya ke jis aadmi ko woh mile to woh us ko mere paas laye.</w:t>
      </w:r>
      <w:r>
        <w:br/>
      </w:r>
      <w:r>
        <w:rPr>
          <w:sz w:val="20"/>
        </w:rPr>
        <w:t>9:48  to khair, kisi ko mil gaya woh aadmi. phir woh le aaya.</w:t>
      </w:r>
      <w:r>
        <w:br/>
      </w:r>
      <w:r>
        <w:rPr>
          <w:sz w:val="20"/>
        </w:rPr>
        <w:t>9:53  aap ne poocha ke tum</w:t>
      </w:r>
      <w:r>
        <w:br/>
      </w:r>
      <w:r>
        <w:rPr>
          <w:sz w:val="20"/>
        </w:rPr>
        <w:t>10:00  kyun chale gaye? to us ne kaha ke aap ne kaha tha ke deen seekho. to main ne seekh liya. jab main ne seekh liya to main chala gaya.</w:t>
      </w:r>
      <w:r>
        <w:br/>
      </w:r>
      <w:r>
        <w:rPr>
          <w:sz w:val="20"/>
        </w:rPr>
        <w:t>10:14  to aap ne poocha ke tum ne kaise seekh liya?</w:t>
      </w:r>
      <w:r>
        <w:br/>
      </w:r>
      <w:r>
        <w:rPr>
          <w:sz w:val="20"/>
        </w:rPr>
        <w:t>10:19  to us ne para Am ki yeh surah padhi. yeh bataya unhone mujhe. is surah mein mujhe sara deen mil gaya.</w:t>
      </w:r>
      <w:r>
        <w:br/>
      </w:r>
      <w:r>
        <w:rPr>
          <w:sz w:val="20"/>
        </w:rPr>
        <w:t>10:32  fa man ya'mal mithqala dharratin khayr</w:t>
      </w:r>
      <w:r>
        <w:br/>
      </w:r>
      <w:r>
        <w:rPr>
          <w:sz w:val="20"/>
        </w:rPr>
        <w:t>10:38  yeh tukda hai ke jis ne ek zarre ke barabar bhi koi neki ki hai to woh qayamat mein us ko pa lega.</w:t>
      </w:r>
      <w:r>
        <w:br/>
      </w:r>
      <w:r>
        <w:rPr>
          <w:sz w:val="20"/>
        </w:rPr>
        <w:t>10:51  us ka inaam pa lega. aur jis ne zarre ke barabar bhi burai ki hai to us ka badla us ko mil jayega akhirat mein.</w:t>
      </w:r>
      <w:r>
        <w:br/>
      </w:r>
      <w:r>
        <w:rPr>
          <w:sz w:val="20"/>
        </w:rPr>
        <w:t>11:01  to us ne kaha ke is ayat mein mujhe sab deen mil gaya. kyunke aap dekhiye ke jis aadmi ki fitrat zinda ho, jis ka zamir mar na gaya ho, to andar ka jo conscience hai, zamir hai, woh batata rehta hai.</w:t>
      </w:r>
      <w:r>
        <w:br/>
      </w:r>
      <w:r>
        <w:rPr>
          <w:sz w:val="20"/>
        </w:rPr>
        <w:t>11:19  isi liye aata hai ke khud ma safa da ma qadra jo tumhare zamir ko theek lage woh karo aur jo zamir mein khatka hai us ko na karo.</w:t>
      </w:r>
      <w:r>
        <w:br/>
      </w:r>
      <w:r>
        <w:rPr>
          <w:sz w:val="20"/>
        </w:rPr>
        <w:t>11:30  to us ne, us ne kaha ke ab main kya karta hoon? har cheez ko main fitrat par tolta rehta hoon. zamir ke hisab se dekhta rehta hoon.</w:t>
      </w:r>
      <w:r>
        <w:br/>
      </w:r>
      <w:r>
        <w:rPr>
          <w:sz w:val="20"/>
        </w:rPr>
        <w:t>11:41  jab lagta hai fitrat ki awaaz jab bolti hai ke hum yeh kaam to theek nahi hai, us ko chhod deta hoon. jab fitrat ki awaaz kehti hai ke yeh kaam theek hai to us ko karta hoon.</w:t>
      </w:r>
      <w:r>
        <w:br/>
      </w:r>
      <w:r>
        <w:rPr>
          <w:sz w:val="20"/>
        </w:rPr>
        <w:t>11:54  to aap ne farmaya ke is ne apne deen ko pa liya.</w:t>
      </w:r>
      <w:r>
        <w:br/>
      </w:r>
      <w:r>
        <w:rPr>
          <w:sz w:val="20"/>
        </w:rPr>
        <w:t>11:58  to dekhiye, aadmi ke andar agar,</w:t>
      </w:r>
      <w:r>
        <w:br/>
      </w:r>
      <w:r>
        <w:rPr>
          <w:sz w:val="20"/>
        </w:rPr>
        <w:t>12:04  aadmi ke andar agar sacha ehsaas jaag uthe, talash jaag uthe, paane ki spirit jaag uthe to ek surah, ek aayat is ki hidayat ke liye kafi ho jati hai.</w:t>
      </w:r>
      <w:r>
        <w:br/>
      </w:r>
      <w:r>
        <w:rPr>
          <w:sz w:val="20"/>
        </w:rPr>
        <w:t>12:25  kyun ke sachi baat yeh hai ke sachaiyan hamare dil ke andar rakhi hui hain. bul huwa aayat bayyinaat fi sudoor al-laheena al-ilm quran mein jin sachaiyon ko bayan kiya gaya hai woh insaan ke andar pevast hain.</w:t>
      </w:r>
      <w:r>
        <w:br/>
      </w:r>
      <w:r>
        <w:rPr>
          <w:sz w:val="20"/>
        </w:rPr>
        <w:t>12:45  har insaan ke andar. quran mein hai ke fa'allamaha fujooraha wa taqwaha</w:t>
      </w:r>
      <w:r>
        <w:br/>
      </w:r>
      <w:r>
        <w:rPr>
          <w:sz w:val="20"/>
        </w:rPr>
        <w:t>12:52  burai bhi khuda ne bata di hai insaan ki fitrat ko aur bhalai bhi bata di hai insaan ki fitrat ko.</w:t>
      </w:r>
      <w:r>
        <w:br/>
      </w:r>
      <w:r>
        <w:rPr>
          <w:sz w:val="20"/>
        </w:rPr>
        <w:t>13:01  to sachi baat yeh hai ke ghair shaoori taur par hum ko sab kuch bata diya gaya hai. ab hum is ghair shaoor ko shaoor mein late hain. in conscious ko conscious mein late hain.</w:t>
      </w:r>
      <w:r>
        <w:br/>
      </w:r>
      <w:r>
        <w:rPr>
          <w:sz w:val="20"/>
        </w:rPr>
        <w:t>13:13  yahi discovery hai.</w:t>
      </w:r>
      <w:r>
        <w:br/>
      </w:r>
      <w:r>
        <w:rPr>
          <w:sz w:val="20"/>
        </w:rPr>
        <w:t>13:16  to is aadmi ki fitrat zinda thi. woh sanjeeda tha. woh tayyar tha sachai ko paane ke liye.</w:t>
      </w:r>
      <w:r>
        <w:br/>
      </w:r>
      <w:r>
        <w:rPr>
          <w:sz w:val="20"/>
        </w:rPr>
        <w:t>13:25  to is ke liye ek surah hi, quran ki ek surah is ki hidayat ke liye kafi ho gayi.</w:t>
      </w:r>
      <w:r>
        <w:br/>
      </w:r>
      <w:r>
        <w:rPr>
          <w:sz w:val="20"/>
        </w:rPr>
        <w:t>13:36  dekhiye, main october, aap jante hain ke kashmir mein october 1989 mein militancy shuru hui.</w:t>
      </w:r>
    </w:p>
    <w:p>
      <w:pPr>
        <w:pStyle w:val="Heading2"/>
      </w:pPr>
      <w:r>
        <w:t>Everything is a process: tests, seeds, trees, and patience through hardship</w:t>
      </w:r>
    </w:p>
    <w:p>
      <w:r>
        <w:rPr>
          <w:color w:val="666666"/>
          <w:sz w:val="18"/>
        </w:rPr>
        <w:t>CPS Women Article Discussion 17 February 5, 2023 · 5m 55s · at 27:41 · https://youtu.be/YwT3btklNZk?t=1661</w:t>
      </w:r>
    </w:p>
    <w:p>
      <w:r>
        <w:rPr>
          <w:i/>
        </w:rPr>
        <w:t>“कुरान में है कि हमने इब्राहीम को जांचा, टेस्ट लिया — तभी उन्हें इमाम बनाया”</w:t>
      </w:r>
    </w:p>
    <w:p>
      <w:r>
        <w:rPr>
          <w:sz w:val="20"/>
        </w:rPr>
        <w:t>27:41  yeh wakai ek process hai ki jab quran mein hai na ki humne ibrahim ko jaancha test liya kuch cheezon mein. jab woh usmein pure utre tab humne yaani huda ne unko imam banaya. yaani bagambar ka bhi test hota hai, aisi tarah se insaan ka bhi test hota hai. bagair test kiye bagair jaanche huda nahi chhodega. to yeh bahut accha hai. to yeh ek process chal raha hai.</w:t>
      </w:r>
      <w:r>
        <w:br/>
      </w:r>
      <w:r>
        <w:rPr>
          <w:sz w:val="20"/>
        </w:rPr>
        <w:t>28:09  hum usko samjhenge hi hamara test chal raha hai aur phir uske mutabik hum ab usi ki tarah, us tarah sabr sabr karke allah ki tarah mazur hai. haan doctor safed na? main bhi kuch kehna cha rahi thi aap aap. ji. inki baat se mujhe yaad aaya ki jaise inhone bataya ki har cheez gradually hoti hai ek process ke tehat.</w:t>
      </w:r>
      <w:r>
        <w:br/>
      </w:r>
      <w:r>
        <w:rPr>
          <w:sz w:val="20"/>
        </w:rPr>
        <w:t>28:30  to mujhe molana sahab ki ek baat yaad aayi ki unhone ek ped ko jab unhone dekha ki woh ped mar gaya, khatm ho gaya tab woh jaan paaye ki fitrat ke qanoon ke saath hi kamyabi hai poori tarah se.</w:t>
      </w:r>
      <w:r>
        <w:br/>
      </w:r>
      <w:r>
        <w:rPr>
          <w:sz w:val="20"/>
        </w:rPr>
        <w:t>28:58  aap aap usko aur thoda sa bataiye.</w:t>
      </w:r>
      <w:r>
        <w:br/>
      </w:r>
      <w:r>
        <w:rPr>
          <w:sz w:val="20"/>
        </w:rPr>
        <w:t>29:05  aapne thunk se yaad nahi aa raha.</w:t>
      </w:r>
      <w:r>
        <w:br/>
      </w:r>
      <w:r>
        <w:rPr>
          <w:sz w:val="20"/>
        </w:rPr>
        <w:t>29:12  to usko Maulana sahab ne likha na ki ek beej jo hai beach ka bhi process hai usko</w:t>
      </w:r>
      <w:r>
        <w:br/>
      </w:r>
      <w:r>
        <w:rPr>
          <w:sz w:val="20"/>
        </w:rPr>
        <w:t>29:19  aise kaise likha hai ki matlab ek beej dala jata hai woh dheere dheere phir grow karta hai</w:t>
      </w:r>
      <w:r>
        <w:br/>
      </w:r>
      <w:r>
        <w:rPr>
          <w:sz w:val="20"/>
        </w:rPr>
        <w:t>29:26  phir woh darkht banta hai.</w:t>
      </w:r>
      <w:r>
        <w:br/>
      </w:r>
      <w:r>
        <w:rPr>
          <w:sz w:val="20"/>
        </w:rPr>
        <w:t>29:34  to ek bahut hi matlab ek aisa poora bahut poore saare log saari gaaynath usme jutti hai tab phir jaakar jo hai ek besha hota hai ek ek ped banta hai. to mujhe bhi clear se yaad nahi hai lekin yeh bahut bhi achha unka tha aur bhi unhone us jagah kai jagah uske baare mein likha hai.</w:t>
      </w:r>
      <w:r>
        <w:br/>
      </w:r>
      <w:r>
        <w:rPr>
          <w:sz w:val="20"/>
        </w:rPr>
        <w:t>30:01  matlab uski ped ke ke jo unhone nikalwaya tha ped uske mutabik unhone kai jagah likha hai. kai cheez likhi hai. aur koi apni learning bataya bataya hai na? matlab woh bata rahe the ki beej beej ka dard banna koi koi incident nahi hai koi tafaqi baat nahi hai.</w:t>
      </w:r>
      <w:r>
        <w:br/>
      </w:r>
      <w:r>
        <w:rPr>
          <w:sz w:val="20"/>
        </w:rPr>
        <w:t>30:25  isi tarah ek shakhs ka kamyab hona bhi hai koi tafaqi baat nahi hai jo ek lineen bhi likhi hai usme ki matlab ek shakhs aise hi nahi kamyab haan haan haan. hum log apni life mein hamesha aapko rakhte hain jaise jaada aaya to hum sardi ka intezar karte hain. hum jaade ke baad garmi ka sabr karte hain kya saalon? aur sardi mein garmi ka intezar hota hai. to yeh mujhe lagta hai ki hum sabki shuru se training allah taala ne sabr ke liye hi ki hai.</w:t>
      </w:r>
      <w:r>
        <w:br/>
      </w:r>
      <w:r>
        <w:rPr>
          <w:sz w:val="20"/>
        </w:rPr>
        <w:t>30:54  bas magar insaan jaldbaaz hai bas aur wali baat hai. bilkul. hamari fatrah mein hai jaldbaazi. isliye hum gadbad kar dete hain. bilkul. gaaynath mein sab cheez se nishal dekar bahut achhe se yeh cheez samajh aati hai ki gaaynath ko dekar ki aise hi koi tafaak se nahi hoti. aise hi insaan ki bhi koi kamyab tabhi hota hai, koi tafaqi baat nahi hai.</w:t>
      </w:r>
      <w:r>
        <w:br/>
      </w:r>
      <w:r>
        <w:rPr>
          <w:sz w:val="20"/>
        </w:rPr>
        <w:t>31:20  koi usoolon ki pabandi ke baad hi koi insaan kamyab ho sakta hai aur koi aaj to bahut</w:t>
      </w:r>
      <w:r>
        <w:br/>
      </w:r>
      <w:r>
        <w:rPr>
          <w:sz w:val="20"/>
        </w:rPr>
        <w:t>31:37  kam log hain to Safiya, Safiya aap kuch bataengi?</w:t>
      </w:r>
      <w:r>
        <w:br/>
      </w:r>
      <w:r>
        <w:rPr>
          <w:sz w:val="20"/>
        </w:rPr>
        <w:t>31:54  doctor sana nahi hai aaj? nahi, aaj woh book fair hai ab kolkata mein. achha achha. aur ek baat meri taraf se add karni chahti hoon. haan bataiye. woh din raat mein bhi patients ka ek example hai. woh din din hoti hai, raat hoti hai.</w:t>
      </w:r>
      <w:r>
        <w:br/>
      </w:r>
      <w:r>
        <w:rPr>
          <w:sz w:val="20"/>
        </w:rPr>
        <w:t>32:20  wahi woh bhi ek process hai ki suraj kabhi impressions hote nahi hain begi begi aane ka. woh bhi ek process hai. woh bhi usi tarah night bhi ek process ke zariye se hoti hai. to molana sab aisi bolti hai ki darkness se daro mat. to be patient because sunrise will will come to you. to sunrise aane wali hai.</w:t>
      </w:r>
      <w:r>
        <w:br/>
      </w:r>
      <w:r>
        <w:rPr>
          <w:sz w:val="20"/>
        </w:rPr>
        <w:t>32:49  aap intezar mein raho. to hamein raat poora jaakar hamari health ko kharab karne ka kuch matlab issue nahi hai kyunki subah aane wali hai. to agar hum patience hone se hamare achhe din bhi aayega. yeh laugh nature hai. hamesha ke liye darkness nahi rehti hai. ujala bhi aati hai.</w:t>
      </w:r>
      <w:r>
        <w:br/>
      </w:r>
      <w:r>
        <w:rPr>
          <w:sz w:val="20"/>
        </w:rPr>
        <w:t>33:12  waisa hi zindagi mein kabhi kabhi mushkilat aane se unexpected situations aane bhi hum patient ke saath lene ki zarurat hai. yeh jo time hai woh nikalne wali hai. woh hamesha ka hamesha ke liye nahi rehti hai. this time we'll pass. to hum yeh sochni chahiye aur ujale ke liye, life ke liye intezar karni chahiye.</w:t>
      </w:r>
      <w:r>
        <w:br/>
      </w:r>
      <w:r>
        <w:rPr>
          <w:sz w:val="20"/>
        </w:rPr>
        <w:t>33:36  woh bhi sochkar to kuda par bharosa rakhkar, sochkar, nai planning karke, nai opportunities ko avail karke hum wait karni chahiye. tabhi woh ujala humko achha lagegi. to ujala aayegi lekin woh ujala ujala kab achha rahegi? hum patients ke saath wait karne se hi achha rahegi. hi hai.</w:t>
      </w:r>
    </w:p>
    <w:p>
      <w:pPr>
        <w:pStyle w:val="Heading2"/>
      </w:pPr>
      <w:r>
        <w:t>Maulana's humility and CPS mission culture</w:t>
      </w:r>
    </w:p>
    <w:p>
      <w:r>
        <w:rPr>
          <w:color w:val="666666"/>
          <w:sz w:val="18"/>
        </w:rPr>
        <w:t>CPS Mission · 4m 37s · at 7:25 · https://youtu.be/Ial-p18iypI?t=445</w:t>
      </w:r>
    </w:p>
    <w:p>
      <w:r>
        <w:rPr>
          <w:i/>
        </w:rPr>
        <w:t>“Let me relate the modesty of Maulana sahib.”</w:t>
      </w:r>
    </w:p>
    <w:p>
      <w:r>
        <w:rPr>
          <w:sz w:val="20"/>
        </w:rPr>
        <w:t>7:25  . Let me relate to you the modesty of the man of this mission, Maulana Sahib. The recipient of several prominent national and international awards.</w:t>
      </w:r>
      <w:r>
        <w:br/>
      </w:r>
      <w:r>
        <w:rPr>
          <w:sz w:val="20"/>
        </w:rPr>
        <w:t>7:38  non is Islam's ambassador to the world. Wide traveled. Recognized by the secular world as a spiritual master.</w:t>
      </w:r>
      <w:r>
        <w:br/>
      </w:r>
      <w:r>
        <w:rPr>
          <w:sz w:val="20"/>
        </w:rPr>
        <w:t>7:48  the recipient of the latest Padma Vibhushan, the second highest civilian award conferred by the Government of India in January 2021.</w:t>
      </w:r>
      <w:r>
        <w:br/>
      </w:r>
      <w:r>
        <w:rPr>
          <w:sz w:val="20"/>
        </w:rPr>
        <w:t>7:58  When a scholar of such stature calls me in connection with the Spirit of Islam magazine which is published from our Bangalore center, he first inquires, do you have time to speak to me?</w:t>
      </w:r>
      <w:r>
        <w:br/>
      </w:r>
      <w:r>
        <w:rPr>
          <w:sz w:val="20"/>
        </w:rPr>
        <w:t>8:13  my God, me an ordinary member of this mission</w:t>
      </w:r>
      <w:r>
        <w:br/>
      </w:r>
      <w:r>
        <w:rPr>
          <w:sz w:val="20"/>
        </w:rPr>
        <w:t>8:17  , and Maulana Sahib his such regard for my time. This modesty can stamp only from a truly enlightened soul.</w:t>
      </w:r>
      <w:r>
        <w:br/>
      </w:r>
      <w:r>
        <w:rPr>
          <w:sz w:val="20"/>
        </w:rPr>
        <w:t>8:28  at times, Maulana Sahib was discussing mission project, and if he gave any opinion, he was listening to us with utmost care and importance</w:t>
      </w:r>
      <w:r>
        <w:br/>
      </w:r>
      <w:r>
        <w:rPr>
          <w:sz w:val="20"/>
        </w:rPr>
        <w:t>8:42  . with an intention of not disturbing Maulana Sahib, I would not call him on the phone. Once Maulana Sahib remarked, saying, don't you want my teachings?</w:t>
      </w:r>
      <w:r>
        <w:br/>
      </w:r>
      <w:r>
        <w:rPr>
          <w:sz w:val="20"/>
        </w:rPr>
        <w:t>8:53  I answer them, saying, Maulana Sahib, day and night, I am reading your articles to put them together in the Spirit of Islam magazine.</w:t>
      </w:r>
      <w:r>
        <w:br/>
      </w:r>
      <w:r>
        <w:rPr>
          <w:sz w:val="20"/>
        </w:rPr>
        <w:t>9:03  de ar da tichings far mi. Maulana sahib immediately said, I was wrong in the most humble tone and called upon God's blessings for me.</w:t>
      </w:r>
      <w:r>
        <w:br/>
      </w:r>
      <w:r>
        <w:rPr>
          <w:sz w:val="20"/>
        </w:rPr>
        <w:t>9:15  To understand this humility, we need a comparison. For, it is in comparison that we understand.</w:t>
      </w:r>
      <w:r>
        <w:br/>
      </w:r>
      <w:r>
        <w:rPr>
          <w:sz w:val="20"/>
        </w:rPr>
        <w:t>9:23  This happened during my Hajj pilgrimage. In a group, there was a scholar, and I had carried translations of the Quran books and copies of dua or supplications to share it with the people in a group</w:t>
      </w:r>
      <w:r>
        <w:br/>
      </w:r>
      <w:r>
        <w:rPr>
          <w:sz w:val="20"/>
        </w:rPr>
        <w:t>9:39  . At one point of time, I was distributing copies of a dua to the group, and the scholar happened to be seated with them.</w:t>
      </w:r>
      <w:r>
        <w:br/>
      </w:r>
      <w:r>
        <w:rPr>
          <w:sz w:val="20"/>
        </w:rPr>
        <w:t>9:48  So, following the rules of good manners, I handed him a copy. Well, others thanked me, the scholar got offended and asked me in an angry tone the reason for giving it to him.</w:t>
      </w:r>
      <w:r>
        <w:br/>
      </w:r>
      <w:r>
        <w:rPr>
          <w:sz w:val="20"/>
        </w:rPr>
        <w:t>10:02  ai ansard ham, sing, hazrat, hazrat is a title of respect which we use. said, hazrat, to seek your approval to know if I am giving the right thing to others.</w:t>
      </w:r>
      <w:r>
        <w:br/>
      </w:r>
      <w:r>
        <w:rPr>
          <w:sz w:val="20"/>
        </w:rPr>
        <w:t>10:14  he read it and returned it to me, saying, okay, you may give it. And throughout the pilgrimage, he stayed away from all of us.</w:t>
      </w:r>
      <w:r>
        <w:br/>
      </w:r>
      <w:r>
        <w:rPr>
          <w:sz w:val="20"/>
        </w:rPr>
        <w:t>10:27  there is no hierarchy in our mission</w:t>
      </w:r>
      <w:r>
        <w:br/>
      </w:r>
      <w:r>
        <w:rPr>
          <w:sz w:val="20"/>
        </w:rPr>
        <w:t>10:30  maulana is a mentor and all of us are missionaries in a simple sense. this group is not a herd of followers. it's a humble group of sincere people.</w:t>
      </w:r>
      <w:r>
        <w:br/>
      </w:r>
      <w:r>
        <w:rPr>
          <w:sz w:val="20"/>
        </w:rPr>
        <w:t>10:41  anyone who understands this mission and joins it is free from all complexes of wishing for name, fame, self glory, materialistic expectations, praise and acknowledgement.</w:t>
      </w:r>
      <w:r>
        <w:br/>
      </w:r>
      <w:r>
        <w:rPr>
          <w:sz w:val="20"/>
        </w:rPr>
        <w:t>10:57  everyone just wants Allah's acceptance of their humble efforts. there are no negative feelings for each other.</w:t>
      </w:r>
      <w:r>
        <w:br/>
      </w:r>
      <w:r>
        <w:rPr>
          <w:sz w:val="20"/>
        </w:rPr>
        <w:t>11:06  everyone wishes well for the others. each member is thankful to God for the other members and acknowledges the importance of their specific contributions in the mission.</w:t>
      </w:r>
      <w:r>
        <w:br/>
      </w:r>
      <w:r>
        <w:rPr>
          <w:sz w:val="20"/>
        </w:rPr>
        <w:t>11:19  e</w:t>
      </w:r>
      <w:r>
        <w:br/>
      </w:r>
      <w:r>
        <w:rPr>
          <w:sz w:val="20"/>
        </w:rPr>
        <w:t>11:20  each one prays for the others, ever ready to sacrifice their opinions for the greater good. as per maulana sahib teaching, that the most difficult sacrifice is that of one's opinion.</w:t>
      </w:r>
      <w:r>
        <w:br/>
      </w:r>
      <w:r>
        <w:rPr>
          <w:sz w:val="20"/>
        </w:rPr>
        <w:t>11:34  as God wills, every CPS member is a one person to missions.</w:t>
      </w:r>
      <w:r>
        <w:br/>
      </w:r>
      <w:r>
        <w:rPr>
          <w:sz w:val="20"/>
        </w:rPr>
        <w:t>11:40  on one hand, are their worldly duties, and on the other, their own intellectual development and dawa mission responsibilities which they are all trying to fulfill in the best possible way.</w:t>
      </w:r>
      <w:r>
        <w:br/>
      </w:r>
      <w:r>
        <w:rPr>
          <w:sz w:val="20"/>
        </w:rPr>
        <w:t>11:56  prayers emerge from the bottom of the heart for the mission companions.</w:t>
      </w:r>
    </w:p>
    <w:p>
      <w:pPr>
        <w:pStyle w:val="Heading2"/>
      </w:pPr>
      <w:r>
        <w:t>Gratitude to host country and criticism of ungratefulness</w:t>
      </w:r>
    </w:p>
    <w:p>
      <w:r>
        <w:rPr>
          <w:color w:val="666666"/>
          <w:sz w:val="18"/>
        </w:rPr>
        <w:t>Interaction with Umries 26 July, 2019 - Maulana Wahiduddin Khan · 6m 00s · at 31:58 · https://youtu.be/x26fUHWfzFg?t=1918</w:t>
      </w:r>
    </w:p>
    <w:p>
      <w:r>
        <w:rPr>
          <w:i/>
        </w:rPr>
        <w:t>“Maulana kal ek kutub khaane ko jaane ka mauqa hua”</w:t>
      </w:r>
    </w:p>
    <w:p>
      <w:r>
        <w:rPr>
          <w:sz w:val="20"/>
        </w:rPr>
        <w:t>31:58  maulana kal aik kutub khane ko jane ka mauqa hua kal aik book shop ko jane ka mauqa hua maulana hmm to wahan display mein aik kitab rakhi hui thi bohat bilkul numayan is kitab ka title tha dunya ke sab se bare 20 shaitan ji aur is mein cover page mein tamam ah maghrib ke leaders ki tasveerein theen maulana george bush astaghfirullah is tarah ke hain</w:t>
      </w:r>
      <w:r>
        <w:br/>
      </w:r>
      <w:r>
        <w:rPr>
          <w:sz w:val="20"/>
        </w:rPr>
        <w:t>32:27  aur inhi ke bete damad mein ja ke kama rahe honge jinhon ne kitab likhi hogi na inhi ke bete damad ja ke dollar kama rahe honge aur isi par aish kar rahe honge woh 20 20 ji ji astaghfirullah aur sab se ziyada bikne wali kitab hai hain sab se ziyada bikne wali kitab hai bikne wali sell hone wali kis zuban mein thi woh urdu mein urdu mein khoob b</w:t>
      </w:r>
      <w:r>
        <w:br/>
      </w:r>
      <w:r>
        <w:rPr>
          <w:sz w:val="20"/>
        </w:rPr>
        <w:t>32:55  kar rahi thi haan maulana bilkul samne rakhi hui thi woh la haula wala quwwat 20 shaitan kitne kharab log yeh hain bheer bakri se to bure hain yeh hain</w:t>
      </w:r>
      <w:r>
        <w:br/>
      </w:r>
      <w:r>
        <w:rPr>
          <w:sz w:val="20"/>
        </w:rPr>
        <w:t>33:10  maulana aik sahib hain aik hindustan ke aik bohat hi bare madrase se farigh hain aur woh america mein madrassa chala rahe hain america mein aur kabhi bhi maghrib ke khilaf baat hoti hai to sab se pehle woh dushmani ki baat karne wale hote hain la haula wala quwwat</w:t>
      </w:r>
      <w:r>
        <w:br/>
      </w:r>
      <w:r>
        <w:rPr>
          <w:sz w:val="20"/>
        </w:rPr>
        <w:t>33:33  to maulana mujhe in sab cheezon ko dekhta hoon jo musalman jihad ki baat karte hain ya hukumat</w:t>
      </w:r>
      <w:r>
        <w:br/>
      </w:r>
      <w:r>
        <w:rPr>
          <w:sz w:val="20"/>
        </w:rPr>
        <w:t>33:38  hasil karne ki baat karte hain to mujhe ek hadith yaad aati hai inna sahtahrasuna ala al-amara wa innaha</w:t>
      </w:r>
      <w:r>
        <w:br/>
      </w:r>
      <w:r>
        <w:rPr>
          <w:sz w:val="20"/>
        </w:rPr>
        <w:t>33:46  sahtakunu nadamtan wa hasratan yawm al-qiyamah</w:t>
      </w:r>
      <w:r>
        <w:br/>
      </w:r>
      <w:r>
        <w:rPr>
          <w:sz w:val="20"/>
        </w:rPr>
        <w:t>33:50  ke anqareeb beshak tum log hukumat ke haris ho jaoge aur beshak yeh cheez qayamat</w:t>
      </w:r>
      <w:r>
        <w:br/>
      </w:r>
      <w:r>
        <w:rPr>
          <w:sz w:val="20"/>
        </w:rPr>
        <w:t>33:58  ke din nadamat aur hasrat ka sabab hoga mera sochna kahan tak sahi hai</w:t>
      </w:r>
      <w:r>
        <w:br/>
      </w:r>
      <w:r>
        <w:rPr>
          <w:sz w:val="20"/>
        </w:rPr>
        <w:t>34:05  arey bhai hadith to in mein sabit hai ke ek zamana aye ga jab ke ghair muslim hatta</w:t>
      </w:r>
      <w:r>
        <w:br/>
      </w:r>
      <w:r>
        <w:rPr>
          <w:sz w:val="20"/>
        </w:rPr>
        <w:t>34:13  ke fazil admi islam ki madad karega</w:t>
      </w:r>
      <w:r>
        <w:br/>
      </w:r>
      <w:r>
        <w:rPr>
          <w:sz w:val="20"/>
        </w:rPr>
        <w:t>34:18  wohi to aya hua hai jis ko tu hum dushman keh rahe hain wohi wohi to madad kar</w:t>
      </w:r>
      <w:r>
        <w:br/>
      </w:r>
      <w:r>
        <w:rPr>
          <w:sz w:val="20"/>
        </w:rPr>
        <w:t>34:22  rahe hain madad na kare to agar agar amreeka madad na karta to aaj</w:t>
      </w:r>
      <w:r>
        <w:br/>
      </w:r>
      <w:r>
        <w:rPr>
          <w:sz w:val="20"/>
        </w:rPr>
        <w:t>34:28  aaj pakistan ka wajood na hota</w:t>
      </w:r>
      <w:r>
        <w:br/>
      </w:r>
      <w:r>
        <w:rPr>
          <w:sz w:val="20"/>
        </w:rPr>
        <w:t>34:33  pakistan jo hai amreeka ki madad madad par chal raha hai abhi bhi abhi aap jante hain ke</w:t>
      </w:r>
      <w:r>
        <w:br/>
      </w:r>
      <w:r>
        <w:rPr>
          <w:sz w:val="20"/>
        </w:rPr>
        <w:t>34:39  wahan par sahib gaye hain wahan madad mangne ke</w:t>
      </w:r>
      <w:r>
        <w:br/>
      </w:r>
      <w:r>
        <w:rPr>
          <w:sz w:val="20"/>
        </w:rPr>
        <w:t>34:42  liye peer hain pm sahib hain pm wazir e azam wazir e azam haan wazir e azam</w:t>
      </w:r>
      <w:r>
        <w:br/>
      </w:r>
      <w:r>
        <w:rPr>
          <w:sz w:val="20"/>
        </w:rPr>
        <w:t>34:56  yeh to mohsin kash ya qaum hai mohsin kash</w:t>
      </w:r>
      <w:r>
        <w:br/>
      </w:r>
      <w:r>
        <w:rPr>
          <w:sz w:val="20"/>
        </w:rPr>
        <w:t>35:01  ehsan faramosh ehsan faramosh</w:t>
      </w:r>
      <w:r>
        <w:br/>
      </w:r>
      <w:r>
        <w:rPr>
          <w:sz w:val="20"/>
        </w:rPr>
        <w:t>35:06  aap ko main nashrit karunga ke itne saal tak aap wahan the jahan aap service thi ab</w:t>
      </w:r>
      <w:r>
        <w:br/>
      </w:r>
      <w:r>
        <w:rPr>
          <w:sz w:val="20"/>
        </w:rPr>
        <w:t>35:12  wahan se wapas aaye hain kabhi is ki shikayat mat kijiye ga</w:t>
      </w:r>
      <w:r>
        <w:br/>
      </w:r>
      <w:r>
        <w:rPr>
          <w:sz w:val="20"/>
        </w:rPr>
        <w:t>35:16  itne shakhs to unhon ne taqlab taqlab taqlab takafful kiya aap ka aap ki falah kiya aap ki</w:t>
      </w:r>
      <w:r>
        <w:br/>
      </w:r>
      <w:r>
        <w:rPr>
          <w:sz w:val="20"/>
        </w:rPr>
        <w:t>35:24  agar koi unhon ne koi aisi baat ho gayi ho aap ki bazat kharab is ko le kar</w:t>
      </w:r>
      <w:r>
        <w:br/>
      </w:r>
      <w:r>
        <w:rPr>
          <w:sz w:val="20"/>
        </w:rPr>
        <w:t>35:30  halke se halke burai mat kijiye ga</w:t>
      </w:r>
      <w:r>
        <w:br/>
      </w:r>
      <w:r>
        <w:rPr>
          <w:sz w:val="20"/>
        </w:rPr>
        <w:t>35:36  yeh sab kya kaam hai</w:t>
      </w:r>
      <w:r>
        <w:br/>
      </w:r>
      <w:r>
        <w:rPr>
          <w:sz w:val="20"/>
        </w:rPr>
        <w:t>35:38  maulana aap yeh keh rahe hain ke aap ko jis jis jis mulk ne aap ko takafful kiya us se agar kuch aap se shikayat bhi hai to aap bilkul harghiz nahi harghiz nahi kitne saal tak rahe hain wahan par mukammal 15 saal tak rahe hain maulana ya allah</w:t>
      </w:r>
      <w:r>
        <w:br/>
      </w:r>
      <w:r>
        <w:rPr>
          <w:sz w:val="20"/>
        </w:rPr>
        <w:t>36:01  15 saal tak is ne kifalat ki aap ki aap ki family ki agar koi baat aisi ho gayi ho to us ko zara bhi mat zikr kijiye ga is ka woh bhula dijiye is ko kya kaam hai sahib maulana 15 saal tak is jis mulk ne aap ko kifalat ki hai us se zara bhi atta ke barabar bhi shikayat mat rakhi</w:t>
      </w:r>
      <w:r>
        <w:br/>
      </w:r>
      <w:r>
        <w:rPr>
          <w:sz w:val="20"/>
        </w:rPr>
        <w:t>36:26  ega harghiz nahi koi hua ho qissa farz kijiye to bhula dijiye is ko ji is 15 saal ko yaad rakhiye ke is ne aap ki aur aap ki family ki kifalat kiya</w:t>
      </w:r>
      <w:r>
        <w:br/>
      </w:r>
      <w:r>
        <w:rPr>
          <w:sz w:val="20"/>
        </w:rPr>
        <w:t>36:43  kaisa aap kya khayal hai</w:t>
      </w:r>
      <w:r>
        <w:br/>
      </w:r>
      <w:r>
        <w:rPr>
          <w:sz w:val="20"/>
        </w:rPr>
        <w:t>36:44  aap ka haan maulana</w:t>
      </w:r>
      <w:r>
        <w:br/>
      </w:r>
      <w:r>
        <w:rPr>
          <w:sz w:val="20"/>
        </w:rPr>
        <w:t>36:52  molana pura muslim literature maghrib pura muslim literature maghrib aur ahl-e-maghrib ko le kar manfi hi likhta hai molana siwaye aap ke agar aap ke paas hum nahi aate to hum bhi manfi hi rehte hain</w:t>
      </w:r>
      <w:r>
        <w:br/>
      </w:r>
      <w:r>
        <w:rPr>
          <w:sz w:val="20"/>
        </w:rPr>
        <w:t>37:08  la haula wala quwwata</w:t>
      </w:r>
      <w:r>
        <w:br/>
      </w:r>
      <w:r>
        <w:rPr>
          <w:sz w:val="20"/>
        </w:rPr>
        <w:t>37:14  yeh to shaitan sikhaya hai yeh shaitan jo sikhaya hai ke jo tumhara mukhles us ne ehsan kiya hai usi ke khilaf ho jao hain haan mol</w:t>
      </w:r>
      <w:r>
        <w:br/>
      </w:r>
      <w:r>
        <w:rPr>
          <w:sz w:val="20"/>
        </w:rPr>
        <w:t>37:28  ana to aap yeh kaam hargiz mat kijiyega ke agar 15 saal ke douran aap ko koi shikayati baat hui ho jis ko zikr sine se nikal dijiye haan zikr mat kijiyega kyunke 15 saal tak jo kifalat ki hai us ne woh zyada bari cheez hai</w:t>
      </w:r>
      <w:r>
        <w:br/>
      </w:r>
      <w:r>
        <w:rPr>
          <w:sz w:val="20"/>
        </w:rPr>
        <w:t>37:51  molana isi waqt nikal diya</w:t>
      </w:r>
      <w:r>
        <w:br/>
      </w:r>
      <w:r>
        <w:rPr>
          <w:sz w:val="20"/>
        </w:rPr>
        <w:t>37:53  inshallah inshallah</w:t>
      </w:r>
    </w:p>
    <w:p>
      <w:pPr>
        <w:pStyle w:val="Heading2"/>
      </w:pPr>
      <w:r>
        <w:t>Distinguishing true Islam from acts of terrorism and jihad</w:t>
      </w:r>
    </w:p>
    <w:p>
      <w:r>
        <w:rPr>
          <w:color w:val="666666"/>
          <w:sz w:val="18"/>
        </w:rPr>
        <w:t>Human Values · 5m 23s · at 33:57 · https://youtu.be/Art0kheDD40?t=2037</w:t>
      </w:r>
    </w:p>
    <w:p>
      <w:r>
        <w:rPr>
          <w:i/>
        </w:rPr>
        <w:t>“Islam sam ol doubt does not propagate violence like any other religion”</w:t>
      </w:r>
    </w:p>
    <w:p>
      <w:r>
        <w:rPr>
          <w:sz w:val="20"/>
        </w:rPr>
        <w:t>33:57  Islam small doubt Islam performs propagates allow as any other religion scenario you can see I read some back terrorist organization were around 100 in number throughout the world starting from Italian red shirt and mafia in states</w:t>
      </w:r>
      <w:r>
        <w:br/>
      </w:r>
      <w:r>
        <w:rPr>
          <w:sz w:val="20"/>
        </w:rPr>
        <w:t>34:27  and were around 35 Muslim countries are there out of 256 Muslim countries but that of you see the terrorist organization the proportion is much more from 30 organization which fight he call it jihad in the name of Islam is not only present scenario but where as you propagate the religion</w:t>
      </w:r>
      <w:r>
        <w:br/>
      </w:r>
      <w:r>
        <w:rPr>
          <w:sz w:val="20"/>
        </w:rPr>
        <w:t>34:54  and I think Christianity and Muslim they had a neck and neck fight in fighting wars for the spread of religion so what I believe is the present scenario is nothing to the expansion of some historical could you suppose through some light of in case</w:t>
      </w:r>
      <w:r>
        <w:br/>
      </w:r>
      <w:r>
        <w:rPr>
          <w:sz w:val="20"/>
        </w:rPr>
        <w:t>35:15  to is mein hamesha deviation ka chance rehta hai yeh hamara concept hai india ka bahut acha concept hai aap ka bahut acha hai is ka aap class number 51 a padhiye kitni beautiful value likhi hui hain lekin aap society bhi dekhen to sab deviation ho raha hai to aap yeh to nahin kahenge hamari society par blame de ke next constitution ko blame dein aap itna beautiful.</w:t>
      </w:r>
      <w:r>
        <w:br/>
      </w:r>
      <w:r>
        <w:rPr>
          <w:sz w:val="20"/>
        </w:rPr>
        <w:t>35:44  woh hai constitution of india mein 51 a sari achi values jo likhi hui hain yeh chahe conception ho ya religion ho to musalmanon ko yani you have to differentiate between islam and muslims</w:t>
      </w:r>
      <w:r>
        <w:br/>
      </w:r>
      <w:r>
        <w:rPr>
          <w:sz w:val="20"/>
        </w:rPr>
        <w:t>36:01  You have to differentiate your society and of India.</w:t>
      </w:r>
      <w:r>
        <w:br/>
      </w:r>
      <w:r>
        <w:rPr>
          <w:sz w:val="20"/>
        </w:rPr>
        <w:t>36:07  har jagah aisa hi hai to musalman jo kuch karte hain to mein is waqt is par nahi</w:t>
      </w:r>
      <w:r>
        <w:br/>
      </w:r>
      <w:r>
        <w:rPr>
          <w:sz w:val="20"/>
        </w:rPr>
        <w:t>36:13  bol raha hoon mein musalmanon ko justify nahi karta mein openly kehta hoon ke hum musalman Islam se</w:t>
      </w:r>
      <w:r>
        <w:br/>
      </w:r>
      <w:r>
        <w:rPr>
          <w:sz w:val="20"/>
        </w:rPr>
        <w:t>36:18  hatay hue hain openly isi liye mein un ki hit list par hoon</w:t>
      </w:r>
      <w:r>
        <w:br/>
      </w:r>
      <w:r>
        <w:rPr>
          <w:sz w:val="20"/>
        </w:rPr>
        <w:t>36:23  mein jo kuch kaha is waqt mein ne kaha hai woh ek Islam mein as jo ek ideology</w:t>
      </w:r>
      <w:r>
        <w:br/>
      </w:r>
      <w:r>
        <w:rPr>
          <w:sz w:val="20"/>
        </w:rPr>
        <w:t>36:29  hai ek scripture based religion hai is mein kya detail batayi gayi hai bas wahan pe jahan tak</w:t>
      </w:r>
      <w:r>
        <w:br/>
      </w:r>
      <w:r>
        <w:rPr>
          <w:sz w:val="20"/>
        </w:rPr>
        <w:t>36:36  musalman jo hain woh debate kiye hue hain Islam se to openly woh condemn karta hoon un ko</w:t>
      </w:r>
      <w:r>
        <w:br/>
      </w:r>
      <w:r>
        <w:rPr>
          <w:sz w:val="20"/>
        </w:rPr>
        <w:t>36:42  openly to is waja se aap kya hai</w:t>
      </w:r>
      <w:r>
        <w:br/>
      </w:r>
      <w:r>
        <w:rPr>
          <w:sz w:val="20"/>
        </w:rPr>
        <w:t>36:46  yeh is is formula ko aap ko har jagah manna padega chahe woh constitution of india ho chahe hinduism ho ya christianity ho</w:t>
      </w:r>
      <w:r>
        <w:br/>
      </w:r>
      <w:r>
        <w:rPr>
          <w:sz w:val="20"/>
        </w:rPr>
        <w:t>36:55  society jo hai</w:t>
      </w:r>
      <w:r>
        <w:br/>
      </w:r>
      <w:r>
        <w:rPr>
          <w:sz w:val="20"/>
        </w:rPr>
        <w:t>36:58  is ko aap aur is ki ideology ko barabar nahi kar sakte</w:t>
      </w:r>
      <w:r>
        <w:br/>
      </w:r>
      <w:r>
        <w:rPr>
          <w:sz w:val="20"/>
        </w:rPr>
        <w:t>37:03  society jo hai alag cheez hoti hai aur ideology alag cheez hoti hai to jab society ke bare</w:t>
      </w:r>
      <w:r>
        <w:br/>
      </w:r>
      <w:r>
        <w:rPr>
          <w:sz w:val="20"/>
        </w:rPr>
        <w:t>37:08  mein bolen to aap society ke bare mein bolenge lekin jab ideology ke bare mein bolen to</w:t>
      </w:r>
      <w:r>
        <w:br/>
      </w:r>
      <w:r>
        <w:rPr>
          <w:sz w:val="20"/>
        </w:rPr>
        <w:t>37:12  aap ideology jo hai is ko batana parega aap ko</w:t>
      </w:r>
      <w:r>
        <w:br/>
      </w:r>
      <w:r>
        <w:rPr>
          <w:sz w:val="20"/>
        </w:rPr>
        <w:t>37:16  to is waqt musalman jo hain jo uth kar rahi jihad is ko mein khula khula taur par</w:t>
      </w:r>
      <w:r>
        <w:br/>
      </w:r>
      <w:r>
        <w:rPr>
          <w:sz w:val="20"/>
        </w:rPr>
        <w:t>37:23  kehta hoon ke fasaad hai jihad nahi hai</w:t>
      </w:r>
      <w:r>
        <w:br/>
      </w:r>
      <w:r>
        <w:rPr>
          <w:sz w:val="20"/>
        </w:rPr>
        <w:t>37:26  kahin bhi is waqt jihad nahi ho raha ya kashmir ne falasteen mein ya afghanistan mein ya iraq</w:t>
      </w:r>
      <w:r>
        <w:br/>
      </w:r>
      <w:r>
        <w:rPr>
          <w:sz w:val="20"/>
        </w:rPr>
        <w:t>37:32  mein kahin bhi sab fasaad ho raha hai is waqt koi aur is ko mein ne books likhi</w:t>
      </w:r>
      <w:r>
        <w:br/>
      </w:r>
      <w:r>
        <w:rPr>
          <w:sz w:val="20"/>
        </w:rPr>
        <w:t>37:37  hain kai is mein mein ne yani</w:t>
      </w:r>
      <w:r>
        <w:br/>
      </w:r>
      <w:r>
        <w:rPr>
          <w:sz w:val="20"/>
        </w:rPr>
        <w:t>37:42  is ko poori tarah se references se mein ne is ko establish kiya hai ke yeh jihad nahi</w:t>
      </w:r>
      <w:r>
        <w:br/>
      </w:r>
      <w:r>
        <w:rPr>
          <w:sz w:val="20"/>
        </w:rPr>
        <w:t>37:48  hai fasaad hai</w:t>
      </w:r>
      <w:r>
        <w:br/>
      </w:r>
      <w:r>
        <w:rPr>
          <w:sz w:val="20"/>
        </w:rPr>
        <w:t>37:57  you know ah imran sahib has been holding our hand from the very beginning and it started by i came to know imran sahib when i was writing an essay on jihad</w:t>
      </w:r>
      <w:r>
        <w:br/>
      </w:r>
      <w:r>
        <w:rPr>
          <w:sz w:val="20"/>
        </w:rPr>
        <w:t>38:15  and in that topic there was a quote from one of the ah one of the muslim authors about prophet muhammad when he said after battle of badr that we are finished with jihad al-askari let us now get down to jihad al-akbar</w:t>
      </w:r>
      <w:r>
        <w:br/>
      </w:r>
      <w:r>
        <w:rPr>
          <w:sz w:val="20"/>
        </w:rPr>
        <w:t>38:43  which means this fighting power is the the other five percent effort. 95 percent is to purify and</w:t>
      </w:r>
      <w:r>
        <w:br/>
      </w:r>
      <w:r>
        <w:rPr>
          <w:sz w:val="20"/>
        </w:rPr>
        <w:t>38:54  be a good human being by converting or inner set that is jihad to</w:t>
      </w:r>
      <w:r>
        <w:br/>
      </w:r>
      <w:r>
        <w:rPr>
          <w:sz w:val="20"/>
        </w:rPr>
        <w:t>39:02  if we understand that true sense of islam and not only us but</w:t>
      </w:r>
      <w:r>
        <w:br/>
      </w:r>
      <w:r>
        <w:rPr>
          <w:sz w:val="20"/>
        </w:rPr>
        <w:t>39:11  some of the others also and but the tragedy with religions is that very soon it is grass</w:t>
      </w:r>
      <w:r>
        <w:br/>
      </w:r>
      <w:r>
        <w:rPr>
          <w:sz w:val="20"/>
        </w:rPr>
        <w:t>39:20  and grip</w:t>
      </w:r>
      <w:r>
        <w:br/>
      </w:r>
      <w:r>
        <w:rPr>
          <w:sz w:val="20"/>
        </w:rPr>
        <w:t>39:21  it happens to all the faiths what i call the power brokers and marketing managers of god they want to make sure that our brand is better than yours so that they have a big market share</w:t>
      </w:r>
    </w:p>
    <w:p>
      <w:pPr>
        <w:pStyle w:val="Heading2"/>
      </w:pPr>
      <w:r>
        <w:t>Full case: why patience is bravery and impatience breeds hypocrisy</w:t>
      </w:r>
    </w:p>
    <w:p>
      <w:r>
        <w:rPr>
          <w:color w:val="666666"/>
          <w:sz w:val="18"/>
        </w:rPr>
        <w:t>CPS Women Article Discussion 17 February 5, 2023 · 6m 08s · at 1:32 · https://youtu.be/YwT3btklNZk?t=92</w:t>
      </w:r>
    </w:p>
    <w:p>
      <w:r>
        <w:rPr>
          <w:i/>
        </w:rPr>
        <w:t>“सब्र बहादुरी है और बेसबरी बुज़दिली”</w:t>
      </w:r>
    </w:p>
    <w:p>
      <w:r>
        <w:rPr>
          <w:sz w:val="20"/>
        </w:rPr>
        <w:t>1:32  to doctor safeena? assa ramesh ko. bismillah hai rahman e rahim sabr bahaduri hai. sabr bahaduri hai aur besabri buzdiili.</w:t>
      </w:r>
      <w:r>
        <w:br/>
      </w:r>
      <w:r>
        <w:rPr>
          <w:sz w:val="20"/>
        </w:rPr>
        <w:t>1:45  jo log sabr karne par tayyar na hon, unhein aakhirkaar busdil bankar is duniya mein rehna padega aur busdili ka doosra naam munaafarat hai jisne zyada, jisse zyada buri akhlaqi sefat aur koi nahi. maujooda duniya mein khud fitre nizaam ke tehat baar baar aisa hota hai ki ek insaan ko doosre insaan se shikayat paida hoti hai.</w:t>
      </w:r>
      <w:r>
        <w:br/>
      </w:r>
      <w:r>
        <w:rPr>
          <w:sz w:val="20"/>
        </w:rPr>
        <w:t>2:14  ek insaan ko doosre insaan se koi zehni ya jismani takleef pahunchti hai. yeh ek laazmi soorathal hai. yeh maamla insani zindagi ke aakhaaz mein haabil aur kaabil ke takraav ki soorat mein paida hua.</w:t>
      </w:r>
      <w:r>
        <w:br/>
      </w:r>
      <w:r>
        <w:rPr>
          <w:sz w:val="20"/>
        </w:rPr>
        <w:t>2:32  iske baad woh tareef ke har daur mein hatta ki paigambaron ke zamane mein bhi jaari raha aur isi tarah jaari rahega yahan tak ki qayamat aa jaaye aur khud is duniya ka hi, duniya hi ka khatma ho jaaye.</w:t>
      </w:r>
      <w:r>
        <w:br/>
      </w:r>
      <w:r>
        <w:rPr>
          <w:sz w:val="20"/>
        </w:rPr>
        <w:t>2:49  aisi halat mein kisi bhi insaan ke bas mein nahin ki vah apni pasand ke ayan mutabiq aisi</w:t>
      </w:r>
      <w:r>
        <w:br/>
      </w:r>
      <w:r>
        <w:rPr>
          <w:sz w:val="20"/>
        </w:rPr>
        <w:t>2:55  zindagi hasil karen jahan usko na kisi se shikayat ho aur na kisi se iktalav.</w:t>
      </w:r>
      <w:r>
        <w:br/>
      </w:r>
      <w:r>
        <w:rPr>
          <w:sz w:val="20"/>
        </w:rPr>
        <w:t>3:01  aisa intikhab maujooda duniya mein kisi ke liye mumkin hi nahin hua.</w:t>
      </w:r>
      <w:r>
        <w:br/>
      </w:r>
      <w:r>
        <w:rPr>
          <w:sz w:val="20"/>
        </w:rPr>
        <w:t>3:07  na saulheen ke liye aur na ghair saulheen ke liye.</w:t>
      </w:r>
      <w:r>
        <w:br/>
      </w:r>
      <w:r>
        <w:rPr>
          <w:sz w:val="20"/>
        </w:rPr>
        <w:t>3:13  maujooda duniya mein hakeke in taqakh sirf do ravish ke tarman hai.</w:t>
      </w:r>
      <w:r>
        <w:br/>
      </w:r>
      <w:r>
        <w:rPr>
          <w:sz w:val="20"/>
        </w:rPr>
        <w:t>3:20  aap ya to ghar se bahar tak har ek se musalsar ladte rahen ya shikayat aur ektalaaf ko nazar taaz karte hue apni zindagi ki taameer karen. pehli ravish agar fool ke tarf mein uske kaanton se ulajhne ka naam hai, to uske muqable mein doosre ravish yeh hai ki kaante ko nazarandaaz karte hue uske fool ko le liya jaaye.</w:t>
      </w:r>
      <w:r>
        <w:br/>
      </w:r>
      <w:r>
        <w:rPr>
          <w:sz w:val="20"/>
        </w:rPr>
        <w:t>3:47  magar pehli ravesh kisi ke liye bhi mustakil taur par mumkin nahi kyunki woh apni aur apne ghar ki tabaahi ke hum maane hain aur koi bhi itna nadan nahi ki woh mustakil taur par apne aap ko aur apne gharwalon ko tabaahi ke gadhe mein daalte.</w:t>
      </w:r>
      <w:r>
        <w:br/>
      </w:r>
      <w:r>
        <w:rPr>
          <w:sz w:val="20"/>
        </w:rPr>
        <w:t>4:08  isliye amalan yeh hota hai ki besabri ki ravish ikhtiyaar karne wale waqti taur par doosron se ladte hain aur aakhirkaar uska tabaah ko nateeja dekhkar khamoshi ikhtiyaar kar lete hain. magar aisi khamoshi ka matlab naafikt hota hai. maujooda duniya mein aapko baharaal swar karna hai.</w:t>
      </w:r>
      <w:r>
        <w:br/>
      </w:r>
      <w:r>
        <w:rPr>
          <w:sz w:val="20"/>
        </w:rPr>
        <w:t>4:33  agar aap usool ki buniyad par swar na karen to aapko mofaad ki buniyad par swar karna padega aur isi doosri ravish ka naam munaafikt hai. sabr ke bare mein islam mein bahut zyada highlight kiya gaya hai aur quran mein bahut si aayaton mein sabr ki importance batayi gayi, sabr ki naseehat di gayi.</w:t>
      </w:r>
      <w:r>
        <w:br/>
      </w:r>
      <w:r>
        <w:rPr>
          <w:sz w:val="20"/>
        </w:rPr>
        <w:t>5:02  yahan tak ki uske liye beshab ajar ka wada kiya gaya. kisi aayat mein use jannat mein jaane ka rasta bhi bataya gaya. bahut si hadeesen bhi is hawale se hain jo sabr ki naseehat karti hain. ek hadees hai maslan ke sabr tamam achhe akhlaq ki jama hai. to agar koi insaan achhe akhlaq par hona chahta hai to usko sabir hona laazmi hai.</w:t>
      </w:r>
      <w:r>
        <w:br/>
      </w:r>
      <w:r>
        <w:rPr>
          <w:sz w:val="20"/>
        </w:rPr>
        <w:t>5:28  is article se yeh pata chala ki agar humne isko yani sabr ko as a principal apni life mein include kiya hai, usko taiyar kiya hai to, to to hum sab hum sabir kahlayenge. allah ki nazar mein hum uske moomin bande kahlayenge.</w:t>
      </w:r>
      <w:r>
        <w:br/>
      </w:r>
      <w:r>
        <w:rPr>
          <w:sz w:val="20"/>
        </w:rPr>
        <w:t>5:49  nahi to zindagi ke jo khudai qanoon ke tehat jo zindagi hai us mein hamein apni interest ki khatir sabr ko shamil karna hi padega aur tab hum sabr ko shamil karenge to hogi. Kyunki is duniya mein hum apni marzi se nahi reh sakte aur hamein doosron ki marzi ka bhi lihaz rakhna padega. We cannot afford to live with negative attitude.</w:t>
      </w:r>
      <w:r>
        <w:br/>
      </w:r>
      <w:r>
        <w:rPr>
          <w:sz w:val="20"/>
        </w:rPr>
        <w:t>6:17  Sabr hamein positive attitude deta hai ki hum problems ko aur pareshaniyon ko ignore karte hue aage badhein lekin iske bar'aks intolerance jo hai woh hamein negative attitude deta hai aur uske sath hum zindagi guzarna afford nahi kar sakte. Kyunki woh hamari tabahi hogi. Self killing aur suicide tak woh cheez pahunch jati hai agar koi insan is attitude ke sath apni zindagi guzarta hai.</w:t>
      </w:r>
      <w:r>
        <w:br/>
      </w:r>
      <w:r>
        <w:rPr>
          <w:sz w:val="20"/>
        </w:rPr>
        <w:t>6:44  To evil ko mitane ke liye hamein is duniya mein nahi bheja gaya hai. Hamara test yeh hai ki hum evil ko tolerate karke apna apni shakhsiyat ki taameer karein, apna taskiya karein, intellectual development karein aur isi sabr ke sath hi har tarah ki tarah bhi judi hui hai. Chahe woh maati tarah ki ho ya hamari rohani tarah ki. Sabr ke baghair na to duniya ki kamyabi mil sakti hai aur na hi akhirat ki.</w:t>
      </w:r>
      <w:r>
        <w:br/>
      </w:r>
      <w:r>
        <w:rPr>
          <w:sz w:val="20"/>
        </w:rPr>
        <w:t>7:12  To yeh ek wahid hal hai is zindagi mein kamyabi ka aur is article se yeh baat mujhe bahut zyada wazir hui hai. Main chahungi ki aur log bhi iske upar apni learnings ko discuss karein. Achha kar lo doctor Safeena.</w:t>
      </w:r>
      <w:r>
        <w:br/>
      </w:r>
      <w:r>
        <w:rPr>
          <w:sz w:val="20"/>
        </w:rPr>
        <w:t>7:40  Bahut achhe se aapne sare points bataye aur Maulana sahib ne bhi iske bare mein bahut zyada likha hai ki insan do cheez ke cheezon ke beach mein jeeta hai. Ek taraf Khuda hai aur doosri taraf insan. To yeh bahut hi jo sab agar hum nahi karenge to hamein jaise ki Maulana sahib ne kaha ki munafiqat hogi.</w:t>
      </w:r>
    </w:p>
    <w:p>
      <w:pPr>
        <w:pStyle w:val="Heading2"/>
      </w:pPr>
      <w:r>
        <w:t>two hadith stories on hurtful words and instant repentance</w:t>
      </w:r>
    </w:p>
    <w:p>
      <w:r>
        <w:rPr>
          <w:color w:val="666666"/>
          <w:sz w:val="18"/>
        </w:rPr>
        <w:t>How to Build A Strong Personality June 14, 2008 · 3m 57s · at 33:09 · https://youtu.be/CEzRHSVoQlI?t=1989</w:t>
      </w:r>
    </w:p>
    <w:p>
      <w:r>
        <w:rPr>
          <w:i/>
        </w:rPr>
        <w:t>“Ek Muslim khatoon ne doosri khatoon ka zikr kiya jo naati thi”</w:t>
      </w:r>
    </w:p>
    <w:p>
      <w:r>
        <w:rPr>
          <w:sz w:val="20"/>
        </w:rPr>
        <w:t>33:09  rasool Allah ke zamanay mein aik muslim khatoon ne, aik aik muslim khatoon ke samnay aik aur khatoon ka zikr hua jo thora un ka qad kam tha, jo kehte hain naata qad.</w:t>
      </w:r>
      <w:r>
        <w:br/>
      </w:r>
      <w:r>
        <w:rPr>
          <w:sz w:val="20"/>
        </w:rPr>
        <w:t>33:25  to is ka naam liye baghair unhon ne kaha keh woh aisa kaha keh woh aaj is mein aata hai keh taani qaseera, aisa keh keh woh yani matlab woh lathey qad ke hain.</w:t>
      </w:r>
      <w:r>
        <w:br/>
      </w:r>
      <w:r>
        <w:rPr>
          <w:sz w:val="20"/>
        </w:rPr>
        <w:t>33:43  to yeh yani aik qism ka negative remark tha, yani bohat hi slight sense mein.</w:t>
      </w:r>
      <w:r>
        <w:br/>
      </w:r>
      <w:r>
        <w:rPr>
          <w:sz w:val="20"/>
        </w:rPr>
        <w:t>33:53  to aap ne kaha keh tum ne aik aisi baat kahi jis ko agar dala jaye samandar mein to samandar ka pani pollute ho jaye, samandar mein pollution phail jaye.</w:t>
      </w:r>
      <w:r>
        <w:br/>
      </w:r>
      <w:r>
        <w:rPr>
          <w:sz w:val="20"/>
        </w:rPr>
        <w:t>34:08  sirf itna kaha tha keh woh to woh naati khatoon, woh naati aurat.</w:t>
      </w:r>
      <w:r>
        <w:br/>
      </w:r>
      <w:r>
        <w:rPr>
          <w:sz w:val="20"/>
        </w:rPr>
        <w:t>34:19  isi tarah se aik aik rasool Allah ke zamanay ke aik musalman jo white race se taluq tha, un ka to aik aur sahib thay jo black race se un ka taluq tha.</w:t>
      </w:r>
      <w:r>
        <w:br/>
      </w:r>
      <w:r>
        <w:rPr>
          <w:sz w:val="20"/>
        </w:rPr>
        <w:t>34:31  to white race walay ne black walay se keh diya: ya ibn al-sawda ya ibn al-sawda, yani aye black maan ke betay,</w:t>
      </w:r>
      <w:r>
        <w:br/>
      </w:r>
      <w:r>
        <w:rPr>
          <w:sz w:val="20"/>
        </w:rPr>
        <w:t>34:46  aye black, aye black maan ke betay. is ke baad un ko ehsas hoga keh main ne to galat baat keh di.</w:t>
      </w:r>
      <w:r>
        <w:br/>
      </w:r>
      <w:r>
        <w:rPr>
          <w:sz w:val="20"/>
        </w:rPr>
        <w:t>34:57  to ehsas yeh hai keh koi aadmi aap ko yaad dehani dilaye. aik shakal woh hoti hai keh bhai aap ka conscious aap ko remind kare. conscious is also a reminder, inner reminder.</w:t>
      </w:r>
      <w:r>
        <w:br/>
      </w:r>
      <w:r>
        <w:rPr>
          <w:sz w:val="20"/>
        </w:rPr>
        <w:t>35:13  to un ke conscious ne un ko</w:t>
      </w:r>
      <w:r>
        <w:br/>
      </w:r>
      <w:r>
        <w:rPr>
          <w:sz w:val="20"/>
        </w:rPr>
        <w:t>35:15  remind kiya kya? kya keh diya tum ne keh aye black aurat ke betay? to usi waqt woh gir paray zameen par, yani mitti mein apne ko lita diya aur kaha keh tum mere face par apna paon rakho.</w:t>
      </w:r>
      <w:r>
        <w:br/>
      </w:r>
      <w:r>
        <w:rPr>
          <w:sz w:val="20"/>
        </w:rPr>
        <w:t>35:35  is black aadmi se kaha keh tum mere face par apna paon rakho taake woh barabar ho jaye.</w:t>
      </w:r>
      <w:r>
        <w:br/>
      </w:r>
      <w:r>
        <w:rPr>
          <w:sz w:val="20"/>
        </w:rPr>
        <w:t>35:43  to agar aap ke munh se koi nikal jaye negative remark, jo keh gunah hai, to is ki usi waqt deen and there aap ko is tarah se talafi karna chahiye.</w:t>
      </w:r>
      <w:r>
        <w:br/>
      </w:r>
      <w:r>
        <w:rPr>
          <w:sz w:val="20"/>
        </w:rPr>
        <w:t>36:00  apni ghalti manen, Khuda se toba karen, is ki talafi karen, jo ho sakta hai woh karen.</w:t>
      </w:r>
      <w:r>
        <w:br/>
      </w:r>
      <w:r>
        <w:rPr>
          <w:sz w:val="20"/>
        </w:rPr>
        <w:t>36:10  aap ko idhar repent, bohat ziyada repent, repentance aa jaye. repentance, lekin jo repentance na aaye aur phir bhi woh sarkashi karta rahe, phir bhi bolta rahe, barh barh ke,</w:t>
      </w:r>
      <w:r>
        <w:br/>
      </w:r>
      <w:r>
        <w:rPr>
          <w:sz w:val="20"/>
        </w:rPr>
        <w:t>36:27  to woh to gaya keh pakka ho gaya keh is ne negative remark diya hai.</w:t>
      </w:r>
      <w:r>
        <w:br/>
      </w:r>
      <w:r>
        <w:rPr>
          <w:sz w:val="20"/>
        </w:rPr>
        <w:t>36:38  to aadmi ko subah se sham tak yeh sochna chahiye keh woh kya soch raha hai, kya bol raha hai, kya kaise behave kar raha hai logon ke beech mein.</w:t>
      </w:r>
      <w:r>
        <w:br/>
      </w:r>
      <w:r>
        <w:rPr>
          <w:sz w:val="20"/>
        </w:rPr>
        <w:t>36:54  kyun? is liye ke sirf yahi galat nahi hai ke aadmi haram kaam kare. bohat se log yeh samajhte hain ke bhai hum to koi haram kaam nahi karte,</w:t>
      </w:r>
    </w:p>
    <w:p>
      <w:pPr>
        <w:pStyle w:val="Heading2"/>
      </w:pPr>
      <w:r>
        <w:t>Dawah mindset applied to Palestine and Kashmir</w:t>
      </w:r>
    </w:p>
    <w:p>
      <w:r>
        <w:rPr>
          <w:color w:val="666666"/>
          <w:sz w:val="18"/>
        </w:rPr>
        <w:t>From The Spiritual Tree 28 Nov, 2010 - Maulana Wahiduddin Khan · 5m 26s · at 28:27 · https://youtu.be/LDMY7FjQRIE?t=1707</w:t>
      </w:r>
    </w:p>
    <w:p>
      <w:r>
        <w:rPr>
          <w:i/>
        </w:rPr>
        <w:t>“Jo waqea hai Filastin ka, sab se zyada zulm hai”</w:t>
      </w:r>
    </w:p>
    <w:p>
      <w:r>
        <w:rPr>
          <w:sz w:val="20"/>
        </w:rPr>
        <w:t>28:27  ab jis waqe ko dekhiye, jo vast waqe hai, vast waqe hai falasteen ka hai. sab se zyada logon ke nazdeek jo bas aur zulm hi zulm hai.</w:t>
      </w:r>
      <w:r>
        <w:br/>
      </w:r>
      <w:r>
        <w:rPr>
          <w:sz w:val="20"/>
        </w:rPr>
        <w:t>28:38  halanke zulm kya hai? kuch bhi nahi hai.</w:t>
      </w:r>
      <w:r>
        <w:br/>
      </w:r>
      <w:r>
        <w:rPr>
          <w:sz w:val="20"/>
        </w:rPr>
        <w:t>28:43  agar aap ke andar dawat wali soch ho, daai ki soch ho, daai. apne ko daai aur doosre ko mad'u samjhein aap.</w:t>
      </w:r>
      <w:r>
        <w:br/>
      </w:r>
      <w:r>
        <w:rPr>
          <w:sz w:val="20"/>
        </w:rPr>
        <w:t>28:53  to jab yahudi aaye falasteen mein to aap ko sochna chahiye tha ke to mad'u aa gaya hamare paas khud hi.</w:t>
      </w:r>
      <w:r>
        <w:br/>
      </w:r>
      <w:r>
        <w:rPr>
          <w:sz w:val="20"/>
        </w:rPr>
        <w:t>28:59  humein jaana tha different countries mein the yahudi bikhre hue hain. yahudi different countries mein bikhre hue the.</w:t>
      </w:r>
      <w:r>
        <w:br/>
      </w:r>
      <w:r>
        <w:rPr>
          <w:sz w:val="20"/>
        </w:rPr>
        <w:t>29:08  phir woh aaye falasteen mein. to aap sochte hain agar yeh to mad'u hamare paas khud hi aa gaya. ab dawat do.</w:t>
      </w:r>
      <w:r>
        <w:br/>
      </w:r>
      <w:r>
        <w:rPr>
          <w:sz w:val="20"/>
        </w:rPr>
        <w:t>29:18  un ke aane ke baad bhi aap hi majority mein thay falasteen mein. 1948 mein jab woh aaye wahan toh arab hi majority mein thay.</w:t>
      </w:r>
      <w:r>
        <w:br/>
      </w:r>
      <w:r>
        <w:rPr>
          <w:sz w:val="20"/>
        </w:rPr>
        <w:t>29:29  woh majority mein thay woh. toh aap agar arab log yeh sochte ke yeh madu hamare paas aa gaya, hamein dawat dena hai.</w:t>
      </w:r>
      <w:r>
        <w:br/>
      </w:r>
      <w:r>
        <w:rPr>
          <w:sz w:val="20"/>
        </w:rPr>
        <w:t>29:41  yeh nahi soch sake toh kya shikayat? aur shikayat se nafrat, nafrat se kya violence? wahan se kaha suicide bombing.</w:t>
      </w:r>
      <w:r>
        <w:br/>
      </w:r>
      <w:r>
        <w:rPr>
          <w:sz w:val="20"/>
        </w:rPr>
        <w:t>29:51  aur phir kya hua? jo mila tha woh bhi kho gaya. 1948 mein</w:t>
      </w:r>
      <w:r>
        <w:br/>
      </w:r>
      <w:r>
        <w:rPr>
          <w:sz w:val="20"/>
        </w:rPr>
        <w:t>29:58  aadha falasteen mila hua tha un ko. aadha. ab toh kuch bhi nahi hai. ab jo gaza patti jo hai, ya ariha, ariha jo hai, woh woh toh chota sa hai, bilkul kuch is mein hai hi nahi, kuch tabah.</w:t>
      </w:r>
      <w:r>
        <w:br/>
      </w:r>
      <w:r>
        <w:rPr>
          <w:sz w:val="20"/>
        </w:rPr>
        <w:t>30:14  bahar ki madad pe jeete hain woh log.</w:t>
      </w:r>
      <w:r>
        <w:br/>
      </w:r>
      <w:r>
        <w:rPr>
          <w:sz w:val="20"/>
        </w:rPr>
        <w:t>30:18  pehlay toh iqsaat musalman arab ko diya gaya tha, yerushalim arab ko diya gaya tha. sab kuch arab ke paas tha. toh soch ka mamla hai.</w:t>
      </w:r>
      <w:r>
        <w:br/>
      </w:r>
      <w:r>
        <w:rPr>
          <w:sz w:val="20"/>
        </w:rPr>
        <w:t>30:30  mein samajhta hoon ke dawat ka jo nuqta nazar hai, aadmi ko hundred percent positive thinker banata hai.</w:t>
      </w:r>
      <w:r>
        <w:br/>
      </w:r>
      <w:r>
        <w:rPr>
          <w:sz w:val="20"/>
        </w:rPr>
        <w:t>30:37  hundred percent positive thinker. abhi mere paas kashmir ke kuch log mile. mein ne kaha ke aap log saath baras lad rahe hain, yeh ladna phirna kya hai?</w:t>
      </w:r>
      <w:r>
        <w:br/>
      </w:r>
      <w:r>
        <w:rPr>
          <w:sz w:val="20"/>
        </w:rPr>
        <w:t>30:47  dawat ka kaam kijiye. dawat woh cheez hai ke rasool Allah ne farmaya 47 se</w:t>
      </w:r>
      <w:r>
        <w:br/>
      </w:r>
      <w:r>
        <w:rPr>
          <w:sz w:val="20"/>
        </w:rPr>
        <w:t>30:56  ke agar ek insaan ko tum se, ek insaan ko tumhare zariye sachai mil jaye toh woh surkh oonton se zyada bari cheez hai.</w:t>
      </w:r>
      <w:r>
        <w:br/>
      </w:r>
      <w:r>
        <w:rPr>
          <w:sz w:val="20"/>
        </w:rPr>
        <w:t>31:07  aaj kal zaban mein hum kahein ke billion dollar se zyada bari cheez hai. aaj kal zaban mein kahein toh hum kahein ge agar tum dawat do</w:t>
      </w:r>
      <w:r>
        <w:br/>
      </w:r>
      <w:r>
        <w:rPr>
          <w:sz w:val="20"/>
        </w:rPr>
        <w:t>31:18  aur ek insaan ko tumhare zariye se sachai mil jaye toh Allah ke nazdeek woh itna bara, itna bara, itna bara kaam hai ke billion dollar ke barabar hai woh.</w:t>
      </w:r>
      <w:r>
        <w:br/>
      </w:r>
      <w:r>
        <w:rPr>
          <w:sz w:val="20"/>
        </w:rPr>
        <w:t>31:31  toh mein ne un se kaha ke koi ladte phirte hain aap? insaan ke dushman kyun banay hue hain aap?</w:t>
      </w:r>
      <w:r>
        <w:br/>
      </w:r>
      <w:r>
        <w:rPr>
          <w:sz w:val="20"/>
        </w:rPr>
        <w:t>31:38  jis insaan ko aap marte hain, wohi hisab dawat ki jiye. un ko madu samjhiye apna. toh woh kya kehte hain ke kashmir mein toh musalman musalman hain, hum dawat kahan karein?</w:t>
      </w:r>
      <w:r>
        <w:br/>
      </w:r>
      <w:r>
        <w:rPr>
          <w:sz w:val="20"/>
        </w:rPr>
        <w:t>31:52  ya soch ka farq dekhiye, soch ka farq.</w:t>
      </w:r>
      <w:r>
        <w:br/>
      </w:r>
      <w:r>
        <w:rPr>
          <w:sz w:val="20"/>
        </w:rPr>
        <w:t>31:56  kashmir mein toh musalman musalman hain, hum dawat kahan karein? kyunke dawat toh ghair muslimon mein hoti hai. toh mein ne kaha army kya hai?</w:t>
      </w:r>
      <w:r>
        <w:br/>
      </w:r>
      <w:r>
        <w:rPr>
          <w:sz w:val="20"/>
        </w:rPr>
        <w:t>32:06  army non muslim hai. woh madu hai aap ki. bajaye army samajhne ke, madu samjhiye us ko. indian army jo hai wahan par.</w:t>
      </w:r>
      <w:r>
        <w:br/>
      </w:r>
      <w:r>
        <w:rPr>
          <w:sz w:val="20"/>
        </w:rPr>
        <w:t>32:16  indian army jo wahan par hai, bohat bari tadad mein, woh aap ki madu hai. un ko dawat dijiye. un ko quran pohanchaiye.</w:t>
      </w:r>
      <w:r>
        <w:br/>
      </w:r>
      <w:r>
        <w:rPr>
          <w:sz w:val="20"/>
        </w:rPr>
        <w:t>32:25  rasool Allah sallallahu alaihi wasallam ki hadithain pohanchaiye. sachai ka paigham dijiye. aise hi wahan par tourist aate hain.</w:t>
      </w:r>
      <w:r>
        <w:br/>
      </w:r>
      <w:r>
        <w:rPr>
          <w:sz w:val="20"/>
        </w:rPr>
        <w:t>32:34  bohat tourist aate thay kashmir mein. abhi bhi zyada tar aman hota, aanay lagte hain wahan par tourist. woh tourist kya hain?</w:t>
      </w:r>
      <w:r>
        <w:br/>
      </w:r>
      <w:r>
        <w:rPr>
          <w:sz w:val="20"/>
        </w:rPr>
        <w:t>32:43  zyada tar mostly woh non muslim hotay hain. un ko aap dawat dijiye. toh aur jagahon par toh</w:t>
      </w:r>
      <w:r>
        <w:br/>
      </w:r>
      <w:r>
        <w:rPr>
          <w:sz w:val="20"/>
        </w:rPr>
        <w:t>32:52  daee ko jana parta hai kahin aur ke wahan hum paigham pohanchane ke liye. yeh sahaba karam gaye thay makkah madinah chhod kar ke bahar ke mulkon mein.</w:t>
      </w:r>
      <w:r>
        <w:br/>
      </w:r>
      <w:r>
        <w:rPr>
          <w:sz w:val="20"/>
        </w:rPr>
        <w:t>33:03  ab toh bahar ke mulk mein khud hi aa rahe hain aap ke haan. yani pehle sahaba karam ko madu ki talash mein bahar jana para.</w:t>
      </w:r>
      <w:r>
        <w:br/>
      </w:r>
      <w:r>
        <w:rPr>
          <w:sz w:val="20"/>
        </w:rPr>
        <w:t>33:13  ab toh madu khud aap hi ke haan aya aya hua hai. chahe woh army ho, tab bhi sayah ho, tab bhi. aur aaj kal aap jante hain ke expert aate hain dunya bhar se.</w:t>
      </w:r>
      <w:r>
        <w:br/>
      </w:r>
      <w:r>
        <w:rPr>
          <w:sz w:val="20"/>
        </w:rPr>
        <w:t>33:27  technical experts dunya bharay hue hain, hamare nizam o deen mein bharay hue hain.</w:t>
      </w:r>
      <w:r>
        <w:br/>
      </w:r>
      <w:r>
        <w:rPr>
          <w:sz w:val="20"/>
        </w:rPr>
        <w:t>33:33  western countries ke log. kyunke woh aate hain job ke liye.</w:t>
      </w:r>
      <w:r>
        <w:br/>
      </w:r>
      <w:r>
        <w:rPr>
          <w:sz w:val="20"/>
        </w:rPr>
        <w:t>33:42  toh har aitbaar se madu jo hai aap ke paas aa gaya hai. toh dawat dijiye. yeh hai sochne ki salahiyat na hona.</w:t>
      </w:r>
    </w:p>
    <w:p>
      <w:pPr>
        <w:pStyle w:val="Heading2"/>
      </w:pPr>
      <w:r>
        <w:t>The shock-absorber metaphor for absorbing life's shocks with patience</w:t>
      </w:r>
    </w:p>
    <w:p>
      <w:r>
        <w:rPr>
          <w:color w:val="666666"/>
          <w:sz w:val="18"/>
        </w:rPr>
        <w:t>Fasting A Source of Spiritual Empowerment August 21, 2011 Maulana Wahiduddin Khan · 5m 49s · at 49:12 · https://youtu.be/Z0EbPlujcf0?t=2952</w:t>
      </w:r>
    </w:p>
    <w:p>
      <w:r>
        <w:rPr>
          <w:i/>
        </w:rPr>
        <w:t>“Mera tareeqa hai jab ghussa aata hai foran chup ho jata hoon”</w:t>
      </w:r>
    </w:p>
    <w:p>
      <w:r>
        <w:rPr>
          <w:sz w:val="20"/>
        </w:rPr>
        <w:t>49:12  mera tareeqa hai ke jab bhi woh ghussa aata hai mujhe to foran mein chup ho jata hoon. ghussa aaya foran chup ho gaya.</w:t>
      </w:r>
      <w:r>
        <w:br/>
      </w:r>
      <w:r>
        <w:rPr>
          <w:sz w:val="20"/>
        </w:rPr>
        <w:t>49:27  thori dair ke liye apna aap ghussa khatam ho jata hai.</w:t>
      </w:r>
      <w:r>
        <w:br/>
      </w:r>
      <w:r>
        <w:rPr>
          <w:sz w:val="20"/>
        </w:rPr>
        <w:t>49:31  dekhiye ghussa jab aata hai to lagta hai ke aag badan mein lag gayi. is waqt jab ke ghussa hai. thori dair ke liye badan mein yeh lagta hai ke aag lagi hui hai.</w:t>
      </w:r>
      <w:r>
        <w:br/>
      </w:r>
      <w:r>
        <w:rPr>
          <w:sz w:val="20"/>
        </w:rPr>
        <w:t>49:43  lekin woh Momentary hota hai Momentary.</w:t>
      </w:r>
      <w:r>
        <w:br/>
      </w:r>
      <w:r>
        <w:rPr>
          <w:sz w:val="20"/>
        </w:rPr>
        <w:t>49:49  bas thori dair ke liye bardasht kar lijiyye.</w:t>
      </w:r>
      <w:r>
        <w:br/>
      </w:r>
      <w:r>
        <w:rPr>
          <w:sz w:val="20"/>
        </w:rPr>
        <w:t>49:54  mera tajurba yeh hai ke sirf tees second bardasht kar lijiyye aap. thirty second.</w:t>
      </w:r>
      <w:r>
        <w:br/>
      </w:r>
      <w:r>
        <w:rPr>
          <w:sz w:val="20"/>
        </w:rPr>
        <w:t>50:02  aur is ke baad kya ho ga? ghussa thanda hone lage ga.</w:t>
      </w:r>
      <w:r>
        <w:br/>
      </w:r>
      <w:r>
        <w:rPr>
          <w:sz w:val="20"/>
        </w:rPr>
        <w:t>50:08  aik baat yaad rakhiye. ke yeh koi ghair fitri baat hai ke koi kahe ke mere andar to ghussa hi nahi.</w:t>
      </w:r>
      <w:r>
        <w:br/>
      </w:r>
      <w:r>
        <w:rPr>
          <w:sz w:val="20"/>
        </w:rPr>
        <w:t>50:18  ghussa hota hi hota hai har aadmi ke andar.</w:t>
      </w:r>
      <w:r>
        <w:br/>
      </w:r>
      <w:r>
        <w:rPr>
          <w:sz w:val="20"/>
        </w:rPr>
        <w:t>50:23  ghussa na ho yeh is ka hukum nahi hai. ghuse ko aap zahir na karein is ka hukum hai. jaise Quran majeed ki ayat hai.</w:t>
      </w:r>
      <w:r>
        <w:br/>
      </w:r>
      <w:r>
        <w:rPr>
          <w:sz w:val="20"/>
        </w:rPr>
        <w:t>50:33  ke wal kazimeen al ghiz yani ahle iman jo hain Allah ke jo sachay bande hain. un ke baray mein farmaaya.</w:t>
      </w:r>
      <w:r>
        <w:br/>
      </w:r>
      <w:r>
        <w:rPr>
          <w:sz w:val="20"/>
        </w:rPr>
        <w:t>50:44  ke woh ghussa ko pee janay walay hotay hain.</w:t>
      </w:r>
      <w:r>
        <w:br/>
      </w:r>
      <w:r>
        <w:rPr>
          <w:sz w:val="20"/>
        </w:rPr>
        <w:t>50:49  wal kazimeen al ghiz yeh nahi farmaaya ke wal fakedeen al ghiz is par ghore farmaiyye. yani Quran mein yeh nahi farmaaya gaya ke ahle iman jo hotay hain sachay bande un ke andar ghuse ka fuqdan hota hai.</w:t>
      </w:r>
      <w:r>
        <w:br/>
      </w:r>
      <w:r>
        <w:rPr>
          <w:sz w:val="20"/>
        </w:rPr>
        <w:t>51:11  ghussa maujood maujood nahi hota.</w:t>
      </w:r>
      <w:r>
        <w:br/>
      </w:r>
      <w:r>
        <w:rPr>
          <w:sz w:val="20"/>
        </w:rPr>
        <w:t>51:14  nahi farmaaya ke ghuse ko pee jatay hain yani ghussa to aaya lekin is ko aap pee gaye aap andar andar matlab control kar liya.</w:t>
      </w:r>
      <w:r>
        <w:br/>
      </w:r>
      <w:r>
        <w:rPr>
          <w:sz w:val="20"/>
        </w:rPr>
        <w:t>51:25  ghussa aaya andar andar control kar liya is ko zahir nahi hone diya.</w:t>
      </w:r>
      <w:r>
        <w:br/>
      </w:r>
      <w:r>
        <w:rPr>
          <w:sz w:val="20"/>
        </w:rPr>
        <w:t>51:36  is ko maine aik martaba aik mazmoon mein aik misaal di thi. shock absorber ki.</w:t>
      </w:r>
      <w:r>
        <w:br/>
      </w:r>
      <w:r>
        <w:rPr>
          <w:sz w:val="20"/>
        </w:rPr>
        <w:t>51:43  aap jantay hain ke har car mein laga hota hai shock absorber yani jhatkay ko sahane wala. woh spring hoti hai jo saathi rehti hai.</w:t>
      </w:r>
      <w:r>
        <w:br/>
      </w:r>
      <w:r>
        <w:rPr>
          <w:sz w:val="20"/>
        </w:rPr>
        <w:t>51:56  achha tractor mein shock absorber nahi hota to is mein bohat ziyada hilta hai woh</w:t>
      </w:r>
      <w:r>
        <w:br/>
      </w:r>
      <w:r>
        <w:rPr>
          <w:sz w:val="20"/>
        </w:rPr>
        <w:t>52:02  agar aap tractor pe kahin baithe hon to aap ko yaad ho ga. ke tractor jo hai agar aap is se mislan ke pachas kilometer ka safar karein.</w:t>
      </w:r>
      <w:r>
        <w:br/>
      </w:r>
      <w:r>
        <w:rPr>
          <w:sz w:val="20"/>
        </w:rPr>
        <w:t>52:12  to pohnchein ge to bilkul thak chukay hon ge. kyunke itna hilaye ga itna hilaye ga woh. lekin achhi car par safar karein aap.</w:t>
      </w:r>
      <w:r>
        <w:br/>
      </w:r>
      <w:r>
        <w:rPr>
          <w:sz w:val="20"/>
        </w:rPr>
        <w:t>52:22  to aap pachas kilometer tak par safar kar ke utar aayen ge aap fresh hon ge. kyun?</w:t>
      </w:r>
      <w:r>
        <w:br/>
      </w:r>
      <w:r>
        <w:rPr>
          <w:sz w:val="20"/>
        </w:rPr>
        <w:t>52:30  is ke peyon mein spring hoti hai bohat khaas tarah ki jis ko kehte hain shock absorber. yeh sab jhatkay peye ko lagte hain.</w:t>
      </w:r>
      <w:r>
        <w:br/>
      </w:r>
      <w:r>
        <w:rPr>
          <w:sz w:val="20"/>
        </w:rPr>
        <w:t>52:40  aap kabhi dekhen road par khare ho kar ke. achhi car jab guzar rahi hoti hai to pehia aise aise hota hai. body aise aise nahi hota.</w:t>
      </w:r>
      <w:r>
        <w:br/>
      </w:r>
      <w:r>
        <w:rPr>
          <w:sz w:val="20"/>
        </w:rPr>
        <w:t>52:50  yani pehia to neeche ooper hota hai body waise ki waise hi rehti hai. to is ka matlab kya hua hai?</w:t>
      </w:r>
      <w:r>
        <w:br/>
      </w:r>
      <w:r>
        <w:rPr>
          <w:sz w:val="20"/>
        </w:rPr>
        <w:t>52:58  ke tractor is gaadi ka naam hai. ke jo jhatka pehie ko laga woh musafir tak pohancha.</w:t>
      </w:r>
      <w:r>
        <w:br/>
      </w:r>
      <w:r>
        <w:rPr>
          <w:sz w:val="20"/>
        </w:rPr>
        <w:t>53:11  is ke bar aks achhi car is gaadi ka naam hai. jis ne jhatke ko pehie par seh liya.</w:t>
      </w:r>
      <w:r>
        <w:br/>
      </w:r>
      <w:r>
        <w:rPr>
          <w:sz w:val="20"/>
        </w:rPr>
        <w:t>53:20  musafir tak is ko pohanchne nahi diya.</w:t>
      </w:r>
      <w:r>
        <w:br/>
      </w:r>
      <w:r>
        <w:rPr>
          <w:sz w:val="20"/>
        </w:rPr>
        <w:t>53:25  to roza aisi ki tarbiyat hai.</w:t>
      </w:r>
      <w:r>
        <w:br/>
      </w:r>
      <w:r>
        <w:rPr>
          <w:sz w:val="20"/>
        </w:rPr>
        <w:t>53:28  sabr yahi ka yahi matlab hai. ek hai sabr ek hai be sabri. ek hai Patience ek Impatience.</w:t>
      </w:r>
      <w:r>
        <w:br/>
      </w:r>
      <w:r>
        <w:rPr>
          <w:sz w:val="20"/>
        </w:rPr>
        <w:t>53:43  ek hai Patience ek Impatience. sabr be sabri. to sabr kya hai? ke jhatke ko apne ooper aap ne seh liya.</w:t>
      </w:r>
      <w:r>
        <w:br/>
      </w:r>
      <w:r>
        <w:rPr>
          <w:sz w:val="20"/>
        </w:rPr>
        <w:t>53:55  doosre ke ooper nahi jaane diya.</w:t>
      </w:r>
      <w:r>
        <w:br/>
      </w:r>
      <w:r>
        <w:rPr>
          <w:sz w:val="20"/>
        </w:rPr>
        <w:t>53:59  jab aap ghussa mein aa kar ke bhark bharkte hain aap bolte hain. bura bhala kehte hain gaali dete hain inteqaam lete hain Revenge lete hain. sabak sikhane chahte hain waghera.</w:t>
      </w:r>
      <w:r>
        <w:br/>
      </w:r>
      <w:r>
        <w:rPr>
          <w:sz w:val="20"/>
        </w:rPr>
        <w:t>54:11  to is ka matlab ke aap tractor jaise insaan hain.</w:t>
      </w:r>
      <w:r>
        <w:br/>
      </w:r>
      <w:r>
        <w:rPr>
          <w:sz w:val="20"/>
        </w:rPr>
        <w:t>54:17  aap tractor jaise insaan hain. ke jo jhatka aaya pehie par woh musafir tak pohanch gaya.</w:t>
      </w:r>
      <w:r>
        <w:br/>
      </w:r>
      <w:r>
        <w:rPr>
          <w:sz w:val="20"/>
        </w:rPr>
        <w:t>54:25  lekin agar aap ka yeh haal ho ke aap jab ghussa aaye to andar andar ise control kar len.</w:t>
      </w:r>
      <w:r>
        <w:br/>
      </w:r>
      <w:r>
        <w:rPr>
          <w:sz w:val="20"/>
        </w:rPr>
        <w:t>54:35  andar andar apne ko pacify kar len.</w:t>
      </w:r>
      <w:r>
        <w:br/>
      </w:r>
      <w:r>
        <w:rPr>
          <w:sz w:val="20"/>
        </w:rPr>
        <w:t>54:40  andar andar soch kar soch kar soch kar is ko thanda kar len.</w:t>
      </w:r>
      <w:r>
        <w:br/>
      </w:r>
      <w:r>
        <w:rPr>
          <w:sz w:val="20"/>
        </w:rPr>
        <w:t>54:46  to goya ke aap ek achhi car ke manind hain. ke aap ko jhatka to laga. lekin is jhatke ko aap ne doosron tak pohanchne nahi diya.</w:t>
      </w:r>
    </w:p>
    <w:p>
      <w:pPr>
        <w:pStyle w:val="Heading2"/>
      </w:pPr>
      <w:r>
        <w:t>From negativity to peace through acceptance</w:t>
      </w:r>
    </w:p>
    <w:p>
      <w:r>
        <w:rPr>
          <w:color w:val="666666"/>
          <w:sz w:val="18"/>
        </w:rPr>
        <w:t>Journey of Divine Civilization | January 24, 2010 · 3m 35s · at 43:53 · https://youtu.be/QCWXCjeZxnc?t=2633</w:t>
      </w:r>
    </w:p>
    <w:p>
      <w:r>
        <w:rPr>
          <w:i/>
        </w:rPr>
        <w:t>“Saari duniya ke log kis mein pare hain”</w:t>
      </w:r>
    </w:p>
    <w:p>
      <w:r>
        <w:rPr>
          <w:sz w:val="20"/>
        </w:rPr>
        <w:t>43:53  sari dunya ke log kis mein pade hue hain? negativity mein. Aristotle se le kar ke Plato se le kar ke Socrates se le kar ke aaj tak har aadmi jis ko baat kijiye, woh kahin na kahin us ko negativity chupi hui hogi. shikayat, complaint, protest. har aadmi negativity mein kyun jee raha hai? insaan ka sab se bara jo kamal hai, woh yeh hai ke woh positive mind ke saath dunya mein jiye. aik kahin dunya jahan aap ko free mein suraj ki ro</w:t>
      </w:r>
      <w:r>
        <w:br/>
      </w:r>
      <w:r>
        <w:rPr>
          <w:sz w:val="20"/>
        </w:rPr>
        <w:t>44:23  shani mil rahi hai, free mein oxygen mil rahi hai, free mein yeh life support system mil raha</w:t>
      </w:r>
      <w:r>
        <w:br/>
      </w:r>
      <w:r>
        <w:rPr>
          <w:sz w:val="20"/>
        </w:rPr>
        <w:t>44:27  hai, free mein aap yani sari in ginat cheezein free mein mil rahi hain aap ko.</w:t>
      </w:r>
      <w:r>
        <w:br/>
      </w:r>
      <w:r>
        <w:rPr>
          <w:sz w:val="20"/>
        </w:rPr>
        <w:t>44:31  to shukr hi shukr karna chahiye aap ko.</w:t>
      </w:r>
      <w:r>
        <w:br/>
      </w:r>
      <w:r>
        <w:rPr>
          <w:sz w:val="20"/>
        </w:rPr>
        <w:t>44:35  phir negative ko yahan log har aadmi negative boli bolta hai, jis ko baat ki negative boli bolta hai.</w:t>
      </w:r>
      <w:r>
        <w:br/>
      </w:r>
      <w:r>
        <w:rPr>
          <w:sz w:val="20"/>
        </w:rPr>
        <w:t>44:38  is ka ek ek bahut bada raaz hai.</w:t>
      </w:r>
      <w:r>
        <w:br/>
      </w:r>
      <w:r>
        <w:rPr>
          <w:sz w:val="20"/>
        </w:rPr>
        <w:t>44:42  yeh saada baat nahi hai.</w:t>
      </w:r>
      <w:r>
        <w:br/>
      </w:r>
      <w:r>
        <w:rPr>
          <w:sz w:val="20"/>
        </w:rPr>
        <w:t>44:46  saada baat nahi hai yeh.</w:t>
      </w:r>
      <w:r>
        <w:br/>
      </w:r>
      <w:r>
        <w:rPr>
          <w:sz w:val="20"/>
        </w:rPr>
        <w:t>44:50  is ka ra</w:t>
      </w:r>
      <w:r>
        <w:br/>
      </w:r>
      <w:r>
        <w:rPr>
          <w:sz w:val="20"/>
        </w:rPr>
        <w:t>44:53  z yeh hai ke insan ko khuda ne paida kiya hai. idealist.</w:t>
      </w:r>
      <w:r>
        <w:br/>
      </w:r>
      <w:r>
        <w:rPr>
          <w:sz w:val="20"/>
        </w:rPr>
        <w:t>44:57  man is an ideal seeking animal.</w:t>
      </w:r>
      <w:r>
        <w:br/>
      </w:r>
      <w:r>
        <w:rPr>
          <w:sz w:val="20"/>
        </w:rPr>
        <w:t>45:01  man is an ideal seeking animal.</w:t>
      </w:r>
      <w:r>
        <w:br/>
      </w:r>
      <w:r>
        <w:rPr>
          <w:sz w:val="20"/>
        </w:rPr>
        <w:t>45:05  insan idealist hai.</w:t>
      </w:r>
      <w:r>
        <w:br/>
      </w:r>
      <w:r>
        <w:rPr>
          <w:sz w:val="20"/>
        </w:rPr>
        <w:t>45:09  ideal chahta hai har cheez. ideal.</w:t>
      </w:r>
      <w:r>
        <w:br/>
      </w:r>
      <w:r>
        <w:rPr>
          <w:sz w:val="20"/>
        </w:rPr>
        <w:t>45:13  ideal life, ideal system, ideal family, ideal society.</w:t>
      </w:r>
      <w:r>
        <w:br/>
      </w:r>
      <w:r>
        <w:rPr>
          <w:sz w:val="20"/>
        </w:rPr>
        <w:t>45:17  har cheez ideal.</w:t>
      </w:r>
      <w:r>
        <w:br/>
      </w:r>
      <w:r>
        <w:rPr>
          <w:sz w:val="20"/>
        </w:rPr>
        <w:t>45:21  yeh paida kiya hai Allah taala ne.</w:t>
      </w:r>
      <w:r>
        <w:br/>
      </w:r>
      <w:r>
        <w:rPr>
          <w:sz w:val="20"/>
        </w:rPr>
        <w:t>45:25  lekin yeh ideal world milega aap ko jannat mein.</w:t>
      </w:r>
      <w:r>
        <w:br/>
      </w:r>
      <w:r>
        <w:rPr>
          <w:sz w:val="20"/>
        </w:rPr>
        <w:t>45:30  duniya mein nahi mil sakta hai.</w:t>
      </w:r>
      <w:r>
        <w:br/>
      </w:r>
      <w:r>
        <w:rPr>
          <w:sz w:val="20"/>
        </w:rPr>
        <w:t>45:34  yehi pakarti ho rahi hai.</w:t>
      </w:r>
      <w:r>
        <w:br/>
      </w:r>
      <w:r>
        <w:rPr>
          <w:sz w:val="20"/>
        </w:rPr>
        <w:t>45:38  yani creation plan of God se bekhabri ke nateejay mein log aisa ho gaye hain.</w:t>
      </w:r>
      <w:r>
        <w:br/>
      </w:r>
      <w:r>
        <w:rPr>
          <w:sz w:val="20"/>
        </w:rPr>
        <w:t>45:43  کیونکہ اس آئیڈیل کو کہاں پانا چاہتے ہیں اس دنیا میں؟ یعنی they are seeking idealism in a</w:t>
      </w:r>
      <w:r>
        <w:br/>
      </w:r>
      <w:r>
        <w:rPr>
          <w:sz w:val="20"/>
        </w:rPr>
        <w:t>45:47  world where is not possible.</w:t>
      </w:r>
      <w:r>
        <w:br/>
      </w:r>
      <w:r>
        <w:rPr>
          <w:sz w:val="20"/>
        </w:rPr>
        <w:t>45:51  yeh world, yeh world jo hai, har cheez mein aap ko less</w:t>
      </w:r>
      <w:r>
        <w:br/>
      </w:r>
      <w:r>
        <w:rPr>
          <w:sz w:val="20"/>
        </w:rPr>
        <w:t>45:55  den ideal milegi.</w:t>
      </w:r>
      <w:r>
        <w:br/>
      </w:r>
      <w:r>
        <w:rPr>
          <w:sz w:val="20"/>
        </w:rPr>
        <w:t>45:58  yahan koi cheez aap ko ideal nahi mil sakti.</w:t>
      </w:r>
      <w:r>
        <w:br/>
      </w:r>
      <w:r>
        <w:rPr>
          <w:sz w:val="20"/>
        </w:rPr>
        <w:t>46:01  ek marriage kabhi ideal nahi hoti.</w:t>
      </w:r>
      <w:r>
        <w:br/>
      </w:r>
      <w:r>
        <w:rPr>
          <w:sz w:val="20"/>
        </w:rPr>
        <w:t>46:04  ek family kabhi ideal nahi hoti.</w:t>
      </w:r>
      <w:r>
        <w:br/>
      </w:r>
      <w:r>
        <w:rPr>
          <w:sz w:val="20"/>
        </w:rPr>
        <w:t>46:07  ek society kabhi ideal nahi hoti.</w:t>
      </w:r>
      <w:r>
        <w:br/>
      </w:r>
      <w:r>
        <w:rPr>
          <w:sz w:val="20"/>
        </w:rPr>
        <w:t>46:10  ek system kabhi ideal nahi hota.</w:t>
      </w:r>
      <w:r>
        <w:br/>
      </w:r>
      <w:r>
        <w:rPr>
          <w:sz w:val="20"/>
        </w:rPr>
        <w:t>46:13  lekin insan apne jo aankh mind mein bhara hua hai idealism to chahta hai ke mujhe ideal mile.</w:t>
      </w:r>
      <w:r>
        <w:br/>
      </w:r>
      <w:r>
        <w:rPr>
          <w:sz w:val="20"/>
        </w:rPr>
        <w:t>46:16  ladkiyan chahti hain ke mujhe ideal husband mile.</w:t>
      </w:r>
      <w:r>
        <w:br/>
      </w:r>
      <w:r>
        <w:rPr>
          <w:sz w:val="20"/>
        </w:rPr>
        <w:t>46:19  husband chahta hai ke mujhe ideal biwi mile.</w:t>
      </w:r>
      <w:r>
        <w:br/>
      </w:r>
      <w:r>
        <w:rPr>
          <w:sz w:val="20"/>
        </w:rPr>
        <w:t>46:22  log chahte hain ke mujhe ideal family mile, ideal</w:t>
      </w:r>
      <w:r>
        <w:br/>
      </w:r>
      <w:r>
        <w:rPr>
          <w:sz w:val="20"/>
        </w:rPr>
        <w:t>46:25  society mile, ideal system mile.</w:t>
      </w:r>
      <w:r>
        <w:br/>
      </w:r>
      <w:r>
        <w:rPr>
          <w:sz w:val="20"/>
        </w:rPr>
        <w:t>46:29  to woh chuna ke possible nahi hai, woh possible hi nahi hai.</w:t>
      </w:r>
      <w:r>
        <w:br/>
      </w:r>
      <w:r>
        <w:rPr>
          <w:sz w:val="20"/>
        </w:rPr>
        <w:t>46:34  yeh duniya ko Khuda ne banaya hi nahi hai is maqsad se ke yahan aap ideal world bana saken.</w:t>
      </w:r>
      <w:r>
        <w:br/>
      </w:r>
      <w:r>
        <w:rPr>
          <w:sz w:val="20"/>
        </w:rPr>
        <w:t>46:38  to yahan par kya karna hai? aap ko less than ideal par raazi hona hai.</w:t>
      </w:r>
      <w:r>
        <w:br/>
      </w:r>
      <w:r>
        <w:rPr>
          <w:sz w:val="20"/>
        </w:rPr>
        <w:t>46:42  ala bi dhikr Allah tatma'inn al-quloob.</w:t>
      </w:r>
      <w:r>
        <w:br/>
      </w:r>
      <w:r>
        <w:rPr>
          <w:sz w:val="20"/>
        </w:rPr>
        <w:t>46:46  yeh bohat zabardast ayat hai Quran mein.</w:t>
      </w:r>
      <w:r>
        <w:br/>
      </w:r>
      <w:r>
        <w:rPr>
          <w:sz w:val="20"/>
        </w:rPr>
        <w:t>46:50  ala bi zikrullahi tatmainnal quloob.</w:t>
      </w:r>
      <w:r>
        <w:br/>
      </w:r>
      <w:r>
        <w:rPr>
          <w:sz w:val="20"/>
        </w:rPr>
        <w:t>46:54  is ka matlab kya hai?</w:t>
      </w:r>
      <w:r>
        <w:br/>
      </w:r>
      <w:r>
        <w:rPr>
          <w:sz w:val="20"/>
        </w:rPr>
        <w:t>46:58  yani Allah Allah Allah Allah karne se nahi, yeh matlab nahi is ka hai.</w:t>
      </w:r>
      <w:r>
        <w:br/>
      </w:r>
      <w:r>
        <w:rPr>
          <w:sz w:val="20"/>
        </w:rPr>
        <w:t>47:03  aap Allah Allah Allah Allah karen.</w:t>
      </w:r>
      <w:r>
        <w:br/>
      </w:r>
      <w:r>
        <w:rPr>
          <w:sz w:val="20"/>
        </w:rPr>
        <w:t>47:08  yeh nahi matlab is ka hai.</w:t>
      </w:r>
      <w:r>
        <w:br/>
      </w:r>
      <w:r>
        <w:rPr>
          <w:sz w:val="20"/>
        </w:rPr>
        <w:t>47:13  is ka matlab kya hai? ke aap Khuda ke creation plan par raazi ho jayen to aap ko</w:t>
      </w:r>
      <w:r>
        <w:br/>
      </w:r>
      <w:r>
        <w:rPr>
          <w:sz w:val="20"/>
        </w:rPr>
        <w:t>47:18  sukoon mile ga.</w:t>
      </w:r>
      <w:r>
        <w:br/>
      </w:r>
      <w:r>
        <w:rPr>
          <w:sz w:val="20"/>
        </w:rPr>
        <w:t>47:23  Allah ka jo creation plan hai, us par aap ko contentment ho ja to aap ko</w:t>
      </w:r>
    </w:p>
    <w:p>
      <w:pPr>
        <w:pStyle w:val="Heading2"/>
      </w:pPr>
      <w:r>
        <w:t>Three prophets' mission for non-confrontation</w:t>
      </w:r>
    </w:p>
    <w:p>
      <w:r>
        <w:rPr>
          <w:color w:val="666666"/>
          <w:sz w:val="18"/>
        </w:rPr>
        <w:t>The Importance of Non Confrontational Method, | August 29, 2010 · 5m 08s · at 9:23 · https://youtu.be/8ZGB0tWQtg8?t=563</w:t>
      </w:r>
    </w:p>
    <w:p>
      <w:r>
        <w:rPr>
          <w:i/>
        </w:rPr>
        <w:t>“I wondered why three prophets have no dawah role.”</w:t>
      </w:r>
    </w:p>
    <w:p>
      <w:r>
        <w:rPr>
          <w:sz w:val="20"/>
        </w:rPr>
        <w:t>9:23  to mein bohat din sochta tha ke aakhir teen peghambar jin ka zikr Quran mein aaya unka</w:t>
      </w:r>
      <w:r>
        <w:br/>
      </w:r>
      <w:r>
        <w:rPr>
          <w:sz w:val="20"/>
        </w:rPr>
        <w:t>9:28  koi daawati role bataya nahi gaya.</w:t>
      </w:r>
      <w:r>
        <w:br/>
      </w:r>
      <w:r>
        <w:rPr>
          <w:sz w:val="20"/>
        </w:rPr>
        <w:t>9:32  to kis liye bheje gaye thay yeh peghambar? Isi liye bheje gaye thay.</w:t>
      </w:r>
      <w:r>
        <w:br/>
      </w:r>
      <w:r>
        <w:rPr>
          <w:sz w:val="20"/>
        </w:rPr>
        <w:t>9:37  yeh batane ke liye ke dawat, pachaas, Islam mein fifty percent dawat hai, fifty percent jo hai method</w:t>
      </w:r>
      <w:r>
        <w:br/>
      </w:r>
      <w:r>
        <w:rPr>
          <w:sz w:val="20"/>
        </w:rPr>
        <w:t>9:41  ka mamla hai.</w:t>
      </w:r>
      <w:r>
        <w:br/>
      </w:r>
      <w:r>
        <w:rPr>
          <w:sz w:val="20"/>
        </w:rPr>
        <w:t>9:45  jo base karta hai sabr par.</w:t>
      </w:r>
      <w:r>
        <w:br/>
      </w:r>
      <w:r>
        <w:rPr>
          <w:sz w:val="20"/>
        </w:rPr>
        <w:t>9:50  takrao na karne par.</w:t>
      </w:r>
      <w:r>
        <w:br/>
      </w:r>
      <w:r>
        <w:rPr>
          <w:sz w:val="20"/>
        </w:rPr>
        <w:t>9:54  adjust karne par. Ji haan.</w:t>
      </w:r>
      <w:r>
        <w:br/>
      </w:r>
      <w:r>
        <w:rPr>
          <w:sz w:val="20"/>
        </w:rPr>
        <w:t>9:59  yani non-confrontational approach ki ahmiyat batane ke liye teen peghambar Allah ne bheje.</w:t>
      </w:r>
      <w:r>
        <w:br/>
      </w:r>
      <w:r>
        <w:rPr>
          <w:sz w:val="20"/>
        </w:rPr>
        <w:t>10:04  woh kaise? Dekhiye.</w:t>
      </w:r>
      <w:r>
        <w:br/>
      </w:r>
      <w:r>
        <w:rPr>
          <w:sz w:val="20"/>
        </w:rPr>
        <w:t>10:09  sab se pehle to Hazrat Daud ke zariye Allah Ta'ala ne yeh bataya ke yeh ibtila ke liye</w:t>
      </w:r>
      <w:r>
        <w:br/>
      </w:r>
      <w:r>
        <w:rPr>
          <w:sz w:val="20"/>
        </w:rPr>
        <w:t>10:13  hota hai iqtadar.</w:t>
      </w:r>
      <w:r>
        <w:br/>
      </w:r>
      <w:r>
        <w:rPr>
          <w:sz w:val="20"/>
        </w:rPr>
        <w:t>10:18  takra kar ke, lad kar ke tum iqtadar hasil bhi kar lo, tab bhi kya hai woh? tum</w:t>
      </w:r>
      <w:r>
        <w:br/>
      </w:r>
      <w:r>
        <w:rPr>
          <w:sz w:val="20"/>
        </w:rPr>
        <w:t>10:23  ne ek test paper hasil kiya.</w:t>
      </w:r>
      <w:r>
        <w:br/>
      </w:r>
      <w:r>
        <w:rPr>
          <w:sz w:val="20"/>
        </w:rPr>
        <w:t>10:27  hazrat daud ne farmaya ke yeh mujhe hukumat jo di gayi hai, ibtila ke liye di gayi hai.</w:t>
      </w:r>
      <w:r>
        <w:br/>
      </w:r>
      <w:r>
        <w:rPr>
          <w:sz w:val="20"/>
        </w:rPr>
        <w:t>10:33  azmaish ke liye di gayi hai, test ke liye di gayi hai.</w:t>
      </w:r>
      <w:r>
        <w:br/>
      </w:r>
      <w:r>
        <w:rPr>
          <w:sz w:val="20"/>
        </w:rPr>
        <w:t>10:39  is tarah ek paighambar ke zariye se practical tor par ke un ko power mil gaya, un ko</w:t>
      </w:r>
      <w:r>
        <w:br/>
      </w:r>
      <w:r>
        <w:rPr>
          <w:sz w:val="20"/>
        </w:rPr>
        <w:t>10:45  iqtadar mil gaya, un ko hukumat mil gayi, to kehte kya hain? ke ek test paper hi to mila.</w:t>
      </w:r>
      <w:r>
        <w:br/>
      </w:r>
      <w:r>
        <w:rPr>
          <w:sz w:val="20"/>
        </w:rPr>
        <w:t>10:52  ke political power jo hai woh kya hai</w:t>
      </w:r>
      <w:r>
        <w:br/>
      </w:r>
      <w:r>
        <w:rPr>
          <w:sz w:val="20"/>
        </w:rPr>
        <w:t>10:58  ? sirf ek test paper hai.</w:t>
      </w:r>
      <w:r>
        <w:br/>
      </w:r>
      <w:r>
        <w:rPr>
          <w:sz w:val="20"/>
        </w:rPr>
        <w:t>11:03  le bilwani, quran majeed mein aata hai ke le bilwani.</w:t>
      </w:r>
      <w:r>
        <w:br/>
      </w:r>
      <w:r>
        <w:rPr>
          <w:sz w:val="20"/>
        </w:rPr>
        <w:t>11:08  taake khuda mujhe azmaye.</w:t>
      </w:r>
      <w:r>
        <w:br/>
      </w:r>
      <w:r>
        <w:rPr>
          <w:sz w:val="20"/>
        </w:rPr>
        <w:t>11:13  yeh bataya gaya ek paighambar ke zariye se amli tor par.</w:t>
      </w:r>
      <w:r>
        <w:br/>
      </w:r>
      <w:r>
        <w:rPr>
          <w:sz w:val="20"/>
        </w:rPr>
        <w:t>11:18  yani un ko is par bithakar, ek power par bithakar.</w:t>
      </w:r>
      <w:r>
        <w:br/>
      </w:r>
      <w:r>
        <w:rPr>
          <w:sz w:val="20"/>
        </w:rPr>
        <w:t>11:23  power par bithakar bataya gaya ke hum, hum kahein hamare paas koi power nahi to is ki val</w:t>
      </w:r>
      <w:r>
        <w:br/>
      </w:r>
      <w:r>
        <w:rPr>
          <w:sz w:val="20"/>
        </w:rPr>
        <w:t>11:28  ue nahi hoti zyada hogi.</w:t>
      </w:r>
      <w:r>
        <w:br/>
      </w:r>
      <w:r>
        <w:rPr>
          <w:sz w:val="20"/>
        </w:rPr>
        <w:t>11:32  lekin ek shakhs jo power par baitha hua hai, jis ko political power mila hua hai, woh keh</w:t>
      </w:r>
      <w:r>
        <w:br/>
      </w:r>
      <w:r>
        <w:rPr>
          <w:sz w:val="20"/>
        </w:rPr>
        <w:t>11:36  raha hai ke dekh lo yeh ibtila ke liye hai.</w:t>
      </w:r>
      <w:r>
        <w:br/>
      </w:r>
      <w:r>
        <w:rPr>
          <w:sz w:val="20"/>
        </w:rPr>
        <w:t>11:41  test ke liye hai.</w:t>
      </w:r>
      <w:r>
        <w:br/>
      </w:r>
      <w:r>
        <w:rPr>
          <w:sz w:val="20"/>
        </w:rPr>
        <w:t>11:45  to yeh allah taala ne ek cheez batayi logon ko ke jis liye tum ladte ho, lad kar</w:t>
      </w:r>
      <w:r>
        <w:br/>
      </w:r>
      <w:r>
        <w:rPr>
          <w:sz w:val="20"/>
        </w:rPr>
        <w:t>11:49  ke tum hasil bhi kar lo to kya paoge? ek test paper paoge bas.</w:t>
      </w:r>
      <w:r>
        <w:br/>
      </w:r>
      <w:r>
        <w:rPr>
          <w:sz w:val="20"/>
        </w:rPr>
        <w:t>11:54  yani zimmedari, liability.</w:t>
      </w:r>
      <w:r>
        <w:br/>
      </w:r>
      <w:r>
        <w:rPr>
          <w:sz w:val="20"/>
        </w:rPr>
        <w:t>11:58  ek baat yeh hai jo establish ki gayi hazrat daud ke zariye se.</w:t>
      </w:r>
      <w:r>
        <w:br/>
      </w:r>
      <w:r>
        <w:rPr>
          <w:sz w:val="20"/>
        </w:rPr>
        <w:t>12:02  hazrat suleman ke zariye kya establish ki gayi? koi daawati role hazrat suleman ke quran majeed mein bayan</w:t>
      </w:r>
      <w:r>
        <w:br/>
      </w:r>
      <w:r>
        <w:rPr>
          <w:sz w:val="20"/>
        </w:rPr>
        <w:t>12:06  nahi hua hai.</w:t>
      </w:r>
      <w:r>
        <w:br/>
      </w:r>
      <w:r>
        <w:rPr>
          <w:sz w:val="20"/>
        </w:rPr>
        <w:t>12:10  kuch bhi nahi.</w:t>
      </w:r>
      <w:r>
        <w:br/>
      </w:r>
      <w:r>
        <w:rPr>
          <w:sz w:val="20"/>
        </w:rPr>
        <w:t>12:14  lekin aik bohat bari cheez batai gai.</w:t>
      </w:r>
      <w:r>
        <w:br/>
      </w:r>
      <w:r>
        <w:rPr>
          <w:sz w:val="20"/>
        </w:rPr>
        <w:t>12:17  woh aik, aik, aik, aik hakim bhi ke zariye ho sakti thi.</w:t>
      </w:r>
      <w:r>
        <w:br/>
      </w:r>
      <w:r>
        <w:rPr>
          <w:sz w:val="20"/>
        </w:rPr>
        <w:t>12:21  aik badshah ke zariye se.</w:t>
      </w:r>
      <w:r>
        <w:br/>
      </w:r>
      <w:r>
        <w:rPr>
          <w:sz w:val="20"/>
        </w:rPr>
        <w:t>12:25  woh yeh ke in ke zamane mein yaman ke ilaqe mein aik qaum thi Saba.</w:t>
      </w:r>
      <w:r>
        <w:br/>
      </w:r>
      <w:r>
        <w:rPr>
          <w:sz w:val="20"/>
        </w:rPr>
        <w:t>12:29  to woh samandari tijarat karti thi, bohat maldar log thay.</w:t>
      </w:r>
      <w:r>
        <w:br/>
      </w:r>
      <w:r>
        <w:rPr>
          <w:sz w:val="20"/>
        </w:rPr>
        <w:t>12:35  to Hazrat Suleman ne un ko challenge diya ke tum surrender karo.</w:t>
      </w:r>
      <w:r>
        <w:br/>
      </w:r>
      <w:r>
        <w:rPr>
          <w:sz w:val="20"/>
        </w:rPr>
        <w:t>12:42  tum surrender karo.</w:t>
      </w:r>
      <w:r>
        <w:br/>
      </w:r>
      <w:r>
        <w:rPr>
          <w:sz w:val="20"/>
        </w:rPr>
        <w:t>12:48  to wahan us waqt aik queen hukumat karti thi, malika Saba.</w:t>
      </w:r>
      <w:r>
        <w:br/>
      </w:r>
      <w:r>
        <w:rPr>
          <w:sz w:val="20"/>
        </w:rPr>
        <w:t>12:55  us ne apne darbariyon se mashwara kiya, mujhe unhon ne kaha ke nahi hum larenge.</w:t>
      </w:r>
      <w:r>
        <w:br/>
      </w:r>
      <w:r>
        <w:rPr>
          <w:sz w:val="20"/>
        </w:rPr>
        <w:t>13:01  darbariyon ne kaha ke hum ladenge. to is malika Saba ne kaha ke nahi. "inna al-muluk idha dakhlu qaryatan afsaduha wa ja'alu ahluha adillah. wa kadhalika yaf'alun". matlab ladenge to kya hoga? counter productive. jaan maal ki tabahi. to is se acha hai ke sulah kar lo. to unhon ne ladai na kar ke sulah kar li. is se un ke</w:t>
      </w:r>
      <w:r>
        <w:br/>
      </w:r>
      <w:r>
        <w:rPr>
          <w:sz w:val="20"/>
        </w:rPr>
        <w:t>13:31  saare tijarti faiday intact rahay.</w:t>
      </w:r>
      <w:r>
        <w:br/>
      </w:r>
      <w:r>
        <w:rPr>
          <w:sz w:val="20"/>
        </w:rPr>
        <w:t>13:37  sab kuch intact raha.</w:t>
      </w:r>
      <w:r>
        <w:br/>
      </w:r>
      <w:r>
        <w:rPr>
          <w:sz w:val="20"/>
        </w:rPr>
        <w:t>13:43  un ka social system, un ki trade, un ka agriculture sab intact raha.</w:t>
      </w:r>
      <w:r>
        <w:br/>
      </w:r>
      <w:r>
        <w:rPr>
          <w:sz w:val="20"/>
        </w:rPr>
        <w:t>13:50  to yeh aik misaal qaim ki gai ke agar aik ziyada powerful se samna paray to larai mat karo.</w:t>
      </w:r>
      <w:r>
        <w:br/>
      </w:r>
      <w:r>
        <w:rPr>
          <w:sz w:val="20"/>
        </w:rPr>
        <w:t>13:56  is se sulah kar lo to tumhein sab kuch dobara jo hai woh apni jagah par qaim rahe ga.</w:t>
      </w:r>
      <w:r>
        <w:br/>
      </w:r>
      <w:r>
        <w:rPr>
          <w:sz w:val="20"/>
        </w:rPr>
        <w:t>14:02  ek paighambar ke zariye se yeh misaal qaim ki gayi. Hazrat Yusuf ko lijie. Hazrat Yusuf jo the, un ke zariye ek bahut ajeeb misaal qaim ki gayi. ke mushrik badshah ho tab bhi us ke matahat hi qabool kar lo. aap jante hain ke Misr mein us waqt, Egypt mein kya tha? ek mushrik badshah ki hukumat thi. jis ko Hyksos king kaha</w:t>
      </w:r>
    </w:p>
    <w:p>
      <w:pPr>
        <w:pStyle w:val="Heading2"/>
      </w:pPr>
      <w:r>
        <w:t>Patience as summum bonum and love for enemies</w:t>
      </w:r>
    </w:p>
    <w:p>
      <w:r>
        <w:rPr>
          <w:color w:val="666666"/>
          <w:sz w:val="18"/>
        </w:rPr>
        <w:t>Interview Session with Maulana Wahiduddin Khan English · 5m 16s · at 21:01 · https://youtu.be/oNKYrZsbzr4?t=1261</w:t>
      </w:r>
    </w:p>
    <w:p>
      <w:r>
        <w:rPr>
          <w:i/>
        </w:rPr>
        <w:t>“Patience is the summum bonum.”</w:t>
      </w:r>
    </w:p>
    <w:p>
      <w:r>
        <w:rPr>
          <w:sz w:val="20"/>
        </w:rPr>
        <w:t>21:01  patience is the summum bonum. Patience is the summum bonum. This, the Prophet of Islam, has said that,</w:t>
      </w:r>
      <w:r>
        <w:br/>
      </w:r>
      <w:r>
        <w:rPr>
          <w:sz w:val="20"/>
        </w:rPr>
        <w:t>21:16  "Patience is the key to all success." Patience is the key to success. Without patience, there is no success.</w:t>
      </w:r>
      <w:r>
        <w:br/>
      </w:r>
      <w:r>
        <w:rPr>
          <w:sz w:val="20"/>
        </w:rPr>
        <w:t>21:27  And I would like to add that patience is not a negative thing.</w:t>
      </w:r>
      <w:r>
        <w:br/>
      </w:r>
      <w:r>
        <w:rPr>
          <w:sz w:val="20"/>
        </w:rPr>
        <w:t>21:36  It is completely a positive thing. Why? Because in this world, you are living with other people.</w:t>
      </w:r>
      <w:r>
        <w:br/>
      </w:r>
      <w:r>
        <w:rPr>
          <w:sz w:val="20"/>
        </w:rPr>
        <w:t>21:46  Their tastes are different. Their interest is different. But there are some unpleasant situations every time.</w:t>
      </w:r>
      <w:r>
        <w:br/>
      </w:r>
      <w:r>
        <w:rPr>
          <w:sz w:val="20"/>
        </w:rPr>
        <w:t>21:56  You cannot find a nervous situation every time. So what to do? The only way to live in this world successfully is by keeping patience.</w:t>
      </w:r>
      <w:r>
        <w:br/>
      </w:r>
      <w:r>
        <w:rPr>
          <w:sz w:val="20"/>
        </w:rPr>
        <w:t>22:16  You cannot stop other people who think according to their own. Everybody is free.</w:t>
      </w:r>
      <w:r>
        <w:br/>
      </w:r>
      <w:r>
        <w:rPr>
          <w:sz w:val="20"/>
        </w:rPr>
        <w:t>22:25  So how can we abolish that freedom? God gave them freedom. Freedom is theirright.</w:t>
      </w:r>
      <w:r>
        <w:br/>
      </w:r>
      <w:r>
        <w:rPr>
          <w:sz w:val="20"/>
        </w:rPr>
        <w:t>22:34  So we cannot abolish that freedom. So we have to be tolerant. You have to be patient. So patience means wisdom of lif</w:t>
      </w:r>
      <w:r>
        <w:br/>
      </w:r>
      <w:r>
        <w:rPr>
          <w:sz w:val="20"/>
        </w:rPr>
        <w:t>22:46  e. In a world where everybody is free, everybody</w:t>
      </w:r>
      <w:r>
        <w:br/>
      </w:r>
      <w:r>
        <w:rPr>
          <w:sz w:val="20"/>
        </w:rPr>
        <w:t>22:56  is striving for his own interests, in such a world, there is no way except patience because we cannot abolish their freedom.</w:t>
      </w:r>
      <w:r>
        <w:br/>
      </w:r>
      <w:r>
        <w:rPr>
          <w:sz w:val="20"/>
        </w:rPr>
        <w:t>23:08  Everybody is free.</w:t>
      </w:r>
      <w:r>
        <w:br/>
      </w:r>
      <w:r>
        <w:rPr>
          <w:sz w:val="20"/>
        </w:rPr>
        <w:t>23:10  So it is the greatest wisdom to keep patience so that you will be able to work peacefully.</w:t>
      </w:r>
      <w:r>
        <w:br/>
      </w:r>
      <w:r>
        <w:rPr>
          <w:sz w:val="20"/>
        </w:rPr>
        <w:t>23:26  And as I already said, according to the law of nature, every time there are opportunities, enormous opportunities, opportunities are an integral part of life.</w:t>
      </w:r>
      <w:r>
        <w:br/>
      </w:r>
      <w:r>
        <w:rPr>
          <w:sz w:val="20"/>
        </w:rPr>
        <w:t>23:43  No one can abolish those opportunities. So this wisdom of life is to avoid the problem and to avail those opportunities.</w:t>
      </w:r>
      <w:r>
        <w:br/>
      </w:r>
      <w:r>
        <w:rPr>
          <w:sz w:val="20"/>
        </w:rPr>
        <w:t>23:53  By availing those opportunities, we can gain everything. In every country, not only in USA or Britain, even in Israel,</w:t>
      </w:r>
      <w:r>
        <w:br/>
      </w:r>
      <w:r>
        <w:rPr>
          <w:sz w:val="20"/>
        </w:rPr>
        <w:t>24:08  even in Kashmir, there are enormous opportunities. So why are you fighting? Why these fightings? I visited Kashmir.</w:t>
      </w:r>
      <w:r>
        <w:br/>
      </w:r>
      <w:r>
        <w:rPr>
          <w:sz w:val="20"/>
        </w:rPr>
        <w:t>24:21  They are fighting against the Indian Army. I said that, "Why are you fighting?" The Indian Army is your friend.</w:t>
      </w:r>
      <w:r>
        <w:br/>
      </w:r>
      <w:r>
        <w:rPr>
          <w:sz w:val="20"/>
        </w:rPr>
        <w:t>24:33  They are mankind like you. So</w:t>
      </w:r>
      <w:r>
        <w:br/>
      </w:r>
      <w:r>
        <w:rPr>
          <w:sz w:val="20"/>
        </w:rPr>
        <w:t>24:42  try to live with them normally. Why are you fighting? Why this hate?</w:t>
      </w:r>
      <w:r>
        <w:br/>
      </w:r>
      <w:r>
        <w:rPr>
          <w:sz w:val="20"/>
        </w:rPr>
        <w:t>24:52  I have no hate against anyone. I believe in</w:t>
      </w:r>
      <w:r>
        <w:br/>
      </w:r>
      <w:r>
        <w:rPr>
          <w:sz w:val="20"/>
        </w:rPr>
        <w:t>25:01  the Christians' saying that, "Love your enemy." So I really love my enemy, if there is any enemy. I don't think that anyone is an enemy, but I love all.</w:t>
      </w:r>
      <w:r>
        <w:br/>
      </w:r>
      <w:r>
        <w:rPr>
          <w:sz w:val="20"/>
        </w:rPr>
        <w:t>25:16  So love is the greatest power for mine, not fighting.</w:t>
      </w:r>
      <w:r>
        <w:br/>
      </w:r>
      <w:r>
        <w:rPr>
          <w:sz w:val="20"/>
        </w:rPr>
        <w:t>25:26  Yesterday, I read an article in the English paper that the USA is losing its superiority.</w:t>
      </w:r>
      <w:r>
        <w:br/>
      </w:r>
      <w:r>
        <w:rPr>
          <w:sz w:val="20"/>
        </w:rPr>
        <w:t>25:39  Why? Because it spent $5 trillion in the Iraq War. So what he gained</w:t>
      </w:r>
      <w:r>
        <w:br/>
      </w:r>
      <w:r>
        <w:rPr>
          <w:sz w:val="20"/>
        </w:rPr>
        <w:t>25:49  ? I don't think that anyone can gain anything from war. I think that</w:t>
      </w:r>
      <w:r>
        <w:br/>
      </w:r>
      <w:r>
        <w:rPr>
          <w:sz w:val="20"/>
        </w:rPr>
        <w:t>26:02  every victory is a trick victory. In this world, every victory is a trick victory. By defeat, you can find more opportunities than by victory.</w:t>
      </w:r>
    </w:p>
    <w:p>
      <w:pPr>
        <w:pStyle w:val="Heading2"/>
      </w:pPr>
      <w:r>
        <w:t>two moral levels: haram personality versus weak personality</w:t>
      </w:r>
    </w:p>
    <w:p>
      <w:r>
        <w:rPr>
          <w:color w:val="666666"/>
          <w:sz w:val="18"/>
        </w:rPr>
        <w:t>How to Build A Strong Personality June 14, 2008 · 4m 06s · at 4:07 · https://youtu.be/CEzRHSVoQlI?t=247</w:t>
      </w:r>
    </w:p>
    <w:p>
      <w:r>
        <w:rPr>
          <w:i/>
        </w:rPr>
        <w:t>“Zindagi mein do moral layers hain”</w:t>
      </w:r>
    </w:p>
    <w:p>
      <w:r>
        <w:rPr>
          <w:sz w:val="20"/>
        </w:rPr>
        <w:t>4:07  yeh bohat hi important baat hai. kyunke dekhiye, zindagi mein do moral layers hain.</w:t>
      </w:r>
      <w:r>
        <w:br/>
      </w:r>
      <w:r>
        <w:rPr>
          <w:sz w:val="20"/>
        </w:rPr>
        <w:t>4:19  yaani hamara character, hamara behaviour jo hota hai, us ke do layers hain, do satahain hain. ek hai haram aur halal ki satah.</w:t>
      </w:r>
      <w:r>
        <w:br/>
      </w:r>
      <w:r>
        <w:rPr>
          <w:sz w:val="20"/>
        </w:rPr>
        <w:t>4:32  yaani well known cheezen. jaise ke sab log jante hain ke islam mein sharab haram hai.</w:t>
      </w:r>
      <w:r>
        <w:br/>
      </w:r>
      <w:r>
        <w:rPr>
          <w:sz w:val="20"/>
        </w:rPr>
        <w:t>4:43  sab log jante hain ke islam mein khinzir khana haram hai. to aadmi is se bache, woh sharab na piye, woh khinzir na khaye,</w:t>
      </w:r>
      <w:r>
        <w:br/>
      </w:r>
      <w:r>
        <w:rPr>
          <w:sz w:val="20"/>
        </w:rPr>
        <w:t>4:59  to woh ek darje ka hua. is ke bar aks agar woh sharab piye, khinzir khaye, to jo aisa kare to us ke andar haram personality banegi.</w:t>
      </w:r>
      <w:r>
        <w:br/>
      </w:r>
      <w:r>
        <w:rPr>
          <w:sz w:val="20"/>
        </w:rPr>
        <w:t>5:12  yaani jo khuli khuli haram cheezen hain, sab jante hain ke islam mein sharab haram hai, islam mein khinzir khana haram hai.</w:t>
      </w:r>
      <w:r>
        <w:br/>
      </w:r>
      <w:r>
        <w:rPr>
          <w:sz w:val="20"/>
        </w:rPr>
        <w:t>5:22  to jo aadmi jante boojhte in cheezon ko kare, to us ke andar kya hoga?</w:t>
      </w:r>
      <w:r>
        <w:br/>
      </w:r>
      <w:r>
        <w:rPr>
          <w:sz w:val="20"/>
        </w:rPr>
        <w:t>5:31  harram personality banegi. yeh bohat hi buri personality hai. lekin yahi ek satah nahi hai, yahi ek level nahi hai.</w:t>
      </w:r>
      <w:r>
        <w:br/>
      </w:r>
      <w:r>
        <w:rPr>
          <w:sz w:val="20"/>
        </w:rPr>
        <w:t>5:46  is ke sawab bhi ek level hain. aur wahi hai jo hadith mein bataya gaya hai.</w:t>
      </w:r>
      <w:r>
        <w:br/>
      </w:r>
      <w:r>
        <w:rPr>
          <w:sz w:val="20"/>
        </w:rPr>
        <w:t>5:53  to is ko mein apne shabdon mein kahunga ke weak personality. yani apne aap ko is se bachana ke apne andar weak personality develop kare.</w:t>
      </w:r>
      <w:r>
        <w:br/>
      </w:r>
      <w:r>
        <w:rPr>
          <w:sz w:val="20"/>
        </w:rPr>
        <w:t>6:08  to jahan tak mein dekhta hoon, log aise to bohat milenge, bohat milenge, jo harram cheezon se bachein.</w:t>
      </w:r>
      <w:r>
        <w:br/>
      </w:r>
      <w:r>
        <w:rPr>
          <w:sz w:val="20"/>
        </w:rPr>
        <w:t>6:19  yani harram persnality apne andar na banayein.</w:t>
      </w:r>
      <w:r>
        <w:br/>
      </w:r>
      <w:r>
        <w:rPr>
          <w:sz w:val="20"/>
        </w:rPr>
        <w:t>6:23  to aise to bohat milenge. lekin aise log bohat hi kam, bohat hi kam, yani rarest among the rare hain, jo apne aap, jo weak personality ki burai ko jante hon,</w:t>
      </w:r>
      <w:r>
        <w:br/>
      </w:r>
      <w:r>
        <w:rPr>
          <w:sz w:val="20"/>
        </w:rPr>
        <w:t>6:39  aur apne aap ko is se bachate hon. halanke weak personality bhi apne result ke aitbar se itni hi buri hai jitna ke harram.</w:t>
      </w:r>
      <w:r>
        <w:br/>
      </w:r>
      <w:r>
        <w:rPr>
          <w:sz w:val="20"/>
        </w:rPr>
        <w:t>6:52  result ke aitbar se keh raha hoon mein. yani legally harram cheez zyada buri dikhai padti hai. lekin result ko dekhiye, result ka, yani paradise mein,</w:t>
      </w:r>
      <w:r>
        <w:br/>
      </w:r>
      <w:r>
        <w:rPr>
          <w:sz w:val="20"/>
        </w:rPr>
        <w:t>7:08  paradise ki entry milna. to yaad rakhiye, paradise ki entry jis tarah un logon ko nahi milegi jin ke andar harram persnality bani ho.</w:t>
      </w:r>
      <w:r>
        <w:br/>
      </w:r>
      <w:r>
        <w:rPr>
          <w:sz w:val="20"/>
        </w:rPr>
        <w:t>7:22  hadith mein aata hai ke "كل لحم نبت من السو فنار اولی بہ" .</w:t>
      </w:r>
      <w:r>
        <w:br/>
      </w:r>
      <w:r>
        <w:rPr>
          <w:sz w:val="20"/>
        </w:rPr>
        <w:t>7:31  yani har woh flesh, har woh gosht jo harram se bane, to is ke liye aag hi behtar hai.</w:t>
      </w:r>
      <w:r>
        <w:br/>
      </w:r>
      <w:r>
        <w:rPr>
          <w:sz w:val="20"/>
        </w:rPr>
        <w:t>7:46  yani jo persnality bane harram cheezon se, to is ke liye khuda ne aag likh diya gaya, hell likh diya hai. yeh to seedha seedha mamla hai.</w:t>
      </w:r>
      <w:r>
        <w:br/>
      </w:r>
      <w:r>
        <w:rPr>
          <w:sz w:val="20"/>
        </w:rPr>
        <w:t>7:59  lekin yeh bhi yaad rakhiye ke jo weak persnality hain, un ko bhi paradise mein entry nahi milne wali hai. paradise woh jagah hai jahan sirf strong persnality ke log rahenge.</w:t>
      </w:r>
    </w:p>
    <w:p>
      <w:pPr>
        <w:pStyle w:val="Heading2"/>
      </w:pPr>
      <w:r>
        <w:t>Cousin story and lesson on ego</w:t>
      </w:r>
    </w:p>
    <w:p>
      <w:r>
        <w:rPr>
          <w:color w:val="666666"/>
          <w:sz w:val="18"/>
        </w:rPr>
        <w:t>Combined Efforts April 14, 2018 · 4m 55s · at 9:06 · https://youtu.be/0Sv4c7bEwX4?t=546</w:t>
      </w:r>
    </w:p>
    <w:p>
      <w:r>
        <w:rPr>
          <w:i/>
        </w:rPr>
        <w:t>“Mere ek cousin the, Iqbal Ahmad Suhail”</w:t>
      </w:r>
    </w:p>
    <w:p>
      <w:r>
        <w:rPr>
          <w:sz w:val="20"/>
        </w:rPr>
        <w:t>9:06  is mein sochte hue mujhe aik waqia yaad aa gaya apni family ka. hamare aik cousin the, iqbal ahmed sohail, yani urdu mein is ko kehte hain chacha zad bhai,</w:t>
      </w:r>
      <w:r>
        <w:br/>
      </w:r>
      <w:r>
        <w:rPr>
          <w:sz w:val="20"/>
        </w:rPr>
        <w:t>9:23  english mein kehte hain cousin. to un ko hum log to watan udhra tha, to udhra mein paida hue woh.</w:t>
      </w:r>
      <w:r>
        <w:br/>
      </w:r>
      <w:r>
        <w:rPr>
          <w:sz w:val="20"/>
        </w:rPr>
        <w:t>9:37  phir un ki shadi hui banaras mein, to banaras mein wahan queens college tha. to wahan par unhon ne matric kiya aur b.a. kiya banaras mein queens college mein.</w:t>
      </w:r>
      <w:r>
        <w:br/>
      </w:r>
      <w:r>
        <w:rPr>
          <w:sz w:val="20"/>
        </w:rPr>
        <w:t>9:54  phir wahan se chale gaye aligarh, aligarh mein m.a. aur ll.b. kiya. to yeh 1914 ki baat hai, 1914 ki ke aligarh mein aaye the, woh un ka naam tha khwaja kamaluddin.</w:t>
      </w:r>
      <w:r>
        <w:br/>
      </w:r>
      <w:r>
        <w:rPr>
          <w:sz w:val="20"/>
        </w:rPr>
        <w:t>10:13  woh europe mein rehte the, rehte the woh england, england mein. woh england mein rehte the, yani india, indian the woh, lekin woh missionary work karte the,</w:t>
      </w:r>
      <w:r>
        <w:br/>
      </w:r>
      <w:r>
        <w:rPr>
          <w:sz w:val="20"/>
        </w:rPr>
        <w:t>10:27  quran ko phailate the, islam ko phailate the, missionary work. to rehte the england mein. to 1914 mein woh dilli, woh aligarh university aaye aur stage hall wahan par hai.</w:t>
      </w:r>
      <w:r>
        <w:br/>
      </w:r>
      <w:r>
        <w:rPr>
          <w:sz w:val="20"/>
        </w:rPr>
        <w:t>10:50  stage hall mein un ki speech hui, is ka topic tha arabi umm-ul-lisana hai. woh arabi bhi jante the, lekin english achi jante the, dono zuban mein.</w:t>
      </w:r>
      <w:r>
        <w:br/>
      </w:r>
      <w:r>
        <w:rPr>
          <w:sz w:val="20"/>
        </w:rPr>
        <w:t>11:06  to stage hall mein un ki taqreer hui aur bohat achhe speaker the woh.</w:t>
      </w:r>
      <w:r>
        <w:br/>
      </w:r>
      <w:r>
        <w:rPr>
          <w:sz w:val="20"/>
        </w:rPr>
        <w:t>11:15  to bohat taliyan baji. to jo larkay the, un ko aik aik joke soojha, joke ke iqbal sohail sahib use parhte the.</w:t>
      </w:r>
      <w:r>
        <w:br/>
      </w:r>
      <w:r>
        <w:rPr>
          <w:sz w:val="20"/>
        </w:rPr>
        <w:t>11:27  wahan aik junior aadmi the, wahan us waqt woh un se kam umar thi un ki. to jab un ki taqreer khatam hui taliyon ke sath,</w:t>
      </w:r>
      <w:r>
        <w:br/>
      </w:r>
      <w:r>
        <w:rPr>
          <w:sz w:val="20"/>
        </w:rPr>
        <w:t>11:41  to achaanak unhon ne iqbal sohail ko le ke ja ke wahan khara kar diya. ab iqbal sohail bolen ge is topic par, bilkul extra pour bolna tha un ko, extra pour.</w:t>
      </w:r>
      <w:r>
        <w:br/>
      </w:r>
      <w:r>
        <w:rPr>
          <w:sz w:val="20"/>
        </w:rPr>
        <w:t>11:57  to aisi surat mein aadmi ke liye choice nahi rehta, bhag nahi sakta woh. kaise bhage ga stage se? to lage bolne woh, yani baghair kisi preparation ke.</w:t>
      </w:r>
      <w:r>
        <w:br/>
      </w:r>
      <w:r>
        <w:rPr>
          <w:sz w:val="20"/>
        </w:rPr>
        <w:t>12:14  to arabi umm-ul-asma ke maani hain ke arabi tamam zubanon ki mother hai, tamam zubanon ki. aur arabic is the mother of all languages.</w:t>
      </w:r>
      <w:r>
        <w:br/>
      </w:r>
      <w:r>
        <w:rPr>
          <w:sz w:val="20"/>
        </w:rPr>
        <w:t>12:28  aap kehte hain, sochen kitna mushkil, mushkil zuban, kitna topic hai. lekin woh aisa naye naye pair nikale unhon ne aur aise andaaz se bole ke phir taliyan bajne lagin.</w:t>
      </w:r>
      <w:r>
        <w:br/>
      </w:r>
      <w:r>
        <w:rPr>
          <w:sz w:val="20"/>
        </w:rPr>
        <w:t>12:46  bohat un ki speech, bohat yeh waqia likha hai woh rasheed ahmed siddiqui ne apni kitab mein, un ki kitab madam rasheed.</w:t>
      </w:r>
      <w:r>
        <w:br/>
      </w:r>
      <w:r>
        <w:rPr>
          <w:sz w:val="20"/>
        </w:rPr>
        <w:t>12:59  madam rasheed koi bhi dekh sakta hai is mein, woh internet par.</w:t>
      </w:r>
      <w:r>
        <w:br/>
      </w:r>
      <w:r>
        <w:rPr>
          <w:sz w:val="20"/>
        </w:rPr>
        <w:t>13:08  to jab un ki taqreer khatam hui</w:t>
      </w:r>
      <w:r>
        <w:br/>
      </w:r>
      <w:r>
        <w:rPr>
          <w:sz w:val="20"/>
        </w:rPr>
        <w:t>13:17  to khwaja kamaluddin apni seat se uthe, uth ke un ko embrace kiya, embrace kar ke kaha ke agar tum mere sath chalo england, wahan hum dono mil ke kaam karen to hum dono mil kar ke islam ki, yani england, europe ki sab se oonchi choti par islam ka jhanda laga denge.</w:t>
      </w:r>
      <w:r>
        <w:br/>
      </w:r>
      <w:r>
        <w:rPr>
          <w:sz w:val="20"/>
        </w:rPr>
        <w:t>13:43  wo sath gaye nahin un ke sath, kyunke dekhiye hota kya hai.</w:t>
      </w:r>
      <w:r>
        <w:br/>
      </w:r>
      <w:r>
        <w:rPr>
          <w:sz w:val="20"/>
        </w:rPr>
        <w:t>13:52  bara kaam, dekhiye is baat ko samjhiye, bara kaam sirf brilliant log karte hain, zaheen log.</w:t>
      </w:r>
    </w:p>
    <w:p>
      <w:pPr>
        <w:pStyle w:val="Heading2"/>
      </w:pPr>
      <w:r>
        <w:t>False hopes business of shrines in India</w:t>
      </w:r>
    </w:p>
    <w:p>
      <w:r>
        <w:rPr>
          <w:color w:val="666666"/>
          <w:sz w:val="18"/>
        </w:rPr>
        <w:t>Understanding Islam (In Conversation with Maulana) June 20, 2010 Maulana Wahidudidn Khan · 3m 49s · at 7:49 · https://youtu.be/7UylaPL-iO8?t=469</w:t>
      </w:r>
    </w:p>
    <w:p>
      <w:r>
        <w:rPr>
          <w:i/>
        </w:rPr>
        <w:t>“Kal parson mein TV par dekh raha tha”</w:t>
      </w:r>
    </w:p>
    <w:p>
      <w:r>
        <w:rPr>
          <w:sz w:val="20"/>
        </w:rPr>
        <w:t>7:49  kal parson main TV par dekh raha tha, ek urs chal raha hai aaj kal. to is mein koi TV wale is se interview le raha tha.</w:t>
      </w:r>
      <w:r>
        <w:br/>
      </w:r>
      <w:r>
        <w:rPr>
          <w:sz w:val="20"/>
        </w:rPr>
        <w:t>8:00  to jis se poochta tha woh, aam taur par log yahi kehte the, "yahan hamari sab muradein poori ho jati hain. sab hamare masle hal ho jate hain.</w:t>
      </w:r>
      <w:r>
        <w:br/>
      </w:r>
      <w:r>
        <w:rPr>
          <w:sz w:val="20"/>
        </w:rPr>
        <w:t>8:10  jo hum mangte hain,</w:t>
      </w:r>
      <w:r>
        <w:br/>
      </w:r>
      <w:r>
        <w:rPr>
          <w:sz w:val="20"/>
        </w:rPr>
        <w:t>8:15  Huzoor se woh sab mil jata hai hum ko." yeh hai raaz ke galat ya sahi yeh phaila diya gaya hai ke yahan par aaoge to tumhari sab muradein poori ho jayengi.</w:t>
      </w:r>
      <w:r>
        <w:br/>
      </w:r>
      <w:r>
        <w:rPr>
          <w:sz w:val="20"/>
        </w:rPr>
        <w:t>8:26  main is ko kehta hoon false hopes business. koi dargah ya koi qabar kisi ke murad ko poora nahi kar sakti.</w:t>
      </w:r>
      <w:r>
        <w:br/>
      </w:r>
      <w:r>
        <w:rPr>
          <w:sz w:val="20"/>
        </w:rPr>
        <w:t>8:35  bilkul hi yeh absurd baat hai. lekin yeh afwah phaili hui hai. to yeh false hopes business hai. logon ko yeh yani farzi yaqeen ho gaya hai ke yahan hum aayenge to hamara sab poora ho jayega.</w:t>
      </w:r>
      <w:r>
        <w:br/>
      </w:r>
      <w:r>
        <w:rPr>
          <w:sz w:val="20"/>
        </w:rPr>
        <w:t>8:51  mujhe apne gaon ka qissa yaad aata hai ke hamare gaon mein ek sahab the, ab un ki death ho chuki hai. to woh dargahon mein jaate the, yaani qabron, jahan qabrein hoti hain wahan par.</w:t>
      </w:r>
      <w:r>
        <w:br/>
      </w:r>
      <w:r>
        <w:rPr>
          <w:sz w:val="20"/>
        </w:rPr>
        <w:t>9:02  to hamare ghar mein, hamare gaon mein ek sahab the jo bohat hi shariyat wale aadmi the, un ka bhi intqaal ho chuka hai. to unhon ne is se kaha jo jaate the dargahon mein ke yeh jab qabron mein jaate ho to wahan qabron mein ja ke tum mangte ho, muraden mangte ho, yeh to galat hai Islam mein.</w:t>
      </w:r>
      <w:r>
        <w:br/>
      </w:r>
      <w:r>
        <w:rPr>
          <w:sz w:val="20"/>
        </w:rPr>
        <w:t>9:21  to woh sunte sunte sunte sunte us ne chila kar kaha, "hum to jayenge, hum ko faida hai." yeh keh ke chala aaya woh. yaani woh buzurg se, us jo buzurg samjha rahe the us ko, woh buzurg se us ne kaha ke "hum to jayenge, hum ko faida hai." to yeh jo hai false hopes business hai.</w:t>
      </w:r>
      <w:r>
        <w:br/>
      </w:r>
      <w:r>
        <w:rPr>
          <w:sz w:val="20"/>
        </w:rPr>
        <w:t>9:40  koi buzurg, koi qabar, koi dargah aap ko one percent bhi koi faida nahi pohncha sakti hai. namumkin baat hai.</w:t>
      </w:r>
      <w:r>
        <w:br/>
      </w:r>
      <w:r>
        <w:rPr>
          <w:sz w:val="20"/>
        </w:rPr>
        <w:t>9:49  bilkul hi yeh absurd baat hai yeh. lekin ek afwah phaili hui hai. log daude chale ja rahe hain. jis se bhi poochhiye aap yahi kahega.</w:t>
      </w:r>
      <w:r>
        <w:br/>
      </w:r>
      <w:r>
        <w:rPr>
          <w:sz w:val="20"/>
        </w:rPr>
        <w:t>10:01  ek baar to ab mein safar kar raha tha train mein to Pakistan ke kuch log mil gaye jo dargah ja rahe the. yaani dargah se loot rahe the woh. to unhon ne poocha ke wahan gaye the aap kis liye?</w:t>
      </w:r>
      <w:r>
        <w:br/>
      </w:r>
      <w:r>
        <w:rPr>
          <w:sz w:val="20"/>
        </w:rPr>
        <w:t>10:13  to unhon ne bataya ke meri, yaani Pakistan ka tha woh aadmi, ke meri kitni betiyan hain, abhi to un ki shadi nahi hui hai, wahan mein ne arzi laga di hai ja kar ke.</w:t>
      </w:r>
      <w:r>
        <w:br/>
      </w:r>
      <w:r>
        <w:rPr>
          <w:sz w:val="20"/>
        </w:rPr>
        <w:t>10:24  yaani wahan par dargah mein likh kar diya hoga ke bhai itni betiyon ki shadi ho jaye aur mein chadar chadhau ga ya itna degh pakwao ga, khilao ga.</w:t>
      </w:r>
      <w:r>
        <w:br/>
      </w:r>
      <w:r>
        <w:rPr>
          <w:sz w:val="20"/>
        </w:rPr>
        <w:t>10:35  to yeh sara mamla hai false hopes business ka hai. kyunke hamara aqeedah hai ke sirf Allah nafe o azaar hai. jo kuch hota hai woh Allah ki taraf se hota hai.</w:t>
      </w:r>
      <w:r>
        <w:br/>
      </w:r>
      <w:r>
        <w:rPr>
          <w:sz w:val="20"/>
        </w:rPr>
        <w:t>10:46  kisi qabar wale ko, kisi dargah wale ko. yeh ikhtiyar hi nahi ke woh kisi ko faida pohncha de. lekin ek phaila hua hai.</w:t>
      </w:r>
      <w:r>
        <w:br/>
      </w:r>
      <w:r>
        <w:rPr>
          <w:sz w:val="20"/>
        </w:rPr>
        <w:t>10:55  hindu India mein hai zyada tar hai, bahar nahi hai yeh sab. yeh jo phenomena hai yeh India ka phenomena hai. maslan jo jaise log jaate hain mandiron mein aur woh un ke jo hote hain bare bare maqamat, teerath, theek wahi hai, yeh bhi yeh mamla hai.</w:t>
      </w:r>
      <w:r>
        <w:br/>
      </w:r>
      <w:r>
        <w:rPr>
          <w:sz w:val="20"/>
        </w:rPr>
        <w:t>11:14  hindu log wahan jaate hain is liye ke agar wahan chale gaye, wahan darshan de diya, wahan kuch chadhawa chadhawa diya to un ki murad poori ho jayegi. aise samajhte hain musalman ke yahan chale gaye, wahan chadar chadhawa di to hamari murad poori ho jayegi.</w:t>
      </w:r>
      <w:r>
        <w:br/>
      </w:r>
      <w:r>
        <w:rPr>
          <w:sz w:val="20"/>
        </w:rPr>
        <w:t>11:30  to mein is ko false hopes business samajhta hoon, is ke siwa kuch nahi.</w:t>
      </w:r>
    </w:p>
    <w:p>
      <w:pPr>
        <w:pStyle w:val="Heading2"/>
      </w:pPr>
      <w:r>
        <w:t>Queen of Sheba's surrender vs Saddam Hussein's defiance</w:t>
      </w:r>
    </w:p>
    <w:p>
      <w:r>
        <w:rPr>
          <w:color w:val="666666"/>
          <w:sz w:val="18"/>
        </w:rPr>
        <w:t>Power of Peace June 6, 2010 Maulana Wahiduddin Khan · 4m 33s · at 18:45 · https://youtu.be/QNnouRoYI38?t=1125</w:t>
      </w:r>
    </w:p>
    <w:p>
      <w:r>
        <w:rPr>
          <w:i/>
        </w:rPr>
        <w:t>“Quran mein ek misaal di gayi hai Queen of Sheba ki”</w:t>
      </w:r>
    </w:p>
    <w:p>
      <w:r>
        <w:rPr>
          <w:sz w:val="20"/>
        </w:rPr>
        <w:t>18:45  yeh. quran mein ek misaal di gayi hai queen of sheba ki, malika saba. yeh hazrat suleman ke zamane mein woh. yemen ke area mein woh rule karti thi.</w:t>
      </w:r>
      <w:r>
        <w:br/>
      </w:r>
      <w:r>
        <w:rPr>
          <w:sz w:val="20"/>
        </w:rPr>
        <w:t>18:58  aur basically yeh ek tijarti qaum thi. woh business karte the woh log. kyunke woh samandar ke coast par the to business phaila hua tha un ka, bahut door door tak.</w:t>
      </w:r>
      <w:r>
        <w:br/>
      </w:r>
      <w:r>
        <w:rPr>
          <w:sz w:val="20"/>
        </w:rPr>
        <w:t>19:12  hazrat suleman jo the woh king bhi the aur prophet bhi the. unhon ne kaha ke tum ko surrender karna padega. nahin surrender karo to hum fauj bhejenge.</w:t>
      </w:r>
      <w:r>
        <w:br/>
      </w:r>
      <w:r>
        <w:rPr>
          <w:sz w:val="20"/>
        </w:rPr>
        <w:t>19:22  yeh quran mein likha hua hai yeh waqia. to malika saba jo thi, queen of sheba, us ne political surrender ko accept kar liya.</w:t>
      </w:r>
      <w:r>
        <w:br/>
      </w:r>
      <w:r>
        <w:rPr>
          <w:sz w:val="20"/>
        </w:rPr>
        <w:t>19:35  political surrender ko. nateeja kya nikla? us ka pura business intact raha.</w:t>
      </w:r>
      <w:r>
        <w:br/>
      </w:r>
      <w:r>
        <w:rPr>
          <w:sz w:val="20"/>
        </w:rPr>
        <w:t>19:41  bahut arse tak phir bhi un ka business chalta raha. koi un ko nuqsan nahin hua. kuchh nahin hua. aap isi ko dekhiye saddam hussain ke case mein.</w:t>
      </w:r>
      <w:r>
        <w:br/>
      </w:r>
      <w:r>
        <w:rPr>
          <w:sz w:val="20"/>
        </w:rPr>
        <w:t>19:53  saddam hussain ne ek bahut badi ghalati yeh ki ke unhon ne apni army kuwait mein daal di, jo ek independent country tha, aur us par qabza kar liya.</w:t>
      </w:r>
      <w:r>
        <w:br/>
      </w:r>
      <w:r>
        <w:rPr>
          <w:sz w:val="20"/>
        </w:rPr>
        <w:t>20:07  sari duniya ke musalmanon ne is ko accept kar l</w:t>
      </w:r>
      <w:r>
        <w:br/>
      </w:r>
      <w:r>
        <w:rPr>
          <w:sz w:val="20"/>
        </w:rPr>
        <w:t>20:10  ya. mere sab mein akela tha, main ne kaha ke bohat deewangi ki baat hai. yeh galat kiya hai Saddam ne. aur khush thay ke Saddam Hussain samajhte hain ke Kuwait ko le kar apni taqat barhaye ga aur phir Israel ko mita dalay ga.</w:t>
      </w:r>
      <w:r>
        <w:br/>
      </w:r>
      <w:r>
        <w:rPr>
          <w:sz w:val="20"/>
        </w:rPr>
        <w:t>20:26  yeh main is ko false formula manta hoon, estimate formula.</w:t>
      </w:r>
      <w:r>
        <w:br/>
      </w:r>
      <w:r>
        <w:rPr>
          <w:sz w:val="20"/>
        </w:rPr>
        <w:t>20:32  ab America samne aaya, kyun ke Kuwait ka jo ameer tha, woh is ne America se madad mangi aur is ne apni army bheji aur Saddam Hussain ko nikalna para Kuwait se.</w:t>
      </w:r>
      <w:r>
        <w:br/>
      </w:r>
      <w:r>
        <w:rPr>
          <w:sz w:val="20"/>
        </w:rPr>
        <w:t>20:45  is ke baad America ne demand ki ke Saddam Hussain jo hain, yeh dictator banay hue hain, yeh gaddi chhor dein. election hoga</w:t>
      </w:r>
      <w:r>
        <w:br/>
      </w:r>
      <w:r>
        <w:rPr>
          <w:sz w:val="20"/>
        </w:rPr>
        <w:t>20:54  Iraq mein. jo jeete ga woh rule kare ga. kyun ke aap jante hain ke yeh military ruler thay yeh. kakar ke aaye thay yeh. baees saal tak rule kar chuke thay yeh.</w:t>
      </w:r>
      <w:r>
        <w:br/>
      </w:r>
      <w:r>
        <w:rPr>
          <w:sz w:val="20"/>
        </w:rPr>
        <w:t>21:05  to America ko main samajhta hoon ke bohat hi justified tha America ke kehne mein. ke gaddi chhoro, election hoga, jo jeete ga woh rule kare ga woh.</w:t>
      </w:r>
      <w:r>
        <w:br/>
      </w:r>
      <w:r>
        <w:rPr>
          <w:sz w:val="20"/>
        </w:rPr>
        <w:t>21:13  to main ne is waqt likha tha aik mazmoon "Choice Before Saddam". is mein yeh misaal di thi main ne ke Saddam sahib ko chahiye gaddi chhor dein.</w:t>
      </w:r>
      <w:r>
        <w:br/>
      </w:r>
      <w:r>
        <w:rPr>
          <w:sz w:val="20"/>
        </w:rPr>
        <w:t>21:26  balkay politics chhor dein woh. un ke paas Iraq mein aath mahal thay, eight. bohat baray baray mahal thay, palace.</w:t>
      </w:r>
      <w:r>
        <w:br/>
      </w:r>
      <w:r>
        <w:rPr>
          <w:sz w:val="20"/>
        </w:rPr>
        <w:t>21:37  to main ne kaha ke aath bohat shandar college khol sakte hain woh.</w:t>
      </w:r>
      <w:r>
        <w:br/>
      </w:r>
      <w:r>
        <w:rPr>
          <w:sz w:val="20"/>
        </w:rPr>
        <w:t>21:42  aath college khol dein aur educate karein is ko, Iraq ko. jaise Jefferson ne kiya. phir Saddam Hussain jo hain, Iraq ke Jefferson ban jayen ge.</w:t>
      </w:r>
      <w:r>
        <w:br/>
      </w:r>
      <w:r>
        <w:rPr>
          <w:sz w:val="20"/>
        </w:rPr>
        <w:t>21:52  Jefferson. lekin aap jante hain ke unhon ne gaddi nahi chhori. America ne wahan bombardment kiya, pakra un ko aur phir un ko phansi ho gayi.</w:t>
      </w:r>
      <w:r>
        <w:br/>
      </w:r>
      <w:r>
        <w:rPr>
          <w:sz w:val="20"/>
        </w:rPr>
        <w:t>22:03  ab dekhiye yahan par ke malika Saba ne political surrender ko qabool kar liya.</w:t>
      </w:r>
      <w:r>
        <w:br/>
      </w:r>
      <w:r>
        <w:rPr>
          <w:sz w:val="20"/>
        </w:rPr>
        <w:t>22:10  That was a kind of sahan shilta, kind of sabr. yani political surrender par sabr kar liya unhon ne. to un ke sare interests jo hain woh intact rahe.</w:t>
      </w:r>
      <w:r>
        <w:br/>
      </w:r>
      <w:r>
        <w:rPr>
          <w:sz w:val="20"/>
        </w:rPr>
        <w:t>22:20  koi nuqsan nahi hua un ko. aur Saddam sahib ne surrender nahi kiya. surrender apne aap mein aik sabr hai. sabr ke baghair aadmi surrender nahi kar sakta.</w:t>
      </w:r>
      <w:r>
        <w:br/>
      </w:r>
      <w:r>
        <w:rPr>
          <w:sz w:val="20"/>
        </w:rPr>
        <w:t>22:31  apne jazbat par sabr.</w:t>
      </w:r>
      <w:r>
        <w:br/>
      </w:r>
      <w:r>
        <w:rPr>
          <w:sz w:val="20"/>
        </w:rPr>
        <w:t>22:37  apni ego par sabr</w:t>
      </w:r>
      <w:r>
        <w:br/>
      </w:r>
      <w:r>
        <w:rPr>
          <w:sz w:val="20"/>
        </w:rPr>
        <w:t>22:40  . nateeja kya hua? ke woh khatam ho gaye, aath aath palace jurr gaye thay. woh istemal nahi ho sakay. tab bhi un ko hundred billion dollar bhi thay.</w:t>
      </w:r>
      <w:r>
        <w:br/>
      </w:r>
      <w:r>
        <w:rPr>
          <w:sz w:val="20"/>
        </w:rPr>
        <w:t>22:50  to woh sab kar ke woh kitna bara kaam kar sakte thay ke Iraq ko educate karte aur wahan ke Jefferson ban jatay. aap dekh sakte hain is mein ke sabr na karne ka nuqsan aur sabr karne ka faida, dono</w:t>
      </w:r>
      <w:r>
        <w:br/>
      </w:r>
      <w:r>
        <w:rPr>
          <w:sz w:val="20"/>
        </w:rPr>
        <w:t>23:05  . dekhiye aaj kal jo musalmanon mein kahin bhi aap jayen, Muslim dunya mein, fifty seven Muslim countries hain. har jagah aap ko jo super problem bataya jaye ga woh kya hai?</w:t>
      </w:r>
    </w:p>
    <w:p>
      <w:pPr>
        <w:pStyle w:val="Heading2"/>
      </w:pPr>
      <w:r>
        <w:t>Justice in daily life and mercy</w:t>
      </w:r>
    </w:p>
    <w:p>
      <w:r>
        <w:rPr>
          <w:color w:val="666666"/>
          <w:sz w:val="18"/>
        </w:rPr>
        <w:t>The Concept of Justice in Islam May 03, 2007 · 5m 52s · at 28:58 · https://youtu.be/DY5SY8H554c?t=1738</w:t>
      </w:r>
    </w:p>
    <w:p>
      <w:r>
        <w:rPr>
          <w:i/>
        </w:rPr>
        <w:t>“Let us take the third aspect. That is justice in daily life.”</w:t>
      </w:r>
    </w:p>
    <w:p>
      <w:r>
        <w:rPr>
          <w:sz w:val="20"/>
        </w:rPr>
        <w:t>28:58  That is justice in daily life. Justice in daily life.</w:t>
      </w:r>
      <w:r>
        <w:br/>
      </w:r>
      <w:r>
        <w:rPr>
          <w:sz w:val="20"/>
        </w:rPr>
        <w:t>29:11  Here I can say that</w:t>
      </w:r>
      <w:r>
        <w:br/>
      </w:r>
      <w:r>
        <w:rPr>
          <w:sz w:val="20"/>
        </w:rPr>
        <w:t>29:15  Islam,</w:t>
      </w:r>
      <w:r>
        <w:br/>
      </w:r>
      <w:r>
        <w:rPr>
          <w:sz w:val="20"/>
        </w:rPr>
        <w:t>29:23  according to Islamic principle,</w:t>
      </w:r>
      <w:r>
        <w:br/>
      </w:r>
      <w:r>
        <w:rPr>
          <w:sz w:val="20"/>
        </w:rPr>
        <w:t>29:29  the greatest I can say that the greatest contribution of Islam in this regard is that Islam made</w:t>
      </w:r>
      <w:r>
        <w:br/>
      </w:r>
      <w:r>
        <w:rPr>
          <w:sz w:val="20"/>
        </w:rPr>
        <w:t>29:41  the just behavior of everyone's own interest. Everyone's own interest.</w:t>
      </w:r>
      <w:r>
        <w:br/>
      </w:r>
      <w:r>
        <w:rPr>
          <w:sz w:val="20"/>
        </w:rPr>
        <w:t>29:55  Why</w:t>
      </w:r>
      <w:r>
        <w:br/>
      </w:r>
      <w:r>
        <w:rPr>
          <w:sz w:val="20"/>
        </w:rPr>
        <w:t>29:56  ? Because there are several, there are perhaps dozens of Ayat and Hadiths that tell us that</w:t>
      </w:r>
      <w:r>
        <w:br/>
      </w:r>
      <w:r>
        <w:rPr>
          <w:sz w:val="20"/>
        </w:rPr>
        <w:t>30:10  if you want justice from God, you have to be just with people.</w:t>
      </w:r>
      <w:r>
        <w:br/>
      </w:r>
      <w:r>
        <w:rPr>
          <w:sz w:val="20"/>
        </w:rPr>
        <w:t>30:21  "Irhamu manfil arz, yarhamukum manfil sumaa." "Lam yashkuru nas,</w:t>
      </w:r>
      <w:r>
        <w:br/>
      </w:r>
      <w:r>
        <w:rPr>
          <w:sz w:val="20"/>
        </w:rPr>
        <w:t>30:33  malla yashkuru Allah." Then there are some other verses and Hadiths.</w:t>
      </w:r>
      <w:r>
        <w:br/>
      </w:r>
      <w:r>
        <w:rPr>
          <w:sz w:val="20"/>
        </w:rPr>
        <w:t>30:43  These references tell us that if you want to find justice from God, you have to be just with other people</w:t>
      </w:r>
      <w:r>
        <w:br/>
      </w:r>
      <w:r>
        <w:rPr>
          <w:sz w:val="20"/>
        </w:rPr>
        <w:t>30:56  . Do justice with people and you will find justice from God. This is the Islamic principle.</w:t>
      </w:r>
      <w:r>
        <w:br/>
      </w:r>
      <w:r>
        <w:rPr>
          <w:sz w:val="20"/>
        </w:rPr>
        <w:t>31:07  And they are very important. This principle has made just behavior your own personal interest.</w:t>
      </w:r>
      <w:r>
        <w:br/>
      </w:r>
      <w:r>
        <w:rPr>
          <w:sz w:val="20"/>
        </w:rPr>
        <w:t>31:21  Your own personal interest.</w:t>
      </w:r>
      <w:r>
        <w:br/>
      </w:r>
      <w:r>
        <w:rPr>
          <w:sz w:val="20"/>
        </w:rPr>
        <w:t>31:26  Because everyone needs justice from God.</w:t>
      </w:r>
      <w:r>
        <w:br/>
      </w:r>
      <w:r>
        <w:rPr>
          <w:sz w:val="20"/>
        </w:rPr>
        <w:t>31:31  Because we all, men and women</w:t>
      </w:r>
      <w:r>
        <w:br/>
      </w:r>
      <w:r>
        <w:rPr>
          <w:sz w:val="20"/>
        </w:rPr>
        <w:t>31:36  who are in this world, they will die and they will be presented before God on the Day of Judgment.</w:t>
      </w:r>
      <w:r>
        <w:br/>
      </w:r>
      <w:r>
        <w:rPr>
          <w:sz w:val="20"/>
        </w:rPr>
        <w:t>31:48  So it is everyone's personal question. How to save us from the wrath of God</w:t>
      </w:r>
      <w:r>
        <w:br/>
      </w:r>
      <w:r>
        <w:rPr>
          <w:sz w:val="20"/>
        </w:rPr>
        <w:t>31:57  ? How to find justice from God? How to find salvation from God?</w:t>
      </w:r>
      <w:r>
        <w:br/>
      </w:r>
      <w:r>
        <w:rPr>
          <w:sz w:val="20"/>
        </w:rPr>
        <w:t>32:06  This is everyone's personal question.</w:t>
      </w:r>
      <w:r>
        <w:br/>
      </w:r>
      <w:r>
        <w:rPr>
          <w:sz w:val="20"/>
        </w:rPr>
        <w:t>32:13  So when the Quran and Hadiths say that, "Irhamu manfil arz, yarhamukum manfil sumaa." "Mallam yashkuru nas, lam yashkuru Allah." And other references.</w:t>
      </w:r>
      <w:r>
        <w:br/>
      </w:r>
      <w:r>
        <w:rPr>
          <w:sz w:val="20"/>
        </w:rPr>
        <w:t>32:29  So according to these references, it becomes our personal interest. Because these references tell us that</w:t>
      </w:r>
      <w:r>
        <w:br/>
      </w:r>
      <w:r>
        <w:rPr>
          <w:sz w:val="20"/>
        </w:rPr>
        <w:t>32:44  if you want mercy from God, you have to be merciful to people.</w:t>
      </w:r>
      <w:r>
        <w:br/>
      </w:r>
      <w:r>
        <w:rPr>
          <w:sz w:val="20"/>
        </w:rPr>
        <w:t>32:58  Everyone wants mercy from God. But the condition is that you have to be merciful to other people.</w:t>
      </w:r>
      <w:r>
        <w:br/>
      </w:r>
      <w:r>
        <w:rPr>
          <w:sz w:val="20"/>
        </w:rPr>
        <w:t>33:10  Otherwise, you will not be able to find mercy from God.</w:t>
      </w:r>
      <w:r>
        <w:br/>
      </w:r>
      <w:r>
        <w:rPr>
          <w:sz w:val="20"/>
        </w:rPr>
        <w:t>33:21  So God is merciful</w:t>
      </w:r>
      <w:r>
        <w:br/>
      </w:r>
      <w:r>
        <w:rPr>
          <w:sz w:val="20"/>
        </w:rPr>
        <w:t>33:24  . But you have to be merciful also. There is a Hadith, "Taqallaqu ba akhlaqillah." Adopt the character of God.</w:t>
      </w:r>
      <w:r>
        <w:br/>
      </w:r>
      <w:r>
        <w:rPr>
          <w:sz w:val="20"/>
        </w:rPr>
        <w:t>33:39  God is merciful. So you have to be merciful.</w:t>
      </w:r>
      <w:r>
        <w:br/>
      </w:r>
      <w:r>
        <w:rPr>
          <w:sz w:val="20"/>
        </w:rPr>
        <w:t>33:44  God is passionate. So you have to be passionate. God is a giver. So you have to be a giver.</w:t>
      </w:r>
      <w:r>
        <w:br/>
      </w:r>
      <w:r>
        <w:rPr>
          <w:sz w:val="20"/>
        </w:rPr>
        <w:t>33:57  God is the source of justice. So you have to be the source of justice.</w:t>
      </w:r>
      <w:r>
        <w:br/>
      </w:r>
      <w:r>
        <w:rPr>
          <w:sz w:val="20"/>
        </w:rPr>
        <w:t>34:06  So this teaching makes just behavior everyone's own interest.</w:t>
      </w:r>
      <w:r>
        <w:br/>
      </w:r>
      <w:r>
        <w:rPr>
          <w:sz w:val="20"/>
        </w:rPr>
        <w:t>34:19  Everyone's own interest.</w:t>
      </w:r>
      <w:r>
        <w:br/>
      </w:r>
      <w:r>
        <w:rPr>
          <w:sz w:val="20"/>
        </w:rPr>
        <w:t>34:24  If we want to find</w:t>
      </w:r>
      <w:r>
        <w:br/>
      </w:r>
      <w:r>
        <w:rPr>
          <w:sz w:val="20"/>
        </w:rPr>
        <w:t>34:31  justice from God, if we want to find mercy from God, so we have to adopt a mercy culture, a mercy character.</w:t>
      </w:r>
    </w:p>
    <w:p>
      <w:pPr>
        <w:pStyle w:val="Heading2"/>
      </w:pPr>
      <w:r>
        <w:t>From complaint to genuine gratitude journey</w:t>
      </w:r>
    </w:p>
    <w:p>
      <w:r>
        <w:rPr>
          <w:color w:val="666666"/>
          <w:sz w:val="18"/>
        </w:rPr>
        <w:t>Creative Marefat 8 April 2017 - Maulana Wahiduddin Khan · 5m 34s · at 9:00 · https://youtu.be/I2hKHNIQ-1U?t=540</w:t>
      </w:r>
    </w:p>
    <w:p>
      <w:r>
        <w:rPr>
          <w:i/>
        </w:rPr>
        <w:t>“To kabhi bhi aap negative na hon”</w:t>
      </w:r>
    </w:p>
    <w:p>
      <w:r>
        <w:rPr>
          <w:sz w:val="20"/>
        </w:rPr>
        <w:t>9:00  to kabhi bhi aap negative na hon. maslan aap dekhiye jo log service karte hain kisi company mein, jis se miliye, kuch na kuch shikayat ki baat bole ga woh.</w:t>
      </w:r>
      <w:r>
        <w:br/>
      </w:r>
      <w:r>
        <w:rPr>
          <w:sz w:val="20"/>
        </w:rPr>
        <w:t>9:12  kisi chahe woh top ka ho is mein, tab bhi kuch na kuch shikayat ki boli bole ga. halankay woh to woh to woh kaam kar raha hai, woh company woh kaam kar rahi hai jo Hazrat Maryam ke liye Zakariya ne kiya tha.</w:t>
      </w:r>
      <w:r>
        <w:br/>
      </w:r>
      <w:r>
        <w:rPr>
          <w:sz w:val="20"/>
        </w:rPr>
        <w:t>9:25  yani ek kaam bhi economic base de rahi hai. Hazrat Maryam ke liye Zakariya economic base ban gaye. woh bhi bohat mamooli darja batayein.</w:t>
      </w:r>
      <w:r>
        <w:br/>
      </w:r>
      <w:r>
        <w:rPr>
          <w:sz w:val="20"/>
        </w:rPr>
        <w:t>9:36  ek choti si kothri banati thi, woh subah shaam un ko khana mil jata tha. aap to that se rehte hain,</w:t>
      </w:r>
      <w:r>
        <w:br/>
      </w:r>
      <w:r>
        <w:rPr>
          <w:sz w:val="20"/>
        </w:rPr>
        <w:t>9:43  model flat pe rehte hain, car par chalte hain, hawa jahaz safar karte hain, bank balance aap ke paas hai. to aap ko jo company aap de rahi hai, wo is se bohat zyada hai jo Maryam ko Hazrat Zakariya de rahe the.</w:t>
      </w:r>
      <w:r>
        <w:br/>
      </w:r>
      <w:r>
        <w:rPr>
          <w:sz w:val="20"/>
        </w:rPr>
        <w:t>9:57  lekin shikayat phir bhi</w:t>
      </w:r>
      <w:r>
        <w:br/>
      </w:r>
      <w:r>
        <w:rPr>
          <w:sz w:val="20"/>
        </w:rPr>
        <w:t>10:01  shikayat. bas jhoota Alhamdulillah har har aadmi karega. aaj kal ya jis se main milta hoon to baat baat par Alhamdulillah, Alhamdulillah mujhe bohat ghussa aata hai ke jhoota Alhamdulillah hai, jhoota Alhamdulillah.</w:t>
      </w:r>
      <w:r>
        <w:br/>
      </w:r>
      <w:r>
        <w:rPr>
          <w:sz w:val="20"/>
        </w:rPr>
        <w:t>10:15  kisi ne ab tak mujhe aisa aadmi nahi mila jo company ki mein jo us ko job mila ho, us par Alhamdulillah kahe.</w:t>
      </w:r>
      <w:r>
        <w:br/>
      </w:r>
      <w:r>
        <w:rPr>
          <w:sz w:val="20"/>
        </w:rPr>
        <w:t>10:23  koi aisa hi nahi mila. communication pe kisi ne Alhamdulillah nahi kaha, modern civilization pe kisi ne Alhamdulillah nahi kaha, par jhoot jhoot par bol rahe hain, Alhamdulillah sachai par nahi bol rahe.</w:t>
      </w:r>
      <w:r>
        <w:br/>
      </w:r>
      <w:r>
        <w:rPr>
          <w:sz w:val="20"/>
        </w:rPr>
        <w:t>10:40  to is ayat mein ek bohat bada wo hai sabak ke Hazrat Hazrat Maryam jo thin, un ko subah subah subah rizq milta tha.</w:t>
      </w:r>
      <w:r>
        <w:br/>
      </w:r>
      <w:r>
        <w:rPr>
          <w:sz w:val="20"/>
        </w:rPr>
        <w:t>10:52  Quran mein aata hai ke jab bhi un ke jo kafeel the, Hazrat Zakariya jab bhi aate the, un ke hujre mein ek hujre mein rehti thi, wo jo jo kahein us se chhota tha</w:t>
      </w:r>
      <w:r>
        <w:br/>
      </w:r>
      <w:r>
        <w:rPr>
          <w:sz w:val="20"/>
        </w:rPr>
        <w:t>11:03  aur is mein attach bath bhi nahi tha, is mein light bhi nahi thi. to Hazrat Maryam ke paas wo rizq paate the, rizq to poocha unhone ke Maryam to koi rizq kahan se aata hai?</w:t>
      </w:r>
      <w:r>
        <w:br/>
      </w:r>
      <w:r>
        <w:rPr>
          <w:sz w:val="20"/>
        </w:rPr>
        <w:t>11:19  to unhone kaha Allah se.</w:t>
      </w:r>
      <w:r>
        <w:br/>
      </w:r>
      <w:r>
        <w:rPr>
          <w:sz w:val="20"/>
        </w:rPr>
        <w:t>11:21  to yeh hamare yaani be daani se log jo hain, is ka matlab yeh samajhte hain ke jaade ke zamane mein garmi ka phal, garmi ke zamane mein jaade ka phal, yeh bilkul yaani bilkul mujhe wahshat hoti hai is tafseeron se.</w:t>
      </w:r>
      <w:r>
        <w:br/>
      </w:r>
      <w:r>
        <w:rPr>
          <w:sz w:val="20"/>
        </w:rPr>
        <w:t>11:37  yeh ek Khuda, Khuda ka yahi bari de nahi hai.</w:t>
      </w:r>
      <w:r>
        <w:br/>
      </w:r>
      <w:r>
        <w:rPr>
          <w:sz w:val="20"/>
        </w:rPr>
        <w:t>11:41  Khuda jo Rab al-Kainat hai, Rab al-Alameen hai, us ke sab pe de nahi hai ke jaade mein garmi ke phir bhej de aur garmi jaade ke phal bhi dega.</w:t>
      </w:r>
      <w:r>
        <w:br/>
      </w:r>
      <w:r>
        <w:rPr>
          <w:sz w:val="20"/>
        </w:rPr>
        <w:t>11:53  yeh yeh yeh hai Khuda ki rehmat ko intercept karna,</w:t>
      </w:r>
      <w:r>
        <w:br/>
      </w:r>
      <w:r>
        <w:rPr>
          <w:sz w:val="20"/>
        </w:rPr>
        <w:t>11:58  yeh Khuda ki rehmat ko intercept karna. yeh hai un ko marifat milti thi, marifat, marifat, wisdom, realization, Allah ki yaani Allah ki glory, yeh sab cheezein.</w:t>
      </w:r>
      <w:r>
        <w:br/>
      </w:r>
      <w:r>
        <w:rPr>
          <w:sz w:val="20"/>
        </w:rPr>
        <w:t>12:17  to unhone kaha Hazrat, unhone kaha ke Allah ki taraf se, lekin is mein bhi ek nuqta hai. yeh teen baatein maine aap ko kahein, agar aap in baaton ka acknowledge karein, tab aap ke andar yeh Israel paida hogi.</w:t>
      </w:r>
      <w:r>
        <w:br/>
      </w:r>
      <w:r>
        <w:rPr>
          <w:sz w:val="20"/>
        </w:rPr>
        <w:t>12:35  eitraaf</w:t>
      </w:r>
      <w:r>
        <w:br/>
      </w:r>
      <w:r>
        <w:rPr>
          <w:sz w:val="20"/>
        </w:rPr>
        <w:t>12:38  Quran mein hai ke lan shukartum, agar to eitraaf karoge, tab aur denge, aur denge. aur ka matlab yeh hai, is ka matlab nahi ke ek car hai, do car aa jayegi, yeh matlab nahi hai.</w:t>
      </w:r>
      <w:r>
        <w:br/>
      </w:r>
      <w:r>
        <w:rPr>
          <w:sz w:val="20"/>
        </w:rPr>
        <w:t>12:50  is ka matlab yeh hai ke agar tum shukr karoge, tumhare andar wisdom aayegi, tumhare andar</w:t>
      </w:r>
      <w:r>
        <w:br/>
      </w:r>
      <w:r>
        <w:rPr>
          <w:sz w:val="20"/>
        </w:rPr>
        <w:t>12:56  gehri sachai, gehri deep thinking aayegi, tumhare andar rabbani marifat aayegi, yeh matlab hai.</w:t>
      </w:r>
      <w:r>
        <w:br/>
      </w:r>
      <w:r>
        <w:rPr>
          <w:sz w:val="20"/>
        </w:rPr>
        <w:t>13:06  yeh matlab nahi ke ek flat hai, do flat ho jayega, yeh matlab nahi hai. to aap logon ko main kahunga ke aap log, aap sab logon ko yeh yeh teeno nematein mili hui hain jo maine arz kiya.</w:t>
      </w:r>
      <w:r>
        <w:br/>
      </w:r>
      <w:r>
        <w:rPr>
          <w:sz w:val="20"/>
        </w:rPr>
        <w:t>13:22  lekin aap ke andar idhar udhar ki baaton par khoob Alhamdulillah kehte hain, aap is par nahi kehte Alhamdulillah.</w:t>
      </w:r>
      <w:r>
        <w:br/>
      </w:r>
      <w:r>
        <w:rPr>
          <w:sz w:val="20"/>
        </w:rPr>
        <w:t>13:31  misal ke taur par aap ka flat ban raha tha, aaj builder ne aap ko chabi de di, to aap kahenge Alhamdulillah, builder ne aaj mujhe chabi de di.</w:t>
      </w:r>
      <w:r>
        <w:br/>
      </w:r>
      <w:r>
        <w:rPr>
          <w:sz w:val="20"/>
        </w:rPr>
        <w:t>13:41  yeh Alhamdulillah nahi hai, yeh yeh to mazak hai, yeh joke hai.</w:t>
      </w:r>
      <w:r>
        <w:br/>
      </w:r>
      <w:r>
        <w:rPr>
          <w:sz w:val="20"/>
        </w:rPr>
        <w:t>13:48  Alhamdulillah wo hai jo Allah ki taraf se mil raha hai, aap ko builder ki taraf mil raha hai, wo Alhamdulillah nahi hai.</w:t>
      </w:r>
      <w:r>
        <w:br/>
      </w:r>
      <w:r>
        <w:rPr>
          <w:sz w:val="20"/>
        </w:rPr>
        <w:t>13:57  to jab aap ke andar yeh baat aayegi ke jo Allah ki taraf se mil raha ho, us ko aap agar dil se samjhenge, acknowledge karenge, shukr karenge, to wisdom badhegi, marifat badhegi,</w:t>
      </w:r>
      <w:r>
        <w:br/>
      </w:r>
      <w:r>
        <w:rPr>
          <w:sz w:val="20"/>
        </w:rPr>
        <w:t>14:13  rabani hikmat barhe gi, yeh matlab hai is ka.</w:t>
      </w:r>
      <w:r>
        <w:br/>
      </w:r>
      <w:r>
        <w:rPr>
          <w:sz w:val="20"/>
        </w:rPr>
        <w:t>14:21  to jo log is mission mein jure hue hain, un ko main keh raha hoon ke woh unhein yani aala alhamdulillah jeena hai.</w:t>
      </w:r>
    </w:p>
    <w:p>
      <w:pPr>
        <w:pStyle w:val="Heading2"/>
      </w:pPr>
      <w:r>
        <w:t>Tree patience and Quranic concept of sabr</w:t>
      </w:r>
    </w:p>
    <w:p>
      <w:r>
        <w:rPr>
          <w:color w:val="666666"/>
          <w:sz w:val="18"/>
        </w:rPr>
        <w:t>From The Spiritual Tree 28 Nov, 2010 - Maulana Wahiduddin Khan · 5m 30s · at 1:42 · https://youtu.be/LDMY7FjQRIE?t=102</w:t>
      </w:r>
    </w:p>
    <w:p>
      <w:r>
        <w:rPr>
          <w:i/>
        </w:rPr>
        <w:t>“To hamara jo yeh peer hai hamare ghar ke samne”</w:t>
      </w:r>
    </w:p>
    <w:p>
      <w:r>
        <w:rPr>
          <w:sz w:val="20"/>
        </w:rPr>
        <w:t>1:42  to hamara jo yeh peed hai hamare ghar ke saamne,</w:t>
      </w:r>
      <w:r>
        <w:br/>
      </w:r>
      <w:r>
        <w:rPr>
          <w:sz w:val="20"/>
        </w:rPr>
        <w:t>1:47  woh kuch mahine pehle ek dum sookh gaya tha, lakri ki tarah se, jis ko urdu mein kehte hain "thandh".</w:t>
      </w:r>
      <w:r>
        <w:br/>
      </w:r>
      <w:r>
        <w:rPr>
          <w:sz w:val="20"/>
        </w:rPr>
        <w:t>1:58  to mein samjha ke ab yeh sookh gaya, ab khatam ho gaya, ab is ki umar nahi rahi baqi.</w:t>
      </w:r>
      <w:r>
        <w:br/>
      </w:r>
      <w:r>
        <w:rPr>
          <w:sz w:val="20"/>
        </w:rPr>
        <w:t>2:09  lekin jab baarish hui, mausam badla, to woh phir hara bhara ho gaya. Ab is waqt woh ek hara bhara drakht hai.</w:t>
      </w:r>
      <w:r>
        <w:br/>
      </w:r>
      <w:r>
        <w:rPr>
          <w:sz w:val="20"/>
        </w:rPr>
        <w:t>2:24  to is ko dekh kar mujhe ek inspiration aaya. Woh yeh ke is dunya mein jo nizaam hai woh yeh hai ke "wait and see".</w:t>
      </w:r>
      <w:r>
        <w:br/>
      </w:r>
      <w:r>
        <w:rPr>
          <w:sz w:val="20"/>
        </w:rPr>
        <w:t>2:41  yani wait karo to aage result aap ke muafiq aa sakta hai.</w:t>
      </w:r>
      <w:r>
        <w:br/>
      </w:r>
      <w:r>
        <w:rPr>
          <w:sz w:val="20"/>
        </w:rPr>
        <w:t>2:48  hamare Dilli mein ek sahab hain Mr. Prabodh Kumar Batra, woh business management ke expert hain, is par un ki kitabein hain.</w:t>
      </w:r>
      <w:r>
        <w:br/>
      </w:r>
      <w:r>
        <w:rPr>
          <w:sz w:val="20"/>
        </w:rPr>
        <w:t>3:03  to unhone jo formula diya hai us mein se ek formula yeh hai: "Think, think, think, there must be a better way".</w:t>
      </w:r>
      <w:r>
        <w:br/>
      </w:r>
      <w:r>
        <w:rPr>
          <w:sz w:val="20"/>
        </w:rPr>
        <w:t>3:14  to isi ko le kar mein ek formula dena chahunga ke "Wait, wait, wait,</w:t>
      </w:r>
      <w:r>
        <w:br/>
      </w:r>
      <w:r>
        <w:rPr>
          <w:sz w:val="20"/>
        </w:rPr>
        <w:t>3:21  and there must be a better tomorrow".</w:t>
      </w:r>
      <w:r>
        <w:br/>
      </w:r>
      <w:r>
        <w:rPr>
          <w:sz w:val="20"/>
        </w:rPr>
        <w:t>3:28  yani jo hamara jo spiritual tree tha, sookh gaya tha, lekin aaj woh hara bhara hai.</w:t>
      </w:r>
      <w:r>
        <w:br/>
      </w:r>
      <w:r>
        <w:rPr>
          <w:sz w:val="20"/>
        </w:rPr>
        <w:t>3:36  to woh yahi, yahi yani yahi message de raha hai woh, khamosh zabaan mein: "intezaar karo, intezaar karo, intezaar karo, aur mustaqbil acha niklega".</w:t>
      </w:r>
      <w:r>
        <w:br/>
      </w:r>
      <w:r>
        <w:rPr>
          <w:sz w:val="20"/>
        </w:rPr>
        <w:t>3:50  to isi ko mein formulate kar raha hoon ke "Wait, wait, wait, and there must be a better tomorrow". "Wait, wait, wait, and there must be a better tomorrow".</w:t>
      </w:r>
      <w:r>
        <w:br/>
      </w:r>
      <w:r>
        <w:rPr>
          <w:sz w:val="20"/>
        </w:rPr>
        <w:t>4:05  mein samajhta hoon ke yeh bohat hi bara</w:t>
      </w:r>
      <w:r>
        <w:br/>
      </w:r>
      <w:r>
        <w:rPr>
          <w:sz w:val="20"/>
        </w:rPr>
        <w:t>4:08  lesson hai, har aadmi ke liye, chahe individual life ho, family life ho, social life ho, national life ho, kuch bhi ho.</w:t>
      </w:r>
      <w:r>
        <w:br/>
      </w:r>
      <w:r>
        <w:rPr>
          <w:sz w:val="20"/>
        </w:rPr>
        <w:t>4:21  har jagah yahi principle apply hota hai.</w:t>
      </w:r>
      <w:r>
        <w:br/>
      </w:r>
      <w:r>
        <w:rPr>
          <w:sz w:val="20"/>
        </w:rPr>
        <w:t>4:26  best formula hai "wait and see".</w:t>
      </w:r>
      <w:r>
        <w:br/>
      </w:r>
      <w:r>
        <w:rPr>
          <w:sz w:val="20"/>
        </w:rPr>
        <w:t>4:31  aaj jo hum problem ko face kar rahe hain to aksar hum kya hota hai, frustration mein pad jaate hain,</w:t>
      </w:r>
      <w:r>
        <w:br/>
      </w:r>
      <w:r>
        <w:rPr>
          <w:sz w:val="20"/>
        </w:rPr>
        <w:t>4:44  mayoos ho jaate hain.</w:t>
      </w:r>
      <w:r>
        <w:br/>
      </w:r>
      <w:r>
        <w:rPr>
          <w:sz w:val="20"/>
        </w:rPr>
        <w:t>4:49  halanke future batata hai ke woh mayoosi hamari sahi nahi thi.</w:t>
      </w:r>
      <w:r>
        <w:br/>
      </w:r>
      <w:r>
        <w:rPr>
          <w:sz w:val="20"/>
        </w:rPr>
        <w:t>4:57  to best formula zindagi ke liye yahi hai ke "wait and see". "wait, wait, wait, and there must be a better tomorrow".</w:t>
      </w:r>
      <w:r>
        <w:br/>
      </w:r>
      <w:r>
        <w:rPr>
          <w:sz w:val="20"/>
        </w:rPr>
        <w:t>5:10  main samajhta hoon ke yeh formula sab par apply hota hai. jitne log problem mein uljhe hue hain, ladaai jhagda kar rahe hain, to kya hai?</w:t>
      </w:r>
      <w:r>
        <w:br/>
      </w:r>
      <w:r>
        <w:rPr>
          <w:sz w:val="20"/>
        </w:rPr>
        <w:t>5:24  yeh formula nahi apnaya inhone.</w:t>
      </w:r>
      <w:r>
        <w:br/>
      </w:r>
      <w:r>
        <w:rPr>
          <w:sz w:val="20"/>
        </w:rPr>
        <w:t>5:27  is formule ko apnaya nahi aur lad gaye. yaani wait nahi kar sake. yeh "wait, wait, wait and see" kya hai?</w:t>
      </w:r>
      <w:r>
        <w:br/>
      </w:r>
      <w:r>
        <w:rPr>
          <w:sz w:val="20"/>
        </w:rPr>
        <w:t>5:37  yeh wahi hai jis ko quran mein sabr kaha gaya hai. sabr kya hai? sabr maani hote hain patience, bardasht, tahammul.</w:t>
      </w:r>
      <w:r>
        <w:br/>
      </w:r>
      <w:r>
        <w:rPr>
          <w:sz w:val="20"/>
        </w:rPr>
        <w:t>5:46  to wahi kiya hai? wahi to hai. sabr ka matlab hai "wait and see" ki policy.</w:t>
      </w:r>
      <w:r>
        <w:br/>
      </w:r>
      <w:r>
        <w:rPr>
          <w:sz w:val="20"/>
        </w:rPr>
        <w:t>5:55  hadees mein aata hai ke "ilmun nasr ma'as sabr". jaan lo ke kamyabi sabr ke saath juri hui hai.</w:t>
      </w:r>
      <w:r>
        <w:br/>
      </w:r>
      <w:r>
        <w:rPr>
          <w:sz w:val="20"/>
        </w:rPr>
        <w:t>6:06  to saare quran aur hadees mein sabr ko bohat zyada highlight kiya gaya hai.</w:t>
      </w:r>
      <w:r>
        <w:br/>
      </w:r>
      <w:r>
        <w:rPr>
          <w:sz w:val="20"/>
        </w:rPr>
        <w:t>6:14  hadees mein hai ke "ilmun nasr ma'as sabr". quran mein hai ke "innama yuwaffa sabiroona ajrahum bi ghairi hisab".</w:t>
      </w:r>
      <w:r>
        <w:br/>
      </w:r>
      <w:r>
        <w:rPr>
          <w:sz w:val="20"/>
        </w:rPr>
        <w:t>6:24  to sabr ko quran o hadees mein bohat zyada highlight kiya gaya hai.</w:t>
      </w:r>
      <w:r>
        <w:br/>
      </w:r>
      <w:r>
        <w:rPr>
          <w:sz w:val="20"/>
        </w:rPr>
        <w:t>6:32  to log sabr ko samajhte hain ke koi bozdi hai, passivity hai, cowardice hai. nahi, woh law of nature hai.</w:t>
      </w:r>
      <w:r>
        <w:br/>
      </w:r>
      <w:r>
        <w:rPr>
          <w:sz w:val="20"/>
        </w:rPr>
        <w:t>6:46  darakht bhi sabr karta hai. darakht ne thand hone par sabr kiya. bohat dinon tak woh lakdi ki tarah sookha pada raha.</w:t>
      </w:r>
      <w:r>
        <w:br/>
      </w:r>
      <w:r>
        <w:rPr>
          <w:sz w:val="20"/>
        </w:rPr>
        <w:t>6:56  phir waqt aaya ke woh hara bhara ho gaya. "that was, that was so</w:t>
      </w:r>
      <w:r>
        <w:br/>
      </w:r>
      <w:r>
        <w:rPr>
          <w:sz w:val="20"/>
        </w:rPr>
        <w:t>7:03  a policy of sabr". to sabr ka matlab hai "wait and see" ki policy apnana.</w:t>
      </w:r>
    </w:p>
    <w:p>
      <w:pPr>
        <w:pStyle w:val="Heading2"/>
      </w:pPr>
      <w:r>
        <w:t>Inferential argument for God and science</w:t>
      </w:r>
    </w:p>
    <w:p>
      <w:r>
        <w:rPr>
          <w:color w:val="666666"/>
          <w:sz w:val="18"/>
        </w:rPr>
        <w:t>How to Find Truth | August 8, 2007 · 6m 02s · at 51:33 · https://youtu.be/YaxWNPN2K5A?t=3093</w:t>
      </w:r>
    </w:p>
    <w:p>
      <w:r>
        <w:rPr>
          <w:i/>
        </w:rPr>
        <w:t>“Inferential argument is as valid as direct argument”</w:t>
      </w:r>
    </w:p>
    <w:p>
      <w:r>
        <w:rPr>
          <w:sz w:val="20"/>
        </w:rPr>
        <w:t>51:33  al argument is as valid as direct argument. Now, the inferential argument is as valid as the direct argument. So, so what is the matter? The argument of of believers was base</w:t>
      </w:r>
      <w:r>
        <w:br/>
      </w:r>
      <w:r>
        <w:rPr>
          <w:sz w:val="20"/>
        </w:rPr>
        <w:t>52:03  d in this formula: where there is design, there is designer. there is called argument from design. So, the traditional argument about the existence of God was based on argument. There is called argument from design. It means that where there is a</w:t>
      </w:r>
      <w:r>
        <w:br/>
      </w:r>
      <w:r>
        <w:rPr>
          <w:sz w:val="20"/>
        </w:rPr>
        <w:t>52:33  There is a design, there is a designer.</w:t>
      </w:r>
      <w:r>
        <w:br/>
      </w:r>
      <w:r>
        <w:rPr>
          <w:sz w:val="20"/>
        </w:rPr>
        <w:t>52:39  So, this kind of argument was inferential argument.</w:t>
      </w:r>
      <w:r>
        <w:br/>
      </w:r>
      <w:r>
        <w:rPr>
          <w:sz w:val="20"/>
        </w:rPr>
        <w:t>52:45  This kind of argument was an inferential argument.</w:t>
      </w:r>
      <w:r>
        <w:br/>
      </w:r>
      <w:r>
        <w:rPr>
          <w:sz w:val="20"/>
        </w:rPr>
        <w:t>52:51  So, this kind of argument was not acceptable to previous people.</w:t>
      </w:r>
      <w:r>
        <w:br/>
      </w:r>
      <w:r>
        <w:rPr>
          <w:sz w:val="20"/>
        </w:rPr>
        <w:t>52:57  to previous people, previous people were belly</w:t>
      </w:r>
      <w:r>
        <w:br/>
      </w:r>
      <w:r>
        <w:rPr>
          <w:sz w:val="20"/>
        </w:rPr>
        <w:t>53:03  winning that argument must be direct argument.</w:t>
      </w:r>
      <w:r>
        <w:br/>
      </w:r>
      <w:r>
        <w:rPr>
          <w:sz w:val="20"/>
        </w:rPr>
        <w:t>53:09  It is this, it is this philosophy that is called logical positivism.</w:t>
      </w:r>
      <w:r>
        <w:br/>
      </w:r>
      <w:r>
        <w:rPr>
          <w:sz w:val="20"/>
        </w:rPr>
        <w:t>53:15  So, according to logical positivism, inferential argument was not was not valid.</w:t>
      </w:r>
      <w:r>
        <w:br/>
      </w:r>
      <w:r>
        <w:rPr>
          <w:sz w:val="20"/>
        </w:rPr>
        <w:t>53:21  Inferential argument was not valid.</w:t>
      </w:r>
      <w:r>
        <w:br/>
      </w:r>
      <w:r>
        <w:rPr>
          <w:sz w:val="20"/>
        </w:rPr>
        <w:t>53:27  But now, after the spirit</w:t>
      </w:r>
      <w:r>
        <w:br/>
      </w:r>
      <w:r>
        <w:rPr>
          <w:sz w:val="20"/>
        </w:rPr>
        <w:t>53:33  of atom, everything changed.</w:t>
      </w:r>
      <w:r>
        <w:br/>
      </w:r>
      <w:r>
        <w:rPr>
          <w:sz w:val="20"/>
        </w:rPr>
        <w:t>53:40  Now, now, according to Bertrand Russell, there are knowledge of knowledge are of two categories: knowledge of things,</w:t>
      </w:r>
      <w:r>
        <w:br/>
      </w:r>
      <w:r>
        <w:rPr>
          <w:sz w:val="20"/>
        </w:rPr>
        <w:t>53:48  Knowledge of truth.</w:t>
      </w:r>
      <w:r>
        <w:br/>
      </w:r>
      <w:r>
        <w:rPr>
          <w:sz w:val="20"/>
        </w:rPr>
        <w:t>53:55  So, as far as the knowledge of things is concerned, you can, you can establish direct argument.</w:t>
      </w:r>
      <w:r>
        <w:br/>
      </w:r>
      <w:r>
        <w:rPr>
          <w:sz w:val="20"/>
        </w:rPr>
        <w:t>54:03  But as far as the truth is concerned, you are compelled to use the inferential argument.</w:t>
      </w:r>
      <w:r>
        <w:br/>
      </w:r>
      <w:r>
        <w:rPr>
          <w:sz w:val="20"/>
        </w:rPr>
        <w:t>54:13  So, Bertrand admits in his book Human Knowledge.</w:t>
      </w:r>
      <w:r>
        <w:br/>
      </w:r>
      <w:r>
        <w:rPr>
          <w:sz w:val="20"/>
        </w:rPr>
        <w:t>54:23  Bertrand Russell and all other philosophers admit that now, in post</w:t>
      </w:r>
      <w:r>
        <w:br/>
      </w:r>
      <w:r>
        <w:rPr>
          <w:sz w:val="20"/>
        </w:rPr>
        <w:t>54:33  Einstein era, inferential argument is as valid as direct argument.</w:t>
      </w:r>
      <w:r>
        <w:br/>
      </w:r>
      <w:r>
        <w:rPr>
          <w:sz w:val="20"/>
        </w:rPr>
        <w:t>54:39  So, when I said to that gentleman that the same argument, the same criterion which you have to</w:t>
      </w:r>
      <w:r>
        <w:br/>
      </w:r>
      <w:r>
        <w:rPr>
          <w:sz w:val="20"/>
        </w:rPr>
        <w:t>54:46  prove anything else.</w:t>
      </w:r>
      <w:r>
        <w:br/>
      </w:r>
      <w:r>
        <w:rPr>
          <w:sz w:val="20"/>
        </w:rPr>
        <w:t>54:52  So, I referred that now, we are living in post-scientific.</w:t>
      </w:r>
      <w:r>
        <w:br/>
      </w:r>
      <w:r>
        <w:rPr>
          <w:sz w:val="20"/>
        </w:rPr>
        <w:t>54:58  Now, now, we are living in</w:t>
      </w:r>
      <w:r>
        <w:br/>
      </w:r>
      <w:r>
        <w:rPr>
          <w:sz w:val="20"/>
        </w:rPr>
        <w:t>55:04  in post-Einstein era.</w:t>
      </w:r>
      <w:r>
        <w:br/>
      </w:r>
      <w:r>
        <w:rPr>
          <w:sz w:val="20"/>
        </w:rPr>
        <w:t>55:10  And now, there is no way except to I accept inferential argument as and valid argument.</w:t>
      </w:r>
      <w:r>
        <w:br/>
      </w:r>
      <w:r>
        <w:rPr>
          <w:sz w:val="20"/>
        </w:rPr>
        <w:t>55:16  Otherwise, you cannot prove anything.</w:t>
      </w:r>
      <w:r>
        <w:br/>
      </w:r>
      <w:r>
        <w:rPr>
          <w:sz w:val="20"/>
        </w:rPr>
        <w:t>55:22  For example, all the scientists believe in X-rays. X-rays.</w:t>
      </w:r>
      <w:r>
        <w:br/>
      </w:r>
      <w:r>
        <w:rPr>
          <w:sz w:val="20"/>
        </w:rPr>
        <w:t>55:28  But what is X-rays? You cannot prove X-rays by</w:t>
      </w:r>
      <w:r>
        <w:br/>
      </w:r>
      <w:r>
        <w:rPr>
          <w:sz w:val="20"/>
        </w:rPr>
        <w:t>55:34  Direct argument.</w:t>
      </w:r>
      <w:r>
        <w:br/>
      </w:r>
      <w:r>
        <w:rPr>
          <w:sz w:val="20"/>
        </w:rPr>
        <w:t>55:42  You are compelled to prove X-rays by inferential argument.</w:t>
      </w:r>
      <w:r>
        <w:br/>
      </w:r>
      <w:r>
        <w:rPr>
          <w:sz w:val="20"/>
        </w:rPr>
        <w:t>55:49  So, when I said this, I referred to the present situation that now, you cannot say</w:t>
      </w:r>
      <w:r>
        <w:br/>
      </w:r>
      <w:r>
        <w:rPr>
          <w:sz w:val="20"/>
        </w:rPr>
        <w:t>55:57  I, I meant that now, the argument ab</w:t>
      </w:r>
      <w:r>
        <w:br/>
      </w:r>
      <w:r>
        <w:rPr>
          <w:sz w:val="20"/>
        </w:rPr>
        <w:t>56:04  Out God and the argument about electron are one and the same.</w:t>
      </w:r>
      <w:r>
        <w:br/>
      </w:r>
      <w:r>
        <w:rPr>
          <w:sz w:val="20"/>
        </w:rPr>
        <w:t>56:12  about electron, you use inferential argument.</w:t>
      </w:r>
      <w:r>
        <w:br/>
      </w:r>
      <w:r>
        <w:rPr>
          <w:sz w:val="20"/>
        </w:rPr>
        <w:t>56:19  about X-rays, you you use inferential argument.</w:t>
      </w:r>
      <w:r>
        <w:br/>
      </w:r>
      <w:r>
        <w:rPr>
          <w:sz w:val="20"/>
        </w:rPr>
        <w:t>56:27  So, is the case about the about the about the about</w:t>
      </w:r>
      <w:r>
        <w:br/>
      </w:r>
      <w:r>
        <w:rPr>
          <w:sz w:val="20"/>
        </w:rPr>
        <w:t>56:35  about God? We prove the existence of God by inferential argument.</w:t>
      </w:r>
      <w:r>
        <w:br/>
      </w:r>
      <w:r>
        <w:rPr>
          <w:sz w:val="20"/>
        </w:rPr>
        <w:t>56:41  You also prove the existence of electron by inferential argument.</w:t>
      </w:r>
      <w:r>
        <w:br/>
      </w:r>
      <w:r>
        <w:rPr>
          <w:sz w:val="20"/>
        </w:rPr>
        <w:t>56:47  So, there is no difference.</w:t>
      </w:r>
      <w:r>
        <w:br/>
      </w:r>
      <w:r>
        <w:rPr>
          <w:sz w:val="20"/>
        </w:rPr>
        <w:t>56:53  So, if you are right when you prove the existence of electron by inferential argument, we are also</w:t>
      </w:r>
      <w:r>
        <w:br/>
      </w:r>
      <w:r>
        <w:rPr>
          <w:sz w:val="20"/>
        </w:rPr>
        <w:t>56:59  correct when you prove when we when we prove</w:t>
      </w:r>
      <w:r>
        <w:br/>
      </w:r>
      <w:r>
        <w:rPr>
          <w:sz w:val="20"/>
        </w:rPr>
        <w:t>57:05  The existence of God by inferential argument.</w:t>
      </w:r>
      <w:r>
        <w:br/>
      </w:r>
      <w:r>
        <w:rPr>
          <w:sz w:val="20"/>
        </w:rPr>
        <w:t>57:10  It was this background that made him speechless.</w:t>
      </w:r>
      <w:r>
        <w:br/>
      </w:r>
      <w:r>
        <w:rPr>
          <w:sz w:val="20"/>
        </w:rPr>
        <w:t>57:15  So, he was, I think he was a sincere person.</w:t>
      </w:r>
      <w:r>
        <w:br/>
      </w:r>
      <w:r>
        <w:rPr>
          <w:sz w:val="20"/>
        </w:rPr>
        <w:t>57:20  He was ready to surrender before reason.</w:t>
      </w:r>
      <w:r>
        <w:br/>
      </w:r>
      <w:r>
        <w:rPr>
          <w:sz w:val="20"/>
        </w:rPr>
        <w:t>57:25  So, he surrendered.</w:t>
      </w:r>
      <w:r>
        <w:br/>
      </w:r>
      <w:r>
        <w:rPr>
          <w:sz w:val="20"/>
        </w:rPr>
        <w:t>57:30  So, these three things are required.</w:t>
      </w:r>
    </w:p>
    <w:p>
      <w:pPr>
        <w:pStyle w:val="Heading2"/>
      </w:pPr>
      <w:r>
        <w:t>Telephone call leads to thrilling gratitude</w:t>
      </w:r>
    </w:p>
    <w:p>
      <w:r>
        <w:rPr>
          <w:color w:val="666666"/>
          <w:sz w:val="18"/>
        </w:rPr>
        <w:t>The Concept of Shukr in Islam | June 17, 2008 · 5m 36s · at 13:04 · https://youtu.be/ySbCs4MRNXU?t=784</w:t>
      </w:r>
    </w:p>
    <w:p>
      <w:r>
        <w:rPr>
          <w:i/>
        </w:rPr>
        <w:t>“Main apne office mein baitha tha ke telephone ki ghanti baji.”</w:t>
      </w:r>
    </w:p>
    <w:p>
      <w:r>
        <w:rPr>
          <w:sz w:val="20"/>
        </w:rPr>
        <w:t>13:04  mein apne office mein baitha hua tha ke telephone ki ghanti baji.</w:t>
      </w:r>
      <w:r>
        <w:br/>
      </w:r>
      <w:r>
        <w:rPr>
          <w:sz w:val="20"/>
        </w:rPr>
        <w:t>13:10  telephone ki ghanti baji.</w:t>
      </w:r>
      <w:r>
        <w:br/>
      </w:r>
      <w:r>
        <w:rPr>
          <w:sz w:val="20"/>
        </w:rPr>
        <w:t>13:17  ab achaanak mere mind mein aik process chal para, intellectual process.</w:t>
      </w:r>
      <w:r>
        <w:br/>
      </w:r>
      <w:r>
        <w:rPr>
          <w:sz w:val="20"/>
        </w:rPr>
        <w:t>13:24  ke kaise aisa hua? aik aadmi kahin bahar hai.</w:t>
      </w:r>
      <w:r>
        <w:br/>
      </w:r>
      <w:r>
        <w:rPr>
          <w:sz w:val="20"/>
        </w:rPr>
        <w:t>13:30  wahan se us ne apne telephone set par</w:t>
      </w:r>
      <w:r>
        <w:br/>
      </w:r>
      <w:r>
        <w:rPr>
          <w:sz w:val="20"/>
        </w:rPr>
        <w:t>13:37  dial kiya.</w:t>
      </w:r>
      <w:r>
        <w:br/>
      </w:r>
      <w:r>
        <w:rPr>
          <w:sz w:val="20"/>
        </w:rPr>
        <w:t>13:43  yahan ghanti baj rahi hai, yahan mein sun raha hoon.</w:t>
      </w:r>
      <w:r>
        <w:br/>
      </w:r>
      <w:r>
        <w:rPr>
          <w:sz w:val="20"/>
        </w:rPr>
        <w:t>13:49  lekin ghanti ka bajna aur is ka chal kar mere kaan tak pahunchna, mera is ko sunna.</w:t>
      </w:r>
      <w:r>
        <w:br/>
      </w:r>
      <w:r>
        <w:rPr>
          <w:sz w:val="20"/>
        </w:rPr>
        <w:t>13:55  phir mein ne socha ke dekhiye is dunya mein to hazaron qism ki awazen hain.</w:t>
      </w:r>
      <w:r>
        <w:br/>
      </w:r>
      <w:r>
        <w:rPr>
          <w:sz w:val="20"/>
        </w:rPr>
        <w:t>14:01  hawa chalti hai tab bhi aik awaz aati hai.</w:t>
      </w:r>
      <w:r>
        <w:br/>
      </w:r>
      <w:r>
        <w:rPr>
          <w:sz w:val="20"/>
        </w:rPr>
        <w:t>14:07  darwaza aap kholte hain tab bhi aik awaz aati hai.</w:t>
      </w:r>
      <w:r>
        <w:br/>
      </w:r>
      <w:r>
        <w:rPr>
          <w:sz w:val="20"/>
        </w:rPr>
        <w:t>14:12  bachche daurte hain tab bhi aik awaz aati hai.</w:t>
      </w:r>
      <w:r>
        <w:br/>
      </w:r>
      <w:r>
        <w:rPr>
          <w:sz w:val="20"/>
        </w:rPr>
        <w:t>14:18  hazaron hazar qism ki awazen hain.</w:t>
      </w:r>
      <w:r>
        <w:br/>
      </w:r>
      <w:r>
        <w:rPr>
          <w:sz w:val="20"/>
        </w:rPr>
        <w:t>14:23  پھر کیسے میں میرے mind نے detect کیا کہ یہ ٹیلی فون کی گھنٹی ہے؟ اب میں سوچنے</w:t>
      </w:r>
      <w:r>
        <w:br/>
      </w:r>
      <w:r>
        <w:rPr>
          <w:sz w:val="20"/>
        </w:rPr>
        <w:t>14:28  laga ke kya mind hai, Khuda diya, koi kaisa mind Khuda ne diya hai insaan ko ke woh</w:t>
      </w:r>
      <w:r>
        <w:br/>
      </w:r>
      <w:r>
        <w:rPr>
          <w:sz w:val="20"/>
        </w:rPr>
        <w:t>14:33  aik awaz ko mumayyiz kar ke, is ko identify kar ke samajh</w:t>
      </w:r>
      <w:r>
        <w:br/>
      </w:r>
      <w:r>
        <w:rPr>
          <w:sz w:val="20"/>
        </w:rPr>
        <w:t>14:38  sake ke telephone ki awaz hai.</w:t>
      </w:r>
      <w:r>
        <w:br/>
      </w:r>
      <w:r>
        <w:rPr>
          <w:sz w:val="20"/>
        </w:rPr>
        <w:t>14:43  yeh mamooli baat nahi hai yeh.</w:t>
      </w:r>
      <w:r>
        <w:br/>
      </w:r>
      <w:r>
        <w:rPr>
          <w:sz w:val="20"/>
        </w:rPr>
        <w:t>14:48  کیوں کہ animal سے آپ کمپیئر کر کے دیکھیے۔</w:t>
      </w:r>
      <w:r>
        <w:br/>
      </w:r>
      <w:r>
        <w:rPr>
          <w:sz w:val="20"/>
        </w:rPr>
        <w:t>14:53  Animal ko yeh awaz bhi waisi hai, woh awaz bhi waisi hai.</w:t>
      </w:r>
      <w:r>
        <w:br/>
      </w:r>
      <w:r>
        <w:rPr>
          <w:sz w:val="20"/>
        </w:rPr>
        <w:t>14:58  تو دو آواز میں وہ identify کر کے الگ الگ نہیں سمجھ سکتے اس کو۔</w:t>
      </w:r>
      <w:r>
        <w:br/>
      </w:r>
      <w:r>
        <w:rPr>
          <w:sz w:val="20"/>
        </w:rPr>
        <w:t>15:03  پھر میں نے سوچا کہ تو پھر میں receiver، ایک اپنا ہاتھ لے گیا، receiver اٹھایا میں نے۔</w:t>
      </w:r>
      <w:r>
        <w:br/>
      </w:r>
      <w:r>
        <w:rPr>
          <w:sz w:val="20"/>
        </w:rPr>
        <w:t>15:08  ab mein ne socha ke dekhiye mere body mein do hath hain, do paon hain.</w:t>
      </w:r>
      <w:r>
        <w:br/>
      </w:r>
      <w:r>
        <w:rPr>
          <w:sz w:val="20"/>
        </w:rPr>
        <w:t>15:14  bohat sare parts hain meri body ke.</w:t>
      </w:r>
      <w:r>
        <w:br/>
      </w:r>
      <w:r>
        <w:rPr>
          <w:sz w:val="20"/>
        </w:rPr>
        <w:t>15:20  lekin mere body ka sirf aik part yaani yeh hath.</w:t>
      </w:r>
      <w:r>
        <w:br/>
      </w:r>
      <w:r>
        <w:rPr>
          <w:sz w:val="20"/>
        </w:rPr>
        <w:t>15:26  یہ mind نے وہاں سے جو آرڈر دیا تو اس سے یہ ہاتھ اٹھا۔ باقی نہیں۔</w:t>
      </w:r>
      <w:r>
        <w:br/>
      </w:r>
      <w:r>
        <w:rPr>
          <w:sz w:val="20"/>
        </w:rPr>
        <w:t>15:32  کیسے mind نے وہاں سے کنٹرول کیا کہ یہ ہاتھ اٹھے؟ پھر آنکھ نے locate کیا کہ کہاں پر</w:t>
      </w:r>
      <w:r>
        <w:br/>
      </w:r>
      <w:r>
        <w:rPr>
          <w:sz w:val="20"/>
        </w:rPr>
        <w:t>15:38  hai telephone.</w:t>
      </w:r>
      <w:r>
        <w:br/>
      </w:r>
      <w:r>
        <w:rPr>
          <w:sz w:val="20"/>
        </w:rPr>
        <w:t>15:42  mera hath receiver tak gaya, is ko uthaya mein ne.</w:t>
      </w:r>
      <w:r>
        <w:br/>
      </w:r>
      <w:r>
        <w:rPr>
          <w:sz w:val="20"/>
        </w:rPr>
        <w:t>15:46  ab baat karne laga.</w:t>
      </w:r>
      <w:r>
        <w:br/>
      </w:r>
      <w:r>
        <w:rPr>
          <w:sz w:val="20"/>
        </w:rPr>
        <w:t>15:49  woh ab telephone tha bahar ka.</w:t>
      </w:r>
      <w:r>
        <w:br/>
      </w:r>
      <w:r>
        <w:rPr>
          <w:sz w:val="20"/>
        </w:rPr>
        <w:t>15:53  aik aadmi English mein bol raha tha.</w:t>
      </w:r>
      <w:r>
        <w:br/>
      </w:r>
      <w:r>
        <w:rPr>
          <w:sz w:val="20"/>
        </w:rPr>
        <w:t>15:57  to sab se anokha experience mujhe yeh hua ke aap jante hain ke meri jo mother tongue hai</w:t>
      </w:r>
      <w:r>
        <w:br/>
      </w:r>
      <w:r>
        <w:rPr>
          <w:sz w:val="20"/>
        </w:rPr>
        <w:t>16:01  woh urdu hai.</w:t>
      </w:r>
      <w:r>
        <w:br/>
      </w:r>
      <w:r>
        <w:rPr>
          <w:sz w:val="20"/>
        </w:rPr>
        <w:t>16:05  mein sochta hoon urdu zaban mein.</w:t>
      </w:r>
      <w:r>
        <w:br/>
      </w:r>
      <w:r>
        <w:rPr>
          <w:sz w:val="20"/>
        </w:rPr>
        <w:t>16:09  is ka matlab yeh hai ke mein doosri language jaisay arabic language bhi samajhta hoon, english bhi samajhta hoon.</w:t>
      </w:r>
      <w:r>
        <w:br/>
      </w:r>
      <w:r>
        <w:rPr>
          <w:sz w:val="20"/>
        </w:rPr>
        <w:t>16:13  lekin kaise convert kar ke? yani mere mind mein arabic word aaye ga to mein convert karoon ga urdu mein.</w:t>
      </w:r>
      <w:r>
        <w:br/>
      </w:r>
      <w:r>
        <w:rPr>
          <w:sz w:val="20"/>
        </w:rPr>
        <w:t>16:17  tab mein samajh paoon ga.</w:t>
      </w:r>
      <w:r>
        <w:br/>
      </w:r>
      <w:r>
        <w:rPr>
          <w:sz w:val="20"/>
        </w:rPr>
        <w:t>16:22  aisay hi english ka muamla hai.</w:t>
      </w:r>
      <w:r>
        <w:br/>
      </w:r>
      <w:r>
        <w:rPr>
          <w:sz w:val="20"/>
        </w:rPr>
        <w:t>16:26  english ka word aaye ga mere mind mein to mera mind is ko convert kare ga arabic se urdu mein.</w:t>
      </w:r>
      <w:r>
        <w:br/>
      </w:r>
      <w:r>
        <w:rPr>
          <w:sz w:val="20"/>
        </w:rPr>
        <w:t>16:30  phir mein samajh paoon ga.</w:t>
      </w:r>
      <w:r>
        <w:br/>
      </w:r>
      <w:r>
        <w:rPr>
          <w:sz w:val="20"/>
        </w:rPr>
        <w:t>16:35  تو وہ English میں بول رہا تھا، میں سمج</w:t>
      </w:r>
      <w:r>
        <w:br/>
      </w:r>
      <w:r>
        <w:rPr>
          <w:sz w:val="20"/>
        </w:rPr>
        <w:t>16:39  h raha tha.</w:t>
      </w:r>
      <w:r>
        <w:br/>
      </w:r>
      <w:r>
        <w:rPr>
          <w:sz w:val="20"/>
        </w:rPr>
        <w:t>16:46  koi distance nahi tha is ke bolne mein, mere samajhne mein.</w:t>
      </w:r>
      <w:r>
        <w:br/>
      </w:r>
      <w:r>
        <w:rPr>
          <w:sz w:val="20"/>
        </w:rPr>
        <w:t>16:54  ab mein ne socha ke kis tarah se yeh hota hai ke aik awaz jo english ki hai,</w:t>
      </w:r>
      <w:r>
        <w:br/>
      </w:r>
      <w:r>
        <w:rPr>
          <w:sz w:val="20"/>
        </w:rPr>
        <w:t>17:01  English words hain, woh kaise instantly convert ho jaate hain mere mind mein Urdu mein. Kyun</w:t>
      </w:r>
      <w:r>
        <w:br/>
      </w:r>
      <w:r>
        <w:rPr>
          <w:sz w:val="20"/>
        </w:rPr>
        <w:t>17:09  ke jab tak yeh conversion na ho mera mind samajh nahi payega. kyun ke meri mother tongue to urdu hai. to instantly mera mind convert karta hai urdu ko, convert karta hai English ko urdu mein. instantly. yani kisi der kiye baghair. agar der kare to woh bolega phir panch minute ke baad mein sununga aur samjhunga to bohat der lag jayegi. p</w:t>
      </w:r>
      <w:r>
        <w:br/>
      </w:r>
      <w:r>
        <w:rPr>
          <w:sz w:val="20"/>
        </w:rPr>
        <w:t>17:39  har conversation kaise ho ga? to woh bol raha hai, mein samajh raha hoon.</w:t>
      </w:r>
      <w:r>
        <w:br/>
      </w:r>
      <w:r>
        <w:rPr>
          <w:sz w:val="20"/>
        </w:rPr>
        <w:t>17:44  without any gap.</w:t>
      </w:r>
      <w:r>
        <w:br/>
      </w:r>
      <w:r>
        <w:rPr>
          <w:sz w:val="20"/>
        </w:rPr>
        <w:t>17:49  اب یہ کیسے ہوتا ہے اتنا بڑا breaker mind میں ہوتا ہے؟ اس طرح کے بہت ساری چیزیں</w:t>
      </w:r>
      <w:r>
        <w:br/>
      </w:r>
      <w:r>
        <w:rPr>
          <w:sz w:val="20"/>
        </w:rPr>
        <w:t>17:54  isi mein involve thin is telephone mein aur mein sochta raha.</w:t>
      </w:r>
      <w:r>
        <w:br/>
      </w:r>
      <w:r>
        <w:rPr>
          <w:sz w:val="20"/>
        </w:rPr>
        <w:t>18:00  to mere andar aik aik woh aik thrilling ehsas hua.</w:t>
      </w:r>
      <w:r>
        <w:br/>
      </w:r>
      <w:r>
        <w:rPr>
          <w:sz w:val="20"/>
        </w:rPr>
        <w:t>18:05  aik treble experience hua</w:t>
      </w:r>
      <w:r>
        <w:br/>
      </w:r>
      <w:r>
        <w:rPr>
          <w:sz w:val="20"/>
        </w:rPr>
        <w:t>18:10  shukr ka.</w:t>
      </w:r>
      <w:r>
        <w:br/>
      </w:r>
      <w:r>
        <w:rPr>
          <w:sz w:val="20"/>
        </w:rPr>
        <w:t>18:15  ke kaisa hai woh khuda jis ne aik insan ke andar yeh sari capacity rakh di.</w:t>
      </w:r>
      <w:r>
        <w:br/>
      </w:r>
      <w:r>
        <w:rPr>
          <w:sz w:val="20"/>
        </w:rPr>
        <w:t>18:20  to yeh is ko mein kahoon ga thrilling shukr.</w:t>
      </w:r>
      <w:r>
        <w:br/>
      </w:r>
      <w:r>
        <w:rPr>
          <w:sz w:val="20"/>
        </w:rPr>
        <w:t>18:25  yeh is se bilkul alag hai jo hum munh se bol dete hain Alhamdulillah.</w:t>
      </w:r>
      <w:r>
        <w:br/>
      </w:r>
      <w:r>
        <w:rPr>
          <w:sz w:val="20"/>
        </w:rPr>
        <w:t>18:30  khuda ka fazal hai, khuda ka shukr hai.</w:t>
      </w:r>
      <w:r>
        <w:br/>
      </w:r>
      <w:r>
        <w:rPr>
          <w:sz w:val="20"/>
        </w:rPr>
        <w:t>18:35  woh to aik rata hua shabd hai jis ko hum ne dohra diya.</w:t>
      </w:r>
    </w:p>
    <w:p>
      <w:pPr>
        <w:pStyle w:val="Heading2"/>
      </w:pPr>
      <w:r>
        <w:t>Real gratitude is a storm</w:t>
      </w:r>
    </w:p>
    <w:p>
      <w:r>
        <w:rPr>
          <w:color w:val="666666"/>
          <w:sz w:val="18"/>
        </w:rPr>
        <w:t>Q&amp;A 08 July 2007 - Maulana Wahiduddin Khan · 5m 47s · at 2:22 · https://youtu.be/k921gOjkIaw?t=142</w:t>
      </w:r>
    </w:p>
    <w:p>
      <w:r>
        <w:rPr>
          <w:i/>
        </w:rPr>
        <w:t>“I don't consider saying Alhamdulillah as gratitude.”</w:t>
      </w:r>
    </w:p>
    <w:p>
      <w:r>
        <w:rPr>
          <w:sz w:val="20"/>
        </w:rPr>
        <w:t>2:22  mein kahoon ga dil se, munh se bolte rehte hain "alhamdulillah, alhamdulillah" to mein is ko khuda ka shukr ada karna nahi samajhta.</w:t>
      </w:r>
      <w:r>
        <w:br/>
      </w:r>
      <w:r>
        <w:rPr>
          <w:sz w:val="20"/>
        </w:rPr>
        <w:t>2:34  is liye ke sahaba ke hum nahi dekhte yeh ke baar baar "alhamdulillah" kehte hon woh, jaise ke aaj kal hai. aaj kal to yeh hai ke aap poochein ke bhai aap ne juma ki namaz parhi?</w:t>
      </w:r>
      <w:r>
        <w:br/>
      </w:r>
      <w:r>
        <w:rPr>
          <w:sz w:val="20"/>
        </w:rPr>
        <w:t>2:46  "alhamdulillah" mein falan masjid ja ke parhi. koi pooche ke aaj aap ko quran ki tilawat ki? "alhamdulillah" aaj mein ne quran ki tilawat ki thi. arey haan, baat baat par "alhamdulillah".</w:t>
      </w:r>
      <w:r>
        <w:br/>
      </w:r>
      <w:r>
        <w:rPr>
          <w:sz w:val="20"/>
        </w:rPr>
        <w:t>2:58  business ke baray mein poochein ke aaj koi business karta tha? "haan, alhamdulillah" bohat acha business tha. aap ka beta kya karta hai? "alhamdulillah" is ka admission saint columbus mein ho gaya hai.</w:t>
      </w:r>
      <w:r>
        <w:br/>
      </w:r>
      <w:r>
        <w:rPr>
          <w:sz w:val="20"/>
        </w:rPr>
        <w:t>3:09  mein is ko "alhamdulillah" nahi samajhta, is ko sirf lip service samajhta hoon. "alhamdulillah" aik spirit hai, aik storm hai jo aadmi ke dil mein aata hai.</w:t>
      </w:r>
      <w:r>
        <w:br/>
      </w:r>
      <w:r>
        <w:rPr>
          <w:sz w:val="20"/>
        </w:rPr>
        <w:t>3:20  woh zabaan se bhi ada ho sakta hai, zaroori nahi. mein yeh nahi kehta hoon ke zabaan se ada nahi hoga, lekin woh jo zabaan se niklta hai, niklta hai woh woh aik aur hi cheez hota hai.</w:t>
      </w:r>
      <w:r>
        <w:br/>
      </w:r>
      <w:r>
        <w:rPr>
          <w:sz w:val="20"/>
        </w:rPr>
        <w:t>3:29  woh woh aik aur hi cheez hota hai. yeh jo "alhamdulillah" kehte rehte hain aaj kal log, har baat par "alhamdulillah", har baat par "alhamdulillah".</w:t>
      </w:r>
      <w:r>
        <w:br/>
      </w:r>
      <w:r>
        <w:rPr>
          <w:sz w:val="20"/>
        </w:rPr>
        <w:t>3:43  yahan tak ke log biryani khayen ge, "alhamdulillah" bari achi biryani hai aaj ki. yeh sab lap service hai. to mein samajhta hoon ke "alhamdulillah" mein samajhta hoon ke shukr yeh hai ke aap ko sach much ehsas ho khuda ki blessing ka,</w:t>
      </w:r>
      <w:r>
        <w:br/>
      </w:r>
      <w:r>
        <w:rPr>
          <w:sz w:val="20"/>
        </w:rPr>
        <w:t>4:00  sach much ehsas ho ke kitni bari blessing khuda ki hai. abhi dekhiye, aik latest discovery yeh hui ke aik bohat bari galaxy abhi discover hui hai.</w:t>
      </w:r>
      <w:r>
        <w:br/>
      </w:r>
      <w:r>
        <w:rPr>
          <w:sz w:val="20"/>
        </w:rPr>
        <w:t>4:12  yani itni bari universe pehle se thi jis ko aaj hum abhi tak woh hum is ko nap nahi sakay. ab aik nai nai galaxy, galaxy aap jante hain, galaxy bohat hi bari dunya hoti hai hamari zameen is ke muqable mein to yani kisi ginti mein nahi aati.</w:t>
      </w:r>
      <w:r>
        <w:br/>
      </w:r>
      <w:r>
        <w:rPr>
          <w:sz w:val="20"/>
        </w:rPr>
        <w:t>4:31  billion billion zameenें bhi kam hain is is ke liye. to itni greatness jo khuda ki hai, aur phir sab kis ke liye? aik insan ke liye.</w:t>
      </w:r>
      <w:r>
        <w:br/>
      </w:r>
      <w:r>
        <w:rPr>
          <w:sz w:val="20"/>
        </w:rPr>
        <w:t>4:45  abhi mein aik tv par aik aik program aa raha tha to yeh log jo space mein jate hain, in ko bohat ajib experience hota hai ke dunya mein itni sari kahkashan hain, itne ziyada stars hain, planets hain, solar system hai,</w:t>
      </w:r>
      <w:r>
        <w:br/>
      </w:r>
      <w:r>
        <w:rPr>
          <w:sz w:val="20"/>
        </w:rPr>
        <w:t>5:01  lekin har taraf life less world hai. kahin bhi kuch nahi, kuch bhi nahi, kahin siwaye ya to aag hai ya ya pathar samajh liye.</w:t>
      </w:r>
      <w:r>
        <w:br/>
      </w:r>
      <w:r>
        <w:rPr>
          <w:sz w:val="20"/>
        </w:rPr>
        <w:t>5:13  planets kya hain? woh pathar hain, stars kya hain? aag hain, aur is ka is ka kuch nahi. sirf zameen jo hai, choti si zameen, yeh planet earth, yahin par sab kuch hai.</w:t>
      </w:r>
      <w:r>
        <w:br/>
      </w:r>
      <w:r>
        <w:rPr>
          <w:sz w:val="20"/>
        </w:rPr>
        <w:t>5:24  to is ne aik word use kiya tha ke woh "right materials at right place".</w:t>
      </w:r>
      <w:r>
        <w:br/>
      </w:r>
      <w:r>
        <w:rPr>
          <w:sz w:val="20"/>
        </w:rPr>
        <w:t>5:37  yeh sari chezen yani oxygen hai, water hai, sun light hai, aur yeh billion billion chezen hain jis ki wajah se hum dunya mein zinda hain,</w:t>
      </w:r>
      <w:r>
        <w:br/>
      </w:r>
      <w:r>
        <w:rPr>
          <w:sz w:val="20"/>
        </w:rPr>
        <w:t>5:50  aur sab kuch insan ke liye. jahan insan hai, wahin yeh sari chezen hain. jahan insan nahi hai, wahan kuch bhi nahi hai.</w:t>
      </w:r>
      <w:r>
        <w:br/>
      </w:r>
      <w:r>
        <w:rPr>
          <w:sz w:val="20"/>
        </w:rPr>
        <w:t>6:01  to kaha is ki anokhi baat hai ke aap sochen ke khuda ka kitna bara ehsan hai ke sari universe mein jo chezen nahi khuda ne provide kin, woh mere liye provide ki hain.</w:t>
      </w:r>
      <w:r>
        <w:br/>
      </w:r>
      <w:r>
        <w:rPr>
          <w:sz w:val="20"/>
        </w:rPr>
        <w:t>6:13  bas mein bol raha hoon, aap sun rahe hain, yeh sirf yahi possible hai, kahin aur nahi possible hai. aap chand par aisa nahi kar sakte, aap aap aap bolen to koi sune, kyunke wahan air nahi hai.</w:t>
      </w:r>
      <w:r>
        <w:br/>
      </w:r>
      <w:r>
        <w:rPr>
          <w:sz w:val="20"/>
        </w:rPr>
        <w:t>6:26  aap sochen ke sari universe mein kahin yeh phenomena nahi hai. aik admi bolay, doosra admi sune to aap ko itna bara thrill aye ga ke aap bilkul zuban band ho jaye gi.</w:t>
      </w:r>
      <w:r>
        <w:br/>
      </w:r>
      <w:r>
        <w:rPr>
          <w:sz w:val="20"/>
        </w:rPr>
        <w:t>6:37  yad rakhiye, woh shukr uble ga andar se ke zuban band ho jaye gi, zuban gung ho jaye gi. aap sochen, yeh yeh yeh baat jo hai ke hum baat hum bol rahe hain, aap sun rahe hain,</w:t>
      </w:r>
      <w:r>
        <w:br/>
      </w:r>
      <w:r>
        <w:rPr>
          <w:sz w:val="20"/>
        </w:rPr>
        <w:t>6:50  yeh itna rare phenomena hai ke poori universe mein kahin bhi nahi hai, kisi galaxy mein nahi, kisi solar system mein nahi, kisi planet mein nahi, kyunke kahin air nahi hai.</w:t>
      </w:r>
      <w:r>
        <w:br/>
      </w:r>
      <w:r>
        <w:rPr>
          <w:sz w:val="20"/>
        </w:rPr>
        <w:t>7:01  air na ho to meri baat nahi sunen ge aap. aap isi aik baat ko agar sochen aap ke kaisa anokha blessing hai khuda ki ke mein sun, mein bol raha hoon, doosra admi sun raha hai, aur is ke ilawa aur billion billion chezen hain, kan ki banawat, zuban ki banawat, dimagh ka sochna,</w:t>
      </w:r>
      <w:r>
        <w:br/>
      </w:r>
      <w:r>
        <w:rPr>
          <w:sz w:val="20"/>
        </w:rPr>
        <w:t>7:19  woh sab to hai hi apni jagah par. to shukr jo hai, woh to aik aik samandar ki tarah ubalta hai admi ke andar. samandar aik star marta hai.</w:t>
      </w:r>
      <w:r>
        <w:br/>
      </w:r>
      <w:r>
        <w:rPr>
          <w:sz w:val="20"/>
        </w:rPr>
        <w:t>7:30  samandar ke star ko aap lafzon mein bayan kar sakte hain?</w:t>
      </w:r>
      <w:r>
        <w:br/>
      </w:r>
      <w:r>
        <w:rPr>
          <w:sz w:val="20"/>
        </w:rPr>
        <w:t>7:36  zaeef, aap samandar ka storm jo hai, woh aap is ko aap kisi word mein bayan kar sakte hain? woh to aap ke mind mein aata hai, aap ke dil mein aata hai, aap ki personality mein aata hai.</w:t>
      </w:r>
      <w:r>
        <w:br/>
      </w:r>
      <w:r>
        <w:rPr>
          <w:sz w:val="20"/>
        </w:rPr>
        <w:t>7:50  ab woh jaise koi ubal pare to koi shabd bhi nikal parte hain aap ki zuban se. asal shukr jo hai, woh aik storm hai jo insan ke seenay mein paida hota hai.</w:t>
      </w:r>
      <w:r>
        <w:br/>
      </w:r>
      <w:r>
        <w:rPr>
          <w:sz w:val="20"/>
        </w:rPr>
        <w:t>8:03  woh hai tab, tab to shukr hai, nahi hai to shukr nahi hai.</w:t>
      </w:r>
    </w:p>
    <w:p>
      <w:pPr>
        <w:pStyle w:val="Heading2"/>
      </w:pPr>
      <w:r>
        <w:t>Refuting political interpretation of justice</w:t>
      </w:r>
    </w:p>
    <w:p>
      <w:r>
        <w:rPr>
          <w:color w:val="666666"/>
          <w:sz w:val="18"/>
        </w:rPr>
        <w:t>The Concept of Justice in Islam May 03, 2007 · 5m 09s · at 6:18 · https://youtu.be/DY5SY8H554c?t=378</w:t>
      </w:r>
    </w:p>
    <w:p>
      <w:r>
        <w:rPr>
          <w:i/>
        </w:rPr>
        <w:t>“There are some Muslim scholars who have misinterpreted these verses.”</w:t>
      </w:r>
    </w:p>
    <w:p>
      <w:r>
        <w:rPr>
          <w:sz w:val="20"/>
        </w:rPr>
        <w:t>6:18  there are some Muslim scholars who have misinterpreted these who have interpreted the concept of justice in a political term.</w:t>
      </w:r>
      <w:r>
        <w:br/>
      </w:r>
      <w:r>
        <w:rPr>
          <w:sz w:val="20"/>
        </w:rPr>
        <w:t>6:40  They have politicized the concept of justice. How? They</w:t>
      </w:r>
      <w:r>
        <w:br/>
      </w:r>
      <w:r>
        <w:rPr>
          <w:sz w:val="20"/>
        </w:rPr>
        <w:t>6:56  took the word Adl or justice in</w:t>
      </w:r>
      <w:r>
        <w:br/>
      </w:r>
      <w:r>
        <w:rPr>
          <w:sz w:val="20"/>
        </w:rPr>
        <w:t>7:07  passive ways. All the verses deal, all the verses in the Quran are in passive ways. But these scholars have taken it in active ways.</w:t>
      </w:r>
      <w:r>
        <w:br/>
      </w:r>
      <w:r>
        <w:rPr>
          <w:sz w:val="20"/>
        </w:rPr>
        <w:t>7:20  That is,</w:t>
      </w:r>
      <w:r>
        <w:br/>
      </w:r>
      <w:r>
        <w:rPr>
          <w:sz w:val="20"/>
        </w:rPr>
        <w:t>7:25  all the verses tell us that you have to follow the principle of justice. But they interpreted these verses in such a manner that Quran enjoins us to impose Qist on the earth</w:t>
      </w:r>
      <w:r>
        <w:br/>
      </w:r>
      <w:r>
        <w:rPr>
          <w:sz w:val="20"/>
        </w:rPr>
        <w:t>7:49  . To implement Qist on all the people. So they have taken these verses in active ways, although all these verses are in passive ways.</w:t>
      </w:r>
      <w:r>
        <w:br/>
      </w:r>
      <w:r>
        <w:rPr>
          <w:sz w:val="20"/>
        </w:rPr>
        <w:t>8:06  Basically, they have</w:t>
      </w:r>
      <w:r>
        <w:br/>
      </w:r>
      <w:r>
        <w:rPr>
          <w:sz w:val="20"/>
        </w:rPr>
        <w:t>8:17  taken two verses from the Quran.</w:t>
      </w:r>
      <w:r>
        <w:br/>
      </w:r>
      <w:r>
        <w:rPr>
          <w:sz w:val="20"/>
        </w:rPr>
        <w:t>8:25  And</w:t>
      </w:r>
      <w:r>
        <w:br/>
      </w:r>
      <w:r>
        <w:rPr>
          <w:sz w:val="20"/>
        </w:rPr>
        <w:t>8:28  basically, there are two scholars. One is an Arab scholar and the second is the scholar who was born in India.</w:t>
      </w:r>
      <w:r>
        <w:br/>
      </w:r>
      <w:r>
        <w:rPr>
          <w:sz w:val="20"/>
        </w:rPr>
        <w:t>8:44  So Syed Qutb is a well-known Arab scholar. He has published a commentary that is Fi Jalalil Quran.</w:t>
      </w:r>
      <w:r>
        <w:br/>
      </w:r>
      <w:r>
        <w:rPr>
          <w:sz w:val="20"/>
        </w:rPr>
        <w:t>8:59  It is an Arabic commentary of the Quran. And Syed Abdullah Al-Mawdudi has published a complete commentary in Urdu.</w:t>
      </w:r>
      <w:r>
        <w:br/>
      </w:r>
      <w:r>
        <w:rPr>
          <w:sz w:val="20"/>
        </w:rPr>
        <w:t>9:15  Its title is Tafhimul Quran. So basically, there are two scholars. One from Arab and the second from Indian subcontinent.</w:t>
      </w:r>
      <w:r>
        <w:br/>
      </w:r>
      <w:r>
        <w:rPr>
          <w:sz w:val="20"/>
        </w:rPr>
        <w:t>9:28  These scholars have</w:t>
      </w:r>
      <w:r>
        <w:br/>
      </w:r>
      <w:r>
        <w:rPr>
          <w:sz w:val="20"/>
        </w:rPr>
        <w:t>9:32  interpreted these verses in active ways. That is, impose or implement justice on the earth.</w:t>
      </w:r>
      <w:r>
        <w:br/>
      </w:r>
      <w:r>
        <w:rPr>
          <w:sz w:val="20"/>
        </w:rPr>
        <w:t>9:43  It is completely wrong. What are those two verses? One is in chapter An-Nisa.</w:t>
      </w:r>
      <w:r>
        <w:br/>
      </w:r>
      <w:r>
        <w:rPr>
          <w:sz w:val="20"/>
        </w:rPr>
        <w:t>9:52  That is chapter four.</w:t>
      </w:r>
      <w:r>
        <w:br/>
      </w:r>
      <w:r>
        <w:rPr>
          <w:sz w:val="20"/>
        </w:rPr>
        <w:t>9:55  In chapter four, there is verse number 135. Kunu qawwamin bil-qist.</w:t>
      </w:r>
      <w:r>
        <w:br/>
      </w:r>
      <w:r>
        <w:rPr>
          <w:sz w:val="20"/>
        </w:rPr>
        <w:t>10:06  Kunu qawwamin bil-qist. They have taken this verse in active ways.</w:t>
      </w:r>
      <w:r>
        <w:br/>
      </w:r>
      <w:r>
        <w:rPr>
          <w:sz w:val="20"/>
        </w:rPr>
        <w:t>10:18  That is, implement the principle of justice on earth. It is completely wrong.</w:t>
      </w:r>
      <w:r>
        <w:br/>
      </w:r>
      <w:r>
        <w:rPr>
          <w:sz w:val="20"/>
        </w:rPr>
        <w:t>10:28  Kunu qawwamin bil-qist means follow the principles of justice firmly. Kunu qawwamin bil-qist means follow the principles of justice firmly.</w:t>
      </w:r>
      <w:r>
        <w:br/>
      </w:r>
      <w:r>
        <w:rPr>
          <w:sz w:val="20"/>
        </w:rPr>
        <w:t>10:48  But they have interpreted this verse quite wrongly.</w:t>
      </w:r>
      <w:r>
        <w:br/>
      </w:r>
      <w:r>
        <w:rPr>
          <w:sz w:val="20"/>
        </w:rPr>
        <w:t>10:54  That implement the principles of justice all over the world.</w:t>
      </w:r>
      <w:r>
        <w:br/>
      </w:r>
      <w:r>
        <w:rPr>
          <w:sz w:val="20"/>
        </w:rPr>
        <w:t>11:06  It is completely wrong.</w:t>
      </w:r>
      <w:r>
        <w:br/>
      </w:r>
      <w:r>
        <w:rPr>
          <w:sz w:val="20"/>
        </w:rPr>
        <w:t>11:09  For this meaning, you have to find a verse in the Quran. In these verses, Nafis Shariat al-Islam alal-arz.</w:t>
      </w:r>
      <w:r>
        <w:br/>
      </w:r>
      <w:r>
        <w:rPr>
          <w:sz w:val="20"/>
        </w:rPr>
        <w:t>11:21  But you cannot find this kind of verse in the Quran at all.</w:t>
      </w:r>
    </w:p>
    <w:p>
      <w:pPr>
        <w:pStyle w:val="Heading2"/>
      </w:pPr>
      <w:r>
        <w:t>Adam's mistake, weeping, and divine forgiveness</w:t>
      </w:r>
    </w:p>
    <w:p>
      <w:r>
        <w:rPr>
          <w:color w:val="666666"/>
          <w:sz w:val="18"/>
        </w:rPr>
        <w:t>Dars-e-Quran, Chapter 2, Verse 37 | January  07, 2018 · 4m 04s · at 2:14 · https://youtu.be/ao6Cr57KuEM?t=134</w:t>
      </w:r>
    </w:p>
    <w:p>
      <w:r>
        <w:rPr>
          <w:i/>
        </w:rPr>
        <w:t>“Aap jaante hain ke Adam pehle insaan the”</w:t>
      </w:r>
    </w:p>
    <w:p>
      <w:r>
        <w:rPr>
          <w:sz w:val="20"/>
        </w:rPr>
        <w:t>2:14  sabak milta hai hum ko.</w:t>
      </w:r>
      <w:r>
        <w:br/>
      </w:r>
      <w:r>
        <w:rPr>
          <w:sz w:val="20"/>
        </w:rPr>
        <w:t>2:24  aap jante hain ke adam pehle insan the, Allah ne unko jannat mein rakha aur kaha ke</w:t>
      </w:r>
      <w:r>
        <w:br/>
      </w:r>
      <w:r>
        <w:rPr>
          <w:sz w:val="20"/>
        </w:rPr>
        <w:t>2:34  wahan ek forbidden tree rahega tumhare liye, iske pas na jana, iska phal na khana.</w:t>
      </w:r>
      <w:r>
        <w:br/>
      </w:r>
      <w:r>
        <w:rPr>
          <w:sz w:val="20"/>
        </w:rPr>
        <w:t>2:44  lekin adam aur hawa dono ke andar temptation aaya, woh us darakht ke pas chale gaye aur us</w:t>
      </w:r>
      <w:r>
        <w:br/>
      </w:r>
      <w:r>
        <w:rPr>
          <w:sz w:val="20"/>
        </w:rPr>
        <w:t>2:51  ka phal kha liya.</w:t>
      </w:r>
      <w:r>
        <w:br/>
      </w:r>
      <w:r>
        <w:rPr>
          <w:sz w:val="20"/>
        </w:rPr>
        <w:t>2:59  phir unko jannat se nikal diya gaya.</w:t>
      </w:r>
      <w:r>
        <w:br/>
      </w:r>
      <w:r>
        <w:rPr>
          <w:sz w:val="20"/>
        </w:rPr>
        <w:t>3:07  aap ghaur kijiye ke yeh kitna bara, kitni bari</w:t>
      </w:r>
      <w:r>
        <w:br/>
      </w:r>
      <w:r>
        <w:rPr>
          <w:sz w:val="20"/>
        </w:rPr>
        <w:t>3:14  ghalti thi ke Allah ne direct taur par adam ko ek hukum diya ke is forbidden tree ko mat jana is ke paas. lekin wo gaye. to zahir hai ke is se bara aur itni bari ghalti aur kahan ho sakti hai? lekin hadith mein aata</w:t>
      </w:r>
      <w:r>
        <w:br/>
      </w:r>
      <w:r>
        <w:rPr>
          <w:sz w:val="20"/>
        </w:rPr>
        <w:t>3:44  hai ke bohat dinon tak woh rote rahe, rote rahe, rote rahe, apni ghalti ki maafi mangte rahe.</w:t>
      </w:r>
      <w:r>
        <w:br/>
      </w:r>
      <w:r>
        <w:rPr>
          <w:sz w:val="20"/>
        </w:rPr>
        <w:t>3:55  to iske baad adam ke sath ek aisa waqia hua jo shayad kisi aur ke sath nahi hua.</w:t>
      </w:r>
      <w:r>
        <w:br/>
      </w:r>
      <w:r>
        <w:rPr>
          <w:sz w:val="20"/>
        </w:rPr>
        <w:t>4:05  woh yeh ke Allah ne khud unko tawbah ke alfaz bataye,</w:t>
      </w:r>
      <w:r>
        <w:br/>
      </w:r>
      <w:r>
        <w:rPr>
          <w:sz w:val="20"/>
        </w:rPr>
        <w:t>4:16  barah e rast taur par. zahir hai ke is se bara izaz kya ho sakta hai? is is waqie par mujhe ek qissa yaad aata hai jab mein adabgarh, adabgarh mein hota tha, UP mein. to hamare bare bhai ne, us zamane mein ye jo truck hote hain jo maal le aate hain yahan se wahan, us zamane mein bohat rare hote</w:t>
      </w:r>
      <w:r>
        <w:br/>
      </w:r>
      <w:r>
        <w:rPr>
          <w:sz w:val="20"/>
        </w:rPr>
        <w:t>4:46  the truck, bohat kam.</w:t>
      </w:r>
      <w:r>
        <w:br/>
      </w:r>
      <w:r>
        <w:rPr>
          <w:sz w:val="20"/>
        </w:rPr>
        <w:t>4:53  ab to truck, fauj chalti rehti hai sadkon par.</w:t>
      </w:r>
      <w:r>
        <w:br/>
      </w:r>
      <w:r>
        <w:rPr>
          <w:sz w:val="20"/>
        </w:rPr>
        <w:t>4:59  to unhon ne ek truck khareeda.</w:t>
      </w:r>
      <w:r>
        <w:br/>
      </w:r>
      <w:r>
        <w:rPr>
          <w:sz w:val="20"/>
        </w:rPr>
        <w:t>5:06  to saal ke khatme par jab unhon ne is ka income tax ka hisaab diya income tax afsar</w:t>
      </w:r>
      <w:r>
        <w:br/>
      </w:r>
      <w:r>
        <w:rPr>
          <w:sz w:val="20"/>
        </w:rPr>
        <w:t>5:12  ko wahan ja kar,</w:t>
      </w:r>
      <w:r>
        <w:br/>
      </w:r>
      <w:r>
        <w:rPr>
          <w:sz w:val="20"/>
        </w:rPr>
        <w:t>5:19  تو اتنا خوش ہوا، گویا کہ اتنا income tax ایک ٹرک پر تو کسی نے اب تو دیا نہیں تھا۔</w:t>
      </w:r>
      <w:r>
        <w:br/>
      </w:r>
      <w:r>
        <w:rPr>
          <w:sz w:val="20"/>
        </w:rPr>
        <w:t>5:25  to us ne khud apne haath se in ka form bhara.</w:t>
      </w:r>
      <w:r>
        <w:br/>
      </w:r>
      <w:r>
        <w:rPr>
          <w:sz w:val="20"/>
        </w:rPr>
        <w:t>5:31  income tax afsar ne khud apne haath se in ka form bhara.</w:t>
      </w:r>
      <w:r>
        <w:br/>
      </w:r>
      <w:r>
        <w:rPr>
          <w:sz w:val="20"/>
        </w:rPr>
        <w:t>5:37  to mujhe aisa lagta hai ke Allah taala ne Adam ko aisa bara darja diya, un ke toba</w:t>
      </w:r>
      <w:r>
        <w:br/>
      </w:r>
      <w:r>
        <w:rPr>
          <w:sz w:val="20"/>
        </w:rPr>
        <w:t>5:43  ke alfaaz khud Allah taala ne</w:t>
      </w:r>
      <w:r>
        <w:br/>
      </w:r>
      <w:r>
        <w:rPr>
          <w:sz w:val="20"/>
        </w:rPr>
        <w:t>5:49  unhein bataye. is se bara darja aur kya ho sakta hai? to is par maine bohat socha ke kyun aisa hua? aur phir un ko maafi mil gayi aur dobara un ko jannat ke liye qabool kar liya gaya. to is waqie par maine bohat</w:t>
      </w:r>
    </w:p>
    <w:p>
      <w:pPr>
        <w:pStyle w:val="Heading2"/>
      </w:pPr>
      <w:r>
        <w:t>No news is good news – a timeless formula</w:t>
      </w:r>
    </w:p>
    <w:p>
      <w:r>
        <w:rPr>
          <w:color w:val="666666"/>
          <w:sz w:val="18"/>
        </w:rPr>
        <w:t>The Secret of Success 5 Feb, 2008 - Maulana Wahiduddin Khan · 4m 02s · at 5:39 · https://youtu.be/aI0KGyoK7NM?t=339</w:t>
      </w:r>
    </w:p>
    <w:p>
      <w:r>
        <w:rPr>
          <w:i/>
        </w:rPr>
        <w:t>“Jese ek maqoola hai, 'no news is good news'”</w:t>
      </w:r>
    </w:p>
    <w:p>
      <w:r>
        <w:rPr>
          <w:sz w:val="20"/>
        </w:rPr>
        <w:t>5:39  wohi dhal jata hai maqoolay mein ya kahawat mein. jaisay aik maqoola hai, "no news is good news".</w:t>
      </w:r>
      <w:r>
        <w:br/>
      </w:r>
      <w:r>
        <w:rPr>
          <w:sz w:val="20"/>
        </w:rPr>
        <w:t>5:52  mein samajhta hoon ke bohat hi pakka maqoola hai. mein jab bhi kahin bahar jata hoon to mein kehta hoon ke dekho, mein telephone nahi karunga, mein koi khat bhi nahi bhejunga.</w:t>
      </w:r>
      <w:r>
        <w:br/>
      </w:r>
      <w:r>
        <w:rPr>
          <w:sz w:val="20"/>
        </w:rPr>
        <w:t>6:08  bas yeh samajh lo ke agar koi khabar nahi aati hai, koi paigham nahi aata hai to sab kuch theek hai. kyunke agar koi baat bigre gi to foran paigham aayega.</w:t>
      </w:r>
      <w:r>
        <w:br/>
      </w:r>
      <w:r>
        <w:rPr>
          <w:sz w:val="20"/>
        </w:rPr>
        <w:t>6:26  jab bhi koi koi buri khabar hoti hai to foran woh bheji jati hai. lekin good news ko kya bhejna hai? to yeh yeh samajh lena ke jab khabar nahi aa rahi hai to good news hai.</w:t>
      </w:r>
      <w:r>
        <w:br/>
      </w:r>
      <w:r>
        <w:rPr>
          <w:sz w:val="20"/>
        </w:rPr>
        <w:t>6:43  to behtareen formula yeh hai ke "no news is good news". is zamanay mein safar bohat barh gaya hai. har ghar mein aap dekhte hain ke log bahar jatay hain.</w:t>
      </w:r>
      <w:r>
        <w:br/>
      </w:r>
      <w:r>
        <w:rPr>
          <w:sz w:val="20"/>
        </w:rPr>
        <w:t>6:54  kahin job ke liye, kahin taleem ke liye, kahin siyahat ke liye. to log ghar walay pareshan rehte hain ke aray bhai koi khabar nahi aayi, koi telephone nahi aaya.</w:t>
      </w:r>
      <w:r>
        <w:br/>
      </w:r>
      <w:r>
        <w:rPr>
          <w:sz w:val="20"/>
        </w:rPr>
        <w:t>7:06  koi khabar na aaye to achi khabar hai yeh. is liye pareshan honay ki zaroorat nahi hai. bas is formula ko pakar lijiye, "no news is good news".</w:t>
      </w:r>
      <w:r>
        <w:br/>
      </w:r>
      <w:r>
        <w:rPr>
          <w:sz w:val="20"/>
        </w:rPr>
        <w:t>7:23  kyunke agar koi baat bigre gi to zaroor khabar aayegi, zaroor telegram aayega, zaroor telephone aayega. to jab paigham nahi aaya hai wahan se to samajh lijiye ke sab theek hi theek hai.</w:t>
      </w:r>
      <w:r>
        <w:br/>
      </w:r>
      <w:r>
        <w:rPr>
          <w:sz w:val="20"/>
        </w:rPr>
        <w:t>7:37  behtareen formula yeh hai. behtareen formula hai ke "no news is good news". is zamanay mein har ghar ki zaroorat hai, kyunke har ghar se kuch log idhar jatay hain, udhar jatay hain.</w:t>
      </w:r>
      <w:r>
        <w:br/>
      </w:r>
      <w:r>
        <w:rPr>
          <w:sz w:val="20"/>
        </w:rPr>
        <w:t>7:50  phir log khawamkhwah pareshan hotay hain. pareshan honay ki koi zaroorat hi nahi. agar wahan se koi paigham nahi aa raha hai to samajh lijiye ke sab kuch theek thaak hai, sab kuch acha hai.</w:t>
      </w:r>
      <w:r>
        <w:br/>
      </w:r>
      <w:r>
        <w:rPr>
          <w:sz w:val="20"/>
        </w:rPr>
        <w:t>8:05  to aaj kal ki duniya mein jab ke safar bohat barh gaya hai</w:t>
      </w:r>
      <w:r>
        <w:br/>
      </w:r>
      <w:r>
        <w:rPr>
          <w:sz w:val="20"/>
        </w:rPr>
        <w:t>8:11  to har ghar ko chahiye ke bas is formula ko pakar le. "no news is good news".</w:t>
      </w:r>
      <w:r>
        <w:br/>
      </w:r>
      <w:r>
        <w:rPr>
          <w:sz w:val="20"/>
        </w:rPr>
        <w:t>8:22  mein ne is ka tajurba kiya hai aur mein samajhta hoon ke is se behtar formula aur koi nahi.</w:t>
      </w:r>
      <w:r>
        <w:br/>
      </w:r>
      <w:r>
        <w:rPr>
          <w:sz w:val="20"/>
        </w:rPr>
        <w:t>8:32  yeh formula bana hai sainkaron saal ke tajurbe ke baad.</w:t>
      </w:r>
      <w:r>
        <w:br/>
      </w:r>
      <w:r>
        <w:rPr>
          <w:sz w:val="20"/>
        </w:rPr>
        <w:t>8:39  is tarah ki jo maslay hoti hain woh achaanak nahi banti. sainkaron saal ka tajurba is mein shamil rehta hai.</w:t>
      </w:r>
      <w:r>
        <w:br/>
      </w:r>
      <w:r>
        <w:rPr>
          <w:sz w:val="20"/>
        </w:rPr>
        <w:t>8:51  yeh sab bohat hi azmooda maqoolay hain, azmooda. mukhtalif soorat-e-haal mein woh qaim kiye, tab woh maqoola ban gaya.</w:t>
      </w:r>
      <w:r>
        <w:br/>
      </w:r>
      <w:r>
        <w:rPr>
          <w:sz w:val="20"/>
        </w:rPr>
        <w:t>9:08  to mein samajhta hoon ke har aik ko jis ke rishtaydaar bahar hain,</w:t>
      </w:r>
      <w:r>
        <w:br/>
      </w:r>
      <w:r>
        <w:rPr>
          <w:sz w:val="20"/>
        </w:rPr>
        <w:t>9:18  aaj kal ke zamanay mein aap jantay hain ke pehle zamanay ki tarah mushtarka khandan nahi hua karti hai. woh to agricultural daur mein hoti thi.</w:t>
      </w:r>
      <w:r>
        <w:br/>
      </w:r>
      <w:r>
        <w:rPr>
          <w:sz w:val="20"/>
        </w:rPr>
        <w:t>9:29  ab national daur mein woh baat khatam ho gayi hai. to aaj kal ke zamanay ke lihaz se yahi formula behtareen formula hai ke "no news is good news".</w:t>
      </w:r>
    </w:p>
    <w:p>
      <w:pPr>
        <w:pStyle w:val="Heading2"/>
      </w:pPr>
      <w:r>
        <w:t>Spirit of inquiry leads to atom</w:t>
      </w:r>
    </w:p>
    <w:p>
      <w:r>
        <w:rPr>
          <w:color w:val="666666"/>
          <w:sz w:val="18"/>
        </w:rPr>
        <w:t>Journey of Divine Civilization | January 24, 2010 · 3m 35s · at 17:30 · https://youtu.be/QCWXCjeZxnc?t=1050</w:t>
      </w:r>
    </w:p>
    <w:p>
      <w:r>
        <w:rPr>
          <w:i/>
        </w:rPr>
        <w:t>“Sab se pehli cheez jo insaan ko strike hui”</w:t>
      </w:r>
    </w:p>
    <w:p>
      <w:r>
        <w:rPr>
          <w:sz w:val="20"/>
        </w:rPr>
        <w:t>17:30  sab se pehle, jahan tak maine samjha hai, sab se pehli cheez jo insaan ko strike hui,</w:t>
      </w:r>
      <w:r>
        <w:br/>
      </w:r>
      <w:r>
        <w:rPr>
          <w:sz w:val="20"/>
        </w:rPr>
        <w:t>17:34  jo jani insaan ne, woh tha spirit of inquiry.</w:t>
      </w:r>
      <w:r>
        <w:br/>
      </w:r>
      <w:r>
        <w:rPr>
          <w:sz w:val="20"/>
        </w:rPr>
        <w:t>17:38  yahan se journey shuru hoti hai.</w:t>
      </w:r>
      <w:r>
        <w:br/>
      </w:r>
      <w:r>
        <w:rPr>
          <w:sz w:val="20"/>
        </w:rPr>
        <w:t>17:43  journey ke baad yeh jo chalna tha, hamein peghambar ke diye hue nazariyat ko, aqaaid ko reestablish</w:t>
      </w:r>
      <w:r>
        <w:br/>
      </w:r>
      <w:r>
        <w:rPr>
          <w:sz w:val="20"/>
        </w:rPr>
        <w:t>17:47  karna, through scientific evidence.</w:t>
      </w:r>
      <w:r>
        <w:br/>
      </w:r>
      <w:r>
        <w:rPr>
          <w:sz w:val="20"/>
        </w:rPr>
        <w:t>17:51  yeh jo karna tha humein.</w:t>
      </w:r>
      <w:r>
        <w:br/>
      </w:r>
      <w:r>
        <w:rPr>
          <w:sz w:val="20"/>
        </w:rPr>
        <w:t>17:56  to is ka shuru kahan se shuru hua hai?</w:t>
      </w:r>
      <w:r>
        <w:br/>
      </w:r>
      <w:r>
        <w:rPr>
          <w:sz w:val="20"/>
        </w:rPr>
        <w:t>18:00  maine is se pehle arz kiya tha ke ke stone age mein, primitive age mein, do aadmi</w:t>
      </w:r>
      <w:r>
        <w:br/>
      </w:r>
      <w:r>
        <w:rPr>
          <w:sz w:val="20"/>
        </w:rPr>
        <w:t>18:06  lad gaye, aur pathar, us zamane se pathar hua karta tha.</w:t>
      </w:r>
      <w:r>
        <w:br/>
      </w:r>
      <w:r>
        <w:rPr>
          <w:sz w:val="20"/>
        </w:rPr>
        <w:t>18:13  ek doosre pe pathar phenka, unhon ne pathar takra gaya, sparking hui.</w:t>
      </w:r>
      <w:r>
        <w:br/>
      </w:r>
      <w:r>
        <w:rPr>
          <w:sz w:val="20"/>
        </w:rPr>
        <w:t>18:19  تو انہوں نے سوچا: "Why was this sparking? یہ کیا ہے؟ یہ تو پتھر تھا، اس میں روشنی</w:t>
      </w:r>
      <w:r>
        <w:br/>
      </w:r>
      <w:r>
        <w:rPr>
          <w:sz w:val="20"/>
        </w:rPr>
        <w:t>18:26  کہاں سے آ گئی؟" That was starting point of scientific journey.</w:t>
      </w:r>
      <w:r>
        <w:br/>
      </w:r>
      <w:r>
        <w:rPr>
          <w:sz w:val="20"/>
        </w:rPr>
        <w:t>18:32  yahan se spirit of inquiry insaan ko mili.</w:t>
      </w:r>
      <w:r>
        <w:br/>
      </w:r>
      <w:r>
        <w:rPr>
          <w:sz w:val="20"/>
        </w:rPr>
        <w:t>18:37  spirit of inquiry yeh chalti rahi, chalti rahi, chalti rahi.</w:t>
      </w:r>
      <w:r>
        <w:br/>
      </w:r>
      <w:r>
        <w:rPr>
          <w:sz w:val="20"/>
        </w:rPr>
        <w:t>18:42  ab jaise ek baar to aisa hua ke ek gol cheez aisi insaan ne daali, woh ladak ladakte</w:t>
      </w:r>
      <w:r>
        <w:br/>
      </w:r>
      <w:r>
        <w:rPr>
          <w:sz w:val="20"/>
        </w:rPr>
        <w:t>18:47  ladakte hote chali gayi.</w:t>
      </w:r>
      <w:r>
        <w:br/>
      </w:r>
      <w:r>
        <w:rPr>
          <w:sz w:val="20"/>
        </w:rPr>
        <w:t>18:52  aise lotte lotte is se kya idea aaya? wheel ka idea aaya.</w:t>
      </w:r>
      <w:r>
        <w:br/>
      </w:r>
      <w:r>
        <w:rPr>
          <w:sz w:val="20"/>
        </w:rPr>
        <w:t>18:57  kaha jata hai ke sab se pehli cheez jo insaan ne discover ki, invent ki, invent woh wheel thi.</w:t>
      </w:r>
      <w:r>
        <w:br/>
      </w:r>
      <w:r>
        <w:rPr>
          <w:sz w:val="20"/>
        </w:rPr>
        <w:t>19:02  to patthar ke sparking se spirit of inquiry aayi. kisi cheez ke ladakne se wheel ka concept insan ko paida hua. phir insan ne dekha ke pani mein, chahe woh samandar ho ya darya ho, agar is mein loha dala jaye to woh doob jata hai. lekin tub agar dalein, tub to woh teerta hai. is se boat ka concept mila insan ko. boat banana chahiye. boat ka concept</w:t>
      </w:r>
      <w:r>
        <w:br/>
      </w:r>
      <w:r>
        <w:rPr>
          <w:sz w:val="20"/>
        </w:rPr>
        <w:t>19:32  .</w:t>
      </w:r>
      <w:r>
        <w:br/>
      </w:r>
      <w:r>
        <w:rPr>
          <w:sz w:val="20"/>
        </w:rPr>
        <w:t>19:36  phir insaan ne dekha ke pani ko ubala gaya.</w:t>
      </w:r>
      <w:r>
        <w:br/>
      </w:r>
      <w:r>
        <w:rPr>
          <w:sz w:val="20"/>
        </w:rPr>
        <w:t>19:40  jab temperature barha to yeh yeh dhakan ubal gaya.</w:t>
      </w:r>
      <w:r>
        <w:br/>
      </w:r>
      <w:r>
        <w:rPr>
          <w:sz w:val="20"/>
        </w:rPr>
        <w:t>19:44  is se kya hua? steam power ki daryaft hui.</w:t>
      </w:r>
      <w:r>
        <w:br/>
      </w:r>
      <w:r>
        <w:rPr>
          <w:sz w:val="20"/>
        </w:rPr>
        <w:t>19:48  phir injan banaye gaye.</w:t>
      </w:r>
      <w:r>
        <w:br/>
      </w:r>
      <w:r>
        <w:rPr>
          <w:sz w:val="20"/>
        </w:rPr>
        <w:t>19:52  injan banaye gaye.</w:t>
      </w:r>
      <w:r>
        <w:br/>
      </w:r>
      <w:r>
        <w:rPr>
          <w:sz w:val="20"/>
        </w:rPr>
        <w:t>19:56  aisi jarni aage barhti rahi, aage barhti rahi.</w:t>
      </w:r>
      <w:r>
        <w:br/>
      </w:r>
      <w:r>
        <w:rPr>
          <w:sz w:val="20"/>
        </w:rPr>
        <w:t>20:00  is ke baad ek scientist ko apne lab mein experiment karte hue yeh mila</w:t>
      </w:r>
      <w:r>
        <w:br/>
      </w:r>
      <w:r>
        <w:rPr>
          <w:sz w:val="20"/>
        </w:rPr>
        <w:t>20:03  ke agar is ko, yani harkat ko aur maqnatish ko ekatha kiya jaye, yani motion ko aur magnet</w:t>
      </w:r>
      <w:r>
        <w:br/>
      </w:r>
      <w:r>
        <w:rPr>
          <w:sz w:val="20"/>
        </w:rPr>
        <w:t>20:10  ko, to wahan electron follow karte hain.</w:t>
      </w:r>
      <w:r>
        <w:br/>
      </w:r>
      <w:r>
        <w:rPr>
          <w:sz w:val="20"/>
        </w:rPr>
        <w:t>20:16  magnet ko aur motion ko ekatha kiya jaye to mein electron follow karte hain.</w:t>
      </w:r>
      <w:r>
        <w:br/>
      </w:r>
      <w:r>
        <w:rPr>
          <w:sz w:val="20"/>
        </w:rPr>
        <w:t>20:22  yahan se electricity ka concept mila insan ko.</w:t>
      </w:r>
      <w:r>
        <w:br/>
      </w:r>
      <w:r>
        <w:rPr>
          <w:sz w:val="20"/>
        </w:rPr>
        <w:t>20:28  aur phir electricity daryaft hui aur sare faide is ke mile.</w:t>
      </w:r>
      <w:r>
        <w:br/>
      </w:r>
      <w:r>
        <w:rPr>
          <w:sz w:val="20"/>
        </w:rPr>
        <w:t>20:35  phir insan ne dekha ke chidiya ko udte hue is wahan se is ko hawai jahaz ka concept mila. hawai jahaz wahan dala is ne. is tarah se ek safar hai, lamba safar, lamba safar, lamba safar. yahan tak ke insan pahuncha atom tak. atom spirit ho gaya. tumhare paas atom ke aage to kuch bhi nahi hai, koi matter nahi hai. waves of probabilities hain wahan. yeh ek safar hai yahan se wahan tak. is</w:t>
      </w:r>
    </w:p>
    <w:p>
      <w:pPr>
        <w:pStyle w:val="Heading2"/>
      </w:pPr>
      <w:r>
        <w:t>Using lockdown for family spiritual training</w:t>
      </w:r>
    </w:p>
    <w:p>
      <w:r>
        <w:rPr>
          <w:color w:val="666666"/>
          <w:sz w:val="18"/>
        </w:rPr>
        <w:t>Prayer for the Country April 05, 2020 Maulana Wahiduddin Khan · 5m 30s · at 8:14 · https://youtu.be/9Fh70tItjlQ?t=494</w:t>
      </w:r>
    </w:p>
    <w:p>
      <w:r>
        <w:rPr>
          <w:i/>
        </w:rPr>
        <w:t>“Yes, I think this is a very good question.”</w:t>
      </w:r>
    </w:p>
    <w:p>
      <w:r>
        <w:rPr>
          <w:sz w:val="20"/>
        </w:rPr>
        <w:t>8:14  haan, main samajhta hoon ke yeh bohat hi acha sawal hai. bohat acha sawal hai.</w:t>
      </w:r>
      <w:r>
        <w:br/>
      </w:r>
      <w:r>
        <w:rPr>
          <w:sz w:val="20"/>
        </w:rPr>
        <w:t>8:25  aur quran ki ek ayat hai ke "wallahiyad'u ila daris-salam".</w:t>
      </w:r>
      <w:r>
        <w:br/>
      </w:r>
      <w:r>
        <w:rPr>
          <w:sz w:val="20"/>
        </w:rPr>
        <w:t>8:32  allah bulata hai aman ke ghar ki taraf, shanti ke ghar ki taraf. yeh hamara mission hai.</w:t>
      </w:r>
      <w:r>
        <w:br/>
      </w:r>
      <w:r>
        <w:rPr>
          <w:sz w:val="20"/>
        </w:rPr>
        <w:t>8:42  humein chahiye ke hum is mauqe ko isi ke liye istemal karein</w:t>
      </w:r>
      <w:r>
        <w:br/>
      </w:r>
      <w:r>
        <w:rPr>
          <w:sz w:val="20"/>
        </w:rPr>
        <w:t>8:49  ke mulk ki tarraqi, mulk ki shanti, mulk ko rohani mulk banana, isi ko apna maqsad samjhein aur isi ke mutabiq kaam karein.</w:t>
      </w:r>
      <w:r>
        <w:br/>
      </w:r>
      <w:r>
        <w:rPr>
          <w:sz w:val="20"/>
        </w:rPr>
        <w:t>9:07  main woh tamam log jo quran ko mante hain, un ko main kahunga ke aap quran ke is paigham ko le kar uthiye ke "wallahiyad'u ila daris-salam".</w:t>
      </w:r>
      <w:r>
        <w:br/>
      </w:r>
      <w:r>
        <w:rPr>
          <w:sz w:val="20"/>
        </w:rPr>
        <w:t>9:24  allah pukarta hai aman ke ghar ki taraf.</w:t>
      </w:r>
      <w:r>
        <w:br/>
      </w:r>
      <w:r>
        <w:rPr>
          <w:sz w:val="20"/>
        </w:rPr>
        <w:t>9:29  is se acha koi mission nahi ho sakta.</w:t>
      </w:r>
      <w:r>
        <w:br/>
      </w:r>
      <w:r>
        <w:rPr>
          <w:sz w:val="20"/>
        </w:rPr>
        <w:t>9:36  to mein samajhta hoon ke yeh aaj kal jo lockdown hai, is ko hum isi maqsad ke liye istemal karein.</w:t>
      </w:r>
      <w:r>
        <w:br/>
      </w:r>
      <w:r>
        <w:rPr>
          <w:sz w:val="20"/>
        </w:rPr>
        <w:t>9:48  aaj kal har firm mein kafi waqt hai logon ke paas. to is waqt ko istemal karein</w:t>
      </w:r>
      <w:r>
        <w:br/>
      </w:r>
      <w:r>
        <w:rPr>
          <w:sz w:val="20"/>
        </w:rPr>
        <w:t>9:55  isi ke liye. ghar mein isi ka charcha ho, ghar mein isi ki baat ho.</w:t>
      </w:r>
      <w:r>
        <w:br/>
      </w:r>
      <w:r>
        <w:rPr>
          <w:sz w:val="20"/>
        </w:rPr>
        <w:t>10:05  yehi soch logon ke andar paida karna sab se aham kaam hai.</w:t>
      </w:r>
      <w:r>
        <w:br/>
      </w:r>
      <w:r>
        <w:rPr>
          <w:sz w:val="20"/>
        </w:rPr>
        <w:t>10:16  maulana sahib, aaj kal log jo hain quran parhte hain, sirf tilawat karte hain. tarjuma nahi parhte, tafsir nahi parhte.</w:t>
      </w:r>
      <w:r>
        <w:br/>
      </w:r>
      <w:r>
        <w:rPr>
          <w:sz w:val="20"/>
        </w:rPr>
        <w:t>10:26  to is liye in ko quran ka paigham sahi ma'ne mein maloom hi nahi. to kya aisa ho sakta hai ke ab chounke ghar mein tamam log maujood hain, to ghar ka jo bara hai woh kuch hissa parhe quran ka logon ke samne aur is ko discuss kare?</w:t>
      </w:r>
      <w:r>
        <w:br/>
      </w:r>
      <w:r>
        <w:rPr>
          <w:sz w:val="20"/>
        </w:rPr>
        <w:t>10:44  to is ko kis tareeqe se kiya jaye?</w:t>
      </w:r>
      <w:r>
        <w:br/>
      </w:r>
      <w:r>
        <w:rPr>
          <w:sz w:val="20"/>
        </w:rPr>
        <w:t>10:48  yeh to bohat achi baat hai ke ghar ke log ikhatta hon aur ghar ka jo head hai woh quran ko le kar baithe.</w:t>
      </w:r>
      <w:r>
        <w:br/>
      </w:r>
      <w:r>
        <w:rPr>
          <w:sz w:val="20"/>
        </w:rPr>
        <w:t>10:58  mein ne khud is maqsad ke liye quran ki tafsir likhi hai jis mein sari baatein aman ki, peace ki,</w:t>
      </w:r>
      <w:r>
        <w:br/>
      </w:r>
      <w:r>
        <w:rPr>
          <w:sz w:val="20"/>
        </w:rPr>
        <w:t>11:07  rohaniyat ki hain. to aur bohat si tafsirien hain. to ghar ka jo head hai woh is qism ka ek quran le kar baithe, is ko kuch hissa parhe aur phir is ki</w:t>
      </w:r>
      <w:r>
        <w:br/>
      </w:r>
      <w:r>
        <w:rPr>
          <w:sz w:val="20"/>
        </w:rPr>
        <w:t>11:24  logon ko bataye ke dekhiye quran mein kis tarah aman ki, rohaniyat ki taleem di gayi hai.</w:t>
      </w:r>
      <w:r>
        <w:br/>
      </w:r>
      <w:r>
        <w:rPr>
          <w:sz w:val="20"/>
        </w:rPr>
        <w:t>11:33  yeh to bohat acha hoga. is waqt ko jo hamein mila hai, is ko hum ek moqa samjhein, ek moqa samjhein aur is ko</w:t>
      </w:r>
      <w:r>
        <w:br/>
      </w:r>
      <w:r>
        <w:rPr>
          <w:sz w:val="20"/>
        </w:rPr>
        <w:t>11:45  apni family ko isi qism ka banane ke liye istemal karein.</w:t>
      </w:r>
      <w:r>
        <w:br/>
      </w:r>
      <w:r>
        <w:rPr>
          <w:sz w:val="20"/>
        </w:rPr>
        <w:t>11:55  maulana sahib, ek sawal aya hai hamza khan ki taraf se jo hamara program dekh rahe hain. to woh poochte hain ke "how to get qurb of Allah".</w:t>
      </w:r>
      <w:r>
        <w:br/>
      </w:r>
      <w:r>
        <w:rPr>
          <w:sz w:val="20"/>
        </w:rPr>
        <w:t>12:06  Allah se qurb hasil karne ka kya zariya hai?</w:t>
      </w:r>
      <w:r>
        <w:br/>
      </w:r>
      <w:r>
        <w:rPr>
          <w:sz w:val="20"/>
        </w:rPr>
        <w:t>12:17  mein samajhta hoon ke sab se acha zariya Allah ko yaad karna hai.</w:t>
      </w:r>
      <w:r>
        <w:br/>
      </w:r>
      <w:r>
        <w:rPr>
          <w:sz w:val="20"/>
        </w:rPr>
        <w:t>12:25  yaad karne ki baat yeh hai ke hum</w:t>
      </w:r>
      <w:r>
        <w:br/>
      </w:r>
      <w:r>
        <w:rPr>
          <w:sz w:val="20"/>
        </w:rPr>
        <w:t>12:36  Allah ki baaton ko yaad karein. Allah ko ziyada se ziyada, Allah ka jo jalal o kamal hai,</w:t>
      </w:r>
      <w:r>
        <w:br/>
      </w:r>
      <w:r>
        <w:rPr>
          <w:sz w:val="20"/>
        </w:rPr>
        <w:t>12:49  is ko ziyada se ziyada sochein.</w:t>
      </w:r>
      <w:r>
        <w:br/>
      </w:r>
      <w:r>
        <w:rPr>
          <w:sz w:val="20"/>
        </w:rPr>
        <w:t>12:54  Allah ki jo nematein hain, un ko ziyada se ziyada. Allah ki jo sifat hain,</w:t>
      </w:r>
      <w:r>
        <w:br/>
      </w:r>
      <w:r>
        <w:rPr>
          <w:sz w:val="20"/>
        </w:rPr>
        <w:t>13:07  is ko ziyada se ziyada logon ko batayein. mein ne apni tafsir mein yahi kiya hai. meri tafsir isi ki tafsir hai.</w:t>
      </w:r>
      <w:r>
        <w:br/>
      </w:r>
      <w:r>
        <w:rPr>
          <w:sz w:val="20"/>
        </w:rPr>
        <w:t>13:22  is ka naam hai "Tazkir ul Quran".</w:t>
      </w:r>
      <w:r>
        <w:br/>
      </w:r>
      <w:r>
        <w:rPr>
          <w:sz w:val="20"/>
        </w:rPr>
        <w:t>13:26  to aap ko agar moqa ho to meri tafsir "Tazkir ul Quran" parhein. is mein aap ko aise bohat ayat milein gi jin ko aap logon ko jama kar ke un ke samne un ka charcha karein.</w:t>
      </w:r>
    </w:p>
    <w:p>
      <w:pPr>
        <w:pStyle w:val="Heading2"/>
      </w:pPr>
      <w:r>
        <w:t>Reassessment needed for Hajj stampede wrong belief</w:t>
      </w:r>
    </w:p>
    <w:p>
      <w:r>
        <w:rPr>
          <w:color w:val="666666"/>
          <w:sz w:val="18"/>
        </w:rPr>
        <w:t>Religious Understanding October 18, 2015 Maulana Wahiduddin Khan · 5m 47s · at 27:40 · https://youtu.be/yt5TAVhva6E?t=1660</w:t>
      </w:r>
    </w:p>
    <w:p>
      <w:r>
        <w:rPr>
          <w:i/>
        </w:rPr>
        <w:t>“Is par gaur karte hue mujhe samajh aaya ke is zamane mein”</w:t>
      </w:r>
    </w:p>
    <w:p>
      <w:r>
        <w:rPr>
          <w:sz w:val="20"/>
        </w:rPr>
        <w:t>27:40  guzarne ke mani waaqif hote hain, magar us se sabak nahi lete. is par ghore karte hue mujhe samajh aaya ke is zamane mein sab se bari nishani aik zahir hui hai, safar ki nishani.</w:t>
      </w:r>
      <w:r>
        <w:br/>
      </w:r>
      <w:r>
        <w:rPr>
          <w:sz w:val="20"/>
        </w:rPr>
        <w:t>27:55  safar ki nishani ka matlab nahi hai dajjal aur maseeh. yeh matlab nahi ke maseeh aasman par utre hain ya dajjal zahir ho gaya hai. main is ko sab bari nishani nahi kahunga.</w:t>
      </w:r>
      <w:r>
        <w:br/>
      </w:r>
      <w:r>
        <w:rPr>
          <w:sz w:val="20"/>
        </w:rPr>
        <w:t>28:08  sab se bari nishani yeh hai ke musalman so saal se bhi ziyada muddat se ladai ki jihad ke naam par ladai kar rahe hain.</w:t>
      </w:r>
      <w:r>
        <w:br/>
      </w:r>
      <w:r>
        <w:rPr>
          <w:sz w:val="20"/>
        </w:rPr>
        <w:t>28:18  beshumar log maare gaye, beshumar ghar jalaye gaye, beshumar log tabah hue.</w:t>
      </w:r>
      <w:r>
        <w:br/>
      </w:r>
      <w:r>
        <w:rPr>
          <w:sz w:val="20"/>
        </w:rPr>
        <w:t>28:26  to is ka matlab kya hai? un ke andar aana chahiye re assessment, phir se sochna taake re plan kar saken.</w:t>
      </w:r>
      <w:r>
        <w:br/>
      </w:r>
      <w:r>
        <w:rPr>
          <w:sz w:val="20"/>
        </w:rPr>
        <w:t>28:38  ek baar bhi agar aap ka koi koshish nakaam ho gayi hai to usi ko dohrana ya yeh to hewani aql ka kaam hai.</w:t>
      </w:r>
      <w:r>
        <w:br/>
      </w:r>
      <w:r>
        <w:rPr>
          <w:sz w:val="20"/>
        </w:rPr>
        <w:t>28:49  hewan ka aap ko chahiye ke is ko re think karen, re assess karen, revise karen aur apni amal ki re planning karen.</w:t>
      </w:r>
      <w:r>
        <w:br/>
      </w:r>
      <w:r>
        <w:rPr>
          <w:sz w:val="20"/>
        </w:rPr>
        <w:t>29:02  lekin aap dekhen, har jagah musalman tabah ho rahe hain, maare ja rahe hain aur so so hazar muddat se aur kahin bhi re thinking nahi ho rahi hai.</w:t>
      </w:r>
      <w:r>
        <w:br/>
      </w:r>
      <w:r>
        <w:rPr>
          <w:sz w:val="20"/>
        </w:rPr>
        <w:t>29:13  kahin bhi re thinking nahi ho rahi hai.</w:t>
      </w:r>
      <w:r>
        <w:br/>
      </w:r>
      <w:r>
        <w:rPr>
          <w:sz w:val="20"/>
        </w:rPr>
        <w:t>29:21  yaani har roz aap agar aap TV dekhte hain to wahan sunte honge,</w:t>
      </w:r>
      <w:r>
        <w:br/>
      </w:r>
      <w:r>
        <w:rPr>
          <w:sz w:val="20"/>
        </w:rPr>
        <w:t>29:28  hata ke misaal ke taur par jo yeh khabar aayi ke sankron ki tadad mein haji log jo hain mar gaye.</w:t>
      </w:r>
      <w:r>
        <w:br/>
      </w:r>
      <w:r>
        <w:rPr>
          <w:sz w:val="20"/>
        </w:rPr>
        <w:t>29:37  yaani hajiyon ne hajiyon ko daba daba dala, bhagdad hui, bhagdad mein kuchal ke mar gaye. yahan bhi re thinking ki zaroorat hai.</w:t>
      </w:r>
      <w:r>
        <w:br/>
      </w:r>
      <w:r>
        <w:rPr>
          <w:sz w:val="20"/>
        </w:rPr>
        <w:t>29:47  itna bara waqea hai ke hajj karne ke liye jaate hain log,</w:t>
      </w:r>
      <w:r>
        <w:br/>
      </w:r>
      <w:r>
        <w:rPr>
          <w:sz w:val="20"/>
        </w:rPr>
        <w:t>29:51  ek bohat bari muqaddas jagah ibadat, wahan kya karte hain ke haji haji kuchal kar maar dalta hai,</w:t>
      </w:r>
      <w:r>
        <w:br/>
      </w:r>
      <w:r>
        <w:rPr>
          <w:sz w:val="20"/>
        </w:rPr>
        <w:t>30:00  bohat bari tadad mein. aisa baar baar hua hai lekin re thinking nahi. to main is par soch raha tha, to mujhe samajh aaya ke is ka raaz kya hai?</w:t>
      </w:r>
      <w:r>
        <w:br/>
      </w:r>
      <w:r>
        <w:rPr>
          <w:sz w:val="20"/>
        </w:rPr>
        <w:t>30:12  yaani kyun haji haji kuchalta hai? is ka raaz kya hai?</w:t>
      </w:r>
      <w:r>
        <w:br/>
      </w:r>
      <w:r>
        <w:rPr>
          <w:sz w:val="20"/>
        </w:rPr>
        <w:t>30:18  aap jab re thinking karenge, aap tab aap ko apni kamiyon ka pata chalega, apni galtiyon ka pata chalega, apni naqis planning ka pata chalega.</w:t>
      </w:r>
      <w:r>
        <w:br/>
      </w:r>
      <w:r>
        <w:rPr>
          <w:sz w:val="20"/>
        </w:rPr>
        <w:t>30:29  to phir aap re planning karenge, yaani dobara naye dhang se apna mashrooh banayenge.</w:t>
      </w:r>
      <w:r>
        <w:br/>
      </w:r>
      <w:r>
        <w:rPr>
          <w:sz w:val="20"/>
        </w:rPr>
        <w:t>30:39  to wajah kya hai? wajah hai ke awam mein ek galat khayal phaila hua hai.</w:t>
      </w:r>
      <w:r>
        <w:br/>
      </w:r>
      <w:r>
        <w:rPr>
          <w:sz w:val="20"/>
        </w:rPr>
        <w:t>30:48  Awam mein ek galat khayal phaila hua hai jis ko kehte hain ram jabar, yaani stoning. Jo wahan pe pathar maarte hain, woh pathar ka matlab pathar nahi hota, konkri hoti hai.</w:t>
      </w:r>
      <w:r>
        <w:br/>
      </w:r>
      <w:r>
        <w:rPr>
          <w:sz w:val="20"/>
        </w:rPr>
        <w:t>31:02  yeh bas wajah hai ke pathar hote hain, konkri choti choti si, jaise matar ke daane ki tarah ho ya us se bhi chote hon.</w:t>
      </w:r>
      <w:r>
        <w:br/>
      </w:r>
      <w:r>
        <w:rPr>
          <w:sz w:val="20"/>
        </w:rPr>
        <w:t>31:12  to konkri phenki jaati hai, woh</w:t>
      </w:r>
      <w:r>
        <w:br/>
      </w:r>
      <w:r>
        <w:rPr>
          <w:sz w:val="20"/>
        </w:rPr>
        <w:t>31:16  is ko kehte hain rami jabar. to log samajhte hain ke woh wahan par jo hai, woh shaitan hai aur jab is ko hit hit karenge, tab hum ko sawab milega.</w:t>
      </w:r>
      <w:r>
        <w:br/>
      </w:r>
      <w:r>
        <w:rPr>
          <w:sz w:val="20"/>
        </w:rPr>
        <w:t>31:27  yaani hamari konkri jo ja ke us ko hit karegi, tab hum ko rabb jabar ka sawab milega. halanke mere ko galat hi tasawwur hai, yeh awami tasawwur hai.</w:t>
      </w:r>
      <w:r>
        <w:br/>
      </w:r>
      <w:r>
        <w:rPr>
          <w:sz w:val="20"/>
        </w:rPr>
        <w:t>31:40  yeh baqayda masla hai kitabon mein ke aap ne phenk diya to bas aap ka woh ram jamal ka sawab mil gaya aap ko, chahe woh us ko hit kare ya na kare.</w:t>
      </w:r>
      <w:r>
        <w:br/>
      </w:r>
      <w:r>
        <w:rPr>
          <w:sz w:val="20"/>
        </w:rPr>
        <w:t>31:53  baqayda yeh masla kitabon mein hai</w:t>
      </w:r>
      <w:r>
        <w:br/>
      </w:r>
      <w:r>
        <w:rPr>
          <w:sz w:val="20"/>
        </w:rPr>
        <w:t>31:58  kyunki wahan bheed hoti hai to log chahte hain ghuste hain, ghuste hain ke wahan pahunchen, paas pahunchen.</w:t>
      </w:r>
      <w:r>
        <w:br/>
      </w:r>
      <w:r>
        <w:rPr>
          <w:sz w:val="20"/>
        </w:rPr>
        <w:t>32:06  yaani paas pahunchen ke liye race karte hain taake woh maare to hit kare. woh isi isi mein bhagdad ho jaati hai.</w:t>
      </w:r>
      <w:r>
        <w:br/>
      </w:r>
      <w:r>
        <w:rPr>
          <w:sz w:val="20"/>
        </w:rPr>
        <w:t>32:17  yaani bheed bheed ke darmiyan jab is ke paas pahunchen ke liye zor maarte hain log har taraf se, idhar se, idhar se, kyunki charon taraf se hote hain log, is mein bhagdad ho jaati hai.</w:t>
      </w:r>
      <w:r>
        <w:br/>
      </w:r>
      <w:r>
        <w:rPr>
          <w:sz w:val="20"/>
        </w:rPr>
        <w:t>32:29  to dekhiye,</w:t>
      </w:r>
      <w:r>
        <w:br/>
      </w:r>
      <w:r>
        <w:rPr>
          <w:sz w:val="20"/>
        </w:rPr>
        <w:t>32:33  ek ek ek ek hindu ne mujh se kaha ke kaise haji log hain ke khud hi hajiyon ko maar daalte hain kuchal kar.</w:t>
      </w:r>
      <w:r>
        <w:br/>
      </w:r>
      <w:r>
        <w:rPr>
          <w:sz w:val="20"/>
        </w:rPr>
        <w:t>32:42  main ne kaha woh haji ki baat nahi hai, woh awam galat fehmi ki baat hai. kyunke zyada tar aaj kal haj mein aap jayen, haj mein to zyada tar jahil qism ke log hote hain.</w:t>
      </w:r>
      <w:r>
        <w:br/>
      </w:r>
      <w:r>
        <w:rPr>
          <w:sz w:val="20"/>
        </w:rPr>
        <w:t>32:53  zyada tar aaj kal kya hai</w:t>
      </w:r>
      <w:r>
        <w:br/>
      </w:r>
      <w:r>
        <w:rPr>
          <w:sz w:val="20"/>
        </w:rPr>
        <w:t>32:58  ke logon ke bete jo hain idhar udhar kamate hain to woh apne baap ko haj karane ke liye paise bhejte hain. to boodha boodha zyada zyada umar ke log, boodha aur ghareeb aur jahil baap rawana ho jata hai haj karne ke liye.</w:t>
      </w:r>
      <w:r>
        <w:br/>
      </w:r>
      <w:r>
        <w:rPr>
          <w:sz w:val="20"/>
        </w:rPr>
        <w:t>33:13  ab is ke dimagh mein yeh basa hua hai ke meri konkri ko woh us us ko hit karna chahiye. halanke yeh hai hi nahi, woh hai symbolic stoning.</w:t>
      </w:r>
    </w:p>
    <w:p>
      <w:pPr>
        <w:pStyle w:val="Heading2"/>
      </w:pPr>
      <w:r>
        <w:t>Ego management prevents great achievements</w:t>
      </w:r>
    </w:p>
    <w:p>
      <w:r>
        <w:rPr>
          <w:color w:val="666666"/>
          <w:sz w:val="18"/>
        </w:rPr>
        <w:t>How to Develop Spiritual Personality July 16, 2006 Maulana Wahiduddin Khan · 5m 26s · at 53:44 · https://youtu.be/nxFUXRFboW4?t=3224</w:t>
      </w:r>
    </w:p>
    <w:p>
      <w:r>
        <w:rPr>
          <w:i/>
        </w:rPr>
        <w:t>“Raat ko mere paas aaye woh. Mr. Andre Baiko unka naam tha.”</w:t>
      </w:r>
    </w:p>
    <w:p>
      <w:r>
        <w:rPr>
          <w:sz w:val="20"/>
        </w:rPr>
        <w:t>53:44  mujhe ab is silsile mein bahut saare tajurbaat hue hain zindagi mein bahut se tajurbaat hue hain. ek qissa bahut hi anokha hua mere saath Switzerland mein.</w:t>
      </w:r>
      <w:r>
        <w:br/>
      </w:r>
      <w:r>
        <w:rPr>
          <w:sz w:val="20"/>
        </w:rPr>
        <w:t>53:57  Switzerland mein ek bayn alaqwami conference thi. wahan par woh chahte the muntazim ke aman par ek dastavez banaya jaye.</w:t>
      </w:r>
      <w:r>
        <w:br/>
      </w:r>
      <w:r>
        <w:rPr>
          <w:sz w:val="20"/>
        </w:rPr>
        <w:t>54:11  is dastavez ko saari duniya mein mukhtalif zabaanon mein chhapa jaye.</w:t>
      </w:r>
      <w:r>
        <w:br/>
      </w:r>
      <w:r>
        <w:rPr>
          <w:sz w:val="20"/>
        </w:rPr>
        <w:t>54:18  har zaban mein chhapa jaye. bahut muntazim bahut paisa tha is ke paas bahut badi tanzeem thi woh. un ke paas paise ki kami nahi thi.</w:t>
      </w:r>
      <w:r>
        <w:br/>
      </w:r>
      <w:r>
        <w:rPr>
          <w:sz w:val="20"/>
        </w:rPr>
        <w:t>54:28  to unhon ne chaha ke aman par ek dastavez banaya jaye. is dastavez ko saari duniya mein har zaban mein chhaap kar phelaya jaye. to unhon ne kya kya ke professors ke group banaye unhon ne.</w:t>
      </w:r>
      <w:r>
        <w:br/>
      </w:r>
      <w:r>
        <w:rPr>
          <w:sz w:val="20"/>
        </w:rPr>
        <w:t>54:40  Asiayi professors Europee professors American professors group banaye. aur poora ek din un ko diya.</w:t>
      </w:r>
      <w:r>
        <w:br/>
      </w:r>
      <w:r>
        <w:rPr>
          <w:sz w:val="20"/>
        </w:rPr>
        <w:t>54:50  to sab ne din bhar ki koshish se dastavez banaye. aur teen dastavez pesh kiye gaye jo muntazim the un ke samne.</w:t>
      </w:r>
      <w:r>
        <w:br/>
      </w:r>
      <w:r>
        <w:rPr>
          <w:sz w:val="20"/>
        </w:rPr>
        <w:t>55:02  to padha unhon ne to is ko kisi ka pasand na aaya un ko teenon mein se koi bhi. yani aisa nahi nazar aaya ke is ko bayn alaqwami satah par phelayen hum.</w:t>
      </w:r>
      <w:r>
        <w:br/>
      </w:r>
      <w:r>
        <w:rPr>
          <w:sz w:val="20"/>
        </w:rPr>
        <w:t>55:11  har zaban mein is ko tarjuma kar ke phelayen. yani itna zyada nahi dikhai pada un ko. to raat ko mere paas aaye woh. Mr. Andre Baiko un ka naam tha.</w:t>
      </w:r>
      <w:r>
        <w:br/>
      </w:r>
      <w:r>
        <w:rPr>
          <w:sz w:val="20"/>
        </w:rPr>
        <w:t>55:27  to unhon ne kaha ke woh Isaai the unhon ne kaha ke main jab main ne dekha yeh teenon aur mujhe pasand nahi aaya to main yahan ke church mein gaya.</w:t>
      </w:r>
      <w:r>
        <w:br/>
      </w:r>
      <w:r>
        <w:rPr>
          <w:sz w:val="20"/>
        </w:rPr>
        <w:t>55:39  church mein ja kar ke maine dua ki. ke kya karoon. to mere dil mein aaya ke main aap ke paas aaoon. yani un ke kehne ke mutabiq masih ne un se kaha ke jao maula wahiduddin ke paas.</w:t>
      </w:r>
      <w:r>
        <w:br/>
      </w:r>
      <w:r>
        <w:rPr>
          <w:sz w:val="20"/>
        </w:rPr>
        <w:t>55:54  aesa unhone bayan kiya. to raat ke waqt mere paas aaye. bas aap hi kar sakte hain ye kaam. to meri beti doctor farida khanum mere saath theen.</w:t>
      </w:r>
      <w:r>
        <w:br/>
      </w:r>
      <w:r>
        <w:rPr>
          <w:sz w:val="20"/>
        </w:rPr>
        <w:t>56:07  meri angrezi itni achhi nahi hai un ki angrezi bahut achhi hai masha allah. to un ki madad se maine ek dastavez banaya. aur saari raat hum donon jage saari raat dua karte rahe aur likhte rahe dua karte rahe likhte rahe.</w:t>
      </w:r>
      <w:r>
        <w:br/>
      </w:r>
      <w:r>
        <w:rPr>
          <w:sz w:val="20"/>
        </w:rPr>
        <w:t>56:22  subah ko hamari ladki gayin computer par type kiya. type kar ke unhone subah tak ja kar ke mister andre baiko ko de diya.</w:t>
      </w:r>
      <w:r>
        <w:br/>
      </w:r>
      <w:r>
        <w:rPr>
          <w:sz w:val="20"/>
        </w:rPr>
        <w:t>56:35  un ko bahut pasand aaya bahut achha laga un ko. foran hi is ko unhone qabool kar liya. is ke baad jab aagla session hua subah ko to is ko unhone pesh kiya unhone kaha ke ye dastavez hai humein aap log is ko manzoor kijiye.</w:t>
      </w:r>
      <w:r>
        <w:br/>
      </w:r>
      <w:r>
        <w:rPr>
          <w:sz w:val="20"/>
        </w:rPr>
        <w:t>56:51  is ko manzoori de dijiye aap log isi ko hum phelaayenge. jitne log the sab ne kaha ke ye shaandaar dastavez hai sab ne ye kaha.</w:t>
      </w:r>
      <w:r>
        <w:br/>
      </w:r>
      <w:r>
        <w:rPr>
          <w:sz w:val="20"/>
        </w:rPr>
        <w:t>57:01  baghair kisi istisna ke.</w:t>
      </w:r>
      <w:r>
        <w:br/>
      </w:r>
      <w:r>
        <w:rPr>
          <w:sz w:val="20"/>
        </w:rPr>
        <w:t>57:07  ye shaandaar dastavez hai koi shak nahi is mein</w:t>
      </w:r>
      <w:r>
        <w:br/>
      </w:r>
      <w:r>
        <w:rPr>
          <w:sz w:val="20"/>
        </w:rPr>
        <w:t>57:10  . lekin kisi ne bhi is par dastakhat nahi kiya. kyunki danishwar jo hote hain woh sab gharoor wale hote hain. danishwar ka matlab hai mister gharoor wale.</w:t>
      </w:r>
      <w:r>
        <w:br/>
      </w:r>
      <w:r>
        <w:rPr>
          <w:sz w:val="20"/>
        </w:rPr>
        <w:t>57:24  gharoor wala kaun hota hai woh surrender nahi karta kisi ke aage. sab se badi burai jo hai hoti hai danishwaron mein ke woh surrender nahi karte.</w:t>
      </w:r>
      <w:r>
        <w:br/>
      </w:r>
      <w:r>
        <w:rPr>
          <w:sz w:val="20"/>
        </w:rPr>
        <w:t>57:32  isi liye aaj tak danishwaron ne koi bada kaam nahi kiya. abhi tak mujhe yaad hai wahan ke ek jo sab se bahut hi zabardast ek aadmi aaye the bahut bade professor bahut hi zyada parhe likhe.</w:t>
      </w:r>
      <w:r>
        <w:br/>
      </w:r>
      <w:r>
        <w:rPr>
          <w:sz w:val="20"/>
        </w:rPr>
        <w:t>57:45  to unhone kaha ke yehi taqreeban aisi alfaz un ki theen ke ye ek shaandaar dastavez hai</w:t>
      </w:r>
      <w:r>
        <w:br/>
      </w:r>
      <w:r>
        <w:rPr>
          <w:sz w:val="20"/>
        </w:rPr>
        <w:t>57:56  koi shak nahi is mein lekin main dastakhat nahi karne wala</w:t>
      </w:r>
      <w:r>
        <w:br/>
      </w:r>
      <w:r>
        <w:rPr>
          <w:sz w:val="20"/>
        </w:rPr>
        <w:t>58:02  ye bhi kaha unhone sab ke saamne kyun ye ek zehen ki paidaawar hai. ek ijtimai zehen ki paidaawar nahi hai matlab hum ne sab mil kar ke nahi banaya hai is ko ek shakhs ne banaya hai.</w:t>
      </w:r>
      <w:r>
        <w:br/>
      </w:r>
      <w:r>
        <w:rPr>
          <w:sz w:val="20"/>
        </w:rPr>
        <w:t>58:16  yehi koi baat hai. cheez dekho na ke ye dekho ke kitne aadmiyon ne banaya hai.</w:t>
      </w:r>
      <w:r>
        <w:br/>
      </w:r>
      <w:r>
        <w:rPr>
          <w:sz w:val="20"/>
        </w:rPr>
        <w:t>58:24  cheez dekho ye na dekho ke kitne aadmiyon ne banaya hai. nateeja kya hua ke woh dastavez chhapa to lekin unhone jo un ki jo khwahish thi woh khatam ho gayi.</w:t>
      </w:r>
      <w:r>
        <w:br/>
      </w:r>
      <w:r>
        <w:rPr>
          <w:sz w:val="20"/>
        </w:rPr>
        <w:t>58:35  saari duniya mein phelaane wali nahi. ke har zaban mein is ka tarjuma karein saari duniya mein phelaayen is ko inter up karein. un ki apni jo jo report chhapi is report mein to is ko shamil kiya unhone.</w:t>
      </w:r>
      <w:r>
        <w:br/>
      </w:r>
      <w:r>
        <w:rPr>
          <w:sz w:val="20"/>
        </w:rPr>
        <w:t>58:49  lekin bayn alaqwami satah par jo phelaane ka jo jo jo plan tha woh sab khatam ho gaya. sirf kis liye un ke gharoor ki wajah se.</w:t>
      </w:r>
      <w:r>
        <w:br/>
      </w:r>
      <w:r>
        <w:rPr>
          <w:sz w:val="20"/>
        </w:rPr>
        <w:t>59:00  un ke ana ki wajah se un ke ego ki wajah se. to dekhiye agar aap chahte hain koi bada kaam karna. yaad rakhiye koi ek aadmi bada kaam nahi kar sakta.</w:t>
      </w:r>
    </w:p>
    <w:p>
      <w:pPr>
        <w:pStyle w:val="Heading2"/>
      </w:pPr>
      <w:r>
        <w:t>Prophet Muhammad's journey as a true seeker</w:t>
      </w:r>
    </w:p>
    <w:p>
      <w:r>
        <w:rPr>
          <w:color w:val="666666"/>
          <w:sz w:val="18"/>
        </w:rPr>
        <w:t>How to Find Truth | August 8, 2007 · 5m 43s · at 13:31 · https://youtu.be/YaxWNPN2K5A?t=811</w:t>
      </w:r>
    </w:p>
    <w:p>
      <w:r>
        <w:rPr>
          <w:i/>
        </w:rPr>
        <w:t>“Prophet Muhammad was a true seeker before prophethood”</w:t>
      </w:r>
    </w:p>
    <w:p>
      <w:r>
        <w:rPr>
          <w:sz w:val="20"/>
        </w:rPr>
        <w:t>13:31  Let's take the first, that is, seeking spirit.</w:t>
      </w:r>
      <w:r>
        <w:br/>
      </w:r>
      <w:r>
        <w:rPr>
          <w:sz w:val="20"/>
        </w:rPr>
        <w:t>13:40  Quran says about the Prophet of Islam, Muhammad Sallallahu Alaihi Wasallam.</w:t>
      </w:r>
      <w:r>
        <w:br/>
      </w:r>
      <w:r>
        <w:rPr>
          <w:sz w:val="20"/>
        </w:rPr>
        <w:t>13:48  Muhammad, peace be upon him, was born in, in the first quarter of seventh century, namely 570 AD.</w:t>
      </w:r>
      <w:r>
        <w:br/>
      </w:r>
      <w:r>
        <w:rPr>
          <w:sz w:val="20"/>
        </w:rPr>
        <w:t>13:56  So he was born in Mecca.</w:t>
      </w:r>
      <w:r>
        <w:br/>
      </w:r>
      <w:r>
        <w:rPr>
          <w:sz w:val="20"/>
        </w:rPr>
        <w:t>14:04  Mecca was his hometown.</w:t>
      </w:r>
      <w:r>
        <w:br/>
      </w:r>
      <w:r>
        <w:rPr>
          <w:sz w:val="20"/>
        </w:rPr>
        <w:t>14:09  There was his family.</w:t>
      </w:r>
      <w:r>
        <w:br/>
      </w:r>
      <w:r>
        <w:rPr>
          <w:sz w:val="20"/>
        </w:rPr>
        <w:t>14:14  There were his relatives.</w:t>
      </w:r>
      <w:r>
        <w:br/>
      </w:r>
      <w:r>
        <w:rPr>
          <w:sz w:val="20"/>
        </w:rPr>
        <w:t>14:19  There was a society.</w:t>
      </w:r>
      <w:r>
        <w:br/>
      </w:r>
      <w:r>
        <w:rPr>
          <w:sz w:val="20"/>
        </w:rPr>
        <w:t>14:24  There was a culture.</w:t>
      </w:r>
      <w:r>
        <w:br/>
      </w:r>
      <w:r>
        <w:rPr>
          <w:sz w:val="20"/>
        </w:rPr>
        <w:t>14:29  So everything was there.</w:t>
      </w:r>
      <w:r>
        <w:br/>
      </w:r>
      <w:r>
        <w:rPr>
          <w:sz w:val="20"/>
        </w:rPr>
        <w:t>14:33  But the prophet of Islam became discontented. So he,</w:t>
      </w:r>
      <w:r>
        <w:br/>
      </w:r>
      <w:r>
        <w:rPr>
          <w:sz w:val="20"/>
        </w:rPr>
        <w:t>14:38  He was unable to move the society.</w:t>
      </w:r>
      <w:r>
        <w:br/>
      </w:r>
      <w:r>
        <w:rPr>
          <w:sz w:val="20"/>
        </w:rPr>
        <w:t>14:45  unable to enjoy the culture.</w:t>
      </w:r>
      <w:r>
        <w:br/>
      </w:r>
      <w:r>
        <w:rPr>
          <w:sz w:val="20"/>
        </w:rPr>
        <w:t>14:51  So he used to go to, to, to a, to a, to a cave that is Hira.</w:t>
      </w:r>
      <w:r>
        <w:br/>
      </w:r>
      <w:r>
        <w:rPr>
          <w:sz w:val="20"/>
        </w:rPr>
        <w:t>14:57  Hira was a mountain.</w:t>
      </w:r>
      <w:r>
        <w:br/>
      </w:r>
      <w:r>
        <w:rPr>
          <w:sz w:val="20"/>
        </w:rPr>
        <w:t>15:04  And there was a queue that is called</w:t>
      </w:r>
      <w:r>
        <w:br/>
      </w:r>
      <w:r>
        <w:rPr>
          <w:sz w:val="20"/>
        </w:rPr>
        <w:t>15:10  Cave of Hira.</w:t>
      </w:r>
      <w:r>
        <w:br/>
      </w:r>
      <w:r>
        <w:rPr>
          <w:sz w:val="20"/>
        </w:rPr>
        <w:t>15:16  So he used to go to the, to that cave.</w:t>
      </w:r>
      <w:r>
        <w:br/>
      </w:r>
      <w:r>
        <w:rPr>
          <w:sz w:val="20"/>
        </w:rPr>
        <w:t>15:22  And he used to spend several days in this Hira.</w:t>
      </w:r>
      <w:r>
        <w:br/>
      </w:r>
      <w:r>
        <w:rPr>
          <w:sz w:val="20"/>
        </w:rPr>
        <w:t>15:28  Why? Because, because the Quran says, "Zalika hudan."</w:t>
      </w:r>
      <w:r>
        <w:br/>
      </w:r>
      <w:r>
        <w:rPr>
          <w:sz w:val="20"/>
        </w:rPr>
        <w:t>15:34  This Quranic verse is about the Prophet of Islam.</w:t>
      </w:r>
      <w:r>
        <w:br/>
      </w:r>
      <w:r>
        <w:rPr>
          <w:sz w:val="20"/>
        </w:rPr>
        <w:t>15:40  "Zal faha" it means that Quran, it means that, that God found that. You are a true seeker. You are a zal. Zal means true seeker, intellectually discontented person.</w:t>
      </w:r>
      <w:r>
        <w:br/>
      </w:r>
      <w:r>
        <w:rPr>
          <w:sz w:val="20"/>
        </w:rPr>
        <w:t>16:10  in he provide, provided you guidance. so due to this intellectual discontentment, he used to go to Hira. Some people say that in Hira he used to go to meditation, but it is wrong. It was not meditation. Instead, it was</w:t>
      </w:r>
      <w:r>
        <w:br/>
      </w:r>
      <w:r>
        <w:rPr>
          <w:sz w:val="20"/>
        </w:rPr>
        <w:t>16:40  contemplation. that is thinking about the, about the truth, about the life, about the world. So the Prophet of Islam took refuge in this, in this cave, not to meditate, but to</w:t>
      </w:r>
      <w:r>
        <w:br/>
      </w:r>
      <w:r>
        <w:rPr>
          <w:sz w:val="20"/>
        </w:rPr>
        <w:t>17:10  We go to contemplation.</w:t>
      </w:r>
      <w:r>
        <w:br/>
      </w:r>
      <w:r>
        <w:rPr>
          <w:sz w:val="20"/>
        </w:rPr>
        <w:t>17:16  He used to think.</w:t>
      </w:r>
      <w:r>
        <w:br/>
      </w:r>
      <w:r>
        <w:rPr>
          <w:sz w:val="20"/>
        </w:rPr>
        <w:t>17:22  He tried to find the answer.</w:t>
      </w:r>
      <w:r>
        <w:br/>
      </w:r>
      <w:r>
        <w:rPr>
          <w:sz w:val="20"/>
        </w:rPr>
        <w:t>17:29  Who am I? What is this world? What is the meaning of life? What is the end of</w:t>
      </w:r>
      <w:r>
        <w:br/>
      </w:r>
      <w:r>
        <w:rPr>
          <w:sz w:val="20"/>
        </w:rPr>
        <w:t>17:35  life? Who is my creator? All these are their questions are</w:t>
      </w:r>
      <w:r>
        <w:br/>
      </w:r>
      <w:r>
        <w:rPr>
          <w:sz w:val="20"/>
        </w:rPr>
        <w:t>17:41  , R, questions of a seeker person.</w:t>
      </w:r>
      <w:r>
        <w:br/>
      </w:r>
      <w:r>
        <w:rPr>
          <w:sz w:val="20"/>
        </w:rPr>
        <w:t>17:49  When one is a seeker, he faces these questions.</w:t>
      </w:r>
      <w:r>
        <w:br/>
      </w:r>
      <w:r>
        <w:rPr>
          <w:sz w:val="20"/>
        </w:rPr>
        <w:t>17:58  تو at that time، یعنی before prophethood، he was a seeker، a true seeker.</w:t>
      </w:r>
      <w:r>
        <w:br/>
      </w:r>
      <w:r>
        <w:rPr>
          <w:sz w:val="20"/>
        </w:rPr>
        <w:t>18:06  A true seeker, a true seeker is one who is a, is intellectual,</w:t>
      </w:r>
      <w:r>
        <w:br/>
      </w:r>
      <w:r>
        <w:rPr>
          <w:sz w:val="20"/>
        </w:rPr>
        <w:t>18:15  intellectually discontent person.</w:t>
      </w:r>
      <w:r>
        <w:br/>
      </w:r>
      <w:r>
        <w:rPr>
          <w:sz w:val="20"/>
        </w:rPr>
        <w:t>18:21  intellectually discontented person.</w:t>
      </w:r>
      <w:r>
        <w:br/>
      </w:r>
      <w:r>
        <w:rPr>
          <w:sz w:val="20"/>
        </w:rPr>
        <w:t>18:27  So at that time, before prophethood, he was living in discontentment.</w:t>
      </w:r>
      <w:r>
        <w:br/>
      </w:r>
      <w:r>
        <w:rPr>
          <w:sz w:val="20"/>
        </w:rPr>
        <w:t>18:33  So, he was a true seeker.</w:t>
      </w:r>
      <w:r>
        <w:br/>
      </w:r>
      <w:r>
        <w:rPr>
          <w:sz w:val="20"/>
        </w:rPr>
        <w:t>18:39  So when God found him</w:t>
      </w:r>
      <w:r>
        <w:br/>
      </w:r>
      <w:r>
        <w:rPr>
          <w:sz w:val="20"/>
        </w:rPr>
        <w:t>18:45  a true seeker, then he, he, he selected him as a prophet in 610 AD. You know, prophethood is not a, an acquired quality. It is a gifted quality. Prophet H</w:t>
      </w:r>
    </w:p>
    <w:p>
      <w:pPr>
        <w:pStyle w:val="Heading2"/>
      </w:pPr>
      <w:r>
        <w:t>Pan Islamism is political stunt not religious</w:t>
      </w:r>
    </w:p>
    <w:p>
      <w:r>
        <w:rPr>
          <w:color w:val="666666"/>
          <w:sz w:val="18"/>
        </w:rPr>
        <w:t>Q&amp;A 03 Jan 2010 - Maulana Wahiduddin Khan · 4m 06s · at 25:53 · https://youtu.be/tEiK4snkN_Y?t=1553</w:t>
      </w:r>
    </w:p>
    <w:p>
      <w:r>
        <w:rPr>
          <w:i/>
        </w:rPr>
        <w:t>“It is simply a continuation of an evil Quran hadith koi talluq”</w:t>
      </w:r>
    </w:p>
    <w:p>
      <w:r>
        <w:rPr>
          <w:sz w:val="20"/>
        </w:rPr>
        <w:t>25:53  it is simply a continuation of an evil. quran hadees koi taalluq nahi hai. iske jo pehle jo the, wo the syed juradun afghani. uske baad iqbal, abul kalam azad aur sab logon ne yahi baatein kahi. to yeh tha un logon ka nazariya ke wo samajhte the ke western powers jo hain, wo hamein</w:t>
      </w:r>
      <w:r>
        <w:br/>
      </w:r>
      <w:r>
        <w:rPr>
          <w:sz w:val="20"/>
        </w:rPr>
        <w:t>26:20  attack kar rahi hain, hamein mitana chahti hain. to saari dunya ke musalman milkar ke unhein, unka, unka defense karein. to saari dunya ke musalmanon ko is front par ikattha karne ke liye unhone yeh concept nikaala. ittehad islami, pan islamism,</w:t>
      </w:r>
      <w:r>
        <w:br/>
      </w:r>
      <w:r>
        <w:rPr>
          <w:sz w:val="20"/>
        </w:rPr>
        <w:t>26:40  ummah, internationally sab concept nikala unhon ne. to woh chala bhi nahin, woh khatm bhi ho gaya. kyunke sari duniya mein empire musalmanon ke toot gayi. ab chhote-chhote state hain musalmanon ke, 57. to jaisa ke maine arz kiya, commerce international toot gayi kyunke woh secular basis par qaim hui thi.</w:t>
      </w:r>
      <w:r>
        <w:br/>
      </w:r>
      <w:r>
        <w:rPr>
          <w:sz w:val="20"/>
        </w:rPr>
        <w:t>27:01  yeh unhon ne, yeh abhi tak khatm nahin ho rahi kyunke usko aqeedah bana diya logon ne. agar unhon ne aqeedah na banaya hota, to yeh bhi khatm ho chuki hoti ab tak. yeh concept ab tak khatm ho chuka hota.</w:t>
      </w:r>
      <w:r>
        <w:br/>
      </w:r>
      <w:r>
        <w:rPr>
          <w:sz w:val="20"/>
        </w:rPr>
        <w:t>27:17  juradun afghani ne ek parcha nikala tha, uska naam tha al urwatul wusqa. yeh quran ka alfaaz hai. yeh to usko quran se unhon ne justify karna shuru kar diya ya sanctify karna shuru kar diya. yeh ek political stunt tha.</w:t>
      </w:r>
      <w:r>
        <w:br/>
      </w:r>
      <w:r>
        <w:rPr>
          <w:sz w:val="20"/>
        </w:rPr>
        <w:t>27:36  yeh jo tha pan islamism, ek political stunt tha. lekin usko unhon ne qurani naam de diya, al ul wusqa. ab woh muqaddas ho gaya, ab aqeedah ban gaya. woh to kaise musalman hate usse?</w:t>
      </w:r>
      <w:r>
        <w:br/>
      </w:r>
      <w:r>
        <w:rPr>
          <w:sz w:val="20"/>
        </w:rPr>
        <w:t>27:48  musalman isse hate to ab hum jannat chali gayi hamari. ab sari ulma ko milkar fatwa dena chahiye ke pan islamism jo tha, yeh bilkul ek political stunt tha. iski koi haqiyat nahin hai. har sab log apne-apne mulk ko wafadar bane, apne mulk ko biradar kaam karein.</w:t>
      </w:r>
      <w:r>
        <w:br/>
      </w:r>
      <w:r>
        <w:rPr>
          <w:sz w:val="20"/>
        </w:rPr>
        <w:t>28:06  aisa fatwa koi de nahin raha hai.</w:t>
      </w:r>
      <w:r>
        <w:br/>
      </w:r>
      <w:r>
        <w:rPr>
          <w:sz w:val="20"/>
        </w:rPr>
        <w:t>28:11  to ulma us waqt khamosh nahin rahe. us waqt hi khamosh rahe hote. us waqt na kaha hota unhon ne. yeh nazariya na nikala hota unhon ne. us waqt bole to ab bhi unhein bolna padega. yaani usmani saltanat ko bachane ke liye unhon ne yeh nikala tha. yeh nazariya syed juradun afghani ne aur sari duniya ke musalmanon ne saath diya uska.</w:t>
      </w:r>
      <w:r>
        <w:br/>
      </w:r>
      <w:r>
        <w:rPr>
          <w:sz w:val="20"/>
        </w:rPr>
        <w:t>28:32  yaani arab mein syed juradun afghani, mufti babu abdu, amir shake barsalan aur rasheed reza, yeh sab uske saathi ban gaye. barisagar hind mein syed ibrahim maujoodi aur bakla azad aur yeh,</w:t>
      </w:r>
      <w:r>
        <w:br/>
      </w:r>
      <w:r>
        <w:rPr>
          <w:sz w:val="20"/>
        </w:rPr>
        <w:t>28:49  yeh, yeh sari ulma taqreeban usi, usi baat bolne lage. to ab, ab agar, agar, agar aap ne galat baat ki tayeed ki, to ab usko ailan kijiye ke hum galti padhte hain us waqt ke political stunt ko hum ne islami bana diya. usko</w:t>
      </w:r>
      <w:r>
        <w:br/>
      </w:r>
      <w:r>
        <w:rPr>
          <w:sz w:val="20"/>
        </w:rPr>
        <w:t>29:07  to chunke yeh ailan nahin kar rahe ke hum ne galti ki thi ke woh ek political stunt tha, yaani western powers ke khilaf musalmanon ko uthait karne ke liye. jo, jo fail ho gaya. to usi jis tarah se cup international khatm ho gayi, us isko khatm hona chahiye tha. usko</w:t>
      </w:r>
      <w:r>
        <w:br/>
      </w:r>
      <w:r>
        <w:rPr>
          <w:sz w:val="20"/>
        </w:rPr>
        <w:t>29:29  cup international jis tarah khatm ho gayi, usi tarah khatm hona chahiye ummah concept ko. aur sari duniya ke musalmanon ko batana chahiye ke tum apne mulk ke wafadar bano, apne mulk mein peaceful tareeqe se raho,</w:t>
      </w:r>
      <w:r>
        <w:br/>
      </w:r>
      <w:r>
        <w:rPr>
          <w:sz w:val="20"/>
        </w:rPr>
        <w:t>29:42  apne mazhabi mamlaat mein tum azaad ho, lekin mulki mamlaat mein tumhari wahi policy hai jo, jo, jo doosre logon ki policy hai.</w:t>
      </w:r>
      <w:r>
        <w:br/>
      </w:r>
      <w:r>
        <w:rPr>
          <w:sz w:val="20"/>
        </w:rPr>
        <w:t>29:51  yeh hona chahiye. ab hum, hum, hum yahi kaam kar rahe hain, lekin musalmanon, ulma ko chahiye ke hamara saath de. woh.</w:t>
      </w:r>
    </w:p>
    <w:p>
      <w:pPr>
        <w:pStyle w:val="Heading2"/>
      </w:pPr>
      <w:r>
        <w:t>Maulana's tribute to Dr. Naseem Siddiqui</w:t>
      </w:r>
    </w:p>
    <w:p>
      <w:r>
        <w:rPr>
          <w:color w:val="666666"/>
          <w:sz w:val="18"/>
        </w:rPr>
        <w:t>Dr Naseem Siddiqui Memorial Part 1 · 5m 31s · at 6:27 · https://youtu.be/q-kccRjp1iU?t=387</w:t>
      </w:r>
    </w:p>
    <w:p>
      <w:r>
        <w:rPr>
          <w:i/>
        </w:rPr>
        <w:t>“Bismillah. A tribute to Dr. Naseem Siddiqui.”</w:t>
      </w:r>
    </w:p>
    <w:p>
      <w:r>
        <w:rPr>
          <w:sz w:val="20"/>
        </w:rPr>
        <w:t>6:27  bismillah al-rahman al-rahim.</w:t>
      </w:r>
      <w:r>
        <w:br/>
      </w:r>
      <w:r>
        <w:rPr>
          <w:sz w:val="20"/>
        </w:rPr>
        <w:t>6:32  ikhraji aqidat: doctor muhammad naseem siddiqui sahib.</w:t>
      </w:r>
      <w:r>
        <w:br/>
      </w:r>
      <w:r>
        <w:rPr>
          <w:sz w:val="20"/>
        </w:rPr>
        <w:t>6:38  naseem ke maani hain subah ki thandi hoowa.</w:t>
      </w:r>
      <w:r>
        <w:br/>
      </w:r>
      <w:r>
        <w:rPr>
          <w:sz w:val="20"/>
        </w:rPr>
        <w:t>6:43  haqiqatan doctor naseem siddiqui har insaan ke liye sahar ki thandi hawa hi thay.</w:t>
      </w:r>
      <w:r>
        <w:br/>
      </w:r>
      <w:r>
        <w:rPr>
          <w:sz w:val="20"/>
        </w:rPr>
        <w:t>6:49  aik aisi azeem shakhsiyat jinhein kabhi koi bhula nahi sakta.</w:t>
      </w:r>
      <w:r>
        <w:br/>
      </w:r>
      <w:r>
        <w:rPr>
          <w:sz w:val="20"/>
        </w:rPr>
        <w:t>6:54  har ek ke dost, har ek ke rehbar, har ek ke har dil aziz.</w:t>
      </w:r>
      <w:r>
        <w:br/>
      </w:r>
      <w:r>
        <w:rPr>
          <w:sz w:val="20"/>
        </w:rPr>
        <w:t>7:00  ek shafiq baap, bhai, aur ek khoobsurat hamsafar.</w:t>
      </w:r>
      <w:r>
        <w:br/>
      </w:r>
      <w:r>
        <w:rPr>
          <w:sz w:val="20"/>
        </w:rPr>
        <w:t>7:05  chutkulon aur hansi ka fawwara, bohat hazir jawab.</w:t>
      </w:r>
      <w:r>
        <w:br/>
      </w:r>
      <w:r>
        <w:rPr>
          <w:sz w:val="20"/>
        </w:rPr>
        <w:t>7:11  ek mehanti, dedicated, aur danishmand insan.</w:t>
      </w:r>
      <w:r>
        <w:br/>
      </w:r>
      <w:r>
        <w:rPr>
          <w:sz w:val="20"/>
        </w:rPr>
        <w:t>7:16  is azeem shakhsiyat ki zindagi ka safar aur un ki achievements is mukhtasar waqt mein bayan nahi ho sakteen.</w:t>
      </w:r>
      <w:r>
        <w:br/>
      </w:r>
      <w:r>
        <w:rPr>
          <w:sz w:val="20"/>
        </w:rPr>
        <w:t>7:22  un ka isi saala suhana safar bohat eventful raha.</w:t>
      </w:r>
      <w:r>
        <w:br/>
      </w:r>
      <w:r>
        <w:rPr>
          <w:sz w:val="20"/>
        </w:rPr>
        <w:t>7:27  yeh ek behtareen teacher thay jo bachon aur apne sathiyon ko, sathiyon, colleagues ko bohat khoobsurti ke sath</w:t>
      </w:r>
      <w:r>
        <w:br/>
      </w:r>
      <w:r>
        <w:rPr>
          <w:sz w:val="20"/>
        </w:rPr>
        <w:t>7:33  motivate karte thay.</w:t>
      </w:r>
      <w:r>
        <w:br/>
      </w:r>
      <w:r>
        <w:rPr>
          <w:sz w:val="20"/>
        </w:rPr>
        <w:t>7:38  dost hone ke bawajood kabhi apne usoolon se samajhauta nahi kiya.</w:t>
      </w:r>
      <w:r>
        <w:br/>
      </w:r>
      <w:r>
        <w:rPr>
          <w:sz w:val="20"/>
        </w:rPr>
        <w:t>7:44  un ki qualities is baat se sabit hoti hain ke yeh jab young lecturer bane, un ke kuch</w:t>
      </w:r>
      <w:r>
        <w:br/>
      </w:r>
      <w:r>
        <w:rPr>
          <w:sz w:val="20"/>
        </w:rPr>
        <w:t>7:49  students un se sirf char panch saal hi baray thay, jo ke bohat bigray hue raees aur college</w:t>
      </w:r>
      <w:r>
        <w:br/>
      </w:r>
      <w:r>
        <w:rPr>
          <w:sz w:val="20"/>
        </w:rPr>
        <w:t>7:55  ke dada qism ke larkay thay.</w:t>
      </w:r>
      <w:r>
        <w:br/>
      </w:r>
      <w:r>
        <w:rPr>
          <w:sz w:val="20"/>
        </w:rPr>
        <w:t>8:00  kabhi kabhi senior lecturers ke control se bahar thay.</w:t>
      </w:r>
      <w:r>
        <w:br/>
      </w:r>
      <w:r>
        <w:rPr>
          <w:sz w:val="20"/>
        </w:rPr>
        <w:t>8:06  lekin naseem sahib ki shafqat, mohabbat, aur techful handling ne jadu ki chhari ka kaam kiya aur woh</w:t>
      </w:r>
      <w:r>
        <w:br/>
      </w:r>
      <w:r>
        <w:rPr>
          <w:sz w:val="20"/>
        </w:rPr>
        <w:t>8:11  sab sudhar gaye, naseem sahib ki hi baat manne lage.</w:t>
      </w:r>
      <w:r>
        <w:br/>
      </w:r>
      <w:r>
        <w:rPr>
          <w:sz w:val="20"/>
        </w:rPr>
        <w:t>8:17  yeh hamesha ek dost, ek bhai, ek guide, ek leader, ek team ki tarah sab ko sath le kar chale.</w:t>
      </w:r>
      <w:r>
        <w:br/>
      </w:r>
      <w:r>
        <w:rPr>
          <w:sz w:val="20"/>
        </w:rPr>
        <w:t>8:22  jis shobay mein bhi rahe, un ke colleagues aur subordinates ne apna bharpoor taawun, cooperation unhein diya.</w:t>
      </w:r>
      <w:r>
        <w:br/>
      </w:r>
      <w:r>
        <w:rPr>
          <w:sz w:val="20"/>
        </w:rPr>
        <w:t>8:28  USA mein PhD ki, wahan bhi academic, social, aur cultural activities mein bharpoor hissa liya.</w:t>
      </w:r>
      <w:r>
        <w:br/>
      </w:r>
      <w:r>
        <w:rPr>
          <w:sz w:val="20"/>
        </w:rPr>
        <w:t>8:33  ek popular teacher thay, ek dost rahay.</w:t>
      </w:r>
      <w:r>
        <w:br/>
      </w:r>
      <w:r>
        <w:rPr>
          <w:sz w:val="20"/>
        </w:rPr>
        <w:t>8:39  dilli, aah, dilli administration mein science counselor rahe, MCD ke director rahe, aah, DIET ke, um,</w:t>
      </w:r>
      <w:r>
        <w:br/>
      </w:r>
      <w:r>
        <w:rPr>
          <w:sz w:val="20"/>
        </w:rPr>
        <w:t>8:44  first DIET, aah, principal, aah, primary education mein principal rahay.</w:t>
      </w:r>
      <w:r>
        <w:br/>
      </w:r>
      <w:r>
        <w:rPr>
          <w:sz w:val="20"/>
        </w:rPr>
        <w:t>8:50  aah, sorry, aah, DIET ke first founder principal rahay.</w:t>
      </w:r>
      <w:r>
        <w:br/>
      </w:r>
      <w:r>
        <w:rPr>
          <w:sz w:val="20"/>
        </w:rPr>
        <w:t>8:55  aah, SCERT mein rahe, das saalon se Maulana Wahiduddin sahib ke haan, aah,</w:t>
      </w:r>
      <w:r>
        <w:br/>
      </w:r>
      <w:r>
        <w:rPr>
          <w:sz w:val="20"/>
        </w:rPr>
        <w:t>9:01  Center for Peace and Spiritual, aah, Center ke senior member thay.</w:t>
      </w:r>
      <w:r>
        <w:br/>
      </w:r>
      <w:r>
        <w:rPr>
          <w:sz w:val="20"/>
        </w:rPr>
        <w:t>9:06  aur yahan unhon ne Quran ke message ko scientific method se pesh karne ki koshish ki.</w:t>
      </w:r>
      <w:r>
        <w:br/>
      </w:r>
      <w:r>
        <w:rPr>
          <w:sz w:val="20"/>
        </w:rPr>
        <w:t>9:12  logon ki madad ke liye un ke ghar aur daftar ke darwaze hamesha khule rehte the.</w:t>
      </w:r>
      <w:r>
        <w:br/>
      </w:r>
      <w:r>
        <w:rPr>
          <w:sz w:val="20"/>
        </w:rPr>
        <w:t>9:18  ek behtareen writer the, shair, kitab, academic kitabon ke author, ek lajawab insan.</w:t>
      </w:r>
      <w:r>
        <w:br/>
      </w:r>
      <w:r>
        <w:rPr>
          <w:sz w:val="20"/>
        </w:rPr>
        <w:t>9:23  hamesha hamare dilon mein ek guide aur ek guide force aur light ki tarah hamesha roshan rahenge.</w:t>
      </w:r>
      <w:r>
        <w:br/>
      </w:r>
      <w:r>
        <w:rPr>
          <w:sz w:val="20"/>
        </w:rPr>
        <w:t>9:29  Honesty, generosity, aur positivity ke nayab misaal the, Naseem sahib ki tarah hamesha, Naseem sehar ki tarah hamesha</w:t>
      </w:r>
      <w:r>
        <w:br/>
      </w:r>
      <w:r>
        <w:rPr>
          <w:sz w:val="20"/>
        </w:rPr>
        <w:t>9:34  tamam chaman ko roshan aur thandak pahunchate rahenge.</w:t>
      </w:r>
      <w:r>
        <w:br/>
      </w:r>
      <w:r>
        <w:rPr>
          <w:sz w:val="20"/>
        </w:rPr>
        <w:t>9:40  hazaron saal nargis apni be-noori pe roti hai, bari mushkil se hota hai chaman mein deeda-war paida.</w:t>
      </w:r>
      <w:r>
        <w:br/>
      </w:r>
      <w:r>
        <w:rPr>
          <w:sz w:val="20"/>
        </w:rPr>
        <w:t>9:45  yahi Dr Naseem sahib the, ek mukammal shakhsiyat, ek mukammal insan.</w:t>
      </w:r>
      <w:r>
        <w:br/>
      </w:r>
      <w:r>
        <w:rPr>
          <w:sz w:val="20"/>
        </w:rPr>
        <w:t>9:51  aah, yeh message to woh hai jo un ki family ne un ko tribute kiya, un ke log.</w:t>
      </w:r>
      <w:r>
        <w:br/>
      </w:r>
      <w:r>
        <w:rPr>
          <w:sz w:val="20"/>
        </w:rPr>
        <w:t>9:56  aah, main kuch thodi si ek adha cheez mein batana chahungi ke main ne un ko dekha,</w:t>
      </w:r>
      <w:r>
        <w:br/>
      </w:r>
      <w:r>
        <w:rPr>
          <w:sz w:val="20"/>
        </w:rPr>
        <w:t>10:02  door se dekha.</w:t>
      </w:r>
      <w:r>
        <w:br/>
      </w:r>
      <w:r>
        <w:rPr>
          <w:sz w:val="20"/>
        </w:rPr>
        <w:t>10:07  ittifaq aisa hai ke woh jis gaon se un ka talluq hai, mera bhi unhi se hai.</w:t>
      </w:r>
      <w:r>
        <w:br/>
      </w:r>
      <w:r>
        <w:rPr>
          <w:sz w:val="20"/>
        </w:rPr>
        <w:t>10:13  gaon ke woh log jo un se, aah, na hi, aah, taleem ke lehaz se, na hi society</w:t>
      </w:r>
      <w:r>
        <w:br/>
      </w:r>
      <w:r>
        <w:rPr>
          <w:sz w:val="20"/>
        </w:rPr>
        <w:t>10:18  ke lehaz se, aah, samajhi rutbe ke hisab se, na hi economically kahin un ke samne, aah, nahin theharte the.</w:t>
      </w:r>
      <w:r>
        <w:br/>
      </w:r>
      <w:r>
        <w:rPr>
          <w:sz w:val="20"/>
        </w:rPr>
        <w:t>10:24  lekin agar woh Naseem sahib ke pas kisi kaam se ate to hamesha Naseem sahib un ke liye</w:t>
      </w:r>
      <w:r>
        <w:br/>
      </w:r>
      <w:r>
        <w:rPr>
          <w:sz w:val="20"/>
        </w:rPr>
        <w:t>10:29  isi tarah khade rehte.</w:t>
      </w:r>
      <w:r>
        <w:br/>
      </w:r>
      <w:r>
        <w:rPr>
          <w:sz w:val="20"/>
        </w:rPr>
        <w:t>10:35  main ne un ko khandan ki chhoti chhoti shadiyon mein dekha ke yahan kahan Naseem sahib itne bare</w:t>
      </w:r>
      <w:r>
        <w:br/>
      </w:r>
      <w:r>
        <w:rPr>
          <w:sz w:val="20"/>
        </w:rPr>
        <w:t>10:40  aadmi hain aur kahan woh chhote se masoom se rishtedar.</w:t>
      </w:r>
      <w:r>
        <w:br/>
      </w:r>
      <w:r>
        <w:rPr>
          <w:sz w:val="20"/>
        </w:rPr>
        <w:t>10:46  lekin, aah, jaise Islam mein kaha gaya hai ke dil ke rishte se milo, rutba un se.</w:t>
      </w:r>
      <w:r>
        <w:br/>
      </w:r>
      <w:r>
        <w:rPr>
          <w:sz w:val="20"/>
        </w:rPr>
        <w:t>10:51  to har jagah pahunchte aur isi khuloos ke sath pahunchte.</w:t>
      </w:r>
      <w:r>
        <w:br/>
      </w:r>
      <w:r>
        <w:rPr>
          <w:sz w:val="20"/>
        </w:rPr>
        <w:t>10:57  sach mein main bataun, logon ko andaza bhi nahin hota tha ke Naseem sahib kis rutbe ke insan hain.</w:t>
      </w:r>
      <w:r>
        <w:br/>
      </w:r>
      <w:r>
        <w:rPr>
          <w:sz w:val="20"/>
        </w:rPr>
        <w:t>11:02  woh jis tarah se ek aam aadmi ki tarah un logon se ghul mil kar baaten karte the</w:t>
      </w:r>
      <w:r>
        <w:br/>
      </w:r>
      <w:r>
        <w:rPr>
          <w:sz w:val="20"/>
        </w:rPr>
        <w:t>11:08  aur wahin rehte the, woh ek bari shakhsiyat hi kar sakti hai.</w:t>
      </w:r>
      <w:r>
        <w:br/>
      </w:r>
      <w:r>
        <w:rPr>
          <w:sz w:val="20"/>
        </w:rPr>
        <w:t>11:13  aur shayad ek aurat ke liye zindagi mein sab se bari khushi jo hoti hai, woh us ke</w:t>
      </w:r>
      <w:r>
        <w:br/>
      </w:r>
      <w:r>
        <w:rPr>
          <w:sz w:val="20"/>
        </w:rPr>
        <w:t>11:19  life partner ka us ke sath aur us ke ham-mizaj hona hai.</w:t>
      </w:r>
      <w:r>
        <w:br/>
      </w:r>
      <w:r>
        <w:rPr>
          <w:sz w:val="20"/>
        </w:rPr>
        <w:t>11:24  aur is mamle mein Dr Najma Siddiqui bohat khush qismat hain ke main ne un ko hamesha Naseem</w:t>
      </w:r>
      <w:r>
        <w:br/>
      </w:r>
      <w:r>
        <w:rPr>
          <w:sz w:val="20"/>
        </w:rPr>
        <w:t>11:30  sahib ko un ke sath, un ke khayalat mein paya.</w:t>
      </w:r>
      <w:r>
        <w:br/>
      </w:r>
      <w:r>
        <w:rPr>
          <w:sz w:val="20"/>
        </w:rPr>
        <w:t>11:35  unhon ne jitni, aah, khamosh khidmat ki hai logon ki, woh to wohi log jante hain jin ki</w:t>
      </w:r>
      <w:r>
        <w:br/>
      </w:r>
      <w:r>
        <w:rPr>
          <w:sz w:val="20"/>
        </w:rPr>
        <w:t>11:41  unhon ne chup chap khidmat kar guzre aur kisi se is ka zikr bhi nahin kiya.</w:t>
      </w:r>
      <w:r>
        <w:br/>
      </w:r>
      <w:r>
        <w:rPr>
          <w:sz w:val="20"/>
        </w:rPr>
        <w:t>11:46  khuda un ko ghareeq rehmat kare aur karwat karwat jannat naseeb kare, hamari dua hai.</w:t>
      </w:r>
      <w:r>
        <w:br/>
      </w:r>
      <w:r>
        <w:rPr>
          <w:sz w:val="20"/>
        </w:rPr>
        <w:t>11:52  aur aap sab se bhi guzarish hai ke aap un ke liye dua-e-khair karen. Allah hafiz.</w:t>
      </w:r>
      <w:r>
        <w:br/>
      </w:r>
      <w:r>
        <w:rPr>
          <w:sz w:val="20"/>
        </w:rPr>
        <w:t>11:58  I would now request his close friend and colleague, Mr. Jasram Kaim, Director of Planning Education, MCD North, to come here and say a few words. I would also request all of you to kindly switch off your mobile phones.</w:t>
      </w:r>
    </w:p>
    <w:p>
      <w:pPr>
        <w:pStyle w:val="Heading2"/>
      </w:pPr>
      <w:r>
        <w:t>Pampering causes children's ruin</w:t>
      </w:r>
    </w:p>
    <w:p>
      <w:r>
        <w:rPr>
          <w:color w:val="666666"/>
          <w:sz w:val="18"/>
        </w:rPr>
        <w:t>The Case of Present Day Muslims (In Conversation with Maulana) February 14, 2010 · 3m 44s · at 27:59 · https://youtu.be/Rw-5WYJKQtw?t=1679</w:t>
      </w:r>
    </w:p>
    <w:p>
      <w:r>
        <w:rPr>
          <w:i/>
        </w:rPr>
        <w:t>“Only one reason: pampering.”</w:t>
      </w:r>
    </w:p>
    <w:p>
      <w:r>
        <w:rPr>
          <w:sz w:val="20"/>
        </w:rPr>
        <w:t>27:59  yani unki auladen nalaik bhi hain aur naferman bhi. is ki kya wajah hai?</w:t>
      </w:r>
      <w:r>
        <w:br/>
      </w:r>
      <w:r>
        <w:rPr>
          <w:sz w:val="20"/>
        </w:rPr>
        <w:t>28:08  sirf aik wajah hai: pampering. sari zimmedari maa baap par hai. har maa baap pampering kar ke apne bachhon ko kharab karte hain.</w:t>
      </w:r>
      <w:r>
        <w:br/>
      </w:r>
      <w:r>
        <w:rPr>
          <w:sz w:val="20"/>
        </w:rPr>
        <w:t>28:22  bas aur koi wajah hai hi nahi doosri. apne bachhon ko easy money denge, easy car denge, easy luxury denge.</w:t>
      </w:r>
      <w:r>
        <w:br/>
      </w:r>
      <w:r>
        <w:rPr>
          <w:sz w:val="20"/>
        </w:rPr>
        <w:t>28:31  matlab unhein mehnat nahi karni padi aur free mein baap ne de diya. to sab se buri cheez jo hai, pampering.</w:t>
      </w:r>
      <w:r>
        <w:br/>
      </w:r>
      <w:r>
        <w:rPr>
          <w:sz w:val="20"/>
        </w:rPr>
        <w:t>28:41  bachhon ke andar realistic approach nahi aa pata. haqeeqat nahi samajh paate woh. bana kamaye mil gaya, bana pasina bahaye mil gaya, kuch bhi nahi kiya aur sab cheez mil gayi.</w:t>
      </w:r>
      <w:r>
        <w:br/>
      </w:r>
      <w:r>
        <w:rPr>
          <w:sz w:val="20"/>
        </w:rPr>
        <w:t>28:54  to to bigadenge, woh to bigadenge. aur koi maa baap is ke liye tayyar nahi ke mein pampering karta hoon. mein jis se baap se baat karta hoon na, ae hum to kuch nahi karte, hum kya karte hain?</w:t>
      </w:r>
      <w:r>
        <w:br/>
      </w:r>
      <w:r>
        <w:rPr>
          <w:sz w:val="20"/>
        </w:rPr>
        <w:t>29:06  wajah kya hai? bhai, woh samajhte hain ke humein to is ko dena chahiye hawai jahaz. to humein to aik aik cycle de di hai, humein to dena chahiye aik mahal, humein to aik flat de diya hai.</w:t>
      </w:r>
      <w:r>
        <w:br/>
      </w:r>
      <w:r>
        <w:rPr>
          <w:sz w:val="20"/>
        </w:rPr>
        <w:t>29:19  to koi maa baap is ko pakad nahi paate ke ke ah ke yani asal asal baat kya hai.</w:t>
      </w:r>
      <w:r>
        <w:br/>
      </w:r>
      <w:r>
        <w:rPr>
          <w:sz w:val="20"/>
        </w:rPr>
        <w:t>29:32  to jab tak maa baap pampering ko nahi chhodenge, tab tak bachhe bigadte hi rahenge. bachhon ka bigadna khatm nahi hoga. woh age jo ke hoti hai, jis ko kehte hain yani preparatory period.</w:t>
      </w:r>
      <w:r>
        <w:br/>
      </w:r>
      <w:r>
        <w:rPr>
          <w:sz w:val="20"/>
        </w:rPr>
        <w:t>29:45  bachhon ka jo preparatory period hai, usi mein inko pampering mil rahi hai.</w:t>
      </w:r>
      <w:r>
        <w:br/>
      </w:r>
      <w:r>
        <w:rPr>
          <w:sz w:val="20"/>
        </w:rPr>
        <w:t>29:53  to behal, mein is ko samajhta hoon ke</w:t>
      </w:r>
      <w:r>
        <w:br/>
      </w:r>
      <w:r>
        <w:rPr>
          <w:sz w:val="20"/>
        </w:rPr>
        <w:t>29:58  hadith mein aata hai ke apne bachhon ko namaz parhna sikhao. jab das saal ke ho jayen to to unhein maro.</w:t>
      </w:r>
      <w:r>
        <w:br/>
      </w:r>
      <w:r>
        <w:rPr>
          <w:sz w:val="20"/>
        </w:rPr>
        <w:t>30:08  fa darbah bil ghashrah, yeh hai na? fa darbah bil ghashrah. to log samajhte hain ke marna, marna nahi. hammering karo in ki.</w:t>
      </w:r>
      <w:r>
        <w:br/>
      </w:r>
      <w:r>
        <w:rPr>
          <w:sz w:val="20"/>
        </w:rPr>
        <w:t>30:19  yeh matlab nahi ke danda le ke maro in ko. yeh namaz ki baat nahi hai. yani language of pampering mat istemal karo.</w:t>
      </w:r>
      <w:r>
        <w:br/>
      </w:r>
      <w:r>
        <w:rPr>
          <w:sz w:val="20"/>
        </w:rPr>
        <w:t>30:27  language of hammering istemal karo. yeh matlab hai is ka. log jo hain, apne bachhon ke sath language of language of pampering istemal karte hain.</w:t>
      </w:r>
      <w:r>
        <w:br/>
      </w:r>
      <w:r>
        <w:rPr>
          <w:sz w:val="20"/>
        </w:rPr>
        <w:t>30:37  is hadith ka matlab yeh hai ke nahi, ladke bigad jayenge is se. tum un se language of hammering istemal karo. yeh matlab nahi ke sach much beat beat karo in ki.</w:t>
      </w:r>
      <w:r>
        <w:br/>
      </w:r>
      <w:r>
        <w:rPr>
          <w:sz w:val="20"/>
        </w:rPr>
        <w:t>30:47  to aap ya to yeh kijiye, nahi kijiye to phir bhugtiye is ki price dijiye is ki. agar aap pampering nahi chhodna chahte to phir price is ki dijiye is ki ke ladke bigadenge.</w:t>
      </w:r>
      <w:r>
        <w:br/>
      </w:r>
      <w:r>
        <w:rPr>
          <w:sz w:val="20"/>
        </w:rPr>
        <w:t>31:00  to bigadna hi bigadna hai in ko. to bigadna hi bigadna hai in ko.</w:t>
      </w:r>
      <w:r>
        <w:br/>
      </w:r>
      <w:r>
        <w:rPr>
          <w:sz w:val="20"/>
        </w:rPr>
        <w:t>31:10  is ke bohat bade qisse hain. main chahu to qissa bayan karne ke liye bohat se qisse bayan karu ke kaise kaise log pampering kar ke bigad rakha hai apne bachchon ko logon ne. lekin in principle main kehta hu ke saare maa baap zimmedar hain is situation se.</w:t>
      </w:r>
      <w:r>
        <w:br/>
      </w:r>
      <w:r>
        <w:rPr>
          <w:sz w:val="20"/>
        </w:rPr>
        <w:t>31:25  khud shikayat karte hain aulaad ki. zimmedar woh khud hain. shikayat doosron ko karte hain. zimmedar woh khud hain kyunke woh pampering kar ke kharab kar diya unho ne is ko.</w:t>
      </w:r>
    </w:p>
    <w:p>
      <w:pPr>
        <w:pStyle w:val="Heading2"/>
      </w:pPr>
      <w:r>
        <w:t>Dissent and difference in Muslim world</w:t>
      </w:r>
    </w:p>
    <w:p>
      <w:r>
        <w:rPr>
          <w:color w:val="666666"/>
          <w:sz w:val="18"/>
        </w:rPr>
        <w:t>When God's Name is Invoked December 21, 2019 - Interaction with Maulana Wahiduddin Khan, · 5m 47s · at 31:49 · https://youtu.be/jgNjICoo-Cw?t=1909</w:t>
      </w:r>
    </w:p>
    <w:p>
      <w:r>
        <w:rPr>
          <w:i/>
        </w:rPr>
        <w:t>“Yahan se lekar America tak maine is par ghor kiya hai.”</w:t>
      </w:r>
    </w:p>
    <w:p>
      <w:r>
        <w:rPr>
          <w:sz w:val="20"/>
        </w:rPr>
        <w:t>31:49  ek cheez maine discover ki,</w:t>
      </w:r>
      <w:r>
        <w:br/>
      </w:r>
      <w:r>
        <w:rPr>
          <w:sz w:val="20"/>
        </w:rPr>
        <w:t>31:59  aur woh discovery mujhe America mein hui. maine poocha ek America mein ek senior professor se ke maghrib ki taraqqi ka raaz kya hai?</w:t>
      </w:r>
      <w:r>
        <w:br/>
      </w:r>
      <w:r>
        <w:rPr>
          <w:sz w:val="20"/>
        </w:rPr>
        <w:t>32:16  us ne kaha ke pehle zamaney mein sari duniya ke log die of armor thinking mein jeete the.</w:t>
      </w:r>
      <w:r>
        <w:br/>
      </w:r>
      <w:r>
        <w:rPr>
          <w:sz w:val="20"/>
        </w:rPr>
        <w:t>32:25  is sachai ko sirf do mein bantna: galat, sahi, haram, halaal,</w:t>
      </w:r>
      <w:r>
        <w:br/>
      </w:r>
      <w:r>
        <w:rPr>
          <w:sz w:val="20"/>
        </w:rPr>
        <w:t>32:33  yeh ibtida hota tha. to jab aadmi samajhta tha ke main sahi baat bol raha hoon to woh ladta tha, woh yahan tak ke woh qatl bhi hota tha.</w:t>
      </w:r>
      <w:r>
        <w:br/>
      </w:r>
      <w:r>
        <w:rPr>
          <w:sz w:val="20"/>
        </w:rPr>
        <w:t>32:43  to sahih o galat mein baantna, haram o halaal mein baantna, yeh hai die of armor thinking. Musalmanon mein aap dekhiye ke Abbasi daur mein,</w:t>
      </w:r>
      <w:r>
        <w:br/>
      </w:r>
      <w:r>
        <w:rPr>
          <w:sz w:val="20"/>
        </w:rPr>
        <w:t>32:57  Umaviya ke daur mein, har zamane mein ladai hoti rahi. Is ki wajah se hi ke log jeete the die of armor thinking mein, ya to haram ya halaal.</w:t>
      </w:r>
      <w:r>
        <w:br/>
      </w:r>
      <w:r>
        <w:rPr>
          <w:sz w:val="20"/>
        </w:rPr>
        <w:t>33:09  In ka kehna tha ke al-haq al-ilahi taqaddus. Lekin Europe mein main samajhta hoon ke bohat bari cheez unhon ne, un ka aik kar-nama hai ke unhon ne aik aik naya term yeh ijad kiya,</w:t>
      </w:r>
      <w:r>
        <w:br/>
      </w:r>
      <w:r>
        <w:rPr>
          <w:sz w:val="20"/>
        </w:rPr>
        <w:t>33:26  naya term. Main ne is ki kamal kiya, unhon ne woh yeh hai ke woh different, hum hum aik hi lafz jante hain, different.</w:t>
      </w:r>
      <w:r>
        <w:br/>
      </w:r>
      <w:r>
        <w:rPr>
          <w:sz w:val="20"/>
        </w:rPr>
        <w:t>33:43  Unhon ne kiya kiya? Kiya tha?</w:t>
      </w:r>
      <w:r>
        <w:br/>
      </w:r>
      <w:r>
        <w:rPr>
          <w:sz w:val="20"/>
        </w:rPr>
        <w:t>33:48  Dissent, Dissent, D-I-S-S-E-N-T. Saare logon ko sirf different ka lafz pata tha, lekin unhon ne naya lafz ijad kiya, Dissent, D-I-S-S-E-N-T.</w:t>
      </w:r>
      <w:r>
        <w:br/>
      </w:r>
      <w:r>
        <w:rPr>
          <w:sz w:val="20"/>
        </w:rPr>
        <w:t>34:06  To Dissent aik neutral word hai,</w:t>
      </w:r>
      <w:r>
        <w:br/>
      </w:r>
      <w:r>
        <w:rPr>
          <w:sz w:val="20"/>
        </w:rPr>
        <w:t>34:12  difference neutral word nahi hai. Dissent neutral word hai. Yani mujhe aap se ikhtilaf ho to main yeh bhi samjhun, yeh nahi samjhna ke bas meri baat sahi hai, aap ki sab galat hai.</w:t>
      </w:r>
      <w:r>
        <w:br/>
      </w:r>
      <w:r>
        <w:rPr>
          <w:sz w:val="20"/>
        </w:rPr>
        <w:t>34:27  Ho sakta hai ke aap ki baat sahi ho. Isi aaj ka insan jab bolta hai, aik rai dega to yeh kahega ke apni baat kehte hue yeh bhi keh dega ke maybe I am,</w:t>
      </w:r>
      <w:r>
        <w:br/>
      </w:r>
      <w:r>
        <w:rPr>
          <w:sz w:val="20"/>
        </w:rPr>
        <w:t>34:46  maybe I am wrong. Yeh keh dega. Yeh hai Dissent. Hamare mashriq, mashriq East ke zubanon mein Dissent ka term hai hi nahi.</w:t>
      </w:r>
      <w:r>
        <w:br/>
      </w:r>
      <w:r>
        <w:rPr>
          <w:sz w:val="20"/>
        </w:rPr>
        <w:t>34:59  Mislan Urdu mein, Angrezi mein, Urdu mein, Farsi mein, Arabi mein Dissent ka lafz nahi hai, neutral term. To yeh D-I-S-S-E-N-T ka jo term hai, woh jo maghrib mein shayad kahin aaya ho, lekin yeh bohat bara kar-nama in logon ka hai ke jab se yeh lafz aaya hai, tab se tashaddud khatam ho gaya.</w:t>
      </w:r>
      <w:r>
        <w:br/>
      </w:r>
      <w:r>
        <w:rPr>
          <w:sz w:val="20"/>
        </w:rPr>
        <w:t>35:26  Rai par tashaddud, rai par tashaddud khatam ho gaya. To main parhta tha apne madrasay mein, to wahan hamare aik saathi hote the, Anwar aadmi.</w:t>
      </w:r>
      <w:r>
        <w:br/>
      </w:r>
      <w:r>
        <w:rPr>
          <w:sz w:val="20"/>
        </w:rPr>
        <w:t>35:38  To Anwar aadmi kehte the ke sab se pehle qurbani rai ki qurbani hai. To unhon ne aadhi baat jani thi, yani aadmi ki rai hone ke baad tashaddud na ho.</w:t>
      </w:r>
      <w:r>
        <w:br/>
      </w:r>
      <w:r>
        <w:rPr>
          <w:sz w:val="20"/>
        </w:rPr>
        <w:t>35:51  Lekin America ke professor ban jana aik aik aur baat ke woh apni rai ko mante hue woh samjhe ke doosri ki rai bhi sahi ho sakti hai.</w:t>
      </w:r>
      <w:r>
        <w:br/>
      </w:r>
      <w:r>
        <w:rPr>
          <w:sz w:val="20"/>
        </w:rPr>
        <w:t>36:06  To difference ka jo jo lafz unhon ne daryaft kiya, Dissent, D-I-S-S-E-N-T, is ka kar-nama yeh hai.</w:t>
      </w:r>
      <w:r>
        <w:br/>
      </w:r>
      <w:r>
        <w:rPr>
          <w:sz w:val="20"/>
        </w:rPr>
        <w:t>36:18  Aur yeh Musalman aisa nahi kar sake. Musalman difference aur Dissent ka term istemal nahi kar sake.</w:t>
      </w:r>
      <w:r>
        <w:br/>
      </w:r>
      <w:r>
        <w:rPr>
          <w:sz w:val="20"/>
        </w:rPr>
        <w:t>36:28  Woh bas difference ko jante the. Al-haq al-ilahi a'tad, al-haq al-ilahi a'tad, al-haq al-ilahi a'tad.</w:t>
      </w:r>
      <w:r>
        <w:br/>
      </w:r>
      <w:r>
        <w:rPr>
          <w:sz w:val="20"/>
        </w:rPr>
        <w:t>36:42  Maulana, mera sawal aik hai ke jab Quran aik hai to phir Muslims mein itne sects kyun hain? Different sects.</w:t>
      </w:r>
      <w:r>
        <w:br/>
      </w:r>
      <w:r>
        <w:rPr>
          <w:sz w:val="20"/>
        </w:rPr>
        <w:t>37:00  Nodep Sahab ka sawal hai ke jab Quran aik hai to Musalmanon mein itne zyada firqay kyun hain?</w:t>
      </w:r>
      <w:r>
        <w:br/>
      </w:r>
      <w:r>
        <w:rPr>
          <w:sz w:val="20"/>
        </w:rPr>
        <w:t>37:07  Yahi to unhon ne keh diya ke aik hai, phir bhi is mein different interpretation ki zubanon ki gunjaish hai kyunke Quran multi-speaking language mein nahi hai.</w:t>
      </w:r>
      <w:r>
        <w:br/>
      </w:r>
      <w:r>
        <w:rPr>
          <w:sz w:val="20"/>
        </w:rPr>
        <w:t>37:23  Science mein multi-speaking language mein hoti hai, lekin wahan aik hi setting mein chalti hai, do nahi.</w:t>
      </w:r>
    </w:p>
    <w:p>
      <w:pPr>
        <w:pStyle w:val="Heading2"/>
      </w:pPr>
      <w:r>
        <w:t>Shariah flexibility and head covering</w:t>
      </w:r>
    </w:p>
    <w:p>
      <w:r>
        <w:rPr>
          <w:color w:val="666666"/>
          <w:sz w:val="18"/>
        </w:rPr>
        <w:t>Ramadan Q and A Session with Prof. Farida Khanam 27th March' 2022 · 5m 39s · at 23:29 · https://youtu.be/M_pJVGZWKIM?t=1409</w:t>
      </w:r>
    </w:p>
    <w:p>
      <w:r>
        <w:rPr>
          <w:i/>
        </w:rPr>
        <w:t>“Aur Shabana wants to ask a question”</w:t>
      </w:r>
    </w:p>
    <w:p>
      <w:r>
        <w:rPr>
          <w:sz w:val="20"/>
        </w:rPr>
        <w:t>23:29  aur shabanu wants to ask a question. please go ahead shabanu. aslam likho mujhe sawal ramzan se related to nahi hai. hamari cps ki group ke discussion se related hai. mujhe doctor safeena ne ek explanation mein humein bataya ahia islam ki ka koi reference diya tha. i'm so sorry mujhe ayat yaad nahi hai.</w:t>
      </w:r>
      <w:r>
        <w:br/>
      </w:r>
      <w:r>
        <w:rPr>
          <w:sz w:val="20"/>
        </w:rPr>
        <w:t>23:58  agar aap mein se kisi ko yaad ho to please mere is question ke saath add kar lijiyega.</w:t>
      </w:r>
      <w:r>
        <w:br/>
      </w:r>
      <w:r>
        <w:rPr>
          <w:sz w:val="20"/>
        </w:rPr>
        <w:t>24:03  lekin usmein jo mujhe baat kuch samajh aa rahi thi wah yeh ki allah taala ne shariyaton mein</w:t>
      </w:r>
      <w:r>
        <w:br/>
      </w:r>
      <w:r>
        <w:rPr>
          <w:sz w:val="20"/>
        </w:rPr>
        <w:t>24:09  fark rakha hai aur usmein kuch jo mujhe samajh aa rahi hai agar main jo bhi galat samajh</w:t>
      </w:r>
      <w:r>
        <w:br/>
      </w:r>
      <w:r>
        <w:rPr>
          <w:sz w:val="20"/>
        </w:rPr>
        <w:t>24:15  aa rahi hoon to please mujhe guide kijiyega ki allah tara ne shariyaton mein fark isliye rakha ki</w:t>
      </w:r>
      <w:r>
        <w:br/>
      </w:r>
      <w:r>
        <w:rPr>
          <w:sz w:val="20"/>
        </w:rPr>
        <w:t>24:21  hum samajh paaye aur mujhe ismein yeh bhi samajh aa raha tha ki hum agar hum travel dekhte</w:t>
      </w:r>
      <w:r>
        <w:br/>
      </w:r>
      <w:r>
        <w:rPr>
          <w:sz w:val="20"/>
        </w:rPr>
        <w:t>24:26  hain journey hast adam se lekar yahan tak to ek jo difference aa raha hai wah time and</w:t>
      </w:r>
      <w:r>
        <w:br/>
      </w:r>
      <w:r>
        <w:rPr>
          <w:sz w:val="20"/>
        </w:rPr>
        <w:t>24:32  space ka difference aa raha hai na ki civilizations badli hain, mahaul badla hai, environment badli hai us</w:t>
      </w:r>
      <w:r>
        <w:br/>
      </w:r>
      <w:r>
        <w:rPr>
          <w:sz w:val="20"/>
        </w:rPr>
        <w:t>24:38  lihaza se aur generation badli hai, naslon ka irtqaah hua hai, irtqaah se murad ke environment ka irtqaah</w:t>
      </w:r>
      <w:r>
        <w:br/>
      </w:r>
      <w:r>
        <w:rPr>
          <w:sz w:val="20"/>
        </w:rPr>
        <w:t>24:44  hua hai, infrastructure ka irtqaah hua hai.</w:t>
      </w:r>
      <w:r>
        <w:br/>
      </w:r>
      <w:r>
        <w:rPr>
          <w:sz w:val="20"/>
        </w:rPr>
        <w:t>24:50  uske lihaz se profit to profit jo shariyat hai wah jo tareeke hain wah badle hain aur aur doctor safeena ne us message mein humein wah jo padhkar samjhane ki koshish ki thi ke alataala ne zamood ko toda hai aur shariyat jo hai wah is tarah se badli gayi hai.</w:t>
      </w:r>
      <w:r>
        <w:br/>
      </w:r>
      <w:r>
        <w:rPr>
          <w:sz w:val="20"/>
        </w:rPr>
        <w:t>25:08  agar is nazar se quran ko is aspect se dekhu to shariyat badalti hui nazar aa rahi hai aur jab hum latala se milne ka ki baat karte hain to usmein shariyat is not is not what is mattering. wah jo jo jiska sawal hoga wah aqide ka sawal ho raha hai aur aqida kya tha uska sawal ho raha hai.</w:t>
      </w:r>
      <w:r>
        <w:br/>
      </w:r>
      <w:r>
        <w:rPr>
          <w:sz w:val="20"/>
        </w:rPr>
        <w:t>25:30  to mujhe aisa lag raha hai ke hamare din mein kuch constant factor hain aur kuch variable factor hain. jaise physics aur chemistry ke kuch laws hote hain usmein humne kab koi cheezein wah karan hota pakad mein nahi aa raha hai. to the point bataein. yeh question is kya yes. hum</w:t>
      </w:r>
      <w:r>
        <w:br/>
      </w:r>
      <w:r>
        <w:rPr>
          <w:sz w:val="20"/>
        </w:rPr>
        <w:t>25:52  kya hum keh sakte hain ke deen ke jo shariyat hai wah variable factor hai aur aqida jo hai wah constant factor hai. to to hamara focus aqide par rehna chahiye kyunke over the time hamari jo tareeke hain wah badalte jayenge to kyunke kya hum is tarah se bol sakte hain? zija kalam.</w:t>
      </w:r>
      <w:r>
        <w:br/>
      </w:r>
      <w:r>
        <w:rPr>
          <w:sz w:val="20"/>
        </w:rPr>
        <w:t>26:17  akeeda to permanent part hai aur shariyat mein to tabdeeli hoti hai halaat ke lihaz se tabdeeli hoti hai aur mulk mein logon ki jo shariyat hai dress hai unka jo pehnawa hai unke jo rusu hain rawaj hai to wah to fark hota hi hai ab jo sard mausam hai to wahan ka doosra dress hoga to garam mausam doosra dress hoga.</w:t>
      </w:r>
      <w:r>
        <w:br/>
      </w:r>
      <w:r>
        <w:rPr>
          <w:sz w:val="20"/>
        </w:rPr>
        <w:t>26:42  ab isi mein mere khyal mein yeh yeh iska bhi aata hai ki yeh parde wala hum fasla bhi isi mein aata hai ki pehle zamane mein school nahi hote the unka uniform nahi hota tha. ab uniform hota hai to school woh ismein hum sochenge ki bhai ab ya to saare bachchon ko jahil rakho ya bachchon ko padhao to school ka uniform accept karo.</w:t>
      </w:r>
      <w:r>
        <w:br/>
      </w:r>
      <w:r>
        <w:rPr>
          <w:sz w:val="20"/>
        </w:rPr>
        <w:t>27:10  to yeh sab baatein hain jo Maulana ko milkar usko istehad karna chahiye kyunki hamare khaas ismein bahut zyada intezam kiya gaya ruxsat ka bunjaish hai ruxsat hai.</w:t>
      </w:r>
      <w:r>
        <w:br/>
      </w:r>
      <w:r>
        <w:rPr>
          <w:sz w:val="20"/>
        </w:rPr>
        <w:t>27:23  misal ke daur par main batati hoon ki agar hum wazu nahi kar sakte hain hum kisi bimari hai, thanda hai mausam hai to hum tayammum kar sakte hain hum khade hokar namaz nahi padh sakte hain to baithkar namaz padh sakte hain to Islam itna beautiful religion hai usmein taayamat tak ke hisab se usmein saare intezammat kar diye gaye hain logon ki rigidity se problem ho raha hai.</w:t>
      </w:r>
      <w:r>
        <w:br/>
      </w:r>
      <w:r>
        <w:rPr>
          <w:sz w:val="20"/>
        </w:rPr>
        <w:t>27:48  to yeh rigidity hai uski wajah se problem ho raha hai Islam mein koi problem nahi hai. akela to permanent hai hota ek hai permanent hai namaz roza aaj zakat.</w:t>
      </w:r>
      <w:r>
        <w:br/>
      </w:r>
      <w:r>
        <w:rPr>
          <w:sz w:val="20"/>
        </w:rPr>
        <w:t>27:58  yeh sab permanent hai lekin jo taur tareeqe hain usmein koi gunjaish hai islam mein change karne ki</w:t>
      </w:r>
      <w:r>
        <w:br/>
      </w:r>
      <w:r>
        <w:rPr>
          <w:sz w:val="20"/>
        </w:rPr>
        <w:t>28:04  toh hum us hum jaise main yeh odhe hoon yeh yeh khimar hai yeh khimar hai aur isi</w:t>
      </w:r>
      <w:r>
        <w:br/>
      </w:r>
      <w:r>
        <w:rPr>
          <w:sz w:val="20"/>
        </w:rPr>
        <w:t>28:10  tareeqe se jilbag hota tha woh yahan daal diya jata tha lekin woh school mein jilbag vilbag daalkar</w:t>
      </w:r>
      <w:r>
        <w:br/>
      </w:r>
      <w:r>
        <w:rPr>
          <w:sz w:val="20"/>
        </w:rPr>
        <w:t>28:16  jayenge toh woh school mein bachchon ko padhne nahi denge tamam duniya mein apne bachchon ko school mein</w:t>
      </w:r>
      <w:r>
        <w:br/>
      </w:r>
      <w:r>
        <w:rPr>
          <w:sz w:val="20"/>
        </w:rPr>
        <w:t>28:22  uniform ke mutabiq padha rahi hai toh yahi sab baatein hain jo unko samajhna chahiye ki hamein is</w:t>
      </w:r>
      <w:r>
        <w:br/>
      </w:r>
      <w:r>
        <w:rPr>
          <w:sz w:val="20"/>
        </w:rPr>
        <w:t>28:28  duniya mein uske rawaj ke mutabiq jo ki quran hadish ki spirit se na takrayein usmein hum kis</w:t>
      </w:r>
      <w:r>
        <w:br/>
      </w:r>
      <w:r>
        <w:rPr>
          <w:sz w:val="20"/>
        </w:rPr>
        <w:t>28:34  tarah rahe hain?</w:t>
      </w:r>
      <w:r>
        <w:br/>
      </w:r>
      <w:r>
        <w:rPr>
          <w:sz w:val="20"/>
        </w:rPr>
        <w:t>28:41  to yeh samajhna padega. izhaar kar lo is saath mein. Apa Apa ek question mera tha hai na Islam mein sar ko dhakna hai. haan uska band shayad timing ke paas pura hai.</w:t>
      </w:r>
      <w:r>
        <w:br/>
      </w:r>
      <w:r>
        <w:rPr>
          <w:sz w:val="20"/>
        </w:rPr>
        <w:t>29:08  maine baar baar puran ki ayat ko dekha hai main aapko bhej bhi doongi asal mein kya hai</w:t>
      </w:r>
    </w:p>
    <w:p>
      <w:pPr>
        <w:pStyle w:val="Heading2"/>
      </w:pPr>
      <w:r>
        <w:t>Patience is basis of compassion</w:t>
      </w:r>
    </w:p>
    <w:p>
      <w:r>
        <w:rPr>
          <w:color w:val="666666"/>
          <w:sz w:val="18"/>
        </w:rPr>
        <w:t>Art of War and Islam · 6m 26s · at 41:41 · https://youtu.be/LvYP_pf17S0?t=2501</w:t>
      </w:r>
    </w:p>
    <w:p>
      <w:r>
        <w:rPr>
          <w:i/>
        </w:rPr>
        <w:t>“Wa tawaso bi-sabre, wa tawaso bil-marhamah”</w:t>
      </w:r>
    </w:p>
    <w:p>
      <w:r>
        <w:rPr>
          <w:sz w:val="20"/>
        </w:rPr>
        <w:t>41:41  words that is, "Wa tawaso bi-sabre, wa tawaso bil-marham."</w:t>
      </w:r>
      <w:r>
        <w:br/>
      </w:r>
      <w:r>
        <w:rPr>
          <w:sz w:val="20"/>
        </w:rPr>
        <w:t>41:58  It means that true believers it gives us the ways of true believers.</w:t>
      </w:r>
      <w:r>
        <w:br/>
      </w:r>
      <w:r>
        <w:rPr>
          <w:sz w:val="20"/>
        </w:rPr>
        <w:t>42:07  It gives us the character of true believers towards other people.</w:t>
      </w:r>
      <w:r>
        <w:br/>
      </w:r>
      <w:r>
        <w:rPr>
          <w:sz w:val="20"/>
        </w:rPr>
        <w:t>42:16  And that is they keep patience. "Wa tawaso bi-sabre." They keep patience and</w:t>
      </w:r>
      <w:r>
        <w:br/>
      </w:r>
      <w:r>
        <w:rPr>
          <w:sz w:val="20"/>
        </w:rPr>
        <w:t>42:30  they show compassion towards other human beings. So it is a two-point formula.</w:t>
      </w:r>
      <w:r>
        <w:br/>
      </w:r>
      <w:r>
        <w:rPr>
          <w:sz w:val="20"/>
        </w:rPr>
        <w:t>42:45  One, patience. And the second, compassion.</w:t>
      </w:r>
      <w:r>
        <w:br/>
      </w:r>
      <w:r>
        <w:rPr>
          <w:sz w:val="20"/>
        </w:rPr>
        <w:t>42:54  Now the question is what is the relationship between these two principles?</w:t>
      </w:r>
      <w:r>
        <w:br/>
      </w:r>
      <w:r>
        <w:rPr>
          <w:sz w:val="20"/>
        </w:rPr>
        <w:t>43:01  Why is patience needed? Because the reason is that if you have no patience, you cannot keep compassion.</w:t>
      </w:r>
      <w:r>
        <w:br/>
      </w:r>
      <w:r>
        <w:rPr>
          <w:sz w:val="20"/>
        </w:rPr>
        <w:t>43:18  You cannot follow the principle of compassion.</w:t>
      </w:r>
      <w:r>
        <w:br/>
      </w:r>
      <w:r>
        <w:rPr>
          <w:sz w:val="20"/>
        </w:rPr>
        <w:t>43:24  If you have no patience, then it is impossible to follow the way of compassion.</w:t>
      </w:r>
      <w:r>
        <w:br/>
      </w:r>
      <w:r>
        <w:rPr>
          <w:sz w:val="20"/>
        </w:rPr>
        <w:t>43:35  Why</w:t>
      </w:r>
      <w:r>
        <w:br/>
      </w:r>
      <w:r>
        <w:rPr>
          <w:sz w:val="20"/>
        </w:rPr>
        <w:t>43:36  ? Because in this world, every time there are</w:t>
      </w:r>
      <w:r>
        <w:br/>
      </w:r>
      <w:r>
        <w:rPr>
          <w:sz w:val="20"/>
        </w:rPr>
        <w:t>43:42  sad experiences, every time there are negative experiences.</w:t>
      </w:r>
      <w:r>
        <w:br/>
      </w:r>
      <w:r>
        <w:rPr>
          <w:sz w:val="20"/>
        </w:rPr>
        <w:t>43:51  So how you can in such a situation, how you can follow the principle of compassion towards others?</w:t>
      </w:r>
      <w:r>
        <w:br/>
      </w:r>
      <w:r>
        <w:rPr>
          <w:sz w:val="20"/>
        </w:rPr>
        <w:t>44:03  So only through patience. You have to be patient.</w:t>
      </w:r>
      <w:r>
        <w:br/>
      </w:r>
      <w:r>
        <w:rPr>
          <w:sz w:val="20"/>
        </w:rPr>
        <w:t>44:13  So your formula so the formula is that although others give you some sad experience,</w:t>
      </w:r>
      <w:r>
        <w:br/>
      </w:r>
      <w:r>
        <w:rPr>
          <w:sz w:val="20"/>
        </w:rPr>
        <w:t>44:29  but you have to keep compassion towards others.</w:t>
      </w:r>
      <w:r>
        <w:br/>
      </w:r>
      <w:r>
        <w:rPr>
          <w:sz w:val="20"/>
        </w:rPr>
        <w:t>44:37  Compassion without reward. Compassion without any return.</w:t>
      </w:r>
      <w:r>
        <w:br/>
      </w:r>
      <w:r>
        <w:rPr>
          <w:sz w:val="20"/>
        </w:rPr>
        <w:t>44:47  This kind of compassion for this kind of compassion,</w:t>
      </w:r>
      <w:r>
        <w:br/>
      </w:r>
      <w:r>
        <w:rPr>
          <w:sz w:val="20"/>
        </w:rPr>
        <w:t>44:56  it is necessary to be patient.</w:t>
      </w:r>
      <w:r>
        <w:br/>
      </w:r>
      <w:r>
        <w:rPr>
          <w:sz w:val="20"/>
        </w:rPr>
        <w:t>45:01  It requires unilateral ethics. It requires unilateral kind of compassion.</w:t>
      </w:r>
      <w:r>
        <w:br/>
      </w:r>
      <w:r>
        <w:rPr>
          <w:sz w:val="20"/>
        </w:rPr>
        <w:t>45:14  You are living in thorns. Our world is a world of thorns. Every time we have experience of bushes, experience of thorns.</w:t>
      </w:r>
      <w:r>
        <w:br/>
      </w:r>
      <w:r>
        <w:rPr>
          <w:sz w:val="20"/>
        </w:rPr>
        <w:t>45:30  So how one can live as a flower</w:t>
      </w:r>
      <w:r>
        <w:br/>
      </w:r>
      <w:r>
        <w:rPr>
          <w:sz w:val="20"/>
        </w:rPr>
        <w:t>45:34  ? Only through ignorance, through patience. You have to ignore the presence of thorns.</w:t>
      </w:r>
      <w:r>
        <w:br/>
      </w:r>
      <w:r>
        <w:rPr>
          <w:sz w:val="20"/>
        </w:rPr>
        <w:t>45:46  You have to ignore the presence of bushes. Then it is possible to live as a flower.</w:t>
      </w:r>
      <w:r>
        <w:br/>
      </w:r>
      <w:r>
        <w:rPr>
          <w:sz w:val="20"/>
        </w:rPr>
        <w:t>46:00  So moral behavior means living in your society like a flower.</w:t>
      </w:r>
      <w:r>
        <w:br/>
      </w:r>
      <w:r>
        <w:rPr>
          <w:sz w:val="20"/>
        </w:rPr>
        <w:t>46:11  So you have to ignore all those thorns. Otherwise, you cannot follow this principle.</w:t>
      </w:r>
      <w:r>
        <w:br/>
      </w:r>
      <w:r>
        <w:rPr>
          <w:sz w:val="20"/>
        </w:rPr>
        <w:t>46:22  So the Qur'an says, "Wa tawaso bi-sabre, wa tawaso bil-marhamah." Believers are those who kept patience and</w:t>
      </w:r>
      <w:r>
        <w:br/>
      </w:r>
      <w:r>
        <w:rPr>
          <w:sz w:val="20"/>
        </w:rPr>
        <w:t>46:43  followed the way of compassion.</w:t>
      </w:r>
      <w:r>
        <w:br/>
      </w:r>
      <w:r>
        <w:rPr>
          <w:sz w:val="20"/>
        </w:rPr>
        <w:t>46:50  So patience is very much part of the compassion, just like a flower. A flower is a part of a thorn.</w:t>
      </w:r>
      <w:r>
        <w:br/>
      </w:r>
      <w:r>
        <w:rPr>
          <w:sz w:val="20"/>
        </w:rPr>
        <w:t>47:02  Where there is a flower, there are thorns. Where there is a thorn, there are flowers.</w:t>
      </w:r>
      <w:r>
        <w:br/>
      </w:r>
      <w:r>
        <w:rPr>
          <w:sz w:val="20"/>
        </w:rPr>
        <w:t>47:10  So thorn is also an integral part of a flower. So living as a flower means</w:t>
      </w:r>
      <w:r>
        <w:br/>
      </w:r>
      <w:r>
        <w:rPr>
          <w:sz w:val="20"/>
        </w:rPr>
        <w:t>47:24  tolerating without tolerance, you cannot live as a flower. This is the formula of life.</w:t>
      </w:r>
      <w:r>
        <w:br/>
      </w:r>
      <w:r>
        <w:rPr>
          <w:sz w:val="20"/>
        </w:rPr>
        <w:t>47:33  This is the art of life.</w:t>
      </w:r>
      <w:r>
        <w:br/>
      </w:r>
      <w:r>
        <w:rPr>
          <w:sz w:val="20"/>
        </w:rPr>
        <w:t>47:39  So the Qur'an says, "Wa tawaso bi-sabre, wa tawaso bil-marhamah." True believers are those who keep patience,</w:t>
      </w:r>
      <w:r>
        <w:br/>
      </w:r>
      <w:r>
        <w:rPr>
          <w:sz w:val="20"/>
        </w:rPr>
        <w:t>47:53  who forgive people, who tolerate people, who ignore all those nuisance,</w:t>
      </w:r>
    </w:p>
    <w:p>
      <w:pPr>
        <w:pStyle w:val="Heading2"/>
      </w:pPr>
      <w:r>
        <w:t>Truth as universal concern and seeking spirit</w:t>
      </w:r>
    </w:p>
    <w:p>
      <w:r>
        <w:rPr>
          <w:color w:val="666666"/>
          <w:sz w:val="18"/>
        </w:rPr>
        <w:t>How to Find Truth | August 8, 2007 · 6m 08s · at 0:40 · https://youtu.be/YaxWNPN2K5A?t=40</w:t>
      </w:r>
    </w:p>
    <w:p>
      <w:r>
        <w:rPr>
          <w:i/>
        </w:rPr>
        <w:t>“Truth is a concern of every human being”</w:t>
      </w:r>
    </w:p>
    <w:p>
      <w:r>
        <w:rPr>
          <w:sz w:val="20"/>
        </w:rPr>
        <w:t>0:40  Truth, how to find truth.</w:t>
      </w:r>
      <w:r>
        <w:br/>
      </w:r>
      <w:r>
        <w:rPr>
          <w:sz w:val="20"/>
        </w:rPr>
        <w:t>0:50  You know, truth is a concern of every human being, man and woman both.</w:t>
      </w:r>
      <w:r>
        <w:br/>
      </w:r>
      <w:r>
        <w:rPr>
          <w:sz w:val="20"/>
        </w:rPr>
        <w:t>1:00  Everyone wants to know who am I, what is the purpose of my</w:t>
      </w:r>
      <w:r>
        <w:br/>
      </w:r>
      <w:r>
        <w:rPr>
          <w:sz w:val="20"/>
        </w:rPr>
        <w:t>1:10  my life, what is death, what is pre death period, and what is after death period. all these questions relate to the truth, so everyone wants to know what is truth, what is the meaning of my life, wa</w:t>
      </w:r>
      <w:r>
        <w:br/>
      </w:r>
      <w:r>
        <w:rPr>
          <w:sz w:val="20"/>
        </w:rPr>
        <w:t>1:40  What is the meaning of this world.</w:t>
      </w:r>
      <w:r>
        <w:br/>
      </w:r>
      <w:r>
        <w:rPr>
          <w:sz w:val="20"/>
        </w:rPr>
        <w:t>1:51  So everyone wants to find an explanation of all these questions, and it is this that is called truth.</w:t>
      </w:r>
      <w:r>
        <w:br/>
      </w:r>
      <w:r>
        <w:rPr>
          <w:sz w:val="20"/>
        </w:rPr>
        <w:t>2:02  So it is a very important question for every human being. Now,</w:t>
      </w:r>
      <w:r>
        <w:br/>
      </w:r>
      <w:r>
        <w:rPr>
          <w:sz w:val="20"/>
        </w:rPr>
        <w:t>2:13  why this question? it is, I think that, seeking spirit is a, seeking spirit is the result of this</w:t>
      </w:r>
      <w:r>
        <w:br/>
      </w:r>
      <w:r>
        <w:rPr>
          <w:sz w:val="20"/>
        </w:rPr>
        <w:t>2:45  pursuit.</w:t>
      </w:r>
      <w:r>
        <w:br/>
      </w:r>
      <w:r>
        <w:rPr>
          <w:sz w:val="20"/>
        </w:rPr>
        <w:t>2:52  Pursuit of truth is a result of one's seeking spirit.</w:t>
      </w:r>
      <w:r>
        <w:br/>
      </w:r>
      <w:r>
        <w:rPr>
          <w:sz w:val="20"/>
        </w:rPr>
        <w:t>3:00  Man is a seeking animal.</w:t>
      </w:r>
      <w:r>
        <w:br/>
      </w:r>
      <w:r>
        <w:rPr>
          <w:sz w:val="20"/>
        </w:rPr>
        <w:t>3:07  Now, what is seeking? Seeking is intellectual discontentment.</w:t>
      </w:r>
      <w:r>
        <w:br/>
      </w:r>
      <w:r>
        <w:rPr>
          <w:sz w:val="20"/>
        </w:rPr>
        <w:t>3:15  .</w:t>
      </w:r>
      <w:r>
        <w:br/>
      </w:r>
      <w:r>
        <w:rPr>
          <w:sz w:val="20"/>
        </w:rPr>
        <w:t>3:25  It is intellectual discontentment that is called seeking spirit.</w:t>
      </w:r>
      <w:r>
        <w:br/>
      </w:r>
      <w:r>
        <w:rPr>
          <w:sz w:val="20"/>
        </w:rPr>
        <w:t>3:35  Now, if you go through this problem, you will find that, that man is a,</w:t>
      </w:r>
      <w:r>
        <w:br/>
      </w:r>
      <w:r>
        <w:rPr>
          <w:sz w:val="20"/>
        </w:rPr>
        <w:t>3:45  man is a perfectionist by birth. man is an idealist by perfectionist by birth. but when man wants to live in this world, he finds that everything in this world is imperfect, less than ideal. for e</w:t>
      </w:r>
      <w:r>
        <w:br/>
      </w:r>
      <w:r>
        <w:rPr>
          <w:sz w:val="20"/>
        </w:rPr>
        <w:t>4:15  Example, everyone wants justice.</w:t>
      </w:r>
      <w:r>
        <w:br/>
      </w:r>
      <w:r>
        <w:rPr>
          <w:sz w:val="20"/>
        </w:rPr>
        <w:t>4:23  Justice is a part of the nature.</w:t>
      </w:r>
      <w:r>
        <w:br/>
      </w:r>
      <w:r>
        <w:rPr>
          <w:sz w:val="20"/>
        </w:rPr>
        <w:t>4:31  Everyone wants that wicked must be punished, and nice people must be rewarded.</w:t>
      </w:r>
      <w:r>
        <w:br/>
      </w:r>
      <w:r>
        <w:rPr>
          <w:sz w:val="20"/>
        </w:rPr>
        <w:t>4:38  This is justice. But</w:t>
      </w:r>
      <w:r>
        <w:br/>
      </w:r>
      <w:r>
        <w:rPr>
          <w:sz w:val="20"/>
        </w:rPr>
        <w:t>4:46  There is no justice in our world, so this creates discontentment.</w:t>
      </w:r>
      <w:r>
        <w:br/>
      </w:r>
      <w:r>
        <w:rPr>
          <w:sz w:val="20"/>
        </w:rPr>
        <w:t>5:01  We as a human being want justice, but the world we live in is unjust world, is an unjust world. Then</w:t>
      </w:r>
      <w:r>
        <w:br/>
      </w:r>
      <w:r>
        <w:rPr>
          <w:sz w:val="20"/>
        </w:rPr>
        <w:t>5:17  Every human being is born with desires, numerous desires.</w:t>
      </w:r>
      <w:r>
        <w:br/>
      </w:r>
      <w:r>
        <w:rPr>
          <w:sz w:val="20"/>
        </w:rPr>
        <w:t>5:24  We are born with numerous desires.</w:t>
      </w:r>
      <w:r>
        <w:br/>
      </w:r>
      <w:r>
        <w:rPr>
          <w:sz w:val="20"/>
        </w:rPr>
        <w:t>5:32  We want happiness, we want joy, joyful life.</w:t>
      </w:r>
      <w:r>
        <w:br/>
      </w:r>
      <w:r>
        <w:rPr>
          <w:sz w:val="20"/>
        </w:rPr>
        <w:t>5:40  We want a life where there is no boredom</w:t>
      </w:r>
      <w:r>
        <w:br/>
      </w:r>
      <w:r>
        <w:rPr>
          <w:sz w:val="20"/>
        </w:rPr>
        <w:t>5:48  , a life where there is, a life where.</w:t>
      </w:r>
      <w:r>
        <w:br/>
      </w:r>
      <w:r>
        <w:rPr>
          <w:sz w:val="20"/>
        </w:rPr>
        <w:t>5:56  We want a life where there is no limitations, no disadvantage, where there is no fear, no</w:t>
      </w:r>
      <w:r>
        <w:br/>
      </w:r>
      <w:r>
        <w:rPr>
          <w:sz w:val="20"/>
        </w:rPr>
        <w:t>6:03  anxiety, no disease, no old age, no death.</w:t>
      </w:r>
      <w:r>
        <w:br/>
      </w:r>
      <w:r>
        <w:rPr>
          <w:sz w:val="20"/>
        </w:rPr>
        <w:t>6:11  So everyone needs</w:t>
      </w:r>
      <w:r>
        <w:br/>
      </w:r>
      <w:r>
        <w:rPr>
          <w:sz w:val="20"/>
        </w:rPr>
        <w:t>6:19  , everyone wants to have this kind of life. everyone is a dreamer, everyone is like a dreamer. everyone has in its mind a dream world, but there is no interpretation of this dream. we</w:t>
      </w:r>
    </w:p>
    <w:p>
      <w:pPr>
        <w:pStyle w:val="Heading2"/>
      </w:pPr>
      <w:r>
        <w:t>Full argument: patience builds the personality fit for paradise</w:t>
      </w:r>
    </w:p>
    <w:p>
      <w:r>
        <w:rPr>
          <w:color w:val="666666"/>
          <w:sz w:val="18"/>
        </w:rPr>
        <w:t>Lessons from The Quran And Hadith · 5m 18s · at 29:43 · https://youtu.be/fBflSQEPstg?t=1783</w:t>
      </w:r>
    </w:p>
    <w:p>
      <w:r>
        <w:rPr>
          <w:i/>
        </w:rPr>
        <w:t>“Quran mein baar baar sabr par bahut zor diya gaya hai.”</w:t>
      </w:r>
    </w:p>
    <w:p>
      <w:r>
        <w:rPr>
          <w:sz w:val="20"/>
        </w:rPr>
        <w:t>29:43  Phir dekhiye, Quran mein baar baar sabr par bahut zor diya gaya hai.</w:t>
      </w:r>
      <w:r>
        <w:br/>
      </w:r>
      <w:r>
        <w:rPr>
          <w:sz w:val="20"/>
        </w:rPr>
        <w:t>29:53  Yeh bataya gaya hai ke sabr karne walon ko jannat milegi. Sabr karne walon ko. Sabr karne walon ko jannat milegi.</w:t>
      </w:r>
      <w:r>
        <w:br/>
      </w:r>
      <w:r>
        <w:rPr>
          <w:sz w:val="20"/>
        </w:rPr>
        <w:t>30:07  To sabr karne walon ko jannat kyun milegi? Maine yeh samjha hai is se ke asal cheez yeh hai ke jannat mein woh insaan jayega jiske andar sakaratmak personality ho.</w:t>
      </w:r>
      <w:r>
        <w:br/>
      </w:r>
      <w:r>
        <w:rPr>
          <w:sz w:val="20"/>
        </w:rPr>
        <w:t>30:22  Sakaratmak personality wala insaan jannat mein nahin jayega.</w:t>
      </w:r>
      <w:r>
        <w:br/>
      </w:r>
      <w:r>
        <w:rPr>
          <w:sz w:val="20"/>
        </w:rPr>
        <w:t>30:28  Jannat un logon ke liye hai jo saaf dil wale hon. Jo sakaratmak soch wale hon.</w:t>
      </w:r>
      <w:r>
        <w:br/>
      </w:r>
      <w:r>
        <w:rPr>
          <w:sz w:val="20"/>
        </w:rPr>
        <w:t>30:40  Jinke andar kina, hasad, jhoot, dishonesty, intolerance, violence yeh sab cheezen na hon.</w:t>
      </w:r>
      <w:r>
        <w:br/>
      </w:r>
      <w:r>
        <w:rPr>
          <w:sz w:val="20"/>
        </w:rPr>
        <w:t>30:56  To yeh sab cheezon se apne ko bachane ke liye sirf is waqt mumkin hai jab ke aap sabr kar saken. Har waqt sabr karna padta hai.</w:t>
      </w:r>
      <w:r>
        <w:br/>
      </w:r>
      <w:r>
        <w:rPr>
          <w:sz w:val="20"/>
        </w:rPr>
        <w:t>31:08  Kisi ne sahi kaha ke har aadmi ke paas ek bahut bada qabristan hona chahiye. Har aadmi ke paas ek bahut bada qabristan hona chahiye.</w:t>
      </w:r>
      <w:r>
        <w:br/>
      </w:r>
      <w:r>
        <w:rPr>
          <w:sz w:val="20"/>
        </w:rPr>
        <w:t>31:18  Jiske andar woh doosron ki ezaon ko dafan kar sake.</w:t>
      </w:r>
      <w:r>
        <w:br/>
      </w:r>
      <w:r>
        <w:rPr>
          <w:sz w:val="20"/>
        </w:rPr>
        <w:t>31:25  Jab aadmi sataye, jab aadmi eza pahunchaye to usko dafan kar sake is qabristan mein.</w:t>
      </w:r>
      <w:r>
        <w:br/>
      </w:r>
      <w:r>
        <w:rPr>
          <w:sz w:val="20"/>
        </w:rPr>
        <w:t>31:36  Yeh hai sabr. To yeh iska faida kya hota hai? Iska faida yeh hota hai ke aapke andar sakaratmak personality banti hai.</w:t>
      </w:r>
      <w:r>
        <w:br/>
      </w:r>
      <w:r>
        <w:rPr>
          <w:sz w:val="20"/>
        </w:rPr>
        <w:t>31:47  Aur agar aap aisa na karen to kya ho</w:t>
      </w:r>
      <w:r>
        <w:br/>
      </w:r>
      <w:r>
        <w:rPr>
          <w:sz w:val="20"/>
        </w:rPr>
        <w:t>31:50  ga? Aapke andar sakaratmak personality banegi. Aur jannat mein sakaratmak personality walon ka koi kaam nahin hai.</w:t>
      </w:r>
      <w:r>
        <w:br/>
      </w:r>
      <w:r>
        <w:rPr>
          <w:sz w:val="20"/>
        </w:rPr>
        <w:t>32:03  Woh to jannat mein ganda karenge.</w:t>
      </w:r>
      <w:r>
        <w:br/>
      </w:r>
      <w:r>
        <w:rPr>
          <w:sz w:val="20"/>
        </w:rPr>
        <w:t>32:08  Haqeeqat yeh hai ke is duniya mein isi baat ka test liya ja raha hai. Duniya mein kyun Khuda ne har qism ki nakhushgawar baaten rakh dein?</w:t>
      </w:r>
      <w:r>
        <w:br/>
      </w:r>
      <w:r>
        <w:rPr>
          <w:sz w:val="20"/>
        </w:rPr>
        <w:t>32:20  Isi liye rakh dein ke aap Khuda test le raha hai ke sari nakhushgawariyon ke bawajood, pasand ke khilaf baaton ke bawajood,</w:t>
      </w:r>
      <w:r>
        <w:br/>
      </w:r>
      <w:r>
        <w:rPr>
          <w:sz w:val="20"/>
        </w:rPr>
        <w:t>32:35  Kya aap reh sakte hain sakaratmak sochne wale ban kar? Yahi to qeemat hai jannat ki.</w:t>
      </w:r>
      <w:r>
        <w:br/>
      </w:r>
      <w:r>
        <w:rPr>
          <w:sz w:val="20"/>
        </w:rPr>
        <w:t>32:46  Yahi to jannat ki qeemat hai.</w:t>
      </w:r>
      <w:r>
        <w:br/>
      </w:r>
      <w:r>
        <w:rPr>
          <w:sz w:val="20"/>
        </w:rPr>
        <w:t>32:53  Jannat kisi ko muft mein nahin milegi.</w:t>
      </w:r>
      <w:r>
        <w:br/>
      </w:r>
      <w:r>
        <w:rPr>
          <w:sz w:val="20"/>
        </w:rPr>
        <w:t>32:58  Quran mein hai ke am hasibtum man tadkhulul jannata wa lamma ya'tikum mathalulladhina khalaw minkablikum massathumul baasa'u wadh dharra'u wa zulziloo yaani Rasool Allah ke jo saathi the jin ko hum Sahaba Karam kehte hain,</w:t>
      </w:r>
      <w:r>
        <w:br/>
      </w:r>
      <w:r>
        <w:rPr>
          <w:sz w:val="20"/>
        </w:rPr>
        <w:t>33:16  un ko mukhatib kar ke kaha ja raha hai ke kya tum samajhte ho ke tum ko jannat mein dakhla mil jaye ga?</w:t>
      </w:r>
      <w:r>
        <w:br/>
      </w:r>
      <w:r>
        <w:rPr>
          <w:sz w:val="20"/>
        </w:rPr>
        <w:t>33:27  halan ke abhi tum par woh museebatein guzri nahi.</w:t>
      </w:r>
      <w:r>
        <w:br/>
      </w:r>
      <w:r>
        <w:rPr>
          <w:sz w:val="20"/>
        </w:rPr>
        <w:t>33:33  tum museebatein is liye nahi aati khuda ko, kya khuda ko pasand hai ke hum museebaton mein rahein? aisa kabhi nahi ho sakta.</w:t>
      </w:r>
      <w:r>
        <w:br/>
      </w:r>
      <w:r>
        <w:rPr>
          <w:sz w:val="20"/>
        </w:rPr>
        <w:t>33:44  Allah ki shan to rehmat ki shan hai.</w:t>
      </w:r>
      <w:r>
        <w:br/>
      </w:r>
      <w:r>
        <w:rPr>
          <w:sz w:val="20"/>
        </w:rPr>
        <w:t>33:49  asal cheez yeh hai ke hamare andar woh personality nahi banti baghair is ke ke hum naghwargir baatun se guzrein.</w:t>
      </w:r>
      <w:r>
        <w:br/>
      </w:r>
      <w:r>
        <w:rPr>
          <w:sz w:val="20"/>
        </w:rPr>
        <w:t>33:58  yani ghussa ke asbab ke bawajood ghussa na ho. nafrat ke asbab ke bawajood nafrat na karein.</w:t>
      </w:r>
      <w:r>
        <w:br/>
      </w:r>
      <w:r>
        <w:rPr>
          <w:sz w:val="20"/>
        </w:rPr>
        <w:t>34:11  hasad ke asbab ke bawajood hasad aur jalan se bache rahein, bachaye rakhein apne aap ko.</w:t>
      </w:r>
      <w:r>
        <w:br/>
      </w:r>
      <w:r>
        <w:rPr>
          <w:sz w:val="20"/>
        </w:rPr>
        <w:t>34:19  namuwafiq baaton ke andar bhi hum bardasht kar ke reh sakein.</w:t>
      </w:r>
      <w:r>
        <w:br/>
      </w:r>
      <w:r>
        <w:rPr>
          <w:sz w:val="20"/>
        </w:rPr>
        <w:t>34:25  apne dushman se bhi mohabbat kar ke reh sakein.</w:t>
      </w:r>
      <w:r>
        <w:br/>
      </w:r>
      <w:r>
        <w:rPr>
          <w:sz w:val="20"/>
        </w:rPr>
        <w:t>34:31  tashaddud ke halaat mein bhi apne aap ko tashaddud se bachayein.</w:t>
      </w:r>
      <w:r>
        <w:br/>
      </w:r>
      <w:r>
        <w:rPr>
          <w:sz w:val="20"/>
        </w:rPr>
        <w:t>34:38  doosron se hum ko kuch na mil raha ho, tab bhi unhein dein.</w:t>
      </w:r>
      <w:r>
        <w:br/>
      </w:r>
      <w:r>
        <w:rPr>
          <w:sz w:val="20"/>
        </w:rPr>
        <w:t>34:46  yeh sab hain jannat ki shartein.</w:t>
      </w:r>
      <w:r>
        <w:br/>
      </w:r>
      <w:r>
        <w:rPr>
          <w:sz w:val="20"/>
        </w:rPr>
        <w:t>34:52  yeh woh cheezein hain jo insaan ko jannati personality banati hain. jannati personality.</w:t>
      </w:r>
    </w:p>
    <w:p>
      <w:pPr>
        <w:pStyle w:val="Heading2"/>
      </w:pPr>
      <w:r>
        <w:t>Justice is to follow not to establish system</w:t>
      </w:r>
    </w:p>
    <w:p>
      <w:r>
        <w:rPr>
          <w:color w:val="666666"/>
          <w:sz w:val="18"/>
        </w:rPr>
        <w:t>Speaking Truth (In conversation with Maulan) · 4m 47s · at 31:41 · https://youtu.be/Fi3Z0-JgBac?t=1901</w:t>
      </w:r>
    </w:p>
    <w:p>
      <w:r>
        <w:rPr>
          <w:i/>
        </w:rPr>
        <w:t>“Dekhiye, system ko establish karna yeh hamari zimmedari nahi hai”</w:t>
      </w:r>
    </w:p>
    <w:p>
      <w:r>
        <w:rPr>
          <w:sz w:val="20"/>
        </w:rPr>
        <w:t>31:41  Dekhiye, system ko establish karna yeh hamari zimmedari nahi hai. Justice ko follow karna zimmedari hai. Yeh bahut badi fallacy hai. Quran mein hai, dekhiye, Surah Hadeed mein ki</w:t>
      </w:r>
      <w:r>
        <w:br/>
      </w:r>
      <w:r>
        <w:rPr>
          <w:sz w:val="20"/>
        </w:rPr>
        <w:t>32:00  ke inna arsalna</w:t>
      </w:r>
      <w:r>
        <w:br/>
      </w:r>
      <w:r>
        <w:rPr>
          <w:sz w:val="20"/>
        </w:rPr>
        <w:t>32:03  rasoolana bil bainat</w:t>
      </w:r>
      <w:r>
        <w:br/>
      </w:r>
      <w:r>
        <w:rPr>
          <w:sz w:val="20"/>
        </w:rPr>
        <w:t>32:06  wa anzalna mahu bil kitab wa bil mizan le taqumat nasu bil qist.</w:t>
      </w:r>
      <w:r>
        <w:br/>
      </w:r>
      <w:r>
        <w:rPr>
          <w:sz w:val="20"/>
        </w:rPr>
        <w:t>32:13  le taqumat nasu bil qist.</w:t>
      </w:r>
      <w:r>
        <w:br/>
      </w:r>
      <w:r>
        <w:rPr>
          <w:sz w:val="20"/>
        </w:rPr>
        <w:t>32:18  so that so that people follow the principle of justice.</w:t>
      </w:r>
      <w:r>
        <w:br/>
      </w:r>
      <w:r>
        <w:rPr>
          <w:sz w:val="20"/>
        </w:rPr>
        <w:t>32:24  yahan establish ki baat nahi hai.</w:t>
      </w:r>
      <w:r>
        <w:br/>
      </w:r>
      <w:r>
        <w:rPr>
          <w:sz w:val="20"/>
        </w:rPr>
        <w:t>32:27  le taqumat nasu bil qist.</w:t>
      </w:r>
      <w:r>
        <w:br/>
      </w:r>
      <w:r>
        <w:rPr>
          <w:sz w:val="20"/>
        </w:rPr>
        <w:t>32:29  taake log follow karen qist ko.</w:t>
      </w:r>
      <w:r>
        <w:br/>
      </w:r>
      <w:r>
        <w:rPr>
          <w:sz w:val="20"/>
        </w:rPr>
        <w:t>32:33  yeh bohat bari fallacy hai ke ayat mein to yeh hai ke follow karna aur usko bana diya</w:t>
      </w:r>
      <w:r>
        <w:br/>
      </w:r>
      <w:r>
        <w:rPr>
          <w:sz w:val="20"/>
        </w:rPr>
        <w:t>32:39  kya establish karna.</w:t>
      </w:r>
      <w:r>
        <w:br/>
      </w:r>
      <w:r>
        <w:rPr>
          <w:sz w:val="20"/>
        </w:rPr>
        <w:t>32:42  yeh bohat bari fallacy hai jo aajkal kuch logon ne paida kar rakhi hai.</w:t>
      </w:r>
      <w:r>
        <w:br/>
      </w:r>
      <w:r>
        <w:rPr>
          <w:sz w:val="20"/>
        </w:rPr>
        <w:t>32:46  to khuda ne justice ke principle bataye</w:t>
      </w:r>
      <w:r>
        <w:br/>
      </w:r>
      <w:r>
        <w:rPr>
          <w:sz w:val="20"/>
        </w:rPr>
        <w:t>32:51  quran mein. rasoolullah ne hadisen batayi.</w:t>
      </w:r>
      <w:r>
        <w:br/>
      </w:r>
      <w:r>
        <w:rPr>
          <w:sz w:val="20"/>
        </w:rPr>
        <w:t>32:54  woh is liye hain ke hum unhein follow karen.</w:t>
      </w:r>
      <w:r>
        <w:br/>
      </w:r>
      <w:r>
        <w:rPr>
          <w:sz w:val="20"/>
        </w:rPr>
        <w:t>32:57  na yeh ke naafiz karen.</w:t>
      </w:r>
      <w:r>
        <w:br/>
      </w:r>
      <w:r>
        <w:rPr>
          <w:sz w:val="20"/>
        </w:rPr>
        <w:t>32:59  hukumatun se laren.</w:t>
      </w:r>
      <w:r>
        <w:br/>
      </w:r>
      <w:r>
        <w:rPr>
          <w:sz w:val="20"/>
        </w:rPr>
        <w:t>33:01  sangharsh chalayen. takrayen.</w:t>
      </w:r>
      <w:r>
        <w:br/>
      </w:r>
      <w:r>
        <w:rPr>
          <w:sz w:val="20"/>
        </w:rPr>
        <w:t>33:03  yeh sab bila shubah haram hai.</w:t>
      </w:r>
      <w:r>
        <w:br/>
      </w:r>
      <w:r>
        <w:rPr>
          <w:sz w:val="20"/>
        </w:rPr>
        <w:t>33:06  ab dekhiye, follow karne ki baat jo hai yeh hoti hai according to the situation.</w:t>
      </w:r>
      <w:r>
        <w:br/>
      </w:r>
      <w:r>
        <w:rPr>
          <w:sz w:val="20"/>
        </w:rPr>
        <w:t>33:13  follow karna jo hai woh</w:t>
      </w:r>
      <w:r>
        <w:br/>
      </w:r>
      <w:r>
        <w:rPr>
          <w:sz w:val="20"/>
        </w:rPr>
        <w:t>33:15  according to the situation.</w:t>
      </w:r>
      <w:r>
        <w:br/>
      </w:r>
      <w:r>
        <w:rPr>
          <w:sz w:val="20"/>
        </w:rPr>
        <w:t>33:17  quran mein hai ke istqullah mastata tum.</w:t>
      </w:r>
      <w:r>
        <w:br/>
      </w:r>
      <w:r>
        <w:rPr>
          <w:sz w:val="20"/>
        </w:rPr>
        <w:t>33:21  jaisi situation waisa follow karo tum.</w:t>
      </w:r>
      <w:r>
        <w:br/>
      </w:r>
      <w:r>
        <w:rPr>
          <w:sz w:val="20"/>
        </w:rPr>
        <w:t>33:25  to</w:t>
      </w:r>
      <w:r>
        <w:br/>
      </w:r>
      <w:r>
        <w:rPr>
          <w:sz w:val="20"/>
        </w:rPr>
        <w:t>33:25  agar hum kahin akele hain,</w:t>
      </w:r>
      <w:r>
        <w:br/>
      </w:r>
      <w:r>
        <w:rPr>
          <w:sz w:val="20"/>
        </w:rPr>
        <w:t>33:28  to hum akele jo samajh mein aayega uske mutabiq hum justice par chalenge.</w:t>
      </w:r>
      <w:r>
        <w:br/>
      </w:r>
      <w:r>
        <w:rPr>
          <w:sz w:val="20"/>
        </w:rPr>
        <w:t>33:34  agar kahin hamara ek samaj hai jaise India hai, to India mein hamari kabhi bhi yeh nahi zimmedari</w:t>
      </w:r>
      <w:r>
        <w:br/>
      </w:r>
      <w:r>
        <w:rPr>
          <w:sz w:val="20"/>
        </w:rPr>
        <w:t>33:40  ke hum yahan ki hukoomaton se takraen.</w:t>
      </w:r>
      <w:r>
        <w:br/>
      </w:r>
      <w:r>
        <w:rPr>
          <w:sz w:val="20"/>
        </w:rPr>
        <w:t>33:42  aur yahan par kahin ke humko justice yahan par establish karna hai.</w:t>
      </w:r>
      <w:r>
        <w:br/>
      </w:r>
      <w:r>
        <w:rPr>
          <w:sz w:val="20"/>
        </w:rPr>
        <w:t>33:45  yeh jhoothi politics hai.</w:t>
      </w:r>
      <w:r>
        <w:br/>
      </w:r>
      <w:r>
        <w:rPr>
          <w:sz w:val="20"/>
        </w:rPr>
        <w:t>33:47  nahi. India mein madarse hain, wahan ulma hain, taulifta hain.</w:t>
      </w:r>
      <w:r>
        <w:br/>
      </w:r>
      <w:r>
        <w:rPr>
          <w:sz w:val="20"/>
        </w:rPr>
        <w:t>33:54  to hamein yeh karna chahiye ke pehle hum quran padh kar ke jaane ke khuda ne hukam kya diya</w:t>
      </w:r>
      <w:r>
        <w:br/>
      </w:r>
      <w:r>
        <w:rPr>
          <w:sz w:val="20"/>
        </w:rPr>
        <w:t>34:00  hai. to usko hum follow karen.</w:t>
      </w:r>
      <w:r>
        <w:br/>
      </w:r>
      <w:r>
        <w:rPr>
          <w:sz w:val="20"/>
        </w:rPr>
        <w:t>34:04  samajh mein nahi aata hai to ulma ko refer karen.</w:t>
      </w:r>
      <w:r>
        <w:br/>
      </w:r>
      <w:r>
        <w:rPr>
          <w:sz w:val="20"/>
        </w:rPr>
        <w:t>34:07  taulifta ko refer karen.</w:t>
      </w:r>
      <w:r>
        <w:br/>
      </w:r>
      <w:r>
        <w:rPr>
          <w:sz w:val="20"/>
        </w:rPr>
        <w:t>34:08  woh jo batayen usko follow karen.</w:t>
      </w:r>
      <w:r>
        <w:br/>
      </w:r>
      <w:r>
        <w:rPr>
          <w:sz w:val="20"/>
        </w:rPr>
        <w:t>34:12  yaad</w:t>
      </w:r>
      <w:r>
        <w:br/>
      </w:r>
      <w:r>
        <w:rPr>
          <w:sz w:val="20"/>
        </w:rPr>
        <w:t>34:12  rakhiye, asal cheez yeh hai ke maine apni aazadi ke sath kya kiya.</w:t>
      </w:r>
      <w:r>
        <w:br/>
      </w:r>
      <w:r>
        <w:rPr>
          <w:sz w:val="20"/>
        </w:rPr>
        <w:t>34:17  yeh nahi ke system ek impose kar diya gaya to main aisa karna pada mujhe.</w:t>
      </w:r>
      <w:r>
        <w:br/>
      </w:r>
      <w:r>
        <w:rPr>
          <w:sz w:val="20"/>
        </w:rPr>
        <w:t>34:21  isme koi reward nahi hai.</w:t>
      </w:r>
      <w:r>
        <w:br/>
      </w:r>
      <w:r>
        <w:rPr>
          <w:sz w:val="20"/>
        </w:rPr>
        <w:t>34:25  yani system ek ban jaye usme aap impose karen logon ke upar justice.</w:t>
      </w:r>
      <w:r>
        <w:br/>
      </w:r>
      <w:r>
        <w:rPr>
          <w:sz w:val="20"/>
        </w:rPr>
        <w:t>34:29  to iska koi bhi reward nahi hai.</w:t>
      </w:r>
      <w:r>
        <w:br/>
      </w:r>
      <w:r>
        <w:rPr>
          <w:sz w:val="20"/>
        </w:rPr>
        <w:t>34:32  reward us par hai jo maine apni aazadi se</w:t>
      </w:r>
      <w:r>
        <w:br/>
      </w:r>
      <w:r>
        <w:rPr>
          <w:sz w:val="20"/>
        </w:rPr>
        <w:t>34:36  kiya ho. isi liye hai ke le yakoomat nasu bil qist.</w:t>
      </w:r>
      <w:r>
        <w:br/>
      </w:r>
      <w:r>
        <w:rPr>
          <w:sz w:val="20"/>
        </w:rPr>
        <w:t>34:41  ke khuda ne justice ke principle bataye paighambaron ke zariye se.</w:t>
      </w:r>
      <w:r>
        <w:br/>
      </w:r>
      <w:r>
        <w:rPr>
          <w:sz w:val="20"/>
        </w:rPr>
        <w:t>34:47  kyun?</w:t>
      </w:r>
      <w:r>
        <w:br/>
      </w:r>
      <w:r>
        <w:rPr>
          <w:sz w:val="20"/>
        </w:rPr>
        <w:t>34:48  taake log justice ko follow karen.</w:t>
      </w:r>
      <w:r>
        <w:br/>
      </w:r>
      <w:r>
        <w:rPr>
          <w:sz w:val="20"/>
        </w:rPr>
        <w:t>34:51  yani apni aazadi se, apne choice se follow karen.</w:t>
      </w:r>
      <w:r>
        <w:br/>
      </w:r>
      <w:r>
        <w:rPr>
          <w:sz w:val="20"/>
        </w:rPr>
        <w:t>34:57  तो according to the situation ہوگا।</w:t>
      </w:r>
      <w:r>
        <w:br/>
      </w:r>
      <w:r>
        <w:rPr>
          <w:sz w:val="20"/>
        </w:rPr>
        <w:t>35:00  aam agar aadmi akela hai to akela follow karega.</w:t>
      </w:r>
      <w:r>
        <w:br/>
      </w:r>
      <w:r>
        <w:rPr>
          <w:sz w:val="20"/>
        </w:rPr>
        <w:t>35:03  samaj hai to samaj mein jaise india mein hum ulma ke advice lekar follow karein.</w:t>
      </w:r>
      <w:r>
        <w:br/>
      </w:r>
      <w:r>
        <w:rPr>
          <w:sz w:val="20"/>
        </w:rPr>
        <w:t>35:11  agar kahin aisa hai ke wahan par aapki</w:t>
      </w:r>
      <w:r>
        <w:br/>
      </w:r>
      <w:r>
        <w:rPr>
          <w:sz w:val="20"/>
        </w:rPr>
        <w:t>35:15  government hai to wahan government bhi usko follow karegi.</w:t>
      </w:r>
      <w:r>
        <w:br/>
      </w:r>
      <w:r>
        <w:rPr>
          <w:sz w:val="20"/>
        </w:rPr>
        <w:t>35:21  to according to the situation yeh hukam hai.</w:t>
      </w:r>
      <w:r>
        <w:br/>
      </w:r>
      <w:r>
        <w:rPr>
          <w:sz w:val="20"/>
        </w:rPr>
        <w:t>35:23  na ke ek absolute aisa koi khuda ne nahi hukam de diya ke system ko tod tod karke</w:t>
      </w:r>
      <w:r>
        <w:br/>
      </w:r>
      <w:r>
        <w:rPr>
          <w:sz w:val="20"/>
        </w:rPr>
        <w:t>35:30  har jagah justice qaim karo.</w:t>
      </w:r>
      <w:r>
        <w:br/>
      </w:r>
      <w:r>
        <w:rPr>
          <w:sz w:val="20"/>
        </w:rPr>
        <w:t>35:32  yeh jhootha nazariya hai.</w:t>
      </w:r>
      <w:r>
        <w:br/>
      </w:r>
      <w:r>
        <w:rPr>
          <w:sz w:val="20"/>
        </w:rPr>
        <w:t>35:33  aur bila</w:t>
      </w:r>
      <w:r>
        <w:br/>
      </w:r>
      <w:r>
        <w:rPr>
          <w:sz w:val="20"/>
        </w:rPr>
        <w:t>35:34  shubah main isko haram samajhta hoon aisi politics ko. Iska Quran Hadees se koi talluq nahi hai. Follow karna justice ko yeh hai Islam. Na ki justice ko impose karna. Justice ko establish karna woh Islam nahi hai. Woh to woh hai. Woh to woh hai kya kehte hain usko.</w:t>
      </w:r>
      <w:r>
        <w:br/>
      </w:r>
      <w:r>
        <w:rPr>
          <w:sz w:val="20"/>
        </w:rPr>
        <w:t>35:52  Fasad hai woh. Kai Muslim countries mein sab ho raha hai. Magar lad rahe hain log justice kayam karne ke liye. Pakistan mein, Sudan mein,</w:t>
      </w:r>
      <w:r>
        <w:br/>
      </w:r>
      <w:r>
        <w:rPr>
          <w:sz w:val="20"/>
        </w:rPr>
        <w:t>36:06  aur Egypt mein, aur Syria mein har jagah. Takhriban har Muslim country mein. Aur kya ho raha hai?</w:t>
      </w:r>
      <w:r>
        <w:br/>
      </w:r>
      <w:r>
        <w:rPr>
          <w:sz w:val="20"/>
        </w:rPr>
        <w:t>36:14  Aapas mein maar rahe hain. Aapas mein kaat rahe hain. Yaani masjidon mein bomb chal rahe hain. Maqbaron mein bomb chal rahe hain. Madarson mein goliyan chal rahi hain. Yeh koi justice hai?</w:t>
      </w:r>
    </w:p>
    <w:p>
      <w:pPr>
        <w:pStyle w:val="Heading2"/>
      </w:pPr>
      <w:r>
        <w:t>Muslims' problem: loss of realistic approach</w:t>
      </w:r>
    </w:p>
    <w:p>
      <w:r>
        <w:rPr>
          <w:color w:val="666666"/>
          <w:sz w:val="18"/>
        </w:rPr>
        <w:t>Realistic Approach March 30, 2014 Maulana Wahiduddin Khan · 5m 18s · at 0:59 · https://youtu.be/K36UonBsGlA?t=59</w:t>
      </w:r>
    </w:p>
    <w:p>
      <w:r>
        <w:rPr>
          <w:i/>
        </w:rPr>
        <w:t>“The biggest problem of Muslims today is not oppression.”</w:t>
      </w:r>
    </w:p>
    <w:p>
      <w:r>
        <w:rPr>
          <w:sz w:val="20"/>
        </w:rPr>
        <w:t>0:59  mere mutale'ay ke mutabiq aaj ke musalmanon mein jo sab se bara musalmanon ka jo sab se bara masla hai woh na doosron ka zulm hai,</w:t>
      </w:r>
      <w:r>
        <w:br/>
      </w:r>
      <w:r>
        <w:rPr>
          <w:sz w:val="20"/>
        </w:rPr>
        <w:t>1:14  na doosron ki Conspiracy hai,</w:t>
      </w:r>
      <w:r>
        <w:br/>
      </w:r>
      <w:r>
        <w:rPr>
          <w:sz w:val="20"/>
        </w:rPr>
        <w:t>1:18  na So-called Islamophobia hai, yeh sab jhooti baatein hain. Asal masla musalmanon ka yeh hai ke unhon ne haqeeqat pasandi ko kho diya hai.</w:t>
      </w:r>
      <w:r>
        <w:br/>
      </w:r>
      <w:r>
        <w:rPr>
          <w:sz w:val="20"/>
        </w:rPr>
        <w:t>1:34  yaani Realistic Thinking un ke andar bilkul nahi hai. Maujood nahi hai is liye se. Na Angrezi daanon walon mein, na Arabi daanon walon mein.</w:t>
      </w:r>
      <w:r>
        <w:br/>
      </w:r>
      <w:r>
        <w:rPr>
          <w:sz w:val="20"/>
        </w:rPr>
        <w:t>1:47  yaani jo log paida ho rahe hain madrasay se un mein bhi nahi hai. Jo paida ho rahe hain university se un mein bhi nahi hai. Mere ilm ke mutabiq sari Muslim duniya mein koi ek shakhs bhi nahi hai jo sahi maanon mein is ke andar haqeeqat pasandi ho.</w:t>
      </w:r>
      <w:r>
        <w:br/>
      </w:r>
      <w:r>
        <w:rPr>
          <w:sz w:val="20"/>
        </w:rPr>
        <w:t>2:04  yeh sab bara masla hai.</w:t>
      </w:r>
      <w:r>
        <w:br/>
      </w:r>
      <w:r>
        <w:rPr>
          <w:sz w:val="20"/>
        </w:rPr>
        <w:t>2:10  to agar kisi ko kuch kaam karna hai musalmanon ki islaah ke liye to Here is the starting point. Doosron ke zulm ke khilaaf cheekh pukaar karna, yeh kehna ke yeh dushman hai, woh dushman hai, yeh sab bilkul Baseless baatein hain.</w:t>
      </w:r>
      <w:r>
        <w:br/>
      </w:r>
      <w:r>
        <w:rPr>
          <w:sz w:val="20"/>
        </w:rPr>
        <w:t>2:25  Baseless baatein hain. Aap hazaar saal tak cheeqte rahiye, kuch hone wala nahi hai. Asal cheez yeh hai ke musalmanon mein Realistic Approach laai jaye.</w:t>
      </w:r>
      <w:r>
        <w:br/>
      </w:r>
      <w:r>
        <w:rPr>
          <w:sz w:val="20"/>
        </w:rPr>
        <w:t>2:40  haqeeqat pasandi laai jaye. Rasool Allah Salallahu Alaihi Wasallam ne apni dua mein yeh alfaaz bolay thay ke Allah aye Allah</w:t>
      </w:r>
      <w:r>
        <w:br/>
      </w:r>
      <w:r>
        <w:rPr>
          <w:sz w:val="20"/>
        </w:rPr>
        <w:t>2:56  hum ko cheezein As it is dikha. Jaisa hain waisa hi dikha. Yahi hai haqeeqat pasandi.</w:t>
      </w:r>
      <w:r>
        <w:br/>
      </w:r>
      <w:r>
        <w:rPr>
          <w:sz w:val="20"/>
        </w:rPr>
        <w:t>3:06  aur Quran mein dekhiye shuru zamanay mein jo Surah utri us mein tha sabr ki talqeen. Wa li Rabbika fasbir aur phir saaray Quran mein sabr, sabr, sabr.</w:t>
      </w:r>
      <w:r>
        <w:br/>
      </w:r>
      <w:r>
        <w:rPr>
          <w:sz w:val="20"/>
        </w:rPr>
        <w:t>3:16  sabr kya hai? Sab yahi hai. Haqeeqat pasandi. Yeh maslay kyun paida hue?</w:t>
      </w:r>
      <w:r>
        <w:br/>
      </w:r>
      <w:r>
        <w:rPr>
          <w:sz w:val="20"/>
        </w:rPr>
        <w:t>3:26  iska sabab yeh hai ke Quran mein jo Guidance hai woh sab kuch maujood hai Quran Majeed mein. Lekin Quran mein hai Traditional zabaan mein hai.</w:t>
      </w:r>
      <w:r>
        <w:br/>
      </w:r>
      <w:r>
        <w:rPr>
          <w:sz w:val="20"/>
        </w:rPr>
        <w:t>3:39  isko aap ko Convert karna hai Modern Idiom mein. Yeh nahi kar sake musalman. Na madrasay walay kar sake, na university walay kar sake.</w:t>
      </w:r>
      <w:r>
        <w:br/>
      </w:r>
      <w:r>
        <w:rPr>
          <w:sz w:val="20"/>
        </w:rPr>
        <w:t>3:49  is liye Quran ke hotay huay yeh log bekhabari mein paray huay hain.</w:t>
      </w:r>
      <w:r>
        <w:br/>
      </w:r>
      <w:r>
        <w:rPr>
          <w:sz w:val="20"/>
        </w:rPr>
        <w:t>3:57  Quran ke hotay huay bilkul bekhabari mein paray huay hain.</w:t>
      </w:r>
      <w:r>
        <w:br/>
      </w:r>
      <w:r>
        <w:rPr>
          <w:sz w:val="20"/>
        </w:rPr>
        <w:t>4:04  to bohat pehle shayad Partition se pehle ki baat hai. Ek musalman jo mashhoor tha Liberal, parha likha tha woh, us ne ek Article likha tha us mein yeh kaha tha ke Quran Has to be Rerevealed Today.</w:t>
      </w:r>
      <w:r>
        <w:br/>
      </w:r>
      <w:r>
        <w:rPr>
          <w:sz w:val="20"/>
        </w:rPr>
        <w:t>4:27  Quran ko dobara utarna chahiye. To yeh meri samajh mein nahi aata tha ke is ka matlab kya? Kya muraad thi us ki? Is se meri kabhi mulaqaat nahi hui.</w:t>
      </w:r>
      <w:r>
        <w:br/>
      </w:r>
      <w:r>
        <w:rPr>
          <w:sz w:val="20"/>
        </w:rPr>
        <w:t>4:38  bohat dinon ke baad maine ek baat jaani ke us ne ek sahi baat ko galat alfaaz mein kaha. Ek sahi baat ko us ne galat alfaaz mein kaha.</w:t>
      </w:r>
      <w:r>
        <w:br/>
      </w:r>
      <w:r>
        <w:rPr>
          <w:sz w:val="20"/>
        </w:rPr>
        <w:t>4:50  sahi baat yeh hai ke Quran Has to be Redefined Today. Quran Has to be Redefined Today.</w:t>
      </w:r>
      <w:r>
        <w:br/>
      </w:r>
      <w:r>
        <w:rPr>
          <w:sz w:val="20"/>
        </w:rPr>
        <w:t>4:59  yaani Quran mein lafz sabr hai to us ko aap badliye, kahiye ke sabr ka matlab hai Realistic Thinking.</w:t>
      </w:r>
      <w:r>
        <w:br/>
      </w:r>
      <w:r>
        <w:rPr>
          <w:sz w:val="20"/>
        </w:rPr>
        <w:t>5:09  haqeeqat pasandana soch. yani Traditional alfaaz ko aap Modern Idiom mein badlaiye. yeh kisi ne kiya nahin.</w:t>
      </w:r>
      <w:r>
        <w:br/>
      </w:r>
      <w:r>
        <w:rPr>
          <w:sz w:val="20"/>
        </w:rPr>
        <w:t>5:20  mere ilm ke mutabiq do so saal se hangaame jaari hain lekin musalmanon mein main keh sakta hoon ke koi ek shakhs bhi nahin aisa West se East se West tak, Arab se Ajam tak, jo is ne yeh kaam kiya ho ke Traditional alfaaz ko Modern Idiom mein badle.</w:t>
      </w:r>
      <w:r>
        <w:br/>
      </w:r>
      <w:r>
        <w:rPr>
          <w:sz w:val="20"/>
        </w:rPr>
        <w:t>5:39  yeh hai musalmanon ki sab se bari kami. jab tak aap yeh nahin karenge musalmanon ka Mind Address nahin hoga, musalmanon ko baatein samajh mein nahin aayengi.</w:t>
      </w:r>
      <w:r>
        <w:br/>
      </w:r>
      <w:r>
        <w:rPr>
          <w:sz w:val="20"/>
        </w:rPr>
        <w:t>5:51  woh sabr ka lafz sunenge to kahenge haree yeh</w:t>
      </w:r>
      <w:r>
        <w:br/>
      </w:r>
      <w:r>
        <w:rPr>
          <w:sz w:val="20"/>
        </w:rPr>
        <w:t>5:53  to sabr to buzadli ki taleem hai. ya aap kahenge sabr to woh kahenge yeh to buzadli ki taleem hai. un ka Mind pakdega nahin.</w:t>
      </w:r>
      <w:r>
        <w:br/>
      </w:r>
      <w:r>
        <w:rPr>
          <w:sz w:val="20"/>
        </w:rPr>
        <w:t>6:01  lekin jab aap yeh kahenge ke sabr ka matlab hai Realistic Approach, tab un ka Mind pakdega ke haan yeh baat hai.</w:t>
      </w:r>
      <w:r>
        <w:br/>
      </w:r>
      <w:r>
        <w:rPr>
          <w:sz w:val="20"/>
        </w:rPr>
        <w:t>6:13  to ghalati yahan hai.</w:t>
      </w:r>
    </w:p>
    <w:p>
      <w:pPr>
        <w:pStyle w:val="Heading2"/>
      </w:pPr>
      <w:r>
        <w:t>Shift from jihad to dawah over 30 years</w:t>
      </w:r>
    </w:p>
    <w:p>
      <w:r>
        <w:rPr>
          <w:color w:val="666666"/>
          <w:sz w:val="18"/>
        </w:rPr>
        <w:t>An Intellectual journey 1 May 2011 - Maulana Wahiduddin Khan · 5m 53s · at 27:40 · https://youtu.be/lnfjC7x_s2A?t=1660</w:t>
      </w:r>
    </w:p>
    <w:p>
      <w:r>
        <w:rPr>
          <w:i/>
        </w:rPr>
        <w:t>“To jis ko kehte hain arabi mein Arab Imarat”</w:t>
      </w:r>
    </w:p>
    <w:p>
      <w:r>
        <w:rPr>
          <w:sz w:val="20"/>
        </w:rPr>
        <w:t>27:40  to jis ko kehte hain Arabi mein Arab Emarat.</w:t>
      </w:r>
      <w:r>
        <w:br/>
      </w:r>
      <w:r>
        <w:rPr>
          <w:sz w:val="20"/>
        </w:rPr>
        <w:t>27:44  to wahan maine kai safar mere hue hain. ab jo safar hua hai is bar, yaani April 2011 mein, sirf 2011 ki taraf se hi hai, 2011</w:t>
      </w:r>
      <w:r>
        <w:br/>
      </w:r>
      <w:r>
        <w:rPr>
          <w:sz w:val="20"/>
        </w:rPr>
        <w:t>28:01  April 2011 mein ke aakhri hafte mein, is se bohat mukhtalif tha is se pichhle safaron ka. mislan ab se 30 saal pehle main gaya tha Arab Emarat mein,</w:t>
      </w:r>
      <w:r>
        <w:br/>
      </w:r>
      <w:r>
        <w:rPr>
          <w:sz w:val="20"/>
        </w:rPr>
        <w:t>28:15  thirty years pehle.</w:t>
      </w:r>
      <w:r>
        <w:br/>
      </w:r>
      <w:r>
        <w:rPr>
          <w:sz w:val="20"/>
        </w:rPr>
        <w:t>28:19  wahan par aik aik meeting hui, aik jalsah hua, is mein arab bhi thay, nan arab bhi thay, aur kafi bara ijtima hua tha parhay likhay logon ka.</w:t>
      </w:r>
      <w:r>
        <w:br/>
      </w:r>
      <w:r>
        <w:rPr>
          <w:sz w:val="20"/>
        </w:rPr>
        <w:t>28:34  wo sab parhay likhay log thay.</w:t>
      </w:r>
      <w:r>
        <w:br/>
      </w:r>
      <w:r>
        <w:rPr>
          <w:sz w:val="20"/>
        </w:rPr>
        <w:t>28:37  to wahan par mein ne yeh baat kahi thi ke musalman jo hain, jihad ke naam par jo laraai bhadaai kar rahay hain, wohi sab se bara masla un ka hai.</w:t>
      </w:r>
      <w:r>
        <w:br/>
      </w:r>
      <w:r>
        <w:rPr>
          <w:sz w:val="20"/>
        </w:rPr>
        <w:t>28:49  jab tak is ko band nahi karengay, tab tak un ka koi problem solve nahi honay wala hai.</w:t>
      </w:r>
      <w:r>
        <w:br/>
      </w:r>
      <w:r>
        <w:rPr>
          <w:sz w:val="20"/>
        </w:rPr>
        <w:t>28:56  aur yeh distraction hai, yeh jo jihad samajhtay hain, is ko "the great soul of distraction" yaani dawat se hata diya.</w:t>
      </w:r>
      <w:r>
        <w:br/>
      </w:r>
      <w:r>
        <w:rPr>
          <w:sz w:val="20"/>
        </w:rPr>
        <w:t>29:06  jihad nahi hai, yeh to distraction hai. aaj jo kaam karna tha, dawat ka kaam karna tha.</w:t>
      </w:r>
      <w:r>
        <w:br/>
      </w:r>
      <w:r>
        <w:rPr>
          <w:sz w:val="20"/>
        </w:rPr>
        <w:t>29:13  saari opportunities khuli hain dawat ke liye,</w:t>
      </w:r>
      <w:r>
        <w:br/>
      </w:r>
      <w:r>
        <w:rPr>
          <w:sz w:val="20"/>
        </w:rPr>
        <w:t>29:18  saari opportunity, opportunity explosion hai. yeh yeh zamanah jo hai, opportunity explosion ka zamanah hai. ab musalman kahan lagay hue hain?</w:t>
      </w:r>
      <w:r>
        <w:br/>
      </w:r>
      <w:r>
        <w:rPr>
          <w:sz w:val="20"/>
        </w:rPr>
        <w:t>29:28  jihad ke naam par laraai bhadaai, yeh kya hai? yeh distraction hai.</w:t>
      </w:r>
      <w:r>
        <w:br/>
      </w:r>
      <w:r>
        <w:rPr>
          <w:sz w:val="20"/>
        </w:rPr>
        <w:t>29:36  is waqt jab mein ne kaha tha 30 saal pehle yeh baat, to aisa lagta tha log mujhe kha jayengay. itna ziyada log is se mein agay aur itna ziyada yaani negative ho gaye ke bas</w:t>
      </w:r>
      <w:r>
        <w:br/>
      </w:r>
      <w:r>
        <w:rPr>
          <w:sz w:val="20"/>
        </w:rPr>
        <w:t>29:52  ajeeb haal tha. is baar mein ne wohi baat kahi isi arab amarat mein, to koi kisi ne negative response nahi diya.</w:t>
      </w:r>
      <w:r>
        <w:br/>
      </w:r>
      <w:r>
        <w:rPr>
          <w:sz w:val="20"/>
        </w:rPr>
        <w:t>30:03  har aik ka positive response tha. aur log yeh poochne lagay ke yeh bataiye ke hum dawat kaise karein?</w:t>
      </w:r>
      <w:r>
        <w:br/>
      </w:r>
      <w:r>
        <w:rPr>
          <w:sz w:val="20"/>
        </w:rPr>
        <w:t>30:13  koi isi ko le kar log poochne lagay. mislan aik aik lady ne poocha kaha ke sahib, kaha jata hai ke aurat ka awaz bhi parda hai,</w:t>
      </w:r>
      <w:r>
        <w:br/>
      </w:r>
      <w:r>
        <w:rPr>
          <w:sz w:val="20"/>
        </w:rPr>
        <w:t>30:26  to hum jab mardon se awaz bhi nahi nikaal saktay, mardon ke sath to hum kaise dawat dengay? aap</w:t>
      </w:r>
      <w:r>
        <w:br/>
      </w:r>
      <w:r>
        <w:rPr>
          <w:sz w:val="20"/>
        </w:rPr>
        <w:t>30:33  ne kaha yeh masla hi galat hai, yeh Islam mein hai hi nahi awaz ka parda. yeh to bilkul masla hi, bilkul base less hai.</w:t>
      </w:r>
      <w:r>
        <w:br/>
      </w:r>
      <w:r>
        <w:rPr>
          <w:sz w:val="20"/>
        </w:rPr>
        <w:t>30:44  yaani Hazrat Hajra bolein mardon se, Musa ke zamanay mein woh khawateen jo aayin theen, woh bolein mardon se, Hazrat Khadija bolein mardon se, Aisha bolein mardon se.</w:t>
      </w:r>
      <w:r>
        <w:br/>
      </w:r>
      <w:r>
        <w:rPr>
          <w:sz w:val="20"/>
        </w:rPr>
        <w:t>30:55  to kahan se yeh nikal aaya ke awaz parda hai? yeh to base less hai bilkul.</w:t>
      </w:r>
      <w:r>
        <w:br/>
      </w:r>
      <w:r>
        <w:rPr>
          <w:sz w:val="20"/>
        </w:rPr>
        <w:t>31:00  aap khoob boliye, na bol sakein to literature pesh kijiye.</w:t>
      </w:r>
      <w:r>
        <w:br/>
      </w:r>
      <w:r>
        <w:rPr>
          <w:sz w:val="20"/>
        </w:rPr>
        <w:t>31:09  aik sahib ne kaha ke sahib, hamaray paros mein bohat se nan muslim hain, to hum un se jab interact karte hain to apnay haan khanay ke liye kehtay hain, to hum kya karein?</w:t>
      </w:r>
      <w:r>
        <w:br/>
      </w:r>
      <w:r>
        <w:rPr>
          <w:sz w:val="20"/>
        </w:rPr>
        <w:t>31:20  wo samajhtay hain wahan khana khaya to Islam hi chala jayega. mein ne kaha yeh to bilkul jhoota Islam hai,</w:t>
      </w:r>
      <w:r>
        <w:br/>
      </w:r>
      <w:r>
        <w:rPr>
          <w:sz w:val="20"/>
        </w:rPr>
        <w:t>31:27  wahan khaiye, aap un ke sath baithiye, un ko aap apnay haan, un ko aap apnay haan bulaiye, aap un ke haan jaiye. yahan tak ke aik sahib ne kaha ke rozay ke zamanay mein hum ko bulaya kisi ghair muslim ne apnay haan, to jeeb mein unhon ne namak rakh liya</w:t>
      </w:r>
      <w:r>
        <w:br/>
      </w:r>
      <w:r>
        <w:rPr>
          <w:sz w:val="20"/>
        </w:rPr>
        <w:t>31:45  aur us namak se iftar kiya, phir un ka khana khaya. kyunke agar wahan khana kha letay to roza hi chala jata. mein ne kaha astaghfirullah, yeh Islam hai, yeh Islam nahi hai.</w:t>
      </w:r>
      <w:r>
        <w:br/>
      </w:r>
      <w:r>
        <w:rPr>
          <w:sz w:val="20"/>
        </w:rPr>
        <w:t>31:56  to bilkul yaani absurd cheezein yeh sab hain. aap khoob khaiye, wahan roza ikhtiyar kijiye.</w:t>
      </w:r>
      <w:r>
        <w:br/>
      </w:r>
      <w:r>
        <w:rPr>
          <w:sz w:val="20"/>
        </w:rPr>
        <w:t>32:05  to gharaaz hai ke ab jo tha mamla, woh yeh pooch rahay thay ke hum dawat ka daawti kaam kaise karein? tab to dawat ko bilkul unhon ne sunnay ka inkaar kar diya tha ke dawat kya hai?</w:t>
      </w:r>
      <w:r>
        <w:br/>
      </w:r>
      <w:r>
        <w:rPr>
          <w:sz w:val="20"/>
        </w:rPr>
        <w:t>32:17  abhi to humein jihad karna hai, dawat ka koi sawal hi nahi hai. yeh to dushman hain hamaray, un ko humein qatl karna hai, dushmanon ko.</w:t>
      </w:r>
      <w:r>
        <w:br/>
      </w:r>
      <w:r>
        <w:rPr>
          <w:sz w:val="20"/>
        </w:rPr>
        <w:t>32:26  tab yeh mood tha. ab mood doosra hai ke theek hai, hum dawati kaam karna chahte hain, hamein bataiye kaise dawati kaam karein?</w:t>
      </w:r>
      <w:r>
        <w:br/>
      </w:r>
      <w:r>
        <w:rPr>
          <w:sz w:val="20"/>
        </w:rPr>
        <w:t>32:37  to is se maine yeh samjha, aur yeh india mein bhi hum is ko dekhte hain, yeh yeh phenomenon india mein bhi hai ke jo dunya ke halaat hain, yaani so called jihad se jis tarah tabahi hui, barbadi hui,</w:t>
      </w:r>
      <w:r>
        <w:br/>
      </w:r>
      <w:r>
        <w:rPr>
          <w:sz w:val="20"/>
        </w:rPr>
        <w:t>32:53  ab har aadmi dekh raha hai is ko. kashmir mein, falasteen mein, bosnia mein, chechnya mein, har jagah tabahi, tabahi. sinkang mein</w:t>
      </w:r>
      <w:r>
        <w:br/>
      </w:r>
      <w:r>
        <w:rPr>
          <w:sz w:val="20"/>
        </w:rPr>
        <w:t>33:02  har jagah tabahi, tabahi, tabahi, tabahi. to aadmi kab tak is ko tolerate kare? ab logon ke andar second thought aa gaya, yaani 30 saal pehle second thought nahi aaya tha.</w:t>
      </w:r>
      <w:r>
        <w:br/>
      </w:r>
      <w:r>
        <w:rPr>
          <w:sz w:val="20"/>
        </w:rPr>
        <w:t>33:18  us waqt to josh o kharosh mein thay ke hamein dushmano ko khatam karna hai,</w:t>
      </w:r>
      <w:r>
        <w:br/>
      </w:r>
      <w:r>
        <w:rPr>
          <w:sz w:val="20"/>
        </w:rPr>
        <w:t>33:22  ab second thought aa gaya is had tak ke ab poochne lage ke ab kaise dawat dawati kaam karein? yeh batao.</w:t>
      </w:r>
    </w:p>
    <w:p>
      <w:pPr>
        <w:pStyle w:val="Heading2"/>
      </w:pPr>
      <w:r>
        <w:t>Ethical values in Islam as universal human values, with the golden rule</w:t>
      </w:r>
    </w:p>
    <w:p>
      <w:r>
        <w:rPr>
          <w:color w:val="666666"/>
          <w:sz w:val="18"/>
        </w:rPr>
        <w:t>Ethical Values in Islam, June 19, 2008 · 5m 10s · at 0:36 · https://youtu.be/2yPff80nSBY?t=36</w:t>
      </w:r>
    </w:p>
    <w:p>
      <w:r>
        <w:rPr>
          <w:i/>
        </w:rPr>
        <w:t>“Today's topic is ethical values in Islam”</w:t>
      </w:r>
    </w:p>
    <w:p>
      <w:r>
        <w:rPr>
          <w:sz w:val="20"/>
        </w:rPr>
        <w:t>0:36  aaj ka topic hai: ethical values in Islam.</w:t>
      </w:r>
      <w:r>
        <w:br/>
      </w:r>
      <w:r>
        <w:rPr>
          <w:sz w:val="20"/>
        </w:rPr>
        <w:t>0:45  Islam mein akhlaqi aqdar.</w:t>
      </w:r>
      <w:r>
        <w:br/>
      </w:r>
      <w:r>
        <w:rPr>
          <w:sz w:val="20"/>
        </w:rPr>
        <w:t>0:52  yeh bohat hi important topic hai, aur bohat hi zaroori hai ke is par socha jaye aur logon ke andar zyada se zyada moral consciousness paida kiya jaye.</w:t>
      </w:r>
      <w:r>
        <w:br/>
      </w:r>
      <w:r>
        <w:rPr>
          <w:sz w:val="20"/>
        </w:rPr>
        <w:t>1:13  aaj kal ke zamane mein aap jante hain ke sab se zyada jis cheez mein deterioration hua hai, woh moral values mein hua hai.</w:t>
      </w:r>
      <w:r>
        <w:br/>
      </w:r>
      <w:r>
        <w:rPr>
          <w:sz w:val="20"/>
        </w:rPr>
        <w:t>1:26  hamare bachpan ke zamane mein jo baat aadmi akele mein bhi nahi kar sakta tha, woh aaj khule taur par sadkon par karta hai.</w:t>
      </w:r>
      <w:r>
        <w:br/>
      </w:r>
      <w:r>
        <w:rPr>
          <w:sz w:val="20"/>
        </w:rPr>
        <w:t>1:38  itna farq ho gaya hai.</w:t>
      </w:r>
      <w:r>
        <w:br/>
      </w:r>
      <w:r>
        <w:rPr>
          <w:sz w:val="20"/>
        </w:rPr>
        <w:t>1:42  main samajhta hoon ke moral values ko revive karna aur phir se aisi society banana jis mein moral values ko pura importance diya gaya ho,</w:t>
      </w:r>
      <w:r>
        <w:br/>
      </w:r>
      <w:r>
        <w:rPr>
          <w:sz w:val="20"/>
        </w:rPr>
        <w:t>1:57  yeh aaj ki bohat bari zaroorat hai.</w:t>
      </w:r>
      <w:r>
        <w:br/>
      </w:r>
      <w:r>
        <w:rPr>
          <w:sz w:val="20"/>
        </w:rPr>
        <w:t>2:04  yahan main kahunga ke moral values naam hai universal values ka.</w:t>
      </w:r>
      <w:r>
        <w:br/>
      </w:r>
      <w:r>
        <w:rPr>
          <w:sz w:val="20"/>
        </w:rPr>
        <w:t>2:15  moral values ya human values, jo bhi aap kahein, to woh darasal universal values ka naam hai, yani afaqi aqdar.</w:t>
      </w:r>
      <w:r>
        <w:br/>
      </w:r>
      <w:r>
        <w:rPr>
          <w:sz w:val="20"/>
        </w:rPr>
        <w:t>2:26  is mein aaj jahan tak maine padha hai, different mazhab mein lagbhag wahi qadrein hain, wahi values hain. Kyun ke insaan jab aapas mein mil kar rahein, ek society ki shakal mein,</w:t>
      </w:r>
      <w:r>
        <w:br/>
      </w:r>
      <w:r>
        <w:rPr>
          <w:sz w:val="20"/>
        </w:rPr>
        <w:t>2:41  to har jagah isi value ki zaroorat hoti hai jo kisi doosri jagah.</w:t>
      </w:r>
      <w:r>
        <w:br/>
      </w:r>
      <w:r>
        <w:rPr>
          <w:sz w:val="20"/>
        </w:rPr>
        <w:t>2:49  jaise misaal ke taur par dekhiye, ek bohat hi basic human value jo hai, har mazhab mein hai. Woh Quran mein hai, woh Gita mein hai, woh Bible mein hai.</w:t>
      </w:r>
      <w:r>
        <w:br/>
      </w:r>
      <w:r>
        <w:rPr>
          <w:sz w:val="20"/>
        </w:rPr>
        <w:t>3:01  woh kya? Woh yeh hai ke jo kuch tum apne liye pasand karte ho, wahi doosre ke liye pasand karo.</w:t>
      </w:r>
      <w:r>
        <w:br/>
      </w:r>
      <w:r>
        <w:rPr>
          <w:sz w:val="20"/>
        </w:rPr>
        <w:t>3:20  jo cheez tumhe khud napasanad ho, us ko doosre ke liye bhi napasanad samjho.</w:t>
      </w:r>
      <w:r>
        <w:br/>
      </w:r>
      <w:r>
        <w:rPr>
          <w:sz w:val="20"/>
        </w:rPr>
        <w:t>3:29  isi ko shayar ne kaha tha ke na karo kisi se, na karo bhool kar kisi se tum sulook aisa ke jo tum se koi karta tumhein nagawar hota.</w:t>
      </w:r>
      <w:r>
        <w:br/>
      </w:r>
      <w:r>
        <w:rPr>
          <w:sz w:val="20"/>
        </w:rPr>
        <w:t>3:49  to yeh dekhiye, sab se zyada main samajhta hoon ke sab se zyada sada yeh teaching hai.</w:t>
      </w:r>
      <w:r>
        <w:br/>
      </w:r>
      <w:r>
        <w:rPr>
          <w:sz w:val="20"/>
        </w:rPr>
        <w:t>4:03  kyun? Har aadmi ko pata hai ke mujhe kya pasand hai, kya pasand nahi hai.</w:t>
      </w:r>
      <w:r>
        <w:br/>
      </w:r>
      <w:r>
        <w:rPr>
          <w:sz w:val="20"/>
        </w:rPr>
        <w:t>4:10  koi chahe padha likha ho, be padha likha ho, poor ho, rich ho, dekhne wala ho, be aankh wala ho, koi bhi, koi bhi, koi bhi.</w:t>
      </w:r>
      <w:r>
        <w:br/>
      </w:r>
      <w:r>
        <w:rPr>
          <w:sz w:val="20"/>
        </w:rPr>
        <w:t>4:23  har ek ko yeh pata hai ke mujhe kya acha lagta hai aur mujhe kya acha nahi lagta.</w:t>
      </w:r>
      <w:r>
        <w:br/>
      </w:r>
      <w:r>
        <w:rPr>
          <w:sz w:val="20"/>
        </w:rPr>
        <w:t>4:31  misalan mere bare mein koi, koi mujhe, misalan mujhe koi badnaam kare, jis ko kehte hain character assassination, to kis ko acha lagega?</w:t>
      </w:r>
      <w:r>
        <w:br/>
      </w:r>
      <w:r>
        <w:rPr>
          <w:sz w:val="20"/>
        </w:rPr>
        <w:t>4:46  sab ko bura lagega. To mujhe bura lagta hai jab mera koi, jis ko kehte hain Urdu mein kardar kashi, character assassination, koi kare,</w:t>
      </w:r>
      <w:r>
        <w:br/>
      </w:r>
      <w:r>
        <w:rPr>
          <w:sz w:val="20"/>
        </w:rPr>
        <w:t>4:59  mere par aib lagaye, to mujhe bura lagta hai. To isi se samajhna chahiye ke doosre ko bura lagega. Aise hi dekhiye, kisi se maamla hua, time par us ne paisa ada kar diya,</w:t>
      </w:r>
      <w:r>
        <w:br/>
      </w:r>
      <w:r>
        <w:rPr>
          <w:sz w:val="20"/>
        </w:rPr>
        <w:t>5:16  theek theek jo terms and conditions jo tay hui theen, us ke mutabiq us ne sari dealing ki, to hum ko bara acha lagega. To hum bhi doosre ke sath aise hi karein.</w:t>
      </w:r>
      <w:r>
        <w:br/>
      </w:r>
      <w:r>
        <w:rPr>
          <w:sz w:val="20"/>
        </w:rPr>
        <w:t>5:30  jab wada ho jaye to us ko poora karen. jo conditions tay ho jayen, us ko hum poora karen. to yeh bohat hi simple tareeqa hai yeh janney ka ke basic human value kya hai.</w:t>
      </w:r>
    </w:p>
    <w:p>
      <w:pPr>
        <w:pStyle w:val="Heading2"/>
      </w:pPr>
      <w:r>
        <w:t>Spiritual meaning of Fajr and Asr prayers</w:t>
      </w:r>
    </w:p>
    <w:p>
      <w:r>
        <w:rPr>
          <w:color w:val="666666"/>
          <w:sz w:val="18"/>
        </w:rPr>
        <w:t>Islam in Daily Life I 26 Dec, 2010 - Maulana Wahiduddin Khan · 6m 00s · at 13:05 · https://youtu.be/S7ahMQ1iyp0?t=785</w:t>
      </w:r>
    </w:p>
    <w:p>
      <w:r>
        <w:rPr>
          <w:i/>
        </w:rPr>
        <w:t>“Aaj subah utha fajr ki namaz padhi”</w:t>
      </w:r>
    </w:p>
    <w:p>
      <w:r>
        <w:rPr>
          <w:sz w:val="20"/>
        </w:rPr>
        <w:t>13:05  aaj subah mein utha, fajar ki namaz parhi to ek hadith yaad aai.</w:t>
      </w:r>
      <w:r>
        <w:br/>
      </w:r>
      <w:r>
        <w:rPr>
          <w:sz w:val="20"/>
        </w:rPr>
        <w:t>13:15  yeh hadith albukhari mein bhi hai, muslim mein bhi hai.</w:t>
      </w:r>
      <w:r>
        <w:br/>
      </w:r>
      <w:r>
        <w:rPr>
          <w:sz w:val="20"/>
        </w:rPr>
        <w:t>13:22  jo ke most authentic book samjhi jati hain hadith mein. in ko sahihain kaha jata hai. sahihain.</w:t>
      </w:r>
      <w:r>
        <w:br/>
      </w:r>
      <w:r>
        <w:rPr>
          <w:sz w:val="20"/>
        </w:rPr>
        <w:t>13:33  do sahi kitabain. to woh hadith is tarah se hai:</w:t>
      </w:r>
      <w:r>
        <w:br/>
      </w:r>
      <w:r>
        <w:rPr>
          <w:sz w:val="20"/>
        </w:rPr>
        <w:t>13:40  "man salla al-bardain dakhala al-jannah".</w:t>
      </w:r>
      <w:r>
        <w:br/>
      </w:r>
      <w:r>
        <w:rPr>
          <w:sz w:val="20"/>
        </w:rPr>
        <w:t>13:49  "man salla al-bardain dakhala al-jannah". bard ke maeni hote hain thandak. yani do thandak waqt ki namaz jis ne parhi, woh jannat mein jaega.</w:t>
      </w:r>
      <w:r>
        <w:br/>
      </w:r>
      <w:r>
        <w:rPr>
          <w:sz w:val="20"/>
        </w:rPr>
        <w:t>14:06  do thandak waqt ki namaz jis ne parhi, woh jannat mein jaega. yeh hadith bukhari mein bhi hai, muslim mein bhi hai.</w:t>
      </w:r>
      <w:r>
        <w:br/>
      </w:r>
      <w:r>
        <w:rPr>
          <w:sz w:val="20"/>
        </w:rPr>
        <w:t>14:17  lekin is ka matlab mujhe aaj samajh mein aya. dekhen thandak waqt mein namaz parhne ka matlab kya hai? mu'tadil halat mein namaz parhna.</w:t>
      </w:r>
      <w:r>
        <w:br/>
      </w:r>
      <w:r>
        <w:rPr>
          <w:sz w:val="20"/>
        </w:rPr>
        <w:t>14:26  normal mind ke sath namaz parhna. yeh keh ke aap garmi ho rahi hai, paseena beh raha hai,</w:t>
      </w:r>
      <w:r>
        <w:br/>
      </w:r>
      <w:r>
        <w:rPr>
          <w:sz w:val="20"/>
        </w:rPr>
        <w:t>14:36  us waqt aap namaz parhen to aap ka mind do taraf rahega. idhar garmi ki taraf, udhar namaz ki taraf.</w:t>
      </w:r>
      <w:r>
        <w:br/>
      </w:r>
      <w:r>
        <w:rPr>
          <w:sz w:val="20"/>
        </w:rPr>
        <w:t>14:44  lekin do subah ka jo waqt hota hai, woh mu'tadil waqt hota hai. is mein murad hai ek subah ki fajar ki namaz, ek asar ki namaz.</w:t>
      </w:r>
      <w:r>
        <w:br/>
      </w:r>
      <w:r>
        <w:rPr>
          <w:sz w:val="20"/>
        </w:rPr>
        <w:t>14:58  yeh do namaz jo kaha gaya hai is mein, ek subah ki namaz, ek asar ki namaz hai. to is ka matlab kya hai ke yeh namazen hoti hain jab waqt bohat hi mu'tadil hota hai,</w:t>
      </w:r>
      <w:r>
        <w:br/>
      </w:r>
      <w:r>
        <w:rPr>
          <w:sz w:val="20"/>
        </w:rPr>
        <w:t>15:14  bohat hi suhana hota hai,</w:t>
      </w:r>
      <w:r>
        <w:br/>
      </w:r>
      <w:r>
        <w:rPr>
          <w:sz w:val="20"/>
        </w:rPr>
        <w:t>15:16  bohat hi yani munasib hota hai. us waqt jab aadmi namaz parhta hai to koi cheez distract nahin karti us ko.</w:t>
      </w:r>
      <w:r>
        <w:br/>
      </w:r>
      <w:r>
        <w:rPr>
          <w:sz w:val="20"/>
        </w:rPr>
        <w:t>15:28  to distraction se bach kar ke aur mind ko ziyada concentrate kar ke parh sakte hain aap yeh dono namazen. ab bataie ke aap ne is ka matlab, hadith ka matlab kya hua?</w:t>
      </w:r>
      <w:r>
        <w:br/>
      </w:r>
      <w:r>
        <w:rPr>
          <w:sz w:val="20"/>
        </w:rPr>
        <w:t>15:42  ke jo aadmi subah ki namaz</w:t>
      </w:r>
      <w:r>
        <w:br/>
      </w:r>
      <w:r>
        <w:rPr>
          <w:sz w:val="20"/>
        </w:rPr>
        <w:t>15:46  sahi dhang se parhega to kya hoga? is ka asar sham tak rahega. kam se kam. yani minimum yeh hai ke sham tak rahega is ka asar.</w:t>
      </w:r>
      <w:r>
        <w:br/>
      </w:r>
      <w:r>
        <w:rPr>
          <w:sz w:val="20"/>
        </w:rPr>
        <w:t>15:58  acha sham ki namaz parh li aap ne isi tarah se to is ka asar subah tak rahega.</w:t>
      </w:r>
      <w:r>
        <w:br/>
      </w:r>
      <w:r>
        <w:rPr>
          <w:sz w:val="20"/>
        </w:rPr>
        <w:t>16:04  is tarah chobis ghante cover ho jaega.</w:t>
      </w:r>
      <w:r>
        <w:br/>
      </w:r>
      <w:r>
        <w:rPr>
          <w:sz w:val="20"/>
        </w:rPr>
        <w:t>16:10  to woh aadmi jannat mein kaise jaega? is par sochiye. yeh do namazen jo mu'tadil waqt mein parh liya to woh jannat mein chala jaega.</w:t>
      </w:r>
      <w:r>
        <w:br/>
      </w:r>
      <w:r>
        <w:rPr>
          <w:sz w:val="20"/>
        </w:rPr>
        <w:t>16:22  kyun? aisa kya baat hai is ke andar? dekhen yeh rakaton ki baat nahi hai.</w:t>
      </w:r>
      <w:r>
        <w:br/>
      </w:r>
      <w:r>
        <w:rPr>
          <w:sz w:val="20"/>
        </w:rPr>
        <w:t>16:30  yeh form ki baat nahi hai. namaz ko jo form hai, us ko dehra liya aap ne ek time mein to bas ho gaya. yeh matlab nahi hai is ka.</w:t>
      </w:r>
      <w:r>
        <w:br/>
      </w:r>
      <w:r>
        <w:rPr>
          <w:sz w:val="20"/>
        </w:rPr>
        <w:t>16:39  har giz nahi hai.</w:t>
      </w:r>
      <w:r>
        <w:br/>
      </w:r>
      <w:r>
        <w:rPr>
          <w:sz w:val="20"/>
        </w:rPr>
        <w:t>16:44  quran mein hai ke: "qad aflaha al mominun allazina hum fi salatihim khashi'un". yani un logon ko falah mile gi namaz se jin ki namaz mein khushu ho.</w:t>
      </w:r>
      <w:r>
        <w:br/>
      </w:r>
      <w:r>
        <w:rPr>
          <w:sz w:val="20"/>
        </w:rPr>
        <w:t>16:57  yani isprit wali namaz.</w:t>
      </w:r>
      <w:r>
        <w:br/>
      </w:r>
      <w:r>
        <w:rPr>
          <w:sz w:val="20"/>
        </w:rPr>
        <w:t>17:01  to isprit wali namaz aap ne parhi subah ko, isprit wali namaz parhi aap sham ko to kya hoga? isprit kya hai?</w:t>
      </w:r>
      <w:r>
        <w:br/>
      </w:r>
      <w:r>
        <w:rPr>
          <w:sz w:val="20"/>
        </w:rPr>
        <w:t>17:13  subah uthe aap ya sham ko uthe namaz parhne ke liye pehla kaam karte hain aap? wuzu karte hain. wuzu kya hai?</w:t>
      </w:r>
      <w:r>
        <w:br/>
      </w:r>
      <w:r>
        <w:rPr>
          <w:sz w:val="20"/>
        </w:rPr>
        <w:t>17:25  symbolic way mein yeh apne andar ehsas jagana</w:t>
      </w:r>
      <w:r>
        <w:br/>
      </w:r>
      <w:r>
        <w:rPr>
          <w:sz w:val="20"/>
        </w:rPr>
        <w:t>17:30  ke mujhe pak saaf rehna hai. pure fire soul ke sath rehna hai. positive mind ke sath rehna hai.</w:t>
      </w:r>
      <w:r>
        <w:br/>
      </w:r>
      <w:r>
        <w:rPr>
          <w:sz w:val="20"/>
        </w:rPr>
        <w:t>17:41  kisi ajeeb cheez hai.</w:t>
      </w:r>
      <w:r>
        <w:br/>
      </w:r>
      <w:r>
        <w:rPr>
          <w:sz w:val="20"/>
        </w:rPr>
        <w:t>17:43  wuzu reminder hai. symbolic reminder. wuzu koi rasam nahi hai ke hath paon dho liya bas sawab mil gaya.</w:t>
      </w:r>
      <w:r>
        <w:br/>
      </w:r>
      <w:r>
        <w:rPr>
          <w:sz w:val="20"/>
        </w:rPr>
        <w:t>17:54  yeh baat nahi hai. wuzu ko as a reminder lena yeh asal cheez hai.</w:t>
      </w:r>
      <w:r>
        <w:br/>
      </w:r>
      <w:r>
        <w:rPr>
          <w:sz w:val="20"/>
        </w:rPr>
        <w:t>18:02  ab bataiye ke jab wuzu kiya aap ne aur is ke baad dua parhi aap ne: "allahumma j'alni min al tawwabin wa j'alni min al mutahirin" to is ka matlab kya hua?</w:t>
      </w:r>
      <w:r>
        <w:br/>
      </w:r>
      <w:r>
        <w:rPr>
          <w:sz w:val="20"/>
        </w:rPr>
        <w:t>18:17  ke khuda ya jis tarah se is pani ne</w:t>
      </w:r>
      <w:r>
        <w:br/>
      </w:r>
      <w:r>
        <w:rPr>
          <w:sz w:val="20"/>
        </w:rPr>
        <w:t>18:21  mere body ko saaf pak kiya hai, aise hi to apni rehmat se meri rooh ko pak saaf kar de.</w:t>
      </w:r>
      <w:r>
        <w:br/>
      </w:r>
      <w:r>
        <w:rPr>
          <w:sz w:val="20"/>
        </w:rPr>
        <w:t>18:30  mere mind ko pak saaf kar de. mere dil ko pak saaf kar de. aap ghor kijiye ke is isprit ke sath wuzu karen ge aap</w:t>
      </w:r>
      <w:r>
        <w:br/>
      </w:r>
      <w:r>
        <w:rPr>
          <w:sz w:val="20"/>
        </w:rPr>
        <w:t>18:40  to woh kam se kam sham tak to baqi rahe ga woh.</w:t>
      </w:r>
      <w:r>
        <w:br/>
      </w:r>
      <w:r>
        <w:rPr>
          <w:sz w:val="20"/>
        </w:rPr>
        <w:t>18:47  aap ko yeh laga rahe ga ehsas, dua nikle gi aap ki zuban se ke khuda ya mere bas mein tha apne body ko saaf karna, baqi to tere bas mein hai.</w:t>
      </w:r>
      <w:r>
        <w:br/>
      </w:r>
      <w:r>
        <w:rPr>
          <w:sz w:val="20"/>
        </w:rPr>
        <w:t>18:59  mind ko pak saaf karna, dil ko pak saaf karna, rooh ko pak saaf karna,</w:t>
      </w:r>
      <w:r>
        <w:br/>
      </w:r>
      <w:r>
        <w:rPr>
          <w:sz w:val="20"/>
        </w:rPr>
        <w:t>19:06  woh to tu hi tu hi kar sakta hai. in duaon ke sath, in ehsasat ke sath aap din guzaren ge. ab dekhen kaisa ajeeb</w:t>
      </w:r>
    </w:p>
    <w:p>
      <w:pPr>
        <w:pStyle w:val="Heading2"/>
      </w:pPr>
      <w:r>
        <w:t>Three blessings of modern civilization and ingratitude</w:t>
      </w:r>
    </w:p>
    <w:p>
      <w:r>
        <w:rPr>
          <w:color w:val="666666"/>
          <w:sz w:val="18"/>
        </w:rPr>
        <w:t>Creative Marefat 8 April 2017 - Maulana Wahiduddin Khan · 5m 57s · at 4:42 · https://youtu.be/I2hKHNIQ-1U?t=282</w:t>
      </w:r>
    </w:p>
    <w:p>
      <w:r>
        <w:rPr>
          <w:i/>
        </w:rPr>
        <w:t>“Is mein teen baatein hain”</w:t>
      </w:r>
    </w:p>
    <w:p>
      <w:r>
        <w:rPr>
          <w:sz w:val="20"/>
        </w:rPr>
        <w:t>4:42  modern civilization ke zamane mein. Woh kaise? Ismein teen baatein hain. Pehli baat jo hai, iska matlab hai sachai ka milna.</w:t>
      </w:r>
      <w:r>
        <w:br/>
      </w:r>
      <w:r>
        <w:rPr>
          <w:sz w:val="20"/>
        </w:rPr>
        <w:t>4:58  jab Allah kisi ko qabul karega to yahi to matlab hua, usko sachai dega, woh sachai pe khada hone ke qabil ho jayega. To qadeem zamane mein sachai ko paane ke liye yeh hota tha ke kisi buzurg ke paas jaate, unke ghar pe thehrte to woh kuch batata, woh aap sun lete.</w:t>
      </w:r>
      <w:r>
        <w:br/>
      </w:r>
      <w:r>
        <w:rPr>
          <w:sz w:val="20"/>
        </w:rPr>
        <w:t>5:19  lekin ab daur hai communication ka,</w:t>
      </w:r>
      <w:r>
        <w:br/>
      </w:r>
      <w:r>
        <w:rPr>
          <w:sz w:val="20"/>
        </w:rPr>
        <w:t>5:22  printing press ka. aap dunya mein kahin bhi rahiye, aap ko chhupa hua ya communication ke zariye se, internet ke zariye se, computer ke zariye se, aap ko kahin bhi aap hon, sachai pahunch rahi hai aap ko.</w:t>
      </w:r>
      <w:r>
        <w:br/>
      </w:r>
      <w:r>
        <w:rPr>
          <w:sz w:val="20"/>
        </w:rPr>
        <w:t>5:39  jise hamara mission hai,</w:t>
      </w:r>
      <w:r>
        <w:br/>
      </w:r>
      <w:r>
        <w:rPr>
          <w:sz w:val="20"/>
        </w:rPr>
        <w:t>5:41  to mission to ek jagah hai, yeh sari dunya mein logon tak mission ka paigham pahunch raha hai.</w:t>
      </w:r>
      <w:r>
        <w:br/>
      </w:r>
      <w:r>
        <w:rPr>
          <w:sz w:val="20"/>
        </w:rPr>
        <w:t>5:51  to aaj jo hai, woh zamana nahi hai. ab aaj ke zamane mein aap kahin bhi rahen, modern communication ke zariye har jagah aap is ko pa sakte hain.</w:t>
      </w:r>
      <w:r>
        <w:br/>
      </w:r>
      <w:r>
        <w:rPr>
          <w:sz w:val="20"/>
        </w:rPr>
        <w:t>6:07  doosri ayat hum jo hai, lijiye ke Allah taala ne un ki achhi appreciation ki, matlab physical satah pe nahi hai.</w:t>
      </w:r>
      <w:r>
        <w:br/>
      </w:r>
      <w:r>
        <w:rPr>
          <w:sz w:val="20"/>
        </w:rPr>
        <w:t>6:17  yeh to aap ko ek team mil gayi, is team ke sath aap hain</w:t>
      </w:r>
      <w:r>
        <w:br/>
      </w:r>
      <w:r>
        <w:rPr>
          <w:sz w:val="20"/>
        </w:rPr>
        <w:t>6:25  to aap ki poori training ho rahi hai logon ke support se. agar aap akele hote kahin kisi island mein to yeh kuch na hota.</w:t>
      </w:r>
      <w:r>
        <w:br/>
      </w:r>
      <w:r>
        <w:rPr>
          <w:sz w:val="20"/>
        </w:rPr>
        <w:t>6:36  yeh bhi modern age ka phenomenon hai. modern age mein is tarah ki team banti hai,</w:t>
      </w:r>
      <w:r>
        <w:br/>
      </w:r>
      <w:r>
        <w:rPr>
          <w:sz w:val="20"/>
        </w:rPr>
        <w:t>6:42  pehlay is tarah ki team ban nahi sakti thi. to yeh shukr ka item hua aap ke liye. teesri cheez jo hai, woh kafal Zakariya ke un ka kafalat ki Zakariya ne.</w:t>
      </w:r>
      <w:r>
        <w:br/>
      </w:r>
      <w:r>
        <w:rPr>
          <w:sz w:val="20"/>
        </w:rPr>
        <w:t>7:01  ab to poora age aap ki kafalat kar raha hai. aap mein se jo aadmi service service karta ho, business karta ho, koi professional is ka ho to woh modern age ne yeh yeh sab cheezain pata kain.</w:t>
      </w:r>
      <w:r>
        <w:br/>
      </w:r>
      <w:r>
        <w:rPr>
          <w:sz w:val="20"/>
        </w:rPr>
        <w:t>7:14  pehlay aisa tha nahi, pehlay na is tarah ki services hoti theen, na is tarah ka</w:t>
      </w:r>
      <w:r>
        <w:br/>
      </w:r>
      <w:r>
        <w:rPr>
          <w:sz w:val="20"/>
        </w:rPr>
        <w:t>7:22  profession milta tha kisi ko, na is tarah ka business tha. to modern age ne aap ko aap aap ka kafeel bana gaya.</w:t>
      </w:r>
      <w:r>
        <w:br/>
      </w:r>
      <w:r>
        <w:rPr>
          <w:sz w:val="20"/>
        </w:rPr>
        <w:t>7:31  modern age aap ka kafeel ban gaya. modern age aap ka kafeel ban gaya. maslan ek shakhs ek multinational company mein</w:t>
      </w:r>
      <w:r>
        <w:br/>
      </w:r>
      <w:r>
        <w:rPr>
          <w:sz w:val="20"/>
        </w:rPr>
        <w:t>7:41  kaam karta hai to woh woh company aap ko woh kar rahi hai jo Hazrat Zakariya ne kaha tha ke kafalat ka zimmedar zimmedar ban gayi.</w:t>
      </w:r>
      <w:r>
        <w:br/>
      </w:r>
      <w:r>
        <w:rPr>
          <w:sz w:val="20"/>
        </w:rPr>
        <w:t>7:55  woh company aap ko aap ki kafeel ban gayi. kuch kaam aap ne kar rahe hain aur is ke baad woh aap ka sara zimmedari le bhi hain.</w:t>
      </w:r>
      <w:r>
        <w:br/>
      </w:r>
      <w:r>
        <w:rPr>
          <w:sz w:val="20"/>
        </w:rPr>
        <w:t>8:08  to modern age mein yeh sab cheezain paida hui hain. modern age ki wajah se yeh hua possible ke aap kahin bhi hon, aap ko sachai milti rahe.</w:t>
      </w:r>
      <w:r>
        <w:br/>
      </w:r>
      <w:r>
        <w:rPr>
          <w:sz w:val="20"/>
        </w:rPr>
        <w:t>8:18  modern age ki wajah se yeh possible hua ke aap team banayein, aap group banayein,</w:t>
      </w:r>
      <w:r>
        <w:br/>
      </w:r>
      <w:r>
        <w:rPr>
          <w:sz w:val="20"/>
        </w:rPr>
        <w:t>8:25  aap communication develop karein aur is ke zariye se aap ka yani development ho sab ke support se.</w:t>
      </w:r>
      <w:r>
        <w:br/>
      </w:r>
      <w:r>
        <w:rPr>
          <w:sz w:val="20"/>
        </w:rPr>
        <w:t>8:38  aur yeh teesri cheez jo hai ke aap</w:t>
      </w:r>
      <w:r>
        <w:br/>
      </w:r>
      <w:r>
        <w:rPr>
          <w:sz w:val="20"/>
        </w:rPr>
        <w:t>8:43  modern age mein aise opportunities khuli hain, woh opportunities aap ki kafeel ban jati hain, aap ko paisa deti hain, aap ko dollar deti hain.</w:t>
      </w:r>
      <w:r>
        <w:br/>
      </w:r>
      <w:r>
        <w:rPr>
          <w:sz w:val="20"/>
        </w:rPr>
        <w:t>8:56  to aap is tarah agar aap sochen aap</w:t>
      </w:r>
      <w:r>
        <w:br/>
      </w:r>
      <w:r>
        <w:rPr>
          <w:sz w:val="20"/>
        </w:rPr>
        <w:t>9:00  to kabhi bhi aap negative na hon. maslan aap dekhiye jo log service karte hain kisi company mein, jis se miliye, kuch na kuch shikayat ki baat bole ga woh.</w:t>
      </w:r>
      <w:r>
        <w:br/>
      </w:r>
      <w:r>
        <w:rPr>
          <w:sz w:val="20"/>
        </w:rPr>
        <w:t>9:12  kisi chahe woh top ka ho is mein, tab bhi kuch na kuch shikayat ki boli bole ga. halankay woh to woh to woh kaam kar raha hai, woh company woh kaam kar rahi hai jo Hazrat Maryam ke liye Zakariya ne kiya tha.</w:t>
      </w:r>
      <w:r>
        <w:br/>
      </w:r>
      <w:r>
        <w:rPr>
          <w:sz w:val="20"/>
        </w:rPr>
        <w:t>9:25  yani ek kaam bhi economic base de rahi hai. Hazrat Maryam ke liye Zakariya economic base ban gaye. woh bhi bohat mamooli darja batayein.</w:t>
      </w:r>
      <w:r>
        <w:br/>
      </w:r>
      <w:r>
        <w:rPr>
          <w:sz w:val="20"/>
        </w:rPr>
        <w:t>9:36  ek choti si kothri banati thi, woh subah shaam un ko khana mil jata tha. aap to that se rehte hain,</w:t>
      </w:r>
      <w:r>
        <w:br/>
      </w:r>
      <w:r>
        <w:rPr>
          <w:sz w:val="20"/>
        </w:rPr>
        <w:t>9:43  model flat pe rehte hain, car par chalte hain, hawa jahaz safar karte hain, bank balance aap ke paas hai. to aap ko jo company aap de rahi hai, wo is se bohat zyada hai jo Maryam ko Hazrat Zakariya de rahe the.</w:t>
      </w:r>
      <w:r>
        <w:br/>
      </w:r>
      <w:r>
        <w:rPr>
          <w:sz w:val="20"/>
        </w:rPr>
        <w:t>9:57  lekin shikayat phir bhi</w:t>
      </w:r>
      <w:r>
        <w:br/>
      </w:r>
      <w:r>
        <w:rPr>
          <w:sz w:val="20"/>
        </w:rPr>
        <w:t>10:01  shikayat. bas jhoota Alhamdulillah har har aadmi karega. aaj kal ya jis se main milta hoon to baat baat par Alhamdulillah, Alhamdulillah mujhe bohat ghussa aata hai ke jhoota Alhamdulillah hai, jhoota Alhamdulillah.</w:t>
      </w:r>
      <w:r>
        <w:br/>
      </w:r>
      <w:r>
        <w:rPr>
          <w:sz w:val="20"/>
        </w:rPr>
        <w:t>10:15  kisi ne ab tak mujhe aisa aadmi nahi mila jo company ki mein jo us ko job mila ho, us par Alhamdulillah kahe.</w:t>
      </w:r>
      <w:r>
        <w:br/>
      </w:r>
      <w:r>
        <w:rPr>
          <w:sz w:val="20"/>
        </w:rPr>
        <w:t>10:23  koi aisa hi nahi mila. communication pe kisi ne Alhamdulillah nahi kaha, modern civilization pe kisi ne Alhamdulillah nahi kaha, par jhoot jhoot par bol rahe hain, Alhamdulillah sachai par nahi bol rahe.</w:t>
      </w:r>
    </w:p>
    <w:p>
      <w:pPr>
        <w:pStyle w:val="Heading2"/>
      </w:pPr>
      <w:r>
        <w:t>The complaining mindset: ignoring 99% blessings for 1% negativity</w:t>
      </w:r>
    </w:p>
    <w:p>
      <w:r>
        <w:rPr>
          <w:color w:val="666666"/>
          <w:sz w:val="18"/>
        </w:rPr>
        <w:t>Problem and Shukr March 15, 2015 · 5m 17s · at 27:33 · https://youtu.be/SPBsXjH1hzM?t=1653</w:t>
      </w:r>
    </w:p>
    <w:p>
      <w:r>
        <w:rPr>
          <w:i/>
        </w:rPr>
        <w:t>“Shikayati zehen yeh hai ke kuch negative item ko nikal nikal kar badhana”</w:t>
      </w:r>
    </w:p>
    <w:p>
      <w:r>
        <w:rPr>
          <w:sz w:val="20"/>
        </w:rPr>
        <w:t>27:33  Allah ka shukr nahi karenge. aur shikayatein karenge. aur dekhiye ek baat yeh bhi arz karoon main ke shikayati zehen hai kya?</w:t>
      </w:r>
      <w:r>
        <w:br/>
      </w:r>
      <w:r>
        <w:rPr>
          <w:sz w:val="20"/>
        </w:rPr>
        <w:t>27:46  shikayati zehen yeh hai ke kuch negative item ko nikaal nikaal kar ke usi ko badhana charhana. jabke positive item bohat maujood hon.</w:t>
      </w:r>
      <w:r>
        <w:br/>
      </w:r>
      <w:r>
        <w:rPr>
          <w:sz w:val="20"/>
        </w:rPr>
        <w:t>27:58  dekhiye yeh kabhi bhi mumkin nahi hai ke insaan itna zyada duniya ko haavi ho jaye, duniya ko itna bigaad de ke positive item khatma ho jaye.</w:t>
      </w:r>
      <w:r>
        <w:br/>
      </w:r>
      <w:r>
        <w:rPr>
          <w:sz w:val="20"/>
        </w:rPr>
        <w:t>28:09  sirf negative item rahe duniya mein. positive item ka matlab yeh hai ke aap ke liye kamane ka mauqa na ho. aap ke liye khane peene ka mauqa na ho.</w:t>
      </w:r>
      <w:r>
        <w:br/>
      </w:r>
      <w:r>
        <w:rPr>
          <w:sz w:val="20"/>
        </w:rPr>
        <w:t>28:18  aap ke paas ghar na ho. aap ke paas gaadi na ho. aap ke paas sukoon se jeene ke liye koi kamra na ho. yeh kabhi ho nahi sakta.</w:t>
      </w:r>
      <w:r>
        <w:br/>
      </w:r>
      <w:r>
        <w:rPr>
          <w:sz w:val="20"/>
        </w:rPr>
        <w:t>28:28  yaani is duniya ka jo creator hai, kabhi insaan ko itni chhoot nahi dega. insaan ko Allah ne azaadi zaroor di hai. lekin phir bhi Allah taala manage kar raha hai.</w:t>
      </w:r>
      <w:r>
        <w:br/>
      </w:r>
      <w:r>
        <w:rPr>
          <w:sz w:val="20"/>
        </w:rPr>
        <w:t>28:40  azaadi di hai lekin woh tareekh ko manage kar raha hai. insaan ko manage kar raha hai woh. toh poore maano mein woh kabhi bhi yeh mauqa nahi dega insaan ko ke apni azaadi ko istemaal karte karte woh aap ki sab kuch chheen le.</w:t>
      </w:r>
      <w:r>
        <w:br/>
      </w:r>
      <w:r>
        <w:rPr>
          <w:sz w:val="20"/>
        </w:rPr>
        <w:t>28:54  aap ko bilkul mehroom bana de. aisa ho nahi sakta. impossible hai.</w:t>
      </w:r>
      <w:r>
        <w:br/>
      </w:r>
      <w:r>
        <w:rPr>
          <w:sz w:val="20"/>
        </w:rPr>
        <w:t>29:00  natija yeh hai ke hum yaani saare jo log hain, sab agar ghaur se sochein toh unko ninety ninety nine percent unko positive item mila hua hai.</w:t>
      </w:r>
      <w:r>
        <w:br/>
      </w:r>
      <w:r>
        <w:rPr>
          <w:sz w:val="20"/>
        </w:rPr>
        <w:t>29:16  achhe item. one percent sirf shikayat ki baat hai. jo log bhi shikayat karte hain, jo log bhi zulm ki baatein karte hain, aap unke paas baithiye,</w:t>
      </w:r>
      <w:r>
        <w:br/>
      </w:r>
      <w:r>
        <w:rPr>
          <w:sz w:val="20"/>
        </w:rPr>
        <w:t>29:28  un woh jo baatein refer karte hain, us ko us ko ghaur kijiye us ke upar. toh kya hoga? woh yeh karte honge, hamesha yeh karte hain ke ninety nine jo positive item hai, uska zikr nahi karenge.</w:t>
      </w:r>
      <w:r>
        <w:br/>
      </w:r>
      <w:r>
        <w:rPr>
          <w:sz w:val="20"/>
        </w:rPr>
        <w:t>29:46  ek item jo negative hai, uska zikr karenge. aap ghaur kijiye ke yeh kitni badi mehroomi hai. yeh toh dishonesty hai.</w:t>
      </w:r>
      <w:r>
        <w:br/>
      </w:r>
      <w:r>
        <w:rPr>
          <w:sz w:val="20"/>
        </w:rPr>
        <w:t>29:58  jab aap aisa karein ke ninety nine item ko aap ignore karein, ek item ko le kar usi ko badhayein charhayein, toh uska matlab hai ke aap ke andar dishonesty aa gayi.</w:t>
      </w:r>
      <w:r>
        <w:br/>
      </w:r>
      <w:r>
        <w:rPr>
          <w:sz w:val="20"/>
        </w:rPr>
        <w:t>30:09  dishonesty. aap ke andar se insaaf khatm ho gaya, justice khatm ho gaya. toh aap ghaur kijiye ke kitni badi mehroomi yeh hai.</w:t>
      </w:r>
      <w:r>
        <w:br/>
      </w:r>
      <w:r>
        <w:rPr>
          <w:sz w:val="20"/>
        </w:rPr>
        <w:t>30:20  kitni badi mehroomi hai. ke aap ek dishonesty insaan ban gaye.</w:t>
      </w:r>
      <w:r>
        <w:br/>
      </w:r>
      <w:r>
        <w:rPr>
          <w:sz w:val="20"/>
        </w:rPr>
        <w:t>30:26  aap ek ghair adil insaan ban gaye. aap se justice ka spirit nikal gayi.</w:t>
      </w:r>
      <w:r>
        <w:br/>
      </w:r>
      <w:r>
        <w:rPr>
          <w:sz w:val="20"/>
        </w:rPr>
        <w:t>30:38  toh kitna bada nuksaan hai yeh. aisa toh haiwan bhi koi nahi hota.</w:t>
      </w:r>
      <w:r>
        <w:br/>
      </w:r>
      <w:r>
        <w:rPr>
          <w:sz w:val="20"/>
        </w:rPr>
        <w:t>30:46  toh jitne log baat karte hain zulm ki aur discrimination ki aur atrocities ki, un sab ke baare mein aap mein kehta hoon, without any exception mein kehta hoon, woh sab ke sab yahi karte hain ke ninety nine achhe item ko bayan nahi karenge.</w:t>
      </w:r>
      <w:r>
        <w:br/>
      </w:r>
      <w:r>
        <w:rPr>
          <w:sz w:val="20"/>
        </w:rPr>
        <w:t>31:04  ek item jo unke nazdeek achha nahi, usi ko khoob badhayein charhayenge. sab yahi karte hain.</w:t>
      </w:r>
      <w:r>
        <w:br/>
      </w:r>
      <w:r>
        <w:rPr>
          <w:sz w:val="20"/>
        </w:rPr>
        <w:t>31:13  mein kisi aise insaan ko nahi jaanta jo shikayat ki boli bolta ho aur zulm ki dastaanein bayan karta ho.</w:t>
      </w:r>
      <w:r>
        <w:br/>
      </w:r>
      <w:r>
        <w:rPr>
          <w:sz w:val="20"/>
        </w:rPr>
        <w:t>31:22  woh is se is maamle mein kuch aur karta ho. yahi karta hai. kyun? Allah taala ne is duniya ko jab banaya hai toh woh us ko manage bhi kar raha hai.</w:t>
      </w:r>
      <w:r>
        <w:br/>
      </w:r>
      <w:r>
        <w:rPr>
          <w:sz w:val="20"/>
        </w:rPr>
        <w:t>31:33  us ko control bhi ki hui ho.</w:t>
      </w:r>
      <w:r>
        <w:br/>
      </w:r>
      <w:r>
        <w:rPr>
          <w:sz w:val="20"/>
        </w:rPr>
        <w:t>31:36  insaan ko azaadi di hai toh azaadi ka matlab yeh nahi ke woh us ko mauqa de diya ke jo chahe karo. phir bhi woh control karta hai Allah taala.</w:t>
      </w:r>
      <w:r>
        <w:br/>
      </w:r>
      <w:r>
        <w:rPr>
          <w:sz w:val="20"/>
        </w:rPr>
        <w:t>31:49  toh control karne ki bina par aisa hota hai ke ke duniya mein hamesha evil one percent hoti hai aur khair ninety nine percent hota hai.</w:t>
      </w:r>
      <w:r>
        <w:br/>
      </w:r>
      <w:r>
        <w:rPr>
          <w:sz w:val="20"/>
        </w:rPr>
        <w:t>32:00  lekin yeh log kya karte hain?</w:t>
      </w:r>
      <w:r>
        <w:br/>
      </w:r>
      <w:r>
        <w:rPr>
          <w:sz w:val="20"/>
        </w:rPr>
        <w:t>32:03  zulm ko koi item talaash kar ke us ko badhayein charhayein ge aur doosri baat ko ignore karenge. toh yeh intellectual dishonesty hai.</w:t>
      </w:r>
      <w:r>
        <w:br/>
      </w:r>
      <w:r>
        <w:rPr>
          <w:sz w:val="20"/>
        </w:rPr>
        <w:t>32:15  yaani aisa karna ke zyada baaton ko bayan na karna aur kisi ek do cheez ko bayan karna, yeh hai intellectual dishonesty.</w:t>
      </w:r>
      <w:r>
        <w:br/>
      </w:r>
      <w:r>
        <w:rPr>
          <w:sz w:val="20"/>
        </w:rPr>
        <w:t>32:24  aap ghaur kijiye ke intellectual dishonesty ka case jiska ban jaye, woh kitni badi gunaah mein mubtala hai.</w:t>
      </w:r>
      <w:r>
        <w:br/>
      </w:r>
      <w:r>
        <w:rPr>
          <w:sz w:val="20"/>
        </w:rPr>
        <w:t>32:33  intellectual dishonesty toh gets crime hai. intellectual dishonesty gets crime hai. is ka na duniya mein koi is ki jagah hai, na aakhirat mein is ki koi koi jagah hai.</w:t>
      </w:r>
    </w:p>
    <w:p>
      <w:pPr>
        <w:pStyle w:val="Heading2"/>
      </w:pPr>
      <w:r>
        <w:t>Sawm teaches gratitude and self-restraint</w:t>
      </w:r>
    </w:p>
    <w:p>
      <w:r>
        <w:rPr>
          <w:color w:val="666666"/>
          <w:sz w:val="18"/>
        </w:rPr>
        <w:t>Fasting I 9th May 07 · 5m 11s · at 37:43 · https://youtu.be/FU1JoXdA9us?t=2263</w:t>
      </w:r>
    </w:p>
    <w:p>
      <w:r>
        <w:rPr>
          <w:i/>
        </w:rPr>
        <w:t>“We take everything for granted. So we lose the spirit of shukr”</w:t>
      </w:r>
    </w:p>
    <w:p>
      <w:r>
        <w:rPr>
          <w:sz w:val="20"/>
        </w:rPr>
        <w:t>37:43  granted.</w:t>
      </w:r>
      <w:r>
        <w:br/>
      </w:r>
      <w:r>
        <w:rPr>
          <w:sz w:val="20"/>
        </w:rPr>
        <w:t>37:48  We take everything for granted.</w:t>
      </w:r>
      <w:r>
        <w:br/>
      </w:r>
      <w:r>
        <w:rPr>
          <w:sz w:val="20"/>
        </w:rPr>
        <w:t>37:52  So we lose the spirit of shukr.</w:t>
      </w:r>
      <w:r>
        <w:br/>
      </w:r>
      <w:r>
        <w:rPr>
          <w:sz w:val="20"/>
        </w:rPr>
        <w:t>37:57  You know, the greatest ibadah is shukr, shukr, thanksgiving to God.</w:t>
      </w:r>
      <w:r>
        <w:br/>
      </w:r>
      <w:r>
        <w:rPr>
          <w:sz w:val="20"/>
        </w:rPr>
        <w:t>38:01  Shukr means acknowledgment to God.</w:t>
      </w:r>
      <w:r>
        <w:br/>
      </w:r>
      <w:r>
        <w:rPr>
          <w:sz w:val="20"/>
        </w:rPr>
        <w:t>38:05  Water is a blessing.</w:t>
      </w:r>
      <w:r>
        <w:br/>
      </w:r>
      <w:r>
        <w:rPr>
          <w:sz w:val="20"/>
        </w:rPr>
        <w:t>38:10  Food is a blessing.</w:t>
      </w:r>
      <w:r>
        <w:br/>
      </w:r>
      <w:r>
        <w:rPr>
          <w:sz w:val="20"/>
        </w:rPr>
        <w:t>38:14  Everything is a blessing. So when you are using all these things freely without any restriction, so you are deprived of the spirit of shukr. So in the month of Ramadan and by the way of fasting, y</w:t>
      </w:r>
      <w:r>
        <w:br/>
      </w:r>
      <w:r>
        <w:rPr>
          <w:sz w:val="20"/>
        </w:rPr>
        <w:t>38:44  ou are reminded.</w:t>
      </w:r>
      <w:r>
        <w:br/>
      </w:r>
      <w:r>
        <w:rPr>
          <w:sz w:val="20"/>
        </w:rPr>
        <w:t>38:49  So Sawm is like a reminder.</w:t>
      </w:r>
      <w:r>
        <w:br/>
      </w:r>
      <w:r>
        <w:rPr>
          <w:sz w:val="20"/>
        </w:rPr>
        <w:t>38:55  Sawm or fasting is like a reminder.</w:t>
      </w:r>
      <w:r>
        <w:br/>
      </w:r>
      <w:r>
        <w:rPr>
          <w:sz w:val="20"/>
        </w:rPr>
        <w:t>39:00  It reminds you that water is a great blessing.</w:t>
      </w:r>
      <w:r>
        <w:br/>
      </w:r>
      <w:r>
        <w:rPr>
          <w:sz w:val="20"/>
        </w:rPr>
        <w:t>39:05  Food is a great blessing.</w:t>
      </w:r>
      <w:r>
        <w:br/>
      </w:r>
      <w:r>
        <w:rPr>
          <w:sz w:val="20"/>
        </w:rPr>
        <w:t>39:10  All these things are great blessings.</w:t>
      </w:r>
      <w:r>
        <w:br/>
      </w:r>
      <w:r>
        <w:rPr>
          <w:sz w:val="20"/>
        </w:rPr>
        <w:t>39:15  So when you</w:t>
      </w:r>
      <w:r>
        <w:br/>
      </w:r>
      <w:r>
        <w:rPr>
          <w:sz w:val="20"/>
        </w:rPr>
        <w:t>39:21  are hungry, when you are thirsty in the daytime, and then in the evening you take food, you</w:t>
      </w:r>
      <w:r>
        <w:br/>
      </w:r>
      <w:r>
        <w:rPr>
          <w:sz w:val="20"/>
        </w:rPr>
        <w:t>39:36  take water, then you feel that, "What a great boon is this." So after thirst, after hunger, you feel</w:t>
      </w:r>
      <w:r>
        <w:br/>
      </w:r>
      <w:r>
        <w:rPr>
          <w:sz w:val="20"/>
        </w:rPr>
        <w:t>39:51  that it is a great boon, a great blessing.</w:t>
      </w:r>
      <w:r>
        <w:br/>
      </w:r>
      <w:r>
        <w:rPr>
          <w:sz w:val="20"/>
        </w:rPr>
        <w:t>40:01  So Sawm inculcates in your personality the spirit of shukr, the spirit of thanksgiving.</w:t>
      </w:r>
      <w:r>
        <w:br/>
      </w:r>
      <w:r>
        <w:rPr>
          <w:sz w:val="20"/>
        </w:rPr>
        <w:t>40:11  The Quran says, "Laallakum tashkurun." "Laallakum tashkurun." So</w:t>
      </w:r>
      <w:r>
        <w:br/>
      </w:r>
      <w:r>
        <w:rPr>
          <w:sz w:val="20"/>
        </w:rPr>
        <w:t>40:21  that you may be so that you may acknowledge the bounty of God, so that you may acknowledge</w:t>
      </w:r>
      <w:r>
        <w:br/>
      </w:r>
      <w:r>
        <w:rPr>
          <w:sz w:val="20"/>
        </w:rPr>
        <w:t>40:32  the blessings of God.</w:t>
      </w:r>
      <w:r>
        <w:br/>
      </w:r>
      <w:r>
        <w:rPr>
          <w:sz w:val="20"/>
        </w:rPr>
        <w:t>40:42  So according to the Quran, there are two basic aspects of Sawm: "Laallakum tattaqoon, laallakum tashkurun."</w:t>
      </w:r>
      <w:r>
        <w:br/>
      </w:r>
      <w:r>
        <w:rPr>
          <w:sz w:val="20"/>
        </w:rPr>
        <w:t>40:52  So when we are thirsty, when we are hungry, then you feel the importance of water and food.</w:t>
      </w:r>
      <w:r>
        <w:br/>
      </w:r>
      <w:r>
        <w:rPr>
          <w:sz w:val="20"/>
        </w:rPr>
        <w:t>41:02  So Sawm is a reminder for you.</w:t>
      </w:r>
      <w:r>
        <w:br/>
      </w:r>
      <w:r>
        <w:rPr>
          <w:sz w:val="20"/>
        </w:rPr>
        <w:t>41:12  Sawm tells you that all these things are great, great blessings of God. So</w:t>
      </w:r>
      <w:r>
        <w:br/>
      </w:r>
      <w:r>
        <w:rPr>
          <w:sz w:val="20"/>
        </w:rPr>
        <w:t>41:22  you have to acknowledge God.</w:t>
      </w:r>
      <w:r>
        <w:br/>
      </w:r>
      <w:r>
        <w:rPr>
          <w:sz w:val="20"/>
        </w:rPr>
        <w:t>41:30  You have to present shukr before God.</w:t>
      </w:r>
      <w:r>
        <w:br/>
      </w:r>
      <w:r>
        <w:rPr>
          <w:sz w:val="20"/>
        </w:rPr>
        <w:t>41:38  Then the other aspect is "Laallakum tattaqoon, taqwa." "Khatib 'alaykum as-salam kama khatib 'aladhiin miqabdikum, laallakum tattaqoon." Taqwa means restraint.</w:t>
      </w:r>
      <w:r>
        <w:br/>
      </w:r>
      <w:r>
        <w:rPr>
          <w:sz w:val="20"/>
        </w:rPr>
        <w:t>41:46  It is self-restraint.</w:t>
      </w:r>
      <w:r>
        <w:br/>
      </w:r>
      <w:r>
        <w:rPr>
          <w:sz w:val="20"/>
        </w:rPr>
        <w:t>41:53  The spirit of Sawm is self-restraint.</w:t>
      </w:r>
      <w:r>
        <w:br/>
      </w:r>
      <w:r>
        <w:rPr>
          <w:sz w:val="20"/>
        </w:rPr>
        <w:t>42:01  When you control your hunger and your thirst and defray yourself from taking food and water, that is</w:t>
      </w:r>
      <w:r>
        <w:br/>
      </w:r>
      <w:r>
        <w:rPr>
          <w:sz w:val="20"/>
        </w:rPr>
        <w:t>42:09  restraint, that is self-restraint.</w:t>
      </w:r>
      <w:r>
        <w:br/>
      </w:r>
      <w:r>
        <w:rPr>
          <w:sz w:val="20"/>
        </w:rPr>
        <w:t>42:17  So Sawm is a training</w:t>
      </w:r>
      <w:r>
        <w:br/>
      </w:r>
      <w:r>
        <w:rPr>
          <w:sz w:val="20"/>
        </w:rPr>
        <w:t>42:25  towards self-restraint life. That is the life of taqwa, laallakum tattaqoon. Self-restraint, self-control, self-discipline, these are the basic aspects of Sawm or fasting. And these are the most important teach</w:t>
      </w:r>
    </w:p>
    <w:p>
      <w:pPr>
        <w:pStyle w:val="Heading2"/>
      </w:pPr>
      <w:r>
        <w:t>Anger leads to loss of angelic support</w:t>
      </w:r>
    </w:p>
    <w:p>
      <w:r>
        <w:rPr>
          <w:color w:val="666666"/>
          <w:sz w:val="18"/>
        </w:rPr>
        <w:t>Don't Be Angry Culture January 15, 2012 Maulana Wahiduddin Khan · 6m 04s · at 14:41 · https://youtu.be/rY1Ikwmwwdk?t=881</w:t>
      </w:r>
    </w:p>
    <w:p>
      <w:r>
        <w:rPr>
          <w:i/>
        </w:rPr>
        <w:t>“Ek sahabi thay Madine ke baahar ke”</w:t>
      </w:r>
    </w:p>
    <w:p>
      <w:r>
        <w:rPr>
          <w:sz w:val="20"/>
        </w:rPr>
        <w:t>14:41  ek sahabi the Madine ke bahar ke. Madine ke bahar ek qabeela tha, woh us ne Islam qubool kiya.</w:t>
      </w:r>
      <w:r>
        <w:br/>
      </w:r>
      <w:r>
        <w:rPr>
          <w:sz w:val="20"/>
        </w:rPr>
        <w:t>14:53  to us ne apne ek aadmi ko bheja Madine ke Rasool Allah ke paas jao. aap kuch hua to baitho aur kuch deen seekh kar ao aur hamein batao.</w:t>
      </w:r>
      <w:r>
        <w:br/>
      </w:r>
      <w:r>
        <w:rPr>
          <w:sz w:val="20"/>
        </w:rPr>
        <w:t>15:07  to woh aadmi aaya.</w:t>
      </w:r>
      <w:r>
        <w:br/>
      </w:r>
      <w:r>
        <w:rPr>
          <w:sz w:val="20"/>
        </w:rPr>
        <w:t>15:11  us waqt aap ek safar mein the aur khayme mein the aap. to khayme mein log ja rahe the, Rasool Allah andar khayme ke andar the, to log ja rahe the, us ke andar dakhil ho rahe the.</w:t>
      </w:r>
      <w:r>
        <w:br/>
      </w:r>
      <w:r>
        <w:rPr>
          <w:sz w:val="20"/>
        </w:rPr>
        <w:t>15:27  to woh aadmi jo aaya tha bahar se, us ne andar dakhil hone mein thoda jaldi ki. ke jaldi se main andar pahunch jaon.</w:t>
      </w:r>
      <w:r>
        <w:br/>
      </w:r>
      <w:r>
        <w:rPr>
          <w:sz w:val="20"/>
        </w:rPr>
        <w:t>15:39  to kisi shakhs se us ka dhakka lag gaya. to woh doosra aadmi jo jis ko dhakka laga tha, woh ghussa aa gaya.</w:t>
      </w:r>
      <w:r>
        <w:br/>
      </w:r>
      <w:r>
        <w:rPr>
          <w:sz w:val="20"/>
        </w:rPr>
        <w:t>15:50  us ko ghussa aa gaya. ghusse mein us ne kaha: "lain darab, lain darbat, lazarb, lazarb, lain daf'at, la tafa'an".</w:t>
      </w:r>
      <w:r>
        <w:br/>
      </w:r>
      <w:r>
        <w:rPr>
          <w:sz w:val="20"/>
        </w:rPr>
        <w:t>16:05  agar tum phir mujhe dhakka doge, main tum ko dhakka doon</w:t>
      </w:r>
      <w:r>
        <w:br/>
      </w:r>
      <w:r>
        <w:rPr>
          <w:sz w:val="20"/>
        </w:rPr>
        <w:t>16:08  ga. tum maroge to main tum ko maroonga. ghusse mein us ne kaha. to doosra aadmi ghussa nahin hua.</w:t>
      </w:r>
      <w:r>
        <w:br/>
      </w:r>
      <w:r>
        <w:rPr>
          <w:sz w:val="20"/>
        </w:rPr>
        <w:t>16:17  us ne is ko explain kiya. us ne kaha ke dekho, main door se aaya hoon. mujhe rasool Allah se kuch seekhna hai.</w:t>
      </w:r>
      <w:r>
        <w:br/>
      </w:r>
      <w:r>
        <w:rPr>
          <w:sz w:val="20"/>
        </w:rPr>
        <w:t>16:27  to main is kuch logon ne mujhe bheja hai. main jaldi kar raha tha. taake agar wahan andar bheed ho jaye gi to main nahin pahunch paunga.</w:t>
      </w:r>
      <w:r>
        <w:br/>
      </w:r>
      <w:r>
        <w:rPr>
          <w:sz w:val="20"/>
        </w:rPr>
        <w:t>16:38  to is liye main thoda mujh se jaldi ho gayi. is ki wajah se tum ko dhakka lag gaya. to wahi aadmi jis ne pehle ghusse mein kaha tha ke main tum ko maroonga, ek dam uska mood badal gaya.</w:t>
      </w:r>
      <w:r>
        <w:br/>
      </w:r>
      <w:r>
        <w:rPr>
          <w:sz w:val="20"/>
        </w:rPr>
        <w:t>16:55  achanak badal gaya.</w:t>
      </w:r>
      <w:r>
        <w:br/>
      </w:r>
      <w:r>
        <w:rPr>
          <w:sz w:val="20"/>
        </w:rPr>
        <w:t>16:58  us ne kaha ke: "wallah, la sharra min". pehle us ne kaha tha: "ya ashr al-rijal". wahi wahi shakhs ke munh se nikla tha: "ya ashr al-rijal".</w:t>
      </w:r>
      <w:r>
        <w:br/>
      </w:r>
      <w:r>
        <w:rPr>
          <w:sz w:val="20"/>
        </w:rPr>
        <w:t>17:11  ae bohat hi zyada bure aadmi. ae logon mein sab se zyada bure aadmi. lekin jab us ne explain kiya to wahi shakhs dobara kehta hai ke: "wallah, la sharra min".</w:t>
      </w:r>
      <w:r>
        <w:br/>
      </w:r>
      <w:r>
        <w:rPr>
          <w:sz w:val="20"/>
        </w:rPr>
        <w:t>17:28  khuda ki qasam, main hi sab se zyada bura hoon.</w:t>
      </w:r>
      <w:r>
        <w:br/>
      </w:r>
      <w:r>
        <w:rPr>
          <w:sz w:val="20"/>
        </w:rPr>
        <w:t>17:34  khuda ki qasam, main hi sab se zyada bura hoon. "wallah, la sharra min". ab yeh dekhiye, ghussa aaya is aadmi ko.</w:t>
      </w:r>
      <w:r>
        <w:br/>
      </w:r>
      <w:r>
        <w:rPr>
          <w:sz w:val="20"/>
        </w:rPr>
        <w:t>17:46  lekin jaise hi yeh baat explain ki gayi, foran woh maan gaya. apni ghalati ko tasleem kiya. aur maafi mangi.</w:t>
      </w:r>
      <w:r>
        <w:br/>
      </w:r>
      <w:r>
        <w:rPr>
          <w:sz w:val="20"/>
        </w:rPr>
        <w:t>17:56  yeh ek misaal hai.</w:t>
      </w:r>
      <w:r>
        <w:br/>
      </w:r>
      <w:r>
        <w:rPr>
          <w:sz w:val="20"/>
        </w:rPr>
        <w:t>18:01  ek aur misaal mein arz karta hoon. ke ghussa se kitna bada nuqsan hota hai.</w:t>
      </w:r>
      <w:r>
        <w:br/>
      </w:r>
      <w:r>
        <w:rPr>
          <w:sz w:val="20"/>
        </w:rPr>
        <w:t>18:11  ek baar aisa hai ke madine ke bahar ek aadmi mila Hazrat Abu Bakr ko.</w:t>
      </w:r>
      <w:r>
        <w:br/>
      </w:r>
      <w:r>
        <w:rPr>
          <w:sz w:val="20"/>
        </w:rPr>
        <w:t>18:20  to woh kisi baat par ghussa ho gaya tha. to Hazrat Umar Abu Bakr ko bura bhala kehne laga. bura bhala kehne laga.</w:t>
      </w:r>
      <w:r>
        <w:br/>
      </w:r>
      <w:r>
        <w:rPr>
          <w:sz w:val="20"/>
        </w:rPr>
        <w:t>18:31  to shuru mein Hazrat Abu Bakr chup chap sunte rahe. un ke andar jawab hi ghussa nahin aaya. wahan Rasool Allah bhi thay.</w:t>
      </w:r>
      <w:r>
        <w:br/>
      </w:r>
      <w:r>
        <w:rPr>
          <w:sz w:val="20"/>
        </w:rPr>
        <w:t>18:41  to kuch der tak sabr kiya Hazrat Abu Bakr ne. phir unhein bhi ghussa aa gaya. jawab bhi ghussa aa gaya. ab unhon ne is ka jawab dena shuru kar diya is aadmi ka.</w:t>
      </w:r>
      <w:r>
        <w:br/>
      </w:r>
      <w:r>
        <w:rPr>
          <w:sz w:val="20"/>
        </w:rPr>
        <w:t>18:55  to jaise hi Hazrat Abu Bakr bolay ghusse mein, to Rasool Allah wahan se chalay gaye.</w:t>
      </w:r>
      <w:r>
        <w:br/>
      </w:r>
      <w:r>
        <w:rPr>
          <w:sz w:val="20"/>
        </w:rPr>
        <w:t>19:06  ab baad ko Hazrat Abu Bakr milay Rasool Allah se ke aap kyun chalay gaye? jab tak woh bol raha tha, main chup tha, tab to aap thay wahan.</w:t>
      </w:r>
      <w:r>
        <w:br/>
      </w:r>
      <w:r>
        <w:rPr>
          <w:sz w:val="20"/>
        </w:rPr>
        <w:t>19:17  jab mujhe bhi thoda ghussa aa gaya, main bol diya to aap chalay gaye.</w:t>
      </w:r>
      <w:r>
        <w:br/>
      </w:r>
      <w:r>
        <w:rPr>
          <w:sz w:val="20"/>
        </w:rPr>
        <w:t>19:24  to Rasool Allah ne farmaya ke jab tak tum bol nahin rahay thay, chup thay, tab tak tumhari taraf se farishta jawab de raha tha.</w:t>
      </w:r>
      <w:r>
        <w:br/>
      </w:r>
      <w:r>
        <w:rPr>
          <w:sz w:val="20"/>
        </w:rPr>
        <w:t>19:37  aur jab tum bhi bol paray, tum ko bhi ghussa aa gaya, to farishta chala gaya. is liye main bhi wahan se chala gaya. dekhiye, is mein kya baat hai?</w:t>
      </w:r>
      <w:r>
        <w:br/>
      </w:r>
      <w:r>
        <w:rPr>
          <w:sz w:val="20"/>
        </w:rPr>
        <w:t>19:49  yeh koi mysterious baat nahin hai. yaani yeh na samjhiye ke mysterious hai yeh baat.</w:t>
      </w:r>
      <w:r>
        <w:br/>
      </w:r>
      <w:r>
        <w:rPr>
          <w:sz w:val="20"/>
        </w:rPr>
        <w:t>19:55  yeh bilkul rationally understandable hai. woh kaise? dekhiye, woh aadmi jab bol raha tha, bura bhala keh raha tha, aur Hazrat Abu Bakr chup thay, to is ka zamir is se keh raha tha ke tum kya kar rahay ho?</w:t>
      </w:r>
      <w:r>
        <w:br/>
      </w:r>
      <w:r>
        <w:rPr>
          <w:sz w:val="20"/>
        </w:rPr>
        <w:t>20:15  aise aadmi ko keh rahay ho jo masoom hai, chup chap hai, kuch kehta nahin, aur tum bolay chalay ja rahay ho is ko? to is ka zamir is ko malamat kar raha tha.</w:t>
      </w:r>
      <w:r>
        <w:br/>
      </w:r>
      <w:r>
        <w:rPr>
          <w:sz w:val="20"/>
        </w:rPr>
        <w:t>20:28  yani khud is aadmi ka zamir Hazrat Abu Bakr ki taraf se bol raha tha. To zamir ko activate karte hain farishtay. Yaad rakhiye, ek hai ego, ek hai zamir.</w:t>
      </w:r>
      <w:r>
        <w:br/>
      </w:r>
      <w:r>
        <w:rPr>
          <w:sz w:val="20"/>
        </w:rPr>
        <w:t>20:41  Ego aur conscience.</w:t>
      </w:r>
    </w:p>
    <w:p>
      <w:pPr>
        <w:pStyle w:val="Heading2"/>
      </w:pPr>
      <w:r>
        <w:t>Relationship between patience and gratitude, with the Abu Bakr story</w:t>
      </w:r>
    </w:p>
    <w:p>
      <w:r>
        <w:rPr>
          <w:color w:val="666666"/>
          <w:sz w:val="18"/>
        </w:rPr>
        <w:t>Importance of Shukr (Thankfulness) July 24, 2022 · 3m 45s · at 35:38 · https://youtu.be/MgWNIv0k1sk?t=2138</w:t>
      </w:r>
    </w:p>
    <w:p>
      <w:r>
        <w:rPr>
          <w:i/>
        </w:rPr>
        <w:t>“Sabr o shukr agar do sifaat insan mein hon to kamyabi yaqeeni hai”</w:t>
      </w:r>
    </w:p>
    <w:p>
      <w:r>
        <w:rPr>
          <w:sz w:val="20"/>
        </w:rPr>
        <w:t>35:38  unhon ne likha hai "I am from Pakistan and really appreciate your efforts. May Allah bless us." alhamdulillah. apa, agla sawal basically mein sabr o shukr ke hawalay se poochna chahta hoon.</w:t>
      </w:r>
      <w:r>
        <w:br/>
      </w:r>
      <w:r>
        <w:rPr>
          <w:sz w:val="20"/>
        </w:rPr>
        <w:t>35:51  maulana yeh kehte thay ke sabr o shukr agar yeh do sifat insaan ke andar hon to kaamyaabi yaqeenan us ko haasil ho sakti hai.</w:t>
      </w:r>
      <w:r>
        <w:br/>
      </w:r>
      <w:r>
        <w:rPr>
          <w:sz w:val="20"/>
        </w:rPr>
        <w:t>36:00  matlab woh apni nakaami ko kaamyaabi mein tabdeel kar sakta hai.</w:t>
      </w:r>
      <w:r>
        <w:br/>
      </w:r>
      <w:r>
        <w:rPr>
          <w:sz w:val="20"/>
        </w:rPr>
        <w:t>36:04  to in do ke beech mein kya relation hai? is ko thora aur achay se aap wazeh kar dein.</w:t>
      </w:r>
      <w:r>
        <w:br/>
      </w:r>
      <w:r>
        <w:rPr>
          <w:sz w:val="20"/>
        </w:rPr>
        <w:t>36:11  jab bhi hum kisi mushkil haalaat mein par jayen to quran ki taleem ke mutabiq hamein sabr karna hai. kyunke sabr ki wajah se kya hota hai ke hamare andar negativity nahin paida hogi.</w:t>
      </w:r>
      <w:r>
        <w:br/>
      </w:r>
      <w:r>
        <w:rPr>
          <w:sz w:val="20"/>
        </w:rPr>
        <w:t>36:25  balkay hum sirf yeh sochen ge ke is maslay ka hal kya hai. aur hal aik nahin, das hal hotay hain. to is maslay ka ha</w:t>
      </w:r>
      <w:r>
        <w:br/>
      </w:r>
      <w:r>
        <w:rPr>
          <w:sz w:val="20"/>
        </w:rPr>
        <w:t>36:32  l kya hai, woh hum positive andaaz mein soch payein ge. aur agar hum ne is ko shikayat ke andaaz mein liya to hum bohat ziyada negative ho jayen ge.</w:t>
      </w:r>
      <w:r>
        <w:br/>
      </w:r>
      <w:r>
        <w:rPr>
          <w:sz w:val="20"/>
        </w:rPr>
        <w:t>36:43  to phir hamara dimagh jo hai, sahi right direction mein kaam hi nahin kare ga. to hum badla lena chahein ge.</w:t>
      </w:r>
      <w:r>
        <w:br/>
      </w:r>
      <w:r>
        <w:rPr>
          <w:sz w:val="20"/>
        </w:rPr>
        <w:t>36:53  badla lene mein hum aur apna nuqsan karein ge. to is wajah se hum bilkul positive ho kar hi kaam kar sakte hain.</w:t>
      </w:r>
      <w:r>
        <w:br/>
      </w:r>
      <w:r>
        <w:rPr>
          <w:sz w:val="20"/>
        </w:rPr>
        <w:t>37:01  maulana hamesha kehte thay ke agar hum koi waisi baat un ko batate, kisi ki shikayat ki baat batate ji to woh suntay hi nahin thay.</w:t>
      </w:r>
      <w:r>
        <w:br/>
      </w:r>
      <w:r>
        <w:rPr>
          <w:sz w:val="20"/>
        </w:rPr>
        <w:t>37:10  kehte thay ke main aik moment ke liye bhi apne andar aik state mein shukr ki state of feeling mein jeeta hoon.</w:t>
      </w:r>
      <w:r>
        <w:br/>
      </w:r>
      <w:r>
        <w:rPr>
          <w:sz w:val="20"/>
        </w:rPr>
        <w:t>37:19  aur aik moment ke liye bhi main shukr ka erosion nahin chahta. kyunke jahan shikayat aayi to wahan shukr ka erosion ho jaye ga.</w:t>
      </w:r>
      <w:r>
        <w:br/>
      </w:r>
      <w:r>
        <w:rPr>
          <w:sz w:val="20"/>
        </w:rPr>
        <w:t>37:29  to shukr jo hai, matlab agar hum aik shakir zindagi hamari hai, tabhi hamare paas farishtay atay hain.</w:t>
      </w:r>
      <w:r>
        <w:br/>
      </w:r>
      <w:r>
        <w:rPr>
          <w:sz w:val="20"/>
        </w:rPr>
        <w:t>37:39  tabhi hamein khuda ki madad milti hai. aur is ka bohat achi misaal hai hazrat abubakar wali ji ke kis tareeqay se jab unhon ne shikayat, unhon ne jawab dena shuru kiya to rasool Allah sal Allah alayh wasallam ne bataya ke farishta chala gaya.</w:t>
      </w:r>
      <w:r>
        <w:br/>
      </w:r>
      <w:r>
        <w:rPr>
          <w:sz w:val="20"/>
        </w:rPr>
        <w:t>37:53  to is se hamare liye bhi is mein sabaq hai ke hum aik positive life jayen ge to hamare paas farishtay ayen ge. farishtoon ki madad se hum apna har kaam kar sakte hain.</w:t>
      </w:r>
      <w:r>
        <w:br/>
      </w:r>
      <w:r>
        <w:rPr>
          <w:sz w:val="20"/>
        </w:rPr>
        <w:t>38:04  to shukr aur shikayat jama nahin ho sakte. agar hamare andar shikayat hai to hamare andar shukr nahin hoga. aur shukr hai to hamare andar shikayat nahin hogi.</w:t>
      </w:r>
      <w:r>
        <w:br/>
      </w:r>
      <w:r>
        <w:rPr>
          <w:sz w:val="20"/>
        </w:rPr>
        <w:t>38:15  to is tareeqay se jaise hamare andar shikayat aaye, usi waqt hum ko is ko de din khatam kar dena hai. kyunke agar hum ne shikayat ko apne dimagh mein rakha to jab hum soyen ge to phir woh hamare dimagh ka hissa ban jaye ga.</w:t>
      </w:r>
      <w:r>
        <w:br/>
      </w:r>
      <w:r>
        <w:rPr>
          <w:sz w:val="20"/>
        </w:rPr>
        <w:t>38:29  phir hum usi ke is mein sochte rahen ge, usi ke asar mein rahen ge. to hum usi waqt khatam kar lein. kisi bhi tareeqay se is ko explain kar lein ke is mein kabhi kabhi aisa bhi ho sakta hai ke hamari bhi kuch ghalti rahi ho.</w:t>
      </w:r>
      <w:r>
        <w:br/>
      </w:r>
      <w:r>
        <w:rPr>
          <w:sz w:val="20"/>
        </w:rPr>
        <w:t>38:43  to is ko explain kar ke woh dimagh se nikaal dein. aur khuda ki doosri jo blessings hain, us ko yaad karein.</w:t>
      </w:r>
      <w:r>
        <w:br/>
      </w:r>
      <w:r>
        <w:rPr>
          <w:sz w:val="20"/>
        </w:rPr>
        <w:t>38:51  to is tareeqay se shikayat ko kabhi bhi hamein apne dimagh mein rakhna nahin hai.</w:t>
      </w:r>
      <w:r>
        <w:br/>
      </w:r>
      <w:r>
        <w:rPr>
          <w:sz w:val="20"/>
        </w:rPr>
        <w:t>38:58  dimagh mein rakhen ge to hamare andar aik negative personality banay gi. negative personality banay gi to hamare andar shukr nahin paida hoga.</w:t>
      </w:r>
      <w:r>
        <w:br/>
      </w:r>
      <w:r>
        <w:rPr>
          <w:sz w:val="20"/>
        </w:rPr>
        <w:t>39:07  sacha shukr ko main keh rahi hoon. woh alhamdulillah wala to shukr, woh to sabhi log kar rahay hain. jo sacha shukr hai, jis se poori hamari personality influence hoti hai, woh shukr nahin paida hoga.</w:t>
      </w:r>
      <w:r>
        <w:br/>
      </w:r>
      <w:r>
        <w:rPr>
          <w:sz w:val="20"/>
        </w:rPr>
        <w:t>39:18  is liye hamein shikayat ko foran khatm kar dena hai.</w:t>
      </w:r>
    </w:p>
    <w:p>
      <w:pPr>
        <w:pStyle w:val="Heading2"/>
      </w:pPr>
      <w:r>
        <w:t>Sabr definition and error of abrogation</w:t>
      </w:r>
    </w:p>
    <w:p>
      <w:r>
        <w:rPr>
          <w:color w:val="666666"/>
          <w:sz w:val="18"/>
        </w:rPr>
        <w:t>Attaining Wisdom through State of Helplessness November 28, 2019 - Maulana Wahiduddin Khan · 3m 41s · at 0:41 · https://youtu.be/dS29D4Pt-3U?t=41</w:t>
      </w:r>
    </w:p>
    <w:p>
      <w:r>
        <w:rPr>
          <w:i/>
        </w:rPr>
        <w:t>“Dekhiye isko samajhna to bada aasan hai”</w:t>
      </w:r>
    </w:p>
    <w:p>
      <w:r>
        <w:rPr>
          <w:sz w:val="20"/>
        </w:rPr>
        <w:t>0:41  dekhen, is ko samajhna to bara aasan hai. woh jo aap ne pehlay kaha tha, woh mujhe mushkil nazar ata hai.</w:t>
      </w:r>
      <w:r>
        <w:br/>
      </w:r>
      <w:r>
        <w:rPr>
          <w:sz w:val="20"/>
        </w:rPr>
        <w:t>0:51  yeh dekhen, sabr kya hai? sabr yeh hai ke allah ki jo planning hai, us se insan ke iraday ka takrao ke mein chahta hoon mera kaam aaj ho jaye aur planning mein das saal baad likha hua hai.</w:t>
      </w:r>
      <w:r>
        <w:br/>
      </w:r>
      <w:r>
        <w:rPr>
          <w:sz w:val="20"/>
        </w:rPr>
        <w:t>1:17  to is par razi hona yeh bara shayad sab se bara inaam ka sabab hai.</w:t>
      </w:r>
      <w:r>
        <w:br/>
      </w:r>
      <w:r>
        <w:rPr>
          <w:sz w:val="20"/>
        </w:rPr>
        <w:t>1:28  kya khayal hai aap ka</w:t>
      </w:r>
      <w:r>
        <w:br/>
      </w:r>
      <w:r>
        <w:rPr>
          <w:sz w:val="20"/>
        </w:rPr>
        <w:t>1:29  ? bilkul sahi baat hai maulana.</w:t>
      </w:r>
      <w:r>
        <w:br/>
      </w:r>
      <w:r>
        <w:rPr>
          <w:sz w:val="20"/>
        </w:rPr>
        <w:t>1:36  to creation plan ke sath takrao na karna, yeh sab se bara inaam ka sabab</w:t>
      </w:r>
      <w:r>
        <w:br/>
      </w:r>
      <w:r>
        <w:rPr>
          <w:sz w:val="20"/>
        </w:rPr>
        <w:t>1:41  hai. haan,</w:t>
      </w:r>
      <w:r>
        <w:br/>
      </w:r>
      <w:r>
        <w:rPr>
          <w:sz w:val="20"/>
        </w:rPr>
        <w:t>1:52  jab aap ki chahat ke mutabiq kaam na ban raha hai to samajh len ke yeh creation plan yahan par haail hai.</w:t>
      </w:r>
      <w:r>
        <w:br/>
      </w:r>
      <w:r>
        <w:rPr>
          <w:sz w:val="20"/>
        </w:rPr>
        <w:t>2:04  aur phir razi ho jaiye.</w:t>
      </w:r>
      <w:r>
        <w:br/>
      </w:r>
      <w:r>
        <w:rPr>
          <w:sz w:val="20"/>
        </w:rPr>
        <w:t>2:10  maulana, itni aayaten aur hadithain hain sabr ke baray mein, lekin jab hum tafsir parhtay hain, arabi ki tafsiren, to is mein aam tor se likha rehta hai ayat sabr ke baray mein: "mansookh bayati saif".</w:t>
      </w:r>
      <w:r>
        <w:br/>
      </w:r>
      <w:r>
        <w:rPr>
          <w:sz w:val="20"/>
        </w:rPr>
        <w:t>2:25  aisa kaisay keh diya in logon ne?</w:t>
      </w:r>
      <w:r>
        <w:br/>
      </w:r>
      <w:r>
        <w:rPr>
          <w:sz w:val="20"/>
        </w:rPr>
        <w:t>2:28  yeh to bohat hi ziyada</w:t>
      </w:r>
      <w:r>
        <w:br/>
      </w:r>
      <w:r>
        <w:rPr>
          <w:sz w:val="20"/>
        </w:rPr>
        <w:t>2:32  ghalat hai. woh log is ko samajhtay hain sabr ko jihad mein sabr.</w:t>
      </w:r>
      <w:r>
        <w:br/>
      </w:r>
      <w:r>
        <w:rPr>
          <w:sz w:val="20"/>
        </w:rPr>
        <w:t>2:45  to shuru mein hukum tha ke jihad karo, phir hukum hoga ke</w:t>
      </w:r>
      <w:r>
        <w:br/>
      </w:r>
      <w:r>
        <w:rPr>
          <w:sz w:val="20"/>
        </w:rPr>
        <w:t>2:54  jihad zaroori hai, is se jortay hain. halankay yeh apnay aap mein aik value hai, is ka taluq jihad se nahi hai.</w:t>
      </w:r>
      <w:r>
        <w:br/>
      </w:r>
      <w:r>
        <w:rPr>
          <w:sz w:val="20"/>
        </w:rPr>
        <w:t>3:12  is mein to inshallah aik safhay ka mazmoon likha jaye ga.</w:t>
      </w:r>
      <w:r>
        <w:br/>
      </w:r>
      <w:r>
        <w:rPr>
          <w:sz w:val="20"/>
        </w:rPr>
        <w:t>3:29  yeh to bohat hi ziyada ghalat baat hai. dekhiye, ghalat is liye keh raha hoon mein ke mansookh sirf</w:t>
      </w:r>
      <w:r>
        <w:br/>
      </w:r>
      <w:r>
        <w:rPr>
          <w:sz w:val="20"/>
        </w:rPr>
        <w:t>3:42  sahib quran kar sakta hai, koi aur nahi kar sakta. kisi aur ko kiya haq hai ke woh mansookh kar de?</w:t>
      </w:r>
      <w:r>
        <w:br/>
      </w:r>
      <w:r>
        <w:rPr>
          <w:sz w:val="20"/>
        </w:rPr>
        <w:t>3:51  ji, koi haq nahi. haan, is liye is is bilkul hi ghalat hai. woh humain maan is ko maan kar tawjeeh karni paray gi.</w:t>
      </w:r>
      <w:r>
        <w:br/>
      </w:r>
      <w:r>
        <w:rPr>
          <w:sz w:val="20"/>
        </w:rPr>
        <w:t>4:03  mansookh karnay ka haq hi nahi hai.</w:t>
      </w:r>
      <w:r>
        <w:br/>
      </w:r>
      <w:r>
        <w:rPr>
          <w:sz w:val="20"/>
        </w:rPr>
        <w:t>4:10  woh sochtay hain ke aaj tak khata aa gayi to sab khatam ho gaya. to bilkul ahmaqana baat hai.</w:t>
      </w:r>
    </w:p>
    <w:p>
      <w:pPr>
        <w:pStyle w:val="Heading2"/>
      </w:pPr>
      <w:r>
        <w:t>neighbor conflict story and the virtue of patience</w:t>
      </w:r>
    </w:p>
    <w:p>
      <w:r>
        <w:rPr>
          <w:color w:val="666666"/>
          <w:sz w:val="18"/>
        </w:rPr>
        <w:t>Good Relationships CPS Women Discussion 23 September 10, 2023 · 5m 08s · at 29:45 · https://youtu.be/5UlMoC6-jGU?t=1785</w:t>
      </w:r>
    </w:p>
    <w:p>
      <w:r>
        <w:rPr>
          <w:i/>
        </w:rPr>
        <w:t>“A neighbor's family kept dumping garbage right at her door”</w:t>
      </w:r>
    </w:p>
    <w:p>
      <w:r>
        <w:rPr>
          <w:sz w:val="20"/>
        </w:rPr>
        <w:t>29:45  Jaise ne abhi ek baat batai ki unke ghar ke bahar ek kooda phekate hain aur unhone kis tarah se uska ek hal nikala, use manage kiya aur shayad apne liye ek neki mein bhi naam likhvaya kyunki unhone usko lakar le kiya. Hamare hi pados mein aisa hi ek, aisa hi ek case hua.</w:t>
      </w:r>
      <w:r>
        <w:br/>
      </w:r>
      <w:r>
        <w:rPr>
          <w:sz w:val="20"/>
        </w:rPr>
        <w:t>30:05  Unke saath bhi yahi ho raha tha ki doosre jo family thi wah unke yahan kooda phek rahi thi aur is baat par wah unhone itna zyada thanga kiya, itna itna babela machaya, itna zyada logon ko ikattha kar liya. Hum sab sabhi poochne lagi bataiye main haq par hona, main haq par hona. To mujhe lagta hai ki hum hum us waqt par yeh bhi nahin keh paaye ki aap haft par nahin hain lekin humne kaha ki chhodie, badhaiye mat problem ko.</w:t>
      </w:r>
      <w:r>
        <w:br/>
      </w:r>
      <w:r>
        <w:rPr>
          <w:sz w:val="20"/>
        </w:rPr>
        <w:t>30:33  Aap jaisa bhi hai hum sab milkar aapko de denge. Aap isko hata liya karen kitna? To wah kehne lagi jab hum haft par hain to hum kyun jhuke hain? Yeh bahut bada kitna aajkal duniya mein phail gaya hai ki wah apne aap ko sahi samajhte hain aur uske baad jab wah sahi hote hain to wah bilkul bhi badalna nahin chahte. Chahe unko us wah itna bada bata diya jaye.</w:t>
      </w:r>
      <w:r>
        <w:br/>
      </w:r>
      <w:r>
        <w:rPr>
          <w:sz w:val="20"/>
        </w:rPr>
        <w:t>30:56  To hum sabko yeh baat jaan leni chahiye ki kai baar haq par hote hue bhi hum humein ek kadam peeche karna yeh bhi ek uswah hai aur yeh jaise ne bataya unki zindagi se sabit hai aapse le solam. Yeh main kehna chah rahi thi. Main ek hadish waise bata sakti hoon shavi. Ji.</w:t>
      </w:r>
      <w:r>
        <w:br/>
      </w:r>
      <w:r>
        <w:rPr>
          <w:sz w:val="20"/>
        </w:rPr>
        <w:t>31:16  Hadish hai na ki jaan lo ki napasandida baat par sabr karne mein bahut zyada bhalai hai aur sab ke saath allah ki madad aati hai aur takleef ke saath shadgi hai aur mushkil ke saath aasani hai. To agar hum is tarah ki hadish matlab wahin cheez hai ki musalman jo hai apne hadish par khair nahin kar sakte.</w:t>
      </w:r>
      <w:r>
        <w:br/>
      </w:r>
      <w:r>
        <w:rPr>
          <w:sz w:val="20"/>
        </w:rPr>
        <w:t>31:40  rasurilla ko itna karte hain lekin us par unke jo unki sirat hai unke itne zyada akhlaaf ka</w:t>
      </w:r>
      <w:r>
        <w:br/>
      </w:r>
      <w:r>
        <w:rPr>
          <w:sz w:val="20"/>
        </w:rPr>
        <w:t>31:58  itna zyada unka sab duniya cheezein batai gayi hain.</w:t>
      </w:r>
      <w:r>
        <w:br/>
      </w:r>
      <w:r>
        <w:rPr>
          <w:sz w:val="20"/>
        </w:rPr>
        <w:t>32:16  us par nahi gaur karte hain.</w:t>
      </w:r>
      <w:r>
        <w:br/>
      </w:r>
      <w:r>
        <w:rPr>
          <w:sz w:val="20"/>
        </w:rPr>
        <w:t>32:34  khali musalman hain.</w:t>
      </w:r>
      <w:r>
        <w:br/>
      </w:r>
      <w:r>
        <w:rPr>
          <w:sz w:val="20"/>
        </w:rPr>
        <w:t>32:52  Ki tab wah sun paen. Hum agar unhein bata rahe hain to wah uska ulte ulte jawab dekar usko nullify na karen aur baat ko sahi angle par samajh paen bas yeh cheez zaruri hai. Ji. Jiza kalma, Doctor sapna aur aap aap. Salah aap kuch kehna chah rahi hain? Yes ma'am. Asslam wali ko. Wali ko asslam.</w:t>
      </w:r>
      <w:r>
        <w:br/>
      </w:r>
      <w:r>
        <w:rPr>
          <w:sz w:val="20"/>
        </w:rPr>
        <w:t>33:21  Ji, main yeh kehna chah rahi thi jaise aaj ka topic hai behtar taluqaat. To jaise ki famra ma'am ne apni ek learning ko share kiya hai ek story ko. Unka kehna tha ki koi shakhs jo hai wah ma'am ke darwaze par wah kooda phenk ke jata tha aur ma'am usko kisi se saaf karwati thi.</w:t>
      </w:r>
      <w:r>
        <w:br/>
      </w:r>
      <w:r>
        <w:rPr>
          <w:sz w:val="20"/>
        </w:rPr>
        <w:t>33:39  to mujhe yahan par samajh mein aa raha hai ki jo sabse badi cheez ma'am ne us jagah</w:t>
      </w:r>
      <w:r>
        <w:br/>
      </w:r>
      <w:r>
        <w:rPr>
          <w:sz w:val="20"/>
        </w:rPr>
        <w:t>33:52  par itiyaar ki woh tha sabr aur Maulana hamesha kehte hain ki sabse achhe the aur Maulana kehte</w:t>
      </w:r>
      <w:r>
        <w:br/>
      </w:r>
      <w:r>
        <w:rPr>
          <w:sz w:val="20"/>
        </w:rPr>
        <w:t>34:05  hain ki aap are itne achhe taluqat hain ki aaj muslim se zyada non muslim jo hai prophet</w:t>
      </w:r>
      <w:r>
        <w:br/>
      </w:r>
      <w:r>
        <w:rPr>
          <w:sz w:val="20"/>
        </w:rPr>
        <w:t>34:18  ki life se mutasir aur unko padhte hain.</w:t>
      </w:r>
      <w:r>
        <w:br/>
      </w:r>
      <w:r>
        <w:rPr>
          <w:sz w:val="20"/>
        </w:rPr>
        <w:t>34:31  To mujhe yahan par yeh baat bahut samajh mein aati hai ki bahut important cheez hai ki insaan ko agar behtar taluqaat logon se kayam rakhne hain aur usko achhe se maintain rakhna hai to most important ki aap apne andar sabr aur maafi ki salahiyat ko bahut zyada paida achha Ok sandan, thank you for sharing that.</w:t>
      </w:r>
      <w:r>
        <w:br/>
      </w:r>
      <w:r>
        <w:rPr>
          <w:sz w:val="20"/>
        </w:rPr>
        <w:t>34:53  And in the quran in al isla 17 chapter verse 17 it says, respect and honor all human beings irrespective of the religion, race, color, language, status, property, birth, profession or job and so on. Like this, there are many many verses in the quran which says how you could develop the relationship on the, with the other members of the society.</w:t>
      </w:r>
    </w:p>
    <w:p>
      <w:pPr>
        <w:pStyle w:val="Heading2"/>
      </w:pPr>
      <w:r>
        <w:t>Patience, complaint, and their effect on spiritual and mental growth</w:t>
      </w:r>
    </w:p>
    <w:p>
      <w:r>
        <w:rPr>
          <w:color w:val="666666"/>
          <w:sz w:val="18"/>
        </w:rPr>
        <w:t>Problem and Shukr March 15, 2015 · 5m 47s · at 21:26 · https://youtu.be/SPBsXjH1hzM?t=1286</w:t>
      </w:r>
    </w:p>
    <w:p>
      <w:r>
        <w:rPr>
          <w:i/>
        </w:rPr>
        <w:t>“Sabr ka maayne hai acceptance of reality”</w:t>
      </w:r>
    </w:p>
    <w:p>
      <w:r>
        <w:rPr>
          <w:sz w:val="20"/>
        </w:rPr>
        <w:t>21:26  to in baaton ko jab aap jaanen ge, tab aap sabr karen ge. sabr ka matlab kya hai? acceptance of reality. yaani sabr koi negative baat nahi hai.</w:t>
      </w:r>
      <w:r>
        <w:br/>
      </w:r>
      <w:r>
        <w:rPr>
          <w:sz w:val="20"/>
        </w:rPr>
        <w:t>21:38  sabr koi negative baat nahi hai.</w:t>
      </w:r>
      <w:r>
        <w:br/>
      </w:r>
      <w:r>
        <w:rPr>
          <w:sz w:val="20"/>
        </w:rPr>
        <w:t>21:41  sabr means acceptance of reality. yaani aap is baat ko accept karen ke Allah ne jo plan banaya hai, woh behtareen plan hai.</w:t>
      </w:r>
      <w:r>
        <w:br/>
      </w:r>
      <w:r>
        <w:rPr>
          <w:sz w:val="20"/>
        </w:rPr>
        <w:t>21:54  is ki wajah se agar problem aate hain to mujhe is ko manage karna chahiye. mujhe react nahi karna chahiye. yaani aap yeh jab karen ge ke sabr ko, yaani sabr ki shakal mein aap reality ko accept karen ge, to aap kya hoga</w:t>
      </w:r>
      <w:r>
        <w:br/>
      </w:r>
      <w:r>
        <w:rPr>
          <w:sz w:val="20"/>
        </w:rPr>
        <w:t>22:12  ? aap ke andar reaction nahi paida hoga. aap ke andar negative thought nahi aayen ge. aap ko ghussa nahi aayega.</w:t>
      </w:r>
      <w:r>
        <w:br/>
      </w:r>
      <w:r>
        <w:rPr>
          <w:sz w:val="20"/>
        </w:rPr>
        <w:t>22:21  aap protest nahi karen ge. aap complaint nahi karen ge. kyunke jo kuch ho raha hai, woh to Allah ke plan ke mutabiq hai.</w:t>
      </w:r>
      <w:r>
        <w:br/>
      </w:r>
      <w:r>
        <w:rPr>
          <w:sz w:val="20"/>
        </w:rPr>
        <w:t>22:32  to jab aap aisa karen ge, tab aap kya hoga? ke aap ka mind jo hai, development ke raaste par chalega.</w:t>
      </w:r>
      <w:r>
        <w:br/>
      </w:r>
      <w:r>
        <w:rPr>
          <w:sz w:val="20"/>
        </w:rPr>
        <w:t>22:43  aap kisi insaan ko dekhiye jo shikayatein karta ho, jo complaint jeeta ho, jo zulm ki dastaanain bayan karta ho, us ke paas baithiye aap ek ghanta.</w:t>
      </w:r>
      <w:r>
        <w:br/>
      </w:r>
      <w:r>
        <w:rPr>
          <w:sz w:val="20"/>
        </w:rPr>
        <w:t>22:54  aap dekhen ge ke us ke andar koi creativity nahi. us ke mind mein koi development nahi hua.</w:t>
      </w:r>
      <w:r>
        <w:br/>
      </w:r>
      <w:r>
        <w:rPr>
          <w:sz w:val="20"/>
        </w:rPr>
        <w:t>23:02  main ne baar baar is ka tajurba kiya. jo log zulm ki dastaanain sunate hain, jo shikayati baatein karte hain, protest aur complaint jeete hain, un ke paas main baitha, kuch bhi un ke paas kehne ke liye nahi tha.</w:t>
      </w:r>
      <w:r>
        <w:br/>
      </w:r>
      <w:r>
        <w:rPr>
          <w:sz w:val="20"/>
        </w:rPr>
        <w:t>23:18  kuch bhi nahi tha. kuch bhi nahi tha un se kehne ke liye. kyun? jab aap doosron ke baare mein react karen ge, negative thinking aap ke andar aayegi.</w:t>
      </w:r>
      <w:r>
        <w:br/>
      </w:r>
      <w:r>
        <w:rPr>
          <w:sz w:val="20"/>
        </w:rPr>
        <w:t>23:32  aap doosron ke baare mein nafrat karen ge. to is ka matlab ke aap apne mind ko unfold nahi kar paayen ge. aap ka mind waise ka waise hi rahega.</w:t>
      </w:r>
      <w:r>
        <w:br/>
      </w:r>
      <w:r>
        <w:rPr>
          <w:sz w:val="20"/>
        </w:rPr>
        <w:t>23:42  to aap ke andar se creative thinking nahi aayegi aap ke andar. positive thinking nahi aayegi aap ke andar. inshallah, intellectual awakening nahi aayegi aap ke andar.</w:t>
      </w:r>
      <w:r>
        <w:br/>
      </w:r>
      <w:r>
        <w:rPr>
          <w:sz w:val="20"/>
        </w:rPr>
        <w:t>23:52  is liye sabr ka jo falsafa Quran mein hai, us ka matlab yeh hai: aakhri had tak shikaayat se bacho. aakhri had tak complaint se bacho.</w:t>
      </w:r>
      <w:r>
        <w:br/>
      </w:r>
      <w:r>
        <w:rPr>
          <w:sz w:val="20"/>
        </w:rPr>
        <w:t>24:01  aakhri had tak protest se bacho. aakhri had tak negative thinking se bacho. ya sabr. to phir kya hoga?</w:t>
      </w:r>
      <w:r>
        <w:br/>
      </w:r>
      <w:r>
        <w:rPr>
          <w:sz w:val="20"/>
        </w:rPr>
        <w:t>24:11  ke aap ka mind unfold hone lagega.</w:t>
      </w:r>
      <w:r>
        <w:br/>
      </w:r>
      <w:r>
        <w:rPr>
          <w:sz w:val="20"/>
        </w:rPr>
        <w:t>24:14  aap ke mind mein creative thinking aayegi. to sabr karte hain aap doosron ke mamle mein. lekin faida aap ko milta hai.</w:t>
      </w:r>
      <w:r>
        <w:br/>
      </w:r>
      <w:r>
        <w:rPr>
          <w:sz w:val="20"/>
        </w:rPr>
        <w:t>24:25  sabr karte hain aap doosron ke mamle mein. faida to aap ko milta hai. agar aap sabr na karein to kya hoga? aap shikayat mein jiyenge, protest mein jiyenge, nafrat mein jiyenge.</w:t>
      </w:r>
      <w:r>
        <w:br/>
      </w:r>
      <w:r>
        <w:rPr>
          <w:sz w:val="20"/>
        </w:rPr>
        <w:t>24:37  is ehsaas mein jiyenge ke saari duniya zalim hai. to insaan se mohabbat hi nikal jayegi.</w:t>
      </w:r>
      <w:r>
        <w:br/>
      </w:r>
      <w:r>
        <w:rPr>
          <w:sz w:val="20"/>
        </w:rPr>
        <w:t>24:42  aap ghaur kijiye ke jin insaanon ke darmiyan aap ko rehna hai, jin insaanon ke darmiyan aap ko apna trust dena hai, un se aap ke andar nafrat aa jaye to kya hoga aap ka haal?</w:t>
      </w:r>
      <w:r>
        <w:br/>
      </w:r>
      <w:r>
        <w:rPr>
          <w:sz w:val="20"/>
        </w:rPr>
        <w:t>24:57  yeh aap majboor hain ke society mein rahein. aap majboor hain ke doosre logon</w:t>
      </w:r>
      <w:r>
        <w:br/>
      </w:r>
      <w:r>
        <w:rPr>
          <w:sz w:val="20"/>
        </w:rPr>
        <w:t>25:03  ke saath rahein. aap majboor hain ke doosre mazhab wale, doosre culture wale, doosri soch wale jo hain, duniya mein rahein aur aap un ke saath zindagi guzarein.</w:t>
      </w:r>
      <w:r>
        <w:br/>
      </w:r>
      <w:r>
        <w:rPr>
          <w:sz w:val="20"/>
        </w:rPr>
        <w:t>25:13  yeh majboor hain aap. kyunke aap kisi kisi khala mein nahi ja sakte. aap kisi kisi jangla mein ja kar nahi reh sakte.</w:t>
      </w:r>
      <w:r>
        <w:br/>
      </w:r>
      <w:r>
        <w:rPr>
          <w:sz w:val="20"/>
        </w:rPr>
        <w:t>25:24  isi duniya mein rehna hoga logon ke saath.</w:t>
      </w:r>
      <w:r>
        <w:br/>
      </w:r>
      <w:r>
        <w:rPr>
          <w:sz w:val="20"/>
        </w:rPr>
        <w:t>25:28  to jin logon ke saath aap ko rehne ke liye paida kiya gaya hai, un ke bare mein aap shikayat liye rahein, complaint liye rahein, nafrat liye rahein, to kya hoga?</w:t>
      </w:r>
      <w:r>
        <w:br/>
      </w:r>
      <w:r>
        <w:rPr>
          <w:sz w:val="20"/>
        </w:rPr>
        <w:t>25:42  aap ka development khatam ho jayega. aap ke andar spiritual development nahi aayega. aap ke andar intellectual development nahi aayega.</w:t>
      </w:r>
      <w:r>
        <w:br/>
      </w:r>
      <w:r>
        <w:rPr>
          <w:sz w:val="20"/>
        </w:rPr>
        <w:t>25:51  aap ke andar creative thinking nahi aayegi. aur phir is se bhi bada faida kya hoga?</w:t>
      </w:r>
      <w:r>
        <w:br/>
      </w:r>
      <w:r>
        <w:rPr>
          <w:sz w:val="20"/>
        </w:rPr>
        <w:t>25:58  is se bada faida yeh hoga ke aap Allah se aap ka taalluq nahi banega. sab se bada nuksan, behraal, is se bada sab se bada faida nahi hai, sab se bada nuksan.</w:t>
      </w:r>
      <w:r>
        <w:br/>
      </w:r>
      <w:r>
        <w:rPr>
          <w:sz w:val="20"/>
        </w:rPr>
        <w:t>26:11  apne is mizaj ka sab se bada jo aap ko nuksan hoga, woh yeh hoga ke Allah ki nisbat se aap hamd ka taalluq nahi banega aap ka.</w:t>
      </w:r>
      <w:r>
        <w:br/>
      </w:r>
      <w:r>
        <w:rPr>
          <w:sz w:val="20"/>
        </w:rPr>
        <w:t>26:23  har waqt aap ke zehen mein bhara rahega shikayatein.</w:t>
      </w:r>
      <w:r>
        <w:br/>
      </w:r>
      <w:r>
        <w:rPr>
          <w:sz w:val="20"/>
        </w:rPr>
        <w:t>26:28  jaise kal maine arz kiya ke kal maine parcha. saare ulama ke mazameen hain is ke andar. yaani jo maroof ulama hain, un ke mazameen hain is ke andar.</w:t>
      </w:r>
      <w:r>
        <w:br/>
      </w:r>
      <w:r>
        <w:rPr>
          <w:sz w:val="20"/>
        </w:rPr>
        <w:t>26:38  lekin kisi mein Khuda ka shukr nahi. bas shikayati ki baatein hain. hukumat ki shikayat, partyon ki shikayat, majority ki shikayat.</w:t>
      </w:r>
      <w:r>
        <w:br/>
      </w:r>
      <w:r>
        <w:rPr>
          <w:sz w:val="20"/>
        </w:rPr>
        <w:t>26:49  aur Khuda ka shukr hi nahi is ke andar. mere paas parcha maujood hai, aap dekh sakte hain is ko.</w:t>
      </w:r>
      <w:r>
        <w:br/>
      </w:r>
      <w:r>
        <w:rPr>
          <w:sz w:val="20"/>
        </w:rPr>
        <w:t>26:56  to jab aap insaanon ke bare mein shikayat mein jiyenge, to is ki price yeh deni padegi aap ko ke aap Allah ke bare mein shukr mein jeena se mehroom ho jayenge.</w:t>
      </w:r>
      <w:r>
        <w:br/>
      </w:r>
      <w:r>
        <w:rPr>
          <w:sz w:val="20"/>
        </w:rPr>
        <w:t>27:09  hamd spirit se aap mehroom ho jayenge.</w:t>
      </w:r>
    </w:p>
    <w:p>
      <w:pPr>
        <w:pStyle w:val="Heading2"/>
      </w:pPr>
      <w:r>
        <w:t>Satan's challenge and root of ingratitude</w:t>
      </w:r>
    </w:p>
    <w:p>
      <w:r>
        <w:rPr>
          <w:color w:val="666666"/>
          <w:sz w:val="18"/>
        </w:rPr>
        <w:t>From the Spiritual Tree 20 February 2011 - Maulana Wahiduddin Khan · 4m 41s · at 6:47 · https://youtu.be/FpBLnD-xv6A?t=407</w:t>
      </w:r>
    </w:p>
    <w:p>
      <w:r>
        <w:rPr>
          <w:i/>
        </w:rPr>
        <w:t>“Then I remembered that Satan said this at the beginning”</w:t>
      </w:r>
    </w:p>
    <w:p>
      <w:r>
        <w:rPr>
          <w:sz w:val="20"/>
        </w:rPr>
        <w:t>6:47  to phir mujhe yaad aaya keh shaitan ne yahi kaha tha, shuru jo jab history shuru hui insaan ki, us waqt. dekhiye, insaan ki history jo hai,</w:t>
      </w:r>
      <w:r>
        <w:br/>
      </w:r>
      <w:r>
        <w:rPr>
          <w:sz w:val="20"/>
        </w:rPr>
        <w:t>7:00  shuru hoti hai kahan se? woh quran mein, bible mein bataya gaya hai.</w:t>
      </w:r>
      <w:r>
        <w:br/>
      </w:r>
      <w:r>
        <w:rPr>
          <w:sz w:val="20"/>
        </w:rPr>
        <w:t>7:09  allah taala ne jab insaan ko paida kiya to us waqt do aur makhlooq theen. jin aur farishtay.</w:t>
      </w:r>
      <w:r>
        <w:br/>
      </w:r>
      <w:r>
        <w:rPr>
          <w:sz w:val="20"/>
        </w:rPr>
        <w:t>7:21  jin aur angels. insaan ke siwa. to allah taala ne kaha jin aur angels ko keh tum log insaan ke saamne jhuk jao.</w:t>
      </w:r>
      <w:r>
        <w:br/>
      </w:r>
      <w:r>
        <w:rPr>
          <w:sz w:val="20"/>
        </w:rPr>
        <w:t>7:39  asal mein zameen jo thi, yeh zameen ab insaan ke charge mein di ja rahi thi. jhukne ka matlab yeh tha keh ab tum mauqa do in ko kaam karne ka.</w:t>
      </w:r>
      <w:r>
        <w:br/>
      </w:r>
      <w:r>
        <w:rPr>
          <w:sz w:val="20"/>
        </w:rPr>
        <w:t>7:50  sab ka test ho chuka, ab insaan ka test hona hai. to test lene ke liye zaroori tha keh is ko mauqa milay. is ko be-rok-tok, apne aap ko express karne ka mauqa milay.</w:t>
      </w:r>
      <w:r>
        <w:br/>
      </w:r>
      <w:r>
        <w:rPr>
          <w:sz w:val="20"/>
        </w:rPr>
        <w:t>8:05  to yeh jo kaha gaya tha jin se aur angel se keh jhuk jao, is ka matlab yeh tha keh ab tumhein mauqa dena hai insaan ko.</w:t>
      </w:r>
      <w:r>
        <w:br/>
      </w:r>
      <w:r>
        <w:rPr>
          <w:sz w:val="20"/>
        </w:rPr>
        <w:t>8:16  test ke taur par insaan ko zameen ka charge diya gaya hai. right ke taur par nahi. zameen kisi ka, zameen ka koi owner nahi hai.</w:t>
      </w:r>
      <w:r>
        <w:br/>
      </w:r>
      <w:r>
        <w:rPr>
          <w:sz w:val="20"/>
        </w:rPr>
        <w:t>8:27  woh sirf khuda hai jo is ka owner hai. to us waqt dekhiye, angel toh foran jhuk gaye. lekin jo jin ka sardar tha, iblis,</w:t>
      </w:r>
      <w:r>
        <w:br/>
      </w:r>
      <w:r>
        <w:rPr>
          <w:sz w:val="20"/>
        </w:rPr>
        <w:t>8:41  iblis jis ko shaitan iblis kaha jata hai, woh jin ka sardar tha. woh jhuka nahi.</w:t>
      </w:r>
      <w:r>
        <w:br/>
      </w:r>
      <w:r>
        <w:rPr>
          <w:sz w:val="20"/>
        </w:rPr>
        <w:t>8:49  woh jhuka nahi. kyun? wahi nashukri mein pad gaya woh. keh mujhe kyun nahi diya mauqa?</w:t>
      </w:r>
      <w:r>
        <w:br/>
      </w:r>
      <w:r>
        <w:rPr>
          <w:sz w:val="20"/>
        </w:rPr>
        <w:t>9:00  is ko kyun diya? dekhiye, us waqt bhi jinat ko ya iblis ko sab kuch mila hua tha.</w:t>
      </w:r>
      <w:r>
        <w:br/>
      </w:r>
      <w:r>
        <w:rPr>
          <w:sz w:val="20"/>
        </w:rPr>
        <w:t>9:09  itni zabardast power thi jinat ki, us waqt bhi aur aaj bhi. keh is ki ek misaal quran mein hai keh Hazrat Suleman jo thay, woh king thay, woh paighambar bhi thay.</w:t>
      </w:r>
      <w:r>
        <w:br/>
      </w:r>
      <w:r>
        <w:rPr>
          <w:sz w:val="20"/>
        </w:rPr>
        <w:t>9:27  to un ke haan jin log bhi kaam karte thay. to aik baar unhon ne chaha keh Yemen mein jo throne hai, koi Saba ka, woh utha kar koi laaye yahan par, Jerusalem mein.</w:t>
      </w:r>
      <w:r>
        <w:br/>
      </w:r>
      <w:r>
        <w:rPr>
          <w:sz w:val="20"/>
        </w:rPr>
        <w:t>9:48  to jin ka aik, jo un ke haan jo group tha, to aik jin ne kaha keh main laata hoon. to us ne aik second mein yeh us ko wahan la ke rakh diya.</w:t>
      </w:r>
      <w:r>
        <w:br/>
      </w:r>
      <w:r>
        <w:rPr>
          <w:sz w:val="20"/>
        </w:rPr>
        <w:t>10:01  yani Yemen ka takht la ke rakh diya Jerusalem mein. yeh itna power hai jinat ko.</w:t>
      </w:r>
      <w:r>
        <w:br/>
      </w:r>
      <w:r>
        <w:rPr>
          <w:sz w:val="20"/>
        </w:rPr>
        <w:t>10:12  to jin iblis ne jo challenge diya allah taala ko, woh yeh tha keh main sab ko bhagaunga.</w:t>
      </w:r>
      <w:r>
        <w:br/>
      </w:r>
      <w:r>
        <w:rPr>
          <w:sz w:val="20"/>
        </w:rPr>
        <w:t>10:23  saare insaan ko, saare insaan ki saari generation ko bhagaunga. aur kya hoga phir? "la tajadu akthara shakirreen".</w:t>
      </w:r>
      <w:r>
        <w:br/>
      </w:r>
      <w:r>
        <w:rPr>
          <w:sz w:val="20"/>
        </w:rPr>
        <w:t>10:35  khuda se kaha us ne keh tu majority ko nahi paye ga shukr karne wala. ab dekhiye keh shukr karne walay ka matlab kya hai?</w:t>
      </w:r>
      <w:r>
        <w:br/>
      </w:r>
      <w:r>
        <w:rPr>
          <w:sz w:val="20"/>
        </w:rPr>
        <w:t>10:49  shukr karne wale ka matlab kya hai? wahi hai jo shaitan ki misaal mein dikhai deta hai. yaani aadmi ko 99 cheezain mili hui hain, ek cheez nahi mili hai.</w:t>
      </w:r>
      <w:r>
        <w:br/>
      </w:r>
      <w:r>
        <w:rPr>
          <w:sz w:val="20"/>
        </w:rPr>
        <w:t>11:03  yaani iblis ko ya jinnaat ko is waqt bhi 99 cheezain mili hui theen. ek cheez nahi mili thi jo Allah taala ne Adam ko de di thi.</w:t>
      </w:r>
      <w:r>
        <w:br/>
      </w:r>
      <w:r>
        <w:rPr>
          <w:sz w:val="20"/>
        </w:rPr>
        <w:t>11:15  bas isi par woh nashukra ho gaya. in great fulness mein pad gaya woh. yahi kahani hai saare insaan ki.</w:t>
      </w:r>
    </w:p>
    <w:p>
      <w:pPr>
        <w:pStyle w:val="Heading2"/>
      </w:pPr>
      <w:r>
        <w:t>Complete argument on forgiveness as paradise ticket</w:t>
      </w:r>
    </w:p>
    <w:p>
      <w:r>
        <w:rPr>
          <w:color w:val="666666"/>
          <w:sz w:val="18"/>
        </w:rPr>
        <w:t>Interaction with Umries 26 July, 2019 - Maulana Wahiduddin Khan · 5m 11s · at 2:03 · https://youtu.be/x26fUHWfzFg?t=123</w:t>
      </w:r>
    </w:p>
    <w:p>
      <w:r>
        <w:rPr>
          <w:i/>
        </w:rPr>
        <w:t>“Jannat ko paane ka sab se aasan tareeqa kya hai?”</w:t>
      </w:r>
    </w:p>
    <w:p>
      <w:r>
        <w:rPr>
          <w:sz w:val="20"/>
        </w:rPr>
        <w:t>2:03  dekhein aaj main soch raha tha subah aaj subah ke jannat ko pane ka sab se aasan tareeqa kya hai?</w:t>
      </w:r>
      <w:r>
        <w:br/>
      </w:r>
      <w:r>
        <w:rPr>
          <w:sz w:val="20"/>
        </w:rPr>
        <w:t>2:15  hain sab se aasan. to mujhe yaad aaya ke kai aayatein aur hadithien aisi hain jis ka khulasa ye hai.</w:t>
      </w:r>
      <w:r>
        <w:br/>
      </w:r>
      <w:r>
        <w:rPr>
          <w:sz w:val="20"/>
        </w:rPr>
        <w:t>2:31  kai aayatein aur kai hadithien. in ka khulasa ye hai ke</w:t>
      </w:r>
      <w:r>
        <w:br/>
      </w:r>
      <w:r>
        <w:rPr>
          <w:sz w:val="20"/>
        </w:rPr>
        <w:t>2:40  mere alfaaz mein</w:t>
      </w:r>
      <w:r>
        <w:br/>
      </w:r>
      <w:r>
        <w:rPr>
          <w:sz w:val="20"/>
        </w:rPr>
        <w:t>2:45  maaf karo tum ko maaf kiya jayega.</w:t>
      </w:r>
      <w:r>
        <w:br/>
      </w:r>
      <w:r>
        <w:rPr>
          <w:sz w:val="20"/>
        </w:rPr>
        <w:t>2:50  hain</w:t>
      </w:r>
      <w:r>
        <w:br/>
      </w:r>
      <w:r>
        <w:rPr>
          <w:sz w:val="20"/>
        </w:rPr>
        <w:t>2:57  kai aayatein hadithien aisi hain jin ka khulasa ye hai ke maaf karo tum ko maaf kiya jayega.</w:t>
      </w:r>
      <w:r>
        <w:br/>
      </w:r>
      <w:r>
        <w:rPr>
          <w:sz w:val="20"/>
        </w:rPr>
        <w:t>3:08  to sab se aasan ye hai.</w:t>
      </w:r>
      <w:r>
        <w:br/>
      </w:r>
      <w:r>
        <w:rPr>
          <w:sz w:val="20"/>
        </w:rPr>
        <w:t>3:13  sab se aasan ye hai.</w:t>
      </w:r>
      <w:r>
        <w:br/>
      </w:r>
      <w:r>
        <w:rPr>
          <w:sz w:val="20"/>
        </w:rPr>
        <w:t>3:20  misal ke taur par dekhiye hamari beti jin ko apa karte hain aap log kisi shakhs se baat hui un ki.</w:t>
      </w:r>
      <w:r>
        <w:br/>
      </w:r>
      <w:r>
        <w:rPr>
          <w:sz w:val="20"/>
        </w:rPr>
        <w:t>3:31  kuch pehle ki baat hai. wo hum se bahut zyada un ko ikhtilaf tha.</w:t>
      </w:r>
      <w:r>
        <w:br/>
      </w:r>
      <w:r>
        <w:rPr>
          <w:sz w:val="20"/>
        </w:rPr>
        <w:t>3:40  to baat telephone par baat karte hue unhone kaha ke tum log log se murad zahir hai ke main tha.</w:t>
      </w:r>
      <w:r>
        <w:br/>
      </w:r>
      <w:r>
        <w:rPr>
          <w:sz w:val="20"/>
        </w:rPr>
        <w:t>3:52  tum log jahannum mein jaoge.</w:t>
      </w:r>
      <w:r>
        <w:br/>
      </w:r>
      <w:r>
        <w:rPr>
          <w:sz w:val="20"/>
        </w:rPr>
        <w:t>3:57  telephone par kaha unhone. tum log jahannum mein jaoge. ye jante hain maine kya kiya? hain</w:t>
      </w:r>
      <w:r>
        <w:br/>
      </w:r>
      <w:r>
        <w:rPr>
          <w:sz w:val="20"/>
        </w:rPr>
        <w:t>4:10  ye zahir hai ke bahut hi sakht baat thi. bahut sakht baat thi. to maine ye kiya ke khuda ya maine is shakhs ko maaf kiya.</w:t>
      </w:r>
      <w:r>
        <w:br/>
      </w:r>
      <w:r>
        <w:rPr>
          <w:sz w:val="20"/>
        </w:rPr>
        <w:t>4:24  tata ke mere paas koi amal to hai nahi. isi cheez ko bator amal likh le ke kisi ne aisa kaha aur maine us ko maaf kiya.</w:t>
      </w:r>
      <w:r>
        <w:br/>
      </w:r>
      <w:r>
        <w:rPr>
          <w:sz w:val="20"/>
        </w:rPr>
        <w:t>4:34  taakeh is yeh yeh yeh maafi meri mere liye jannat ka certificate ban jaye.</w:t>
      </w:r>
      <w:r>
        <w:br/>
      </w:r>
      <w:r>
        <w:rPr>
          <w:sz w:val="20"/>
        </w:rPr>
        <w:t>4:45  yeh aaj ki baat kar raha hoon aaj ki aaj subah ki baat. keh mujhe yaad aaya keh apa se kisi ne aise telephone par kaha tha</w:t>
      </w:r>
      <w:r>
        <w:br/>
      </w:r>
      <w:r>
        <w:rPr>
          <w:sz w:val="20"/>
        </w:rPr>
        <w:t>4:56  tum jahannum mein jaoge.</w:t>
      </w:r>
      <w:r>
        <w:br/>
      </w:r>
      <w:r>
        <w:rPr>
          <w:sz w:val="20"/>
        </w:rPr>
        <w:t>5:05  to zahir hai keh yeh bohat ghusse ki baat hai. koi bhi shakhs ghussa ho jayega. to main ghussa nahi hua. maine yeh dua ki keh khudaaya is shakhs ne mere bare mein aisa jo kaha to main usko maaf karta hoon.</w:t>
      </w:r>
      <w:r>
        <w:br/>
      </w:r>
      <w:r>
        <w:rPr>
          <w:sz w:val="20"/>
        </w:rPr>
        <w:t>5:21  aur koi amal mere paas nahi hai. to to meri isi maafi ko mere liye amal bana de aur meri jannat muqaddar kar de.</w:t>
      </w:r>
      <w:r>
        <w:br/>
      </w:r>
      <w:r>
        <w:rPr>
          <w:sz w:val="20"/>
        </w:rPr>
        <w:t>5:36  main dekhiye sab se aasan. is mein karna kuch hai nahi aap ko. sirf dil se is aadmi ko khair khwah ban jana hai.</w:t>
      </w:r>
      <w:r>
        <w:br/>
      </w:r>
      <w:r>
        <w:rPr>
          <w:sz w:val="20"/>
        </w:rPr>
        <w:t>5:48  aur to kuch karna nahi hai. main to samajhta hoon is se zyada aasan to koi hai nahi. hain</w:t>
      </w:r>
      <w:r>
        <w:br/>
      </w:r>
      <w:r>
        <w:rPr>
          <w:sz w:val="20"/>
        </w:rPr>
        <w:t>5:58  walafina al-nas. ji ji walafina al-nas. wal-kazib al-ghayb walafina al-nas.</w:t>
      </w:r>
      <w:r>
        <w:br/>
      </w:r>
      <w:r>
        <w:rPr>
          <w:sz w:val="20"/>
        </w:rPr>
        <w:t>6:09  to is se aasan kya hai? dil hi dil mein to aap ko apne dil ko positive bana lena hai. yeh to karna hai.</w:t>
      </w:r>
      <w:r>
        <w:br/>
      </w:r>
      <w:r>
        <w:rPr>
          <w:sz w:val="20"/>
        </w:rPr>
        <w:t>6:19  apne dil ko positive bana lijiye. ek paisa kharch nahi karna hai. hain</w:t>
      </w:r>
      <w:r>
        <w:br/>
      </w:r>
      <w:r>
        <w:rPr>
          <w:sz w:val="20"/>
        </w:rPr>
        <w:t>6:31  to aaj ka meri daryaft yeh hai keh jannat ka sab se aasan ticket yahi hai.</w:t>
      </w:r>
      <w:r>
        <w:br/>
      </w:r>
      <w:r>
        <w:rPr>
          <w:sz w:val="20"/>
        </w:rPr>
        <w:t>6:42  keh maaf karo tum ko maaf kiya jayega. is se zyada sakht koi baat nahi ho sakti. ji wah koi kahe keh tum jahannum mein</w:t>
      </w:r>
      <w:r>
        <w:br/>
      </w:r>
      <w:r>
        <w:rPr>
          <w:sz w:val="20"/>
        </w:rPr>
        <w:t>6:50  jaoge. aakhri baat hai. aakhri baat hai. ji to main zara bhi ghussa nahi hua. zara bhi ghussa nahi hua.</w:t>
      </w:r>
      <w:r>
        <w:br/>
      </w:r>
      <w:r>
        <w:rPr>
          <w:sz w:val="20"/>
        </w:rPr>
        <w:t>7:02  kyunkeh usool isi usool ko pakad liya maine. sahi jo bara acha mauqa de diya us ne. us aadmi ne mujhe mauqa de diya keh jannat ka ticket paane ka.</w:t>
      </w:r>
    </w:p>
    <w:p>
      <w:pPr>
        <w:pStyle w:val="Heading2"/>
      </w:pPr>
      <w:r>
        <w:t>Palestine and Kashmir rejection of partition leads to loss</w:t>
      </w:r>
    </w:p>
    <w:p>
      <w:r>
        <w:rPr>
          <w:color w:val="666666"/>
          <w:sz w:val="18"/>
        </w:rPr>
        <w:t>Principle of Avoidance in Islam I 12 Dec, 2010 - Maulana Wahiduddin Khan · 4m 06s · at 24:41 · https://youtu.be/LcEmPmf5es0?t=1481</w:t>
      </w:r>
    </w:p>
    <w:p>
      <w:r>
        <w:rPr>
          <w:i/>
        </w:rPr>
        <w:t>“Aaj kal ye Israel ka jo masla hai.”</w:t>
      </w:r>
    </w:p>
    <w:p>
      <w:r>
        <w:rPr>
          <w:sz w:val="20"/>
        </w:rPr>
        <w:t>24:41  aaj kal yeh is Israel ka jo masla hai, Israel ka, Arab ka. tou tamam Arab ka kya maang hai? kya kehte hain woh?</w:t>
      </w:r>
      <w:r>
        <w:br/>
      </w:r>
      <w:r>
        <w:rPr>
          <w:sz w:val="20"/>
        </w:rPr>
        <w:t>24:50  keh Israel jo hai ninety six seven ki had per wapas jaye. ninety six seven woh had hai keh jahan</w:t>
      </w:r>
      <w:r>
        <w:br/>
      </w:r>
      <w:r>
        <w:rPr>
          <w:sz w:val="20"/>
        </w:rPr>
        <w:t>24:59  Balfour jo commission tha us ne jo partition kiya tha. partition mein us ne roughly aadha aadha de diya tha. aadha Arabon ko, aadha jo ko.</w:t>
      </w:r>
      <w:r>
        <w:br/>
      </w:r>
      <w:r>
        <w:rPr>
          <w:sz w:val="20"/>
        </w:rPr>
        <w:t>25:11  woh hai ninety seven, ninety sixty seven ki had.</w:t>
      </w:r>
      <w:r>
        <w:br/>
      </w:r>
      <w:r>
        <w:rPr>
          <w:sz w:val="20"/>
        </w:rPr>
        <w:t>25:16  aadha un ke paas, aadha un ke paas. to ab to arabon ke paas kuch bhi nahi hai. thoda sa yani do thode, do chhote chhote tukde hain.</w:t>
      </w:r>
      <w:r>
        <w:br/>
      </w:r>
      <w:r>
        <w:rPr>
          <w:sz w:val="20"/>
        </w:rPr>
        <w:t>25:31  un ke paas do chhote chhote tukde hain bas. ek ghaza patti hai, ek ariha hai.</w:t>
      </w:r>
      <w:r>
        <w:br/>
      </w:r>
      <w:r>
        <w:rPr>
          <w:sz w:val="20"/>
        </w:rPr>
        <w:t>25:38  to saare arab duniya kya kehti hai? ke israel sixity seven ki had par wapas jaye. yahan par ek sawal yeh hai ke ninty forty eight mein jab partition hua tha to wahi to mila hua tha aap ko.</w:t>
      </w:r>
      <w:r>
        <w:br/>
      </w:r>
      <w:r>
        <w:rPr>
          <w:sz w:val="20"/>
        </w:rPr>
        <w:t>25:55  is waqt kyun nahi qabool kar liya aap ne?</w:t>
      </w:r>
      <w:r>
        <w:br/>
      </w:r>
      <w:r>
        <w:rPr>
          <w:sz w:val="20"/>
        </w:rPr>
        <w:t>25:59  jis cheez ki mang aaj aap kar rahe hain saath baras ke baad wo to aap ko mila hi hua tha. forty eight mein. to kyun nahi qabool kiya aap ne?</w:t>
      </w:r>
      <w:r>
        <w:br/>
      </w:r>
      <w:r>
        <w:rPr>
          <w:sz w:val="20"/>
        </w:rPr>
        <w:t>26:09  to us waqt josh mein the wo. hum yahood ko nikal den yahan se.</w:t>
      </w:r>
      <w:r>
        <w:br/>
      </w:r>
      <w:r>
        <w:rPr>
          <w:sz w:val="20"/>
        </w:rPr>
        <w:t>26:15  narmi fi al-bahr. to yeh kya tha? yeh haqeeqat ke khilaf chalna tha. avoidance ka matlab hai realistic approach.</w:t>
      </w:r>
      <w:r>
        <w:br/>
      </w:r>
      <w:r>
        <w:rPr>
          <w:sz w:val="20"/>
        </w:rPr>
        <w:t>26:28  realism.</w:t>
      </w:r>
      <w:r>
        <w:br/>
      </w:r>
      <w:r>
        <w:rPr>
          <w:sz w:val="20"/>
        </w:rPr>
        <w:t>26:33  ek martaba ek ek sahib, ek professor sahib ne mujh se poocha islam ka matlab. unhone kaha islam means realism. to bohat taajjub un ko hua.</w:t>
      </w:r>
      <w:r>
        <w:br/>
      </w:r>
      <w:r>
        <w:rPr>
          <w:sz w:val="20"/>
        </w:rPr>
        <w:t>26:42  sahib means realism.</w:t>
      </w:r>
      <w:r>
        <w:br/>
      </w:r>
      <w:r>
        <w:rPr>
          <w:sz w:val="20"/>
        </w:rPr>
        <w:t>26:48  realism matlab yeh hai ke aap jo Allah taala ka creation plan hai us ko manna. wo yeh hai ke har ek apni dor laga raha hai, har ek kahin na kahin aap ko challenge de raha hai.</w:t>
      </w:r>
      <w:r>
        <w:br/>
      </w:r>
      <w:r>
        <w:rPr>
          <w:sz w:val="20"/>
        </w:rPr>
        <w:t>27:02  to aap is ka kya karenge? ladenge?</w:t>
      </w:r>
      <w:r>
        <w:br/>
      </w:r>
      <w:r>
        <w:rPr>
          <w:sz w:val="20"/>
        </w:rPr>
        <w:t>27:06  kahin aap sulah karenge, kahin avoid karenge, kahin baat cheet karenge? to dekhiye ninty forty eight mein agar arabon ne us waqt ke status quo kama liya hota to kuch bhi nahi hota.</w:t>
      </w:r>
      <w:r>
        <w:br/>
      </w:r>
      <w:r>
        <w:rPr>
          <w:sz w:val="20"/>
        </w:rPr>
        <w:t>27:22  kuch nahi chhinata un se.</w:t>
      </w:r>
      <w:r>
        <w:br/>
      </w:r>
      <w:r>
        <w:rPr>
          <w:sz w:val="20"/>
        </w:rPr>
        <w:t>27:25  na jaan maal ka nuqsan hota. na zillat hoti.</w:t>
      </w:r>
      <w:r>
        <w:br/>
      </w:r>
      <w:r>
        <w:rPr>
          <w:sz w:val="20"/>
        </w:rPr>
        <w:t>27:33  aaraaz ka matlab hai status quo kama lena. reality ko kama lena. to acceptance of status quo yahi hai realism, yahi hai islam.</w:t>
      </w:r>
      <w:r>
        <w:br/>
      </w:r>
      <w:r>
        <w:rPr>
          <w:sz w:val="20"/>
        </w:rPr>
        <w:t>27:46  is ke siwa jo hai wo zillat hai, nakami hai, nuqsan hai.</w:t>
      </w:r>
      <w:r>
        <w:br/>
      </w:r>
      <w:r>
        <w:rPr>
          <w:sz w:val="20"/>
        </w:rPr>
        <w:t>27:55  to farsi ka sher hai ke aanche daana kunat, kunat nadaan, leek baadesh kharabi besyaar. yani jo</w:t>
      </w:r>
      <w:r>
        <w:br/>
      </w:r>
      <w:r>
        <w:rPr>
          <w:sz w:val="20"/>
        </w:rPr>
        <w:t>28:10  jo samajhdar aadmi karta hai wahi be samajh bhi karta hai lekin tabahi ke baad. to agar arabon ne ninty forty eight mein maan liya hota ke theek hai balfour ne jo partition kiya us ko aap mante hain.</w:t>
      </w:r>
      <w:r>
        <w:br/>
      </w:r>
      <w:r>
        <w:rPr>
          <w:sz w:val="20"/>
        </w:rPr>
        <w:t>28:26  to aadha un ke paas falasteen hota. is aadhe mein yerushalayim sara ka sara shamil tha. aqsa sari ki sari shamil thi.</w:t>
      </w:r>
      <w:r>
        <w:br/>
      </w:r>
      <w:r>
        <w:rPr>
          <w:sz w:val="20"/>
        </w:rPr>
        <w:t>28:34  ab lad gaye, lad gaye. kya hai? aaj kuch bhi nahi hai. kehte hain ke wahi dobara kehte hain ke wo hamein diya jaye. to koi dene wala nahi hai. yahi kashmir ka muamla hai.</w:t>
      </w:r>
    </w:p>
    <w:p>
      <w:pPr>
        <w:pStyle w:val="Heading2"/>
      </w:pPr>
      <w:r>
        <w:t>Unilateral ethics and true gratitude</w:t>
      </w:r>
    </w:p>
    <w:p>
      <w:r>
        <w:rPr>
          <w:color w:val="666666"/>
          <w:sz w:val="18"/>
        </w:rPr>
        <w:t>Art of War and Islam · 6m 06s · at 50:20 · https://youtu.be/LvYP_pf17S0?t=3020</w:t>
      </w:r>
    </w:p>
    <w:p>
      <w:r>
        <w:rPr>
          <w:i/>
        </w:rPr>
        <w:t>“Wa tawaso bi-sabre, wa tawaso bil-marhamah”</w:t>
      </w:r>
    </w:p>
    <w:p>
      <w:r>
        <w:rPr>
          <w:sz w:val="20"/>
        </w:rPr>
        <w:t>50:20  "Wa tawaso bi-sabre, wa tawaso bil-marhamah."</w:t>
      </w:r>
      <w:r>
        <w:br/>
      </w:r>
      <w:r>
        <w:rPr>
          <w:sz w:val="20"/>
        </w:rPr>
        <w:t>50:27  So this is the Islamic concept of morality. This is the Islamic concept of ethics.</w:t>
      </w:r>
      <w:r>
        <w:br/>
      </w:r>
      <w:r>
        <w:rPr>
          <w:sz w:val="20"/>
        </w:rPr>
        <w:t>50:40  It is based on unilateral principles. It is based on unilateral principles.</w:t>
      </w:r>
      <w:r>
        <w:br/>
      </w:r>
      <w:r>
        <w:rPr>
          <w:sz w:val="20"/>
        </w:rPr>
        <w:t>50:53  Once the Prophet of Islam said to one of his companions, "Do you want to find entry into Paradise?</w:t>
      </w:r>
      <w:r>
        <w:br/>
      </w:r>
      <w:r>
        <w:rPr>
          <w:sz w:val="20"/>
        </w:rPr>
        <w:t>51:06  " He said, "Yes." The Prophet of Islam said,</w:t>
      </w:r>
      <w:r>
        <w:br/>
      </w:r>
      <w:r>
        <w:rPr>
          <w:sz w:val="20"/>
        </w:rPr>
        <w:t>51:13  "You have to live without malice among people."</w:t>
      </w:r>
      <w:r>
        <w:br/>
      </w:r>
      <w:r>
        <w:rPr>
          <w:sz w:val="20"/>
        </w:rPr>
        <w:t>51:26  "Live among people without having any kind of malice." So how is it possible?</w:t>
      </w:r>
      <w:r>
        <w:br/>
      </w:r>
      <w:r>
        <w:rPr>
          <w:sz w:val="20"/>
        </w:rPr>
        <w:t>51:37  How is it possible?</w:t>
      </w:r>
      <w:r>
        <w:br/>
      </w:r>
      <w:r>
        <w:rPr>
          <w:sz w:val="20"/>
        </w:rPr>
        <w:t>51:43  Because everywhere there are differences, everywhere there are problems, everywhere there are things against your interest,</w:t>
      </w:r>
      <w:r>
        <w:br/>
      </w:r>
      <w:r>
        <w:rPr>
          <w:sz w:val="20"/>
        </w:rPr>
        <w:t>52:02  everywhere there are</w:t>
      </w:r>
      <w:r>
        <w:br/>
      </w:r>
      <w:r>
        <w:rPr>
          <w:sz w:val="20"/>
        </w:rPr>
        <w:t>52:07  such situations that create problems</w:t>
      </w:r>
      <w:r>
        <w:br/>
      </w:r>
      <w:r>
        <w:rPr>
          <w:sz w:val="20"/>
        </w:rPr>
        <w:t>52:15  for you.</w:t>
      </w:r>
      <w:r>
        <w:br/>
      </w:r>
      <w:r>
        <w:rPr>
          <w:sz w:val="20"/>
        </w:rPr>
        <w:t>52:18  So everywhere there are</w:t>
      </w:r>
      <w:r>
        <w:br/>
      </w:r>
      <w:r>
        <w:rPr>
          <w:sz w:val="20"/>
        </w:rPr>
        <w:t>52:34  things that are quite against you.</w:t>
      </w:r>
      <w:r>
        <w:br/>
      </w:r>
      <w:r>
        <w:rPr>
          <w:sz w:val="20"/>
        </w:rPr>
        <w:t>52:45  So what to do?</w:t>
      </w:r>
      <w:r>
        <w:br/>
      </w:r>
      <w:r>
        <w:rPr>
          <w:sz w:val="20"/>
        </w:rPr>
        <w:t>52:48  The only possible option is to be patient, to be patient.</w:t>
      </w:r>
      <w:r>
        <w:br/>
      </w:r>
      <w:r>
        <w:rPr>
          <w:sz w:val="20"/>
        </w:rPr>
        <w:t>52:58  You are not if you are not ready to keep patience, then you cannot keep the way of Islamic principles.</w:t>
      </w:r>
      <w:r>
        <w:br/>
      </w:r>
      <w:r>
        <w:rPr>
          <w:sz w:val="20"/>
        </w:rPr>
        <w:t>53:11  All the Islamic principles are based on unilateralism. Islam</w:t>
      </w:r>
      <w:r>
        <w:br/>
      </w:r>
      <w:r>
        <w:rPr>
          <w:sz w:val="20"/>
        </w:rPr>
        <w:t>53:25  ic ethics is unilateral ethics, not and not bilateral ethics. According to Islam, bilateral ethics is not possible.</w:t>
      </w:r>
      <w:r>
        <w:br/>
      </w:r>
      <w:r>
        <w:rPr>
          <w:sz w:val="20"/>
        </w:rPr>
        <w:t>53:41  Only unilateral ethics are possible.</w:t>
      </w:r>
      <w:r>
        <w:br/>
      </w:r>
      <w:r>
        <w:rPr>
          <w:sz w:val="20"/>
        </w:rPr>
        <w:t>53:49  So we have to know</w:t>
      </w:r>
      <w:r>
        <w:br/>
      </w:r>
      <w:r>
        <w:rPr>
          <w:sz w:val="20"/>
        </w:rPr>
        <w:t>53:54  this very important point. We have to know this very important point.</w:t>
      </w:r>
      <w:r>
        <w:br/>
      </w:r>
      <w:r>
        <w:rPr>
          <w:sz w:val="20"/>
        </w:rPr>
        <w:t>54:06  You know the first verse of the Qur'an is "Alhamdulillah." First verse, the very first verse, "Alhamdulillah." "Alhamdulillah" means</w:t>
      </w:r>
      <w:r>
        <w:br/>
      </w:r>
      <w:r>
        <w:rPr>
          <w:sz w:val="20"/>
        </w:rPr>
        <w:t>54:22  "Hamd" means "Shukr."</w:t>
      </w:r>
      <w:r>
        <w:br/>
      </w:r>
      <w:r>
        <w:rPr>
          <w:sz w:val="20"/>
        </w:rPr>
        <w:t>54:28  So you say, "Oh God, Shukr for You, Hamd for You, Thanksgiving for You." So how is it possible?</w:t>
      </w:r>
      <w:r>
        <w:br/>
      </w:r>
      <w:r>
        <w:rPr>
          <w:sz w:val="20"/>
        </w:rPr>
        <w:t>54:42  How can you say "Alhamdulillah" if your mind is full of negative thoughts?</w:t>
      </w:r>
      <w:r>
        <w:br/>
      </w:r>
      <w:r>
        <w:rPr>
          <w:sz w:val="20"/>
        </w:rPr>
        <w:t>54:53  "Alhamdulillah" is the gist of the Qur'an. You know "Alhamdulillah" is the first verse of the Qur'an. And "Alhamdulillah" is the gist of the Qur'an.</w:t>
      </w:r>
      <w:r>
        <w:br/>
      </w:r>
      <w:r>
        <w:rPr>
          <w:sz w:val="20"/>
        </w:rPr>
        <w:t>55:06  So</w:t>
      </w:r>
      <w:r>
        <w:br/>
      </w:r>
      <w:r>
        <w:rPr>
          <w:sz w:val="20"/>
        </w:rPr>
        <w:t>55:10  you have to say "Alhamdulillah" every time in your prayer and also out of the prayers. You have to say "Alhamdulillah." That is, "Oh God,</w:t>
      </w:r>
      <w:r>
        <w:br/>
      </w:r>
      <w:r>
        <w:rPr>
          <w:sz w:val="20"/>
        </w:rPr>
        <w:t>55:24  Shukr for You, Thanksgiving for You." But how can you say this word if you are living in anger, if you are living in malice,</w:t>
      </w:r>
      <w:r>
        <w:br/>
      </w:r>
      <w:r>
        <w:rPr>
          <w:sz w:val="20"/>
        </w:rPr>
        <w:t>55:40  if you are living in negative thoughts?</w:t>
      </w:r>
      <w:r>
        <w:br/>
      </w:r>
      <w:r>
        <w:rPr>
          <w:sz w:val="20"/>
        </w:rPr>
        <w:t>55:42  How can you say "Alhamdulillah"?</w:t>
      </w:r>
      <w:r>
        <w:br/>
      </w:r>
      <w:r>
        <w:rPr>
          <w:sz w:val="20"/>
        </w:rPr>
        <w:t>55:46  So if you are living in a negative spirit, then your "Alhamdulillah" is nothing but lip service.</w:t>
      </w:r>
      <w:r>
        <w:br/>
      </w:r>
      <w:r>
        <w:rPr>
          <w:sz w:val="20"/>
        </w:rPr>
        <w:t>56:01  If you are living in hate, if you are living in intolerance, if you are living in enmity, if you are living in negativity and you say "Alhamdulillah," this "Alhamdulillah" is nothing but lip service.</w:t>
      </w:r>
    </w:p>
    <w:p>
      <w:pPr>
        <w:pStyle w:val="Heading2"/>
      </w:pPr>
      <w:r>
        <w:t>A hungry day teaches gratitude for food never asked for</w:t>
      </w:r>
    </w:p>
    <w:p>
      <w:r>
        <w:rPr>
          <w:color w:val="666666"/>
          <w:sz w:val="18"/>
        </w:rPr>
        <w:t>Fasting A Source of Spiritual Empowerment August 21, 2011 Maulana Wahiduddin Khan · 4m 30s · at 18:48 · https://youtu.be/Z0EbPlujcf0?t=1128</w:t>
      </w:r>
    </w:p>
    <w:p>
      <w:r>
        <w:rPr>
          <w:i/>
        </w:rPr>
        <w:t>“Ek baar aisa hua jab main UP mein tha, subah neend nahi khuli”</w:t>
      </w:r>
    </w:p>
    <w:p>
      <w:r>
        <w:rPr>
          <w:sz w:val="20"/>
        </w:rPr>
        <w:t>18:48  ek baar aisa hua jab mein UP mein tha. to subah ko neend nahi khuli. yaani subah ko dawn se pehle neend khulna chahiye.</w:t>
      </w:r>
      <w:r>
        <w:br/>
      </w:r>
      <w:r>
        <w:rPr>
          <w:sz w:val="20"/>
        </w:rPr>
        <w:t>19:06  tab aap kha bhi sakte hain. dawn ke baad agar neend khulegi to nahi kha sakte aap. to meri neend nahi khuli. to mein sehri nahi kha saka.</w:t>
      </w:r>
      <w:r>
        <w:br/>
      </w:r>
      <w:r>
        <w:rPr>
          <w:sz w:val="20"/>
        </w:rPr>
        <w:t>19:17  us din mujhe sehri ke baghair roza rakhna pada. kyunke sehri na khana yeh aadmi ke liye Excuse nahi hai.</w:t>
      </w:r>
      <w:r>
        <w:br/>
      </w:r>
      <w:r>
        <w:rPr>
          <w:sz w:val="20"/>
        </w:rPr>
        <w:t>19:27  agar aap sehri na kha sakein to aisa nahi ke ab Excuse mil gaya aap ko. aap sehri roza na rakhein aap. to roza rakhna pada mujhe.</w:t>
      </w:r>
      <w:r>
        <w:br/>
      </w:r>
      <w:r>
        <w:rPr>
          <w:sz w:val="20"/>
        </w:rPr>
        <w:t>19:36  ab us din jo hai laga ke ek din ka khana jo chuta hai mujh se, sirf ek din ka.</w:t>
      </w:r>
      <w:r>
        <w:br/>
      </w:r>
      <w:r>
        <w:rPr>
          <w:sz w:val="20"/>
        </w:rPr>
        <w:t>19:47  to kitna sakht hai woh. to mein socha ke agar umar bhar ke khana chhoot jaye.</w:t>
      </w:r>
      <w:r>
        <w:br/>
      </w:r>
      <w:r>
        <w:rPr>
          <w:sz w:val="20"/>
        </w:rPr>
        <w:t>19:57  hamesha ke liye chhoot jaye khana.</w:t>
      </w:r>
      <w:r>
        <w:br/>
      </w:r>
      <w:r>
        <w:rPr>
          <w:sz w:val="20"/>
        </w:rPr>
        <w:t>20:00  yaani maut ke baad Khuda agar hum ko ek aisi chattan par chhod de. farishta maut ke baad le aap ko aur le aakar ke ek chattan par daal de.</w:t>
      </w:r>
      <w:r>
        <w:br/>
      </w:r>
      <w:r>
        <w:rPr>
          <w:sz w:val="20"/>
        </w:rPr>
        <w:t>20:11  jahan khana pani na ho. to kahe ke bas pade raho yahin aaj. koi takleef doosri nahi di jayegi tum ko. koi tum ko marne nahi aayega.</w:t>
      </w:r>
      <w:r>
        <w:br/>
      </w:r>
      <w:r>
        <w:rPr>
          <w:sz w:val="20"/>
        </w:rPr>
        <w:t>20:21  tum ko jalane nahi aayega. kuch bhi karne nahi aayega tum ko. bas khali yeh hai ke khana peena nahi milega.</w:t>
      </w:r>
      <w:r>
        <w:br/>
      </w:r>
      <w:r>
        <w:rPr>
          <w:sz w:val="20"/>
        </w:rPr>
        <w:t>20:32  to kya alam hoga? hatta ke phir mein ne socha ke farz kiye ke mujh ko dunya ka sab se acha mahal mil jaye. lekin is mein khana peena na ho.</w:t>
      </w:r>
      <w:r>
        <w:br/>
      </w:r>
      <w:r>
        <w:rPr>
          <w:sz w:val="20"/>
        </w:rPr>
        <w:t>20:45  sab se acha Palace.</w:t>
      </w:r>
      <w:r>
        <w:br/>
      </w:r>
      <w:r>
        <w:rPr>
          <w:sz w:val="20"/>
        </w:rPr>
        <w:t>20:51  jaise Emperor ke Palace hua karte the. sab se acha Palace mil jaye to bilkul tumhare Disposal par hai yeh Palace. lekin wahan khana peena nahi hai.</w:t>
      </w:r>
      <w:r>
        <w:br/>
      </w:r>
      <w:r>
        <w:rPr>
          <w:sz w:val="20"/>
        </w:rPr>
        <w:t>21:03  to ek din ka jo mujhe khana chuta to sab cheez bekar lagne lagi. Palace bhi bekar.</w:t>
      </w:r>
      <w:r>
        <w:br/>
      </w:r>
      <w:r>
        <w:rPr>
          <w:sz w:val="20"/>
        </w:rPr>
        <w:t>21:16  sab kuch bekar.</w:t>
      </w:r>
      <w:r>
        <w:br/>
      </w:r>
      <w:r>
        <w:rPr>
          <w:sz w:val="20"/>
        </w:rPr>
        <w:t>21:21  to qadar o qeemat maloom hui khane ki. ke Allah Ta'ala ne</w:t>
      </w:r>
      <w:r>
        <w:br/>
      </w:r>
      <w:r>
        <w:rPr>
          <w:sz w:val="20"/>
        </w:rPr>
        <w:t>21:28  insan ko paida kiya.</w:t>
      </w:r>
      <w:r>
        <w:br/>
      </w:r>
      <w:r>
        <w:rPr>
          <w:sz w:val="20"/>
        </w:rPr>
        <w:t>21:31  to kaisi ajib baat hai ke hum ne Allah taala se dua nahi ki thi ke humein khana bhi de de.</w:t>
      </w:r>
      <w:r>
        <w:br/>
      </w:r>
      <w:r>
        <w:rPr>
          <w:sz w:val="20"/>
        </w:rPr>
        <w:t>21:39  baghair dua ke khana yahan maujood kar diya.</w:t>
      </w:r>
      <w:r>
        <w:br/>
      </w:r>
      <w:r>
        <w:rPr>
          <w:sz w:val="20"/>
        </w:rPr>
        <w:t>21:44  wa ataa kum min kulli ma sa altum hum ne hum ne sawal nahi kiya tha.</w:t>
      </w:r>
      <w:r>
        <w:br/>
      </w:r>
      <w:r>
        <w:rPr>
          <w:sz w:val="20"/>
        </w:rPr>
        <w:t>21:53  insan paida hua to sath sath yahan par soil hai.</w:t>
      </w:r>
      <w:r>
        <w:br/>
      </w:r>
      <w:r>
        <w:rPr>
          <w:sz w:val="20"/>
        </w:rPr>
        <w:t>22:00  har qism ke ghale hain, har qism ke phal hain, sabziyan hain. Kaisi ajib baat hai.</w:t>
      </w:r>
      <w:r>
        <w:br/>
      </w:r>
      <w:r>
        <w:rPr>
          <w:sz w:val="20"/>
        </w:rPr>
        <w:t>22:13  ke Allah taala ki rehmat ka yeh kitna bara tajurba hai. Ke aap ko paida kar ke zameen par basaya.</w:t>
      </w:r>
      <w:r>
        <w:br/>
      </w:r>
      <w:r>
        <w:rPr>
          <w:sz w:val="20"/>
        </w:rPr>
        <w:t>22:24  to hum se humein pata hi nahi tha ke hum kya mangein.</w:t>
      </w:r>
      <w:r>
        <w:br/>
      </w:r>
      <w:r>
        <w:rPr>
          <w:sz w:val="20"/>
        </w:rPr>
        <w:t>22:30  hum ko pata nahi tha ke hum kahein Khuda yeh zameen par soil bhi ho. Khuda yeh zameen par pani bhi ho. Khuda yeh zameen par ghalla aur mewa bhi ho.</w:t>
      </w:r>
      <w:r>
        <w:br/>
      </w:r>
      <w:r>
        <w:rPr>
          <w:sz w:val="20"/>
        </w:rPr>
        <w:t>22:39  hum ko maloom hi nahi tha ke hum mangein. To Allah taala ne khud se jana ke insan ko is ki zaroorat hai.</w:t>
      </w:r>
      <w:r>
        <w:br/>
      </w:r>
      <w:r>
        <w:rPr>
          <w:sz w:val="20"/>
        </w:rPr>
        <w:t>22:49  wo sab yahan muhaiya kar diya.</w:t>
      </w:r>
      <w:r>
        <w:br/>
      </w:r>
      <w:r>
        <w:rPr>
          <w:sz w:val="20"/>
        </w:rPr>
        <w:t>22:54  to ek ek din jab mujhe khana bilkul hi nahi mila. Subah se sham tak. To is se kitne sare tajurbe hue.</w:t>
      </w:r>
      <w:r>
        <w:br/>
      </w:r>
      <w:r>
        <w:rPr>
          <w:sz w:val="20"/>
        </w:rPr>
        <w:t>23:06  isi liye main kehta hoon ke roza jo hai wo month of experience hai, month of events hai.</w:t>
      </w:r>
    </w:p>
    <w:p>
      <w:pPr>
        <w:pStyle w:val="Heading2"/>
      </w:pPr>
      <w:r>
        <w:t>Transition from kingship to democracy requires insight</w:t>
      </w:r>
    </w:p>
    <w:p>
      <w:r>
        <w:rPr>
          <w:color w:val="666666"/>
          <w:sz w:val="18"/>
        </w:rPr>
        <w:t>Q&amp;A 03 Jan 2010 - Maulana Wahiduddin Khan · 5m 56s · at 32:18 · https://youtu.be/tEiK4snkN_Y?t=1938</w:t>
      </w:r>
    </w:p>
    <w:p>
      <w:r>
        <w:rPr>
          <w:i/>
        </w:rPr>
        <w:t>“Dekhiye yeh tataari jo qabaail the jinhon ne khilafat abbaasi ko khatam”</w:t>
      </w:r>
    </w:p>
    <w:p>
      <w:r>
        <w:rPr>
          <w:sz w:val="20"/>
        </w:rPr>
        <w:t>32:18  dekhiye, yeh tatari jo qabail the, jinhon ne khilafat abbasi ko khatm kiya tha, to woh non muslim the. woh koi mazhab nahin tha unka. woh to pahadon mein rehte the. baad ko unki majority jo hai, woh islam mein dakhil ho gayi.</w:t>
      </w:r>
      <w:r>
        <w:br/>
      </w:r>
      <w:r>
        <w:rPr>
          <w:sz w:val="20"/>
        </w:rPr>
        <w:t>32:39  to phir inke do tukde bane. ek hissa jo hai, wohi india mein jo, jo aap mughal rule kehte hain, woh bhi usi ka hissa hai. woh tatari family ke log the. yeh aur wahan jo gaye turki mein, woh bhi usi family ke kuch log the.</w:t>
      </w:r>
      <w:r>
        <w:br/>
      </w:r>
      <w:r>
        <w:rPr>
          <w:sz w:val="20"/>
        </w:rPr>
        <w:t>32:57  to do, ek, ek ba, us, uski do shakhhein. ek shakh wahan jaakar ke unhon ne rule qaim kiya, doosri shakh ne yahan rule qaim kiya. to yeh zamana woh tha jabke kingship ka zamana tha. log, yaani king ko maan liya karte the, jiske sar par taaj, usi ki hukumat.</w:t>
      </w:r>
      <w:r>
        <w:br/>
      </w:r>
      <w:r>
        <w:rPr>
          <w:sz w:val="20"/>
        </w:rPr>
        <w:t>33:20  to wahan par jab unhon ne qaim kar liya, to logon ne accept kar liya usko. yahan bhi accept kar liya. us waqt tak yeh chala jab tak ke democracy duniya mein nahin aai. jab democracy aa gayi, to woh bhi khatm, yeh bhi khatm. to democracy us se better hai mere nazdeek, kyunke democracy jo hai, woh power sharing ki ka concept base karti hai. power sharing, yaani hum bhi us mein hissedar hain.</w:t>
      </w:r>
      <w:r>
        <w:br/>
      </w:r>
      <w:r>
        <w:rPr>
          <w:sz w:val="20"/>
        </w:rPr>
        <w:t>33:45  main is mulk ka prime minister nahin hoon, lekin main, main, mujhe hissa hai us mein haasil prime ministership mein. main bhi hissedar hoon. yeh, yeh naya concept hai jo democracy mein aaya hai. king ke zamane mein aap, aapko share koi nahin hota tha. us zamane mein</w:t>
      </w:r>
      <w:r>
        <w:br/>
      </w:r>
      <w:r>
        <w:rPr>
          <w:sz w:val="20"/>
        </w:rPr>
        <w:t>34:02  koi share aap, aap subject hote the, woh ruler hote the. aaj hum, aaj hum hissedar hain. prime ministership kisi ki monopoly nahin hai. hum bhi us mein, hamara bhi us mein share hai. to yeh</w:t>
      </w:r>
      <w:r>
        <w:br/>
      </w:r>
      <w:r>
        <w:rPr>
          <w:sz w:val="20"/>
        </w:rPr>
        <w:t>34:19  to democracy is better than, than the kingship. lekin log khamakha usi mein rote hain abhi tak. aur us se achha mil gaya unko, unko uski value nahin maloom.</w:t>
      </w:r>
      <w:r>
        <w:br/>
      </w:r>
      <w:r>
        <w:rPr>
          <w:sz w:val="20"/>
        </w:rPr>
        <w:t>34:34  This question is from Maulana Zakwan Nadwi from Delhi.</w:t>
      </w:r>
      <w:r>
        <w:br/>
      </w:r>
      <w:r>
        <w:rPr>
          <w:sz w:val="20"/>
        </w:rPr>
        <w:t>34:40  Maulana, in Musnad Ahmad, Volume 2, it is mentioned that prophet of Islam once said that the believer</w:t>
      </w:r>
      <w:r>
        <w:br/>
      </w:r>
      <w:r>
        <w:rPr>
          <w:sz w:val="20"/>
        </w:rPr>
        <w:t>34:49  will continue to be tested by affliction</w:t>
      </w:r>
      <w:r>
        <w:br/>
      </w:r>
      <w:r>
        <w:rPr>
          <w:sz w:val="20"/>
        </w:rPr>
        <w:t>34:52  until's up pure from sin.</w:t>
      </w:r>
      <w:r>
        <w:br/>
      </w:r>
      <w:r>
        <w:rPr>
          <w:sz w:val="20"/>
        </w:rPr>
        <w:t>34:56  and the parallel of the hypocrite is that of an animal, it does not know why its owner</w:t>
      </w:r>
      <w:r>
        <w:br/>
      </w:r>
      <w:r>
        <w:rPr>
          <w:sz w:val="20"/>
        </w:rPr>
        <w:t>35:03  has tied it or released it.</w:t>
      </w:r>
      <w:r>
        <w:br/>
      </w:r>
      <w:r>
        <w:rPr>
          <w:sz w:val="20"/>
        </w:rPr>
        <w:t>35:06  Maulana, kindly explain this hadith.</w:t>
      </w:r>
      <w:r>
        <w:br/>
      </w:r>
      <w:r>
        <w:rPr>
          <w:sz w:val="20"/>
        </w:rPr>
        <w:t>35:11  dekhiye, yeh yaani kisan ki jo life hoti hai, uski tamseel ko le kar ke rasool ne ek baat samjhai. agar aap jante ho, gaon mein jis tarah se kisan hote hain, unke</w:t>
      </w:r>
      <w:r>
        <w:br/>
      </w:r>
      <w:r>
        <w:rPr>
          <w:sz w:val="20"/>
        </w:rPr>
        <w:t>35:28  bail hote hain, to wahan kya hota hai ke bailon ko rassi mein bandha jata hai. to kabhi bandh diya peed ke neeche, kabhi bandh diya khuli jagah par. to kisan samajhta hai ke is waqt ko dhoop chahiye, to bandh diya wahan. is waqt saaya chahiye, to peed ke neeche bandh diya. usko le kar rasool ne farmaya ke</w:t>
      </w:r>
      <w:r>
        <w:br/>
      </w:r>
      <w:r>
        <w:rPr>
          <w:sz w:val="20"/>
        </w:rPr>
        <w:t>35:51  unwar ko kuch pata nahin ke kisan ne yahan kyun bandha, kisan ne wahan kyun bandha. to munafiq ka munafiq isi tarah bekhabar rehta hai. Allah taala mukhtalif halaat dalte hain. kabhi aaram hai, kabhi, kabhi, kabhi sukh hai, kabhi dukh hai.</w:t>
      </w:r>
      <w:r>
        <w:br/>
      </w:r>
      <w:r>
        <w:rPr>
          <w:sz w:val="20"/>
        </w:rPr>
        <w:t>36:09  kuch mauke khule hain, kuch jo pehle nahin the. to momin usko jaan leta hai, munafiq jaan nahin pata usko. to hamari sarhon mein isko bahut maujud maane mein liya gaya hai. maujud maane mein limited sense mein. main kehta hoon, usko aap phailaiye. to yeh bhi usi baat hai jo maine abhi bayan kiya aap se ke Allah taala ne opportunity kholi, aapko khabar nahin uski.</w:t>
      </w:r>
      <w:r>
        <w:br/>
      </w:r>
      <w:r>
        <w:rPr>
          <w:sz w:val="20"/>
        </w:rPr>
        <w:t>36:33  yeh bhi usi baat hai. Allah taala ne pehle aapko ek ruler banaya tha, emperor banaya tha. usi mein aap jee rahe hain. ab jo Allah taala ne naye halaat paida kiye, yaani opportunity ka jo explosion ho gaya, uski aapko khabar hi nahin.</w:t>
      </w:r>
      <w:r>
        <w:br/>
      </w:r>
      <w:r>
        <w:rPr>
          <w:sz w:val="20"/>
        </w:rPr>
        <w:t>36:53  usi mein yeh bhi aata hai. to yeh hadith jo hai, iski, iske ulama jo sharah karte hain, bahut mahdood maane mein karte hain, limited maane mein. main isko greater maane mein leta hoon ke halaat jab badle, to hamesha woh aapke liye, aapke favor mein hote hain.</w:t>
      </w:r>
      <w:r>
        <w:br/>
      </w:r>
      <w:r>
        <w:rPr>
          <w:sz w:val="20"/>
        </w:rPr>
        <w:t>37:11  jab bhi halaat badle, to aapke favor mein hote hain. woh to aap janiye usko ke duniya mein kingship thi, to us se aapko favor mil raha tha. ab kingship nahin hai, ab democracy hai. to uske, uske, us mein andar aur bhi bade-bade favor aapke likhe hue hain. usko janiye aap</w:t>
      </w:r>
      <w:r>
        <w:br/>
      </w:r>
      <w:r>
        <w:rPr>
          <w:sz w:val="20"/>
        </w:rPr>
        <w:t>37:29  ke Allah taala ne kyun aisa kiya ke kingship ko to hum ne khatm kar diya. ab democracy hai, ab secularism hai, ab freedom hai, ab industrial age hai, ab communication hai. isko janiye. isko na jaane aur ladte rahe khamakha. yeh bahut is hadith ke mutabiq, yeh bahut badi alamat hai.</w:t>
      </w:r>
      <w:r>
        <w:br/>
      </w:r>
      <w:r>
        <w:rPr>
          <w:sz w:val="20"/>
        </w:rPr>
        <w:t>37:50  munafiqat ki alamat hai yeh ke itna bade mawa ke. isiliye hadith mein aata hai ke an yakoon baseer bamani. yaani momin ki sifat yeh batai gayi hai ke apne zamane ko jaane. woh momin jo hai,</w:t>
      </w:r>
      <w:r>
        <w:br/>
      </w:r>
      <w:r>
        <w:rPr>
          <w:sz w:val="20"/>
        </w:rPr>
        <w:t>38:05  an yakoon baseer bamani. momin apne zamane ko janne wala hota hai. yaani Allah taala jo halaat paida karein, Allah taala</w:t>
      </w:r>
    </w:p>
    <w:p>
      <w:pPr>
        <w:pStyle w:val="Heading2"/>
      </w:pPr>
      <w:r>
        <w:t>Maulana's anger at principle violation and personal attacks</w:t>
      </w:r>
    </w:p>
    <w:p>
      <w:r>
        <w:rPr>
          <w:color w:val="666666"/>
          <w:sz w:val="18"/>
        </w:rPr>
        <w:t>Understanding Islam (In Conversation with Maulana) June 20, 2010 Maulana Wahidudidn Khan · 3m 43s · at 3:03 · https://youtu.be/7UylaPL-iO8?t=183</w:t>
      </w:r>
    </w:p>
    <w:p>
      <w:r>
        <w:rPr>
          <w:i/>
        </w:rPr>
        <w:t>“Mujhe ghusa aata hai jab aadmi principal ke khilaf kare”</w:t>
      </w:r>
    </w:p>
    <w:p>
      <w:r>
        <w:rPr>
          <w:sz w:val="20"/>
        </w:rPr>
        <w:t>3:03  dekhen, mujhe ghussa aata hai hamesha us waqt jab aadmi principle ke khilaf kare kaam. Principle ke khilaf.</w:t>
      </w:r>
      <w:r>
        <w:br/>
      </w:r>
      <w:r>
        <w:rPr>
          <w:sz w:val="20"/>
        </w:rPr>
        <w:t>3:13  principle ki khilaf warzi jo hai, mujhe bardasht nahi hoti. Mujhe ghussa aata hai. To us waqt mein do mein se ek kaam karta hoon.</w:t>
      </w:r>
      <w:r>
        <w:br/>
      </w:r>
      <w:r>
        <w:rPr>
          <w:sz w:val="20"/>
        </w:rPr>
        <w:t>3:22  agar main is position mein hoon ke is aadmi ko main samjha sakoon aur meri baat maan sake woh, to main samjhaunga.</w:t>
      </w:r>
      <w:r>
        <w:br/>
      </w:r>
      <w:r>
        <w:rPr>
          <w:sz w:val="20"/>
        </w:rPr>
        <w:t>3:32  nahi to chup ho jaunga, ek dum khamosh.</w:t>
      </w:r>
      <w:r>
        <w:br/>
      </w:r>
      <w:r>
        <w:rPr>
          <w:sz w:val="20"/>
        </w:rPr>
        <w:t>3:38  ek kuch second ya kuch minute mein sochta hoon ke kya main is position mein hoon ke is aadmi se main kahoon woh maan le meri baat?</w:t>
      </w:r>
      <w:r>
        <w:br/>
      </w:r>
      <w:r>
        <w:rPr>
          <w:sz w:val="20"/>
        </w:rPr>
        <w:t>3:48  tab to main kahunga us ko. Hammering bhi kar sakta hoon main is ki. Lekin agar aisa nahi hai to chup ho jaunga.</w:t>
      </w:r>
      <w:r>
        <w:br/>
      </w:r>
      <w:r>
        <w:rPr>
          <w:sz w:val="20"/>
        </w:rPr>
        <w:t>3:59  jaise abhi dekhen, ek misaal, ek bahut achhi misaal saamne aayi. Abhi do hafte ki baat hai. Ek sahab mere paas aaye, bahut padhe likhe aadmi hain woh.</w:t>
      </w:r>
      <w:r>
        <w:br/>
      </w:r>
      <w:r>
        <w:rPr>
          <w:sz w:val="20"/>
        </w:rPr>
        <w:t>4:11  to aaj kal jo riwaj hai na bolne ka, khwah makhwah bohat bohat ziyada bolte hain. idhar udhar ki baat hai. to woh lage idhar udhar ki baatein bolne.</w:t>
      </w:r>
      <w:r>
        <w:br/>
      </w:r>
      <w:r>
        <w:rPr>
          <w:sz w:val="20"/>
        </w:rPr>
        <w:t>4:24  to maine assess kiya ke kya main un par moassar ho sakta hoon? to mera guman tha ke moassar main ho sakta hoon. to aaj main un ki ek mild hammering ki maine.</w:t>
      </w:r>
      <w:r>
        <w:br/>
      </w:r>
      <w:r>
        <w:rPr>
          <w:sz w:val="20"/>
        </w:rPr>
        <w:t>4:33  main ne kaha ke aap Allah taala ne zaheen paida kiya aap ko, achhi taleem aap ko dilai. to aap isi mein zindagi guzarte hain, apni ho ha karte hain? khwah makhwah ziyada bolte hain?</w:t>
      </w:r>
      <w:r>
        <w:br/>
      </w:r>
      <w:r>
        <w:rPr>
          <w:sz w:val="20"/>
        </w:rPr>
        <w:t>4:46  main ne kaha aap yaad rakhiye, meri pehli mulaqat aap se hai lekin main keh raha hoon ke aap ziyada bolte hain. to pehli baat yeh hai ke aap kam bolna seekhiye.</w:t>
      </w:r>
      <w:r>
        <w:br/>
      </w:r>
      <w:r>
        <w:rPr>
          <w:sz w:val="20"/>
        </w:rPr>
        <w:t>4:57  kyun ke kaha jata hai ke "When I am speaking, I am not thinking." kam bolenge to ziyada sochenge. to Allah ke fazl se unhon ne qabool kar liya, usi waqt chup ho gaye woh.</w:t>
      </w:r>
      <w:r>
        <w:br/>
      </w:r>
      <w:r>
        <w:rPr>
          <w:sz w:val="20"/>
        </w:rPr>
        <w:t>5:08  phir bohat hi kam bole woh. to yeh mujhe ghussa is par nahi aata ke koi mujhe gaali de.</w:t>
      </w:r>
      <w:r>
        <w:br/>
      </w:r>
      <w:r>
        <w:rPr>
          <w:sz w:val="20"/>
        </w:rPr>
        <w:t>5:19  is par ghussa nahi aata mujhe. bohat aisa hua hai ke mujh par gaali di, aamne saamne bura bhala kaha. gaali ka matlab hai ke tum is tarah ke, tum dushmanon ke agent ho.</w:t>
      </w:r>
      <w:r>
        <w:br/>
      </w:r>
      <w:r>
        <w:rPr>
          <w:sz w:val="20"/>
        </w:rPr>
        <w:t>5:30  tum is qism ki baat hai, bohat hi sakht sakht. to mujhe ghussa is par nahi aata.</w:t>
      </w:r>
      <w:r>
        <w:br/>
      </w:r>
      <w:r>
        <w:rPr>
          <w:sz w:val="20"/>
        </w:rPr>
        <w:t>5:40  lekin yani personal attack agar koi kare mujh par to woh ghussa nahi aata mujhe. jiska bar bar maine dekha hai. isi building mein jahan main rehta hoon, ek sahib aaye aur yani ke jab 45 minute tak mujhe bura bhala kehte rahe,</w:t>
      </w:r>
      <w:r>
        <w:br/>
      </w:r>
      <w:r>
        <w:rPr>
          <w:sz w:val="20"/>
        </w:rPr>
        <w:t>5:55  kisi daleel ke baghair. main bilkul aise chup raha, chup chap baitha raha. koi ghussa nahi aaya mujhe. lekin principle ke khilaf koi karta hai kaam to mujhe ghussa zaroor aata hai.</w:t>
      </w:r>
      <w:r>
        <w:br/>
      </w:r>
      <w:r>
        <w:rPr>
          <w:sz w:val="20"/>
        </w:rPr>
        <w:t>6:09  jaise yeh bhi ek principle hai ke jab aap do aadmi se milein to aap mandalagar na banein. dialoger banein. yani aap yeh khud hi bol rahe hain, khud hi bol rahe hain, khud hi bol rahe hain.</w:t>
      </w:r>
      <w:r>
        <w:br/>
      </w:r>
      <w:r>
        <w:rPr>
          <w:sz w:val="20"/>
        </w:rPr>
        <w:t>6:19  doosre ko bolne ka mauqa nahi de rahe. jaisa ke woh kar rahe the us din. ke woh mandalagar bane hue the woh. yeh principle ke khilaf kaam hai. aap jaisa maine kaha, ab jazeere mein hain to khoob chalaie, jo bhi kijiye.</w:t>
      </w:r>
      <w:r>
        <w:br/>
      </w:r>
      <w:r>
        <w:rPr>
          <w:sz w:val="20"/>
        </w:rPr>
        <w:t>6:32  lekin jab aap insaan se baat kar rahe hain to aap ko kehna hai to sunna bhi hai. to koi mandalagar banta hai, koi to woh principle ke khilaf karta hai.</w:t>
      </w:r>
      <w:r>
        <w:br/>
      </w:r>
      <w:r>
        <w:rPr>
          <w:sz w:val="20"/>
        </w:rPr>
        <w:t>6:41  to is par foran bolta hoon main foran. aur doosri kya cheez hai?</w:t>
      </w:r>
    </w:p>
    <w:p>
      <w:pPr>
        <w:pStyle w:val="Heading2"/>
      </w:pPr>
      <w:r>
        <w:t>Two examples illustrate power of avoidance</w:t>
      </w:r>
    </w:p>
    <w:p>
      <w:r>
        <w:rPr>
          <w:color w:val="666666"/>
          <w:sz w:val="18"/>
        </w:rPr>
        <w:t>The Importance of Positive Attitude | November 01, 2007 · 5m 04s · at 14:25 · https://youtu.be/r4zLbCBxPyc?t=865</w:t>
      </w:r>
    </w:p>
    <w:p>
      <w:r>
        <w:rPr>
          <w:i/>
        </w:rPr>
        <w:t>“Ek kateeb sahib ko hum ne kuch matter diya”</w:t>
      </w:r>
    </w:p>
    <w:p>
      <w:r>
        <w:rPr>
          <w:sz w:val="20"/>
        </w:rPr>
        <w:t>14:25  kiya ke pandrah din mein is ko wo likh kar de denge.</w:t>
      </w:r>
      <w:r>
        <w:br/>
      </w:r>
      <w:r>
        <w:rPr>
          <w:sz w:val="20"/>
        </w:rPr>
        <w:t>14:29  pandrah din mein.</w:t>
      </w:r>
      <w:r>
        <w:br/>
      </w:r>
      <w:r>
        <w:rPr>
          <w:sz w:val="20"/>
        </w:rPr>
        <w:t>14:33  to hum ne kaha ke theek hai.</w:t>
      </w:r>
      <w:r>
        <w:br/>
      </w:r>
      <w:r>
        <w:rPr>
          <w:sz w:val="20"/>
        </w:rPr>
        <w:t>14:37  wo le gaye.</w:t>
      </w:r>
      <w:r>
        <w:br/>
      </w:r>
      <w:r>
        <w:rPr>
          <w:sz w:val="20"/>
        </w:rPr>
        <w:t>14:40  ab kya hua ke pandrah din khatm ho gaye, mahina poora ho gaya.</w:t>
      </w:r>
      <w:r>
        <w:br/>
      </w:r>
      <w:r>
        <w:rPr>
          <w:sz w:val="20"/>
        </w:rPr>
        <w:t>14:44  aur unhon ne la kar nahi diya.</w:t>
      </w:r>
      <w:r>
        <w:br/>
      </w:r>
      <w:r>
        <w:rPr>
          <w:sz w:val="20"/>
        </w:rPr>
        <w:t>14:48  ab un ko pareshani hui ke kyunke ab Monthly Magazine to har mahine nikalna hai.</w:t>
      </w:r>
      <w:r>
        <w:br/>
      </w:r>
      <w:r>
        <w:rPr>
          <w:sz w:val="20"/>
        </w:rPr>
        <w:t>14:52  to hum ne ek aadmi bheja un ke paas, un ke ghar bheja.</w:t>
      </w:r>
      <w:r>
        <w:br/>
      </w:r>
      <w:r>
        <w:rPr>
          <w:sz w:val="20"/>
        </w:rPr>
        <w:t>14:55  to kiya maloom hua ke wo to hospital mein hain. Wo to hospital mein hain. To qissa kiya pesh aaya? Ke wo abhi kitabat poori nahi kar paye the ke ek din wo rickshaw wale se takra gaye. Ek rickshaw dohra raha tha, air road par chal rahe the aur takrahat ho gayi. Ab yeh ghussa ho gaye, lad gaye us se. Lad gaye to dono lad gaye. Yun</w:t>
      </w:r>
      <w:r>
        <w:br/>
      </w:r>
      <w:r>
        <w:rPr>
          <w:sz w:val="20"/>
        </w:rPr>
        <w:t>15:25  lad gaye to un ka kuch haath paon bhi toot gaya.</w:t>
      </w:r>
      <w:r>
        <w:br/>
      </w:r>
      <w:r>
        <w:rPr>
          <w:sz w:val="20"/>
        </w:rPr>
        <w:t>15:30  aur pahunch gaye Hospital.</w:t>
      </w:r>
      <w:r>
        <w:br/>
      </w:r>
      <w:r>
        <w:rPr>
          <w:sz w:val="20"/>
        </w:rPr>
        <w:t>15:34  do mahine mein phir woh Recovery un ki hui.</w:t>
      </w:r>
      <w:r>
        <w:br/>
      </w:r>
      <w:r>
        <w:rPr>
          <w:sz w:val="20"/>
        </w:rPr>
        <w:t>15:39  do mahine ke baad phir unhon ne likha aur likh kar ke woh le aaye.</w:t>
      </w:r>
      <w:r>
        <w:br/>
      </w:r>
      <w:r>
        <w:rPr>
          <w:sz w:val="20"/>
        </w:rPr>
        <w:t>15:43  agar woh Avoid karte ke chalo bhai tik raahat ho gaya to kuch ghalati meri thi, kuch ghalati is</w:t>
      </w:r>
      <w:r>
        <w:br/>
      </w:r>
      <w:r>
        <w:rPr>
          <w:sz w:val="20"/>
        </w:rPr>
        <w:t>15:48  ki thi, chhod do.</w:t>
      </w:r>
      <w:r>
        <w:br/>
      </w:r>
      <w:r>
        <w:rPr>
          <w:sz w:val="20"/>
        </w:rPr>
        <w:t>15:52  to apna waada poora kar ke woh pandrah din mein mujhe Matter de dete.</w:t>
      </w:r>
      <w:r>
        <w:br/>
      </w:r>
      <w:r>
        <w:rPr>
          <w:sz w:val="20"/>
        </w:rPr>
        <w:t>15:57  nahin to pahunche Hospital, paisa kharch hua, kaam bhi nahin hua, ghar wale pareshan hue. Saare Problem.</w:t>
      </w:r>
      <w:r>
        <w:br/>
      </w:r>
      <w:r>
        <w:rPr>
          <w:sz w:val="20"/>
        </w:rPr>
        <w:t>16:02  sirf Avoid na karne se, yaani Road par ek jo baat hui us ko Avoid na karne ki</w:t>
      </w:r>
      <w:r>
        <w:br/>
      </w:r>
      <w:r>
        <w:rPr>
          <w:sz w:val="20"/>
        </w:rPr>
        <w:t>16:07  wajah se itna nuksaan un ko hua.</w:t>
      </w:r>
      <w:r>
        <w:br/>
      </w:r>
      <w:r>
        <w:rPr>
          <w:sz w:val="20"/>
        </w:rPr>
        <w:t>16:12  ab doosra qissa suniye isi Dilli ka.</w:t>
      </w:r>
      <w:r>
        <w:br/>
      </w:r>
      <w:r>
        <w:rPr>
          <w:sz w:val="20"/>
        </w:rPr>
        <w:t>16:17  purane Dilli mein, pehle main purane Dilli mein rehta tha.</w:t>
      </w:r>
      <w:r>
        <w:br/>
      </w:r>
      <w:r>
        <w:rPr>
          <w:sz w:val="20"/>
        </w:rPr>
        <w:t>16:22  to ek naujawan ko Bombay</w:t>
      </w:r>
      <w:r>
        <w:br/>
      </w:r>
      <w:r>
        <w:rPr>
          <w:sz w:val="20"/>
        </w:rPr>
        <w:t>16:27  se ek wo aya, interview letter. Us ne ek darkhwast ki thi kisi bari company mein. Us ne interview ke liye bulaya. To dilli se unhein train pakar kar ke pahonchna tha bombay, time par. To dilli se wo, purane dilli mein rickshaw chalte the. Rickshaw baithe. To un</w:t>
      </w:r>
      <w:r>
        <w:br/>
      </w:r>
      <w:r>
        <w:rPr>
          <w:sz w:val="20"/>
        </w:rPr>
        <w:t>16:57  ka ek dost tha woh un ko pahunchane ke liye, woh bhi baith gaya.</w:t>
      </w:r>
      <w:r>
        <w:br/>
      </w:r>
      <w:r>
        <w:rPr>
          <w:sz w:val="20"/>
        </w:rPr>
        <w:t>17:01  ab dono chale Railway Station ki taraf.</w:t>
      </w:r>
      <w:r>
        <w:br/>
      </w:r>
      <w:r>
        <w:rPr>
          <w:sz w:val="20"/>
        </w:rPr>
        <w:t>17:05  to purane Dilli mein agar aap jaante hon to wahan par ladke bahut hote hain, woh peeche latak jaate hain.</w:t>
      </w:r>
      <w:r>
        <w:br/>
      </w:r>
      <w:r>
        <w:rPr>
          <w:sz w:val="20"/>
        </w:rPr>
        <w:t>17:10  rickshaw ke peeche latak jaate hain.</w:t>
      </w:r>
      <w:r>
        <w:br/>
      </w:r>
      <w:r>
        <w:rPr>
          <w:sz w:val="20"/>
        </w:rPr>
        <w:t>17:14  tamasha karte hain.</w:t>
      </w:r>
      <w:r>
        <w:br/>
      </w:r>
      <w:r>
        <w:rPr>
          <w:sz w:val="20"/>
        </w:rPr>
        <w:t>17:18  to ek ladka latak gaya un ke rickshaw ke peeche.</w:t>
      </w:r>
      <w:r>
        <w:br/>
      </w:r>
      <w:r>
        <w:rPr>
          <w:sz w:val="20"/>
        </w:rPr>
        <w:t>17:22  ab jo dost the us se, unhon ne rickshaw roka aur utarne lage to unhon ne poocha us ke</w:t>
      </w:r>
      <w:r>
        <w:br/>
      </w:r>
      <w:r>
        <w:rPr>
          <w:sz w:val="20"/>
        </w:rPr>
        <w:t>17:27  dost ne ke bhai kyun roka tum ne? Kahan ja rahe ho? Kaha ke is larkay ko maar raha hai. Kyun latka yeh? To jo aadmi ja raha tha un interview dene ke liye us ne kaha ke humein ab time kahan hai? Itna time kahan hamare pas hai? Humein to pahonchna hai station, phir gaadi pakadna hai, phir bombay pahonchna hai, phir interview dena hai, phir service lena hai. To time kahan hai is ka ke hum larkay ko</w:t>
      </w:r>
      <w:r>
        <w:br/>
      </w:r>
      <w:r>
        <w:rPr>
          <w:sz w:val="20"/>
        </w:rPr>
        <w:t>17:57  punishment den? Khinch ke us ne un ko rickshaw bithaliya aur bombay pahoncha, wahan acha interview us ka hua aur wo job mil gaya us ko. Ab do aap dekhiye. Ek aadmi jinhon ne road ke ek chote se waqeye ko ignore nahi kiya to pahonch gaye hospital. Doosra waqea wo bhi road par hua. Us ne ignore kiya to pahoncha wo bombay aur us ko service mil gayi.</w:t>
      </w:r>
      <w:r>
        <w:br/>
      </w:r>
      <w:r>
        <w:rPr>
          <w:sz w:val="20"/>
        </w:rPr>
        <w:t>18:27  yeh hai Importance of Positive Attitude jis ko main kehta hoon ke naam hai, yaani Positive Attitude kya</w:t>
      </w:r>
      <w:r>
        <w:br/>
      </w:r>
      <w:r>
        <w:rPr>
          <w:sz w:val="20"/>
        </w:rPr>
        <w:t>18:33  cheez hai? Woh hai Attitude of Avoidance.</w:t>
      </w:r>
      <w:r>
        <w:br/>
      </w:r>
      <w:r>
        <w:rPr>
          <w:sz w:val="20"/>
        </w:rPr>
        <w:t>18:39  yaani Unpleasant cheezon ko Avoid karna.</w:t>
      </w:r>
      <w:r>
        <w:br/>
      </w:r>
      <w:r>
        <w:rPr>
          <w:sz w:val="20"/>
        </w:rPr>
        <w:t>18:46  jo cheezein hum ko pasand nahin aa rahi hain us ko Avoid karna.</w:t>
      </w:r>
      <w:r>
        <w:br/>
      </w:r>
      <w:r>
        <w:rPr>
          <w:sz w:val="20"/>
        </w:rPr>
        <w:t>18:52  jo cheezen hum ko buri lag jayen us ko avoid karna.</w:t>
      </w:r>
      <w:r>
        <w:br/>
      </w:r>
      <w:r>
        <w:rPr>
          <w:sz w:val="20"/>
        </w:rPr>
        <w:t>18:59  jin cheezon ko hum nahin chahte us ko avoid karna.</w:t>
      </w:r>
      <w:r>
        <w:br/>
      </w:r>
      <w:r>
        <w:rPr>
          <w:sz w:val="20"/>
        </w:rPr>
        <w:t>19:02  kyun? is liye ke dunya mein dekhiye aisa nahin ho sakta hai ke sab kuch aap ki marzi</w:t>
      </w:r>
      <w:r>
        <w:br/>
      </w:r>
      <w:r>
        <w:rPr>
          <w:sz w:val="20"/>
        </w:rPr>
        <w:t>19:06  ke mutabiq ho.</w:t>
      </w:r>
      <w:r>
        <w:br/>
      </w:r>
      <w:r>
        <w:rPr>
          <w:sz w:val="20"/>
        </w:rPr>
        <w:t>19:10  aisa nahin ho sakta hai.</w:t>
      </w:r>
      <w:r>
        <w:br/>
      </w:r>
      <w:r>
        <w:rPr>
          <w:sz w:val="20"/>
        </w:rPr>
        <w:t>19:14  main ne do individual ke example diya aap ko.</w:t>
      </w:r>
      <w:r>
        <w:br/>
      </w:r>
      <w:r>
        <w:rPr>
          <w:sz w:val="20"/>
        </w:rPr>
        <w:t>19:18  ab main do nation ke example deta hoon. do nation.</w:t>
      </w:r>
      <w:r>
        <w:br/>
      </w:r>
      <w:r>
        <w:rPr>
          <w:sz w:val="20"/>
        </w:rPr>
        <w:t>19:21  yeh hai Pakistan aur Japan.</w:t>
      </w:r>
      <w:r>
        <w:br/>
      </w:r>
      <w:r>
        <w:rPr>
          <w:sz w:val="20"/>
        </w:rPr>
        <w:t>19:25  second world war ke baad dono ki history shuru hoti hai. nai history.</w:t>
      </w:r>
    </w:p>
    <w:p>
      <w:pPr>
        <w:pStyle w:val="Heading2"/>
      </w:pPr>
      <w:r>
        <w:t>Life as a test: why humans must adjust and stay patient</w:t>
      </w:r>
    </w:p>
    <w:p>
      <w:r>
        <w:rPr>
          <w:color w:val="666666"/>
          <w:sz w:val="18"/>
        </w:rPr>
        <w:t>Importance of Patience in Islam December 11, 2022 · 4m 40s · at 3:01 · https://youtu.be/Cy59II1dC-I?t=181</w:t>
      </w:r>
    </w:p>
    <w:p>
      <w:r>
        <w:rPr>
          <w:i/>
        </w:rPr>
        <w:t>“Man has come here to be tested”</w:t>
      </w:r>
    </w:p>
    <w:p>
      <w:r>
        <w:rPr>
          <w:sz w:val="20"/>
        </w:rPr>
        <w:t>3:01  To uske liye usko ek ba-usool zindagi ki darkaar hai, kyunke agar woh un usoolon par na chalega, to woh kuch bhi haasil nahi kar sakta. To iska jo surah mulk mein jo pehli ayat hai, wah hai الذی خلق الموت والحياه ليبلكم ايكم احسن عملا yaani Allah taala ne zindagi aur maut isliye banai taake insaan ko test kiya jae.</w:t>
      </w:r>
      <w:r>
        <w:br/>
      </w:r>
      <w:r>
        <w:rPr>
          <w:sz w:val="20"/>
        </w:rPr>
        <w:t>3:30  To insaan yahan par aaya hai apna test dene ke liye. To jab woh sabse badi baat yeh hai ke yahan insaan akela nahi hai, bahut saare doosre log hain aur har insaan ko azaadi mili hui hai. Us azaadi ki wajah se tarah tarah ke problem hote hain. Har aadmi apne-apne interest par chal raha hai. To bahut saar, bahut baar aisa hota hai ke unpleasant situation aa jaati hain.</w:t>
      </w:r>
      <w:r>
        <w:br/>
      </w:r>
      <w:r>
        <w:rPr>
          <w:sz w:val="20"/>
        </w:rPr>
        <w:t>3:58  To insaan ko wahan par sabr karna padta hai. Agar woh sabr na kare, to woh aage jo hai, usko sirf apne aap tabaahi ke raaste par wah jaega. To adjustment hai,</w:t>
      </w:r>
      <w:r>
        <w:br/>
      </w:r>
      <w:r>
        <w:rPr>
          <w:sz w:val="20"/>
        </w:rPr>
        <w:t>4:13  itna zyada zaroori hai adjustment ke tamam paighambaron ne sabr kiya, adjust kiya situation se. Jo na-khushgawar situations aati hain, to unko bardasht karna hota hai.</w:t>
      </w:r>
      <w:r>
        <w:br/>
      </w:r>
      <w:r>
        <w:rPr>
          <w:sz w:val="20"/>
        </w:rPr>
        <w:t>4:27  Agar bardasht nahi karenge, to halaat jo hain, wah sab bilkul disturb ho jaenge aur peace jo hai, wah khatam ho jaega. Aur hum koi bhi kaam nahi kar paenge, na individual level par, na social level par, na national level par. To yahi hai ke apne jazbaat ko control mein rakhna, isi ko sabr kehte hain. Kyunke dekhiye, har aadmi ki khwahishen hain, har aadmi ke apne interest hain, har aadmi kuch haasil karna chahta hai.</w:t>
      </w:r>
      <w:r>
        <w:br/>
      </w:r>
      <w:r>
        <w:rPr>
          <w:sz w:val="20"/>
        </w:rPr>
        <w:t>4:57  To usko, uske liye wah kuch jo kaam karna chahta hai, to wah kai-kai baar aisa hota hai ke wah doosron ke interest ke khilaaf hota hai. Doosre log jo haasil karna chahte hain, wah hamare interest ke khilaaf hota hai. Yahan par confrontation ki situation aa jaati hai. To agar hum sabr karen, bardasht kar len, wah waqti taur par hota hai. Sabr bardasht karne ka yeh matlab nahi hai ke hamesha sabr karke ghar mein baithe rahen, balki ek nayi planning karen.</w:t>
      </w:r>
      <w:r>
        <w:br/>
      </w:r>
      <w:r>
        <w:rPr>
          <w:sz w:val="20"/>
        </w:rPr>
        <w:t>5:27  Koi masla saamne aa gaya, to us masle par sochen aur ek nayi planning ke saath us masle ko hal karen.</w:t>
      </w:r>
      <w:r>
        <w:br/>
      </w:r>
      <w:r>
        <w:rPr>
          <w:sz w:val="20"/>
        </w:rPr>
        <w:t>5:36  To yeh jo hai, ab normal situation mein jab hum aisa karte hain ke apni marzi jo hai, wah nahi chalate, balki Khuda ki marzi ke mutabiq naya amal-e-amal tay karte hain, to iska matlab hai ke humne ab normal situation mein bhi humne Khuda ko yaad kiya. To yeh bahut zyada zaroori hota hai, kyunke normal situation mein to sabhi log achhe hote hain, sabhi</w:t>
      </w:r>
      <w:r>
        <w:br/>
      </w:r>
      <w:r>
        <w:rPr>
          <w:sz w:val="20"/>
        </w:rPr>
        <w:t>6:04  log apna jo bhi unki ibaadat hai, wah karte hain normal situation mein. Lekin insaan jo judge kiya ja raha hai, wah ab normal situation mein judge kiya ja raha hai, kyunke wahan par pata chalta hai ke insaan jo hai, apne aap ko usne prepared mind hai ke nahi mind hai. Matlab shehri taur par wah jo bhi kar raha hai, wah shehri taur par kar raha hai ya ghair shehri taur par. Jaise bachche hote hain,</w:t>
      </w:r>
      <w:r>
        <w:br/>
      </w:r>
      <w:r>
        <w:rPr>
          <w:sz w:val="20"/>
        </w:rPr>
        <w:t>6:32  ab wah bilkul theek rehte hain, lekin abhi aap unse koi khilona chheen len, to wah rona shuru kar denge. To wah, kyunke wah jo bhi kar rahe hain, wah ghair shehri taur par kar rahe hain. To humein ek shehri taur par wahi kaam karna hai ke soch samajhkar ek apni zindagi ka course mutayyan karna hai aur Khuda ki marzi ke mutabiq amal karna hai. To humein offend nahi hona hai. Koi</w:t>
      </w:r>
      <w:r>
        <w:br/>
      </w:r>
      <w:r>
        <w:rPr>
          <w:sz w:val="20"/>
        </w:rPr>
        <w:t>6:59  baat aisi ho jae, to humein usko nazarandaaz karna hai, usko anaa ka masla nahi banana hai. To yeh sab hum jab karenge, to phir hamare duniya ke bhi saare masail honge, hal honge aur aakhirat mein bhi Allah taala ke yahan uska bahut bada inaam milega. To</w:t>
      </w:r>
      <w:r>
        <w:br/>
      </w:r>
      <w:r>
        <w:rPr>
          <w:sz w:val="20"/>
        </w:rPr>
        <w:t>7:19  humein jo hai, ek complaint free insaan ki haisiyat se is duniya mein rehna hai. Aur yeh jo hai, yahi Allah taala ne humein bataya hai. Tamam paighambaron ke zariye se humein yahi samajh mein aaya hai ke humein har haalat mein bilkul ek complaint free insaan bankar rehna hai.</w:t>
      </w:r>
    </w:p>
    <w:p>
      <w:pPr>
        <w:pStyle w:val="Heading2"/>
      </w:pPr>
      <w:r>
        <w:t>Advice on tolerating and not judging others</w:t>
      </w:r>
    </w:p>
    <w:p>
      <w:r>
        <w:rPr>
          <w:color w:val="666666"/>
          <w:sz w:val="18"/>
        </w:rPr>
        <w:t>Double Reward 15 Feb 2020 - Maulana Wahiduddin Khan · 4m 44s · at 41:35 · https://youtu.be/Os-Kuq1-wAk?t=2495</w:t>
      </w:r>
    </w:p>
    <w:p>
      <w:r>
        <w:rPr>
          <w:i/>
        </w:rPr>
        <w:t>“Yeh aadat aap ki ghalat hai, aap ki badliye.”</w:t>
      </w:r>
    </w:p>
    <w:p>
      <w:r>
        <w:rPr>
          <w:sz w:val="20"/>
        </w:rPr>
        <w:t>41:35  yeh aadat aap ki galat hai, aap ki badliye kyunke is se aap advisor kho kho kho rahe hain.</w:t>
      </w:r>
      <w:r>
        <w:br/>
      </w:r>
      <w:r>
        <w:rPr>
          <w:sz w:val="20"/>
        </w:rPr>
        <w:t>41:47  woh aadmi to sab se acha advisor hai, sab se acha advisor hai jo critic ho. critic sab se acha advisor hota hai.</w:t>
      </w:r>
      <w:r>
        <w:br/>
      </w:r>
      <w:r>
        <w:rPr>
          <w:sz w:val="20"/>
        </w:rPr>
        <w:t>41:59  aap shayad to badliye apni</w:t>
      </w:r>
      <w:r>
        <w:br/>
      </w:r>
      <w:r>
        <w:rPr>
          <w:sz w:val="20"/>
        </w:rPr>
        <w:t>42:02  . nahi, maulana, unka sawal yeh hai ke unko jhoote aadmi pasand nahi hain, jhoote aur munafiq aadmi.</w:t>
      </w:r>
      <w:r>
        <w:br/>
      </w:r>
      <w:r>
        <w:rPr>
          <w:sz w:val="20"/>
        </w:rPr>
        <w:t>42:08  aap ko yeh haq nahi hai ke aap kisi ko jhoota kahein, munafiq kahein. aap mat kahein, koi aap ko, aap ke paas koi certificate, koi woh kaise aap keh rahe hain ke jhoota munafiq hai?</w:t>
      </w:r>
      <w:r>
        <w:br/>
      </w:r>
      <w:r>
        <w:rPr>
          <w:sz w:val="20"/>
        </w:rPr>
        <w:t>42:24  yeh to Allah ko maloom hai. aap appearance ko dekh sakte hain, appearance ko. nahi, aap ki aadat galat hai har har aitbaar se.</w:t>
      </w:r>
      <w:r>
        <w:br/>
      </w:r>
      <w:r>
        <w:rPr>
          <w:sz w:val="20"/>
        </w:rPr>
        <w:t>42:37  yeh label aap nahi laga sakte ke falan aadmi jhoota hai, falan aadmi munafiq hai. nahi laga sakte aap.</w:t>
      </w:r>
      <w:r>
        <w:br/>
      </w:r>
      <w:r>
        <w:rPr>
          <w:sz w:val="20"/>
        </w:rPr>
        <w:t>42:45  aap sirf appearance par hukum laga sakte hain.</w:t>
      </w:r>
      <w:r>
        <w:br/>
      </w:r>
      <w:r>
        <w:rPr>
          <w:sz w:val="20"/>
        </w:rPr>
        <w:t>42:54  toleration, toleration ke liye bohat zaro</w:t>
      </w:r>
      <w:r>
        <w:br/>
      </w:r>
      <w:r>
        <w:rPr>
          <w:sz w:val="20"/>
        </w:rPr>
        <w:t>42:58  ori hai. maulana, tolerate to kiya ja sakta hai na un logon ke sath? hain tolerate karna? haan, tolerate karna chahiye un logon ke sath. tolerate, tolerate!</w:t>
      </w:r>
      <w:r>
        <w:br/>
      </w:r>
      <w:r>
        <w:rPr>
          <w:sz w:val="20"/>
        </w:rPr>
        <w:t>43:07  nahi, dua kijiye bhai, tolerate ki kya zaroorat hai? jo dua kijiye.</w:t>
      </w:r>
      <w:r>
        <w:br/>
      </w:r>
      <w:r>
        <w:rPr>
          <w:sz w:val="20"/>
        </w:rPr>
        <w:t>43:20  maulana, agla sawal bheja hai chennai se maulana iqbal umri ne. unhon ne likha hai: "negative person ko positive person kaise bana sakte hain?"</w:t>
      </w:r>
      <w:r>
        <w:br/>
      </w:r>
      <w:r>
        <w:rPr>
          <w:sz w:val="20"/>
        </w:rPr>
        <w:t>43:32  kyunke koi ek martaba negative ho jata hai to bari mushkil hoti hai kisi ko positive banana.</w:t>
      </w:r>
      <w:r>
        <w:br/>
      </w:r>
      <w:r>
        <w:rPr>
          <w:sz w:val="20"/>
        </w:rPr>
        <w:t>43:42  nahi, is ki kitab hai, is mein kitabein aise thi nahi. Hum ne ek kitab alag se tayyar ki aur chhapi.</w:t>
      </w:r>
      <w:r>
        <w:br/>
      </w:r>
      <w:r>
        <w:rPr>
          <w:sz w:val="20"/>
        </w:rPr>
        <w:t>43:51  Hamari kitabein parh parh ke bohat log badal gaye kyunke kitabein nahi thi. Aisa nahi hai.</w:t>
      </w:r>
      <w:r>
        <w:br/>
      </w:r>
      <w:r>
        <w:rPr>
          <w:sz w:val="20"/>
        </w:rPr>
        <w:t>44:09  Wo mein apna tajurba bataungi ke mein bhi university mein parhati thi to mujhe bhi yeh sare tajurbe hote thay. Universityon ka yeh culture hai, har aadmi aage barh jana chahta hai.</w:t>
      </w:r>
      <w:r>
        <w:br/>
      </w:r>
      <w:r>
        <w:rPr>
          <w:sz w:val="20"/>
        </w:rPr>
        <w:t>44:19  Group bane hue hotay hain, sab doosre group walon ko hamesha wo necha dikhana chahte hain. Un ko koi support nahi karte hain. To yeh sab hota hai, lekin hamein bilkul is ko is ko bura nahi manna chahiye.</w:t>
      </w:r>
      <w:r>
        <w:br/>
      </w:r>
      <w:r>
        <w:rPr>
          <w:sz w:val="20"/>
        </w:rPr>
        <w:t>44:33  Agar koi kuch kar raha hai to wo apne, is ko apna interest kuch hoga, kar raha hai. Hum apna kaam karein, wo apna kaam kare. Lets agree to disagree, aur hum is ko toleration is mani mein, matlab positive toleration.</w:t>
      </w:r>
      <w:r>
        <w:br/>
      </w:r>
      <w:r>
        <w:rPr>
          <w:sz w:val="20"/>
        </w:rPr>
        <w:t>44:47  To hum is ko tolerate karte thay. Is liye hamara shayad 24 saal hum ne parhaya aur aur hamesha yeh sab hota raha hai. Is ko tolerate karte thay, hum kabhi na jhagda hua, na kabhi kuch hua.</w:t>
      </w:r>
      <w:r>
        <w:br/>
      </w:r>
      <w:r>
        <w:rPr>
          <w:sz w:val="20"/>
        </w:rPr>
        <w:t>44:59  Aaram se poora term kar ke hum retire hue, warna to har jagah aise ladte rahenge to kuch bhi kaam nahi kar sakenge. Ghar mein baith ke kaise time</w:t>
      </w:r>
      <w:r>
        <w:br/>
      </w:r>
      <w:r>
        <w:rPr>
          <w:sz w:val="20"/>
        </w:rPr>
        <w:t>45:09  zarrega? Bohat se misalein hain, bohat se misalein.</w:t>
      </w:r>
      <w:r>
        <w:br/>
      </w:r>
      <w:r>
        <w:rPr>
          <w:sz w:val="20"/>
        </w:rPr>
        <w:t>45:18  Maulana, ek Chennai se Maulana Iqbal Umri aap se pooch rahe hain ke option sirf apni positivity ko qaim rakhna hi hai.</w:t>
      </w:r>
      <w:r>
        <w:br/>
      </w:r>
      <w:r>
        <w:rPr>
          <w:sz w:val="20"/>
        </w:rPr>
        <w:t>45:32  Yeh baat kahan tak sahi hai? Unhon ne likha hai: "Option sirf apni positivity ko qaim rakhna hi mumkin hai." Maulana, yeh baat kahan tak sahi hai?</w:t>
      </w:r>
      <w:r>
        <w:br/>
      </w:r>
      <w:r>
        <w:rPr>
          <w:sz w:val="20"/>
        </w:rPr>
        <w:t>45:44  Nahi, aap dawat dijiye, samjhaiye.</w:t>
      </w:r>
      <w:r>
        <w:br/>
      </w:r>
      <w:r>
        <w:rPr>
          <w:sz w:val="20"/>
        </w:rPr>
        <w:t>45:50  Chhodiye mat kisi ko.</w:t>
      </w:r>
    </w:p>
    <w:p>
      <w:pPr>
        <w:pStyle w:val="Heading2"/>
      </w:pPr>
      <w:r>
        <w:t>Muslims must adopt peace activism</w:t>
      </w:r>
    </w:p>
    <w:p>
      <w:r>
        <w:rPr>
          <w:color w:val="666666"/>
          <w:sz w:val="18"/>
        </w:rPr>
        <w:t>Q&amp;A 08 July 2007 - Maulana Wahiduddin Khan · 5m 21s · at 29:54 · https://youtu.be/k921gOjkIaw?t=1794</w:t>
      </w:r>
    </w:p>
    <w:p>
      <w:r>
        <w:rPr>
          <w:i/>
        </w:rPr>
        <w:t>“Woh trouble creator community hain.”</w:t>
      </w:r>
    </w:p>
    <w:p>
      <w:r>
        <w:rPr>
          <w:sz w:val="20"/>
        </w:rPr>
        <w:t>29:53  w</w:t>
      </w:r>
      <w:r>
        <w:br/>
      </w:r>
      <w:r>
        <w:rPr>
          <w:sz w:val="20"/>
        </w:rPr>
        <w:t>29:54  i is it so? woh trouble creator community hain. woh zyada sahi yeh kaha jayega ke problem creator bane hue hain. ab dekhiye, islamabad mein ek bahut hi masjid thi, bahut badi.</w:t>
      </w:r>
      <w:r>
        <w:br/>
      </w:r>
      <w:r>
        <w:rPr>
          <w:sz w:val="20"/>
        </w:rPr>
        <w:t>30:07  ab wahan kya kiya? bomb aur gun la ke rakh diya. ab drayi shuru ho gayi wahan par. abhi wahan par aap is education chalate, khoob logon ko padhate, khoob train karte logon ko.</w:t>
      </w:r>
      <w:r>
        <w:br/>
      </w:r>
      <w:r>
        <w:rPr>
          <w:sz w:val="20"/>
        </w:rPr>
        <w:t>30:20  toh musalman jo hain, woh woh toh negative sense mein, yaani woh hain, har cheez ko negative sense mein liye hue hain.</w:t>
      </w:r>
      <w:r>
        <w:br/>
      </w:r>
      <w:r>
        <w:rPr>
          <w:sz w:val="20"/>
        </w:rPr>
        <w:t>30:33  woh woh woh formula yahan apply nahi hota hai. woh formula yahan apply nahi hota hai. main samajhta hoon kisi bhi muslim reformer mein, main akela hoon, yeh yeh musalmanon ko yeh formula de raha hoon ke jo tumhare problem hain, woh tumhare liye opportunities hain.</w:t>
      </w:r>
      <w:r>
        <w:br/>
      </w:r>
      <w:r>
        <w:rPr>
          <w:sz w:val="20"/>
        </w:rPr>
        <w:t>30:51  saare reformers do sau saal se yaad rakhiye, ladai sikha rahe hain ke problem se lado, problem ko khatm karo. har jagah, kashmir mein yeh hua, falasteen mein yeh hua, aaj kal philippines mein yeh ho raha hai.</w:t>
      </w:r>
      <w:r>
        <w:br/>
      </w:r>
      <w:r>
        <w:rPr>
          <w:sz w:val="20"/>
        </w:rPr>
        <w:t>31:05  saare muslim world mein takrao. aap logon ko shayad yeh maloom hai ke nahi maloom hai ke pehle musalman ladte the colonial powers se, ab lad rahe hain aap apne hi rulers se, apne rulers se.</w:t>
      </w:r>
      <w:r>
        <w:br/>
      </w:r>
      <w:r>
        <w:rPr>
          <w:sz w:val="20"/>
        </w:rPr>
        <w:t>31:18  jis ki jis ki ek recent example, latest example tha pakistan mein ke pehle woh samajhte the ke hamare dushman jo hain, woh western powers hain.</w:t>
      </w:r>
      <w:r>
        <w:br/>
      </w:r>
      <w:r>
        <w:rPr>
          <w:sz w:val="20"/>
        </w:rPr>
        <w:t>31:28  yeh muslim jo the, saare muslims one to all western powers jo hain, hamare enemy hain, un se lado, un se lado. achha, ladne mein kuch pa nahi sake, kuch achieve nahi kiya unhone.</w:t>
      </w:r>
      <w:r>
        <w:br/>
      </w:r>
      <w:r>
        <w:rPr>
          <w:sz w:val="20"/>
        </w:rPr>
        <w:t>31:40  toh ab kya kar rahe hain? kahin woh bomb maar rahe hain, jaise ke woh glasgow mein bomb maarne ja rahe the, italy mein bomb maar diya. aur ek un ki jo jo ab jo thinking un ke andar develop hui, woh yeh hai ke hamare jo apne rulers hain, woh in in ke agent hain, yaani western powers ke agent hain.</w:t>
      </w:r>
      <w:r>
        <w:br/>
      </w:r>
      <w:r>
        <w:rPr>
          <w:sz w:val="20"/>
        </w:rPr>
        <w:t>31:58  ab in ko maro. toh yeh yeh yeh toh musalmanon ki soch, is ko kahein ke problem mein nahi hai, woh negativity mein hain.</w:t>
      </w:r>
      <w:r>
        <w:br/>
      </w:r>
      <w:r>
        <w:rPr>
          <w:sz w:val="20"/>
        </w:rPr>
        <w:t>32:07  woh sahi baat yeh hai, saare muslim negativity mein jeete hain. negativity ke siwa kuch nahi un ke paas hai. yeh baat main aap ko arz kar doon ke yeh yeh jo musalman idhar udhar bomb maar rahe hain, yeh yeh sirf haram hai, haram ke siwa aur kuch bhi nahi hai.</w:t>
      </w:r>
      <w:r>
        <w:br/>
      </w:r>
      <w:r>
        <w:rPr>
          <w:sz w:val="20"/>
        </w:rPr>
        <w:t>32:26  kyun ke islam mein use of arms jo hai, woh sirf state ke liye jaiz hai. other than state, no man has right to use arms.</w:t>
      </w:r>
      <w:r>
        <w:br/>
      </w:r>
      <w:r>
        <w:rPr>
          <w:sz w:val="20"/>
        </w:rPr>
        <w:t>32:36  is ko achhi tarah samajh lijiye aap. yeh jo aaj kal ho raha hai, khud ulama is mein involve hain, lekin ulama bhi haram kaam kar rahe hain. yeh pure conviction ke sath main keh raha hoon, main ne islam ko bahut padha hai ke other than state, no man has right to use arms.</w:t>
      </w:r>
      <w:r>
        <w:br/>
      </w:r>
      <w:r>
        <w:rPr>
          <w:sz w:val="20"/>
        </w:rPr>
        <w:t>32:59  dosre logon ko ek hi option hai peaceful activism ka, aur state bhi kab kar sakti hai? jab attack hua ho.</w:t>
      </w:r>
      <w:r>
        <w:br/>
      </w:r>
      <w:r>
        <w:rPr>
          <w:sz w:val="20"/>
        </w:rPr>
        <w:t>33:10  so at the time of attack, state has right to use arm in its defence. defence ke siwa state bhi arm nahi use kar sakti hai, aur individuals ke liye ya organizations ke liye to sary se arm ko istemal karna haram hai, bilkul haram hai,</w:t>
      </w:r>
      <w:r>
        <w:br/>
      </w:r>
      <w:r>
        <w:rPr>
          <w:sz w:val="20"/>
        </w:rPr>
        <w:t>33:29  absolute sense mein haram hai. aap sirf peaceful activism chala sakte hain, jaise kashmir mein jo kiya hai, logon ne woh bilashuba haram tha.</w:t>
      </w:r>
      <w:r>
        <w:br/>
      </w:r>
      <w:r>
        <w:rPr>
          <w:sz w:val="20"/>
        </w:rPr>
        <w:t>33:41  palestine mein jo kar rahe hain, woh bilashuba haram hai. chahe kashmir ho ya palestine ho ya philippines ho, kahin bhi duniya mein, jahan jahan bhi ho, aap ke liye ek hi option hai, woh hai peaceful activism.</w:t>
      </w:r>
      <w:r>
        <w:br/>
      </w:r>
      <w:r>
        <w:rPr>
          <w:sz w:val="20"/>
        </w:rPr>
        <w:t>33:54  peaceful activism, violent activism ka option hi nahi hai musalmanon ke liye. yaad rakhiye, violent activism ka option musalmanon ke liye hai hi nahi, bilkul</w:t>
      </w:r>
      <w:r>
        <w:br/>
      </w:r>
      <w:r>
        <w:rPr>
          <w:sz w:val="20"/>
        </w:rPr>
        <w:t>34:08  sirf ek hi option hai, woh peaceful activism. yahan tak ke main yeh kahunga ke aap, yani is, yani aam musalmanon ko, ko apna, is ko apna, woh banana, apna issue banana ke agar koi mulk attack kar raha hai, tab bhi agar state aap ko bulayegi to aap ko jana hai, nahi to nahi jana hai.</w:t>
      </w:r>
      <w:r>
        <w:br/>
      </w:r>
      <w:r>
        <w:rPr>
          <w:sz w:val="20"/>
        </w:rPr>
        <w:t>34:27  aap ko</w:t>
      </w:r>
      <w:r>
        <w:br/>
      </w:r>
      <w:r>
        <w:rPr>
          <w:sz w:val="20"/>
        </w:rPr>
        <w:t>34:30  agar ek state hai, ek muslim state hai, kisi state ne is par hamla kar diya hai, to is ka matlab nahi ke aap bhi uth kar idhar bomb marne lagen, idhar idhar.</w:t>
      </w:r>
      <w:r>
        <w:br/>
      </w:r>
      <w:r>
        <w:rPr>
          <w:sz w:val="20"/>
        </w:rPr>
        <w:t>34:40  state agar aap ko bulati hai, tab aap labbaik kahiye, nahi to apne ghar baithiye. yeh sab baatein islam mein bohat hi clear hain, lekin hamare ulma jo hain, woh khud bhi is ke khilaf chal rahe hain.</w:t>
      </w:r>
      <w:r>
        <w:br/>
      </w:r>
      <w:r>
        <w:rPr>
          <w:sz w:val="20"/>
        </w:rPr>
        <w:t>34:53  log samajhte hain ke yahi islam hoga. is waqt ulma bhi is waqt bilkul ghalati par ja rahe hain, aur masters bhi ghalati par ja rahe hain.</w:t>
      </w:r>
      <w:r>
        <w:br/>
      </w:r>
      <w:r>
        <w:rPr>
          <w:sz w:val="20"/>
        </w:rPr>
        <w:t>35:02  main is mein zara bhi shaq nahi. mujhe kisi ko agar is mein woh chahiye, yani references chahiye, to mere paas aao, main aap ko ek so ek reference batata hoon.</w:t>
      </w:r>
      <w:r>
        <w:br/>
      </w:r>
      <w:r>
        <w:rPr>
          <w:sz w:val="20"/>
        </w:rPr>
        <w:t>35:11  aap ko quran ka aur hadith ka.</w:t>
      </w:r>
    </w:p>
    <w:p>
      <w:pPr>
        <w:pStyle w:val="Heading2"/>
      </w:pPr>
      <w:r>
        <w:t>Behavior of believers in gatherings</w:t>
      </w:r>
    </w:p>
    <w:p>
      <w:r>
        <w:rPr>
          <w:color w:val="666666"/>
          <w:sz w:val="18"/>
        </w:rPr>
        <w:t>When God's Name is Invoked December 21, 2019 - Interaction with Maulana Wahiduddin Khan, · 5m 23s · at 5:53 · https://youtu.be/jgNjICoo-Cw?t=353</w:t>
      </w:r>
    </w:p>
    <w:p>
      <w:r>
        <w:rPr>
          <w:i/>
        </w:rPr>
        <w:t>“Is se maine ek aur baat nikali hai.”</w:t>
      </w:r>
    </w:p>
    <w:p>
      <w:r>
        <w:rPr>
          <w:sz w:val="20"/>
        </w:rPr>
        <w:t>5:53  is se mein ne ek aur baat nikali hai,</w:t>
      </w:r>
      <w:r>
        <w:br/>
      </w:r>
      <w:r>
        <w:rPr>
          <w:sz w:val="20"/>
        </w:rPr>
        <w:t>5:58  woh yeh ke</w:t>
      </w:r>
      <w:r>
        <w:br/>
      </w:r>
      <w:r>
        <w:rPr>
          <w:sz w:val="20"/>
        </w:rPr>
        <w:t>6:02  jo log quran ko mante hain, jo log allah ki kitab ko</w:t>
      </w:r>
      <w:r>
        <w:br/>
      </w:r>
      <w:r>
        <w:rPr>
          <w:sz w:val="20"/>
        </w:rPr>
        <w:t>6:12  ka fehm rakhte hain,</w:t>
      </w:r>
      <w:r>
        <w:br/>
      </w:r>
      <w:r>
        <w:rPr>
          <w:sz w:val="20"/>
        </w:rPr>
        <w:t>6:16  to un ke andar darmiyan</w:t>
      </w:r>
      <w:r>
        <w:br/>
      </w:r>
      <w:r>
        <w:rPr>
          <w:sz w:val="20"/>
        </w:rPr>
        <w:t>6:28  guftagu ka andaz kya hoga?</w:t>
      </w:r>
      <w:r>
        <w:br/>
      </w:r>
      <w:r>
        <w:rPr>
          <w:sz w:val="20"/>
        </w:rPr>
        <w:t>6:35  aise logon ke darmiyan guftagu bohat hi zyada sanjidgi hogi.</w:t>
      </w:r>
      <w:r>
        <w:br/>
      </w:r>
      <w:r>
        <w:rPr>
          <w:sz w:val="20"/>
        </w:rPr>
        <w:t>6:42  aaj kal hum dekhte hain ke</w:t>
      </w:r>
      <w:r>
        <w:br/>
      </w:r>
      <w:r>
        <w:rPr>
          <w:sz w:val="20"/>
        </w:rPr>
        <w:t>6:48  jab koi majlis ho</w:t>
      </w:r>
      <w:r>
        <w:br/>
      </w:r>
      <w:r>
        <w:rPr>
          <w:sz w:val="20"/>
        </w:rPr>
        <w:t>6:54  to har aadmi apni baat bolta hai,</w:t>
      </w:r>
      <w:r>
        <w:br/>
      </w:r>
      <w:r>
        <w:rPr>
          <w:sz w:val="20"/>
        </w:rPr>
        <w:t>7:01  koi chup hona nahi janta, nahi na doosre ki baat ko sunna janta hai, bas apni karwai janta hai woh.</w:t>
      </w:r>
      <w:r>
        <w:br/>
      </w:r>
      <w:r>
        <w:rPr>
          <w:sz w:val="20"/>
        </w:rPr>
        <w:t>7:13  to mein samajhta hoon ke is ka matlab yeh hai</w:t>
      </w:r>
      <w:r>
        <w:br/>
      </w:r>
      <w:r>
        <w:rPr>
          <w:sz w:val="20"/>
        </w:rPr>
        <w:t>7:19  ke</w:t>
      </w:r>
      <w:r>
        <w:br/>
      </w:r>
      <w:r>
        <w:rPr>
          <w:sz w:val="20"/>
        </w:rPr>
        <w:t>7:23  quran ko momineen ne quran</w:t>
      </w:r>
      <w:r>
        <w:br/>
      </w:r>
      <w:r>
        <w:rPr>
          <w:sz w:val="20"/>
        </w:rPr>
        <w:t>7:29  ka</w:t>
      </w:r>
      <w:r>
        <w:br/>
      </w:r>
      <w:r>
        <w:rPr>
          <w:sz w:val="20"/>
        </w:rPr>
        <w:t>7:32  majlis ho to bohat hi sanjeeda logon ki majlis hogi.</w:t>
      </w:r>
      <w:r>
        <w:br/>
      </w:r>
      <w:r>
        <w:rPr>
          <w:sz w:val="20"/>
        </w:rPr>
        <w:t>7:42  log bolne se zyada chup karana chahenge,</w:t>
      </w:r>
      <w:r>
        <w:br/>
      </w:r>
      <w:r>
        <w:rPr>
          <w:sz w:val="20"/>
        </w:rPr>
        <w:t>7:51  log apni baat sunane se zyada doosre ki baat sunna chahenge. jab log bolenge to</w:t>
      </w:r>
      <w:r>
        <w:br/>
      </w:r>
      <w:r>
        <w:rPr>
          <w:sz w:val="20"/>
        </w:rPr>
        <w:t>8:06  ek ek lafz ko soch kar bolenge ke kahin un se aisa aisa lafz nikal na jaye jo sachai ke khilaf ho.</w:t>
      </w:r>
      <w:r>
        <w:br/>
      </w:r>
      <w:r>
        <w:rPr>
          <w:sz w:val="20"/>
        </w:rPr>
        <w:t>8:23  to bohat hi zyada sanjeeda logon</w:t>
      </w:r>
      <w:r>
        <w:br/>
      </w:r>
      <w:r>
        <w:rPr>
          <w:sz w:val="20"/>
        </w:rPr>
        <w:t>8:31  ka logon ki majlis hogi woh.</w:t>
      </w:r>
      <w:r>
        <w:br/>
      </w:r>
      <w:r>
        <w:rPr>
          <w:sz w:val="20"/>
        </w:rPr>
        <w:t>8:40  aur phir yeh ke</w:t>
      </w:r>
      <w:r>
        <w:br/>
      </w:r>
      <w:r>
        <w:rPr>
          <w:sz w:val="20"/>
        </w:rPr>
        <w:t>8:47  log jab baat kahenge to wohi baat un ke munh se niklegi jo waqatan koi baat ho, jo kehne ka andaz baat ho, jo sachai ki baat ho.</w:t>
      </w:r>
      <w:r>
        <w:br/>
      </w:r>
      <w:r>
        <w:rPr>
          <w:sz w:val="20"/>
        </w:rPr>
        <w:t>9:09  wahan chekhna chalana nahi hoga, nara takbeer Allah o Akbar yeh nahi hoga.</w:t>
      </w:r>
      <w:r>
        <w:br/>
      </w:r>
      <w:r>
        <w:rPr>
          <w:sz w:val="20"/>
        </w:rPr>
        <w:t>9:28  bas yeh</w:t>
      </w:r>
      <w:r>
        <w:br/>
      </w:r>
      <w:r>
        <w:rPr>
          <w:sz w:val="20"/>
        </w:rPr>
        <w:t>9:32  baat is ka nateeja hoga, aise logon ki majlis ka nateeja.</w:t>
      </w:r>
      <w:r>
        <w:br/>
      </w:r>
      <w:r>
        <w:rPr>
          <w:sz w:val="20"/>
        </w:rPr>
        <w:t>9:45  chunanche ek hadith hai sahaba ke bare mein</w:t>
      </w:r>
      <w:r>
        <w:br/>
      </w:r>
      <w:r>
        <w:rPr>
          <w:sz w:val="20"/>
        </w:rPr>
        <w:t>9:53  ke ek shakhs batate hain ke unhon ne sahaba ki majlis ko dekha</w:t>
      </w:r>
      <w:r>
        <w:br/>
      </w:r>
      <w:r>
        <w:rPr>
          <w:sz w:val="20"/>
        </w:rPr>
        <w:t>10:04  to un ko aise log itne sanjeeda, itne chup chap</w:t>
      </w:r>
      <w:r>
        <w:br/>
      </w:r>
      <w:r>
        <w:rPr>
          <w:sz w:val="20"/>
        </w:rPr>
        <w:t>10:16  honge jaise ke sab ke saron par chidiyan baithi hui hain.</w:t>
      </w:r>
      <w:r>
        <w:br/>
      </w:r>
      <w:r>
        <w:rPr>
          <w:sz w:val="20"/>
        </w:rPr>
        <w:t>10:32  yeh to saada matlab jo meri samajh mein aata hai, ab aap hazrat is par izafa karen, is par koi aadmi izafa kare ya koi</w:t>
      </w:r>
      <w:r>
        <w:br/>
      </w:r>
      <w:r>
        <w:rPr>
          <w:sz w:val="20"/>
        </w:rPr>
        <w:t>10:50  is ki koi aur tashreeh kare,</w:t>
      </w:r>
      <w:r>
        <w:br/>
      </w:r>
      <w:r>
        <w:rPr>
          <w:sz w:val="20"/>
        </w:rPr>
        <w:t>10:56  koi aur masla zer-e-bahs lana chahe to bol sakta hai is ko. Har baat ki to aap hazrat farmayen.</w:t>
      </w:r>
    </w:p>
    <w:p>
      <w:pPr>
        <w:pStyle w:val="Heading2"/>
      </w:pPr>
      <w:r>
        <w:t>Reaction is self-defeating embrace forgiveness for reward</w:t>
      </w:r>
    </w:p>
    <w:p>
      <w:r>
        <w:rPr>
          <w:color w:val="666666"/>
          <w:sz w:val="18"/>
        </w:rPr>
        <w:t>Double Reward 15 Feb 2020 - Maulana Wahiduddin Khan · 5m 24s · at 8:43 · https://youtu.be/Os-Kuq1-wAk?t=523</w:t>
      </w:r>
    </w:p>
    <w:p>
      <w:r>
        <w:rPr>
          <w:i/>
        </w:rPr>
        <w:t>“To main sochta hoon ke yeh jo reaction karte hain log, woh bilkul hi khud apne khilaf hai.”</w:t>
      </w:r>
    </w:p>
    <w:p>
      <w:r>
        <w:rPr>
          <w:sz w:val="20"/>
        </w:rPr>
        <w:t>8:43  to main sochta hoon ke yeh jo reaction karte hain log, woh bilkul hi khud apne khilaf hai, woh reaction ka tareeqa khud apne khilaf hai.</w:t>
      </w:r>
      <w:r>
        <w:br/>
      </w:r>
      <w:r>
        <w:rPr>
          <w:sz w:val="20"/>
        </w:rPr>
        <w:t>9:01  ek reaction ka tareeqa ek, ek, ek chance ko kho dena hai, ek upper choti ko kho dena hai,</w:t>
      </w:r>
      <w:r>
        <w:br/>
      </w:r>
      <w:r>
        <w:rPr>
          <w:sz w:val="20"/>
        </w:rPr>
        <w:t>9:16  zyada bara sawab paani ke mauqe ko kho dena hai.</w:t>
      </w:r>
      <w:r>
        <w:br/>
      </w:r>
      <w:r>
        <w:rPr>
          <w:sz w:val="20"/>
        </w:rPr>
        <w:t>9:30  to main sochta hoon ke hum mein se har ek ko chahiye ke woh</w:t>
      </w:r>
      <w:r>
        <w:br/>
      </w:r>
      <w:r>
        <w:rPr>
          <w:sz w:val="20"/>
        </w:rPr>
        <w:t>9:38  apni ek mustahkam aadat bana le, aadat ke react nahin karega, negative nahin karega.</w:t>
      </w:r>
      <w:r>
        <w:br/>
      </w:r>
      <w:r>
        <w:rPr>
          <w:sz w:val="20"/>
        </w:rPr>
        <w:t>9:53  kyun ke woh wohi to sab se bara reward paane ka mauqa hota hai.</w:t>
      </w:r>
      <w:r>
        <w:br/>
      </w:r>
      <w:r>
        <w:rPr>
          <w:sz w:val="20"/>
        </w:rPr>
        <w:t>10:09  wafi'un min dhulumi. wohi ke ek hadith hai ke "la takun im'an, im'an na bano".</w:t>
      </w:r>
      <w:r>
        <w:br/>
      </w:r>
      <w:r>
        <w:rPr>
          <w:sz w:val="20"/>
        </w:rPr>
        <w:t>10:22  ek hadith hai ke "la takun im'an, im'an na bano". im'an ka matlab hai ke tit for tat na bano.</w:t>
      </w:r>
      <w:r>
        <w:br/>
      </w:r>
      <w:r>
        <w:rPr>
          <w:sz w:val="20"/>
        </w:rPr>
        <w:t>10:35  jo galat karega us se hum bhi galat karenge.</w:t>
      </w:r>
      <w:r>
        <w:br/>
      </w:r>
      <w:r>
        <w:rPr>
          <w:sz w:val="20"/>
        </w:rPr>
        <w:t>10:45  ek arab shair ne jahiliyat ki rawani mein shair kaha tha: "dunah kamadano".</w:t>
      </w:r>
      <w:r>
        <w:br/>
      </w:r>
      <w:r>
        <w:rPr>
          <w:sz w:val="20"/>
        </w:rPr>
        <w:t>10:58  un ko hum ne wohi badla diya jo unhon ne hum ko, hamare sath kiya tha.</w:t>
      </w:r>
      <w:r>
        <w:br/>
      </w:r>
      <w:r>
        <w:rPr>
          <w:sz w:val="20"/>
        </w:rPr>
        <w:t>11:11  to kya hai, woh, woh, woh dono ne hamein koi adwan chora nahin.</w:t>
      </w:r>
      <w:r>
        <w:br/>
      </w:r>
      <w:r>
        <w:rPr>
          <w:sz w:val="20"/>
        </w:rPr>
        <w:t>11:21  wa lam yabqa su'l adwani dunahum kamadano. haan, wa lam yabqa mere liye adwani dunahum kamadano.</w:t>
      </w:r>
      <w:r>
        <w:br/>
      </w:r>
      <w:r>
        <w:rPr>
          <w:sz w:val="20"/>
        </w:rPr>
        <w:t>11:31  hum ne chora nahin koi,</w:t>
      </w:r>
      <w:r>
        <w:br/>
      </w:r>
      <w:r>
        <w:rPr>
          <w:sz w:val="20"/>
        </w:rPr>
        <w:t>11:36  koi zulm un ke khilaf. yani jis ne zulm kiya tha us ke upar khoob khoob zulm kiya. jis tarah hamare kisi gaon aadmi ko mara tha to khoob khoob maro.</w:t>
      </w:r>
      <w:r>
        <w:br/>
      </w:r>
      <w:r>
        <w:rPr>
          <w:sz w:val="20"/>
        </w:rPr>
        <w:t>11:51  wa lam yabqa adwani dunahum kamadano. yeh jahiliyat ka shair hai. to yeh islam ki taleem nahin hai, momin ka yeh kaam nahin hai.</w:t>
      </w:r>
      <w:r>
        <w:br/>
      </w:r>
      <w:r>
        <w:rPr>
          <w:sz w:val="20"/>
        </w:rPr>
        <w:t>12:12  main sochta hoon ke yeh, yeh jo taleem hai, is se insaan ki ek nayi pehchan banti hai.</w:t>
      </w:r>
      <w:r>
        <w:br/>
      </w:r>
      <w:r>
        <w:rPr>
          <w:sz w:val="20"/>
        </w:rPr>
        <w:t>12:24  wohi pehchan aaj kal log zyada baat karte hain pehchan ki.</w:t>
      </w:r>
      <w:r>
        <w:br/>
      </w:r>
      <w:r>
        <w:rPr>
          <w:sz w:val="20"/>
        </w:rPr>
        <w:t>12:39  to momin ki pehchan yahi hai.</w:t>
      </w:r>
      <w:r>
        <w:br/>
      </w:r>
      <w:r>
        <w:rPr>
          <w:sz w:val="20"/>
        </w:rPr>
        <w:t>12:48  momin ki pehchan yahi ke woh</w:t>
      </w:r>
      <w:r>
        <w:br/>
      </w:r>
      <w:r>
        <w:rPr>
          <w:sz w:val="20"/>
        </w:rPr>
        <w:t>12:54  jaise koi teesra, yeh is ka tareeqa nahin hota.</w:t>
      </w:r>
      <w:r>
        <w:br/>
      </w:r>
      <w:r>
        <w:rPr>
          <w:sz w:val="20"/>
        </w:rPr>
        <w:t>13:01  woh zalim ke sath mohabbat, khair khwahi ka tareeqa ikhtiyar karta hai.</w:t>
      </w:r>
      <w:r>
        <w:br/>
      </w:r>
      <w:r>
        <w:rPr>
          <w:sz w:val="20"/>
        </w:rPr>
        <w:t>13:16  is wajah ka poori zindagi mein yahi tareeqa raha, poori zindagi mein.</w:t>
      </w:r>
      <w:r>
        <w:br/>
      </w:r>
      <w:r>
        <w:rPr>
          <w:sz w:val="20"/>
        </w:rPr>
        <w:t>13:27  toh main sochta hoon ke hum sab logon ko aam zindagi mein bhi aur dawat madu ke sath bhi is tareeqay ko apnayen.</w:t>
      </w:r>
      <w:r>
        <w:br/>
      </w:r>
      <w:r>
        <w:rPr>
          <w:sz w:val="20"/>
        </w:rPr>
        <w:t>13:39  isi mein zyada reward hai, isi mein zyada da'wati kaam ka, ki taraqqi ke mawaqe khulte hain.</w:t>
      </w:r>
      <w:r>
        <w:br/>
      </w:r>
      <w:r>
        <w:rPr>
          <w:sz w:val="20"/>
        </w:rPr>
        <w:t>13:51  jazakm Allah. salam alaikum.</w:t>
      </w:r>
    </w:p>
    <w:p>
      <w:pPr>
        <w:pStyle w:val="Heading2"/>
      </w:pPr>
      <w:r>
        <w:t>Pakistan vs Japan: different responses to loss</w:t>
      </w:r>
    </w:p>
    <w:p>
      <w:r>
        <w:rPr>
          <w:color w:val="666666"/>
          <w:sz w:val="18"/>
        </w:rPr>
        <w:t>The Importance of Positive Attitude | November 01, 2007 · 5m 34s · at 19:59 · https://youtu.be/r4zLbCBxPyc?t=1199</w:t>
      </w:r>
    </w:p>
    <w:p>
      <w:r>
        <w:rPr>
          <w:i/>
        </w:rPr>
        <w:t>“Japan ki nai history shuru hoti hai Second World War ke baad”</w:t>
      </w:r>
    </w:p>
    <w:p>
      <w:r>
        <w:rPr>
          <w:sz w:val="20"/>
        </w:rPr>
        <w:t>19:59  aaya ke Singapore safest country hai.</w:t>
      </w:r>
      <w:r>
        <w:br/>
      </w:r>
      <w:r>
        <w:rPr>
          <w:sz w:val="20"/>
        </w:rPr>
        <w:t>20:03  aur unsafest country jo hai woh Pakistan hai.</w:t>
      </w:r>
      <w:r>
        <w:br/>
      </w:r>
      <w:r>
        <w:rPr>
          <w:sz w:val="20"/>
        </w:rPr>
        <w:t>20:06  kyun? wahan par larai bhirhai, har waqt larai bhirhai, log gun chalate rehte hain.</w:t>
      </w:r>
      <w:r>
        <w:br/>
      </w:r>
      <w:r>
        <w:rPr>
          <w:sz w:val="20"/>
        </w:rPr>
        <w:t>20:10  aap media mein aap daily dekhte hon ge.</w:t>
      </w:r>
      <w:r>
        <w:br/>
      </w:r>
      <w:r>
        <w:rPr>
          <w:sz w:val="20"/>
        </w:rPr>
        <w:t>20:13  haan bomb phata, wahan bomb phata.</w:t>
      </w:r>
      <w:r>
        <w:br/>
      </w:r>
      <w:r>
        <w:rPr>
          <w:sz w:val="20"/>
        </w:rPr>
        <w:t>20:17  yahan log mare, wahan log mare.</w:t>
      </w:r>
      <w:r>
        <w:br/>
      </w:r>
      <w:r>
        <w:rPr>
          <w:sz w:val="20"/>
        </w:rPr>
        <w:t>20:20  barabar yeh chalta rehta hai wahan par.</w:t>
      </w:r>
      <w:r>
        <w:br/>
      </w:r>
      <w:r>
        <w:rPr>
          <w:sz w:val="20"/>
        </w:rPr>
        <w:t>20:24  aap dekhiye ke Japan mein aisa nahin hota.</w:t>
      </w:r>
      <w:r>
        <w:br/>
      </w:r>
      <w:r>
        <w:rPr>
          <w:sz w:val="20"/>
        </w:rPr>
        <w:t>20:27  Japan mein aisa nahin hota. woh kyun</w:t>
      </w:r>
      <w:r>
        <w:br/>
      </w:r>
      <w:r>
        <w:rPr>
          <w:sz w:val="20"/>
        </w:rPr>
        <w:t>20:31  ? second world war ke baad dono aik situation se dochar hue.</w:t>
      </w:r>
      <w:r>
        <w:br/>
      </w:r>
      <w:r>
        <w:rPr>
          <w:sz w:val="20"/>
        </w:rPr>
        <w:t>20:35  wo Situation kya thi? ke Pakistan ka ek, jis ko ke wo samajhte the ke hamara hissa hai.</w:t>
      </w:r>
      <w:r>
        <w:br/>
      </w:r>
      <w:r>
        <w:rPr>
          <w:sz w:val="20"/>
        </w:rPr>
        <w:t>20:39  mein nahi samajhta ke un ka hissa tha lekin behraal, acha wo samajhte hain. Kashmir.</w:t>
      </w:r>
      <w:r>
        <w:br/>
      </w:r>
      <w:r>
        <w:rPr>
          <w:sz w:val="20"/>
        </w:rPr>
        <w:t>20:43  Kashmir ko samajhte the ke wo hamara hissa hai.</w:t>
      </w:r>
      <w:r>
        <w:br/>
      </w:r>
      <w:r>
        <w:rPr>
          <w:sz w:val="20"/>
        </w:rPr>
        <w:t>20:48  to samajhne se koi hissa nahi ban jayega.</w:t>
      </w:r>
      <w:r>
        <w:br/>
      </w:r>
      <w:r>
        <w:rPr>
          <w:sz w:val="20"/>
        </w:rPr>
        <w:t>20:52  Reality kya hai is ko janna padta hai.</w:t>
      </w:r>
      <w:r>
        <w:br/>
      </w:r>
      <w:r>
        <w:rPr>
          <w:sz w:val="20"/>
        </w:rPr>
        <w:t>20:56  to Pakistan ne Kashmir ke liye poori</w:t>
      </w:r>
      <w:r>
        <w:br/>
      </w:r>
      <w:r>
        <w:rPr>
          <w:sz w:val="20"/>
        </w:rPr>
        <w:t>21:01  Military chala di.</w:t>
      </w:r>
      <w:r>
        <w:br/>
      </w:r>
      <w:r>
        <w:rPr>
          <w:sz w:val="20"/>
        </w:rPr>
        <w:t>21:05  Military chalane ke maani kya hote hain? ke aap apne logon ko ijazat de dein ke wo Arms istemal karen.</w:t>
      </w:r>
      <w:r>
        <w:br/>
      </w:r>
      <w:r>
        <w:rPr>
          <w:sz w:val="20"/>
        </w:rPr>
        <w:t>21:09  wo Training Camp banayen.</w:t>
      </w:r>
      <w:r>
        <w:br/>
      </w:r>
      <w:r>
        <w:rPr>
          <w:sz w:val="20"/>
        </w:rPr>
        <w:t>21:14  madarson mein Training Camp banayen.</w:t>
      </w:r>
      <w:r>
        <w:br/>
      </w:r>
      <w:r>
        <w:rPr>
          <w:sz w:val="20"/>
        </w:rPr>
        <w:t>21:18  jangalon mein banayen.</w:t>
      </w:r>
      <w:r>
        <w:br/>
      </w:r>
      <w:r>
        <w:rPr>
          <w:sz w:val="20"/>
        </w:rPr>
        <w:t>21:22  wohan yahan tak ke khule aam logon ko mauqa mil gaya ke wo hathiyar istemal karen, khareeden, le ke chalen.</w:t>
      </w:r>
      <w:r>
        <w:br/>
      </w:r>
      <w:r>
        <w:rPr>
          <w:sz w:val="20"/>
        </w:rPr>
        <w:t>21:27  kyun? un ka nazariya yeh tha ke</w:t>
      </w:r>
      <w:r>
        <w:br/>
      </w:r>
      <w:r>
        <w:rPr>
          <w:sz w:val="20"/>
        </w:rPr>
        <w:t>21:31  Kashmir ko hum ne larr kar lena hai. Larr kar lena hai. Baghair larrre Kashmir nahi mile ga. Mujhe yaad hai ke is zamane mein ek Pakistan ke ek mashhoor Leader ki ek Speech chhapi thi akhbar mein. To us ki, uska bohat bari Headline thi, bohat bari surkhi thi. Kashmir ke liye hum jang tak ja sakte hain. Pakistan ke khayal ke mutabiq Kashm</w:t>
      </w:r>
      <w:r>
        <w:br/>
      </w:r>
      <w:r>
        <w:rPr>
          <w:sz w:val="20"/>
        </w:rPr>
        <w:t>22:01  ir is se khoya gaya tha to us ko wapas lene ke liye unhon ne Military chala di. To kya hua? Jab aap Military chalayenge to aap ghurb ko Allow karenge. Ghurb par chhoot denge. To hathiyaron ko khoob chhoot mili wahan. Hathiyar wahan to sabzi ki tarah bikne lage. Yeh halat ho gayi. Madarse mein Training Camp khula. Jangalon mein Training Camp khula. Khoob seekh rahe hain, khoob taake Kashm</w:t>
      </w:r>
      <w:r>
        <w:br/>
      </w:r>
      <w:r>
        <w:rPr>
          <w:sz w:val="20"/>
        </w:rPr>
        <w:t>22:31  ir ko larr kar ke lein. Lekin aap is tarah nahi le sakte. India itna bara Country hai, is ke paas The Royal Army hai. Aise thori aap Kashmir le sakte hain. Nahi to Kashmir to nahi le paye. Albata khud Pakistan jo hai Military se bhar gaya. Pakistan aapas mein istemal karne lage log. Hathiyar. Aapas mein logon ne lage maarne. Jab ziyada se ziyada ghussa hui hai, bas hathiyar. Ziyada se ziyada ghussa hui hai, bas hathiyar</w:t>
      </w:r>
      <w:r>
        <w:br/>
      </w:r>
      <w:r>
        <w:rPr>
          <w:sz w:val="20"/>
        </w:rPr>
        <w:t xml:space="preserve">23:01  </w:t>
      </w:r>
      <w:r>
        <w:br/>
      </w:r>
      <w:r>
        <w:rPr>
          <w:sz w:val="20"/>
        </w:rPr>
        <w:t>23:05  mein ne akhbar mein parha, Pakistani akhbar mein.</w:t>
      </w:r>
      <w:r>
        <w:br/>
      </w:r>
      <w:r>
        <w:rPr>
          <w:sz w:val="20"/>
        </w:rPr>
        <w:t>23:09  aise the qisse.</w:t>
      </w:r>
      <w:r>
        <w:br/>
      </w:r>
      <w:r>
        <w:rPr>
          <w:sz w:val="20"/>
        </w:rPr>
        <w:t>23:12  ke ek sahib the, un ke ghar mein shadi thi.</w:t>
      </w:r>
      <w:r>
        <w:br/>
      </w:r>
      <w:r>
        <w:rPr>
          <w:sz w:val="20"/>
        </w:rPr>
        <w:t>23:16  to ghar ke bahar unhon ne khana pakane ke liye deg charha di.</w:t>
      </w:r>
      <w:r>
        <w:br/>
      </w:r>
      <w:r>
        <w:rPr>
          <w:sz w:val="20"/>
        </w:rPr>
        <w:t>23:20  wo lakri aur is se to dhuan phaila.</w:t>
      </w:r>
      <w:r>
        <w:br/>
      </w:r>
      <w:r>
        <w:rPr>
          <w:sz w:val="20"/>
        </w:rPr>
        <w:t>23:24  ab mila hua jo ghar jo tha us mein dhuan bhar gaya aa kar ke.</w:t>
      </w:r>
      <w:r>
        <w:br/>
      </w:r>
      <w:r>
        <w:rPr>
          <w:sz w:val="20"/>
        </w:rPr>
        <w:t>23:28  aur wo nikle, yeh kya hai? band karo is ko.</w:t>
      </w:r>
      <w:r>
        <w:br/>
      </w:r>
      <w:r>
        <w:rPr>
          <w:sz w:val="20"/>
        </w:rPr>
        <w:t>23:31  unhon ne kaha ke bhai hum to khana paka ke band kaise kar sakte hain? ghar mein wo</w:t>
      </w:r>
      <w:r>
        <w:br/>
      </w:r>
      <w:r>
        <w:rPr>
          <w:sz w:val="20"/>
        </w:rPr>
        <w:t>23:35  gaye, gun le kar aaye aur dhar se maar diya us ko.</w:t>
      </w:r>
      <w:r>
        <w:br/>
      </w:r>
      <w:r>
        <w:rPr>
          <w:sz w:val="20"/>
        </w:rPr>
        <w:t>23:38  India mein aisa nahi ho sakta hai.</w:t>
      </w:r>
      <w:r>
        <w:br/>
      </w:r>
      <w:r>
        <w:rPr>
          <w:sz w:val="20"/>
        </w:rPr>
        <w:t>23:42  kyun ke India mein is tarah se logon ke paas hathiyar hi nahi hain.</w:t>
      </w:r>
      <w:r>
        <w:br/>
      </w:r>
      <w:r>
        <w:rPr>
          <w:sz w:val="20"/>
        </w:rPr>
        <w:t>23:45  wahan ghar ghar hathiyar hain.</w:t>
      </w:r>
      <w:r>
        <w:br/>
      </w:r>
      <w:r>
        <w:rPr>
          <w:sz w:val="20"/>
        </w:rPr>
        <w:t>23:48  to kashmir ko, yani kashmir ko hathiyaron ke zariye lene ki koshish mein unhon ne pure pakistan mein</w:t>
      </w:r>
      <w:r>
        <w:br/>
      </w:r>
      <w:r>
        <w:rPr>
          <w:sz w:val="20"/>
        </w:rPr>
        <w:t>23:52  hathiyar phailane ka ijazat de deni pari.</w:t>
      </w:r>
      <w:r>
        <w:br/>
      </w:r>
      <w:r>
        <w:rPr>
          <w:sz w:val="20"/>
        </w:rPr>
        <w:t>23:55  aur nateeja kya? woh saza bhugat rahe hain.</w:t>
      </w:r>
      <w:r>
        <w:br/>
      </w:r>
      <w:r>
        <w:rPr>
          <w:sz w:val="20"/>
        </w:rPr>
        <w:t>23:59  ek Civil War ki kaifiyat hai wahan par, lad rahe hain aapas mein.</w:t>
      </w:r>
      <w:r>
        <w:br/>
      </w:r>
      <w:r>
        <w:rPr>
          <w:sz w:val="20"/>
        </w:rPr>
        <w:t>24:02  aur koi taraqqi nahin.</w:t>
      </w:r>
      <w:r>
        <w:br/>
      </w:r>
      <w:r>
        <w:rPr>
          <w:sz w:val="20"/>
        </w:rPr>
        <w:t>24:05  aakhri khabar jo main ne parhi abhi woh yeh hai ke pakistan ko pehle america bohat Favor karta tha.</w:t>
      </w:r>
      <w:r>
        <w:br/>
      </w:r>
      <w:r>
        <w:rPr>
          <w:sz w:val="20"/>
        </w:rPr>
        <w:t>24:08  america ka jo Policy thi woh Pro Pakistani Policy thi.</w:t>
      </w:r>
      <w:r>
        <w:br/>
      </w:r>
      <w:r>
        <w:rPr>
          <w:sz w:val="20"/>
        </w:rPr>
        <w:t>24:11  ab wahan par second Thought aa gaya hai.</w:t>
      </w:r>
      <w:r>
        <w:br/>
      </w:r>
      <w:r>
        <w:rPr>
          <w:sz w:val="20"/>
        </w:rPr>
        <w:t>24:14  ab Tilt ho raha hai.</w:t>
      </w:r>
      <w:r>
        <w:br/>
      </w:r>
      <w:r>
        <w:rPr>
          <w:sz w:val="20"/>
        </w:rPr>
        <w:t>24:17  ab woh Pro Indian Policy ban rahi hai in ki.</w:t>
      </w:r>
      <w:r>
        <w:br/>
      </w:r>
      <w:r>
        <w:rPr>
          <w:sz w:val="20"/>
        </w:rPr>
        <w:t>24:20  woh dekh rahe hain ke india zyada karamad hai hamare liye.</w:t>
      </w:r>
      <w:r>
        <w:br/>
      </w:r>
      <w:r>
        <w:rPr>
          <w:sz w:val="20"/>
        </w:rPr>
        <w:t>24:23  pakistan karamad nahin hai.</w:t>
      </w:r>
      <w:r>
        <w:br/>
      </w:r>
      <w:r>
        <w:rPr>
          <w:sz w:val="20"/>
        </w:rPr>
        <w:t>24:26  koi to khud hi phansa hua hai is mein.</w:t>
      </w:r>
      <w:r>
        <w:br/>
      </w:r>
      <w:r>
        <w:rPr>
          <w:sz w:val="20"/>
        </w:rPr>
        <w:t>24:29  ab doosri misaal lijiye.</w:t>
      </w:r>
      <w:r>
        <w:br/>
      </w:r>
      <w:r>
        <w:rPr>
          <w:sz w:val="20"/>
        </w:rPr>
        <w:t>24:32  japan ki.</w:t>
      </w:r>
      <w:r>
        <w:br/>
      </w:r>
      <w:r>
        <w:rPr>
          <w:sz w:val="20"/>
        </w:rPr>
        <w:t>24:36  japan mein World War, second World War ke baad america ne wahan ka ek bohat bara jazeera, kyunke</w:t>
      </w:r>
      <w:r>
        <w:br/>
      </w:r>
      <w:r>
        <w:rPr>
          <w:sz w:val="20"/>
        </w:rPr>
        <w:t>24:39  aap jante hain japan jo hai bohat se jazeera hain wahan.</w:t>
      </w:r>
      <w:r>
        <w:br/>
      </w:r>
      <w:r>
        <w:rPr>
          <w:sz w:val="20"/>
        </w:rPr>
        <w:t>24:42  bohat se jazeera hain, jazeeraon hi ka mulk hai woh.</w:t>
      </w:r>
      <w:r>
        <w:br/>
      </w:r>
      <w:r>
        <w:rPr>
          <w:sz w:val="20"/>
        </w:rPr>
        <w:t>24:46  ek jazeera is ka naam hai Okinawa.</w:t>
      </w:r>
      <w:r>
        <w:br/>
      </w:r>
      <w:r>
        <w:rPr>
          <w:sz w:val="20"/>
        </w:rPr>
        <w:t>24:49  is par qabza kar liya is ne.</w:t>
      </w:r>
      <w:r>
        <w:br/>
      </w:r>
      <w:r>
        <w:rPr>
          <w:sz w:val="20"/>
        </w:rPr>
        <w:t>24:53  aur apna adda bana liya wahan.</w:t>
      </w:r>
      <w:r>
        <w:br/>
      </w:r>
      <w:r>
        <w:rPr>
          <w:sz w:val="20"/>
        </w:rPr>
        <w:t>24:56  yani japan ka ek jazeera, ek Island.</w:t>
      </w:r>
      <w:r>
        <w:br/>
      </w:r>
      <w:r>
        <w:rPr>
          <w:sz w:val="20"/>
        </w:rPr>
        <w:t>24:59  ek bohat bara Island</w:t>
      </w:r>
      <w:r>
        <w:br/>
      </w:r>
      <w:r>
        <w:rPr>
          <w:sz w:val="20"/>
        </w:rPr>
        <w:t>25:03  jis ka naam hai Okinawa, is ko america ne qabza kar liya.</w:t>
      </w:r>
      <w:r>
        <w:br/>
      </w:r>
      <w:r>
        <w:rPr>
          <w:sz w:val="20"/>
        </w:rPr>
        <w:t>25:07  abhi tak qabza hai is ka.</w:t>
      </w:r>
      <w:r>
        <w:br/>
      </w:r>
      <w:r>
        <w:rPr>
          <w:sz w:val="20"/>
        </w:rPr>
        <w:t>25:10  lekin japan ne is okinawa ko phir se chhenne ke liye koi ladai nahi ki.</w:t>
      </w:r>
      <w:r>
        <w:br/>
      </w:r>
      <w:r>
        <w:rPr>
          <w:sz w:val="20"/>
        </w:rPr>
        <w:t>25:14  japan jo hai Atom Bomb ko bhula diya is ne.</w:t>
      </w:r>
      <w:r>
        <w:br/>
      </w:r>
      <w:r>
        <w:rPr>
          <w:sz w:val="20"/>
        </w:rPr>
        <w:t>25:18  america Atom Bomb chala raha tha in ke upar.</w:t>
      </w:r>
      <w:r>
        <w:br/>
      </w:r>
      <w:r>
        <w:rPr>
          <w:sz w:val="20"/>
        </w:rPr>
        <w:t>25:22  is ko bhula diya.</w:t>
      </w:r>
      <w:r>
        <w:br/>
      </w:r>
      <w:r>
        <w:rPr>
          <w:sz w:val="20"/>
        </w:rPr>
        <w:t>25:26  okinawa ko bhi bhula diya is ne.</w:t>
      </w:r>
      <w:r>
        <w:br/>
      </w:r>
      <w:r>
        <w:rPr>
          <w:sz w:val="20"/>
        </w:rPr>
        <w:t>25:30  aur is ke baad unhon ne kiya kiya? unhon ne kiya ke apne mulk ko</w:t>
      </w:r>
    </w:p>
    <w:p>
      <w:pPr>
        <w:pStyle w:val="Heading2"/>
      </w:pPr>
      <w:r>
        <w:t>Salahuddin Ayyubi's missed chance to bear witness over revenge</w:t>
      </w:r>
    </w:p>
    <w:p>
      <w:r>
        <w:rPr>
          <w:color w:val="666666"/>
          <w:sz w:val="18"/>
        </w:rPr>
        <w:t>Don't Be Angry Culture January 15, 2012 · 5m 46s · at 33:05 · https://youtu.be/NrA3X8y_FLY?t=1985</w:t>
      </w:r>
    </w:p>
    <w:p>
      <w:r>
        <w:rPr>
          <w:i/>
        </w:rPr>
        <w:t>“Salahuddin Ayyubi ka ek waqia aata hai tareekh ki kitabon mein”</w:t>
      </w:r>
    </w:p>
    <w:p>
      <w:r>
        <w:rPr>
          <w:sz w:val="20"/>
        </w:rPr>
        <w:t>33:05  Salahuddin Ayubi ke ek waqeye ko le kar.</w:t>
      </w:r>
      <w:r>
        <w:br/>
      </w:r>
      <w:r>
        <w:rPr>
          <w:sz w:val="20"/>
        </w:rPr>
        <w:t>33:09  Aap jante hain ke Salahuddin Ayubi barahween sadi eesvi ka aadmi tha. Is ne jo third crusades hain, is mein is ne bohat zabardast role kiya tha.</w:t>
      </w:r>
      <w:r>
        <w:br/>
      </w:r>
      <w:r>
        <w:rPr>
          <w:sz w:val="20"/>
        </w:rPr>
        <w:t>33:23  Aur is ki wajah se third crusade mein musalmanon ko jeet hui thi.</w:t>
      </w:r>
      <w:r>
        <w:br/>
      </w:r>
      <w:r>
        <w:rPr>
          <w:sz w:val="20"/>
        </w:rPr>
        <w:t>33:28  To is ka ek waqea aata hai tareekh ki kitabon mein ke third crusades mein Christian side se ek ek hota tha general, uska naam tha Reginald.</w:t>
      </w:r>
      <w:r>
        <w:br/>
      </w:r>
      <w:r>
        <w:rPr>
          <w:sz w:val="20"/>
        </w:rPr>
        <w:t>33:40  Reginald. To is dauran mein jab ke ladaai chal rahi thi to Reginald ne ek baar ek ek Muslim karwan ko pakda.</w:t>
      </w:r>
      <w:r>
        <w:br/>
      </w:r>
      <w:r>
        <w:rPr>
          <w:sz w:val="20"/>
        </w:rPr>
        <w:t>33:54  Aur Muslim karwan ko jo bhi kiya ho, mara peeta ho, loota ho, jo bhi kiya ho.</w:t>
      </w:r>
      <w:r>
        <w:br/>
      </w:r>
      <w:r>
        <w:rPr>
          <w:sz w:val="20"/>
        </w:rPr>
        <w:t>34:00  To us waqt is ne yani josh mein aa kar Reginald ne kaha musalman se ke bulao Muhammad ko, woh tumhari madad kare.</w:t>
      </w:r>
      <w:r>
        <w:br/>
      </w:r>
      <w:r>
        <w:rPr>
          <w:sz w:val="20"/>
        </w:rPr>
        <w:t>34:16  Call Muhammad to save you yeh aata hai kitabon mein. To yeh jo is ne kaha tha ke bulao Muhammad ko, woh tumhari madad</w:t>
      </w:r>
      <w:r>
        <w:br/>
      </w:r>
      <w:r>
        <w:rPr>
          <w:sz w:val="20"/>
        </w:rPr>
        <w:t>34:27  kare, yeh khabar pahunchi Salahuddin Ayubi ko. Yeh bohat ghussa ho gaye. Bohat ghussa ho gaya, unhon ne kaha ke achha theek hai, main is ko qatl kar ke rahoon ga.</w:t>
      </w:r>
      <w:r>
        <w:br/>
      </w:r>
      <w:r>
        <w:rPr>
          <w:sz w:val="20"/>
        </w:rPr>
        <w:t>34:41  To aakhir mein kya hua ke Hattin mein mashhoor jo hai jang Hattin, barah-e-to yeh Nuh, Hattin mein ek ladaai hui jis mein Salahuddin Ayubi ne bohat bara role tha un ka</w:t>
      </w:r>
      <w:r>
        <w:br/>
      </w:r>
      <w:r>
        <w:rPr>
          <w:sz w:val="20"/>
        </w:rPr>
        <w:t>34:56  . To is mein musalmanon ko jeet hui. Aur is mein Reginald pakda gaya. Reginald giraftaar ho kar ke Salahuddin ke paas laya gaya, us ke tent mein.</w:t>
      </w:r>
      <w:r>
        <w:br/>
      </w:r>
      <w:r>
        <w:rPr>
          <w:sz w:val="20"/>
        </w:rPr>
        <w:t>35:07  Jab tent mein woh aaya, laya gaya to Salahuddin Ayubi ne us ko yaad dilaya ke tum woh shakhs ho jis ne aisa kaha tha ke dekho, ab main tum ko batata hoon, is ka badla leta hoon tum se.</w:t>
      </w:r>
      <w:r>
        <w:br/>
      </w:r>
      <w:r>
        <w:rPr>
          <w:sz w:val="20"/>
        </w:rPr>
        <w:t>35:21  To kitabon mein aata hai ke Salahuddin Ayubi ne talwar uthai aur yeh keh kar us ko qatl kar diya ke ها أنا أنتصر لمحمد علیہ الصلاة والسلام yeh lo, main Muhammad ki taraf se tum se badla leta hoon.</w:t>
      </w:r>
      <w:r>
        <w:br/>
      </w:r>
      <w:r>
        <w:rPr>
          <w:sz w:val="20"/>
        </w:rPr>
        <w:t>35:40  Gardan maar di is ki. Is ko jab main ne parha, is waqeye ko to ek ajeeb ghareeb soch mere andar paida hui.</w:t>
      </w:r>
      <w:r>
        <w:br/>
      </w:r>
      <w:r>
        <w:rPr>
          <w:sz w:val="20"/>
        </w:rPr>
        <w:t>35:50  Main ne kaha Salahuddin Ayubi ke liye woh ek opportunity thi. Gawahi dene ki, sachai gawahi. Dekhiye, hum aap gawah hain.</w:t>
      </w:r>
      <w:r>
        <w:br/>
      </w:r>
      <w:r>
        <w:rPr>
          <w:sz w:val="20"/>
        </w:rPr>
        <w:t>35:59  Hadees mein aata hai ke المسلمون شهداء الله فی الارض musalman jo hai dunya mein haq ke gawah hain.</w:t>
      </w:r>
      <w:r>
        <w:br/>
      </w:r>
      <w:r>
        <w:rPr>
          <w:sz w:val="20"/>
        </w:rPr>
        <w:t>36:10  Yaani jab koi mauqa ho to khade ho kar batayein ke sachai yeh hai, yeh baatil hai, yeh haq hai.</w:t>
      </w:r>
      <w:r>
        <w:br/>
      </w:r>
      <w:r>
        <w:rPr>
          <w:sz w:val="20"/>
        </w:rPr>
        <w:t>36:18  To us waqt kya maamla tha, dekhiye, is par ghaur kijiye. Reginald ne jab yeh kaha tha ke bulao Muhammad ko, tum ko bachayein mujh se, us ke dimagh mein kahin yeh ghusa hua hoga ke musalman Muhammad ko samajhte hain ke un ke andar koi divine power hai,</w:t>
      </w:r>
      <w:r>
        <w:br/>
      </w:r>
      <w:r>
        <w:rPr>
          <w:sz w:val="20"/>
        </w:rPr>
        <w:t>36:38  Khudai taqat hai. Jaisa ke aam taur par hota hai doosre mazhabon mein.</w:t>
      </w:r>
      <w:r>
        <w:br/>
      </w:r>
      <w:r>
        <w:rPr>
          <w:sz w:val="20"/>
        </w:rPr>
        <w:t>36:45  To musalman bhi yahi samajhte honge.</w:t>
      </w:r>
      <w:r>
        <w:br/>
      </w:r>
      <w:r>
        <w:rPr>
          <w:sz w:val="20"/>
        </w:rPr>
        <w:t>36:50  Is liye is ki jo jumla nikla zuban se ke Muhammad Muhammad ko tum samajhte ho ke woh tumhare savior hain, tumhein bachane wale hain, to bulao, bachayein mujh ko un se.</w:t>
      </w:r>
      <w:r>
        <w:br/>
      </w:r>
      <w:r>
        <w:rPr>
          <w:sz w:val="20"/>
        </w:rPr>
        <w:t>37:02  Yeh is ka ek baatil khayal tha, fasid khayal tha. Aisa Islam mein koi taleem nahi hai.</w:t>
      </w:r>
      <w:r>
        <w:br/>
      </w:r>
      <w:r>
        <w:rPr>
          <w:sz w:val="20"/>
        </w:rPr>
        <w:t>37:10  Kyun ke Quran mein hai ke إنما أنا بشر مثلكم إليكم إله واحد ke main ek bashar hoon.</w:t>
      </w:r>
      <w:r>
        <w:br/>
      </w:r>
      <w:r>
        <w:rPr>
          <w:sz w:val="20"/>
        </w:rPr>
        <w:t>37:21  Yeh farmaya Paighambar ne. Main ek bashar hoon. Sirf itni si baat hai ke mere upar wahi aati hai Allah Ta'ala ki taraf se, is liye ke main is ko tumhein tak pahunchaoon.</w:t>
      </w:r>
      <w:r>
        <w:br/>
      </w:r>
      <w:r>
        <w:rPr>
          <w:sz w:val="20"/>
        </w:rPr>
        <w:t>37:36  Baaki taqat, ikhtiyar, qudrat yeh sab Allah ka hissa hai. Mujhe kisi cheez ki qudrat haasil nahi hai. To yeh kitna bara is ke andar galat fehmi thi Islam ke bare mein ke musalman samajhte hain ke Muhammad jo hain un ke andar koi Khudai taqat hai.</w:t>
      </w:r>
      <w:r>
        <w:br/>
      </w:r>
      <w:r>
        <w:rPr>
          <w:sz w:val="20"/>
        </w:rPr>
        <w:t>37:55  jaisa ke doosri qaumein samajhti hain. jabke mamla yeh hai ke Islam mein yeh aqeedah nahi hai. Islam mein aqeedah yeh hai ke sirf ek Allah taala ko sari taqat hasil hai.</w:t>
      </w:r>
      <w:r>
        <w:br/>
      </w:r>
      <w:r>
        <w:rPr>
          <w:sz w:val="20"/>
        </w:rPr>
        <w:t>38:09  to us waqt Salahuddin Ayyubi ke liye ek opportunity thi gawahi dene ke liye. woh khada hota ke main gawahi deta hoon ke taqat sirf ek Allah ko hai.</w:t>
      </w:r>
      <w:r>
        <w:br/>
      </w:r>
      <w:r>
        <w:rPr>
          <w:sz w:val="20"/>
        </w:rPr>
        <w:t>38:20  Muhammad Allah ke Rasool hain, woh Khuda nahi hain.</w:t>
      </w:r>
      <w:r>
        <w:br/>
      </w:r>
      <w:r>
        <w:rPr>
          <w:sz w:val="20"/>
        </w:rPr>
        <w:t>38:25  Ulama ko bithata ke samjhao is ko, Reginald ko. is ki galat fehmi door karo. marne se pehle woh jaan le ke sachai kya hai.</w:t>
      </w:r>
      <w:r>
        <w:br/>
      </w:r>
      <w:r>
        <w:rPr>
          <w:sz w:val="20"/>
        </w:rPr>
        <w:t>38:36  lekin bas gardan talwar uthai, gardan maar di is ki. kyun? ghusse mein aadmi ki aql jo hai kho jati hai. ghusse mein aadmi right thinking se mehroom ho jata hai.</w:t>
      </w:r>
    </w:p>
    <w:p>
      <w:pPr>
        <w:pStyle w:val="Heading2"/>
      </w:pPr>
      <w:r>
        <w:t>Positive thinking and peaceful method</w:t>
      </w:r>
    </w:p>
    <w:p>
      <w:r>
        <w:rPr>
          <w:color w:val="666666"/>
          <w:sz w:val="18"/>
        </w:rPr>
        <w:t>Moral Values in Islam 10 July, 2008 - Maulana Wahiduddin Khan · 5m 55s · at 23:39 · https://youtu.be/IdBtIDNiLUg?t=1419</w:t>
      </w:r>
    </w:p>
    <w:p>
      <w:r>
        <w:rPr>
          <w:i/>
        </w:rPr>
        <w:t>“Then it requires positive thinking.”</w:t>
      </w:r>
    </w:p>
    <w:p>
      <w:r>
        <w:rPr>
          <w:sz w:val="20"/>
        </w:rPr>
        <w:t>23:39  then, it requires positive thinking. without positive thinking, you can not have moral values.</w:t>
      </w:r>
      <w:r>
        <w:br/>
      </w:r>
      <w:r>
        <w:rPr>
          <w:sz w:val="20"/>
        </w:rPr>
        <w:t>23:56  positive thinking is prerequisite towards moral society. now, what is positive thinking and why it is so important?</w:t>
      </w:r>
      <w:r>
        <w:br/>
      </w:r>
      <w:r>
        <w:rPr>
          <w:sz w:val="20"/>
        </w:rPr>
        <w:t>24:13  you know, we live in a society. you can not live in vacuum.</w:t>
      </w:r>
      <w:r>
        <w:br/>
      </w:r>
      <w:r>
        <w:rPr>
          <w:sz w:val="20"/>
        </w:rPr>
        <w:t>24:24  you can not live in an an a island as an alone person</w:t>
      </w:r>
      <w:r>
        <w:br/>
      </w:r>
      <w:r>
        <w:rPr>
          <w:sz w:val="20"/>
        </w:rPr>
        <w:t>24:33  . you are compelled to live in a society. and you know, every member of society enjoy freedom.</w:t>
      </w:r>
      <w:r>
        <w:br/>
      </w:r>
      <w:r>
        <w:rPr>
          <w:sz w:val="20"/>
        </w:rPr>
        <w:t>24:47  freedom is given to every human being by nature, by god</w:t>
      </w:r>
      <w:r>
        <w:br/>
      </w:r>
      <w:r>
        <w:rPr>
          <w:sz w:val="20"/>
        </w:rPr>
        <w:t>24:56  . you can not abolish their freedom. so, they have right to, right for both, either to misuse or proper use their freedom.</w:t>
      </w:r>
      <w:r>
        <w:br/>
      </w:r>
      <w:r>
        <w:rPr>
          <w:sz w:val="20"/>
        </w:rPr>
        <w:t>25:16  it is their right</w:t>
      </w:r>
      <w:r>
        <w:br/>
      </w:r>
      <w:r>
        <w:rPr>
          <w:sz w:val="20"/>
        </w:rPr>
        <w:t>25:17  , either their choice. it is their own choice. so, when they misuse their freedom, that creates problem.</w:t>
      </w:r>
      <w:r>
        <w:br/>
      </w:r>
      <w:r>
        <w:rPr>
          <w:sz w:val="20"/>
        </w:rPr>
        <w:t>25:35  when someone misuses his freedom, it creates problem.</w:t>
      </w:r>
      <w:r>
        <w:br/>
      </w:r>
      <w:r>
        <w:rPr>
          <w:sz w:val="20"/>
        </w:rPr>
        <w:t>25:47  all kind of problem, notions, so many things. so, what to do?</w:t>
      </w:r>
      <w:r>
        <w:br/>
      </w:r>
      <w:r>
        <w:rPr>
          <w:sz w:val="20"/>
        </w:rPr>
        <w:t>25:58  it is beyond your capacity to abolish the freedom of those people. so, now, you have only two choices.</w:t>
      </w:r>
      <w:r>
        <w:br/>
      </w:r>
      <w:r>
        <w:rPr>
          <w:sz w:val="20"/>
        </w:rPr>
        <w:t>26:11  this is not choice to abolish the freedom. freedom is not a choice. this is beyond your capacity.</w:t>
      </w:r>
      <w:r>
        <w:br/>
      </w:r>
      <w:r>
        <w:rPr>
          <w:sz w:val="20"/>
        </w:rPr>
        <w:t>26:20  then, there are only two choices: either to fight or to tolerate.</w:t>
      </w:r>
      <w:r>
        <w:br/>
      </w:r>
      <w:r>
        <w:rPr>
          <w:sz w:val="20"/>
        </w:rPr>
        <w:t>26:30  either you have to fight from, either you have to fight those people or tolerate.</w:t>
      </w:r>
      <w:r>
        <w:br/>
      </w:r>
      <w:r>
        <w:rPr>
          <w:sz w:val="20"/>
        </w:rPr>
        <w:t>26:45  if you fight, then history shows that fighting</w:t>
      </w:r>
      <w:r>
        <w:br/>
      </w:r>
      <w:r>
        <w:rPr>
          <w:sz w:val="20"/>
        </w:rPr>
        <w:t>26:58  always result negatively. you know, violence and war or fighting only give you some kind of negative result.</w:t>
      </w:r>
      <w:r>
        <w:br/>
      </w:r>
      <w:r>
        <w:rPr>
          <w:sz w:val="20"/>
        </w:rPr>
        <w:t>27:16  positive result can be had only through peaceful method and not violent method. no one was able to achieve positive result through violence, through fighting, through war.</w:t>
      </w:r>
      <w:r>
        <w:br/>
      </w:r>
      <w:r>
        <w:rPr>
          <w:sz w:val="20"/>
        </w:rPr>
        <w:t>27:36  even a super war, even a superpower can not achieve.</w:t>
      </w:r>
      <w:r>
        <w:br/>
      </w:r>
      <w:r>
        <w:rPr>
          <w:sz w:val="20"/>
        </w:rPr>
        <w:t>27:45  even a superpower can not achieve positive result through war.</w:t>
      </w:r>
      <w:r>
        <w:br/>
      </w:r>
      <w:r>
        <w:rPr>
          <w:sz w:val="20"/>
        </w:rPr>
        <w:t>27:52  no, no, no, napoleon, no, hitler, no, stalin, no, george bush.</w:t>
      </w:r>
      <w:r>
        <w:br/>
      </w:r>
      <w:r>
        <w:rPr>
          <w:sz w:val="20"/>
        </w:rPr>
        <w:t>28:03  no one was able to achieve positive result through war or through violence. so, it is a history.</w:t>
      </w:r>
      <w:r>
        <w:br/>
      </w:r>
      <w:r>
        <w:rPr>
          <w:sz w:val="20"/>
        </w:rPr>
        <w:t>28:14  so, if you, if you opt for fighting, it means that you are opting that is that, that is greater evil for you.</w:t>
      </w:r>
      <w:r>
        <w:br/>
      </w:r>
      <w:r>
        <w:rPr>
          <w:sz w:val="20"/>
        </w:rPr>
        <w:t>28:31  if notions was a lesser evil, then fighting is a greater evil.</w:t>
      </w:r>
      <w:r>
        <w:br/>
      </w:r>
      <w:r>
        <w:rPr>
          <w:sz w:val="20"/>
        </w:rPr>
        <w:t>28:42  if problem was a lesser evil, if notions was a lesser evil, then fighting is a greater evil, because you will lose everything.</w:t>
      </w:r>
      <w:r>
        <w:br/>
      </w:r>
      <w:r>
        <w:rPr>
          <w:sz w:val="20"/>
        </w:rPr>
        <w:t>29:00  so, you have no option other than to adopt peaceful method.</w:t>
      </w:r>
      <w:r>
        <w:br/>
      </w:r>
      <w:r>
        <w:rPr>
          <w:sz w:val="20"/>
        </w:rPr>
        <w:t>29:08  peaceful method means to tolerate, to forgive, to keep patience.</w:t>
      </w:r>
      <w:r>
        <w:br/>
      </w:r>
      <w:r>
        <w:rPr>
          <w:sz w:val="20"/>
        </w:rPr>
        <w:t>29:17  that is peaceful method.</w:t>
      </w:r>
      <w:r>
        <w:br/>
      </w:r>
      <w:r>
        <w:rPr>
          <w:sz w:val="20"/>
        </w:rPr>
        <w:t>29:24  peaceful method is not a passive attitude. it is an active attitude.</w:t>
      </w:r>
    </w:p>
    <w:p>
      <w:pPr>
        <w:pStyle w:val="Heading2"/>
      </w:pPr>
      <w:r>
        <w:t>Full teaching on sincere repentance and modesty</w:t>
      </w:r>
    </w:p>
    <w:p>
      <w:r>
        <w:rPr>
          <w:color w:val="666666"/>
          <w:sz w:val="18"/>
        </w:rPr>
        <w:t>The Quran 11 90 CPS Women Weekly Discussion 32 December 10, 2023 · 5m 54s · at 1:59 · https://youtu.be/GB7dNbRkNI4?t=119</w:t>
      </w:r>
    </w:p>
    <w:p>
      <w:r>
        <w:rPr>
          <w:i/>
        </w:rPr>
        <w:t>“एक मोमिन जब सच्चे दिल से अल्लाह से तोबा करता है”</w:t>
      </w:r>
    </w:p>
    <w:p>
      <w:r>
        <w:rPr>
          <w:sz w:val="20"/>
        </w:rPr>
        <w:t>1:59  ek momin jab sachche dil se Allah se toba karta hai, apni ghaltiyon ki maafi mangta hai, to Allah us us insaan ko apni rehmaten khaas mil leta hai. Isi liye ek sacchi toba insaan ki zindagi badal deti hai. Yeh ehsaas, yeh regret ke maine bahut badi ghalti ki hai. Usko repentance kehne ka isko kehte hain matlab pachtawa kehte hain.</w:t>
      </w:r>
      <w:r>
        <w:br/>
      </w:r>
      <w:r>
        <w:rPr>
          <w:sz w:val="20"/>
        </w:rPr>
        <w:t>2:27  quran mein tobay nasooh ke bare mein bataya gaya hai.</w:t>
      </w:r>
      <w:r>
        <w:br/>
      </w:r>
      <w:r>
        <w:rPr>
          <w:sz w:val="20"/>
        </w:rPr>
        <w:t>2:38  hum bola na wahiduddin sahib kehte hain tobay nasooh yani sachchi toba insan ki soch ka rukh</w:t>
      </w:r>
      <w:r>
        <w:br/>
      </w:r>
      <w:r>
        <w:rPr>
          <w:sz w:val="20"/>
        </w:rPr>
        <w:t>2:49  badal deti yani bolne aur amal mein bahut zyada apne ko pabind rakhta hai.</w:t>
      </w:r>
      <w:r>
        <w:br/>
      </w:r>
      <w:r>
        <w:rPr>
          <w:sz w:val="20"/>
        </w:rPr>
        <w:t>3:01  insaan ka aakhirat se nidar ho. Jaise bahut sare insaan hote hain. Aakhirat se nidar ho gaye, zindagi guzarte hain.</w:t>
      </w:r>
      <w:r>
        <w:br/>
      </w:r>
      <w:r>
        <w:rPr>
          <w:sz w:val="20"/>
        </w:rPr>
        <w:t>3:25  aksar aisa hota hai ke kisi insaan ke muqable mein ek insaan se ghalti hoti hai to insaan apna apni jo ghalti manne ko tayyar nahi hota. Bahut kam log hote hain jo foreign apni ghalti ko mante hain. Zyada tar log ghalti mante nahi hain, itraaf nahi karte kyunke apne ego ki wajah se ya phir majboora na maafi mangkar baat ko khatm kar diya jata hai. To iska matlab insaan ke andar ghalti ka pachtawa nahi hai.</w:t>
      </w:r>
      <w:r>
        <w:br/>
      </w:r>
      <w:r>
        <w:rPr>
          <w:sz w:val="20"/>
        </w:rPr>
        <w:t>3:54  agar aisa kar raha hai insaan ke woh majbooran ghalti maan raha hai, ehsaas nahi hai, Khuda ka dar nahi hai. To Maulana sahib ne bahut hi aala tareeqe se is baat ko hamein bataya hai ke insaan sirf zuban se maafi mangkar ya sirf itraaf karke baat ko yeh matlab yeh na samjhe ke khatm ho gayi hai. Yeh to karna hi hai.</w:t>
      </w:r>
      <w:r>
        <w:br/>
      </w:r>
      <w:r>
        <w:rPr>
          <w:sz w:val="20"/>
        </w:rPr>
        <w:t>4:19  insaan ka aala character yeh hona chahiye ke woh apni jo woh matlab ke woh agar usne kisi ka dil dukhaya hai apni zuban se ya kisi tareeqe se, to uske baad woh us insaan ke sath apni jo hai apna connection mazboot kare, apni mohabbat ka rishta badhane ki koshish kare. Uske liye aur acha kaam kare, uski madad kare, uski fikr kare.</w:t>
      </w:r>
      <w:r>
        <w:br/>
      </w:r>
      <w:r>
        <w:rPr>
          <w:sz w:val="20"/>
        </w:rPr>
        <w:t>4:44  taake uska dil jo hai us se jo bhi takleef hui ho, uske dil par jo dhabba lag gaya ho uski taraf se jo takleef hui ho to usko woh woh uski mohabbat aur uska fikr jo hai usko saaf kar dein. Us se uska dil saaf ho jaye.</w:t>
      </w:r>
      <w:r>
        <w:br/>
      </w:r>
      <w:r>
        <w:rPr>
          <w:sz w:val="20"/>
        </w:rPr>
        <w:t>5:03  to iska matlab hua ke insaan ke mamle mein bhi ghalti ho jaane ke baad ek insaan ko shiddat se pachtawa hona aur itraaf karna yeh insaan ki khud ki zaroorat hai taake farishton ke jo record hain, farishte jo record banate hain uska naam us mein likha ja sake ke woh ek modest insaan hai. Zaroori hota hai ke hum apna itraaf karen, uske sath woh karen.</w:t>
      </w:r>
      <w:r>
        <w:br/>
      </w:r>
      <w:r>
        <w:rPr>
          <w:sz w:val="20"/>
        </w:rPr>
        <w:t>5:28  to hadith mein bataya gaya hai ki har insan khata kar hai aur sabse achha khata kar yani sinner woh</w:t>
      </w:r>
      <w:r>
        <w:br/>
      </w:r>
      <w:r>
        <w:rPr>
          <w:sz w:val="20"/>
        </w:rPr>
        <w:t>5:33  hai jo khata ke baad toba kare.</w:t>
      </w:r>
      <w:r>
        <w:br/>
      </w:r>
      <w:r>
        <w:rPr>
          <w:sz w:val="20"/>
        </w:rPr>
        <w:t>5:38  molana wahiduddin sahib kehte hain ki galti ka itraaf karna, accept karna, galti ko manna ek bahut bada</w:t>
      </w:r>
      <w:r>
        <w:br/>
      </w:r>
      <w:r>
        <w:rPr>
          <w:sz w:val="20"/>
        </w:rPr>
        <w:t>5:44  badi badak ka amal hai.</w:t>
      </w:r>
      <w:r>
        <w:br/>
      </w:r>
      <w:r>
        <w:rPr>
          <w:sz w:val="20"/>
        </w:rPr>
        <w:t>5:49  khuda ke muqable mein apni galti ka itraaf karna toba hai aur insan ke muqable mein usko galti</w:t>
      </w:r>
      <w:r>
        <w:br/>
      </w:r>
      <w:r>
        <w:rPr>
          <w:sz w:val="20"/>
        </w:rPr>
        <w:t>5:54  ka itraaf karna kehte hain yani apni galti ko manna kehte hain.</w:t>
      </w:r>
      <w:r>
        <w:br/>
      </w:r>
      <w:r>
        <w:rPr>
          <w:sz w:val="20"/>
        </w:rPr>
        <w:t>6:00  Asavere usool ki zindagi ka agar mutala kiya jaye to batate hain ke woh bahut zyada toba karne wale aur itraaf karne wale thay. Bahut sare aise waqiyat hain jahan unki koi ghalti nahi hoti thi. Qanooni hisab se unki koi ghalti nahi hoti thi. Phir bhi woh kehte thay mujhse ghalti hui, mujhko maaf kar do.</w:t>
      </w:r>
      <w:r>
        <w:br/>
      </w:r>
      <w:r>
        <w:rPr>
          <w:sz w:val="20"/>
        </w:rPr>
        <w:t>6:21  to Maulana sahib kehte hain ke iski wajah yeh hai ke yeh kehna ke main ghalti par tha, darasal apni modesty ko establish karna hota hai. Apni modesty ko qaim rakhna hai. Kyunke Islam, Islami aqeede ke mutabiq har insaan ke paas har waqt Khuda ke farishte hote hain. Jo uska record likhte rehte hain. Ek saccha momin is baat ka greedy hoga.</w:t>
      </w:r>
      <w:r>
        <w:br/>
      </w:r>
      <w:r>
        <w:rPr>
          <w:sz w:val="20"/>
        </w:rPr>
        <w:t>6:50  uske matlab bahut zyada uski uski cheez ki lalach ho gayi hai ke farishte apne record mein usko ek modest insaan ki hasiyat se likhen. Na ke ek circus insaan jo arrogant ho, jo bahut zyada ego mein rahe. Is insaan ki hasiyat se. To har insaan chahega ke hamari farishte hamara record ek achhe modest insaan ki hasiyat se jaane.</w:t>
      </w:r>
      <w:r>
        <w:br/>
      </w:r>
      <w:r>
        <w:rPr>
          <w:sz w:val="20"/>
        </w:rPr>
        <w:t>7:17  to is tarah yeh kehna ki main galti par tha jabki woh galti par na bhi ho to</w:t>
      </w:r>
      <w:r>
        <w:br/>
      </w:r>
      <w:r>
        <w:rPr>
          <w:sz w:val="20"/>
        </w:rPr>
        <w:t>7:24  momin ko farishton ki sohbat milti hai aur khud ko khuda ke aage jhukna, jhukakar momin ko taskeen</w:t>
      </w:r>
      <w:r>
        <w:br/>
      </w:r>
      <w:r>
        <w:rPr>
          <w:sz w:val="20"/>
        </w:rPr>
        <w:t>7:31  milti hai, satisfied ho jata hai, rehta hai woh aur jo insan apni galti ka aitraaf nahi kar</w:t>
      </w:r>
      <w:r>
        <w:br/>
      </w:r>
      <w:r>
        <w:rPr>
          <w:sz w:val="20"/>
        </w:rPr>
        <w:t>7:38  pata woh farishton se door ho jata hai aur woh sirf apne sarkishi ko sarkish jo hota hai</w:t>
      </w:r>
      <w:r>
        <w:br/>
      </w:r>
      <w:r>
        <w:rPr>
          <w:sz w:val="20"/>
        </w:rPr>
        <w:t>7:45  ego ke jazbat ko taskeen kar leta hai, satisfied kar leta hai.</w:t>
      </w:r>
      <w:r>
        <w:br/>
      </w:r>
      <w:r>
        <w:rPr>
          <w:sz w:val="20"/>
        </w:rPr>
        <w:t>7:53  to aakhir mein Maulana sahib ki line se khatm karti hoon ke Maulana sahib likhte hain ke ba maqsad aadmi ki pehchan yeh hai ke subah ko woh apna mansooba banaye, apni planning kare aur shaam ko woh apna muhasba kare, apna introspection kare. Yahi meri learning thi Shabina. Jaisa Kalyapa, kuch important important points jo aapne kaha ke apni galtiyon ko aitraaf karen.</w:t>
      </w:r>
    </w:p>
    <w:p>
      <w:pPr>
        <w:pStyle w:val="Heading2"/>
      </w:pPr>
      <w:r>
        <w:t>Root cause of communal riots and deep understanding</w:t>
      </w:r>
    </w:p>
    <w:p>
      <w:r>
        <w:rPr>
          <w:color w:val="666666"/>
          <w:sz w:val="18"/>
        </w:rPr>
        <w:t>Religious Understanding October 18, 2015 Maulana Wahiduddin Khan · 5m 48s · at 34:42 · https://youtu.be/yt5TAVhva6E?t=2082</w:t>
      </w:r>
    </w:p>
    <w:p>
      <w:r>
        <w:rPr>
          <w:i/>
        </w:rPr>
        <w:t>“Jitne bhi fasaad hain, woh kyun hote hain?”</w:t>
      </w:r>
    </w:p>
    <w:p>
      <w:r>
        <w:rPr>
          <w:sz w:val="20"/>
        </w:rPr>
        <w:t>34:42  woh kyun hote hain? woh yani jis ko kehte hain bhadak jana, misfire ho jana, is se hote hain.</w:t>
      </w:r>
      <w:r>
        <w:br/>
      </w:r>
      <w:r>
        <w:rPr>
          <w:sz w:val="20"/>
        </w:rPr>
        <w:t>34:53  koi choti si baat hui, us ko bhadak uthte hain, is se falah ho jata hai.</w:t>
      </w:r>
      <w:r>
        <w:br/>
      </w:r>
      <w:r>
        <w:rPr>
          <w:sz w:val="20"/>
        </w:rPr>
        <w:t>34:59  misal ke taur par holi mein ek fasaad hua tha,</w:t>
      </w:r>
      <w:r>
        <w:br/>
      </w:r>
      <w:r>
        <w:rPr>
          <w:sz w:val="20"/>
        </w:rPr>
        <w:t>35:05  aksar fasaad hota hai. to jo holi juloos nikalta hai, juloos un ke paas woh hota hai, rang pushkari mein rang bhar kar liye rehte hain.</w:t>
      </w:r>
      <w:r>
        <w:br/>
      </w:r>
      <w:r>
        <w:rPr>
          <w:sz w:val="20"/>
        </w:rPr>
        <w:t>35:17  to woh aise aise maarte hain idhar udhar. to kahin masjid ki deewar par rang pad gaya, ab log bhadak uthe,</w:t>
      </w:r>
      <w:r>
        <w:br/>
      </w:r>
      <w:r>
        <w:rPr>
          <w:sz w:val="20"/>
        </w:rPr>
        <w:t>35:26  bhadak uthe to yani pehle hoti hai heating, jis ko us ko kehte hain heating exchange, badhte badhte badhta aayi fasaad.</w:t>
      </w:r>
      <w:r>
        <w:br/>
      </w:r>
      <w:r>
        <w:rPr>
          <w:sz w:val="20"/>
        </w:rPr>
        <w:t>35:38  to yeh ek ek galat masla bana rakha hai ke masjid ki deewar par agar woh rang pad gaya to nijas ho gayi. halanke kuch bhi nahi, woh kuch bhi rahe, tab bhi dho diye, tab bhi khatam.</w:t>
      </w:r>
      <w:r>
        <w:br/>
      </w:r>
      <w:r>
        <w:rPr>
          <w:sz w:val="20"/>
        </w:rPr>
        <w:t>35:52  aap chahe dho diye, chahe rehne dijiye,</w:t>
      </w:r>
      <w:r>
        <w:br/>
      </w:r>
      <w:r>
        <w:rPr>
          <w:sz w:val="20"/>
        </w:rPr>
        <w:t>35:54  is se koi masjid nijas nahi hogi.</w:t>
      </w:r>
      <w:r>
        <w:br/>
      </w:r>
      <w:r>
        <w:rPr>
          <w:sz w:val="20"/>
        </w:rPr>
        <w:t>36:03  to jitne bhi kamre right India mein hue hain, woh sab isi liye hue hain ke logon ke log khud sakhta masle bana rakhe hain, jis tarah haj mein mazhab bana rakha hai ke meri konkri ko ja ke hit karna chahiye.</w:t>
      </w:r>
      <w:r>
        <w:br/>
      </w:r>
      <w:r>
        <w:rPr>
          <w:sz w:val="20"/>
        </w:rPr>
        <w:t>36:19  aise hi galat masle, is galat masle ki wajah se musalman bhadak uthte hain, bhadak uthte hain to fasaad hota hai.</w:t>
      </w:r>
      <w:r>
        <w:br/>
      </w:r>
      <w:r>
        <w:rPr>
          <w:sz w:val="20"/>
        </w:rPr>
        <w:t>36:31  misalan yeh masla bana rakha hai ke masjid ke samne juloos nikla hai to baja nahi bajna chahiye, is se masjid ki be-urmati hoti hai.</w:t>
      </w:r>
      <w:r>
        <w:br/>
      </w:r>
      <w:r>
        <w:rPr>
          <w:sz w:val="20"/>
        </w:rPr>
        <w:t>36:40  halankeh masjid ki be-urmati ka tasawwur hi galat hai ke baaja baje to masjid ki be-urmati ho jaye. To to aap bhadak uthe aur lage fasaad karne.</w:t>
      </w:r>
      <w:r>
        <w:br/>
      </w:r>
      <w:r>
        <w:rPr>
          <w:sz w:val="20"/>
        </w:rPr>
        <w:t>36:51  is tarah dekhiye, baar baar fasaad hua hai is par ke rasool Allah ki gustakhi. Ab aap ko aaj tak pata nahi hoga ke woh gustakhi mein woh lafz kya bola tha woh aadmi.</w:t>
      </w:r>
      <w:r>
        <w:br/>
      </w:r>
      <w:r>
        <w:rPr>
          <w:sz w:val="20"/>
        </w:rPr>
        <w:t>37:03  hata ke ibn taimiya ne kitaab likhi hai isi par ke ek isai ne shatm kiya to unhon ne likha ke is ko maar dalo.</w:t>
      </w:r>
      <w:r>
        <w:br/>
      </w:r>
      <w:r>
        <w:rPr>
          <w:sz w:val="20"/>
        </w:rPr>
        <w:t>37:13  khud ibn taimiya ne bhi nahi bataya ke shatm kiya lafz bola tha. Woh jab aap kahein ke falan ne shatm kiya to aap poochna chahiye ke kya lafz bola tha woh</w:t>
      </w:r>
      <w:r>
        <w:br/>
      </w:r>
      <w:r>
        <w:rPr>
          <w:sz w:val="20"/>
        </w:rPr>
        <w:t>37:27  aur shatm ki tareef kya hai. Yeh sab ghair maloom hai, bas agar afwah urey gi ke shatm kiya</w:t>
      </w:r>
      <w:r>
        <w:br/>
      </w:r>
      <w:r>
        <w:rPr>
          <w:sz w:val="20"/>
        </w:rPr>
        <w:t>37:33  hai aur lage maarne aap ko to deen ko gehrai ke saath samajhna bohat zaroori hai, warna yeh sab hota rahega.</w:t>
      </w:r>
      <w:r>
        <w:br/>
      </w:r>
      <w:r>
        <w:rPr>
          <w:sz w:val="20"/>
        </w:rPr>
        <w:t>37:45  maine bohat logon se poocha jo shatm bardasht nahi kar sake, shatm hamare rasool par shatm kiya jaye to bardasht nahi kar sakte.</w:t>
      </w:r>
      <w:r>
        <w:br/>
      </w:r>
      <w:r>
        <w:rPr>
          <w:sz w:val="20"/>
        </w:rPr>
        <w:t>38:00  ab poocho un se poocha kya lafz bola to</w:t>
      </w:r>
      <w:r>
        <w:br/>
      </w:r>
      <w:r>
        <w:rPr>
          <w:sz w:val="20"/>
        </w:rPr>
        <w:t>38:02  nahi bata paate. Main ek martaba ali garh mein tha, ali garh mein ek professor sahab ka baitha hua tha to ek ladka aaya, ek student ali garh university ka, muslim university ka talib-e-ilm, bare jazbe mein, ghusse mein tha.</w:t>
      </w:r>
      <w:r>
        <w:br/>
      </w:r>
      <w:r>
        <w:rPr>
          <w:sz w:val="20"/>
        </w:rPr>
        <w:t>38:20  to professor se woh kehta hai ke sahab yeh hum ko bardasht nahi, hamare rasool ke khilaaf gustakhi ki bardasht nahi, hum rasool ke khilaaf gustakhi ko bardasht nahi kar sakte.</w:t>
      </w:r>
      <w:r>
        <w:br/>
      </w:r>
      <w:r>
        <w:rPr>
          <w:sz w:val="20"/>
        </w:rPr>
        <w:t>38:33  to main sunta raha to main bohat narmi se poocha ke bhai gustakhi jis ko aap kahein woh kya lafz bola tha?</w:t>
      </w:r>
      <w:r>
        <w:br/>
      </w:r>
      <w:r>
        <w:rPr>
          <w:sz w:val="20"/>
        </w:rPr>
        <w:t>38:42  woh jis aadmi ne gustakhi ki to lafz kya bola tha? Woh yeh bataya nahi is ne. Yani ghusse mein hai lekin us ko yeh batane ko, us ke paas yeh batane ke liye nahi hai ke gustakhi kar raha hai kya?</w:t>
      </w:r>
      <w:r>
        <w:br/>
      </w:r>
      <w:r>
        <w:rPr>
          <w:sz w:val="20"/>
        </w:rPr>
        <w:t>38:56  jab us ne to lafz kya bola tha? Woh to yeh sab nasamjhi hai.</w:t>
      </w:r>
      <w:r>
        <w:br/>
      </w:r>
      <w:r>
        <w:rPr>
          <w:sz w:val="20"/>
        </w:rPr>
        <w:t>39:04  aap ko agar koi kahe ke rasool Allah ki shaan mein gustakhi ki gayi to pata kijiye kya kya gustakhi hui? Kya bola woh? Gustakhi ki definition kya hai?</w:t>
      </w:r>
      <w:r>
        <w:br/>
      </w:r>
      <w:r>
        <w:rPr>
          <w:sz w:val="20"/>
        </w:rPr>
        <w:t>39:15  yani awalan to gustakhi par marna yeh koi masla deen ka nahi hai. Kitabon mein likha jata hai, fiqah kitabon mein yeqtul hadda, yeqtul hadda.</w:t>
      </w:r>
      <w:r>
        <w:br/>
      </w:r>
      <w:r>
        <w:rPr>
          <w:sz w:val="20"/>
        </w:rPr>
        <w:t>39:30  lekin yeh yeh masla nahi batate ke pehle tehqeeq</w:t>
      </w:r>
      <w:r>
        <w:br/>
      </w:r>
      <w:r>
        <w:rPr>
          <w:sz w:val="20"/>
        </w:rPr>
        <w:t>39:33  karo.</w:t>
      </w:r>
      <w:r>
        <w:br/>
      </w:r>
      <w:r>
        <w:rPr>
          <w:sz w:val="20"/>
        </w:rPr>
        <w:t>39:38  fiqah kitabon mein aap bohat padhenge is baat ko ke jab koi aadmi rasool Allah ki shatm kare to yeqtul hadda, butar hadd us ko mara jayega.</w:t>
      </w:r>
      <w:r>
        <w:br/>
      </w:r>
      <w:r>
        <w:rPr>
          <w:sz w:val="20"/>
        </w:rPr>
        <w:t>39:47  lekin jahan tak main jaanta hoon, kisi bhi fiqah kitab mein yeh masla nahi bayan kiya hai ke pehle ja ke tehqeeq karo. Jis ne shatm kiya quran ki ayaton ke mutabiq ke "idha ja'akum fasiqqun fatabayyanu".</w:t>
      </w:r>
      <w:r>
        <w:br/>
      </w:r>
      <w:r>
        <w:rPr>
          <w:sz w:val="20"/>
        </w:rPr>
        <w:t>40:04  mere ilm ke mutabiq koi bhi fiqah kitab aisi nahi hai, yeh masla to bayan karegi. Woh yeqtul hadda, yeh nahi batayegi ke jab tum suno to ja ke tehqeeq karo ke us ne kya kya lafz bola?</w:t>
      </w:r>
      <w:r>
        <w:br/>
      </w:r>
      <w:r>
        <w:rPr>
          <w:sz w:val="20"/>
        </w:rPr>
        <w:t>40:15  woh kya lafz bola? Woh bas afwah par maarne, afwah maarne khade ho jate hain. To dekhiye, deen ka jo maine kaha ke deen ka form, form deen ke do level hain.</w:t>
      </w:r>
    </w:p>
    <w:p>
      <w:pPr>
        <w:pStyle w:val="Heading2"/>
      </w:pPr>
      <w:r>
        <w:t>Full argument: reconciling gratitude with life's hardship</w:t>
      </w:r>
    </w:p>
    <w:p>
      <w:r>
        <w:rPr>
          <w:color w:val="666666"/>
          <w:sz w:val="18"/>
        </w:rPr>
        <w:t>Problem and Shukr March 15, 2015 · 3m 53s · at 1:16 · https://youtu.be/SPBsXjH1hzM?t=76</w:t>
      </w:r>
    </w:p>
    <w:p>
      <w:r>
        <w:rPr>
          <w:i/>
        </w:rPr>
        <w:t>“Quran ki pehli aayat hai: Alhamdulillahi rabbil aalameen”</w:t>
      </w:r>
    </w:p>
    <w:p>
      <w:r>
        <w:rPr>
          <w:sz w:val="20"/>
        </w:rPr>
        <w:t>1:16  hamd ke maani hote hain shukr. haqeeqat, hamd ki haqeeqat shukr hai, praise nahi hai. to "alhamdulillah rabbil alameen" ka matlab hai: "alshukr lillahi rabbil alameen".</w:t>
      </w:r>
      <w:r>
        <w:br/>
      </w:r>
      <w:r>
        <w:rPr>
          <w:sz w:val="20"/>
        </w:rPr>
        <w:t>1:35  to shukr aap karte hain kab? jab aap ko comfortable life ho, sab cheez aap ki durust ho, koi masla aap ko pareshan na kar raha ho, tab aap kehte hain ke Allah ka shukr hai.</w:t>
      </w:r>
      <w:r>
        <w:br/>
      </w:r>
      <w:r>
        <w:rPr>
          <w:sz w:val="20"/>
        </w:rPr>
        <w:t>1:54  lekin dekhiye, doosri taraf isi quran mein yeh aayat bhi hai ke "laqad khalaqnal insana fi kabadin"</w:t>
      </w:r>
      <w:r>
        <w:br/>
      </w:r>
      <w:r>
        <w:rPr>
          <w:sz w:val="20"/>
        </w:rPr>
        <w:t>2:05  . insaan ko paida kiya hai hum ne kabad mein. kabad ka matlab hota hai problem. to ek aitbaar se duniya darulshukr hai, aur doosre aitbaar se duniya darulkabad hai.</w:t>
      </w:r>
      <w:r>
        <w:br/>
      </w:r>
      <w:r>
        <w:rPr>
          <w:sz w:val="20"/>
        </w:rPr>
        <w:t>2:22  ab dekhiye, do contradictory baat hai yeh.</w:t>
      </w:r>
      <w:r>
        <w:br/>
      </w:r>
      <w:r>
        <w:rPr>
          <w:sz w:val="20"/>
        </w:rPr>
        <w:t>2:27  jab dunya dar-ul-kabad ho, yani problem ho, mushaqqat ho, to shukr kaise karenge aap?</w:t>
      </w:r>
      <w:r>
        <w:br/>
      </w:r>
      <w:r>
        <w:rPr>
          <w:sz w:val="20"/>
        </w:rPr>
        <w:t>2:37  bilkul contradictory soorat-e-haal hai yeh. ke ek taraf Quran yeh kehta hai ke tum shukr ke nafsiyat mein jiyo,</w:t>
      </w:r>
      <w:r>
        <w:br/>
      </w:r>
      <w:r>
        <w:rPr>
          <w:sz w:val="20"/>
        </w:rPr>
        <w:t>2:50  shukr karte hue dunya mein raho, shukr ke ehsas mein tumhare subah shaam guzren, ek taraf yeh kehta hai.</w:t>
      </w:r>
      <w:r>
        <w:br/>
      </w:r>
      <w:r>
        <w:rPr>
          <w:sz w:val="20"/>
        </w:rPr>
        <w:t>3:00  doosri taraf wahi Quran yeh kehta hai ke dunya jo hai tumhare liye mushaqqat ka alam hai,</w:t>
      </w:r>
      <w:r>
        <w:br/>
      </w:r>
      <w:r>
        <w:rPr>
          <w:sz w:val="20"/>
        </w:rPr>
        <w:t>3:09  masla, problem ki jagah hai, to kaise shukr karega aadmi? yeh ek bahut bada sawal tha mere zehen mein, to Allah ke fazl se aaj hi subah ko mujhe iska jawab mila.</w:t>
      </w:r>
      <w:r>
        <w:br/>
      </w:r>
      <w:r>
        <w:rPr>
          <w:sz w:val="20"/>
        </w:rPr>
        <w:t>3:24  wo jawab yeh hai</w:t>
      </w:r>
      <w:r>
        <w:br/>
      </w:r>
      <w:r>
        <w:rPr>
          <w:sz w:val="20"/>
        </w:rPr>
        <w:t>3:29  ke insaan ko dunya mein do mukhtalif pehluon ke darmiyan rehna padta hai. ek taraf yeh ke Allah ke muqable mein iska response kya ho, doosri taraf insaanon ke bare mein iska response kya ho.</w:t>
      </w:r>
      <w:r>
        <w:br/>
      </w:r>
      <w:r>
        <w:rPr>
          <w:sz w:val="20"/>
        </w:rPr>
        <w:t>3:47  yani ek taraf hum rehte hain society mein, insaanon ke darmiyan, to hamara response insaanon ke bare mein kya ho?</w:t>
      </w:r>
      <w:r>
        <w:br/>
      </w:r>
      <w:r>
        <w:rPr>
          <w:sz w:val="20"/>
        </w:rPr>
        <w:t>3:56  doosri taraf hum Allah ki rububiyat mein jeete hain, to Allah ke muqable mein hamara response kya ho?</w:t>
      </w:r>
      <w:r>
        <w:br/>
      </w:r>
      <w:r>
        <w:rPr>
          <w:sz w:val="20"/>
        </w:rPr>
        <w:t>4:06  to is par sochte hue meri samajh aayi ke insaan ko Allah taala ne ek aisi zindagi di hai jis mein back waqt isko do taqazon ke darmiyan jeena padta hai.</w:t>
      </w:r>
      <w:r>
        <w:br/>
      </w:r>
      <w:r>
        <w:rPr>
          <w:sz w:val="20"/>
        </w:rPr>
        <w:t>4:22  yani Allah ki nisbat se shukr, insaan ki nisbat se problem ka tajruba. to kya karna hai?</w:t>
      </w:r>
      <w:r>
        <w:br/>
      </w:r>
      <w:r>
        <w:rPr>
          <w:sz w:val="20"/>
        </w:rPr>
        <w:t>4:33  jo Quran mein aaya hai ke sabr karo, sabr karo, sabr karo, bahut zyada sabr ki baat hai. to sabr aap kis ke bare mein karenge? Allah ke khilaf. Allah ke mamle mein sabr ka koi sawal nahi hai.</w:t>
      </w:r>
      <w:r>
        <w:br/>
      </w:r>
      <w:r>
        <w:rPr>
          <w:sz w:val="20"/>
        </w:rPr>
        <w:t>4:45  to Allah ke mamle mein shukr, insaan ke mamle mein sabr, yeh meri samajh mein aaya.</w:t>
      </w:r>
      <w:r>
        <w:br/>
      </w:r>
      <w:r>
        <w:rPr>
          <w:sz w:val="20"/>
        </w:rPr>
        <w:t>4:54  insaan ko shukr ke ehsas mein jeena hai, Allah ki nisbat se. aur insaan ko sabr ke, sabr karte hue rehna hai insani dunya mein.</w:t>
      </w:r>
    </w:p>
    <w:p>
      <w:pPr>
        <w:pStyle w:val="Heading2"/>
      </w:pPr>
      <w:r>
        <w:t>Trigger point for Qiyamat and inevitability</w:t>
      </w:r>
    </w:p>
    <w:p>
      <w:r>
        <w:rPr>
          <w:color w:val="666666"/>
          <w:sz w:val="18"/>
        </w:rPr>
        <w:t>Q&amp;A 24 May 2009 Maulana Wahiduddin Khan · 4m 06s · at 14:21 · https://youtu.be/Ek6Ct3LZGOs?t=861</w:t>
      </w:r>
    </w:p>
    <w:p>
      <w:r>
        <w:rPr>
          <w:i/>
        </w:rPr>
        <w:t>“This question is from Miss Rachana from Singapore.”</w:t>
      </w:r>
    </w:p>
    <w:p>
      <w:r>
        <w:rPr>
          <w:sz w:val="20"/>
        </w:rPr>
        <w:t>14:21  mera bhi experience to yahi hai. This question is from Miss Rachana from Singapore. In your last lecture, you had mentioned that Qiyamat will come all of a sudden.</w:t>
      </w:r>
      <w:r>
        <w:br/>
      </w:r>
      <w:r>
        <w:rPr>
          <w:sz w:val="20"/>
        </w:rPr>
        <w:t>14:35  What will be the trigger point for Qiyamat</w:t>
      </w:r>
      <w:r>
        <w:br/>
      </w:r>
      <w:r>
        <w:rPr>
          <w:sz w:val="20"/>
        </w:rPr>
        <w:t>14:38  ? If all people follow theright path, can Qiyamat be avoided or is it inevitable?</w:t>
      </w:r>
      <w:r>
        <w:br/>
      </w:r>
      <w:r>
        <w:rPr>
          <w:sz w:val="20"/>
        </w:rPr>
        <w:t>14:51  dekhen, jahan tak mein janta hoon, jo padha hai maine,</w:t>
      </w:r>
      <w:r>
        <w:br/>
      </w:r>
      <w:r>
        <w:rPr>
          <w:sz w:val="20"/>
        </w:rPr>
        <w:t>14:58  to woh yahi hai jaisa ke hadith mein aaya hai ke qayamat bure logon par aayegi. hadith mein aata hai ke is waqt tak qayamat nahin aayegi jab tak dunya mein Allah Allah karne wale log baqi hain.</w:t>
      </w:r>
      <w:r>
        <w:br/>
      </w:r>
      <w:r>
        <w:rPr>
          <w:sz w:val="20"/>
        </w:rPr>
        <w:t>15:13  ek bhi Allah Allah karne wala baqi hai to qayamat nahin aayegi.</w:t>
      </w:r>
      <w:r>
        <w:br/>
      </w:r>
      <w:r>
        <w:rPr>
          <w:sz w:val="20"/>
        </w:rPr>
        <w:t>15:17  dekhen, is hadith ka matlab be log nahin samajhte. yeh is se matlab discussion nahin hai ke ungliyon par Allah Allah Allah Allah Allah Allah ke bas ruki rahegi.</w:t>
      </w:r>
      <w:r>
        <w:br/>
      </w:r>
      <w:r>
        <w:rPr>
          <w:sz w:val="20"/>
        </w:rPr>
        <w:t>15:26  yeh bilkul absent baat hai. nahin, is ka matlab yeh hai ke Allah ko apna concern banane wale</w:t>
      </w:r>
      <w:r>
        <w:br/>
      </w:r>
      <w:r>
        <w:rPr>
          <w:sz w:val="20"/>
        </w:rPr>
        <w:t>15:35  log jab dunya mein nahin rahenge, Allah ko priority base pe lene wale jab dunya mein nahin rahenge, Allah se sahi maano mein darne wale dunya mein nahin rahenge to qayamat aa jayegi.</w:t>
      </w:r>
      <w:r>
        <w:br/>
      </w:r>
      <w:r>
        <w:rPr>
          <w:sz w:val="20"/>
        </w:rPr>
        <w:t>15:49  kyun? yeh dunya jo hai, yeh koi</w:t>
      </w:r>
      <w:r>
        <w:br/>
      </w:r>
      <w:r>
        <w:rPr>
          <w:sz w:val="20"/>
        </w:rPr>
        <w:t>15:53  hamara yani hamari property nahin hai. yeh jo planet hai, yeh jo life support system hai, yahan par itni sari jo hamari cheezen hain, di gayi hain hum ko.</w:t>
      </w:r>
      <w:r>
        <w:br/>
      </w:r>
      <w:r>
        <w:rPr>
          <w:sz w:val="20"/>
        </w:rPr>
        <w:t>16:06  yeh koi hum, yeh koi hum, is ka hum matlab right ke nahin mili hain.</w:t>
      </w:r>
      <w:r>
        <w:br/>
      </w:r>
      <w:r>
        <w:rPr>
          <w:sz w:val="20"/>
        </w:rPr>
        <w:t>16:12  yeh test ke liye mili hain. yaad rakhen, koi bhi cheez kisi ko right ke taur par nahin mili, sirf test ke liye. test ka matlab kya hai?</w:t>
      </w:r>
      <w:r>
        <w:br/>
      </w:r>
      <w:r>
        <w:rPr>
          <w:sz w:val="20"/>
        </w:rPr>
        <w:t>16:22  yeh dekhne ke liye ke kaun sacha hai, kaun jhootha hai, kaun apni</w:t>
      </w:r>
      <w:r>
        <w:br/>
      </w:r>
      <w:r>
        <w:rPr>
          <w:sz w:val="20"/>
        </w:rPr>
        <w:t>16:31  freedom ko misuse karta hai, kaun is ko proper tareeqe se use karta hai. to is hadith ka matlab mein yeh samjhaun ke jo woh hai ke ek bhi aadmi Allah Allah karne wala jab na rahe to Khuda dekh raha hai, dekh raha hai, dekh raha hai.</w:t>
      </w:r>
      <w:r>
        <w:br/>
      </w:r>
      <w:r>
        <w:rPr>
          <w:sz w:val="20"/>
        </w:rPr>
        <w:t>16:48  is ka selection ka jo kaam hai, woh chal raha hai. yahan tak jab Khuda dekhega ke ab woh doori close ho gaya, ab koi aadmi jo paida hoga dunya mein, sirf bigdega, woh banne wala hai hi nahin.</w:t>
      </w:r>
      <w:r>
        <w:br/>
      </w:r>
      <w:r>
        <w:rPr>
          <w:sz w:val="20"/>
        </w:rPr>
        <w:t>17:03  woh</w:t>
      </w:r>
      <w:r>
        <w:br/>
      </w:r>
      <w:r>
        <w:rPr>
          <w:sz w:val="20"/>
        </w:rPr>
        <w:t>17:07  to Khuda watch kar raha hai, Khuda ke angel watch kar rahe hain. to jab Khuda ka yeh faisla hoga ke ab koi aadmi aisa paida hone wala nahin hai, kyunke itna culture itna bigad chuka hai, society itni bigad chuki hai, conditionen itni kharab ho chuki hain</w:t>
      </w:r>
      <w:r>
        <w:br/>
      </w:r>
      <w:r>
        <w:rPr>
          <w:sz w:val="20"/>
        </w:rPr>
        <w:t>17:29  ke jo aayega, usi mein condition hota rahega.</w:t>
      </w:r>
      <w:r>
        <w:br/>
      </w:r>
      <w:r>
        <w:rPr>
          <w:sz w:val="20"/>
        </w:rPr>
        <w:t>17:34  to jab yeh haal, jab yeh hoga to qayamat aa jayegi, kyunke iske baad koi kyun rahe duniya mein? yeh yeh duniya ko phir bhi rahe. yeh duniya justification kho denge log.</w:t>
      </w:r>
      <w:r>
        <w:br/>
      </w:r>
      <w:r>
        <w:rPr>
          <w:sz w:val="20"/>
        </w:rPr>
        <w:t>17:48  justification tab tak rehta hai jab tak ke kuch aadmi nikal rahe hain, jo apne khud creator ko manne wale,</w:t>
      </w:r>
      <w:r>
        <w:br/>
      </w:r>
      <w:r>
        <w:rPr>
          <w:sz w:val="20"/>
        </w:rPr>
        <w:t>17:56  ke creator ko acknowledge karne wale. jab society itni bigad jayegi ke aise log paida hona band ho jayenge to justification khatm ho jayega.</w:t>
      </w:r>
      <w:r>
        <w:br/>
      </w:r>
      <w:r>
        <w:rPr>
          <w:sz w:val="20"/>
        </w:rPr>
        <w:t>18:08  justification ke khatm hone ka naam qayamat ka yani where justification ends,</w:t>
      </w:r>
      <w:r>
        <w:br/>
      </w:r>
      <w:r>
        <w:rPr>
          <w:sz w:val="20"/>
        </w:rPr>
        <w:t>18:17  qayamat begins. jahan justification khatm hota hai, wahin se qayamat shuru ho jati hai. yeh matlab hai qayamat ka</w:t>
      </w:r>
    </w:p>
    <w:p>
      <w:pPr>
        <w:pStyle w:val="Heading2"/>
      </w:pPr>
      <w:r>
        <w:t>Pre and post diaspora Jews</w:t>
      </w:r>
    </w:p>
    <w:p>
      <w:r>
        <w:rPr>
          <w:color w:val="666666"/>
          <w:sz w:val="18"/>
        </w:rPr>
        <w:t>Dars-e-Quran, Chapter 2, Verses 44-46, January 28, 2018 · 4m 04s · at 30:49 · https://youtu.be/3Kd5InuBtFA?t=1849</w:t>
      </w:r>
    </w:p>
    <w:p>
      <w:r>
        <w:rPr>
          <w:i/>
        </w:rPr>
        <w:t>“یہ بھی بہت بڑی غلطی ہے”</w:t>
      </w:r>
    </w:p>
    <w:p>
      <w:r>
        <w:rPr>
          <w:sz w:val="20"/>
        </w:rPr>
        <w:t>30:49  keh yahood apnay daur-e-zawaal mein, yeh bhi yaad rakhiye keh jis yahood ka zikr hota hai quran mein, woh daur-e-zawaal ke yahood ka zikr hota hai, aaj ke yahood ka nahi hota. Yeh bohat bari ghalt fehmi hai. Jab bhi quran mein kahin zikr aaye yahood ka, is se muraad hotay hain yahood saatvi sadi</w:t>
      </w:r>
      <w:r>
        <w:br/>
      </w:r>
      <w:r>
        <w:rPr>
          <w:sz w:val="20"/>
        </w:rPr>
        <w:t>31:19  wale, aaj ke yahood nahi.</w:t>
      </w:r>
      <w:r>
        <w:br/>
      </w:r>
      <w:r>
        <w:rPr>
          <w:sz w:val="20"/>
        </w:rPr>
        <w:t>31:29  aaj ka jo yahood hai, to tareekh batati hai ke rasool Allah ke baad ke zamane mein, kuch</w:t>
      </w:r>
      <w:r>
        <w:br/>
      </w:r>
      <w:r>
        <w:rPr>
          <w:sz w:val="20"/>
        </w:rPr>
        <w:t>31:39  pehle bhi, do badshahon ne, yaani irani badshah aur babal ka badshah, ne falasteen par attack kiya</w:t>
      </w:r>
      <w:r>
        <w:br/>
      </w:r>
      <w:r>
        <w:rPr>
          <w:sz w:val="20"/>
        </w:rPr>
        <w:t>31:49  aur unko mara peeta.</w:t>
      </w:r>
      <w:r>
        <w:br/>
      </w:r>
      <w:r>
        <w:rPr>
          <w:sz w:val="20"/>
        </w:rPr>
        <w:t>31:57  to yahoodi bhag kar ke chale gaye Europe aur phir phir baad ke zamane mein, baad ke zamane</w:t>
      </w:r>
      <w:r>
        <w:br/>
      </w:r>
      <w:r>
        <w:rPr>
          <w:sz w:val="20"/>
        </w:rPr>
        <w:t>32:05  mein woh gaye America.</w:t>
      </w:r>
      <w:r>
        <w:br/>
      </w:r>
      <w:r>
        <w:rPr>
          <w:sz w:val="20"/>
        </w:rPr>
        <w:t>32:14  to aaj ka jo yahood hai, woh qadeem madina ka production nahi hai, woh Europe aur America ka production hai.</w:t>
      </w:r>
      <w:r>
        <w:br/>
      </w:r>
      <w:r>
        <w:rPr>
          <w:sz w:val="20"/>
        </w:rPr>
        <w:t>32:22  rasool Allah ke zamane mein jo yahood the, woh qadeem falasteen ka product tha.</w:t>
      </w:r>
      <w:r>
        <w:br/>
      </w:r>
      <w:r>
        <w:rPr>
          <w:sz w:val="20"/>
        </w:rPr>
        <w:t>32:32  yeh bhi yaad rakhiye, rasool Allah ke zamane mein jo yahood tha, woh qadeem falasteen ka production tha.</w:t>
      </w:r>
      <w:r>
        <w:br/>
      </w:r>
      <w:r>
        <w:rPr>
          <w:sz w:val="20"/>
        </w:rPr>
        <w:t>32:42  aaj jo yahoodi hai Israel mein, woh baad ke zamane mein jo diaspora hua, woh diaspora ka production hai.</w:t>
      </w:r>
      <w:r>
        <w:br/>
      </w:r>
      <w:r>
        <w:rPr>
          <w:sz w:val="20"/>
        </w:rPr>
        <w:t>32:53  yeh bohat important point hai, isko jaanna chahiye.</w:t>
      </w:r>
      <w:r>
        <w:br/>
      </w:r>
      <w:r>
        <w:rPr>
          <w:sz w:val="20"/>
        </w:rPr>
        <w:t>33:00  rasool Allah ke zamane ka jo yahudiyat tha, woh qadeem falasteen ka production tha.</w:t>
      </w:r>
      <w:r>
        <w:br/>
      </w:r>
      <w:r>
        <w:rPr>
          <w:sz w:val="20"/>
        </w:rPr>
        <w:t>33:08  aaj ka jo yahudi hai israel mein, woh diaspora ka production hai.</w:t>
      </w:r>
      <w:r>
        <w:br/>
      </w:r>
      <w:r>
        <w:rPr>
          <w:sz w:val="20"/>
        </w:rPr>
        <w:t>33:15  woh taleem yafta hai, woh science janta hai, woh daur jadeed ko janta hai.</w:t>
      </w:r>
      <w:r>
        <w:br/>
      </w:r>
      <w:r>
        <w:rPr>
          <w:sz w:val="20"/>
        </w:rPr>
        <w:t>33:23  Bohat ziyada mukhtalif hai aaj ka yahoodi woh zamanay ke yahoodi se. Agar aap yeh karein keh jo qadeem picture thi yahood ki, samjhein keh aaj bhi wohi yahood hai aur is ko right chhod dein, to is se ziyada nadani ki baat aur koi nahi hogi. Is se ziyada nadani ki baat aur koi nahi hogi. To su</w:t>
      </w:r>
      <w:r>
        <w:br/>
      </w:r>
      <w:r>
        <w:rPr>
          <w:sz w:val="20"/>
        </w:rPr>
        <w:t>33:53  rah-e-baqarah mein jis yahood ka zikr hai, woh woh yahood hai, yani pre-diaspora, pre-diaspora, pre-diaspora ka yahoodi. Yahood ka do period hain, do do zamanay hain. Aik hai pre-diaspora, aik post-diaspora. Yeh bohat ziyada zaroori hai jaanna keh jin ko aap yeh</w:t>
      </w:r>
      <w:r>
        <w:br/>
      </w:r>
      <w:r>
        <w:rPr>
          <w:sz w:val="20"/>
        </w:rPr>
        <w:t>34:23  waidi kehte hain, woh do qism ke hain.</w:t>
      </w:r>
      <w:r>
        <w:br/>
      </w:r>
      <w:r>
        <w:rPr>
          <w:sz w:val="20"/>
        </w:rPr>
        <w:t>34:30  ek hai pre diaspora aur doosra hai post diaspora.</w:t>
      </w:r>
      <w:r>
        <w:br/>
      </w:r>
      <w:r>
        <w:rPr>
          <w:sz w:val="20"/>
        </w:rPr>
        <w:t>34:38  toh rasool Allah ke zamane mein pre diaspora yahudi the, rasool Allah ke zamane mein pre diaspora yahudi the.</w:t>
      </w:r>
      <w:r>
        <w:br/>
      </w:r>
      <w:r>
        <w:rPr>
          <w:sz w:val="20"/>
        </w:rPr>
        <w:t>34:46  aaj nahi hai aisa, aaj post diaspora ke yahudi hain.</w:t>
      </w:r>
    </w:p>
    <w:p>
      <w:pPr>
        <w:pStyle w:val="Heading2"/>
      </w:pPr>
      <w:r>
        <w:t>Article on why admitting fault builds modesty</w:t>
      </w:r>
    </w:p>
    <w:p>
      <w:r>
        <w:rPr>
          <w:color w:val="666666"/>
          <w:sz w:val="18"/>
        </w:rPr>
        <w:t>The Quran 11 90 CPS Women Weekly Discussion 32 December 10, 2023 · 3m 14s · at 19:50 · https://youtu.be/GB7dNbRkNI4?t=1190</w:t>
      </w:r>
    </w:p>
    <w:p>
      <w:r>
        <w:rPr>
          <w:i/>
        </w:rPr>
        <w:t>“पेज 37 पर एक article है, ख़राबी की जड़”</w:t>
      </w:r>
    </w:p>
    <w:p>
      <w:r>
        <w:rPr>
          <w:sz w:val="20"/>
        </w:rPr>
        <w:t>19:50  usmein page 37 par ek article hai kharabi ki jad. usmein quran usmein quran ki ek ayat ka zikr hai jismein kaha hai ki apne rabb ki badhai karo aur apne akhlaq ko paar paar karo. lekin agar hum yeh wahan yeh example Maulana ne di hai yahan doosre ke akhlaq ko paar karo ki maayne mein hum le lein to sara maamla ulat jayega.</w:t>
      </w:r>
      <w:r>
        <w:br/>
      </w:r>
      <w:r>
        <w:rPr>
          <w:sz w:val="20"/>
        </w:rPr>
        <w:t>20:19  jo ayat jislaah ki sabak de rahi thi woh sirf doosron ke khilaaf ho jaati hai ki doosron ko hum kahein ki woh maafi maange. hum apne koosh mein se chhod dein.</w:t>
      </w:r>
      <w:r>
        <w:br/>
      </w:r>
      <w:r>
        <w:rPr>
          <w:sz w:val="20"/>
        </w:rPr>
        <w:t>20:33  toh yahan yeh important hai ke jo hukum Khuda ki taraf se diya gaya hai uska sabse pehla</w:t>
      </w:r>
      <w:r>
        <w:br/>
      </w:r>
      <w:r>
        <w:rPr>
          <w:sz w:val="20"/>
        </w:rPr>
        <w:t>20:41  khitab humein apni apni raas se hona chahiye ke ke doosron ki ke badle nahi, humein apna taraf</w:t>
      </w:r>
      <w:r>
        <w:br/>
      </w:r>
      <w:r>
        <w:rPr>
          <w:sz w:val="20"/>
        </w:rPr>
        <w:t>20:49  se hona chahiye aur Maulana ki kitab Taameer e Hayat ke page 61 ko maine padha tha toh ek</w:t>
      </w:r>
      <w:r>
        <w:br/>
      </w:r>
      <w:r>
        <w:rPr>
          <w:sz w:val="20"/>
        </w:rPr>
        <w:t>20:57  article hai, ek haqeeqat hai.</w:t>
      </w:r>
      <w:r>
        <w:br/>
      </w:r>
      <w:r>
        <w:rPr>
          <w:sz w:val="20"/>
        </w:rPr>
        <w:t>21:05  main uska thoda sa portion aapse share karna chahti hoon ki jo shakhs ek maamle mein galat saabit hota hai woh har maamle mein galat usmein sirf ek aadmi ki exception hai jo galti karne ke baad sharminda ho jaye aur khule dil se apni galti ka itraf karein. to yeh jagah jagah unhone stress kiya hai.</w:t>
      </w:r>
      <w:r>
        <w:br/>
      </w:r>
      <w:r>
        <w:rPr>
          <w:sz w:val="20"/>
        </w:rPr>
        <w:t>21:28  to galti karne karte apni galti ka itraf na karna koi saadha baat nahi hai. yeh Maulana likhte hain. yeh yeh behad ahum baat hai. jab aadmi apni galti ko nahi maanta to uske peeche koi khaas sabab hota hai yaani maslan woh apne ko bahut bada samajhta hai.</w:t>
      </w:r>
      <w:r>
        <w:br/>
      </w:r>
      <w:r>
        <w:rPr>
          <w:sz w:val="20"/>
        </w:rPr>
        <w:t>21:51  to is liye jab hum ghalti ko ki maafi mangte hain to hum bohat humble ho jate hain, modest ho jate hain. jaisa aap log bhi bata rahi thi. to jab nahi mangta mangta to yeh lagta hai ke woh apne ko bara samajh raha hai. ya koi jati mufad ka koi baat ho tab tab woh nahi manta. to iski waja se islam mein ghalti ka takrar ko behad ahmiyat di gayi hai.</w:t>
      </w:r>
      <w:r>
        <w:br/>
      </w:r>
      <w:r>
        <w:rPr>
          <w:sz w:val="20"/>
        </w:rPr>
        <w:t>22:18  jab woh apni ghalti prakar karta hai to woh apne andar chupi hui bohat se kamzoriyon ko bichata hai. woh insan sharnon ek pak insan ban jata hai. yeh Maulana likhte hain. to yeh bohat important hai ke hum apni ghaltiyon ko pehchane, us se maafi mange aur maafi mangne ka tareeqa bhi bohat important hai ke hum kaise maafi mange?</w:t>
      </w:r>
      <w:r>
        <w:br/>
      </w:r>
      <w:r>
        <w:rPr>
          <w:sz w:val="20"/>
        </w:rPr>
        <w:t>22:45  yeh abhi doctor Safina ne bohat dearly bataya aur Farida sahab ne bhi kahe kaise hum maafi mange? hum Allah se connect hone ki koshish karein apni maafi mangne ko aur jo maine raat ko retrospection ki baat hai kyunke humein pata nahi chalta kabhi ke humne kya ghalti kari hai.</w:t>
      </w:r>
      <w:r>
        <w:br/>
      </w:r>
      <w:r>
        <w:rPr>
          <w:sz w:val="20"/>
        </w:rPr>
        <w:t>23:04  to is liye hum apni cheezon ko dekhein aur doosre yahan yeh important hai ke jo kum Khuda ki taraf se, nahi doosri baat yeh hai ke yeh aib keh rahi hai ke Allah bohat meherban aur mohabbat wala. to is ke liye bhi agar hum kainat ko dekhein to bukhda ki nishaniyon se bhari padi hai.</w:t>
      </w:r>
    </w:p>
    <w:p>
      <w:pPr>
        <w:pStyle w:val="Heading2"/>
      </w:pPr>
      <w:r>
        <w:t>Art of negativity management and central theme of Quran</w:t>
      </w:r>
    </w:p>
    <w:p>
      <w:r>
        <w:rPr>
          <w:color w:val="666666"/>
          <w:sz w:val="18"/>
        </w:rPr>
        <w:t>An Intellectual journey 1 May 2011 - Maulana Wahiduddin Khan · 4m 17s · at 1:13:43 · https://youtu.be/lnfjC7x_s2A?t=4423</w:t>
      </w:r>
    </w:p>
    <w:p>
      <w:r>
        <w:rPr>
          <w:i/>
        </w:rPr>
        <w:t>“Dekhiyen, main apna ek experience bataata hoon aap ko”</w:t>
      </w:r>
    </w:p>
    <w:p>
      <w:r>
        <w:rPr>
          <w:sz w:val="20"/>
        </w:rPr>
        <w:t>1:13:43  Is ke bare mein bataein." Dekhein, main apna aik experience batata hoon aap ko.</w:t>
      </w:r>
      <w:r>
        <w:br/>
      </w:r>
      <w:r>
        <w:rPr>
          <w:sz w:val="20"/>
        </w:rPr>
        <w:t>1:13:51  Barson tak main yeh soch bhooj mein tha ke Quran ka central idea kya hai? Quran ka khulasa kya hai?</w:t>
      </w:r>
      <w:r>
        <w:br/>
      </w:r>
      <w:r>
        <w:rPr>
          <w:sz w:val="20"/>
        </w:rPr>
        <w:t>1:14:01  Kyunke Quran agar aap parhein yun to aap ko lagta hai ke fragmentary type ka lagta hai aap ko. Mukhtalif qism ki baatein aik ke baad aik ati rehti hain.</w:t>
      </w:r>
      <w:r>
        <w:br/>
      </w:r>
      <w:r>
        <w:rPr>
          <w:sz w:val="20"/>
        </w:rPr>
        <w:t>1:14:10  To is ka khulasa, is ka central theme kya hai? Bohat dinon ke baad mujhe yeh samajh mein aya ke Quran ki jo pehli ayat hai, wohi is ka central theme hai.</w:t>
      </w:r>
      <w:r>
        <w:br/>
      </w:r>
      <w:r>
        <w:rPr>
          <w:sz w:val="20"/>
        </w:rPr>
        <w:t>1:14:21  Khulasa hai is ka. Yani Alhamdulillah Rabbil Alameen. Allah ka shukr. Khudaaya tera shukr hai.</w:t>
      </w:r>
      <w:r>
        <w:br/>
      </w:r>
      <w:r>
        <w:rPr>
          <w:sz w:val="20"/>
        </w:rPr>
        <w:t>1:14:31  Khudaaya main teri hamd karta hoon. Khudaaya main teri tareef karta hoon. Jaise ke main ne abhi arz kiya ke itni zyada blessing jab main sochta hoon to main sochta hoon ke panch zubanon, jis ko ke main thora bohat janta hoon, us ke sare alfaaz mujhe yaad hoon.</w:t>
      </w:r>
      <w:r>
        <w:br/>
      </w:r>
      <w:r>
        <w:rPr>
          <w:sz w:val="20"/>
        </w:rPr>
        <w:t>1:14:50  Aur sare alfaaz mein istemal karun Khuda ki hamd bayan karne ke liye to nakafi ho jayen ge.</w:t>
      </w:r>
      <w:r>
        <w:br/>
      </w:r>
      <w:r>
        <w:rPr>
          <w:sz w:val="20"/>
        </w:rPr>
        <w:t>1:14:58  Yeh hai hamd. Ab main ne socha ke Allah Ta'ala ke nazdeek sab se bari cheez hamd hai. Yani Allah ke glory ko bayan karna.</w:t>
      </w:r>
      <w:r>
        <w:br/>
      </w:r>
      <w:r>
        <w:rPr>
          <w:sz w:val="20"/>
        </w:rPr>
        <w:t>1:15:08  Allah ki blessing ko bayan karna. Allah ke Allah ke bare mein itna zyada</w:t>
      </w:r>
      <w:r>
        <w:br/>
      </w:r>
      <w:r>
        <w:rPr>
          <w:sz w:val="20"/>
        </w:rPr>
        <w:t>1:15:18  yani blessing ka ehsas ke Allah se mohabbat hone lage aap ko. To yeh kaise hoga? Ke hum to jeete hain different qism ke unpleasant situation mein.</w:t>
      </w:r>
      <w:r>
        <w:br/>
      </w:r>
      <w:r>
        <w:rPr>
          <w:sz w:val="20"/>
        </w:rPr>
        <w:t>1:15:31  Har waqt koi hum ko satata hai, koi gaali deta hai,</w:t>
      </w:r>
      <w:r>
        <w:br/>
      </w:r>
      <w:r>
        <w:rPr>
          <w:sz w:val="20"/>
        </w:rPr>
        <w:t>1:15:35  koi takleef pohanchata hai. Is tarah tarah ke waqiyat jo hamare paas zaati taur par na ho rahe hon to abhi aqwam chupaye hue hum dekhte hain.</w:t>
      </w:r>
      <w:r>
        <w:br/>
      </w:r>
      <w:r>
        <w:rPr>
          <w:sz w:val="20"/>
        </w:rPr>
        <w:t>1:15:44  agar hamare paas koi bomb nahi mara, farz kijiye hum parhte hain ke falan mulk mein bomb mar diya, falan mulk mein gun chala diya, itne musalman mar gaye, itne musalman tabah ho gaye.</w:t>
      </w:r>
      <w:r>
        <w:br/>
      </w:r>
      <w:r>
        <w:rPr>
          <w:sz w:val="20"/>
        </w:rPr>
        <w:t>1:15:54  to har waqt hamare paas aise item aate hain.</w:t>
      </w:r>
      <w:r>
        <w:br/>
      </w:r>
      <w:r>
        <w:rPr>
          <w:sz w:val="20"/>
        </w:rPr>
        <w:t>1:15:58  aise hamd hum kaise hogi? dekhen, hamd jo hai ek bohat hi positive response ka naam hai.</w:t>
      </w:r>
      <w:r>
        <w:br/>
      </w:r>
      <w:r>
        <w:rPr>
          <w:sz w:val="20"/>
        </w:rPr>
        <w:t>1:16:06  Totally positive response ka naam hamd hai. aur jab hum jee rahe hain ek negative world mein to kaise aap karenge is ko? kya Khuda ne kaha ke aap to double shirt bano?</w:t>
      </w:r>
      <w:r>
        <w:br/>
      </w:r>
      <w:r>
        <w:rPr>
          <w:sz w:val="20"/>
        </w:rPr>
        <w:t>1:16:18  Lip service ke taur par alhamdulillah kaho, baqi dil mein tumhari nafratein hon.</w:t>
      </w:r>
      <w:r>
        <w:br/>
      </w:r>
      <w:r>
        <w:rPr>
          <w:sz w:val="20"/>
        </w:rPr>
        <w:t>1:16:25  Dil mein negative thought hon, nafrat ho. aur zuban se lip service ke taur par alhamdulillah alhamdulillah karte raho. Zahir hai ke aisa Allah nahi kar sakta.</w:t>
      </w:r>
      <w:r>
        <w:br/>
      </w:r>
      <w:r>
        <w:rPr>
          <w:sz w:val="20"/>
        </w:rPr>
        <w:t>1:16:36  to phir meri samajh mein aaya doosri aayaton ko le kar ke, hadithon ko le kar ke. is ka matlab yeh hai ke</w:t>
      </w:r>
      <w:r>
        <w:br/>
      </w:r>
      <w:r>
        <w:rPr>
          <w:sz w:val="20"/>
        </w:rPr>
        <w:t>1:16:43  alhamdulillah kehne ka matlab yeh hai ke you have to learn the art of negativity management . Negative experience ko manage karo is tarike se ke woh shukr mein dhal jaye.</w:t>
      </w:r>
      <w:r>
        <w:br/>
      </w:r>
      <w:r>
        <w:rPr>
          <w:sz w:val="20"/>
        </w:rPr>
        <w:t>1:16:53  woh</w:t>
      </w:r>
      <w:r>
        <w:br/>
      </w:r>
      <w:r>
        <w:rPr>
          <w:sz w:val="20"/>
        </w:rPr>
        <w:t>1:16:57  woh alhamdulillah mein, alhamdulillah, alhamdulillah, bilal mein wahi keh payega jis ka dil negativity se pak ho.</w:t>
      </w:r>
      <w:r>
        <w:br/>
      </w:r>
      <w:r>
        <w:rPr>
          <w:sz w:val="20"/>
        </w:rPr>
        <w:t>1:17:06  jis ke dil mein ghussa na ho, nafrat na ho, inteqam na ho, complain na ho, shikayatein na hon. tab to kaise kahega woh? aye Khuda, aye Rab al-alameen,</w:t>
      </w:r>
      <w:r>
        <w:br/>
      </w:r>
      <w:r>
        <w:rPr>
          <w:sz w:val="20"/>
        </w:rPr>
        <w:t>1:17:15  hamd hai tere liye.</w:t>
      </w:r>
      <w:r>
        <w:br/>
      </w:r>
      <w:r>
        <w:rPr>
          <w:sz w:val="20"/>
        </w:rPr>
        <w:t>1:17:19  kaise kahega? nahi to lip service karega, munafiq ban kar bolega. kaha Allah taala munafiqat boli chahta hai.</w:t>
      </w:r>
      <w:r>
        <w:br/>
      </w:r>
      <w:r>
        <w:rPr>
          <w:sz w:val="20"/>
        </w:rPr>
        <w:t>1:17:30  to alhamdulillah rabb al-alameen mein yeh cheez implicit hai ke agar tum chahte ho sachcha alhamdulillah kehna to bhulao negative baaton ko, bhulao unpleasant cheezon ko.</w:t>
      </w:r>
      <w:r>
        <w:br/>
      </w:r>
      <w:r>
        <w:rPr>
          <w:sz w:val="20"/>
        </w:rPr>
        <w:t>1:17:48  Manage karo saare negative experience ko taake tum is qabil raho ke tum positive response de sako. yeh sab isi implicit hai, isi mein.</w:t>
      </w:r>
    </w:p>
    <w:p>
      <w:pPr>
        <w:pStyle w:val="Heading2"/>
      </w:pPr>
      <w:r>
        <w:t>Prophet Ayyub's (Job's) extreme patience through suffering</w:t>
      </w:r>
    </w:p>
    <w:p>
      <w:r>
        <w:rPr>
          <w:color w:val="666666"/>
          <w:sz w:val="18"/>
        </w:rPr>
        <w:t>Importance of Patience in Islam December 11, 2022 · 3m 09s · at 52:48 · https://youtu.be/Cy59II1dC-I?t=3168</w:t>
      </w:r>
    </w:p>
    <w:p>
      <w:r>
        <w:rPr>
          <w:i/>
        </w:rPr>
        <w:t>“Why do prophets endure such harsh circumstances?”</w:t>
      </w:r>
    </w:p>
    <w:p>
      <w:r>
        <w:rPr>
          <w:sz w:val="20"/>
        </w:rPr>
        <w:t>52:48  kyunki insaan jo hai, na ek potential ki shakal mein paida hua hai. Toh jab yahi jo shocks padte hain, ye museebatein padti hain, isi se insaan mature hota hai. Toh</w:t>
      </w:r>
      <w:r>
        <w:br/>
      </w:r>
      <w:r>
        <w:rPr>
          <w:sz w:val="20"/>
        </w:rPr>
        <w:t>52:59  profits ke liye bahut zyada zaroori hai ke unka full potential jo hai, na unka awake ho jaye. To unke upar bahut sakht halaat guzarte hain. Aur jin logon ne koi museebaten nahi uthai hoti hain, woh bilkul unka potential hi bedaar nahi hota. To is wajah se woh koi bahut bada kaam nahi kar paate hain. To yahi ek misaal hai Hazrat Ayub alaihi salam ki ke woh bahut zyada woh bani israil ke ek paigambar the. Woh</w:t>
      </w:r>
      <w:r>
        <w:br/>
      </w:r>
      <w:r>
        <w:rPr>
          <w:sz w:val="20"/>
        </w:rPr>
        <w:t>53:27  to unko bahut zyada unke paas wealth thi, unke paas bachche the, bahut zyada janwar us zamane ka.</w:t>
      </w:r>
      <w:r>
        <w:br/>
      </w:r>
      <w:r>
        <w:rPr>
          <w:sz w:val="20"/>
        </w:rPr>
        <w:t>53:33  to wealth thi, janwar hote the.</w:t>
      </w:r>
      <w:r>
        <w:br/>
      </w:r>
      <w:r>
        <w:rPr>
          <w:sz w:val="20"/>
        </w:rPr>
        <w:t>53:35  to har cheez unke paas thi, unki achhi sehat thi.</w:t>
      </w:r>
      <w:r>
        <w:br/>
      </w:r>
      <w:r>
        <w:rPr>
          <w:sz w:val="20"/>
        </w:rPr>
        <w:t>53:40  to bahut zyada Khuda ka shukr ada karte the.</w:t>
      </w:r>
      <w:r>
        <w:br/>
      </w:r>
      <w:r>
        <w:rPr>
          <w:sz w:val="20"/>
        </w:rPr>
        <w:t>53:43  to logon ne kehna shuru kar diya ki unko itna zyada Allah ne diya hua hai, to wah</w:t>
      </w:r>
      <w:r>
        <w:br/>
      </w:r>
      <w:r>
        <w:rPr>
          <w:sz w:val="20"/>
        </w:rPr>
        <w:t>53:48  to shukr karenge.</w:t>
      </w:r>
      <w:r>
        <w:br/>
      </w:r>
      <w:r>
        <w:rPr>
          <w:sz w:val="20"/>
        </w:rPr>
        <w:t>53:50  to Allah taala ne ek-ek cheez, ek-ek cheez karke unse le liya.</w:t>
      </w:r>
      <w:r>
        <w:br/>
      </w:r>
      <w:r>
        <w:rPr>
          <w:sz w:val="20"/>
        </w:rPr>
        <w:t>53:55  uske baad bhi jab bhi unse koi cheez chinti, uske baad bhi wah Khuda ka shukr ada karte</w:t>
      </w:r>
      <w:r>
        <w:br/>
      </w:r>
      <w:r>
        <w:rPr>
          <w:sz w:val="20"/>
        </w:rPr>
        <w:t>54:00  aur kehte ki yeh Allah ka tha, Allah ne diya tha, Allah ne le liya.</w:t>
      </w:r>
      <w:r>
        <w:br/>
      </w:r>
      <w:r>
        <w:rPr>
          <w:sz w:val="20"/>
        </w:rPr>
        <w:t>54:03  to tab bhi wah Khuda ka shukr ada karte.</w:t>
      </w:r>
      <w:r>
        <w:br/>
      </w:r>
      <w:r>
        <w:rPr>
          <w:sz w:val="20"/>
        </w:rPr>
        <w:t>54:05  to sari cheezein unki chhin gayi, yahan tak ki unke poore</w:t>
      </w:r>
      <w:r>
        <w:br/>
      </w:r>
      <w:r>
        <w:rPr>
          <w:sz w:val="20"/>
        </w:rPr>
        <w:t>54:10  skin disease ho gayi, poore badan mein unke phode nikal aaye. Uske baad bhi unhone Khuda ka shukr ada kiya, Khuda ke aage sajde mein gir pade. To Allah taala har bande ko test karte hain ke ek to dekhiye, sab kuch aadmi ko mila hua hai, to woh Alhamdulillah, Alhamdulillah kare. To uski koi itni badi value nahi hai. Lekin aise halaat mein ke sab kuch chhin jaye, uske baad bhi woh Khuda ka shukr ada kare, to yeh bahut hi badi baat hai.</w:t>
      </w:r>
      <w:r>
        <w:br/>
      </w:r>
      <w:r>
        <w:rPr>
          <w:sz w:val="20"/>
        </w:rPr>
        <w:t>54:39  To Allah taala aakhri had tak insaan ka test lete hain. To jab sab kuch unka chhin gaya, tab bhi unhone Khuda ka shukr ada kiya. Phir kai saal tak bible mein bahut detail mein aaya hai, kai saal tak aisa hi raha. Unhone ek baar bhi nashukri nahi ki. To uske baad Allah taala ne se unhone dua kiya ke Allah taala</w:t>
      </w:r>
      <w:r>
        <w:br/>
      </w:r>
      <w:r>
        <w:rPr>
          <w:sz w:val="20"/>
        </w:rPr>
        <w:t>55:03  ab jo hai, yeh isko theek kar dijiye, meri sehat theek kar dijiye. To Allah taala ne unki dua qabool ki. Aur uske baad unhone ek ek chashma nikla, us chashme se unhone nahaya aur uska pani piya. Woh bilkul theek ho gaye. Phir Allah taala ne unko aur zyada diya. To is tarike se Allah taala unko test kar raha tha. To yeh misaal hai sabr mein. Hazrat Ayub ki misaal di jaati hai.</w:t>
      </w:r>
      <w:r>
        <w:br/>
      </w:r>
      <w:r>
        <w:rPr>
          <w:sz w:val="20"/>
        </w:rPr>
        <w:t>55:30  To yeh bahut bada waqia hai sabr ka ke har halat mein humein Khuda ka shukr ada karna chahiye, chahe hamare paas kam hai ya zyada hai. Har halat mein humein Khuda ka shukr guzar banda bankar is duniya mein rehna hai. Ji, ab balki sabr ka ek reference ek sahabi ke call mein bhi aata hai, jiska main zikr karna chahunga. Yeh bahut bade sahabi the,</w:t>
      </w:r>
    </w:p>
    <w:p>
      <w:pPr>
        <w:pStyle w:val="Heading2"/>
      </w:pPr>
      <w:r>
        <w:t>Only three generations are Islam's authentic reference period</w:t>
      </w:r>
    </w:p>
    <w:p>
      <w:r>
        <w:rPr>
          <w:color w:val="666666"/>
          <w:sz w:val="18"/>
        </w:rPr>
        <w:t>Is Islam in Danger, January 10, 2007 · 5m 33s · at 11:21 · https://youtu.be/1vrUjeA7508?t=681</w:t>
      </w:r>
    </w:p>
    <w:p>
      <w:r>
        <w:rPr>
          <w:i/>
        </w:rPr>
        <w:t>“یہ بات جو میں کہہ رہا ہوں یہ کوئی ذاتی بات نہیں ہے، حدیث میں خود موجود ہے”</w:t>
      </w:r>
    </w:p>
    <w:p>
      <w:r>
        <w:rPr>
          <w:sz w:val="20"/>
        </w:rPr>
        <w:t>11:21  Dekhiye, yeh baat jo main keh raha hoon yeh koi zaati baat nahi hai, Hadees mein khud maujood hai. Ke "Khair-ul-qurooni qarni thumma allazeena yaloonahum thumma allazeena yaroonahum"</w:t>
      </w:r>
      <w:r>
        <w:br/>
      </w:r>
      <w:r>
        <w:rPr>
          <w:sz w:val="20"/>
        </w:rPr>
        <w:t>11:33  Sirf teen daur ko Rasool Allah salallaho alaihi wasallam ne mustanad daur bataya hai. Teen daur ko. Yaani Rasool Allah ka zamana, Ashab-e-Rasool ka zamana aur Tabe'een ka zamana.</w:t>
      </w:r>
      <w:r>
        <w:br/>
      </w:r>
      <w:r>
        <w:rPr>
          <w:sz w:val="20"/>
        </w:rPr>
        <w:t>11:52  Yaani daur-e-risalat, daur-e-Sahaba aur daur-e-Tabe'een. Inko kaha jata hai ke "Quroon-un-mashhood-un-laha-bil-khair"</w:t>
      </w:r>
      <w:r>
        <w:br/>
      </w:r>
      <w:r>
        <w:rPr>
          <w:sz w:val="20"/>
        </w:rPr>
        <w:t>12:05  . Inke bare mein Ulama kehte hain ke "Quroon-un-mashhood-un-laha-bil-khair" . Yaani woh teen zamane, woh teen daur jin ke</w:t>
      </w:r>
      <w:r>
        <w:br/>
      </w:r>
      <w:r>
        <w:rPr>
          <w:sz w:val="20"/>
        </w:rPr>
        <w:t>12:18  Mustarad hone ki shahadat di hai, gawahi di hai khud Rasool Allah salallaho alaihi wasallam ne. Toh bas teen zamane hain yeh.</w:t>
      </w:r>
      <w:r>
        <w:br/>
      </w:r>
      <w:r>
        <w:rPr>
          <w:sz w:val="20"/>
        </w:rPr>
        <w:t>12:27  Baqi toh sab Musalmanon ke zamane hain.</w:t>
      </w:r>
      <w:r>
        <w:br/>
      </w:r>
      <w:r>
        <w:rPr>
          <w:sz w:val="20"/>
        </w:rPr>
        <w:t>12:31  Islam ka jo mustanad daur hai woh sirf yahi teen hain. Zamana-e-risalat, zamana-e-Sahaba, zamana-e-Tabe'een.</w:t>
      </w:r>
      <w:r>
        <w:br/>
      </w:r>
      <w:r>
        <w:rPr>
          <w:sz w:val="20"/>
        </w:rPr>
        <w:t>12:42  Toh yeh sara literature jisko hum kehte hain Islamic literature, Islamic kutub khana, woh kab bana hai? In teen zamanon ke baad bana hai. Sara sara literature yeh Abbasiyat daur mein banna shuru hua.</w:t>
      </w:r>
      <w:r>
        <w:br/>
      </w:r>
      <w:r>
        <w:rPr>
          <w:sz w:val="20"/>
        </w:rPr>
        <w:t>12:58  Is zamane mein kya tha?</w:t>
      </w:r>
      <w:r>
        <w:br/>
      </w:r>
      <w:r>
        <w:rPr>
          <w:sz w:val="20"/>
        </w:rPr>
        <w:t>13:00  sirf quran aur hadith. bas. jo "qurun mashhud laha bil khair" jo hai, teen zamanay. is mein islam ka jo zariya tha woh sirf quran tha aur hadith thi, sunnat-e-rasool thi, sunnat-e-sahaba thi.</w:t>
      </w:r>
      <w:r>
        <w:br/>
      </w:r>
      <w:r>
        <w:rPr>
          <w:sz w:val="20"/>
        </w:rPr>
        <w:t>13:20  koi aur zariya islam ka siray say maujood nahi karta tha. is ko achi tarah samajh lijiye. yeh</w:t>
      </w:r>
      <w:r>
        <w:br/>
      </w:r>
      <w:r>
        <w:rPr>
          <w:sz w:val="20"/>
        </w:rPr>
        <w:t>13:29  sari cheezain baad ko bani hain. dekhiye, fiqh baad ko bani hai. ilm-e-kalam baad ko bana hai. ilm-e-aqaaid baad ko bana hai.</w:t>
      </w:r>
      <w:r>
        <w:br/>
      </w:r>
      <w:r>
        <w:rPr>
          <w:sz w:val="20"/>
        </w:rPr>
        <w:t>13:41  sari tafaseer baad ko likhi gayi hain. sari sharahain baad ko likhi gayi hain. sara literature jo hai, jo jis ko hum kehte hain ke islamic kutub khana, woh sab baad ko likha gaya hai.</w:t>
      </w:r>
      <w:r>
        <w:br/>
      </w:r>
      <w:r>
        <w:rPr>
          <w:sz w:val="20"/>
        </w:rPr>
        <w:t>13:55  is ka matlab kya hai? ke aik hai woh daur jis ko kaha gaya hai "qurun mashhud laha bil khair" .</w:t>
      </w:r>
      <w:r>
        <w:br/>
      </w:r>
      <w:r>
        <w:rPr>
          <w:sz w:val="20"/>
        </w:rPr>
        <w:t>14:04  yani "authentic period of Islam" . "qurun mashhud laha bil khair" ka matlab hai "authentic period of Islam" .</w:t>
      </w:r>
      <w:r>
        <w:br/>
      </w:r>
      <w:r>
        <w:rPr>
          <w:sz w:val="20"/>
        </w:rPr>
        <w:t>14:15  aur yeh kaun sa hai? rasool Allah ka zamanay, sahaba ka zamanay aur "company of the companions" ka zamanay.</w:t>
      </w:r>
      <w:r>
        <w:br/>
      </w:r>
      <w:r>
        <w:rPr>
          <w:sz w:val="20"/>
        </w:rPr>
        <w:t>14:24  b</w:t>
      </w:r>
      <w:r>
        <w:br/>
      </w:r>
      <w:r>
        <w:rPr>
          <w:sz w:val="20"/>
        </w:rPr>
        <w:t>14:25  s. yahi hai islam ka mustanad daur. is ke baad rasool Allah sal-lal-lahu alaihi wasallam ne yeh nahi kaha ke woh bhi mustarad hai, woh bhi mustanad hai.</w:t>
      </w:r>
      <w:r>
        <w:br/>
      </w:r>
      <w:r>
        <w:rPr>
          <w:sz w:val="20"/>
        </w:rPr>
        <w:t>14:36  "qurun mashhud laha" se bahar hai woh. aur mein poori tarah se, yani yaqeen ke sath bata raha hoon aap ko, jaan kar ke, apni tehqeeq ke mutabiq bata raha hoon ke jitna bhi literature hai,</w:t>
      </w:r>
      <w:r>
        <w:br/>
      </w:r>
      <w:r>
        <w:rPr>
          <w:sz w:val="20"/>
        </w:rPr>
        <w:t>14:51  sab ka sab bana hai in teen zamanon ke baad.</w:t>
      </w:r>
      <w:r>
        <w:br/>
      </w:r>
      <w:r>
        <w:rPr>
          <w:sz w:val="20"/>
        </w:rPr>
        <w:t>14:56  quran ki jo tabasra likhi gayi, hadith ki jo sharahain likhi gayi, sara literature jo tayyar kiya gaya, ilm-e-kalam, ilm-e-aqaaid, ilm-e-fiqh, sara jo hai woh sab in teen zamanon ke baad bana hai.</w:t>
      </w:r>
      <w:r>
        <w:br/>
      </w:r>
      <w:r>
        <w:rPr>
          <w:sz w:val="20"/>
        </w:rPr>
        <w:t>15:13  to isi liye mein yeh kahunga ke khatray mein agar koi cheez hai to woh musalmanon ka apna banaya hua version hai islam ka.</w:t>
      </w:r>
      <w:r>
        <w:br/>
      </w:r>
      <w:r>
        <w:rPr>
          <w:sz w:val="20"/>
        </w:rPr>
        <w:t>15:21  khud islam nahi hai.</w:t>
      </w:r>
      <w:r>
        <w:br/>
      </w:r>
      <w:r>
        <w:rPr>
          <w:sz w:val="20"/>
        </w:rPr>
        <w:t>15:26  yeh hai ghalat fehmi, yeh hai uljhan. maujooda zamanay mein musalmanon ka jo version tayyar kiya hua tha woh ghair mutaliq ho gaya.</w:t>
      </w:r>
      <w:r>
        <w:br/>
      </w:r>
      <w:r>
        <w:rPr>
          <w:sz w:val="20"/>
        </w:rPr>
        <w:t>15:35  asal baat yeh hai. lekin musalmanon ne yeh samajh liya ke islam ghair mutaliq ho gaya hai.</w:t>
      </w:r>
      <w:r>
        <w:br/>
      </w:r>
      <w:r>
        <w:rPr>
          <w:sz w:val="20"/>
        </w:rPr>
        <w:t>15:44  yani "qurun mashhud laha bil khair" ke baad jo sara literature ka anbaar tayyar hua, millionon kitaben likhi gayi, woh ghair mutaliq ho gayi hain.</w:t>
      </w:r>
      <w:r>
        <w:br/>
      </w:r>
      <w:r>
        <w:rPr>
          <w:sz w:val="20"/>
        </w:rPr>
        <w:t>15:57  khud islam bhi ghair mutaliq nahi hua hai. woh apni jagah par mehfooz hai. isi liye hadith mein aata hai ke islam par ghubar paray ga, ghubar paray ga, ghubar paray ga.</w:t>
      </w:r>
      <w:r>
        <w:br/>
      </w:r>
      <w:r>
        <w:rPr>
          <w:sz w:val="20"/>
        </w:rPr>
        <w:t>16:10  yahan tak ke islam dhak jaye ga.</w:t>
      </w:r>
      <w:r>
        <w:br/>
      </w:r>
      <w:r>
        <w:rPr>
          <w:sz w:val="20"/>
        </w:rPr>
        <w:t>16:12  "wa lam yabqa minal-islami illa ismuhu wa lam yabqa minal-qurani illa rasmuhu" . yani yeh jo musalman version banayenge islam ka, yeh dhak jaye ga.</w:t>
      </w:r>
      <w:r>
        <w:br/>
      </w:r>
      <w:r>
        <w:rPr>
          <w:sz w:val="20"/>
        </w:rPr>
        <w:t>16:26  is dhakan par dhakta jaye ga, dhakta jaye ga, dhakta jaye ga. yahan tak ke islam ka sirf naam reh jaye ga aur quran ke sirf lakeerain reh jayengi, line.</w:t>
      </w:r>
      <w:r>
        <w:br/>
      </w:r>
      <w:r>
        <w:rPr>
          <w:sz w:val="20"/>
        </w:rPr>
        <w:t>16:38  to mein poori tarah se soch samajh kar yeh baat keh raha hoon ke jo cheez khatray mein hai aur musalmanon ka banaya hua version hai islam ka, khud islam nahi hai.</w:t>
      </w:r>
    </w:p>
    <w:p>
      <w:pPr>
        <w:pStyle w:val="Heading2"/>
      </w:pPr>
      <w:r>
        <w:t>Genuine gratitude requires wisdom not lip service</w:t>
      </w:r>
    </w:p>
    <w:p>
      <w:r>
        <w:rPr>
          <w:color w:val="666666"/>
          <w:sz w:val="18"/>
        </w:rPr>
        <w:t>What is Shukr (Gratitude) January 30, 2014 Maulana Wahiduddin Khan · 4m 33s · at 1:04 · https://youtu.be/V4LkYRRzQ3E?t=64</w:t>
      </w:r>
    </w:p>
    <w:p>
      <w:r>
        <w:rPr>
          <w:i/>
        </w:rPr>
        <w:t>“Quran mein baar baar shukr ka zikr kiya gaya hai”</w:t>
      </w:r>
    </w:p>
    <w:p>
      <w:r>
        <w:rPr>
          <w:sz w:val="20"/>
        </w:rPr>
        <w:t>1:04  quran mein bar bar shukr ka zikr kiya gaya hai. quran ke mutabiq shukr bohat ziyada bari ibadat hai,</w:t>
      </w:r>
      <w:r>
        <w:br/>
      </w:r>
      <w:r>
        <w:rPr>
          <w:sz w:val="20"/>
        </w:rPr>
        <w:t>1:18  balkeh shayad sab se bari ibadat. to is ayat se maloom hota hai ke shukr ke liye hikmat chahiye.</w:t>
      </w:r>
      <w:r>
        <w:br/>
      </w:r>
      <w:r>
        <w:rPr>
          <w:sz w:val="20"/>
        </w:rPr>
        <w:t>1:28  hikmat nahi to shukr bhi nahi.</w:t>
      </w:r>
      <w:r>
        <w:br/>
      </w:r>
      <w:r>
        <w:rPr>
          <w:sz w:val="20"/>
        </w:rPr>
        <w:t>1:34  shukr ka jo, shukr ki jo ibadat hai, to shukr se pehle hikmat zaroori hai.</w:t>
      </w:r>
      <w:r>
        <w:br/>
      </w:r>
      <w:r>
        <w:rPr>
          <w:sz w:val="20"/>
        </w:rPr>
        <w:t>1:44  yani hikmat jo hai, ka pre shukr keh sakte hain aap is ko.</w:t>
      </w:r>
      <w:r>
        <w:br/>
      </w:r>
      <w:r>
        <w:rPr>
          <w:sz w:val="20"/>
        </w:rPr>
        <w:t>1:53  to yeh bohat ziyada sochne ki baat hai ke aakhir hikmat kya cheez hai? aur shukr se is ka taluq kya hai?</w:t>
      </w:r>
      <w:r>
        <w:br/>
      </w:r>
      <w:r>
        <w:rPr>
          <w:sz w:val="20"/>
        </w:rPr>
        <w:t>2:02  hikmat ke mani wahi hain jo hum is ko kehte hain Wisdom. Wisdom ke jo mani hain wahi shukr ke mani hain.</w:t>
      </w:r>
      <w:r>
        <w:br/>
      </w:r>
      <w:r>
        <w:rPr>
          <w:sz w:val="20"/>
        </w:rPr>
        <w:t>2:14  to Wisdom ka taluq shukr se kya hai? is ko bohat ziyada samajhne ki zaroorat hai.</w:t>
      </w:r>
      <w:r>
        <w:br/>
      </w:r>
      <w:r>
        <w:rPr>
          <w:sz w:val="20"/>
        </w:rPr>
        <w:t>2:23  shukr ka matlab hai</w:t>
      </w:r>
      <w:r>
        <w:br/>
      </w:r>
      <w:r>
        <w:rPr>
          <w:sz w:val="20"/>
        </w:rPr>
        <w:t>2:28  Acknowledgement.</w:t>
      </w:r>
      <w:r>
        <w:br/>
      </w:r>
      <w:r>
        <w:rPr>
          <w:sz w:val="20"/>
        </w:rPr>
        <w:t>2:31  bohat ziyada, yani Positive Thinking ka jo aakhri had hai isi ko shukr kehte hain. yani dunya ki zindagi mein aap is tarah rahein ke aap ko ehsas ho ke Allah ne mere upar beshumar nematein ki hain.</w:t>
      </w:r>
      <w:r>
        <w:br/>
      </w:r>
      <w:r>
        <w:rPr>
          <w:sz w:val="20"/>
        </w:rPr>
        <w:t>2:53  aur mujh ko usay Acknowledge karna chahiye.</w:t>
      </w:r>
      <w:r>
        <w:br/>
      </w:r>
      <w:r>
        <w:rPr>
          <w:sz w:val="20"/>
        </w:rPr>
        <w:t>3:00  to shukr, mein samajhta hoon ke</w:t>
      </w:r>
      <w:r>
        <w:br/>
      </w:r>
      <w:r>
        <w:rPr>
          <w:sz w:val="20"/>
        </w:rPr>
        <w:t>3:07  sab se bara Positive Phenomena hai. is se bara Positive Phenomena aur koi nahi ho sakta.</w:t>
      </w:r>
      <w:r>
        <w:br/>
      </w:r>
      <w:r>
        <w:rPr>
          <w:sz w:val="20"/>
        </w:rPr>
        <w:t>3:17  to Allah ke ehsanat mein jeena, Allah ki nematon mein jeena, Allah ko har waqt Acknowledge karte rehna, Allah ke</w:t>
      </w:r>
      <w:r>
        <w:br/>
      </w:r>
      <w:r>
        <w:rPr>
          <w:sz w:val="20"/>
        </w:rPr>
        <w:t>3:32  ka har waqt ehtram karte rehna,</w:t>
      </w:r>
      <w:r>
        <w:br/>
      </w:r>
      <w:r>
        <w:rPr>
          <w:sz w:val="20"/>
        </w:rPr>
        <w:t>3:37  isi ko shukr kaha jata hai.</w:t>
      </w:r>
      <w:r>
        <w:br/>
      </w:r>
      <w:r>
        <w:rPr>
          <w:sz w:val="20"/>
        </w:rPr>
        <w:t>3:40  to shukr ke, shukr ki nafsiyat mein jeena, is dunya mein, jis dunya mein aap hain, ek behad mushkil kaam hai.</w:t>
      </w:r>
      <w:r>
        <w:br/>
      </w:r>
      <w:r>
        <w:rPr>
          <w:sz w:val="20"/>
        </w:rPr>
        <w:t>3:55  har aadmi ka yeh tajurba hai ke dunya mein is ko rehna parta hai, musalsal tor par, nakhushgawar halaat mein.</w:t>
      </w:r>
      <w:r>
        <w:br/>
      </w:r>
      <w:r>
        <w:rPr>
          <w:sz w:val="20"/>
        </w:rPr>
        <w:t>4:05  yahan har waqt koi na koi Provocation hota hai. koi na koi Negative Experience hota hai.</w:t>
      </w:r>
      <w:r>
        <w:br/>
      </w:r>
      <w:r>
        <w:rPr>
          <w:sz w:val="20"/>
        </w:rPr>
        <w:t>4:17  kisi na kisi nuqsan ka tajurba hota hai. koi na koi aisi baat keh deta hai jis se aadmi ko ghussa aa jata hai.</w:t>
      </w:r>
      <w:r>
        <w:br/>
      </w:r>
      <w:r>
        <w:rPr>
          <w:sz w:val="20"/>
        </w:rPr>
        <w:t>4:29  yani dunya mein aadmi ek Social Life, yani ek Society ke andar rehta hai. aur jahan Society hai, jahan Social Life hai, wahan par lazman Problem hai.</w:t>
      </w:r>
      <w:r>
        <w:br/>
      </w:r>
      <w:r>
        <w:rPr>
          <w:sz w:val="20"/>
        </w:rPr>
        <w:t>4:44  yeh ek har aadmi janta hai is baat ko.</w:t>
      </w:r>
      <w:r>
        <w:br/>
      </w:r>
      <w:r>
        <w:rPr>
          <w:sz w:val="20"/>
        </w:rPr>
        <w:t>4:51  yani Social Life means Living in Problems.</w:t>
      </w:r>
      <w:r>
        <w:br/>
      </w:r>
      <w:r>
        <w:rPr>
          <w:sz w:val="20"/>
        </w:rPr>
        <w:t>4:55  to ab sawal yeh hai ke jo aadmi har waqt Problem mein jeeta ho, har waqt is ko kuch na kuch Negative Experience ho raha ho, kuch na kuch Unpleasant Situation pesh aa rahi ho, to shukr kare kaise ho?</w:t>
      </w:r>
      <w:r>
        <w:br/>
      </w:r>
      <w:r>
        <w:rPr>
          <w:sz w:val="20"/>
        </w:rPr>
        <w:t>5:12  haqeeqi shukr. to lip service karega, alhamdulillah, alhamdulillah. lekin allah ta'ala ko lip service mutloob nahin hai.</w:t>
      </w:r>
      <w:r>
        <w:br/>
      </w:r>
      <w:r>
        <w:rPr>
          <w:sz w:val="20"/>
        </w:rPr>
        <w:t>5:22  yani shukr ka yeh bohat hi zyada, yani strange underestimation hai ke lip service ko shukr samajh liya jaye.</w:t>
      </w:r>
    </w:p>
    <w:p>
      <w:pPr>
        <w:pStyle w:val="Heading2"/>
      </w:pPr>
      <w:r>
        <w:t>How I kept my nature intact</w:t>
      </w:r>
    </w:p>
    <w:p>
      <w:r>
        <w:rPr>
          <w:color w:val="666666"/>
          <w:sz w:val="18"/>
        </w:rPr>
        <w:t>Interaction February 22, 2020 Maulana Wahiduddin Khan · 3m 55s · at 31:59 · https://youtu.be/s4MIiunBRxI?t=1919</w:t>
      </w:r>
    </w:p>
    <w:p>
      <w:r>
        <w:rPr>
          <w:i/>
        </w:rPr>
        <w:t>“The real thing is nature.”</w:t>
      </w:r>
    </w:p>
    <w:p>
      <w:r>
        <w:rPr>
          <w:sz w:val="20"/>
        </w:rPr>
        <w:t>31:59  ise? ye poochhna chah rahi hoon main aapse. dekhiye, suniye. asal cheez jo hai har insaan ke paas, ab wo din se jab paida hota hai, tab se ek cheez hoti hai nature. nature.</w:t>
      </w:r>
      <w:r>
        <w:br/>
      </w:r>
      <w:r>
        <w:rPr>
          <w:sz w:val="20"/>
        </w:rPr>
        <w:t>32:17  agar aap nature padh rahe hain, to har aadmi ka wahi haal hoga jo mera haal hua.</w:t>
      </w:r>
      <w:r>
        <w:br/>
      </w:r>
      <w:r>
        <w:rPr>
          <w:sz w:val="20"/>
        </w:rPr>
        <w:t>32:26  lekin log nature ko deviate kar dete hain. deviate ko intact nahin rakhte.</w:t>
      </w:r>
      <w:r>
        <w:br/>
      </w:r>
      <w:r>
        <w:rPr>
          <w:sz w:val="20"/>
        </w:rPr>
        <w:t>32:37  meri, meri, yani I was lucky ki kuch aise mere zindagi mein aise baatein huin ki meri nature intact rahi.</w:t>
      </w:r>
      <w:r>
        <w:br/>
      </w:r>
      <w:r>
        <w:rPr>
          <w:sz w:val="20"/>
        </w:rPr>
        <w:t>32:55  bilkul hi. shayad isi ko mere baap, mere maa ne khwab mein dekha tha ki main jab paida hua, to ek hathi aaya, bada sa hathi. usko soot par uthaya usne aur peeth par rakha aur leke chala gaya.</w:t>
      </w:r>
      <w:r>
        <w:br/>
      </w:r>
      <w:r>
        <w:rPr>
          <w:sz w:val="20"/>
        </w:rPr>
        <w:t>33:13  to meri maa kehti hai, "are, itna achha bachcha tha." aur usko hathi utha le gaya. to main sochta hoon ki kisi wajah se aisa hua ki main paida hua insani avadhi mein, lekin meri upbringing jo hui, upbringing</w:t>
      </w:r>
      <w:r>
        <w:br/>
      </w:r>
      <w:r>
        <w:rPr>
          <w:sz w:val="20"/>
        </w:rPr>
        <w:t>33:33  jangal mein hui. jangal wale jo janwar hote hain, bilkul nature mein hote hain. ye galat hai manna ki jangli, jangal mein rehne wala janwar, aap concrete na maarein, to kabhi bhi janwar aap par hamla nahin karega.</w:t>
      </w:r>
      <w:r>
        <w:br/>
      </w:r>
      <w:r>
        <w:rPr>
          <w:sz w:val="20"/>
        </w:rPr>
        <w:t>33:55  jangal mein rehne wala janwar sirf retaliate karta hai. ye insan hai jo apni taraf se marta hai. to shayad mere sath Allah taala ne kisi wajah se aisa kiya ke mujhe, meri jo upbringing hui, wo</w:t>
      </w:r>
      <w:r>
        <w:br/>
      </w:r>
      <w:r>
        <w:rPr>
          <w:sz w:val="20"/>
        </w:rPr>
        <w:t>34:14  fitrat ke mahol mein hui hai. to bachpan se bhi yahi baatein thin mere sath. ekdam chhota tha, tab se ye baatein thin. maslan, mujhe yaad hai ke main gaon mein rehta tha. gaon ke bachche gaali dete the.</w:t>
      </w:r>
      <w:r>
        <w:br/>
      </w:r>
      <w:r>
        <w:rPr>
          <w:sz w:val="20"/>
        </w:rPr>
        <w:t>34:33  unka takle kalam tha gaali. maine apni zuban se kabhi ek bar bhi gaali ka lafz nahi nikala. kabhi bhi nahi. meri zuban se gaali ka lafz nikalta hi nahi tha. halanki mere aas-pas idhar-udhar log bahut aasani se gaali dete the. gaon ke bachche.</w:t>
      </w:r>
      <w:r>
        <w:br/>
      </w:r>
      <w:r>
        <w:rPr>
          <w:sz w:val="20"/>
        </w:rPr>
        <w:t>34:55  to ye to ab maine, ye keh sakta hoon ke agar aap, aap, aapke walidain aapke baba aapko nature par rakh kar bacha saken, nature ko bigadne na den,</w:t>
      </w:r>
      <w:r>
        <w:br/>
      </w:r>
      <w:r>
        <w:rPr>
          <w:sz w:val="20"/>
        </w:rPr>
        <w:t>35:13  to aap bhi waise hi honge jaise aapko nature chahta hai.</w:t>
      </w:r>
      <w:r>
        <w:br/>
      </w:r>
      <w:r>
        <w:rPr>
          <w:sz w:val="20"/>
        </w:rPr>
        <w:t>35:17  maulana, ek aspect main aur kehna chah rahi hoon jo kal maine aapse kaha tha ke ek to</w:t>
      </w:r>
      <w:r>
        <w:br/>
      </w:r>
      <w:r>
        <w:rPr>
          <w:sz w:val="20"/>
        </w:rPr>
        <w:t>35:25  hai ki urdu mein aap ne likha aur usko aap ne translate kiya.</w:t>
      </w:r>
      <w:r>
        <w:br/>
      </w:r>
      <w:r>
        <w:rPr>
          <w:sz w:val="20"/>
        </w:rPr>
        <w:t>35:30  aur mujh jaise person jo urdu nahi janta, usko samajh mein aa gaya ki aap ne, matlab "God Arises"</w:t>
      </w:r>
      <w:r>
        <w:br/>
      </w:r>
      <w:r>
        <w:rPr>
          <w:sz w:val="20"/>
        </w:rPr>
        <w:t>35:38  main par saki.</w:t>
      </w:r>
      <w:r>
        <w:br/>
      </w:r>
      <w:r>
        <w:rPr>
          <w:sz w:val="20"/>
        </w:rPr>
        <w:t>35:39  to main aap ka bhi bohat bara shukr karna chahti hoon ki unhon ne english mein literature tayyar kara.</w:t>
      </w:r>
      <w:r>
        <w:br/>
      </w:r>
      <w:r>
        <w:rPr>
          <w:sz w:val="20"/>
        </w:rPr>
        <w:t>35:46  And I want to rededicate myself to helping her to take all your books,</w:t>
      </w:r>
    </w:p>
    <w:p>
      <w:pPr>
        <w:pStyle w:val="Heading2"/>
      </w:pPr>
      <w:r>
        <w:t>Individual idealist and social realist principles</w:t>
      </w:r>
    </w:p>
    <w:p>
      <w:r>
        <w:rPr>
          <w:color w:val="666666"/>
          <w:sz w:val="18"/>
        </w:rPr>
        <w:t>Adjustment the Only Option I January 26, 2010 · 4m 34s · at 2:36 · https://youtu.be/5jDoLit5NWU?t=156</w:t>
      </w:r>
    </w:p>
    <w:p>
      <w:r>
        <w:rPr>
          <w:i/>
        </w:rPr>
        <w:t>“There is no other option”</w:t>
      </w:r>
    </w:p>
    <w:p>
      <w:r>
        <w:rPr>
          <w:sz w:val="20"/>
        </w:rPr>
        <w:t>2:36  There is no other option.</w:t>
      </w:r>
      <w:r>
        <w:br/>
      </w:r>
      <w:r>
        <w:rPr>
          <w:sz w:val="20"/>
        </w:rPr>
        <w:t>2:43  to duniya ke banane wale ne dekhiye, do bohat hi basic principles is duniya mein rakh diye hain.</w:t>
      </w:r>
      <w:r>
        <w:br/>
      </w:r>
      <w:r>
        <w:rPr>
          <w:sz w:val="20"/>
        </w:rPr>
        <w:t>2:50  ek hai individual life ke liye, ek hai social life ke liye.</w:t>
      </w:r>
      <w:r>
        <w:br/>
      </w:r>
      <w:r>
        <w:rPr>
          <w:sz w:val="20"/>
        </w:rPr>
        <w:t>2:58  hamari life is duniya mein two fold hoti hai.</w:t>
      </w:r>
      <w:r>
        <w:br/>
      </w:r>
      <w:r>
        <w:rPr>
          <w:sz w:val="20"/>
        </w:rPr>
        <w:t>3:05  ek akele ki, aur yeh ke hum ek samaj mein hote hain, ek society mein hote hain, doosron</w:t>
      </w:r>
      <w:r>
        <w:br/>
      </w:r>
      <w:r>
        <w:rPr>
          <w:sz w:val="20"/>
        </w:rPr>
        <w:t>3:13  ke beech mein hote hain.</w:t>
      </w:r>
      <w:r>
        <w:br/>
      </w:r>
      <w:r>
        <w:rPr>
          <w:sz w:val="20"/>
        </w:rPr>
        <w:t>3:20  to yaad rakhiye, khuda ne dono ke liye ek law set kar diya hai, pehle din se.</w:t>
      </w:r>
      <w:r>
        <w:br/>
      </w:r>
      <w:r>
        <w:rPr>
          <w:sz w:val="20"/>
        </w:rPr>
        <w:t>3:28  wala tabdila li khalqi allahi khuda ne apna jo creation plan ke waqt jo bana diya hai, us mein</w:t>
      </w:r>
      <w:r>
        <w:br/>
      </w:r>
      <w:r>
        <w:rPr>
          <w:sz w:val="20"/>
        </w:rPr>
        <w:t>3:35  koi badlav nahi, koi change nahi.</w:t>
      </w:r>
      <w:r>
        <w:br/>
      </w:r>
      <w:r>
        <w:rPr>
          <w:sz w:val="20"/>
        </w:rPr>
        <w:t>3:43  to individual ke liye kya hai? woh hai idealism.</w:t>
      </w:r>
      <w:r>
        <w:br/>
      </w:r>
      <w:r>
        <w:rPr>
          <w:sz w:val="20"/>
        </w:rPr>
        <w:t>3:50  Individual life ke liye hai idealism, aur social life ke liye hai pragmatism. bas.</w:t>
      </w:r>
      <w:r>
        <w:br/>
      </w:r>
      <w:r>
        <w:rPr>
          <w:sz w:val="20"/>
        </w:rPr>
        <w:t>3:57  There is no third law.</w:t>
      </w:r>
      <w:r>
        <w:br/>
      </w:r>
      <w:r>
        <w:rPr>
          <w:sz w:val="20"/>
        </w:rPr>
        <w:t>4:05  aap ko apne personal mamle mein ideal par chalne ki koshish karna hai.</w:t>
      </w:r>
      <w:r>
        <w:br/>
      </w:r>
      <w:r>
        <w:rPr>
          <w:sz w:val="20"/>
        </w:rPr>
        <w:t>4:12  kyun ke aap ki zindagi apni zindagi hai.</w:t>
      </w:r>
      <w:r>
        <w:br/>
      </w:r>
      <w:r>
        <w:rPr>
          <w:sz w:val="20"/>
        </w:rPr>
        <w:t>4:20  apne aap ko aap discipline mein rakh sakte hain.</w:t>
      </w:r>
      <w:r>
        <w:br/>
      </w:r>
      <w:r>
        <w:rPr>
          <w:sz w:val="20"/>
        </w:rPr>
        <w:t>4:27  apne aap par aap ka control hai.</w:t>
      </w:r>
      <w:r>
        <w:br/>
      </w:r>
      <w:r>
        <w:rPr>
          <w:sz w:val="20"/>
        </w:rPr>
        <w:t>4:35  to jo bhi ideals hain, jo me'yari usool hain, us ko follow karna hai aap ko.</w:t>
      </w:r>
      <w:r>
        <w:br/>
      </w:r>
      <w:r>
        <w:rPr>
          <w:sz w:val="20"/>
        </w:rPr>
        <w:t>4:42  to kya karna hai? In your personal life be idealist.</w:t>
      </w:r>
      <w:r>
        <w:br/>
      </w:r>
      <w:r>
        <w:rPr>
          <w:sz w:val="20"/>
        </w:rPr>
        <w:t>4:50  Idealist.</w:t>
      </w:r>
      <w:r>
        <w:br/>
      </w:r>
      <w:r>
        <w:rPr>
          <w:sz w:val="20"/>
        </w:rPr>
        <w:t>4:56  zati maamle mein.</w:t>
      </w:r>
      <w:r>
        <w:br/>
      </w:r>
      <w:r>
        <w:rPr>
          <w:sz w:val="20"/>
        </w:rPr>
        <w:t>5:02  lekin when it comes to society, family, other people, you have to be realist, you have to be</w:t>
      </w:r>
      <w:r>
        <w:br/>
      </w:r>
      <w:r>
        <w:rPr>
          <w:sz w:val="20"/>
        </w:rPr>
        <w:t>5:08  pragmatic, you have to adjust with others.</w:t>
      </w:r>
      <w:r>
        <w:br/>
      </w:r>
      <w:r>
        <w:rPr>
          <w:sz w:val="20"/>
        </w:rPr>
        <w:t>5:14  yeh bohat hi bara principle hai lekin saare log is ko ignore karte hain, family life se le</w:t>
      </w:r>
      <w:r>
        <w:br/>
      </w:r>
      <w:r>
        <w:rPr>
          <w:sz w:val="20"/>
        </w:rPr>
        <w:t>5:20  kar ke international life tak.</w:t>
      </w:r>
      <w:r>
        <w:br/>
      </w:r>
      <w:r>
        <w:rPr>
          <w:sz w:val="20"/>
        </w:rPr>
        <w:t>5:26  aur isi ki wajah se violence hai, isi ki wajah se hate hai, isi ki wajah se saara</w:t>
      </w:r>
      <w:r>
        <w:br/>
      </w:r>
      <w:r>
        <w:rPr>
          <w:sz w:val="20"/>
        </w:rPr>
        <w:t>5:32  maamla bigra hua hai.</w:t>
      </w:r>
      <w:r>
        <w:br/>
      </w:r>
      <w:r>
        <w:rPr>
          <w:sz w:val="20"/>
        </w:rPr>
        <w:t>5:38  ke log kya karte hain? Ulta karte hain.</w:t>
      </w:r>
      <w:r>
        <w:br/>
      </w:r>
      <w:r>
        <w:rPr>
          <w:sz w:val="20"/>
        </w:rPr>
        <w:t>5:44  yani social life mein ideal chalaana chahte hain, aur apni zindagi mein practical bane rehte hain.</w:t>
      </w:r>
      <w:r>
        <w:br/>
      </w:r>
      <w:r>
        <w:rPr>
          <w:sz w:val="20"/>
        </w:rPr>
        <w:t>5:50  That is contradiction, that is hypocrisy.</w:t>
      </w:r>
      <w:r>
        <w:br/>
      </w:r>
      <w:r>
        <w:rPr>
          <w:sz w:val="20"/>
        </w:rPr>
        <w:t>5:56  mein to jis se bhi milta hoon, apni zaat ke maamle ko practical bana rehta hoon.</w:t>
      </w:r>
      <w:r>
        <w:br/>
      </w:r>
      <w:r>
        <w:rPr>
          <w:sz w:val="20"/>
        </w:rPr>
        <w:t>6:03  ke bhai yeh to karna hi hoga, is ke baghair to kaam nahi chalega, aise alfaaz bolta hai.</w:t>
      </w:r>
      <w:r>
        <w:br/>
      </w:r>
      <w:r>
        <w:rPr>
          <w:sz w:val="20"/>
        </w:rPr>
        <w:t>6:09  lekin jab aata hai kaam, maamla doosron ka, maslan family life hai, social life hai, national life hai,</w:t>
      </w:r>
      <w:r>
        <w:br/>
      </w:r>
      <w:r>
        <w:rPr>
          <w:sz w:val="20"/>
        </w:rPr>
        <w:t>6:15  international life, har jagah kya karta hai woh? Ideal chalaata hai.</w:t>
      </w:r>
      <w:r>
        <w:br/>
      </w:r>
      <w:r>
        <w:rPr>
          <w:sz w:val="20"/>
        </w:rPr>
        <w:t>6:21  yeh kabhi bhi hone wala nahi hai.</w:t>
      </w:r>
      <w:r>
        <w:br/>
      </w:r>
      <w:r>
        <w:rPr>
          <w:sz w:val="20"/>
        </w:rPr>
        <w:t>6:27  Plus aap ko hypocrite banna parta hai.</w:t>
      </w:r>
      <w:r>
        <w:br/>
      </w:r>
      <w:r>
        <w:rPr>
          <w:sz w:val="20"/>
        </w:rPr>
        <w:t>6:33  aap ko double standard banna parta hai.</w:t>
      </w:r>
      <w:r>
        <w:br/>
      </w:r>
      <w:r>
        <w:rPr>
          <w:sz w:val="20"/>
        </w:rPr>
        <w:t>6:39  kyun ke jo principle aap apni life mein na chala rahe hon, usi ko aap society mein transfer karna chahte hain.</w:t>
      </w:r>
      <w:r>
        <w:br/>
      </w:r>
      <w:r>
        <w:rPr>
          <w:sz w:val="20"/>
        </w:rPr>
        <w:t>6:45  yeh to bohat hi buri baat hai.</w:t>
      </w:r>
      <w:r>
        <w:br/>
      </w:r>
      <w:r>
        <w:rPr>
          <w:sz w:val="20"/>
        </w:rPr>
        <w:t>6:51  yeh to bohat hi bura culture hai.</w:t>
      </w:r>
      <w:r>
        <w:br/>
      </w:r>
      <w:r>
        <w:rPr>
          <w:sz w:val="20"/>
        </w:rPr>
        <w:t>6:57  to barhal Quran majeed mein is principle ko is ayat mein bataya gaya hai.</w:t>
      </w:r>
      <w:r>
        <w:br/>
      </w:r>
      <w:r>
        <w:rPr>
          <w:sz w:val="20"/>
        </w:rPr>
        <w:t>7:03  alsulh khairun yani reconciliation is the best.</w:t>
      </w:r>
      <w:r>
        <w:br/>
      </w:r>
      <w:r>
        <w:rPr>
          <w:sz w:val="20"/>
        </w:rPr>
        <w:t>7:10  is ayat ka tarjuma hai reconciliation is the best. and now what is reconciliation? reconciliation means adjustment, patience, compromise, adopting pragmatic approach.</w:t>
      </w:r>
    </w:p>
    <w:p>
      <w:pPr>
        <w:pStyle w:val="Heading2"/>
      </w:pPr>
      <w:r>
        <w:t>Religious freedom and scientific education changed Jews</w:t>
      </w:r>
    </w:p>
    <w:p>
      <w:r>
        <w:rPr>
          <w:color w:val="666666"/>
          <w:sz w:val="18"/>
        </w:rPr>
        <w:t>Realistic Approach March 30, 2014 Maulana Wahiduddin Khan · 4m 07s · at 36:45 · https://youtu.be/K36UonBsGlA?t=2205</w:t>
      </w:r>
    </w:p>
    <w:p>
      <w:r>
        <w:rPr>
          <w:i/>
        </w:rPr>
        <w:t>“In the time of the Prophet, there was beatings and persecution.”</w:t>
      </w:r>
    </w:p>
    <w:p>
      <w:r>
        <w:rPr>
          <w:sz w:val="20"/>
        </w:rPr>
        <w:t>36:45  Rasool Allah ke zamanay mein shuru mein hua maar peet hoti thi. kyunke woh zaman tha Religious Persecution ka zamanay. mazhabi jabr ka zamanay.</w:t>
      </w:r>
      <w:r>
        <w:br/>
      </w:r>
      <w:r>
        <w:rPr>
          <w:sz w:val="20"/>
        </w:rPr>
        <w:t>36:55  ab saari duniya mein Religious Freedom ka zamanay hai.</w:t>
      </w:r>
      <w:r>
        <w:br/>
      </w:r>
      <w:r>
        <w:rPr>
          <w:sz w:val="20"/>
        </w:rPr>
        <w:t>37:02  aise hi dekhiye aap jab nikle duniya mein Islam phailanay ke liye to kahin jangal haa'il tha, kahin samandar rukawat tha, kahin koi mulk rukawat tha.</w:t>
      </w:r>
      <w:r>
        <w:br/>
      </w:r>
      <w:r>
        <w:rPr>
          <w:sz w:val="20"/>
        </w:rPr>
        <w:t>37:15  aaj Modern Communication ke zamanay mein hum yahan bol rahe hain aur saari duniya mein log sun rahe hain. kaisa ajeeb hai. kabhi is se pehle mumkin nahi tha ke ek daa'i ek maqam par bolay aur saari duniya mein us ko suna jaye.</w:t>
      </w:r>
      <w:r>
        <w:br/>
      </w:r>
      <w:r>
        <w:rPr>
          <w:sz w:val="20"/>
        </w:rPr>
        <w:t>37:30  yeh kis ne kiya? yeh daur kaun laya? yeh ahl-e-maghrib laye. ahl-e-maghrib yeh laye yeh daur ke ab na jangal rukawat hai, na samandar rukawat hai,</w:t>
      </w:r>
      <w:r>
        <w:br/>
      </w:r>
      <w:r>
        <w:rPr>
          <w:sz w:val="20"/>
        </w:rPr>
        <w:t>37:45  na koi hukoomat rukawat hai. deewarein sab toot gayeen. saari deewarein toot chuki hain. aap ek jagah boliye aur saari duniya mein awaaz suni jayegi.</w:t>
      </w:r>
      <w:r>
        <w:br/>
      </w:r>
      <w:r>
        <w:rPr>
          <w:sz w:val="20"/>
        </w:rPr>
        <w:t>37:56  to yeh sab bekhabar, musalman hain, musalman is se bekhabar hain. mujhe koi ek musalman nahi maloom, na Mr., na Molvi, jo jaanta ho is haqeeqat ko.</w:t>
      </w:r>
      <w:r>
        <w:br/>
      </w:r>
      <w:r>
        <w:rPr>
          <w:sz w:val="20"/>
        </w:rPr>
        <w:t>38:05  kyun? woh jee rahe hain Falsehood mein. Falsehood mein. Quran mein Yahood ke baray mein hai.</w:t>
      </w:r>
      <w:r>
        <w:br/>
      </w:r>
      <w:r>
        <w:rPr>
          <w:sz w:val="20"/>
        </w:rPr>
        <w:t>38:15  dekhiye Falsehood paida kyun hota hai? Quran mein Yahood, Quran mein jis Yahood ka zikr hai yaad rakhiye woh qadeem Yahood hain, aaj ka Yahood nahi hai.</w:t>
      </w:r>
      <w:r>
        <w:br/>
      </w:r>
      <w:r>
        <w:rPr>
          <w:sz w:val="20"/>
        </w:rPr>
        <w:t>38:25  yeh bhi samajh lijiye ke aap log samajhte hain Quran parh kar ke aaj ka Yahood bhi waisa hi hai. yeh qadeem Yahood ke baray mein hai. aaj ka jo Yahoodi hai us ne Scientific Education li.</w:t>
      </w:r>
      <w:r>
        <w:br/>
      </w:r>
      <w:r>
        <w:rPr>
          <w:sz w:val="20"/>
        </w:rPr>
        <w:t>38:37  Scientific Education bilkul mukhtalif ho chuka hai woh. maslan dekhiye main naamdin mein rehta hoon. aaj kal musalman yahan ziyada ho gaye hain.</w:t>
      </w:r>
      <w:r>
        <w:br/>
      </w:r>
      <w:r>
        <w:rPr>
          <w:sz w:val="20"/>
        </w:rPr>
        <w:t>38:48  aur itna shor hota tha, shor hota hai. raat din shor. New York mein main gaya Yahoodiyon ki basti mein, Yahoodi colony mein.</w:t>
      </w:r>
      <w:r>
        <w:br/>
      </w:r>
      <w:r>
        <w:rPr>
          <w:sz w:val="20"/>
        </w:rPr>
        <w:t>38:58  wahan bilkul sukoon tha, ek dam Peace tha. koi shor nahi. yeh hai aaj ka Yahoodi jo hai woh Scientific Education pa kar ke bilkul mukhtalif ho chuka hai.</w:t>
      </w:r>
      <w:r>
        <w:br/>
      </w:r>
      <w:r>
        <w:rPr>
          <w:sz w:val="20"/>
        </w:rPr>
        <w:t>39:11  bilkul mukhtalif. main wahan gaya Jerusalem mein ek conference thi. jis mein ke Palestinian naujawan bhi bulaye gaye thay aur Yahoodi naujawan bhi.</w:t>
      </w:r>
      <w:r>
        <w:br/>
      </w:r>
      <w:r>
        <w:rPr>
          <w:sz w:val="20"/>
        </w:rPr>
        <w:t>39:23  to main ne dekha ke kai Palestinian naujawan khauf farraray angrezi bol rahe thay. to main ne socha ke bhai yeh kahan, unhon ne angrezi parhi?</w:t>
      </w:r>
      <w:r>
        <w:br/>
      </w:r>
      <w:r>
        <w:rPr>
          <w:sz w:val="20"/>
        </w:rPr>
        <w:t>39:33  kyunke hum to akhbaron mein parhte hain ke Palestinian ilaqay mein rozana bomb girta hai. to maloom hua ke yeh jo Palestinian naujawan hain yeh woh hain jo Israel mein rehte hain.</w:t>
      </w:r>
      <w:r>
        <w:br/>
      </w:r>
      <w:r>
        <w:rPr>
          <w:sz w:val="20"/>
        </w:rPr>
        <w:t>39:45  aaj bhi israel mein arab rehte hain. aaj bhi. aur koi rukawat nahin hai in ko. khule taur par wohi parhte hain schoolon mein jis tarah yahoodi bachche parhte hain.</w:t>
      </w:r>
      <w:r>
        <w:br/>
      </w:r>
      <w:r>
        <w:rPr>
          <w:sz w:val="20"/>
        </w:rPr>
        <w:t>39:55  yeh kya hai? aaj ke yahoodi ka jo zehan hai. aaj ka yahoodi woh nahin hai jo jis ko aap parhte hain apni kitabon mein. aaj ke yahoodi ke andar Scientific Thinking hai.</w:t>
      </w:r>
      <w:r>
        <w:br/>
      </w:r>
      <w:r>
        <w:rPr>
          <w:sz w:val="20"/>
        </w:rPr>
        <w:t>40:07  woh yani Modern Thinking hai. woh Falsehood mein nahin jeeta hai aaj ka yahoodi. aur musalman abhi tak Falsehood mein jee rahe hain.</w:t>
      </w:r>
      <w:r>
        <w:br/>
      </w:r>
      <w:r>
        <w:rPr>
          <w:sz w:val="20"/>
        </w:rPr>
        <w:t>40:17  unhein kuch khabar nahin ke aaj ki duniya mein kya ho raha hai. khud israel mein dawat ke mawaqe isi tarah hain jis tarah india mein mawaqe hain.</w:t>
      </w:r>
      <w:r>
        <w:br/>
      </w:r>
      <w:r>
        <w:rPr>
          <w:sz w:val="20"/>
        </w:rPr>
        <w:t>40:29  khud israel mein. kyun? aaj ka israel jo hai woh Scientific Education ne is ko bilkul badal diya hai.</w:t>
      </w:r>
      <w:r>
        <w:br/>
      </w:r>
      <w:r>
        <w:rPr>
          <w:sz w:val="20"/>
        </w:rPr>
        <w:t>40:39  woh yahoodi yeh nahin hai jo maarta peetta tha pehle. aaj aap israel jayen, wahan aap aala Education len, wahan aap dawah Work karen, wahan aap namaz parhen, wahan aap is deeni tarbiyat dikhayen, koi rukawat nahin.</w:t>
      </w:r>
    </w:p>
    <w:p>
      <w:pPr>
        <w:pStyle w:val="Heading2"/>
      </w:pPr>
      <w:r>
        <w:t>Gratitude freedom and the necessity of thinking</w:t>
      </w:r>
    </w:p>
    <w:p>
      <w:r>
        <w:rPr>
          <w:color w:val="666666"/>
          <w:sz w:val="18"/>
        </w:rPr>
        <w:t>Q&amp;A 03 Jan 2010 - Maulana Wahiduddin Khan · 4m 52s · at 0:29 · https://youtu.be/tEiK4snkN_Y?t=29</w:t>
      </w:r>
    </w:p>
    <w:p>
      <w:r>
        <w:rPr>
          <w:i/>
        </w:rPr>
        <w:t>“Dekhiye shukr jo hai gratefulness jo hai woh sochne se aati hai”</w:t>
      </w:r>
    </w:p>
    <w:p>
      <w:r>
        <w:rPr>
          <w:sz w:val="20"/>
        </w:rPr>
        <w:t>0:29  Dekhiye, shukr jo hai, gratefulness jo hai, woh sochne se aati hai. Sochenge nahi to shukr bhi nahi ayega. Jaise maine abhi glass ko dekha,</w:t>
      </w:r>
      <w:r>
        <w:br/>
      </w:r>
      <w:r>
        <w:rPr>
          <w:sz w:val="20"/>
        </w:rPr>
        <w:t>0:48  to main socha ki dekhiye, gilaas bol nahin sakta.</w:t>
      </w:r>
      <w:r>
        <w:br/>
      </w:r>
      <w:r>
        <w:rPr>
          <w:sz w:val="20"/>
        </w:rPr>
        <w:t>0:54  speech jo hai, specially khuda ne di hai insaan ko. yeh socha maine, to mere dil mein kaha ki kitna allah taala ke blessing hai</w:t>
      </w:r>
      <w:r>
        <w:br/>
      </w:r>
      <w:r>
        <w:rPr>
          <w:sz w:val="20"/>
        </w:rPr>
        <w:t>1:06  ki bolna jo hai, na mountain ko mila, na ocean ko mila, na galaxy koi bol sakti hai, na solar system bol sakta, na gilaas bol sakta. aur insaan ko khuda ne bolne ki taaqat di. is tarah sochne se</w:t>
      </w:r>
      <w:r>
        <w:br/>
      </w:r>
      <w:r>
        <w:rPr>
          <w:sz w:val="20"/>
        </w:rPr>
        <w:t>1:23  shukr aata hai, gratefulness aata hai. nahin sochenge to kuch bhi nahin.</w:t>
      </w:r>
      <w:r>
        <w:br/>
      </w:r>
      <w:r>
        <w:rPr>
          <w:sz w:val="20"/>
        </w:rPr>
        <w:t>1:33  aaj subah ek telephone ek saahab se baat ho rahi thi,</w:t>
      </w:r>
      <w:r>
        <w:br/>
      </w:r>
      <w:r>
        <w:rPr>
          <w:sz w:val="20"/>
        </w:rPr>
        <w:t>1:39  to unhone kaha ki poori tareekh mein insaan ladta phirta raha, jang aur qatl karta raha. to maine kaha ki dekhiye, yeh tha azaadi ko misuse karna. allah taala ne insaan ko azaadi di.</w:t>
      </w:r>
      <w:r>
        <w:br/>
      </w:r>
      <w:r>
        <w:rPr>
          <w:sz w:val="20"/>
        </w:rPr>
        <w:t>1:59  azaadi deke yeh sirf khuda ki cheez hai, kisi ko azaadi nahin hai duniya mein. itne stars hain, itne planet hain, itne saare,</w:t>
      </w:r>
      <w:r>
        <w:br/>
      </w:r>
      <w:r>
        <w:rPr>
          <w:sz w:val="20"/>
        </w:rPr>
        <w:t>2:13  kisi ko azaadi nahin hai. ocean ko, mountain ko, yahan tak animal ki bhi azaadi nahin hai. apne instinct par chalte hain woh. insaan ko azaadi di gayi, azaadi. to maine kaha ki dekhiye, azaadi ko misuse na karna, yeh allah ki sifat hai.</w:t>
      </w:r>
      <w:r>
        <w:br/>
      </w:r>
      <w:r>
        <w:rPr>
          <w:sz w:val="20"/>
        </w:rPr>
        <w:t>2:33  allah ke paas har kisi ko power hai, uski azaadi par koi control nahin kar sakta hai. lekin allah apni azaadi ko misuse nahin karta, apni taaqat ko misuse nahin karta. yeh tha insaan ka kamaal</w:t>
      </w:r>
      <w:r>
        <w:br/>
      </w:r>
      <w:r>
        <w:rPr>
          <w:sz w:val="20"/>
        </w:rPr>
        <w:t>2:50  ki woh kare jo khuda ki sifat hai, ki azaadi paakar ke misuse na kare usko. to phir khuda ka pados uske liye mukaddar tha. khuda ka pados,</w:t>
      </w:r>
      <w:r>
        <w:br/>
      </w:r>
      <w:r>
        <w:rPr>
          <w:sz w:val="20"/>
        </w:rPr>
        <w:t>3:04  in the malik ke mukt,</w:t>
      </w:r>
      <w:r>
        <w:br/>
      </w:r>
      <w:r>
        <w:rPr>
          <w:sz w:val="20"/>
        </w:rPr>
        <w:t>3:07  khuda ke qurbat. lekin insaan jo hai,</w:t>
      </w:r>
      <w:r>
        <w:br/>
      </w:r>
      <w:r>
        <w:rPr>
          <w:sz w:val="20"/>
        </w:rPr>
        <w:t>3:18  qadr ma qadrullah ka haq qadri ki khuda ne itni badi cheez di aur qadr nahin kar saka, aur woh misuse karne laga usko.</w:t>
      </w:r>
      <w:r>
        <w:br/>
      </w:r>
      <w:r>
        <w:rPr>
          <w:sz w:val="20"/>
        </w:rPr>
        <w:t>3:29  to yeh yeh sochne ke saath-saath aata hai. agar soche nahin, to yeh bhi nahin samajh mein aayega. yeh soche tab samajh mein aayega ki dekhiye, azaadi kitni badi cheez hai. woh cheez jo allah ki apni sifat hai, usko de diya insaan ko. aur isliye diya ki woh misuse na kare, to phir woh</w:t>
      </w:r>
      <w:r>
        <w:br/>
      </w:r>
      <w:r>
        <w:rPr>
          <w:sz w:val="20"/>
        </w:rPr>
        <w:t>3:50  takhalbakhlak allah ke barabar aa jayega, aur allah ke ke kareeb usko rehne ka mauqa milega. to baharhal, gratefulness jo hai, uska taalluq soch se hai. koi sochta hi nahin. main to kisi ko paaya nahin ki sochta ho.</w:t>
      </w:r>
      <w:r>
        <w:br/>
      </w:r>
      <w:r>
        <w:rPr>
          <w:sz w:val="20"/>
        </w:rPr>
        <w:t>4:10  main apni zindagi to kisi ko paaya nahin ki sochta ho. har cheez par sochna hai, baal par, naakhoon par, har cheez par sochna hai.</w:t>
      </w:r>
      <w:r>
        <w:br/>
      </w:r>
      <w:r>
        <w:rPr>
          <w:sz w:val="20"/>
        </w:rPr>
        <w:t>4:23  jaise ab maine utha chaaha ki mera daaya haath uthe, to yeh uth gaya. main chaaha ki baaya haath uthe, to yeh uth gaya. kyunki sochna is par sochna hai, kaise dimaag control kar raha hai. har ungli par,</w:t>
      </w:r>
      <w:r>
        <w:br/>
      </w:r>
      <w:r>
        <w:rPr>
          <w:sz w:val="20"/>
        </w:rPr>
        <w:t>4:37  body ke har hisse par, mind ka control hai.</w:t>
      </w:r>
      <w:r>
        <w:br/>
      </w:r>
      <w:r>
        <w:rPr>
          <w:sz w:val="20"/>
        </w:rPr>
        <w:t>4:41  kaise mind control kar raha hai.</w:t>
      </w:r>
      <w:r>
        <w:br/>
      </w:r>
      <w:r>
        <w:rPr>
          <w:sz w:val="20"/>
        </w:rPr>
        <w:t>4:46  to baharhal, isiliye quran aur hadees mein sabse ahmiyat di gayi tafakkur ko, tafakkur aur tadabbur. socho, socho, socho, socho. to bas batao, jo sochega nahin, woh shukr bhi nahin karega. animal ki tarah rahega woh.</w:t>
      </w:r>
      <w:r>
        <w:br/>
      </w:r>
      <w:r>
        <w:rPr>
          <w:sz w:val="20"/>
        </w:rPr>
        <w:t>5:05  to basic baat hai, apne andar tadabbur aur tafakkur wali sifat ko develop karna.</w:t>
      </w:r>
      <w:r>
        <w:br/>
      </w:r>
      <w:r>
        <w:rPr>
          <w:sz w:val="20"/>
        </w:rPr>
        <w:t>5:14  main isi ko basic baat samajhta hoon.</w:t>
      </w:r>
    </w:p>
    <w:p>
      <w:pPr>
        <w:pStyle w:val="Heading2"/>
      </w:pPr>
      <w:r>
        <w:t>Prophet's avoidance strategies in Madinah including trench</w:t>
      </w:r>
    </w:p>
    <w:p>
      <w:r>
        <w:rPr>
          <w:color w:val="666666"/>
          <w:sz w:val="18"/>
        </w:rPr>
        <w:t>Principle of Avoidance in Islam I 12 Dec, 2010 - Maulana Wahiduddin Khan · 4m 01s · at 17:34 · https://youtu.be/LcEmPmf5es0?t=1054</w:t>
      </w:r>
    </w:p>
    <w:p>
      <w:r>
        <w:rPr>
          <w:i/>
        </w:rPr>
        <w:t>“Madina mein bhi kya hua? Wahan bhi avoidance.”</w:t>
      </w:r>
    </w:p>
    <w:p>
      <w:r>
        <w:rPr>
          <w:sz w:val="20"/>
        </w:rPr>
        <w:t>17:34  Madinah mein bhi kya hua? Wahan bhi avoidance. Maslan ek baar Makah se woh log ek bada lashkar bana kar aaye.</w:t>
      </w:r>
      <w:r>
        <w:br/>
      </w:r>
      <w:r>
        <w:rPr>
          <w:sz w:val="20"/>
        </w:rPr>
        <w:t>17:47  To aap pata karte rehte the. To pata chala ke woh lashkar le ke chale aa rahe hain Makah se.</w:t>
      </w:r>
      <w:r>
        <w:br/>
      </w:r>
      <w:r>
        <w:rPr>
          <w:sz w:val="20"/>
        </w:rPr>
        <w:t>17:54  To aap ne kaha ke chalo hum khandAK khodte hain. Trench. Ek mashhoor hai ghazwa, ghazwa khandAK ke naam se.</w:t>
      </w:r>
      <w:r>
        <w:br/>
      </w:r>
      <w:r>
        <w:rPr>
          <w:sz w:val="20"/>
        </w:rPr>
        <w:t>18:05  Woh ghazwa nahi tha yani koi koi ladai nahi hui thi is mein. Woh ladai ko avoid karna tha.</w:t>
      </w:r>
      <w:r>
        <w:br/>
      </w:r>
      <w:r>
        <w:rPr>
          <w:sz w:val="20"/>
        </w:rPr>
        <w:t>18:15  Madinah aisa tha ke Madinah mein dekhiye teen taraf se penetration naamumkin tha. Teen taraf se ghire khajooron ke bagh the.</w:t>
      </w:r>
      <w:r>
        <w:br/>
      </w:r>
      <w:r>
        <w:rPr>
          <w:sz w:val="20"/>
        </w:rPr>
        <w:t>18:28  Teen taraf se ghire bagh the khajooron ke. Teen taraf se koi penetrate nahi kar sakta tha. Ek taraf se rasta tha sirf.</w:t>
      </w:r>
      <w:r>
        <w:br/>
      </w:r>
      <w:r>
        <w:rPr>
          <w:sz w:val="20"/>
        </w:rPr>
        <w:t>18:38  Woh jaane helicopter bhi nahi tha ke utar jaye aadmi urr kar ke. To jidhar khula tha udhar aap ne khandAK khodi.</w:t>
      </w:r>
      <w:r>
        <w:br/>
      </w:r>
      <w:r>
        <w:rPr>
          <w:sz w:val="20"/>
        </w:rPr>
        <w:t>18:47  Teen taraf to apne aap woh mehfooz tha. Ek taraf khula tha. Khandak khodi. Khandak kya thi woh? Khandak avoid karna tha.</w:t>
      </w:r>
      <w:r>
        <w:br/>
      </w:r>
      <w:r>
        <w:rPr>
          <w:sz w:val="20"/>
        </w:rPr>
        <w:t>18:59  Khandak kya tha? Avoid karna tha. Khandak ka matlab trench.</w:t>
      </w:r>
      <w:r>
        <w:br/>
      </w:r>
      <w:r>
        <w:rPr>
          <w:sz w:val="20"/>
        </w:rPr>
        <w:t>19:06  Yani jab aap ne suna ke woh idhar se log aa rahe hain to aap ne sahaba ko ikattha kiya aur aap mashwara kiya un se kya kiya jaye. To aap ne kaha ke humein ladai karna nahi hai.</w:t>
      </w:r>
      <w:r>
        <w:br/>
      </w:r>
      <w:r>
        <w:rPr>
          <w:sz w:val="20"/>
        </w:rPr>
        <w:t>19:18  To tum batao. To ek sahab the jinka naam tha Salman Farsi.</w:t>
      </w:r>
      <w:r>
        <w:br/>
      </w:r>
      <w:r>
        <w:rPr>
          <w:sz w:val="20"/>
        </w:rPr>
        <w:t>19:24  Woh Iran mein paida hue the. Phir Islam mein aaye. To unhone kaha ke hamare haan Iran mein badshah log jab chahte hain ladai na karna.</w:t>
      </w:r>
      <w:r>
        <w:br/>
      </w:r>
      <w:r>
        <w:rPr>
          <w:sz w:val="20"/>
        </w:rPr>
        <w:t>19:37  To kya karte hain? Khandak khodte hain.</w:t>
      </w:r>
      <w:r>
        <w:br/>
      </w:r>
      <w:r>
        <w:rPr>
          <w:sz w:val="20"/>
        </w:rPr>
        <w:t>19:42  Khandak. Yani apne aur dushman ke beech mein ek khandAK qaim kar diya. Rok rok qaim kar diya.</w:t>
      </w:r>
      <w:r>
        <w:br/>
      </w:r>
      <w:r>
        <w:rPr>
          <w:sz w:val="20"/>
        </w:rPr>
        <w:t>19:57  To woh aap ne kaha bahut achha mashwara yeh to hai. Aur khud bhi aap khandAK khodne mein shareek ho gaye.</w:t>
      </w:r>
      <w:r>
        <w:br/>
      </w:r>
      <w:r>
        <w:rPr>
          <w:sz w:val="20"/>
        </w:rPr>
        <w:t>20:07  Khud bhi.</w:t>
      </w:r>
      <w:r>
        <w:br/>
      </w:r>
      <w:r>
        <w:rPr>
          <w:sz w:val="20"/>
        </w:rPr>
        <w:t>20:14  Yani aaj kal ki zuban mein aap keh sakte hain ke woh buffer. Khandak kya tha? Ek buffer tha woh. Apne aur dushman ke beech mein buffer. Chunancha ladai nahi hui.</w:t>
      </w:r>
      <w:r>
        <w:br/>
      </w:r>
      <w:r>
        <w:rPr>
          <w:sz w:val="20"/>
        </w:rPr>
        <w:t>20:27  Ek baar to aap apne ashaab ke sath ja rahe the</w:t>
      </w:r>
      <w:r>
        <w:br/>
      </w:r>
      <w:r>
        <w:rPr>
          <w:sz w:val="20"/>
        </w:rPr>
        <w:t>20:31  To pata chala yani aap barabar aap khabar lete rehte the khabar. Ke kya idhar ke log koi activity to nahi hai?</w:t>
      </w:r>
      <w:r>
        <w:br/>
      </w:r>
      <w:r>
        <w:rPr>
          <w:sz w:val="20"/>
        </w:rPr>
        <w:t>20:42  Yani idhar ki activities ki khabar lete rehte hain. Aap ke paas intelligence ka nizam tha baqayda.</w:t>
      </w:r>
      <w:r>
        <w:br/>
      </w:r>
      <w:r>
        <w:rPr>
          <w:sz w:val="20"/>
        </w:rPr>
        <w:t>20:49  To pata chala ke idhar se ek yani ek dasta chala aa raha hai aap ki taraf ladai karne ke liye.</w:t>
      </w:r>
      <w:r>
        <w:br/>
      </w:r>
      <w:r>
        <w:rPr>
          <w:sz w:val="20"/>
        </w:rPr>
        <w:t>21:00  To aap ne kaha ke rasta badlo. Jis raste se woh aa rahe the usi pe aap bhi ja rahe the.</w:t>
      </w:r>
      <w:r>
        <w:br/>
      </w:r>
      <w:r>
        <w:rPr>
          <w:sz w:val="20"/>
        </w:rPr>
        <w:t>21:07  To takrao hota ja kar ke aage. To aap ne wahan par ek guide liya. Aur ek alag naye raste se chal kar aage nikal gaye.</w:t>
      </w:r>
      <w:r>
        <w:br/>
      </w:r>
      <w:r>
        <w:rPr>
          <w:sz w:val="20"/>
        </w:rPr>
        <w:t>21:19  To takrao nahi hua. Yeh hai</w:t>
      </w:r>
      <w:r>
        <w:br/>
      </w:r>
      <w:r>
        <w:rPr>
          <w:sz w:val="20"/>
        </w:rPr>
        <w:t>21:23  earaaz. yeh hai avoidance. yeh hai apnay aur doosray kay beech mein buffer qaim ker dena. yeh tareeqa individual life mein bhi hai.</w:t>
      </w:r>
    </w:p>
    <w:p>
      <w:pPr>
        <w:pStyle w:val="Heading2"/>
      </w:pPr>
      <w:r>
        <w:t>Mullas and ministers misled Muslims</w:t>
      </w:r>
    </w:p>
    <w:p>
      <w:r>
        <w:rPr>
          <w:color w:val="666666"/>
          <w:sz w:val="18"/>
        </w:rPr>
        <w:t>The Case of Present Day Muslims (In Conversation with Maulana) February 14, 2010 · 3m 34s · at 15:04 · https://youtu.be/Rw-5WYJKQtw?t=904</w:t>
      </w:r>
    </w:p>
    <w:p>
      <w:r>
        <w:rPr>
          <w:i/>
        </w:rPr>
        <w:t>“Why do you blame the mullas?”</w:t>
      </w:r>
    </w:p>
    <w:p>
      <w:r>
        <w:rPr>
          <w:sz w:val="20"/>
        </w:rPr>
        <w:t>15:04  dekhen aap molviyon ko kyon kehte hain? yani molvi aur administrator both are equally responsible. kaun sa minister is mein exception hai?</w:t>
      </w:r>
      <w:r>
        <w:br/>
      </w:r>
      <w:r>
        <w:rPr>
          <w:sz w:val="20"/>
        </w:rPr>
        <w:t>15:13  mujhe bata dijiye is ka naam. koi ek bhi minister bataiye, muslim minister jo is mein exception ho. so molvi aur minister both are equally responsible for this situation of qiyas.</w:t>
      </w:r>
      <w:r>
        <w:br/>
      </w:r>
      <w:r>
        <w:rPr>
          <w:sz w:val="20"/>
        </w:rPr>
        <w:t>15:30  unhone mis lead kiya? unhone mis lead kiya?</w:t>
      </w:r>
      <w:r>
        <w:br/>
      </w:r>
      <w:r>
        <w:rPr>
          <w:sz w:val="20"/>
        </w:rPr>
        <w:t>15:35  donon ne mis lead kiya? to main ne dekha is ka jawab sirf yeh hai, dekhiye ke is mein koi shakk hi nahi ke unhone ghalti ki, galat lead kiya unhone, is mein to koi shakk nahi.</w:t>
      </w:r>
      <w:r>
        <w:br/>
      </w:r>
      <w:r>
        <w:rPr>
          <w:sz w:val="20"/>
        </w:rPr>
        <w:t>15:48  ab masla sirf yeh hai ke allah ke nazdeek un ka hukum kya hai? yani do baatein huin. ek baat yeh hai ke hum yeh maanein ke unhone mis lead kiya, mis lead kar ke qaum ko galat raste pe daudaya unhone, is mein to mere dekh koi shakk nahi hai.</w:t>
      </w:r>
      <w:r>
        <w:br/>
      </w:r>
      <w:r>
        <w:rPr>
          <w:sz w:val="20"/>
        </w:rPr>
        <w:t>16:06  ab doosri baat yeh hai ke allah ke nazdeek un ka hukum kya hai? to is mein ek aalim ne bahut sahi kaha tha aise logon ke bare mein ke agar un ki niyat achhi thi to un ka allah ka anjam bhi achha hoga, niyat buri thi to allah ke haan pakde jayenge woh.</w:t>
      </w:r>
      <w:r>
        <w:br/>
      </w:r>
      <w:r>
        <w:rPr>
          <w:sz w:val="20"/>
        </w:rPr>
        <w:t>16:23  inma al-a'maal bil-niyat ko le kar unhon ne aisa kaha. to everything depends on intention. to dunya ke aitbaar se to mis lead kiya unhon ne khuli hui baat hai.</w:t>
      </w:r>
      <w:r>
        <w:br/>
      </w:r>
      <w:r>
        <w:rPr>
          <w:sz w:val="20"/>
        </w:rPr>
        <w:t>16:35  allah ke lihaaz se kya hai? woh un ki intention pe par yani depend karta hai. allah taala isi ko pakarte hain jis ki bad intention ho, baqi is ko farigh kar dete hain, chhod dete hain is ko.</w:t>
      </w:r>
      <w:r>
        <w:br/>
      </w:r>
      <w:r>
        <w:rPr>
          <w:sz w:val="20"/>
        </w:rPr>
        <w:t>16:48  agar good intention se koi aadmi ghalati kar jaye. kal mein kisi se baat kar raha tha to mein ne kaha ke dekhiye, ikhlas har giz kafi nahi hai, wisdom asal cheez hai.</w:t>
      </w:r>
      <w:r>
        <w:br/>
      </w:r>
      <w:r>
        <w:rPr>
          <w:sz w:val="20"/>
        </w:rPr>
        <w:t>17:01  kal hi is pe baat ho rahi thi ek saahib se. ikhlas ka matlab hai sincerity. koi kitna hi mukhlis ho, kitna hi sincere ho, woh us ki zaat ke liye, apne liye.</w:t>
      </w:r>
      <w:r>
        <w:br/>
      </w:r>
      <w:r>
        <w:rPr>
          <w:sz w:val="20"/>
        </w:rPr>
        <w:t>17:12  yani ikhlas as a personal quality. aap agar bohat mukhlis hain, bohat namazi hain, bohat rozedaar hain, bohat hi aap paisa kharch karte hain, kuch bhi karte hain, aap mukhlis hain bohat, to aap ka personal woh quality hai.</w:t>
      </w:r>
      <w:r>
        <w:br/>
      </w:r>
      <w:r>
        <w:rPr>
          <w:sz w:val="20"/>
        </w:rPr>
        <w:t>17:26  woh is ka matlab nahi ke aap qaum ke liye kood padhein. aap is ke that requires wisdom, vision, wisdom, baseerat.</w:t>
      </w:r>
      <w:r>
        <w:br/>
      </w:r>
      <w:r>
        <w:rPr>
          <w:sz w:val="20"/>
        </w:rPr>
        <w:t>17:36  to ikhlas ek zaati quality hai, bohat achhi hai zaat ke liye. lekin agar aap qaum ko lead dena chahte hain to aap ke paas wisdom hona chahiye, aap ke paas vision hona chahiye, aap ke paas bohat ilm hona chahiye,</w:t>
      </w:r>
      <w:r>
        <w:br/>
      </w:r>
      <w:r>
        <w:rPr>
          <w:sz w:val="20"/>
        </w:rPr>
        <w:t>17:51  aur aap ko unbiased hona chahiye, reaction se bilkul paak hona chahiye, negative thinking se bilkul paak hona chahiye. warna ghar mein baithiye, masjid mein baithiye.</w:t>
      </w:r>
      <w:r>
        <w:br/>
      </w:r>
      <w:r>
        <w:rPr>
          <w:sz w:val="20"/>
        </w:rPr>
        <w:t>18:03  to mein ne kaha ke dekhiye, you are differentiate between wisdom and ikhlas. ikhlas ka matlab yeh nahi ke aadmi ko aap leader bana lein, us ko ikhlas hai to theek hai, us ka zaati aitbaar se bohat achha hai.</w:t>
      </w:r>
      <w:r>
        <w:br/>
      </w:r>
      <w:r>
        <w:rPr>
          <w:sz w:val="20"/>
        </w:rPr>
        <w:t>18:19  woh is ka matlab to nahi ke woh leader leader ban jaye. woh</w:t>
      </w:r>
      <w:r>
        <w:br/>
      </w:r>
      <w:r>
        <w:rPr>
          <w:sz w:val="20"/>
        </w:rPr>
        <w:t>18:25  to leadership ke liye wisdom chahiye, vision chahiye. zaati aitbaar se kafi hai ke aadmi mukhlis ho to bas achha hai, woh bohat achha hai.</w:t>
      </w:r>
    </w:p>
    <w:p>
      <w:pPr>
        <w:pStyle w:val="Heading2"/>
      </w:pPr>
      <w:r>
        <w:t>Prophet Yunus's anger and the lesson of lost right thinking</w:t>
      </w:r>
    </w:p>
    <w:p>
      <w:r>
        <w:rPr>
          <w:color w:val="666666"/>
          <w:sz w:val="18"/>
        </w:rPr>
        <w:t>Don't Be Angry Culture January 15, 2012 · 4m 46s · at 8:29 · https://youtu.be/NrA3X8y_FLY?t=509</w:t>
      </w:r>
    </w:p>
    <w:p>
      <w:r>
        <w:rPr>
          <w:i/>
        </w:rPr>
        <w:t>“Hazrat Yunus alaihissalam Nainawa mein dawat dene bheje gaye the”</w:t>
      </w:r>
    </w:p>
    <w:p>
      <w:r>
        <w:rPr>
          <w:sz w:val="20"/>
        </w:rPr>
        <w:t>8:29  is ki misaal Hazrat Yunus alaihi salam ki hai. Hazrat Yunus alaihi salam peghambar thay. woh bheje gaye thay dawat ke liye Nineveh mein, jo Iraq ka aik shehar tha.</w:t>
      </w:r>
      <w:r>
        <w:br/>
      </w:r>
      <w:r>
        <w:rPr>
          <w:sz w:val="20"/>
        </w:rPr>
        <w:t>8:46  is zamane mein woh jo hai Center tha Iraq ka. to wahan par unhon ne dawat di.</w:t>
      </w:r>
      <w:r>
        <w:br/>
      </w:r>
      <w:r>
        <w:rPr>
          <w:sz w:val="20"/>
        </w:rPr>
        <w:t>8:58  logon ne nahi mana un ki baat. to jaldi woh ghussa ho kar wahan se chale gaye. basti chhod diya unhon ne.</w:t>
      </w:r>
      <w:r>
        <w:br/>
      </w:r>
      <w:r>
        <w:rPr>
          <w:sz w:val="20"/>
        </w:rPr>
        <w:t>9:10  to Quran mein yeh lafz aaya hai Surah Al-Anbiya mein. "wa dhunnu izh-haba mu'adiban wa dhanna an lan naqdira 'alayhi"</w:t>
      </w:r>
      <w:r>
        <w:br/>
      </w:r>
      <w:r>
        <w:rPr>
          <w:sz w:val="20"/>
        </w:rPr>
        <w:t>9:25  . yani "He went out of anger."</w:t>
      </w:r>
      <w:r>
        <w:br/>
      </w:r>
      <w:r>
        <w:rPr>
          <w:sz w:val="20"/>
        </w:rPr>
        <w:t>9:32  . yani woh ghusse mein basti chhod ke chale gaye.</w:t>
      </w:r>
      <w:r>
        <w:br/>
      </w:r>
      <w:r>
        <w:rPr>
          <w:sz w:val="20"/>
        </w:rPr>
        <w:t>9:37  "He went out of anger." . to kya hua? yani Allah taala ko un ka yeh amal pasand nahi aaya.</w:t>
      </w:r>
      <w:r>
        <w:br/>
      </w:r>
      <w:r>
        <w:rPr>
          <w:sz w:val="20"/>
        </w:rPr>
        <w:t>9:46  woh machhli ke pait mein chale gaye. phir unhon ne maafi mangi. aur dobara woh Nineveh wapas gaye. aur phir wahan dawat di unhon ne.</w:t>
      </w:r>
      <w:r>
        <w:br/>
      </w:r>
      <w:r>
        <w:rPr>
          <w:sz w:val="20"/>
        </w:rPr>
        <w:t>9:57  ab dekhiye, ghusse se kya nuqsan hua un ko?</w:t>
      </w:r>
      <w:r>
        <w:br/>
      </w:r>
      <w:r>
        <w:rPr>
          <w:sz w:val="20"/>
        </w:rPr>
        <w:t>10:00  ghusse ka nuqsan yeh hua ke jo Right thinking thi is moamle mein, us se un ka zehn hat gaya. Right thinking yeh thi ke kisi nabi ke liye yeh jaiz nahi hai ke woh itmam-e-hujjat se pehle apni mozu' qoum ko chhod de.</w:t>
      </w:r>
      <w:r>
        <w:br/>
      </w:r>
      <w:r>
        <w:rPr>
          <w:sz w:val="20"/>
        </w:rPr>
        <w:t>10:24  nabi aisa nahi kar sakta. chahe log pathar maarein, tab bhi nahi chhod sakta woh.</w:t>
      </w:r>
      <w:r>
        <w:br/>
      </w:r>
      <w:r>
        <w:rPr>
          <w:sz w:val="20"/>
        </w:rPr>
        <w:t>10:31  to Hazrat Yunus peghambar thay. Nineveh ke log un ke mozu' thay. to unhein wahan rehna hi rehna tha.</w:t>
      </w:r>
      <w:r>
        <w:br/>
      </w:r>
      <w:r>
        <w:rPr>
          <w:sz w:val="20"/>
        </w:rPr>
        <w:t>10:43  chahe woh acha sulook karein ya bura sulook karein. maanein ya na maanein. us waqt tak jab tak ke itmam-e-hujjat na ho jaye.</w:t>
      </w:r>
      <w:r>
        <w:br/>
      </w:r>
      <w:r>
        <w:rPr>
          <w:sz w:val="20"/>
        </w:rPr>
        <w:t>10:53  itmam-e-hujjat bhi dekhiye, aisa nahi ke hum khud se faisla kar lein.</w:t>
      </w:r>
      <w:r>
        <w:br/>
      </w:r>
      <w:r>
        <w:rPr>
          <w:sz w:val="20"/>
        </w:rPr>
        <w:t>10:57  yeh Allah ki taraf se farishta aa kar batata hai ke ab itmam-e-hujjat ho gaya, tum bhi basti ko chhod kar ja sakte ho. khud se aap nahi faisla kar sakte.</w:t>
      </w:r>
      <w:r>
        <w:br/>
      </w:r>
      <w:r>
        <w:rPr>
          <w:sz w:val="20"/>
        </w:rPr>
        <w:t>11:09  yad rakhiye, itmam e hujjat ka muamla ijtihadi muamla nahi hai. isi liye ab peghambar ke baad kisi bhi muslim ko, kisi bhi giroh ko yeh haq nahi hai ke woh kahe ke hum ne itmam e hujjat kar diya.</w:t>
      </w:r>
      <w:r>
        <w:br/>
      </w:r>
      <w:r>
        <w:rPr>
          <w:sz w:val="20"/>
        </w:rPr>
        <w:t>11:24  bilkul woh gunah ka feal hoga.</w:t>
      </w:r>
      <w:r>
        <w:br/>
      </w:r>
      <w:r>
        <w:rPr>
          <w:sz w:val="20"/>
        </w:rPr>
        <w:t>11:29  hum ko aap ko sirf dawat dena, dawat dena, dawat dena, ise mar jana hai. kyun? hamare par farishta nahi aayega yeh batane ke liye ke itmam e hujjat ho gaya.</w:t>
      </w:r>
      <w:r>
        <w:br/>
      </w:r>
      <w:r>
        <w:rPr>
          <w:sz w:val="20"/>
        </w:rPr>
        <w:t>11:40  bilkul yeh sarkashi hogi agar aap kisi basti ko chhod dein ya keh kar ke itmam e hujjat ho gaya, is liye mein ab yahan se ja raha hoon.</w:t>
      </w:r>
      <w:r>
        <w:br/>
      </w:r>
      <w:r>
        <w:rPr>
          <w:sz w:val="20"/>
        </w:rPr>
        <w:t>11:54  nabi'on ke baad yeh haq khatm ho chuka hai kisi ummat ke liye. baad ke logon ko sirf dawat dena hai, dawat dena hai, dawat dena hai, ise hi mar jana hai.</w:t>
      </w:r>
      <w:r>
        <w:br/>
      </w:r>
      <w:r>
        <w:rPr>
          <w:sz w:val="20"/>
        </w:rPr>
        <w:t>12:05  kyun ke hamare paas farishta nahi aayega yeh batane ke liye ke itmam e hujjat ho gaya. to beharhal Hazrat Yunus ne bazr e ijtihad, na ke bazariya e farishta,</w:t>
      </w:r>
      <w:r>
        <w:br/>
      </w:r>
      <w:r>
        <w:rPr>
          <w:sz w:val="20"/>
        </w:rPr>
        <w:t>12:20  yani Allah taala ka farishta nahi aaya tha un ke paas batane ke liye,</w:t>
      </w:r>
      <w:r>
        <w:br/>
      </w:r>
      <w:r>
        <w:rPr>
          <w:sz w:val="20"/>
        </w:rPr>
        <w:t>12:23  khud se samajh liya ke itmam e hujjat ho gaya. to unhone chhod diya. to aap dekhiye ke unhein dobara Nineveh wapas jana pada.</w:t>
      </w:r>
      <w:r>
        <w:br/>
      </w:r>
      <w:r>
        <w:rPr>
          <w:sz w:val="20"/>
        </w:rPr>
        <w:t>12:38  yeh tha ek ek misaal hai. agar peghambar bhi, peghambar ko bhi ghussa aa jaye to us ke bhi divine wisdom mein farq pad jayega.</w:t>
      </w:r>
      <w:r>
        <w:br/>
      </w:r>
      <w:r>
        <w:rPr>
          <w:sz w:val="20"/>
        </w:rPr>
        <w:t>12:52  woh bhi right thinking nahi kar payega. woh galat faisla le lega. mein samajhta hoon ke yeh aakhri misaal hai jo hamein darane ke liye kafi hai.</w:t>
      </w:r>
      <w:r>
        <w:br/>
      </w:r>
      <w:r>
        <w:rPr>
          <w:sz w:val="20"/>
        </w:rPr>
        <w:t>13:04  ke jab peghambar bhi is mein exempted nahi hai ke ghussa aaye to right thinking chali jaye, to hum kaise is se bache reh sakte hain?</w:t>
      </w:r>
    </w:p>
    <w:p>
      <w:pPr>
        <w:pStyle w:val="Heading2"/>
      </w:pPr>
      <w:r>
        <w:t>Bul to apna bul – self-reliance and limits</w:t>
      </w:r>
    </w:p>
    <w:p>
      <w:r>
        <w:rPr>
          <w:color w:val="666666"/>
          <w:sz w:val="18"/>
        </w:rPr>
        <w:t>The Secret of Success 5 Feb, 2008 - Maulana Wahiduddin Khan · 5m 30s · at 9:49 · https://youtu.be/aI0KGyoK7NM?t=589</w:t>
      </w:r>
    </w:p>
    <w:p>
      <w:r>
        <w:rPr>
          <w:i/>
        </w:rPr>
        <w:t>“Ek formola main bataata hoon jo har aadmi ke liye kaar-aamad hai”</w:t>
      </w:r>
    </w:p>
    <w:p>
      <w:r>
        <w:rPr>
          <w:sz w:val="20"/>
        </w:rPr>
        <w:t>9:49  mein batata hoon jo har aadmi ke liye karamad hai. yeh aik maqoola hai, aik kahawat hai. is kahawat ke peechay</w:t>
      </w:r>
      <w:r>
        <w:br/>
      </w:r>
      <w:r>
        <w:rPr>
          <w:sz w:val="20"/>
        </w:rPr>
        <w:t>10:04  lambi yeh</w:t>
      </w:r>
      <w:r>
        <w:br/>
      </w:r>
      <w:r>
        <w:rPr>
          <w:sz w:val="20"/>
        </w:rPr>
        <w:t>10:13  maqoolah maine suna tha jab main bachpan mein tha, gaon mein. to dehaat ke logon se maine yeh maqoolah suna tha.</w:t>
      </w:r>
      <w:r>
        <w:br/>
      </w:r>
      <w:r>
        <w:rPr>
          <w:sz w:val="20"/>
        </w:rPr>
        <w:t>10:25  aur main samajhta hoon ke bahut hi achha maqoolah hai. maqoolah mani kahawat.</w:t>
      </w:r>
      <w:r>
        <w:br/>
      </w:r>
      <w:r>
        <w:rPr>
          <w:sz w:val="20"/>
        </w:rPr>
        <w:t>10:33  woh kya? "bil to apna bil". hamare ek buzurg the, hamare gaon mein.</w:t>
      </w:r>
      <w:r>
        <w:br/>
      </w:r>
      <w:r>
        <w:rPr>
          <w:sz w:val="20"/>
        </w:rPr>
        <w:t>10:42  woh kehte the ke "bil to apna bil". is ka matlab hai ke apni taqat par bharosa karo.</w:t>
      </w:r>
      <w:r>
        <w:br/>
      </w:r>
      <w:r>
        <w:rPr>
          <w:sz w:val="20"/>
        </w:rPr>
        <w:t>10:53  doosre ke bharose kabhi bhi koi mansooba na banao. doosre ke bharose par koi chhalang mat lagao.</w:t>
      </w:r>
      <w:r>
        <w:br/>
      </w:r>
      <w:r>
        <w:rPr>
          <w:sz w:val="20"/>
        </w:rPr>
        <w:t>11:06  wohi karo jis ka tumhare paas zarea maujood hai. wahi karo jis ki taqat tumhare andar maujood hai.</w:t>
      </w:r>
      <w:r>
        <w:br/>
      </w:r>
      <w:r>
        <w:rPr>
          <w:sz w:val="20"/>
        </w:rPr>
        <w:t>11:19  to woh kaha karte the ke "bil to apna bil". jo apne bas mein hai, bas usi ke hisab se mansooba bandi karo.</w:t>
      </w:r>
      <w:r>
        <w:br/>
      </w:r>
      <w:r>
        <w:rPr>
          <w:sz w:val="20"/>
        </w:rPr>
        <w:t>11:30  is se zyada ki nahin. to woh kehte the ke agar tumhare paas cycle kharidne ka paisa hai to bazaar mein jao car kharidne ke liye.</w:t>
      </w:r>
      <w:r>
        <w:br/>
      </w:r>
      <w:r>
        <w:rPr>
          <w:sz w:val="20"/>
        </w:rPr>
        <w:t>11:43  to zahir hai ke car nahin milegi tum ko. aur agar tumhare paas car kharidne ka paisa hai aur tum jao khwahishat kharidne to tum ko khwahishat nahin milengi.</w:t>
      </w:r>
      <w:r>
        <w:br/>
      </w:r>
      <w:r>
        <w:rPr>
          <w:sz w:val="20"/>
        </w:rPr>
        <w:t>11:56  to aisi mansooba bandi kyun karen?</w:t>
      </w:r>
      <w:r>
        <w:br/>
      </w:r>
      <w:r>
        <w:rPr>
          <w:sz w:val="20"/>
        </w:rPr>
        <w:t>12:01  aap aisi mansooba bandi kyun karen?</w:t>
      </w:r>
      <w:r>
        <w:br/>
      </w:r>
      <w:r>
        <w:rPr>
          <w:sz w:val="20"/>
        </w:rPr>
        <w:t>12:06  to aadmi ko qabil-e-istemal had par rehna chahiye.</w:t>
      </w:r>
      <w:r>
        <w:br/>
      </w:r>
      <w:r>
        <w:rPr>
          <w:sz w:val="20"/>
        </w:rPr>
        <w:t>12:13  apne apni jo tawanai hai, apna jo paisa hai, apni jo taqat hai, apne jo wasail hain, us ke daire mein aadmi ko rehna chahiye.</w:t>
      </w:r>
      <w:r>
        <w:br/>
      </w:r>
      <w:r>
        <w:rPr>
          <w:sz w:val="20"/>
        </w:rPr>
        <w:t>12:27  yeh matlab hai is ka ke "bil to apna bil". aksar aisa hota hai ke log kisi aur ke bharose par ek qadam le lete hain.</w:t>
      </w:r>
      <w:r>
        <w:br/>
      </w:r>
      <w:r>
        <w:rPr>
          <w:sz w:val="20"/>
        </w:rPr>
        <w:t>12:39  ek iqdamm kar baithte hain. aur baad ko shikayat karte hain.</w:t>
      </w:r>
      <w:r>
        <w:br/>
      </w:r>
      <w:r>
        <w:rPr>
          <w:sz w:val="20"/>
        </w:rPr>
        <w:t>12:48  jaise ek sahab se meri mulaqat hui to woh ek sahab apne dost ki bahut shikayat kar rahe the ke dost ne kaha ke main paisa de doonga aur maine ghar kharid liya.</w:t>
      </w:r>
      <w:r>
        <w:br/>
      </w:r>
      <w:r>
        <w:rPr>
          <w:sz w:val="20"/>
        </w:rPr>
        <w:t>13:01  qarza le kar ke. sood par qarza le kar ke. par kar ke ab is ko ada karna bada mushkil ho raha hai.</w:t>
      </w:r>
      <w:r>
        <w:br/>
      </w:r>
      <w:r>
        <w:rPr>
          <w:sz w:val="20"/>
        </w:rPr>
        <w:t>13:11  woh dost keh rahe hain ke bhai is waqt maine kaha tha ab woh mere halaat nahin hain. to maine kaha dost ke kehne par aap ne ghar kharid liya?</w:t>
      </w:r>
      <w:r>
        <w:br/>
      </w:r>
      <w:r>
        <w:rPr>
          <w:sz w:val="20"/>
        </w:rPr>
        <w:t>13:23  aap ek kamra lete? aap ne bara ghar kis liye kharid liya? to un ke apne paas paisa tha one room set lene ke liye.</w:t>
      </w:r>
      <w:r>
        <w:br/>
      </w:r>
      <w:r>
        <w:rPr>
          <w:sz w:val="20"/>
        </w:rPr>
        <w:t>13:34  unhone kharid liya four room set. to yeh hai woh cheez jo khwamkhwah ke liye aap ko pareshani mein dalti hai.</w:t>
      </w:r>
      <w:r>
        <w:br/>
      </w:r>
      <w:r>
        <w:rPr>
          <w:sz w:val="20"/>
        </w:rPr>
        <w:t>13:47  yeh matlab hai "bil to apna bil".</w:t>
      </w:r>
      <w:r>
        <w:br/>
      </w:r>
      <w:r>
        <w:rPr>
          <w:sz w:val="20"/>
        </w:rPr>
        <w:t>13:54  aap yun bhi keh sakte hain is baat ko ke aadmi ko chahiye ke woh apni qabil-e-istemal had par rahe.</w:t>
      </w:r>
      <w:r>
        <w:br/>
      </w:r>
      <w:r>
        <w:rPr>
          <w:sz w:val="20"/>
        </w:rPr>
        <w:t>14:03  jaise aap ek dukaan ko chala sakte hain. aap shehar mein das dukanein khol dein. aur shikayat karen ke bhai woh kaam chal nahin raha hai.</w:t>
      </w:r>
      <w:r>
        <w:br/>
      </w:r>
      <w:r>
        <w:rPr>
          <w:sz w:val="20"/>
        </w:rPr>
        <w:t>14:14  log chori kar lete hain. to aap ne aisa kaam kyun kiya? har aadmi ki apni ek taqat hoti hai, apni ek tawanai hoti hai, apni ek salahiyat hoti hai.</w:t>
      </w:r>
      <w:r>
        <w:br/>
      </w:r>
      <w:r>
        <w:rPr>
          <w:sz w:val="20"/>
        </w:rPr>
        <w:t>14:27  aur woh barabar nahin hoti har ek ki. har ek ke halaat hote hain. woh sab ke barabar nahin hote. farq har ek ke alag alag halaat hote hain.</w:t>
      </w:r>
      <w:r>
        <w:br/>
      </w:r>
      <w:r>
        <w:rPr>
          <w:sz w:val="20"/>
        </w:rPr>
        <w:t>14:43  har aadmi mukhtalif soorat-e-haal mein paida hota hai. to har ek ko yeh jaan-na chahiye ke meri qabil-e-istemal had kya hai. is se bahar jaana nahi chahiye.</w:t>
      </w:r>
      <w:r>
        <w:br/>
      </w:r>
      <w:r>
        <w:rPr>
          <w:sz w:val="20"/>
        </w:rPr>
        <w:t>14:56  ek bohat bada nuqsaan yeh hota hai ke aaj kal jo aap dekhte hain ke tension, stress yeh sab kyun hai? har aadmi apni qabil-e-istemal had se bahar ja gaya hai.</w:t>
      </w:r>
      <w:r>
        <w:br/>
      </w:r>
      <w:r>
        <w:rPr>
          <w:sz w:val="20"/>
        </w:rPr>
        <w:t>15:09  qabil-e-istemal had par rahiye aur kabhi tension aap ko nahi hoga.</w:t>
      </w:r>
    </w:p>
    <w:p>
      <w:pPr>
        <w:pStyle w:val="Heading2"/>
      </w:pPr>
      <w:r>
        <w:t>Don't be angry – a sense of justice</w:t>
      </w:r>
    </w:p>
    <w:p>
      <w:r>
        <w:rPr>
          <w:color w:val="666666"/>
          <w:sz w:val="18"/>
        </w:rPr>
        <w:t>The Concept of Justice in Islam May 03, 2007 · 5m 53s · at 42:09 · https://youtu.be/DY5SY8H554c?t=2529</w:t>
      </w:r>
    </w:p>
    <w:p>
      <w:r>
        <w:rPr>
          <w:i/>
        </w:rPr>
        <w:t>“A person came to the Prophet and asked, give me a master advice.”</w:t>
      </w:r>
    </w:p>
    <w:p>
      <w:r>
        <w:rPr>
          <w:sz w:val="20"/>
        </w:rPr>
        <w:t>42:09  the most important ethical principle is justice. Justice. For example, a person came to the Prophet and asked,</w:t>
      </w:r>
      <w:r>
        <w:br/>
      </w:r>
      <w:r>
        <w:rPr>
          <w:sz w:val="20"/>
        </w:rPr>
        <w:t>42:26  "O Prophet, give me a master advice by which I may be able to manage all the affairs of my life." The Prophet replied,</w:t>
      </w:r>
      <w:r>
        <w:br/>
      </w:r>
      <w:r>
        <w:rPr>
          <w:sz w:val="20"/>
        </w:rPr>
        <w:t>42:40  "La taqzab." Don't be angry.</w:t>
      </w:r>
      <w:r>
        <w:br/>
      </w:r>
      <w:r>
        <w:rPr>
          <w:sz w:val="20"/>
        </w:rPr>
        <w:t>42:44  I think don't be angry is not a simple advice. It is very important. If you analyze this advice, you will find a deep meaning in this advice.</w:t>
      </w:r>
      <w:r>
        <w:br/>
      </w:r>
      <w:r>
        <w:rPr>
          <w:sz w:val="20"/>
        </w:rPr>
        <w:t>43:02  What is that meaning?</w:t>
      </w:r>
      <w:r>
        <w:br/>
      </w:r>
      <w:r>
        <w:rPr>
          <w:sz w:val="20"/>
        </w:rPr>
        <w:t>43:06  It is not easy to give a positive response to</w:t>
      </w:r>
      <w:r>
        <w:br/>
      </w:r>
      <w:r>
        <w:rPr>
          <w:sz w:val="20"/>
        </w:rPr>
        <w:t>43:14  a man who</w:t>
      </w:r>
      <w:r>
        <w:br/>
      </w:r>
      <w:r>
        <w:rPr>
          <w:sz w:val="20"/>
        </w:rPr>
        <w:t>43:22  when you are angry, you are when you are angry, you are reacting negatively because there was some provocation.</w:t>
      </w:r>
      <w:r>
        <w:br/>
      </w:r>
      <w:r>
        <w:rPr>
          <w:sz w:val="20"/>
        </w:rPr>
        <w:t>43:32  So when there is a provocation, it is not very easy to save yourself from anger. But here is a very important point.</w:t>
      </w:r>
      <w:r>
        <w:br/>
      </w:r>
      <w:r>
        <w:rPr>
          <w:sz w:val="20"/>
        </w:rPr>
        <w:t>43:44  I think that that point is that you have to have a sense of justice when someone provokes you.</w:t>
      </w:r>
      <w:r>
        <w:br/>
      </w:r>
      <w:r>
        <w:rPr>
          <w:sz w:val="20"/>
        </w:rPr>
        <w:t>43:57  So if you have a sense of justice, you will think that maybe this man was in a bad mood due to some reason.</w:t>
      </w:r>
      <w:r>
        <w:br/>
      </w:r>
      <w:r>
        <w:rPr>
          <w:sz w:val="20"/>
        </w:rPr>
        <w:t>44:12  He was in a bad mood.</w:t>
      </w:r>
      <w:r>
        <w:br/>
      </w:r>
      <w:r>
        <w:rPr>
          <w:sz w:val="20"/>
        </w:rPr>
        <w:t>44:14  He was not in a normal condition. So he provoked me. When one provokes you and you have a sense of justice,</w:t>
      </w:r>
      <w:r>
        <w:br/>
      </w:r>
      <w:r>
        <w:rPr>
          <w:sz w:val="20"/>
        </w:rPr>
        <w:t>44:27  you may consider that maybe this man needs some concession.</w:t>
      </w:r>
      <w:r>
        <w:br/>
      </w:r>
      <w:r>
        <w:rPr>
          <w:sz w:val="20"/>
        </w:rPr>
        <w:t>44:37  Concession. Why</w:t>
      </w:r>
      <w:r>
        <w:br/>
      </w:r>
      <w:r>
        <w:rPr>
          <w:sz w:val="20"/>
        </w:rPr>
        <w:t>44:40  ? Because he was not in a normal condition. He was in a bad mood.</w:t>
      </w:r>
      <w:r>
        <w:br/>
      </w:r>
      <w:r>
        <w:rPr>
          <w:sz w:val="20"/>
        </w:rPr>
        <w:t>44:51  Maybe he was</w:t>
      </w:r>
      <w:r>
        <w:br/>
      </w:r>
      <w:r>
        <w:rPr>
          <w:sz w:val="20"/>
        </w:rPr>
        <w:t>44:58  in some</w:t>
      </w:r>
      <w:r>
        <w:br/>
      </w:r>
      <w:r>
        <w:rPr>
          <w:sz w:val="20"/>
        </w:rPr>
        <w:t>45:01  abnormal feeling due to some reason. So I have to give him a concession.</w:t>
      </w:r>
      <w:r>
        <w:br/>
      </w:r>
      <w:r>
        <w:rPr>
          <w:sz w:val="20"/>
        </w:rPr>
        <w:t>45:10  At that time, it is not good for me to react negatively. So your sense of justice will not allow you to give a negative response.</w:t>
      </w:r>
      <w:r>
        <w:br/>
      </w:r>
      <w:r>
        <w:rPr>
          <w:sz w:val="20"/>
        </w:rPr>
        <w:t>45:28  I think that this is the this is a noble character of a believer.</w:t>
      </w:r>
      <w:r>
        <w:br/>
      </w:r>
      <w:r>
        <w:rPr>
          <w:sz w:val="20"/>
        </w:rPr>
        <w:t>45:39  A believer is one who is a very, very sensitive person. A believer is one who has an acute sense of justice.</w:t>
      </w:r>
      <w:r>
        <w:br/>
      </w:r>
      <w:r>
        <w:rPr>
          <w:sz w:val="20"/>
        </w:rPr>
        <w:t>45:50  A true believer is one who has an acute sense of justice.</w:t>
      </w:r>
      <w:r>
        <w:br/>
      </w:r>
      <w:r>
        <w:rPr>
          <w:sz w:val="20"/>
        </w:rPr>
        <w:t>45:58  When you when there is a provocation and you become angry, then maybe you are not doing justice because if that man was not in a normal condition,</w:t>
      </w:r>
      <w:r>
        <w:br/>
      </w:r>
      <w:r>
        <w:rPr>
          <w:sz w:val="20"/>
        </w:rPr>
        <w:t>46:18  if that man was suffering some headache or some tension,</w:t>
      </w:r>
      <w:r>
        <w:br/>
      </w:r>
      <w:r>
        <w:rPr>
          <w:sz w:val="20"/>
        </w:rPr>
        <w:t>46:28  and so in that situation, you have to give him some concession.</w:t>
      </w:r>
      <w:r>
        <w:br/>
      </w:r>
      <w:r>
        <w:rPr>
          <w:sz w:val="20"/>
        </w:rPr>
        <w:t>46:42  It is not good for you to be negative. It is not good for you to react negatively at that time.</w:t>
      </w:r>
      <w:r>
        <w:br/>
      </w:r>
      <w:r>
        <w:rPr>
          <w:sz w:val="20"/>
        </w:rPr>
        <w:t>46:54  So I think that a true believer has an acute sense of justice.</w:t>
      </w:r>
      <w:r>
        <w:br/>
      </w:r>
      <w:r>
        <w:rPr>
          <w:sz w:val="20"/>
        </w:rPr>
        <w:t>47:04  A true believer is one who has an acute sense of justice. This I find by reading the life of the Prophet of Islam.</w:t>
      </w:r>
      <w:r>
        <w:br/>
      </w:r>
      <w:r>
        <w:rPr>
          <w:sz w:val="20"/>
        </w:rPr>
        <w:t>47:18  I can say that the Prophet of Islam was having an acute sense of justice.</w:t>
      </w:r>
      <w:r>
        <w:br/>
      </w:r>
      <w:r>
        <w:rPr>
          <w:sz w:val="20"/>
        </w:rPr>
        <w:t>47:28  Due to this sense, he always tried to give concession to other people. He himself never started any fighting.</w:t>
      </w:r>
      <w:r>
        <w:br/>
      </w:r>
      <w:r>
        <w:rPr>
          <w:sz w:val="20"/>
        </w:rPr>
        <w:t>47:43  He never started violence</w:t>
      </w:r>
      <w:r>
        <w:br/>
      </w:r>
      <w:r>
        <w:rPr>
          <w:sz w:val="20"/>
        </w:rPr>
        <w:t>47:48  . He always</w:t>
      </w:r>
      <w:r>
        <w:br/>
      </w:r>
      <w:r>
        <w:rPr>
          <w:sz w:val="20"/>
        </w:rPr>
        <w:t>47:54  he has always followed the principle of avoidance, tolerance. Why?</w:t>
      </w:r>
    </w:p>
    <w:p>
      <w:pPr>
        <w:pStyle w:val="Heading2"/>
      </w:pPr>
      <w:r>
        <w:t>from envy over status to positivity in relationships</w:t>
      </w:r>
    </w:p>
    <w:p>
      <w:r>
        <w:rPr>
          <w:color w:val="666666"/>
          <w:sz w:val="18"/>
        </w:rPr>
        <w:t>Good Relationships CPS Women Discussion 23 September 10, 2023 · 4m 36s · at 18:13 · https://youtu.be/5UlMoC6-jGU?t=1093</w:t>
      </w:r>
    </w:p>
    <w:p>
      <w:r>
        <w:rPr>
          <w:i/>
        </w:rPr>
        <w:t>“Some have great means, others very limited — that breeds envy”</w:t>
      </w:r>
    </w:p>
    <w:p>
      <w:r>
        <w:rPr>
          <w:sz w:val="20"/>
        </w:rPr>
        <w:t>18:13  kuch log ke paas bade bade means hote hain yaani zaraaye hote hain, kuch ke paas bahut limited</w:t>
      </w:r>
      <w:r>
        <w:br/>
      </w:r>
      <w:r>
        <w:rPr>
          <w:sz w:val="20"/>
        </w:rPr>
        <w:t>18:20  means hote hain aur aurat ho ya badh dono hi jab kisi ko apne se badha hua dekhte</w:t>
      </w:r>
      <w:r>
        <w:br/>
      </w:r>
      <w:r>
        <w:rPr>
          <w:sz w:val="20"/>
        </w:rPr>
        <w:t>18:28  hain to unmein jalan hasad ki hasad is tarah ki negative feelings develop hoti hain aur aapas mein</w:t>
      </w:r>
      <w:r>
        <w:br/>
      </w:r>
      <w:r>
        <w:rPr>
          <w:sz w:val="20"/>
        </w:rPr>
        <w:t>18:35  ek tilaf paida hote hain aur logon mein, rishtedaron mein, society mein complaint, adawaten, hatred wagairah jaisi negative</w:t>
      </w:r>
      <w:r>
        <w:br/>
      </w:r>
      <w:r>
        <w:rPr>
          <w:sz w:val="20"/>
        </w:rPr>
        <w:t>18:43  cheezein badhti rehti hain aur jisse poora mahaul kharab hota hai.</w:t>
      </w:r>
      <w:r>
        <w:br/>
      </w:r>
      <w:r>
        <w:rPr>
          <w:sz w:val="20"/>
        </w:rPr>
        <w:t>18:51  agar hum quran ki sixth chapter ale naam ki ek sau paisath ayat dekhein to quran mein yahan shaad hua hai aur wahi hai jisne tumhein zameen zameen mein ek doosre ka jaansheen banaya aur tummein se ek ka rutba doosre se buland kiya taaki woh aazbaen tumko apne diye hue mein tumhara rab jald sada dene wala aur bakhshne wala hai. 6.165.</w:t>
      </w:r>
      <w:r>
        <w:br/>
      </w:r>
      <w:r>
        <w:rPr>
          <w:sz w:val="20"/>
        </w:rPr>
        <w:t>19:21  To hamein yeh samajhna hai ki duniya mein ek insaan aur doosre insaan mein jo barabari nahin hai</w:t>
      </w:r>
      <w:r>
        <w:br/>
      </w:r>
      <w:r>
        <w:rPr>
          <w:sz w:val="20"/>
        </w:rPr>
        <w:t>19:29  aur yeh na barabari khuda ke creation plan ki bina hai to yeh hai aur hamari aazmal lena</w:t>
      </w:r>
      <w:r>
        <w:br/>
      </w:r>
      <w:r>
        <w:rPr>
          <w:sz w:val="20"/>
        </w:rPr>
        <w:t>19:38  chahiye aur islam ko samajhte hain to islam hamein bata diye duniya hi mein hamein yahan mili mili</w:t>
      </w:r>
      <w:r>
        <w:br/>
      </w:r>
      <w:r>
        <w:rPr>
          <w:sz w:val="20"/>
        </w:rPr>
        <w:t>19:46  hain yeh to yeh cheezein khatm ho jayengi.</w:t>
      </w:r>
      <w:r>
        <w:br/>
      </w:r>
      <w:r>
        <w:rPr>
          <w:sz w:val="20"/>
        </w:rPr>
        <w:t>19:55  to hamare saath to sirf hamare achhe amal ya bure amal jo bhi hain woh jayenge. agar achhe amal kiye hain to achhe bure amal kiye hain to bure aur usmein doosron se akhlaaq ki bahut important baat hai. to yeh duniya to bahut thode waqt ke liye hai. hum sab jaante hain asal cheez to aaqrat jo ki abdiya aur eternal hai.</w:t>
      </w:r>
      <w:r>
        <w:br/>
      </w:r>
      <w:r>
        <w:rPr>
          <w:sz w:val="20"/>
        </w:rPr>
        <w:t>20:21  allah hamein quran mein tarah tarah se guidance deta hai especially doosron ke talluqaat ki achhi relation rakhna.</w:t>
      </w:r>
      <w:r>
        <w:br/>
      </w:r>
      <w:r>
        <w:rPr>
          <w:sz w:val="20"/>
        </w:rPr>
        <w:t>20:29  Even yeh jo hai ki negative situation mein bhi hamein positive aspect ko dekhna hai, complete positivity rakhna</w:t>
      </w:r>
      <w:r>
        <w:br/>
      </w:r>
      <w:r>
        <w:rPr>
          <w:sz w:val="20"/>
        </w:rPr>
        <w:t>20:39  hai aur society mein ek giver member banna hai doosre ko dena, usse bhalai karna aur usse koi</w:t>
      </w:r>
      <w:r>
        <w:br/>
      </w:r>
      <w:r>
        <w:rPr>
          <w:sz w:val="20"/>
        </w:rPr>
        <w:t>20:50  badla nahin jaana balki allah par poora trust laksh karte hain, practice karte hain.</w:t>
      </w:r>
      <w:r>
        <w:br/>
      </w:r>
      <w:r>
        <w:rPr>
          <w:sz w:val="20"/>
        </w:rPr>
        <w:t>21:01  hi hum saari negativity jaise to quran ki guidance ko samajh humein lesson lena hai tabhi hum apni zindagi ko positivity ki taraf badal payenge.</w:t>
      </w:r>
      <w:r>
        <w:br/>
      </w:r>
      <w:r>
        <w:rPr>
          <w:sz w:val="20"/>
        </w:rPr>
        <w:t>21:20  to jab yeh positivity hamari zindagi mein aati hai to husband wife ke ghar par jaise bhi ka ghar ki relations aur yeh talluqaat mera har doosre insaan se family ko, rishtedaron ko, neighbors ko aur poori society ko improve karta hai. poora mahaul badalta hai.</w:t>
      </w:r>
      <w:r>
        <w:br/>
      </w:r>
      <w:r>
        <w:rPr>
          <w:sz w:val="20"/>
        </w:rPr>
        <w:t>21:48  to molara ko ki personality ko banne mein bahut ghlat kari hai aur hum unke shukrgaar hain ki yeh saari cheezein jahan se unhone hum logon ko di hain aur hakshan karein ki humne kisi ke saath ghlat kaam to nahi ki kiya. agar kiya hai to use maafi mange. to uski himmat humein jo dalni hai ki hum maafi mange.</w:t>
      </w:r>
      <w:r>
        <w:br/>
      </w:r>
      <w:r>
        <w:rPr>
          <w:sz w:val="20"/>
        </w:rPr>
        <w:t>22:16  Shuru mein maafi maangna bahut mushkil hota hai.</w:t>
      </w:r>
      <w:r>
        <w:br/>
      </w:r>
      <w:r>
        <w:rPr>
          <w:sz w:val="20"/>
        </w:rPr>
        <w:t>22:24  lekin aasan jaata hai usse hamari hai, ghatti nahin.</w:t>
      </w:r>
      <w:r>
        <w:br/>
      </w:r>
      <w:r>
        <w:rPr>
          <w:sz w:val="20"/>
        </w:rPr>
        <w:t>22:32  To hamari allah se yahi dua hai ki hum god oriented behtar taluqan bahut zaroor hum sabko doosron</w:t>
      </w:r>
      <w:r>
        <w:br/>
      </w:r>
      <w:r>
        <w:rPr>
          <w:sz w:val="20"/>
        </w:rPr>
        <w:t>22:40  se achhe taluqan banane ki to phir behtar.</w:t>
      </w:r>
      <w:r>
        <w:br/>
      </w:r>
      <w:r>
        <w:rPr>
          <w:sz w:val="20"/>
        </w:rPr>
        <w:t>22:49  Thank you najma apa for sharing your learning. Basically, you were talking about building a good relationship. How do we would make this relationship good between other people? So this plays a very significant role in Islam.</w:t>
      </w:r>
    </w:p>
    <w:p>
      <w:pPr>
        <w:pStyle w:val="Heading2"/>
      </w:pPr>
      <w:r>
        <w:t>Second chances, reformation, and the Iblis lesson</w:t>
      </w:r>
    </w:p>
    <w:p>
      <w:r>
        <w:rPr>
          <w:color w:val="666666"/>
          <w:sz w:val="18"/>
        </w:rPr>
        <w:t>The Quran 11 90 CPS Women Weekly Discussion 32 December 10, 2023 · 5m 41s · at 41:46 · https://youtu.be/GB7dNbRkNI4?t=2506</w:t>
      </w:r>
    </w:p>
    <w:p>
      <w:r>
        <w:rPr>
          <w:i/>
        </w:rPr>
        <w:t>“इसमें एक मौक़ा भी दिया जा रहा है इंसान को”</w:t>
      </w:r>
    </w:p>
    <w:p>
      <w:r>
        <w:rPr>
          <w:sz w:val="20"/>
        </w:rPr>
        <w:t>41:46  dusra ismein ek mauka bhi diya ja raha hai. jaise kabhi kabhi hota yeh hai ki agar kisi insan se galti ho jati hai to woh itna nadim hota hai ki usko yeh bhi nahi samajh aata ki woh ab kya karein? to aksar phir yeh ek ayat jo di hai, allah taala ne ek ummeed jagai hai apne bandon ke dil mein. to yeh agar ayat na hoti to woh tasawwur kar sakta hai.</w:t>
      </w:r>
      <w:r>
        <w:br/>
      </w:r>
      <w:r>
        <w:rPr>
          <w:sz w:val="20"/>
        </w:rPr>
        <w:t>42:12  woh insan jis se koi guna ho jaye, to woh kya karta? ya to woh stress mein hi rehta ya phir woh jo hai aisa bhi hota hai ki kabhi kabhi insan guna agar ho jata hai to phir woh sochta ki main mar jaun ya kuch matlab kuch negative, negative ho jata. lekin yeh cheez jo hai usko positive jo hai sakaratmak cheezein allah taala se ummeed bandhti hai.</w:t>
      </w:r>
      <w:r>
        <w:br/>
      </w:r>
      <w:r>
        <w:rPr>
          <w:sz w:val="20"/>
        </w:rPr>
        <w:t>42:38  to jaise ki kehte hain ki jo modern jo sudhar, reformation yeh aajkal ismein bhi hai ki jaise jail wagera ka jo tasawwur hai, to jail mein jab logon se logon ko dala jata hai, punishment di jati hai, to unke punishment ko kam kar diya jata hai jab woh apne wahan par jo unka record accha ho jata hai to.</w:t>
      </w:r>
      <w:r>
        <w:br/>
      </w:r>
      <w:r>
        <w:rPr>
          <w:sz w:val="20"/>
        </w:rPr>
        <w:t>43:01  to matlab yeh hai ki yeh ayat, islamic matlab kehna chahiye ki yeh quran se yeh ayat jo hai yeh ek insan ke andar reformation, islah karne ka jazba paida karti hai. dusra maine kahin maulana sahab ka hi shayad article tha jismein kahin quote hai ki woh galti sabse acchi galti hoti hai jo insan ko allah taala ki taraf mod de.</w:t>
      </w:r>
      <w:r>
        <w:br/>
      </w:r>
      <w:r>
        <w:rPr>
          <w:sz w:val="20"/>
        </w:rPr>
        <w:t>43:26  matlab galtiyon mein bhi koi woh galti jo Allah taala ki taraf mod de, woh galti sabse achchhi</w:t>
      </w:r>
      <w:r>
        <w:br/>
      </w:r>
      <w:r>
        <w:rPr>
          <w:sz w:val="20"/>
        </w:rPr>
        <w:t>43:40  galti hoti hai.</w:t>
      </w:r>
      <w:r>
        <w:br/>
      </w:r>
      <w:r>
        <w:rPr>
          <w:sz w:val="20"/>
        </w:rPr>
        <w:t>43:55  bas yahi kahna cha rahi thi aapka.</w:t>
      </w:r>
      <w:r>
        <w:br/>
      </w:r>
      <w:r>
        <w:rPr>
          <w:sz w:val="20"/>
        </w:rPr>
        <w:t>44:10  aur hum sabko behtareen khatakaar banna hai inshallah.</w:t>
      </w:r>
      <w:r>
        <w:br/>
      </w:r>
      <w:r>
        <w:rPr>
          <w:sz w:val="20"/>
        </w:rPr>
        <w:t>44:21  haan haan, ji aap.</w:t>
      </w:r>
      <w:r>
        <w:br/>
      </w:r>
      <w:r>
        <w:rPr>
          <w:sz w:val="20"/>
        </w:rPr>
        <w:t>44:32  asama aap apni learning ko share karen. asama walikum. walikum.</w:t>
      </w:r>
      <w:r>
        <w:br/>
      </w:r>
      <w:r>
        <w:rPr>
          <w:sz w:val="20"/>
        </w:rPr>
        <w:t>44:43  ji, so aaj ke session se jo meri learning hui hai, jaise ki hum quran ke verse padhte</w:t>
      </w:r>
      <w:r>
        <w:br/>
      </w:r>
      <w:r>
        <w:rPr>
          <w:sz w:val="20"/>
        </w:rPr>
        <w:t>44:54  hain to humein yahan par milta hai ki aur apne rab se maafi maango, phir uski taraf palat aao.</w:t>
      </w:r>
      <w:r>
        <w:br/>
      </w:r>
      <w:r>
        <w:rPr>
          <w:sz w:val="20"/>
        </w:rPr>
        <w:t>45:06  apni galtiyon ko realize karen jaise ki aap sabne kaha aur discovery karte rahen ki humne kis jagah</w:t>
      </w:r>
      <w:r>
        <w:br/>
      </w:r>
      <w:r>
        <w:rPr>
          <w:sz w:val="20"/>
        </w:rPr>
        <w:t>45:24  par kya pattern galat kiya?</w:t>
      </w:r>
      <w:r>
        <w:br/>
      </w:r>
      <w:r>
        <w:rPr>
          <w:sz w:val="20"/>
        </w:rPr>
        <w:t>45:43  to jab humein yeh cheez pata chal jayegi to hamare andar woh hai na khaufkhuda ki ahmiyat jaag jayegi.</w:t>
      </w:r>
      <w:r>
        <w:br/>
      </w:r>
      <w:r>
        <w:rPr>
          <w:sz w:val="20"/>
        </w:rPr>
        <w:t>46:01  hamare andar dar ho jayega.</w:t>
      </w:r>
      <w:r>
        <w:br/>
      </w:r>
      <w:r>
        <w:rPr>
          <w:sz w:val="20"/>
        </w:rPr>
        <w:t>46:20  to mujhe yeh aaj ke session se yeh baat mujhe samajh mein aayi. jaza kallah thank you. sharm parvesh aap kuch kehna chahengi? aap logon ka discussion se humein yeh samajh mein aayi ki insaan to khatarkar hai. insaan ko apna galti ka jald se jald maafi mangna chahiye. jo insaan apna galti par nadim rehta hai wahi saswar insaan hai. agar hum khatra khatra khatra karke hum nadim nahin hote hain.</w:t>
      </w:r>
      <w:r>
        <w:br/>
      </w:r>
      <w:r>
        <w:rPr>
          <w:sz w:val="20"/>
        </w:rPr>
        <w:t>46:50  to hum ibris mein shareek ho jayenge. allah kya aa gaya? hum allah allah ki rehmat se door jayenge.</w:t>
      </w:r>
      <w:r>
        <w:br/>
      </w:r>
      <w:r>
        <w:rPr>
          <w:sz w:val="20"/>
        </w:rPr>
        <w:t>47:00  humein chahiye ki humse, humse galti ho gayi yahi samajh mein aayi aap is session se. jaza jaza gala khair. jaza gala shivppan paresh for sharing your learning.</w:t>
      </w:r>
      <w:r>
        <w:br/>
      </w:r>
      <w:r>
        <w:rPr>
          <w:sz w:val="20"/>
        </w:rPr>
        <w:t>47:27  I think we have come to the end of the session almost and I request famida apa to conclude the session with the dua.</w:t>
      </w:r>
    </w:p>
    <w:p>
      <w:pPr>
        <w:pStyle w:val="Heading2"/>
      </w:pPr>
      <w:r>
        <w:t>Prayer as alternative and two-point formula</w:t>
      </w:r>
    </w:p>
    <w:p>
      <w:r>
        <w:rPr>
          <w:color w:val="666666"/>
          <w:sz w:val="18"/>
        </w:rPr>
        <w:t>From the Spiritual Tree 20 February 2011 - Maulana Wahiduddin Khan · 3m 36s · at 51:23 · https://youtu.be/FpBLnD-xv6A?t=3083</w:t>
      </w:r>
    </w:p>
    <w:p>
      <w:r>
        <w:rPr>
          <w:i/>
        </w:rPr>
        <w:t>“Every person should think have I fallen under Satan's influence”</w:t>
      </w:r>
    </w:p>
    <w:p>
      <w:r>
        <w:rPr>
          <w:sz w:val="20"/>
        </w:rPr>
        <w:t>51:23  har har insaan ko sochna chahiye ke main har subah sham ke main satan ke influence mein to nahi aa gaya hoon. isi liye aap dekhte hain ke hamare mission mein zor diya jata hai positive thinking par.</w:t>
      </w:r>
      <w:r>
        <w:br/>
      </w:r>
      <w:r>
        <w:rPr>
          <w:sz w:val="20"/>
        </w:rPr>
        <w:t>51:38  hum kehte hain ke negative thinking ek percent bhi na lao apne andar.</w:t>
      </w:r>
      <w:r>
        <w:br/>
      </w:r>
      <w:r>
        <w:rPr>
          <w:sz w:val="20"/>
        </w:rPr>
        <w:t>51:45  aaj hi subah hamare mission ke ek sahib se mulaqat hui to kisi office mein woh kaam karte hain. unhon ne kaha hamare office mein aaj kal kuch aisa ho raha hai.</w:t>
      </w:r>
      <w:r>
        <w:br/>
      </w:r>
      <w:r>
        <w:rPr>
          <w:sz w:val="20"/>
        </w:rPr>
        <w:t>51:55  yani kuch office ke baray mein unhon ne koi aisi baat ki jis se un ke andar ek shikayati zehan mujhe mehsoos hua. to main ne kaha dekhiye, shikayat khatam kijiye. aap dua kijiye.</w:t>
      </w:r>
      <w:r>
        <w:br/>
      </w:r>
      <w:r>
        <w:rPr>
          <w:sz w:val="20"/>
        </w:rPr>
        <w:t>52:06  shikayat ka alternative dua hai. jahan aap dekhen ke aap ko koi cheez pasand nahi aa rahi hai aur aap ke andar shikayat develop ho rahi hai, to jaldi se dua kijiye.</w:t>
      </w:r>
      <w:r>
        <w:br/>
      </w:r>
      <w:r>
        <w:rPr>
          <w:sz w:val="20"/>
        </w:rPr>
        <w:t>52:21  dua alternative hai shikayat ka. dua alternative hai negative thinking ka. dua alternative hai protest ka.</w:t>
      </w:r>
      <w:r>
        <w:br/>
      </w:r>
      <w:r>
        <w:rPr>
          <w:sz w:val="20"/>
        </w:rPr>
        <w:t>52:30  dua alternative hai nafrat ka. har woh cheez jis ke liye aap ghussa ho jatay hain, jis ke liye aap bhark uthtay hain, jis ke liye aap sarkon par utar atay hain, to dua kijiye is ke liye.</w:t>
      </w:r>
      <w:r>
        <w:br/>
      </w:r>
      <w:r>
        <w:rPr>
          <w:sz w:val="20"/>
        </w:rPr>
        <w:t>52:46  Allah se mangiye. kitni umda taleem hai hadees mein: "addu ilaihim haqq wa sarr Allah haqqakum".</w:t>
      </w:r>
      <w:r>
        <w:br/>
      </w:r>
      <w:r>
        <w:rPr>
          <w:sz w:val="20"/>
        </w:rPr>
        <w:t>52:58  yani doosron ka haq unhein do, doosron ke taqazay poore karo, apne taqazay Allah se mango.</w:t>
      </w:r>
      <w:r>
        <w:br/>
      </w:r>
      <w:r>
        <w:rPr>
          <w:sz w:val="20"/>
        </w:rPr>
        <w:t>53:07  is hadees par ghor karte hue mujhe ek baat samajh aati hai ke divine rights ka jo concept hai, woh islami concept nahi hai. nahi nahi, main ne galat kaha.</w:t>
      </w:r>
      <w:r>
        <w:br/>
      </w:r>
      <w:r>
        <w:rPr>
          <w:sz w:val="20"/>
        </w:rPr>
        <w:t>53:17  yani human rights ka jo concept hai, human rights ka jo concept hai, woh islami concept nahi hai. islami concept hai divine rights. yani Khuda ke huqooq par aap apne aap ko centralize karen.</w:t>
      </w:r>
      <w:r>
        <w:br/>
      </w:r>
      <w:r>
        <w:rPr>
          <w:sz w:val="20"/>
        </w:rPr>
        <w:t>53:30  khuda ke huqooq ko apne focus mein rakhen. yeh ke mujhe yeh haq nahi mila, mujhe woh haq nahi mila, yeh satanic baat hai. tamam paighambar aap dekhiye, jitne paighambar aaye, sab mein divine rights ki baat ki.</w:t>
      </w:r>
      <w:r>
        <w:br/>
      </w:r>
      <w:r>
        <w:rPr>
          <w:sz w:val="20"/>
        </w:rPr>
        <w:t>53:43  kisi ne bhi human rights ki baat nahi ki. saare fitne human rights se paida hote hain. human rights mein implicit hai shikayat.</w:t>
      </w:r>
      <w:r>
        <w:br/>
      </w:r>
      <w:r>
        <w:rPr>
          <w:sz w:val="20"/>
        </w:rPr>
        <w:t>53:55  jitne bhi human right activist hain, woh shikayat ki baaten bolte hain. duniya bhar mein jitne human right activist hain, woh kya shikayat, nafrat, yeh boli unki hoti hai hamesha.</w:t>
      </w:r>
      <w:r>
        <w:br/>
      </w:r>
      <w:r>
        <w:rPr>
          <w:sz w:val="20"/>
        </w:rPr>
        <w:t>54:06  yeh koi boli nahi hai. is liye main yeh kahunga ke paighambaron ka jo tareeqa hai, paighambaron ka jo tareeqa hai, rasool Allah salallahu alaihi wasallam samait, woh hai divine rights par focus karna.</w:t>
      </w:r>
      <w:r>
        <w:br/>
      </w:r>
      <w:r>
        <w:rPr>
          <w:sz w:val="20"/>
        </w:rPr>
        <w:t>54:23  aur yeh ek ek yeh ek ek bigaad ki baat hai. samaj mein badamazi paida karna hai, samaj mein nafrat paida karna hai ke aap human rights ki baaten karen, human duties ki baat kijiye.</w:t>
      </w:r>
      <w:r>
        <w:br/>
      </w:r>
      <w:r>
        <w:rPr>
          <w:sz w:val="20"/>
        </w:rPr>
        <w:t>54:35  aap to formula kya hai? two point formula: divine rights, human duties. yeh formula hua: two point formula:</w:t>
      </w:r>
      <w:r>
        <w:br/>
      </w:r>
      <w:r>
        <w:rPr>
          <w:sz w:val="20"/>
        </w:rPr>
        <w:t>54:50  divine rights, human duties. insaan ke maamle mein duty poori kijiye, khuda ke maamle mein uska haq ada kijiye.</w:t>
      </w:r>
      <w:r>
        <w:br/>
      </w:r>
      <w:r>
        <w:rPr>
          <w:sz w:val="20"/>
        </w:rPr>
        <w:t>55:00  is hadith par ghor karte hue mere saath yeh baat aati hai ke Islam ne ya paighambaron ne two point formula diya hai.</w:t>
      </w:r>
    </w:p>
    <w:p>
      <w:pPr>
        <w:pStyle w:val="Heading2"/>
      </w:pPr>
      <w:r>
        <w:t>Nasser's impatience over Suez Canal triggered a war</w:t>
      </w:r>
    </w:p>
    <w:p>
      <w:r>
        <w:rPr>
          <w:color w:val="666666"/>
          <w:sz w:val="18"/>
        </w:rPr>
        <w:t>Power of Peace June 6, 2010 Maulana Wahiduddin Khan · 5m 55s · at 25:44 · https://youtu.be/QNnouRoYI38?t=1544</w:t>
      </w:r>
    </w:p>
    <w:p>
      <w:r>
        <w:rPr>
          <w:i/>
        </w:rPr>
        <w:t>“Nineteen fifty six mein unhon ne elaan kar diya”</w:t>
      </w:r>
    </w:p>
    <w:p>
      <w:r>
        <w:rPr>
          <w:sz w:val="20"/>
        </w:rPr>
        <w:t>25:44  Misr mein ko hota hai. aur Jamaluddin Nasir jo general the ya colonel the, woh qabza kar lete hain.</w:t>
      </w:r>
      <w:r>
        <w:br/>
      </w:r>
      <w:r>
        <w:rPr>
          <w:sz w:val="20"/>
        </w:rPr>
        <w:t>25:56  aur King Farooq ke zamanay mein hua karta tha, is ko nikaal dete hain. woh bhaag ke aata hai Rome, wahin mar jata hai. aur yeh president ban ke baith jate hain Misr par.</w:t>
      </w:r>
      <w:r>
        <w:br/>
      </w:r>
      <w:r>
        <w:rPr>
          <w:sz w:val="20"/>
        </w:rPr>
        <w:t>26:08  to unhon ne kya kiya?</w:t>
      </w:r>
      <w:r>
        <w:br/>
      </w:r>
      <w:r>
        <w:rPr>
          <w:sz w:val="20"/>
        </w:rPr>
        <w:t>26:10  Nineteen fifty six mein unhon ne literally ailaan kar diya ke hum lease ko khatam karte hain. aur hum canal ko nationalize kar rahe hain.</w:t>
      </w:r>
      <w:r>
        <w:br/>
      </w:r>
      <w:r>
        <w:rPr>
          <w:sz w:val="20"/>
        </w:rPr>
        <w:t>26:23  abhi giarah saal baqi the. yani is ko khatam hone mein giarah saal baqi the, nahin barah saal. barah saal pehle unhon ne is ko nationalize kar liya.</w:t>
      </w:r>
      <w:r>
        <w:br/>
      </w:r>
      <w:r>
        <w:rPr>
          <w:sz w:val="20"/>
        </w:rPr>
        <w:t>26:37  International, international law ke khilaaf, Islam ke khilaaf. kyunke Islam mein dekhiye yeh hai ke jab kisi se to agreement kar lo to poora karo.</w:t>
      </w:r>
      <w:r>
        <w:br/>
      </w:r>
      <w:r>
        <w:rPr>
          <w:sz w:val="20"/>
        </w:rPr>
        <w:t>26:54  kai jagah yeh baat aayi hai ke jab tum kisi se agreement karo to us ko tumhein poora hi poora karna hai. International law mein to hai hi yeh baat.</w:t>
      </w:r>
      <w:r>
        <w:br/>
      </w:r>
      <w:r>
        <w:rPr>
          <w:sz w:val="20"/>
        </w:rPr>
        <w:t>27:05  to unhon ne American yani Islami is principle ke khilaaf, international law ke khilaaf kiya kiya? ke barah saal pehle</w:t>
      </w:r>
      <w:r>
        <w:br/>
      </w:r>
      <w:r>
        <w:rPr>
          <w:sz w:val="20"/>
        </w:rPr>
        <w:t>27:16  Suez company ko woh kar diya, bahar kar diya aur aur hukoomat Misr, Egyptian government ne is ko qabza kar liya is ke.</w:t>
      </w:r>
      <w:r>
        <w:br/>
      </w:r>
      <w:r>
        <w:rPr>
          <w:sz w:val="20"/>
        </w:rPr>
        <w:t>27:30  to kya aap samajhte hain ke doosra retaliate nahin karega?</w:t>
      </w:r>
      <w:r>
        <w:br/>
      </w:r>
      <w:r>
        <w:rPr>
          <w:sz w:val="20"/>
        </w:rPr>
        <w:t>27:36  kehte hain naive thinking hai ke aap yeh sochein ke aap doosra retaliate nahin karega. woh karega woh, badla lega. chunancha dekhiye British government, French government aur Israel teen ne mil kar ek ek plan banaya.</w:t>
      </w:r>
      <w:r>
        <w:br/>
      </w:r>
      <w:r>
        <w:rPr>
          <w:sz w:val="20"/>
        </w:rPr>
        <w:t>27:52  aur secret plan.</w:t>
      </w:r>
      <w:r>
        <w:br/>
      </w:r>
      <w:r>
        <w:rPr>
          <w:sz w:val="20"/>
        </w:rPr>
        <w:t>27:58  teen ne mil kar banaya program. aur nineteen sixty six mein, unnees sau sarsath mein hamla kar diya, attack kar diya Misr par.</w:t>
      </w:r>
      <w:r>
        <w:br/>
      </w:r>
      <w:r>
        <w:rPr>
          <w:sz w:val="20"/>
        </w:rPr>
        <w:t>28:09  aur sara un ka jo air force tha tabah kar diya.</w:t>
      </w:r>
      <w:r>
        <w:br/>
      </w:r>
      <w:r>
        <w:rPr>
          <w:sz w:val="20"/>
        </w:rPr>
        <w:t>28:14  tabah kar diya.</w:t>
      </w:r>
      <w:r>
        <w:br/>
      </w:r>
      <w:r>
        <w:rPr>
          <w:sz w:val="20"/>
        </w:rPr>
        <w:t>28:17  itni zabardast tayyari ke sath kya tha unhon ne ke un ke jo radar the un ke yani Misr'iyon ke woh is ko pakar nahin sake un ke jahaz aa rahe hain bombardment ke liye.</w:t>
      </w:r>
      <w:r>
        <w:br/>
      </w:r>
      <w:r>
        <w:rPr>
          <w:sz w:val="20"/>
        </w:rPr>
        <w:t>28:29  kyun? un ke jahaz jo un ke jo radar the wo Russian make tha, roosiya ka bana hua. aur wo oper oper to pakar sakte the, neechay nahi pakar paate the.</w:t>
      </w:r>
      <w:r>
        <w:br/>
      </w:r>
      <w:r>
        <w:rPr>
          <w:sz w:val="20"/>
        </w:rPr>
        <w:t>28:39  is ko unhon ne daryaft kar liya ke un ke radar jo hain sirf oper ke ke oper jo jahaz urta hai us ko pakar sakte hain.</w:t>
      </w:r>
      <w:r>
        <w:br/>
      </w:r>
      <w:r>
        <w:rPr>
          <w:sz w:val="20"/>
        </w:rPr>
        <w:t>28:49  agar neechay jahaz urre to nahi pakar payenge wo.</w:t>
      </w:r>
      <w:r>
        <w:br/>
      </w:r>
      <w:r>
        <w:rPr>
          <w:sz w:val="20"/>
        </w:rPr>
        <w:t>28:54  is ko pata pata kiya unhon ne is secret ko aur phir unhon ne apne jahaz ko yani bombers jo the us ko neechay ki level par uraya.</w:t>
      </w:r>
      <w:r>
        <w:br/>
      </w:r>
      <w:r>
        <w:rPr>
          <w:sz w:val="20"/>
        </w:rPr>
        <w:t>29:03  aur ja kar ke un ke jo un ka jo air force ka jo sari air force ko tabah kar diya, bombardment kar diya. aur qabza kar liya.</w:t>
      </w:r>
      <w:r>
        <w:br/>
      </w:r>
      <w:r>
        <w:rPr>
          <w:sz w:val="20"/>
        </w:rPr>
        <w:t>29:13  to dekhiye balfour jo verdict tha nineteen forty eight mein us mein roughly arbon ko aadha diya gaya tha Palestine ka, aadha yahudiyon ko diya gaya tha.</w:t>
      </w:r>
      <w:r>
        <w:br/>
      </w:r>
      <w:r>
        <w:rPr>
          <w:sz w:val="20"/>
        </w:rPr>
        <w:t>29:29  aur sab se bari baat yeh thi ke sara masjid aqsa, sara East Jerusalem sab is arbon ke paas tha. pura Jerusalem arbon ke paas tha, pura masjid aqsa arbon ke paas thi.</w:t>
      </w:r>
      <w:r>
        <w:br/>
      </w:r>
      <w:r>
        <w:rPr>
          <w:sz w:val="20"/>
        </w:rPr>
        <w:t>29:43  to kehte hain acha mein the wo lekin ab jo unhon ne kiya attack to sara qabza kar liya. yeh sab qabza kar liya aur un ko dhakel kar ke Gaza patti par majboor kar diya rehne ke liye.</w:t>
      </w:r>
      <w:r>
        <w:br/>
      </w:r>
      <w:r>
        <w:rPr>
          <w:sz w:val="20"/>
        </w:rPr>
        <w:t>30:01  ab is ab ab is ke baad se lar rahe hain yeh arab log. to larna kya hai?</w:t>
      </w:r>
      <w:r>
        <w:br/>
      </w:r>
      <w:r>
        <w:rPr>
          <w:sz w:val="20"/>
        </w:rPr>
        <w:t>30:08  aap ne aik ghalat step liya ke aap ne lease ke ka jo agreement tha us ko toda barah saal pehle aur teen teen mulkon ko aap ne ghussa dilaya.</w:t>
      </w:r>
      <w:r>
        <w:br/>
      </w:r>
      <w:r>
        <w:rPr>
          <w:sz w:val="20"/>
        </w:rPr>
        <w:t>30:22  British, French aur Israel. wo to retaliate karenge wo aur unhon ne kiya bharpoor tareeqe se plan plan kar ke aur aap ko tahassun kar diya, aap qabza kar liya, aap chalate rahe aap.</w:t>
      </w:r>
      <w:r>
        <w:br/>
      </w:r>
      <w:r>
        <w:rPr>
          <w:sz w:val="20"/>
        </w:rPr>
        <w:t>30:34  to sixty seven se aaj tak itna arab is mein jaan de chuke hain, paisa de chuke hain, sab kuch. aik aik inch bhi zameen wo regain nahi kar saki, kuch bhi nahi, sirf tabah ho rahe hain, tabah ho rahe hain, tabah ho rahe hain.</w:t>
      </w:r>
      <w:r>
        <w:br/>
      </w:r>
      <w:r>
        <w:rPr>
          <w:sz w:val="20"/>
        </w:rPr>
        <w:t>30:48  ab aik hi misaal yeh hai, yeh misaal hai besabri ki. yani barah saal sabar nahi kiya unhon ne. lease khatam hone hoti thi barah saal mein.</w:t>
      </w:r>
      <w:r>
        <w:br/>
      </w:r>
      <w:r>
        <w:rPr>
          <w:sz w:val="20"/>
        </w:rPr>
        <w:t>31:01  to in logon aur yeh aik baat yeh arz kar doon ke jab yeh unhon ne abolish wo kiya tha, nationalize kiya tha to poori muslim dunya mein mein aik tha jis ne kaha tha ghalat kaam kiya hai.</w:t>
      </w:r>
      <w:r>
        <w:br/>
      </w:r>
      <w:r>
        <w:rPr>
          <w:sz w:val="20"/>
        </w:rPr>
        <w:t>31:13  sare musalman khush ho rahe the. yeh record par yeh baat hai ke sare musalman khush ho rahe the. sirf mein ne kaha ke ghalat kaam hua yeh.</w:t>
      </w:r>
      <w:r>
        <w:br/>
      </w:r>
      <w:r>
        <w:rPr>
          <w:sz w:val="20"/>
        </w:rPr>
        <w:t>31:28  to ab yeh misaal mein ne di aap ko is baat ki ke besabr ka nuksan kya hota hai. yani barah saal aap sabar nahi kiya aap ne to kitna bara nuksan uthana para aap ko.</w:t>
      </w:r>
    </w:p>
    <w:p>
      <w:pPr>
        <w:pStyle w:val="Heading2"/>
      </w:pPr>
      <w:r>
        <w:t>Kashmir story: peaceful struggle versus violent struggle</w:t>
      </w:r>
    </w:p>
    <w:p>
      <w:r>
        <w:rPr>
          <w:color w:val="666666"/>
          <w:sz w:val="18"/>
        </w:rPr>
        <w:t>Lessons from The Quran And Hadith · 4m 19s · at 13:36 · https://youtu.be/fBflSQEPstg?t=816</w:t>
      </w:r>
    </w:p>
    <w:p>
      <w:r>
        <w:rPr>
          <w:i/>
        </w:rPr>
        <w:t>“October 1989 mein Kashmir mein militancy shuru hui.”</w:t>
      </w:r>
    </w:p>
    <w:p>
      <w:r>
        <w:rPr>
          <w:sz w:val="20"/>
        </w:rPr>
        <w:t>13:36  dekhiye, main october, aap jante hain ke kashmir mein october 1989 mein militancy shuru hui.</w:t>
      </w:r>
      <w:r>
        <w:br/>
      </w:r>
      <w:r>
        <w:rPr>
          <w:sz w:val="20"/>
        </w:rPr>
        <w:t>13:47  yani ARMY STRUGGLE to is se do mahine pehle main srinagar gaya tha.</w:t>
      </w:r>
      <w:r>
        <w:br/>
      </w:r>
      <w:r>
        <w:rPr>
          <w:sz w:val="20"/>
        </w:rPr>
        <w:t>13:56  wahan main ne taqreer ki. aur wahan par baatein chal rahi theen is qism ki. main jaan gaya tha ke yahan par musallah judojihad shuru hone wali hai.</w:t>
      </w:r>
      <w:r>
        <w:br/>
      </w:r>
      <w:r>
        <w:rPr>
          <w:sz w:val="20"/>
        </w:rPr>
        <w:t>14:07  to main ne is ke khilaf taqreer ki wahan ke tagore hall mein. main ne kaha ke yeh koi rasta nahi hai karne ka. aap ke liye option violent struggle ka nahi hai.</w:t>
      </w:r>
      <w:r>
        <w:br/>
      </w:r>
      <w:r>
        <w:rPr>
          <w:sz w:val="20"/>
        </w:rPr>
        <w:t>14:19  aap ke liye option peaceful struggle ka hai. aap ke liye option violent method ka nahi hai.</w:t>
      </w:r>
      <w:r>
        <w:br/>
      </w:r>
      <w:r>
        <w:rPr>
          <w:sz w:val="20"/>
        </w:rPr>
        <w:t>14:28  aap ke liye option peaceful method ka hai. aap jo kuch chahte hain us ke liye peaceful tareeqe se kaam kijiye.</w:t>
      </w:r>
      <w:r>
        <w:br/>
      </w:r>
      <w:r>
        <w:rPr>
          <w:sz w:val="20"/>
        </w:rPr>
        <w:t>14:37  aap ne hathyar uthaya to ulta padega woh. to main ne ek qissa bataya ke dekhiye, madine mein ek aadmi aaya bahar se.</w:t>
      </w:r>
      <w:r>
        <w:br/>
      </w:r>
      <w:r>
        <w:rPr>
          <w:sz w:val="20"/>
        </w:rPr>
        <w:t>14:47  madine ki jo masjid nabwi thi us mein is ne ganda kar diya.</w:t>
      </w:r>
      <w:r>
        <w:br/>
      </w:r>
      <w:r>
        <w:rPr>
          <w:sz w:val="20"/>
        </w:rPr>
        <w:t>14:55  to log is ko maarne ko daure. to rasool Allah ne kaha ke jahan is ne ganda kiya hai wahan pani baha do. saaf ho jayega. aur kuch nahi.</w:t>
      </w:r>
      <w:r>
        <w:br/>
      </w:r>
      <w:r>
        <w:rPr>
          <w:sz w:val="20"/>
        </w:rPr>
        <w:t>15:07  ab woh aadmi jab wapas gaya apne qabile mein. dekhiye, jab aap kisi se bura sulook karein to is ka ego bhadakta hai.</w:t>
      </w:r>
      <w:r>
        <w:br/>
      </w:r>
      <w:r>
        <w:rPr>
          <w:sz w:val="20"/>
        </w:rPr>
        <w:t>15:18  aap kisi se acha sulook karein to is ka zamir bhadakta, jagta hai. to is ka zamir jaag pada. is ki nature jaag padi.</w:t>
      </w:r>
      <w:r>
        <w:br/>
      </w:r>
      <w:r>
        <w:rPr>
          <w:sz w:val="20"/>
        </w:rPr>
        <w:t>15:30  is ki fitrat ki awaaz bol padi.</w:t>
      </w:r>
      <w:r>
        <w:br/>
      </w:r>
      <w:r>
        <w:rPr>
          <w:sz w:val="20"/>
        </w:rPr>
        <w:t>15:34  woh gaya apne qabile mein. to logon se bataya ke dekho, main madina gaya. wahan main ne un ki masjid mein ganda kar diya.</w:t>
      </w:r>
      <w:r>
        <w:br/>
      </w:r>
      <w:r>
        <w:rPr>
          <w:sz w:val="20"/>
        </w:rPr>
        <w:t>15:44  lekin wahan kya hua? muhammad ne na jharaka nahi. muhammad ne mujhe mara nahi. ab yeh baat jab is ne kahi logon ko to woh log seedhe saade fitrat mein hua karte the.</w:t>
      </w:r>
      <w:r>
        <w:br/>
      </w:r>
      <w:r>
        <w:rPr>
          <w:sz w:val="20"/>
        </w:rPr>
        <w:t>15:59  woh bohat mutasir hue. ke bhai yeh</w:t>
      </w:r>
      <w:r>
        <w:br/>
      </w:r>
      <w:r>
        <w:rPr>
          <w:sz w:val="20"/>
        </w:rPr>
        <w:t>16:02  kaise log hain? kaisa deen in ka hai? kaisa peghambar hai yeh? woh aaye inquiry ke liye. aur kuch jankari li unhon ne.</w:t>
      </w:r>
      <w:r>
        <w:br/>
      </w:r>
      <w:r>
        <w:rPr>
          <w:sz w:val="20"/>
        </w:rPr>
        <w:t>16:13  ab poora qabeela Islam mein dakhil ho gaya.</w:t>
      </w:r>
      <w:r>
        <w:br/>
      </w:r>
      <w:r>
        <w:rPr>
          <w:sz w:val="20"/>
        </w:rPr>
        <w:t>16:17  to main ne Srinagar ke Tagore Hall mein taqreer karte hue kaha tha, October 89 se sirf do mahine pehle ya ek mahina pehle ke jo maqsad Rasool Allah Sal Allaho Alaihe Wasallam ne pani ka dol baha kar hasil kiya tha,</w:t>
      </w:r>
      <w:r>
        <w:br/>
      </w:r>
      <w:r>
        <w:rPr>
          <w:sz w:val="20"/>
        </w:rPr>
        <w:t>16:38  is ko aap khoon baha kar hasil karna chahte hain to yeh law of nature ke khilaf hai.</w:t>
      </w:r>
      <w:r>
        <w:br/>
      </w:r>
      <w:r>
        <w:rPr>
          <w:sz w:val="20"/>
        </w:rPr>
        <w:t>16:46  aap is mein kabhi kamyab nahi ho sakte. ab aaj dekhiye ke itne zyada din ho gaye aur kuch bhi unhein gain nahi hua.</w:t>
      </w:r>
      <w:r>
        <w:br/>
      </w:r>
      <w:r>
        <w:rPr>
          <w:sz w:val="20"/>
        </w:rPr>
        <w:t>16:57  kuch bhi positive result nahi nikla. kam az kam ek lakh Kashmiri log halak kar diye gaye. business tabah ho gaya.</w:t>
      </w:r>
      <w:r>
        <w:br/>
      </w:r>
      <w:r>
        <w:rPr>
          <w:sz w:val="20"/>
        </w:rPr>
        <w:t>17:07  wahan ki riwayat toot gayeen. tarah tarah ke nuqsan hue.</w:t>
      </w:r>
      <w:r>
        <w:br/>
      </w:r>
      <w:r>
        <w:rPr>
          <w:sz w:val="20"/>
        </w:rPr>
        <w:t>17:13  bachon ki taleem sab jeopardized ho gayi. mila kuch bhi nahi. is waqt main ne yeh baat kahi thi jab ke militancy bas shuru hone wali thi</w:t>
      </w:r>
      <w:r>
        <w:br/>
      </w:r>
      <w:r>
        <w:rPr>
          <w:sz w:val="20"/>
        </w:rPr>
        <w:t>17:25  ke aap ke liye jo option hai woh peaceful tareeqe se apni koshish karne ka hai.</w:t>
      </w:r>
      <w:r>
        <w:br/>
      </w:r>
      <w:r>
        <w:rPr>
          <w:sz w:val="20"/>
        </w:rPr>
        <w:t>17:33  mutashiddana tareeqa kar ya violent struggle jo hai aap ko kabhi bhi kuch dene wala nahi hai. balkay woh counter productive sabit hogi.</w:t>
      </w:r>
      <w:r>
        <w:br/>
      </w:r>
      <w:r>
        <w:rPr>
          <w:sz w:val="20"/>
        </w:rPr>
        <w:t>17:44  aap dekhiye ke wohi hua. to Quran aur Hadees mein dekhiye sari baat bata di gayi hai. sab kuch bata diya gaya hai.</w:t>
      </w:r>
    </w:p>
    <w:p>
      <w:pPr>
        <w:pStyle w:val="Heading2"/>
      </w:pPr>
      <w:r>
        <w:t>Avoidance principle in da'wah with Abraham and Nimrod</w:t>
      </w:r>
    </w:p>
    <w:p>
      <w:r>
        <w:rPr>
          <w:color w:val="666666"/>
          <w:sz w:val="18"/>
        </w:rPr>
        <w:t>Principle of Avoidance in Islam I 12 Dec, 2010 - Maulana Wahiduddin Khan · 5m 01s · at 53:16 · https://youtu.be/LcEmPmf5es0?t=3196</w:t>
      </w:r>
    </w:p>
    <w:p>
      <w:r>
        <w:rPr>
          <w:i/>
        </w:rPr>
        <w:t>“Hum dawat mein bahut ahmiyat hai avoidance ki.”</w:t>
      </w:r>
    </w:p>
    <w:p>
      <w:r>
        <w:rPr>
          <w:sz w:val="20"/>
        </w:rPr>
        <w:t>53:16  hum dua work karte hain, dawat mein to bohat ahmiyat hai avoidance ki. bohat zyada ahmiyat hai. dekhein quran mein ek bohat bohat hi sabak amoz qissa hai ke Hazrat Ibrahim ne</w:t>
      </w:r>
      <w:r>
        <w:br/>
      </w:r>
      <w:r>
        <w:rPr>
          <w:sz w:val="20"/>
        </w:rPr>
        <w:t>53:34  jo badshah tha us zamane ka, nimrod, us ke samne dawat pesh ki.</w:t>
      </w:r>
      <w:r>
        <w:br/>
      </w:r>
      <w:r>
        <w:rPr>
          <w:sz w:val="20"/>
        </w:rPr>
        <w:t>53:42  us ke samne dawat pesh ki.</w:t>
      </w:r>
      <w:r>
        <w:br/>
      </w:r>
      <w:r>
        <w:rPr>
          <w:sz w:val="20"/>
        </w:rPr>
        <w:t>53:46  to</w:t>
      </w:r>
      <w:r>
        <w:br/>
      </w:r>
      <w:r>
        <w:rPr>
          <w:sz w:val="20"/>
        </w:rPr>
        <w:t>53:50  unho ne kaha ke tumhara khuda kaun khuda hai tumhara? to unho ne kaha ke jo khuda jo jilata hai aur marta hai, matlab zinda karta hai aur aur phir maut waqe hoti hai.</w:t>
      </w:r>
      <w:r>
        <w:br/>
      </w:r>
      <w:r>
        <w:rPr>
          <w:sz w:val="20"/>
        </w:rPr>
        <w:t>54:03  to us ne kaha ke main bhi, main bhi kisi ko maar sakta hoon? yeh hukum doon, woh jallad us ki gardan uda de ga.</w:t>
      </w:r>
      <w:r>
        <w:br/>
      </w:r>
      <w:r>
        <w:rPr>
          <w:sz w:val="20"/>
        </w:rPr>
        <w:t>54:11  tumhara khuda marta hai to mein bhi marta hoon. kya farq hai? to hazrat ibrahim ne is pe behas nahi ki. unhon ne kaha ke khuda suraj ko nikalta hai mashriq se to to maghrib se nikal de to.</w:t>
      </w:r>
      <w:r>
        <w:br/>
      </w:r>
      <w:r>
        <w:rPr>
          <w:sz w:val="20"/>
        </w:rPr>
        <w:t>54:24  fobuhata allathi kafara. yeh hai avoidance.</w:t>
      </w:r>
      <w:r>
        <w:br/>
      </w:r>
      <w:r>
        <w:rPr>
          <w:sz w:val="20"/>
        </w:rPr>
        <w:t>54:29  to dawat mein aap ko principle avoidance bohat ziyada ikhtiyar karna parta hai. yani madu ki taraf se kuch bhi paish aaye, aap ko avoid karna hai.</w:t>
      </w:r>
      <w:r>
        <w:br/>
      </w:r>
      <w:r>
        <w:rPr>
          <w:sz w:val="20"/>
        </w:rPr>
        <w:t>54:44  madu aap ke jazbat ko thes pahunchaye, madu ki taraf se aap ko koi talkh tajurba ho to aap ko avoid karna hai.</w:t>
      </w:r>
      <w:r>
        <w:br/>
      </w:r>
      <w:r>
        <w:rPr>
          <w:sz w:val="20"/>
        </w:rPr>
        <w:t>54:54  yeh shakhsi baat nahi hai. musalman dekhiye, musalmanon ka haal kya hai? ke ek cartoon chhap gaya to us par ladne ko tayyar ho jatay hain.</w:t>
      </w:r>
      <w:r>
        <w:br/>
      </w:r>
      <w:r>
        <w:rPr>
          <w:sz w:val="20"/>
        </w:rPr>
        <w:t>55:04  kahin koi quran ko kisi ne so called behurmati kar di, us par ladne ko tayyar ho jatay hain. rasool Allah ki shan mein koi so called gustakhi kar di, ladne ko tayyar ho jatay hain.</w:t>
      </w:r>
      <w:r>
        <w:br/>
      </w:r>
      <w:r>
        <w:rPr>
          <w:sz w:val="20"/>
        </w:rPr>
        <w:t>55:15  yeh sab avoid, avoid karna hai. yeh sare mamle mein avoid karna hai. cartoon chhapay to avoid kijiye.</w:t>
      </w:r>
      <w:r>
        <w:br/>
      </w:r>
      <w:r>
        <w:rPr>
          <w:sz w:val="20"/>
        </w:rPr>
        <w:t>55:26  koi behurmati kare, sach much kare, bil farz tab bhi avoid kijiye. koi gustakhi kare, bil farz sach much gustakhi kare, tab bhi avoid kijiye. kyun?</w:t>
      </w:r>
      <w:r>
        <w:br/>
      </w:r>
      <w:r>
        <w:rPr>
          <w:sz w:val="20"/>
        </w:rPr>
        <w:t>55:37  madu se avoid hi karna parta hai. is ke baghair dawat chalegi nahi.</w:t>
      </w:r>
      <w:r>
        <w:br/>
      </w:r>
      <w:r>
        <w:rPr>
          <w:sz w:val="20"/>
        </w:rPr>
        <w:t>55:44  abhi jo musalman hain, madu ghussa kiye rehtay hain, woh lad bher kar ke. aap nafrat karenge to woh bhi nafrat karega.</w:t>
      </w:r>
      <w:r>
        <w:br/>
      </w:r>
      <w:r>
        <w:rPr>
          <w:sz w:val="20"/>
        </w:rPr>
        <w:t>55:55  dai aur madu ke darmiyan bohat hi mu'tadil halaat hone chahiye. bohat hi normal mahaul hona chahiye. to kaise qaim hoga agar aap avoid na karen to?</w:t>
      </w:r>
      <w:r>
        <w:br/>
      </w:r>
      <w:r>
        <w:rPr>
          <w:sz w:val="20"/>
        </w:rPr>
        <w:t>56:08  to avoid kar ke kya hota hai ke dai aur madu ke darmiyan normal taluq baqi rehta hai.</w:t>
      </w:r>
      <w:r>
        <w:br/>
      </w:r>
      <w:r>
        <w:rPr>
          <w:sz w:val="20"/>
        </w:rPr>
        <w:t>56:21  yani normal taluq ko baqi rakhne ke liye hamein avoid karna parta hai. woh kuch bhi kare, madu kuch bhi kare. unilaterally karna parta hai aap ko.</w:t>
      </w:r>
      <w:r>
        <w:br/>
      </w:r>
      <w:r>
        <w:rPr>
          <w:sz w:val="20"/>
        </w:rPr>
        <w:t>56:32  jise kehte hain na, customer is always right. to business mein kaha jata hai, customer is always right. kyun? agar customer se hum avoid na karen to business nahi hoga.</w:t>
      </w:r>
      <w:r>
        <w:br/>
      </w:r>
      <w:r>
        <w:rPr>
          <w:sz w:val="20"/>
        </w:rPr>
        <w:t>56:45  customer ki baaton ko agar avoid na karen to business nahi hoga. aisi madu ki baaton par agar avoid na karen to dawat nahi hogi.</w:t>
      </w:r>
      <w:r>
        <w:br/>
      </w:r>
      <w:r>
        <w:rPr>
          <w:sz w:val="20"/>
        </w:rPr>
        <w:t>56:55  same principle yahan bhi apply hota hai. yani jis tarah se woh kehta hai, businessman ke customer is always right, aap ko bhi kehna chahiye ke madu is always right.</w:t>
      </w:r>
      <w:r>
        <w:br/>
      </w:r>
      <w:r>
        <w:rPr>
          <w:sz w:val="20"/>
        </w:rPr>
        <w:t>57:16  jab tak yeh na hoga, koi dawat nahi ho sakti. isi liye dekhiye, quran majeed mein jab hukum aaya rasool Allah sal Allah alaih wasallam ko dawat ka, kam fa anzir, to us mein aaya, wal rabbika fa ssbir,</w:t>
      </w:r>
      <w:r>
        <w:br/>
      </w:r>
      <w:r>
        <w:rPr>
          <w:sz w:val="20"/>
        </w:rPr>
        <w:t>57:33  apne rab ke liye sabr karo. yani dawat do aur sabr karo, dawat do aur sabr karo. yani madu ki baaton par sabr karo, madu ki baaton ko avoid karo, madu ki baaton par sabr o tahammul ka andaaz ikhtiyar karo.</w:t>
      </w:r>
      <w:r>
        <w:br/>
      </w:r>
      <w:r>
        <w:rPr>
          <w:sz w:val="20"/>
        </w:rPr>
        <w:t>57:48  kyun?</w:t>
      </w:r>
      <w:r>
        <w:br/>
      </w:r>
      <w:r>
        <w:rPr>
          <w:sz w:val="20"/>
        </w:rPr>
        <w:t>57:50  taake dawati mahaul baqi rahe, normal taluq baqi rahe, aman ki fiza baqi rahe, aur dawat ka kaam continue rahe.</w:t>
      </w:r>
      <w:r>
        <w:br/>
      </w:r>
      <w:r>
        <w:rPr>
          <w:sz w:val="20"/>
        </w:rPr>
        <w:t>58:06  to dawat, dawat jo hai, woh dawat chahta hai peace, aman, ishti.</w:t>
      </w:r>
      <w:r>
        <w:br/>
      </w:r>
      <w:r>
        <w:rPr>
          <w:sz w:val="20"/>
        </w:rPr>
        <w:t>58:12  aman ke baghair dawat nahi.</w:t>
      </w:r>
    </w:p>
    <w:p>
      <w:pPr>
        <w:pStyle w:val="Heading2"/>
      </w:pPr>
      <w:r>
        <w:t>Da'wa mindset of love vs political hate</w:t>
      </w:r>
    </w:p>
    <w:p>
      <w:r>
        <w:rPr>
          <w:color w:val="666666"/>
          <w:sz w:val="18"/>
        </w:rPr>
        <w:t>The Importance of Ijtihad August 1, 2010 · 4m 43s · at 44:36 · https://youtu.be/3q98aQ-j2ks?t=2676</w:t>
      </w:r>
    </w:p>
    <w:p>
      <w:r>
        <w:rPr>
          <w:i/>
        </w:rPr>
        <w:t>“Isi se saara character banta hai. Dekhiye, daai agar sach much daai”</w:t>
      </w:r>
    </w:p>
    <w:p>
      <w:r>
        <w:rPr>
          <w:sz w:val="20"/>
        </w:rPr>
        <w:t>44:36  isi se sara character banta hai. dekhiye, daai agar sach much daai koi hoga to kabhi bhi insan se nafrat nahi kare ga.</w:t>
      </w:r>
      <w:r>
        <w:br/>
      </w:r>
      <w:r>
        <w:rPr>
          <w:sz w:val="20"/>
        </w:rPr>
        <w:t>44:47  kyun? jis tarah se ek ek businessman apne customer se nafrat nahi kar sakta, namumkin hai. is ka jo culture hai, woh customer friendly culture hai.</w:t>
      </w:r>
      <w:r>
        <w:br/>
      </w:r>
      <w:r>
        <w:rPr>
          <w:sz w:val="20"/>
        </w:rPr>
        <w:t>45:00  businessman ka culture hai customer friendly culture.</w:t>
      </w:r>
      <w:r>
        <w:br/>
      </w:r>
      <w:r>
        <w:rPr>
          <w:sz w:val="20"/>
        </w:rPr>
        <w:t>45:10  businessman ka culture hai customer friend</w:t>
      </w:r>
      <w:r>
        <w:br/>
      </w:r>
      <w:r>
        <w:rPr>
          <w:sz w:val="20"/>
        </w:rPr>
        <w:t>45:13  ly culture. aise hi daai ka culture hai madu friendly culture ya insan friendly culture.</w:t>
      </w:r>
      <w:r>
        <w:br/>
      </w:r>
      <w:r>
        <w:rPr>
          <w:sz w:val="20"/>
        </w:rPr>
        <w:t>45:22  daai ko doosron ke dil jeetna hai, daai ko doosre ke zehn badalna hai, daai doosron ke yaani soch ko badalna hai.</w:t>
      </w:r>
      <w:r>
        <w:br/>
      </w:r>
      <w:r>
        <w:rPr>
          <w:sz w:val="20"/>
        </w:rPr>
        <w:t>45:33  daai ko yeh tadap hai ke is ko mein jannat le jaon taake mujhe bhi jannat milay.</w:t>
      </w:r>
      <w:r>
        <w:br/>
      </w:r>
      <w:r>
        <w:rPr>
          <w:sz w:val="20"/>
        </w:rPr>
        <w:t>45:40  agar aap ne doosron ki jannat ke aap hareess nahi bane to aap ko apni jannat hi mujtaba hai.</w:t>
      </w:r>
      <w:r>
        <w:br/>
      </w:r>
      <w:r>
        <w:rPr>
          <w:sz w:val="20"/>
        </w:rPr>
        <w:t>45:48  to jab aadmi is tarah ki soch hogi us ki to nafrat ka koi is mein khana hi nahi.</w:t>
      </w:r>
      <w:r>
        <w:br/>
      </w:r>
      <w:r>
        <w:rPr>
          <w:sz w:val="20"/>
        </w:rPr>
        <w:t>45:57  wo to madu friendly banega, insaan friendly banega, doosre ki dua karega.</w:t>
      </w:r>
      <w:r>
        <w:br/>
      </w:r>
      <w:r>
        <w:rPr>
          <w:sz w:val="20"/>
        </w:rPr>
        <w:t>46:05  dekhen, makkah mein ek lady thi jinka naam tha hind, bohat dushman thi musalmanon ki, bohat dushman thi.</w:t>
      </w:r>
      <w:r>
        <w:br/>
      </w:r>
      <w:r>
        <w:rPr>
          <w:sz w:val="20"/>
        </w:rPr>
        <w:t>46:16  fateh makkah ke agle hi dinon musalman ho gayi.</w:t>
      </w:r>
      <w:r>
        <w:br/>
      </w:r>
      <w:r>
        <w:rPr>
          <w:sz w:val="20"/>
        </w:rPr>
        <w:t>46:21  to logon ne poocha ke aakhir kya tumhare andar baat aayi ke tum aaj islam qabool kar liya? wahan koi compreshion nahi tha, koi koi bhi nahi. to us ne kaha ke main ne ek ajeeb o ghareeb cheez dekhi,</w:t>
      </w:r>
      <w:r>
        <w:br/>
      </w:r>
      <w:r>
        <w:rPr>
          <w:sz w:val="20"/>
        </w:rPr>
        <w:t>46:34  yeh jo musalman aaye the madinah se, 10 tha, aa kar ke in ko yahan ghalba mil gaya. wo wahan ladaai nahi hui thi, unhon ne march kiya tha, unhon ne surrender kar diya tha.</w:t>
      </w:r>
      <w:r>
        <w:br/>
      </w:r>
      <w:r>
        <w:rPr>
          <w:sz w:val="20"/>
        </w:rPr>
        <w:t>46:49  to us ne bataya ke yeh log, main ne dekha ke raat bhar ka'aba ke andar duaen karte rahe, hamare liye duaen karte rahe, hamari hidayat ke liye ro ro kar ke ke khuda makkah walon ko hidayat de.</w:t>
      </w:r>
      <w:r>
        <w:br/>
      </w:r>
      <w:r>
        <w:rPr>
          <w:sz w:val="20"/>
        </w:rPr>
        <w:t>47:05  yaani jo fateh the, jinhon ne fateh kiya tha makkah ko, us zamane mein jo badshah log hote the, fateh karte the aur sharaben peete the, un ka haan raqs o saroood ke mehfilen hoti theen,</w:t>
      </w:r>
      <w:r>
        <w:br/>
      </w:r>
      <w:r>
        <w:rPr>
          <w:sz w:val="20"/>
        </w:rPr>
        <w:t>47:25  fakhar ki baaten karte the.</w:t>
      </w:r>
      <w:r>
        <w:br/>
      </w:r>
      <w:r>
        <w:rPr>
          <w:sz w:val="20"/>
        </w:rPr>
        <w:t>47:27  to us ne kaha ke hum ne dekha ke yeh jo log aaye the madinah se, jinhon ne jahan jo makkah fateh kiya, unhon ne to unhon ne yahan kuch bhi nahi kiya.</w:t>
      </w:r>
      <w:r>
        <w:br/>
      </w:r>
      <w:r>
        <w:rPr>
          <w:sz w:val="20"/>
        </w:rPr>
        <w:t>47:41  yeh raat bhar ka'aba mein namazen parh ke dua karte rahe ke khuda ya makkah walon ko hidayat de.</w:t>
      </w:r>
      <w:r>
        <w:br/>
      </w:r>
      <w:r>
        <w:rPr>
          <w:sz w:val="20"/>
        </w:rPr>
        <w:t>47:50  is cheez ne mere dil ko pighla diya.</w:t>
      </w:r>
      <w:r>
        <w:br/>
      </w:r>
      <w:r>
        <w:rPr>
          <w:sz w:val="20"/>
        </w:rPr>
        <w:t>47:55  us ko hind jigar khwaar kehte hain.</w:t>
      </w:r>
      <w:r>
        <w:br/>
      </w:r>
      <w:r>
        <w:rPr>
          <w:sz w:val="20"/>
        </w:rPr>
        <w:t>48:00  yeh hai da'i ka dil.</w:t>
      </w:r>
      <w:r>
        <w:br/>
      </w:r>
      <w:r>
        <w:rPr>
          <w:sz w:val="20"/>
        </w:rPr>
        <w:t>48:07  yeh hai da'i ka dil. la ilaha illallah ka baakh nafsak allah kaun momineen rasool allah ke bare mein farmaaya gaya ke tum aisa lagta hai ke tum un ki dardmandi mein, un ki fikr mein apne aap hi ko halak kar dalo ge ke wo sachai par aa jayen.</w:t>
      </w:r>
      <w:r>
        <w:br/>
      </w:r>
      <w:r>
        <w:rPr>
          <w:sz w:val="20"/>
        </w:rPr>
        <w:t>48:23  wo</w:t>
      </w:r>
      <w:r>
        <w:br/>
      </w:r>
      <w:r>
        <w:rPr>
          <w:sz w:val="20"/>
        </w:rPr>
        <w:t>48:28  to islam ka jo character tha, wo tha da'wa based, aur da'wat ka matlab kya tha? ke insaanon se mohabbat, koi rivalry nahi, insaan se koi dushmani nahi.</w:t>
      </w:r>
      <w:r>
        <w:br/>
      </w:r>
      <w:r>
        <w:rPr>
          <w:sz w:val="20"/>
        </w:rPr>
        <w:t>48:41  islam se Hazrat Masih ka jo qaul hai ke "love your enemy", wo kya hai? wo da'i ki zuban hai. wo</w:t>
      </w:r>
      <w:r>
        <w:br/>
      </w:r>
      <w:r>
        <w:rPr>
          <w:sz w:val="20"/>
        </w:rPr>
        <w:t>48:51  da'i sab se mohabbat karta hai, hatta ke dushman se bhi.</w:t>
      </w:r>
      <w:r>
        <w:br/>
      </w:r>
      <w:r>
        <w:rPr>
          <w:sz w:val="20"/>
        </w:rPr>
        <w:t>48:57  jo da'i hota hai, da'i us ke dil mein nafrat koi khana nahi hota. har ek se mohabbat karta hai, jaise businessman har ek se mohabbat karta hai.</w:t>
      </w:r>
      <w:r>
        <w:br/>
      </w:r>
      <w:r>
        <w:rPr>
          <w:sz w:val="20"/>
        </w:rPr>
        <w:t>49:09  kyun? har ek se us ko business apna chalana hai. yeh maamla da'i ka hota hai.</w:t>
      </w:r>
    </w:p>
    <w:p>
      <w:pPr>
        <w:pStyle w:val="Heading2"/>
      </w:pPr>
      <w:r>
        <w:t>One mistake can lose everything, avoid forbidden tree</w:t>
      </w:r>
    </w:p>
    <w:p>
      <w:r>
        <w:rPr>
          <w:color w:val="666666"/>
          <w:sz w:val="18"/>
        </w:rPr>
        <w:t>Dars-e-Quran, Chapter 2, Verse 37 | January  07, 2018 · 5m 15s · at 32:20 · https://youtu.be/ao6Cr57KuEM?t=1940</w:t>
      </w:r>
    </w:p>
    <w:p>
      <w:r>
        <w:rPr>
          <w:i/>
        </w:rPr>
        <w:t>“To ye duniya jo Allah ne banai hai”</w:t>
      </w:r>
    </w:p>
    <w:p>
      <w:r>
        <w:rPr>
          <w:sz w:val="20"/>
        </w:rPr>
        <w:t>32:20  to yeh yeh dunya jo Allah ne banai hai.</w:t>
      </w:r>
      <w:r>
        <w:br/>
      </w:r>
      <w:r>
        <w:rPr>
          <w:sz w:val="20"/>
        </w:rPr>
        <w:t>32:27  to shuru hi mein bata diya hai ke jo tawali kiya hai.</w:t>
      </w:r>
      <w:r>
        <w:br/>
      </w:r>
      <w:r>
        <w:rPr>
          <w:sz w:val="20"/>
        </w:rPr>
        <w:t>32:33  jab adam ko kaha gaya ke sara bagh jo hai woh is mein tum ghoom phiro, is mein</w:t>
      </w:r>
      <w:r>
        <w:br/>
      </w:r>
      <w:r>
        <w:rPr>
          <w:sz w:val="20"/>
        </w:rPr>
        <w:t>32:39  faida uthao, lekin ek forbidden tree hai, us ke paas na jana.</w:t>
      </w:r>
      <w:r>
        <w:br/>
      </w:r>
      <w:r>
        <w:rPr>
          <w:sz w:val="20"/>
        </w:rPr>
        <w:t>32:46  us ke mani hain ke</w:t>
      </w:r>
      <w:r>
        <w:br/>
      </w:r>
      <w:r>
        <w:rPr>
          <w:sz w:val="20"/>
        </w:rPr>
        <w:t>32:52  dunya agarche aap ke liye banai gayi hai, insan ke liye banai gayi hai, dunya aaj aap ke</w:t>
      </w:r>
      <w:r>
        <w:br/>
      </w:r>
      <w:r>
        <w:rPr>
          <w:sz w:val="20"/>
        </w:rPr>
        <w:t>32:58  liye achhi baaton se bhari hui hai, yeh phir bhi ek forbidden tree hai.</w:t>
      </w:r>
      <w:r>
        <w:br/>
      </w:r>
      <w:r>
        <w:rPr>
          <w:sz w:val="20"/>
        </w:rPr>
        <w:t>33:03  dunya kehte hain yeh achhi ho, lekin aap ke liye phir bhi us ke andar forbidden tree hai.</w:t>
      </w:r>
      <w:r>
        <w:br/>
      </w:r>
      <w:r>
        <w:rPr>
          <w:sz w:val="20"/>
        </w:rPr>
        <w:t>33:09  yeh to jannat mein nahi hoga.</w:t>
      </w:r>
      <w:r>
        <w:br/>
      </w:r>
      <w:r>
        <w:rPr>
          <w:sz w:val="20"/>
        </w:rPr>
        <w:t>33:15  jannat mein koi forbidden tree nahi hoga.</w:t>
      </w:r>
      <w:r>
        <w:br/>
      </w:r>
      <w:r>
        <w:rPr>
          <w:sz w:val="20"/>
        </w:rPr>
        <w:t>33:21  lekin dunya mein to hai.</w:t>
      </w:r>
      <w:r>
        <w:br/>
      </w:r>
      <w:r>
        <w:rPr>
          <w:sz w:val="20"/>
        </w:rPr>
        <w:t>33:27  to main samajhta hoon ke sab se bari wisdom yeh hai ke aap jaanen ke dunya mein aap ke liye forbidden tree kya hai. is dunya mein kamyab zindagi ke liye pehla step yeh dunya hum ko mili hai rehne ke liye. yahan paida hone ke baad hum rehte hain. to yahan sab se pehli ba</w:t>
      </w:r>
      <w:r>
        <w:br/>
      </w:r>
      <w:r>
        <w:rPr>
          <w:sz w:val="20"/>
        </w:rPr>
        <w:t>33:57  it janne ki yeh hai ke hamare liye yahan forbidden tree kya hai.</w:t>
      </w:r>
      <w:r>
        <w:br/>
      </w:r>
      <w:r>
        <w:rPr>
          <w:sz w:val="20"/>
        </w:rPr>
        <w:t>34:03  yeh yeh janna badi baat nahi hai ke itne sare peR hamare liye hain ya itna bada bagh</w:t>
      </w:r>
      <w:r>
        <w:br/>
      </w:r>
      <w:r>
        <w:rPr>
          <w:sz w:val="20"/>
        </w:rPr>
        <w:t>34:09  hamare liye hai.</w:t>
      </w:r>
      <w:r>
        <w:br/>
      </w:r>
      <w:r>
        <w:rPr>
          <w:sz w:val="20"/>
        </w:rPr>
        <w:t>34:15  balkeh yeh janna ke kaun sa tree jo hai woh hamare liye forbidden tree hai.</w:t>
      </w:r>
      <w:r>
        <w:br/>
      </w:r>
      <w:r>
        <w:rPr>
          <w:sz w:val="20"/>
        </w:rPr>
        <w:t>34:22  kyunke ek peR se bekhabar ho jayein, agar aap sari jannat kho jaye gi.</w:t>
      </w:r>
      <w:r>
        <w:br/>
      </w:r>
      <w:r>
        <w:rPr>
          <w:sz w:val="20"/>
        </w:rPr>
        <w:t>34:28  aap ghor kijiye, yeh kitni badi baat hai ke adam ko Allah ne kaha tha ke sara bagh</w:t>
      </w:r>
      <w:r>
        <w:br/>
      </w:r>
      <w:r>
        <w:rPr>
          <w:sz w:val="20"/>
        </w:rPr>
        <w:t>34:33  tumhare liye hai.</w:t>
      </w:r>
      <w:r>
        <w:br/>
      </w:r>
      <w:r>
        <w:rPr>
          <w:sz w:val="20"/>
        </w:rPr>
        <w:t>34:38  yeh jannat ka bagh jo hai, woh sab ka sab tumhare liye hai.</w:t>
      </w:r>
      <w:r>
        <w:br/>
      </w:r>
      <w:r>
        <w:rPr>
          <w:sz w:val="20"/>
        </w:rPr>
        <w:t>34:43  sirf ek ek peR ko forbidden qarar de diya gaya tha.</w:t>
      </w:r>
      <w:r>
        <w:br/>
      </w:r>
      <w:r>
        <w:rPr>
          <w:sz w:val="20"/>
        </w:rPr>
        <w:t>34:48  to kaisi ajib baat hai ke ek peR ko khone se sara bagh kho gaya.</w:t>
      </w:r>
      <w:r>
        <w:br/>
      </w:r>
      <w:r>
        <w:rPr>
          <w:sz w:val="20"/>
        </w:rPr>
        <w:t>34:53  yeh bahut bada</w:t>
      </w:r>
      <w:r>
        <w:br/>
      </w:r>
      <w:r>
        <w:rPr>
          <w:sz w:val="20"/>
        </w:rPr>
        <w:t>34:58  sabak hai is ke andar.</w:t>
      </w:r>
      <w:r>
        <w:br/>
      </w:r>
      <w:r>
        <w:rPr>
          <w:sz w:val="20"/>
        </w:rPr>
        <w:t>35:04  ek peR ko khone se sara bagh khoya gaya.</w:t>
      </w:r>
      <w:r>
        <w:br/>
      </w:r>
      <w:r>
        <w:rPr>
          <w:sz w:val="20"/>
        </w:rPr>
        <w:t>35:10  to is dunya mein ek ghalti karne se aap ko sab kuch khoya, khone ka rizq khoya ho jayega.</w:t>
      </w:r>
      <w:r>
        <w:br/>
      </w:r>
      <w:r>
        <w:rPr>
          <w:sz w:val="20"/>
        </w:rPr>
        <w:t>35:16  is dunya mein yaad rakhiye, yeh ek bohat bara sabak hai adam ke qisse mein ke aap ne</w:t>
      </w:r>
      <w:r>
        <w:br/>
      </w:r>
      <w:r>
        <w:rPr>
          <w:sz w:val="20"/>
        </w:rPr>
        <w:t>35:23  agar ek ghalti kar dali</w:t>
      </w:r>
      <w:r>
        <w:br/>
      </w:r>
      <w:r>
        <w:rPr>
          <w:sz w:val="20"/>
        </w:rPr>
        <w:t>35:29  تو ایک غلطی کرنے سے سارے opportunity آپ کو کھو جائے گی۔</w:t>
      </w:r>
      <w:r>
        <w:br/>
      </w:r>
      <w:r>
        <w:rPr>
          <w:sz w:val="20"/>
        </w:rPr>
        <w:t>35:35  یعنی آپ کے لیے اگر سو اپرچونیٹی ہے، hundred opportunities ہیں، تو ایک معاملے میں وہ غلطی کر</w:t>
      </w:r>
      <w:r>
        <w:br/>
      </w:r>
      <w:r>
        <w:rPr>
          <w:sz w:val="20"/>
        </w:rPr>
        <w:t>35:41  جائیں تو 99 opportunities آپ کی کھوئی گئی۔</w:t>
      </w:r>
      <w:r>
        <w:br/>
      </w:r>
      <w:r>
        <w:rPr>
          <w:sz w:val="20"/>
        </w:rPr>
        <w:t>35:48  to phir shikayat karne se koi faida nahin.</w:t>
      </w:r>
      <w:r>
        <w:br/>
      </w:r>
      <w:r>
        <w:rPr>
          <w:sz w:val="20"/>
        </w:rPr>
        <w:t>35:54  yani agar aap</w:t>
      </w:r>
      <w:r>
        <w:br/>
      </w:r>
      <w:r>
        <w:rPr>
          <w:sz w:val="20"/>
        </w:rPr>
        <w:t>36:01  ایک معاملے میں غلطی کر جائیں اور آپ سے 99 چیزیں کھو جائیں تو آپ solve کریں، complain</w:t>
      </w:r>
      <w:r>
        <w:br/>
      </w:r>
      <w:r>
        <w:rPr>
          <w:sz w:val="20"/>
        </w:rPr>
        <w:t>36:07  ka ek hangama karen, larai chhoden to is se kuch hone wala nahin hai.</w:t>
      </w:r>
      <w:r>
        <w:br/>
      </w:r>
      <w:r>
        <w:rPr>
          <w:sz w:val="20"/>
        </w:rPr>
        <w:t>36:13  kuch bhi hone wala nahin hai.</w:t>
      </w:r>
      <w:r>
        <w:br/>
      </w:r>
      <w:r>
        <w:rPr>
          <w:sz w:val="20"/>
        </w:rPr>
        <w:t>36:20  kyunke is dunya mein ek hi ghalti hai par sab kuch khoya jata hai.</w:t>
      </w:r>
      <w:r>
        <w:br/>
      </w:r>
      <w:r>
        <w:rPr>
          <w:sz w:val="20"/>
        </w:rPr>
        <w:t>36:26  wo ho chuka, wo wo ghalti kar di aap ne.</w:t>
      </w:r>
      <w:r>
        <w:br/>
      </w:r>
      <w:r>
        <w:rPr>
          <w:sz w:val="20"/>
        </w:rPr>
        <w:t>36:32  to Hazrat Adam ke qisse mein yeh bohat hi bara sabak hai ke ek tree ke khone se sara bagh aap kho denge. ek ghalti ho jaye to sab kuch aap se chhin jayega. is raaz ko janiye. aksar log kehte hain, arey bhai, woh ek hi baat hoti hai. jab is se khoya khoya jata hai kuch to kehte hain, woh ek hi baat to hui. ek</w:t>
      </w:r>
      <w:r>
        <w:br/>
      </w:r>
      <w:r>
        <w:rPr>
          <w:sz w:val="20"/>
        </w:rPr>
        <w:t>37:02  hi baat par sab kuch khoya jata hai is dunya mein.</w:t>
      </w:r>
      <w:r>
        <w:br/>
      </w:r>
      <w:r>
        <w:rPr>
          <w:sz w:val="20"/>
        </w:rPr>
        <w:t>37:08  is dunya mein ek hi baat ke khone par sab kuch kho jata hai.</w:t>
      </w:r>
      <w:r>
        <w:br/>
      </w:r>
      <w:r>
        <w:rPr>
          <w:sz w:val="20"/>
        </w:rPr>
        <w:t>37:14  aap jante hain ke adam jo the, unhon ne sirf ek peR ke mamle mein ghalti ki thi.</w:t>
      </w:r>
      <w:r>
        <w:br/>
      </w:r>
      <w:r>
        <w:rPr>
          <w:sz w:val="20"/>
        </w:rPr>
        <w:t>37:19  ek peR jo vibrant tree tha, us ke mamle mein.</w:t>
      </w:r>
      <w:r>
        <w:br/>
      </w:r>
      <w:r>
        <w:rPr>
          <w:sz w:val="20"/>
        </w:rPr>
        <w:t>37:25  baqi bagh waise ke waise hi tha.</w:t>
      </w:r>
      <w:r>
        <w:br/>
      </w:r>
      <w:r>
        <w:rPr>
          <w:sz w:val="20"/>
        </w:rPr>
        <w:t>37:31  aur baqi mamle mein wo theek thaak the.</w:t>
      </w:r>
    </w:p>
    <w:p>
      <w:pPr>
        <w:pStyle w:val="Heading2"/>
      </w:pPr>
      <w:r>
        <w:t>Why moral values must never be imposed through political power</w:t>
      </w:r>
    </w:p>
    <w:p>
      <w:r>
        <w:rPr>
          <w:color w:val="666666"/>
          <w:sz w:val="18"/>
        </w:rPr>
        <w:t>Ethical Values in Islam, June 19, 2008 · 5m 59s · at 38:20 · https://youtu.be/2yPff80nSBY?t=2300</w:t>
      </w:r>
    </w:p>
    <w:p>
      <w:r>
        <w:rPr>
          <w:i/>
        </w:rPr>
        <w:t>“Some link moral values to political rule — I find that baseless”</w:t>
      </w:r>
    </w:p>
    <w:p>
      <w:r>
        <w:rPr>
          <w:sz w:val="20"/>
        </w:rPr>
        <w:t>38:20  yahan mein ek aur baat arz karna chahunga. kuch log ikhlaqi nizam ko ya mile values ko jorte hain political role se.</w:t>
      </w:r>
      <w:r>
        <w:br/>
      </w:r>
      <w:r>
        <w:rPr>
          <w:sz w:val="20"/>
        </w:rPr>
        <w:t>38:31  wo kehte hain ke jab tak political role jo hai, wo islam ke hath mein na ho, tab tak is ke mile values ko bhi koi follow karne wala nahi hai.</w:t>
      </w:r>
      <w:r>
        <w:br/>
      </w:r>
      <w:r>
        <w:rPr>
          <w:sz w:val="20"/>
        </w:rPr>
        <w:t>38:44  to is wajah se political role par hamein qabza karna hai. mein is ko bilkul baseless samajhta hoon. haqeeqat yeh hai ke wo mile values, mile values hi nahi hain jo impose kar ke hasil hon.</w:t>
      </w:r>
      <w:r>
        <w:br/>
      </w:r>
      <w:r>
        <w:rPr>
          <w:sz w:val="20"/>
        </w:rPr>
        <w:t>39:02  yani koda maar kar ke aap kisi ko sach bulwayen to wo ikhlaqi baat to hui nahi. yani flogging kar ke agar aap kisi ko majboor karen ke tum sach bolo to wo to kuch bhi nahi hai.</w:t>
      </w:r>
      <w:r>
        <w:br/>
      </w:r>
      <w:r>
        <w:rPr>
          <w:sz w:val="20"/>
        </w:rPr>
        <w:t>39:18  ikhlaq ke dekhiye, principle jo hain, jo mile values hain, wo hamesha by choice hoti hain.</w:t>
      </w:r>
      <w:r>
        <w:br/>
      </w:r>
      <w:r>
        <w:rPr>
          <w:sz w:val="20"/>
        </w:rPr>
        <w:t>39:26  by choice, free choice ke sath jab aap karen, tabhi aap ko is ka reward milega.</w:t>
      </w:r>
      <w:r>
        <w:br/>
      </w:r>
      <w:r>
        <w:rPr>
          <w:sz w:val="20"/>
        </w:rPr>
        <w:t>39:36  tabhi yeh mana jayega ke aap ne ikhlaqi taleem par amal kiya, warna kuch bhi nahi, is ki koi haqeeqat hi nahi hai. dande ke zor par to aap jante hain ke animal bhi wahi karega jo aap kahenge.</w:t>
      </w:r>
      <w:r>
        <w:br/>
      </w:r>
      <w:r>
        <w:rPr>
          <w:sz w:val="20"/>
        </w:rPr>
        <w:t>39:50  is ko matlab aik khet se woh paas ho raha hai,</w:t>
      </w:r>
      <w:r>
        <w:br/>
      </w:r>
      <w:r>
        <w:rPr>
          <w:sz w:val="20"/>
        </w:rPr>
        <w:t>39:56  animal ja raha hai, wahan par aik hara bhara khet hai to woh us ke andar munh daal de ga, khane lage ga. Albata malik ke hath mein agar kora hai, woh kora baar kar ke usay roke,</w:t>
      </w:r>
      <w:r>
        <w:br/>
      </w:r>
      <w:r>
        <w:rPr>
          <w:sz w:val="20"/>
        </w:rPr>
        <w:t>40:10  tab ruk jaye ga. Woh to animal jo hai, kora barne se rukay ga ke doosre ka baal woh na lay. Lekin is ko aap jante hain ke koi is ko moral credit nahi mile ga.</w:t>
      </w:r>
      <w:r>
        <w:br/>
      </w:r>
      <w:r>
        <w:rPr>
          <w:sz w:val="20"/>
        </w:rPr>
        <w:t>40:27  Aisi agar insan ka mamla ho ke aap political role par qabza karen, apni hukoomat banayen, is ko aap flogging kar ke kore baar baar kar ke logon se kahen ke tum akhlaqi values ko apnao,</w:t>
      </w:r>
      <w:r>
        <w:br/>
      </w:r>
      <w:r>
        <w:rPr>
          <w:sz w:val="20"/>
        </w:rPr>
        <w:t>40:40  is ke mani to yeh to animalization of mind ho jaye ga.</w:t>
      </w:r>
      <w:r>
        <w:br/>
      </w:r>
      <w:r>
        <w:rPr>
          <w:sz w:val="20"/>
        </w:rPr>
        <w:t>40:47  Aisa akhlaq kis kaam ka? Aisay akhlaqi values ko follow karna kis kaam ka?</w:t>
      </w:r>
      <w:r>
        <w:br/>
      </w:r>
      <w:r>
        <w:rPr>
          <w:sz w:val="20"/>
        </w:rPr>
        <w:t>40:57  Dekhiye, akhlaqi value wohi hai, akhlaqi character wohi hai jo jis ko aap apni azadi ke sath karen, apni choice ke tor par karen.</w:t>
      </w:r>
      <w:r>
        <w:br/>
      </w:r>
      <w:r>
        <w:rPr>
          <w:sz w:val="20"/>
        </w:rPr>
        <w:t>41:10  Koi is mein compulsion na ho to compulsive morality is nothing, compulsive ethics is nothing.</w:t>
      </w:r>
      <w:r>
        <w:br/>
      </w:r>
      <w:r>
        <w:rPr>
          <w:sz w:val="20"/>
        </w:rPr>
        <w:t>41:24  Is wajah se akhlaqiyat ko political role se jodna yeh bohat zyada, yani bohat zyada</w:t>
      </w:r>
      <w:r>
        <w:br/>
      </w:r>
      <w:r>
        <w:rPr>
          <w:sz w:val="20"/>
        </w:rPr>
        <w:t>41:37  un Islamic baat hai. Is ka Islam se koi talluq nahi.</w:t>
      </w:r>
      <w:r>
        <w:br/>
      </w:r>
      <w:r>
        <w:rPr>
          <w:sz w:val="20"/>
        </w:rPr>
        <w:t>41:43  Yani akhlaqi nizam ko ya moral values ko political role ke zariye se qaim karna aur flogging ki soorat par qaim karna, yeh to aik aik bilkul aik aik wahshiyana baat hai.</w:t>
      </w:r>
      <w:r>
        <w:br/>
      </w:r>
      <w:r>
        <w:rPr>
          <w:sz w:val="20"/>
        </w:rPr>
        <w:t>42:04  Yani janglat ke qanoon ko insani zindagi mein nafiz karna hai.</w:t>
      </w:r>
      <w:r>
        <w:br/>
      </w:r>
      <w:r>
        <w:rPr>
          <w:sz w:val="20"/>
        </w:rPr>
        <w:t>42:10  To dekhiye, jo kaam karna hai, woh yeh nahi ke aap political role hasil karne ki koshish karen. Nahi, aap logon ke andar speed bharen, speed, moral speed.</w:t>
      </w:r>
      <w:r>
        <w:br/>
      </w:r>
      <w:r>
        <w:rPr>
          <w:sz w:val="20"/>
        </w:rPr>
        <w:t>42:24  Yani political role ko moral values ke support pe layen, yeh bilkul karne ka kaam nahi hai.</w:t>
      </w:r>
      <w:r>
        <w:br/>
      </w:r>
      <w:r>
        <w:rPr>
          <w:sz w:val="20"/>
        </w:rPr>
        <w:t>42:34  Political role ka mamla alag hai aur moral conduct ka mamla bilkul is se alag hai. To hamara sara zor hona chahiye kis par?</w:t>
      </w:r>
      <w:r>
        <w:br/>
      </w:r>
      <w:r>
        <w:rPr>
          <w:sz w:val="20"/>
        </w:rPr>
        <w:t>42:46  Logon ko educate karne par, logon ko train karne par, logon ko prepare karne par, moral values ko logon ke andar inculcate karne par.</w:t>
      </w:r>
      <w:r>
        <w:br/>
      </w:r>
      <w:r>
        <w:rPr>
          <w:sz w:val="20"/>
        </w:rPr>
        <w:t>42:55  Is par zor hona chahiye hamara.</w:t>
      </w:r>
      <w:r>
        <w:br/>
      </w:r>
      <w:r>
        <w:rPr>
          <w:sz w:val="20"/>
        </w:rPr>
        <w:t>43:02  Yani hamara jo</w:t>
      </w:r>
      <w:r>
        <w:br/>
      </w:r>
      <w:r>
        <w:rPr>
          <w:sz w:val="20"/>
        </w:rPr>
        <w:t>43:06  moral values ko batane ke baad jo doosra karne ka kaam hai, woh yeh nahi ke hukoomat par qabza karen aap aur phir flogging kar ke logon ko akhlaqi banayen.</w:t>
      </w:r>
      <w:r>
        <w:br/>
      </w:r>
      <w:r>
        <w:rPr>
          <w:sz w:val="20"/>
        </w:rPr>
        <w:t>43:20  Nahi, bilkul nahi.</w:t>
      </w:r>
      <w:r>
        <w:br/>
      </w:r>
      <w:r>
        <w:rPr>
          <w:sz w:val="20"/>
        </w:rPr>
        <w:t>43:22  Doosra jo karne ka kaam hai, woh hai logon ke andar speed bharna, logon ko educate karna, logon ke mind ko prepare karna.</w:t>
      </w:r>
      <w:r>
        <w:br/>
      </w:r>
      <w:r>
        <w:rPr>
          <w:sz w:val="20"/>
        </w:rPr>
        <w:t>43:32  Yeh hai doosri cheez.</w:t>
      </w:r>
      <w:r>
        <w:br/>
      </w:r>
      <w:r>
        <w:rPr>
          <w:sz w:val="20"/>
        </w:rPr>
        <w:t>43:40  To main samajhta hoon ke is baat ko bohat zyada dhyan ke sath janna chahiye, samajhna chahiye ke moral system ke sath jo cheez juri hui hai, woh education hai,</w:t>
      </w:r>
      <w:r>
        <w:br/>
      </w:r>
      <w:r>
        <w:rPr>
          <w:sz w:val="20"/>
        </w:rPr>
        <w:t>43:55  political role nahi hai.</w:t>
      </w:r>
      <w:r>
        <w:br/>
      </w:r>
      <w:r>
        <w:rPr>
          <w:sz w:val="20"/>
        </w:rPr>
        <w:t>43:59  Ethical system ya moral system ke sath jo cheez juri hui hai, jo is ka jo is ko support dene wali hai, support woh politics nahi hai, political role nahi hai.</w:t>
      </w:r>
      <w:r>
        <w:br/>
      </w:r>
      <w:r>
        <w:rPr>
          <w:sz w:val="20"/>
        </w:rPr>
        <w:t>44:13  woh woh hai education.</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