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faith · full transcripts with timestamps · exported 2026-09-22</w:t>
      </w:r>
    </w:p>
    <w:p>
      <w:pPr>
        <w:pStyle w:val="Heading2"/>
      </w:pPr>
      <w:r>
        <w:t>Why patience and non-violence: conflict is retaliation</w:t>
      </w:r>
    </w:p>
    <w:p>
      <w:r>
        <w:rPr>
          <w:color w:val="666666"/>
          <w:sz w:val="18"/>
        </w:rPr>
        <w:t>Discovery of God (In Conversation with Maulana) December 25, 2011 · 4m 40s · at 31:16 · https://youtu.be/-1c1d7cFj0s?t=1876</w:t>
      </w:r>
    </w:p>
    <w:p>
      <w:r>
        <w:rPr>
          <w:i/>
        </w:rPr>
        <w:t>“Is mein sab se badi ghalati jo hai, woh ek hai ki wida without reason.”</w:t>
      </w:r>
    </w:p>
    <w:p>
      <w:r>
        <w:rPr>
          <w:sz w:val="20"/>
        </w:rPr>
        <w:t>31:16  dekhiye, is mein sab se badi ghalati jo hai, woh ek hai ke without reason. yeh fallacy hai, fallacy. yeh main aap ko palestine aur kashmir ki misaal deta hoon.</w:t>
      </w:r>
      <w:r>
        <w:br/>
      </w:r>
      <w:r>
        <w:rPr>
          <w:sz w:val="20"/>
        </w:rPr>
        <w:t>31:27  yeh saari duniya jhoot bhi jeeti hai, jhoot bhi jeeti hai. palestine mein kya hua? 1948 mein partition hua.</w:t>
      </w:r>
      <w:r>
        <w:br/>
      </w:r>
      <w:r>
        <w:rPr>
          <w:sz w:val="20"/>
        </w:rPr>
        <w:t>31:38  partition mein lines chair mila tha arbon ko. unhone inkar kar diya ke hum nahi lete, aur ladai shuru kar di unhone ke hum sarami ko full bahar, hum tum ko thuke denge samandar mein.</w:t>
      </w:r>
      <w:r>
        <w:br/>
      </w:r>
      <w:r>
        <w:rPr>
          <w:sz w:val="20"/>
        </w:rPr>
        <w:t>31:50  toh unhone shuru kiya, woh badu ko, woh bol raha hai. toh jab unhone jawab diya, retaliation ko woh samajhte hain ke woh action tha har jagah, yani israel react kar, retaliate karta hai.</w:t>
      </w:r>
      <w:r>
        <w:br/>
      </w:r>
      <w:r>
        <w:rPr>
          <w:sz w:val="20"/>
        </w:rPr>
        <w:t>32:06  toh zahir hai ke woh kyun nahi? aap pathar marenge, woh goli marega. aap ne kaha ke tum ko hum palestine mein nahi rehne denge, toh samandar mein thuke denge.</w:t>
      </w:r>
      <w:r>
        <w:br/>
      </w:r>
      <w:r>
        <w:rPr>
          <w:sz w:val="20"/>
        </w:rPr>
        <w:t>32:14  unhone kaha ke hum tum ko thuke lenge. yeh without reason mamla nahi hai. yeh reason paida kiya aap ne, accept na kar ke.</w:t>
      </w:r>
      <w:r>
        <w:br/>
      </w:r>
      <w:r>
        <w:rPr>
          <w:sz w:val="20"/>
        </w:rPr>
        <w:t>32:25  ab kya hai? ab kuch bhi nahi un ke paas hai. kashmir mein dekhiye, 1989 se pehle, yani october 1989 mein wahan military shuru hui.</w:t>
      </w:r>
      <w:r>
        <w:br/>
      </w:r>
      <w:r>
        <w:rPr>
          <w:sz w:val="20"/>
        </w:rPr>
        <w:t>32:37  uske pehle peace tha, mukammal peace tha. main bar bar gaya hoon kashmir mein. jhoot hai, agar koi kahe ke is se pehle wahan kuch hota tha. sar tabah jhoot hai.</w:t>
      </w:r>
      <w:r>
        <w:br/>
      </w:r>
      <w:r>
        <w:rPr>
          <w:sz w:val="20"/>
        </w:rPr>
        <w:t>32:47  lekin jab aap ne bomb mara toh wahi marenge. kaise nahi marenge? woh jo kuch hua hai, yeh yeh sab retaliation hai. kashmir mein retaliation hai, palestine mein retaliation hai.</w:t>
      </w:r>
      <w:r>
        <w:br/>
      </w:r>
      <w:r>
        <w:rPr>
          <w:sz w:val="20"/>
        </w:rPr>
        <w:t>32:58  aap kehte hain without reason,</w:t>
      </w:r>
      <w:r>
        <w:br/>
      </w:r>
      <w:r>
        <w:rPr>
          <w:sz w:val="20"/>
        </w:rPr>
        <w:t>33:02  khula hua reason maujood hai dono jagah.</w:t>
      </w:r>
      <w:r>
        <w:br/>
      </w:r>
      <w:r>
        <w:rPr>
          <w:sz w:val="20"/>
        </w:rPr>
        <w:t>33:08  quran majeed mein hai, dekhiye, surah woh saba ka qissa ke malika saba jo thi, usko unka woh mila letter hazrat sulaiman ka, jo king the, ke tum surrender karo, nahi toh hum apni fauj le kar aa jayenge.</w:t>
      </w:r>
      <w:r>
        <w:br/>
      </w:r>
      <w:r>
        <w:rPr>
          <w:sz w:val="20"/>
        </w:rPr>
        <w:t>33:24  toh</w:t>
      </w:r>
      <w:r>
        <w:br/>
      </w:r>
      <w:r>
        <w:rPr>
          <w:sz w:val="20"/>
        </w:rPr>
        <w:t>33:27  us ne apne durbariyon se mashwara kiya. durbariyon ne kaha ke nahi, hum laren ge. to malika saba ne kaha ke nahi, laren ge to woh woh gating evil hoga hamare liye.</w:t>
      </w:r>
      <w:r>
        <w:br/>
      </w:r>
      <w:r>
        <w:rPr>
          <w:sz w:val="20"/>
        </w:rPr>
        <w:t>33:39  kyunke is ne quran majeed mein ayat hai is silsile mein ke "in al muluk dakhil afsadu wa jalu ahl azlat".</w:t>
      </w:r>
      <w:r>
        <w:br/>
      </w:r>
      <w:r>
        <w:rPr>
          <w:sz w:val="20"/>
        </w:rPr>
        <w:t>33:51  yani wahi jo aap keh rahe hain ke wahan hua, wahi is ne kaha ke yeh ho gaya "wa kadhalik yafalun". woh bhi aise hi karenge, yani agarche woh paighambar hain, tab bhi yahi karenge.</w:t>
      </w:r>
      <w:r>
        <w:br/>
      </w:r>
      <w:r>
        <w:rPr>
          <w:sz w:val="20"/>
        </w:rPr>
        <w:t>34:03  to is ne kiya kiya? musalehat kar li. to aap larr rahe hain, woh kehte hain ke is ka hum ko prize na deni pare, chahe falasteen ho, chahe kashmir ho, har jagah musalman apni military ki prize de rahe hain, peace ki prize nahi de rahe.</w:t>
      </w:r>
      <w:r>
        <w:br/>
      </w:r>
      <w:r>
        <w:rPr>
          <w:sz w:val="20"/>
        </w:rPr>
        <w:t>34:19  ghalti, yeh ghalt, bohat bari ghalat fehmi hai, bohat bari, yani yani woh hai felasi hai. kya aap samajhte hain ke yak tarfa ho raha hai?</w:t>
      </w:r>
      <w:r>
        <w:br/>
      </w:r>
      <w:r>
        <w:rPr>
          <w:sz w:val="20"/>
        </w:rPr>
        <w:t>34:27  yeh na falasteen mein yak tarfa hai, na kashmir mein yak tarfa hai. woh to retaliation hai. jab tak arab peace par thay, to unhein peace mila hua tha.</w:t>
      </w:r>
      <w:r>
        <w:br/>
      </w:r>
      <w:r>
        <w:rPr>
          <w:sz w:val="20"/>
        </w:rPr>
        <w:t>34:39  jab unhon ne military shuru kar di, to unhein military mil rahi hai. aise kashmir mein hua to kaisi ajeeb baat hai ke musalman is raat ko bhi nahi jaan sake ke jo kuch ho raha hai, without reason nahi ho raha hai.</w:t>
      </w:r>
      <w:r>
        <w:br/>
      </w:r>
      <w:r>
        <w:rPr>
          <w:sz w:val="20"/>
        </w:rPr>
        <w:t>34:53  woh to retaliation ho raha hai. aur main bilashuba is mein samajhta hoon ke is mein, is mein jo hai, musalmanon ko reassessment ka time hai.</w:t>
      </w:r>
      <w:r>
        <w:br/>
      </w:r>
      <w:r>
        <w:rPr>
          <w:sz w:val="20"/>
        </w:rPr>
        <w:t>35:02  is qism ki baatein karne ka time nahi hai. agar woh reassessment nahi karenge to phir yeh silsila jaari rahega. yeh duniya dekhiye, duniya mein har aadmi ko azadi hai.</w:t>
      </w:r>
      <w:r>
        <w:br/>
      </w:r>
      <w:r>
        <w:rPr>
          <w:sz w:val="20"/>
        </w:rPr>
        <w:t>35:14  aap kisi azadi ki abalish nahi kar sakte. to aap karenge to woh bhi karega. woh kyun nahi karega? bataiye. jab aap ne October 89 mein military shuru ki kashmir mein, to kya samajhte hain ke arab bhi chup chap baithe rahenge?</w:t>
      </w:r>
      <w:r>
        <w:br/>
      </w:r>
      <w:r>
        <w:rPr>
          <w:sz w:val="20"/>
        </w:rPr>
        <w:t>35:27  woh kyun nahi shuru karenge? woh bhi karenge. jo aap ke paas hai, woh aap karenge. woh jo woh karenge. yeh bilkul hi ghalt hai yeh soch ke without reason ho raha hai.</w:t>
      </w:r>
      <w:r>
        <w:br/>
      </w:r>
      <w:r>
        <w:rPr>
          <w:sz w:val="20"/>
        </w:rPr>
        <w:t>35:41  yeh har giz aisa nahi ho raha hai. woh bator retaliation ka ho raha hai. isi cheez ko samajhne mein masle ka hal hai.</w:t>
      </w:r>
      <w:r>
        <w:br/>
      </w:r>
      <w:r>
        <w:rPr>
          <w:sz w:val="20"/>
        </w:rPr>
        <w:t>35:49  jo jo log is ko na samjhein, to kabhi masla hal nahi kar sakenge.</w:t>
      </w:r>
    </w:p>
    <w:p>
      <w:pPr>
        <w:pStyle w:val="Heading2"/>
      </w:pPr>
      <w:r>
        <w:t>Faith is discovery not mere utterance</w:t>
      </w:r>
    </w:p>
    <w:p>
      <w:r>
        <w:rPr>
          <w:color w:val="666666"/>
          <w:sz w:val="18"/>
        </w:rPr>
        <w:t>The Importance of Tadabbur in Islam I 5 Dec . 2010 - Maulana Wahiduddin Khan · 5m 59s · at 10:13 · https://youtu.be/bkIRUAI3v8M?t=613</w:t>
      </w:r>
    </w:p>
    <w:p>
      <w:r>
        <w:rPr>
          <w:i/>
        </w:rPr>
        <w:t>“Bihari mein hai man qala la ilaha illallah dakhala al-jannah”</w:t>
      </w:r>
    </w:p>
    <w:p>
      <w:r>
        <w:rPr>
          <w:sz w:val="20"/>
        </w:rPr>
        <w:t>10:13  jaise aap dekhiye, imaan ko lijiye, jo pehli cheez hai. pehli cheez hai imaan. to bukhari mein hai ke man qala la ilaha illallah dakhala al jannah.</w:t>
      </w:r>
      <w:r>
        <w:br/>
      </w:r>
      <w:r>
        <w:rPr>
          <w:sz w:val="20"/>
        </w:rPr>
        <w:t>10:33  jis ne kaha ke Allah ke siwa koi ilah nahi, to woh jayega jannat mein.</w:t>
      </w:r>
      <w:r>
        <w:br/>
      </w:r>
      <w:r>
        <w:rPr>
          <w:sz w:val="20"/>
        </w:rPr>
        <w:t>10:43  ab is ka ek matlab yeh logon ne samajh liya ke bas kalma go ke liye jannat hai. jo munh se bol de yeh alfaaz theek theek, to bas woh jannat mein chala jayega.</w:t>
      </w:r>
      <w:r>
        <w:br/>
      </w:r>
      <w:r>
        <w:rPr>
          <w:sz w:val="20"/>
        </w:rPr>
        <w:t>10:56  that is gross underestimation of the kalma.</w:t>
      </w:r>
      <w:r>
        <w:br/>
      </w:r>
      <w:r>
        <w:rPr>
          <w:sz w:val="20"/>
        </w:rPr>
        <w:t>11:02  to yeh jannat itni bari cheez hai, itni bari cheez hai, itni bari cheez hai, woh sirf mil jayegi achar karne se. yeh Khuda ki, Khuda ko underestimate karna hai, kalma ko underestimate karna hai, jannat ko underestimate karna hai.</w:t>
      </w:r>
      <w:r>
        <w:br/>
      </w:r>
      <w:r>
        <w:rPr>
          <w:sz w:val="20"/>
        </w:rPr>
        <w:t>11:21  nahi, imaan ka matlab hai woh, woh bol jo, jo daryaft se nikla ho, jo discovery se nikla ho.</w:t>
      </w:r>
      <w:r>
        <w:br/>
      </w:r>
      <w:r>
        <w:rPr>
          <w:sz w:val="20"/>
        </w:rPr>
        <w:t>11:33  jaise woh greek philosopher jo tha, jis ko ek discovery hui, aur us ko, aur yeh kehta hua bhaga ke eureka, eureka, maine pa liya, maine jaan liya.</w:t>
      </w:r>
      <w:r>
        <w:br/>
      </w:r>
      <w:r>
        <w:rPr>
          <w:sz w:val="20"/>
        </w:rPr>
        <w:t>11:47  to kya aap samajhte hain ke yeh bas ek lafz tha, sirf eureka ek lafz tha? nahi, ke ek daryaft ke baad nikla hua zaban se ek samandar tha, ek bhonchal tha.</w:t>
      </w:r>
      <w:r>
        <w:br/>
      </w:r>
      <w:r>
        <w:rPr>
          <w:sz w:val="20"/>
        </w:rPr>
        <w:t>12:05  isi liye kaha jata hai ke woh us waqt tub mein naha raha tha, kapra utar kar ke.</w:t>
      </w:r>
      <w:r>
        <w:br/>
      </w:r>
      <w:r>
        <w:rPr>
          <w:sz w:val="20"/>
        </w:rPr>
        <w:t>12:15  archemides is ka naam bataya jata hai. to badshah ne is se kaha tha ke tum yeh baat daryaft karo, in ko qatal kar denge tum ko.</w:t>
      </w:r>
      <w:r>
        <w:br/>
      </w:r>
      <w:r>
        <w:rPr>
          <w:sz w:val="20"/>
        </w:rPr>
        <w:t>12:25  to jab woh naha raha tha, us waqt us ko daryaft hui, achanak.</w:t>
      </w:r>
      <w:r>
        <w:br/>
      </w:r>
      <w:r>
        <w:rPr>
          <w:sz w:val="20"/>
        </w:rPr>
        <w:t>12:31  to itna zyada us ko thrill aya, thrill ke bhool gaya ke mujhe kapra pehanna hai. nikal ke bhaga, eureka, eureka, maine jaan liya, maine jaan liya.</w:t>
      </w:r>
      <w:r>
        <w:br/>
      </w:r>
      <w:r>
        <w:rPr>
          <w:sz w:val="20"/>
        </w:rPr>
        <w:t>12:45  I have discovered. Yeh hai imaan, yeh hai kalma.</w:t>
      </w:r>
      <w:r>
        <w:br/>
      </w:r>
      <w:r>
        <w:rPr>
          <w:sz w:val="20"/>
        </w:rPr>
        <w:t>12:53  dekhiye, kalma ka aaghaz kahan se hota hai? Quran mein hai ke wa wajadaka zallan fahada. kalma ka aaghaz hota hai seekhne se.</w:t>
      </w:r>
      <w:r>
        <w:br/>
      </w:r>
      <w:r>
        <w:rPr>
          <w:sz w:val="20"/>
        </w:rPr>
        <w:t>13:06  pehlay aadmi ko seekhar banna parta hai, phir woh momin banta hai.</w:t>
      </w:r>
      <w:r>
        <w:br/>
      </w:r>
      <w:r>
        <w:rPr>
          <w:sz w:val="20"/>
        </w:rPr>
        <w:t>13:14  pehlay aadmi ko seekhar banna parta hai, rasool Allah seekhar banay.</w:t>
      </w:r>
      <w:r>
        <w:br/>
      </w:r>
      <w:r>
        <w:rPr>
          <w:sz w:val="20"/>
        </w:rPr>
        <w:t>13:18  yeh Quran mein jo hai ke wa wajadaka zallan fahada. Allah ne farmaya ke tujh ko paya hum ne seekhar, phir tujh ko imaan ka atiya diya.</w:t>
      </w:r>
      <w:r>
        <w:br/>
      </w:r>
      <w:r>
        <w:rPr>
          <w:sz w:val="20"/>
        </w:rPr>
        <w:t>13:32  to yeh hai imaan. to ab is mein dekhiye, ek usool hai Quran ko samajhne ka ke al quran yufassiru ba'dahu ba'dan.</w:t>
      </w:r>
      <w:r>
        <w:br/>
      </w:r>
      <w:r>
        <w:rPr>
          <w:sz w:val="20"/>
        </w:rPr>
        <w:t>13:43  Quran ka ek hissa doosre hisse ko samajhne mein madad karta hai.</w:t>
      </w:r>
      <w:r>
        <w:br/>
      </w:r>
      <w:r>
        <w:rPr>
          <w:sz w:val="20"/>
        </w:rPr>
        <w:t>13:48  yeh baat hadith ke baray mein bhi hai al hadith yufassiru ba'dahu ba'dan.</w:t>
      </w:r>
      <w:r>
        <w:br/>
      </w:r>
      <w:r>
        <w:rPr>
          <w:sz w:val="20"/>
        </w:rPr>
        <w:t>13:56  to ab is ko apply kijiye aap. to bukhari mein yeh riwayat hai ke jis ne kaha la ilaha illallah, to woh jayega jannat mein.</w:t>
      </w:r>
      <w:r>
        <w:br/>
      </w:r>
      <w:r>
        <w:rPr>
          <w:sz w:val="20"/>
        </w:rPr>
        <w:t>14:09  ab aap ek aur cheez ko dekhiye, Quran ka jo para saat hai wa izaa sami'u. is ko parhiye aap.</w:t>
      </w:r>
      <w:r>
        <w:br/>
      </w:r>
      <w:r>
        <w:rPr>
          <w:sz w:val="20"/>
        </w:rPr>
        <w:t>14:20  satvan para ka shuru wa idha sami'u ma unzila ila ar rasool tara aayathum tafidhan min ad dami mimma 'arafoo min al haqq.</w:t>
      </w:r>
      <w:r>
        <w:br/>
      </w:r>
      <w:r>
        <w:rPr>
          <w:sz w:val="20"/>
        </w:rPr>
        <w:t>14:31  yaqooloona rabbana amanna faqtuna ma'a ash shahideen fa asabuhum Allahu bima qalo jannat. yahan pe dekhiye, qaul par jannat batai gayi hai.</w:t>
      </w:r>
      <w:r>
        <w:br/>
      </w:r>
      <w:r>
        <w:rPr>
          <w:sz w:val="20"/>
        </w:rPr>
        <w:t>14:44  yeh kaha unhon ne, is liye un ko jannat</w:t>
      </w:r>
      <w:r>
        <w:br/>
      </w:r>
      <w:r>
        <w:rPr>
          <w:sz w:val="20"/>
        </w:rPr>
        <w:t>14:46  mili. lekin woh kehna kya tha? woh bima 'arafoo, yeh ma'rifat par mabni tha. That was based on discovery.</w:t>
      </w:r>
      <w:r>
        <w:br/>
      </w:r>
      <w:r>
        <w:rPr>
          <w:sz w:val="20"/>
        </w:rPr>
        <w:t>14:56  ma'rifat ka matlab kya hai? discovery. unhon ne jo kalma bola tha, woh out of discovery tha.</w:t>
      </w:r>
      <w:r>
        <w:br/>
      </w:r>
      <w:r>
        <w:rPr>
          <w:sz w:val="20"/>
        </w:rPr>
        <w:t>15:05  woh ek daryaft hui un ko, phir woh bol pade.</w:t>
      </w:r>
      <w:r>
        <w:br/>
      </w:r>
      <w:r>
        <w:rPr>
          <w:sz w:val="20"/>
        </w:rPr>
        <w:t>15:12  woh seekh pehle thay, sochte thay ke main kyun paida ho gaya? zameen o aasman kya hain? purpose of life kya hai?</w:t>
      </w:r>
      <w:r>
        <w:br/>
      </w:r>
      <w:r>
        <w:rPr>
          <w:sz w:val="20"/>
        </w:rPr>
        <w:t>15:22  aur sari baatein. to sochte sochte sochte unhon ne quran ko parha. to quran mein un ki seekhne ka jawab mil gaya, un ki talash ka jawab mil gaya.</w:t>
      </w:r>
      <w:r>
        <w:br/>
      </w:r>
      <w:r>
        <w:rPr>
          <w:sz w:val="20"/>
        </w:rPr>
        <w:t>15:36  tab woh keh pade ke hum iman laye.</w:t>
      </w:r>
      <w:r>
        <w:br/>
      </w:r>
      <w:r>
        <w:rPr>
          <w:sz w:val="20"/>
        </w:rPr>
        <w:t>15:42  to yeh yeh sab baatein kaise maloom hoti hain? sochne se maloom hoti hain. agar aap na sochein to yeh samajh len ke bas kalma go jannat hai.</w:t>
      </w:r>
      <w:r>
        <w:br/>
      </w:r>
      <w:r>
        <w:rPr>
          <w:sz w:val="20"/>
        </w:rPr>
        <w:t>15:51  kalma go ke liye jannat hai. kalma parh diya, ab jannat to mil gayi, bas pakki ho gayi. ab jo chahe karo.</w:t>
      </w:r>
      <w:r>
        <w:br/>
      </w:r>
      <w:r>
        <w:rPr>
          <w:sz w:val="20"/>
        </w:rPr>
        <w:t>16:02  yeh bohat bari misunderstanding hai jis mein sare log mubtala hain. to tadabbur ki yeh ahmiyat hai.</w:t>
      </w:r>
    </w:p>
    <w:p>
      <w:pPr>
        <w:pStyle w:val="Heading2"/>
      </w:pPr>
      <w:r>
        <w:t>Paradise peace trained through sabr</w:t>
      </w:r>
    </w:p>
    <w:p>
      <w:r>
        <w:rPr>
          <w:color w:val="666666"/>
          <w:sz w:val="18"/>
        </w:rPr>
        <w:t>Patience and Crisis 22 Dec 2019 - Maulana Wahiduddin Khan · 6m 11s · at 13:39 · https://youtu.be/ddnUKbhEoCI?t=819</w:t>
      </w:r>
    </w:p>
    <w:p>
      <w:r>
        <w:rPr>
          <w:i/>
        </w:rPr>
        <w:t>“Main jab madrase mein padhta tha to mujhe yaad hai”</w:t>
      </w:r>
    </w:p>
    <w:p>
      <w:r>
        <w:rPr>
          <w:sz w:val="20"/>
        </w:rPr>
        <w:t>13:39  main jab madrasay mein parhta tha to mujhe yaad hai ke madrasay mein aik sahab dakhil hue, woh shayad mere class mein dakhil hue thay, woh ya aik ad saal aage peechay hon.</w:t>
      </w:r>
      <w:r>
        <w:br/>
      </w:r>
      <w:r>
        <w:rPr>
          <w:sz w:val="20"/>
        </w:rPr>
        <w:t>13:57  to un ka haal yeh tha ke</w:t>
      </w:r>
      <w:r>
        <w:br/>
      </w:r>
      <w:r>
        <w:rPr>
          <w:sz w:val="20"/>
        </w:rPr>
        <w:t>14:01  woh jab bhi saamna hota to "assalam o alaikum", yani apne class fellow se bhi har waqt "assalam o alaikum", "assalam o alaikum", yani log un ke "assalam o alaikum" se pareshan ho gaye thay.</w:t>
      </w:r>
      <w:r>
        <w:br/>
      </w:r>
      <w:r>
        <w:rPr>
          <w:sz w:val="20"/>
        </w:rPr>
        <w:t>14:18  idhar jao, agar woh saamne parh raha hai to "assalam o alaikum", "assalam o alaikum". to main ne un se poocha ke bhai itna zyada aap "assalam o alaikum" kyun karte hain?</w:t>
      </w:r>
      <w:r>
        <w:br/>
      </w:r>
      <w:r>
        <w:rPr>
          <w:sz w:val="20"/>
        </w:rPr>
        <w:t>14:29  unhon ne kaha yeh to hum jannat ka mahaul hi dunya mein chahte hain, is ke liye hum tayyar ho jayein. wahan bohat zyada salam hoga, bohat zyada salam hoga.</w:t>
      </w:r>
      <w:r>
        <w:br/>
      </w:r>
      <w:r>
        <w:rPr>
          <w:sz w:val="20"/>
        </w:rPr>
        <w:t>14:41  main ne kaha salam ke maani "assalam o alaikum" nahi hain, "peace", "salamti", "aman" is ka matlab hai.</w:t>
      </w:r>
      <w:r>
        <w:br/>
      </w:r>
      <w:r>
        <w:rPr>
          <w:sz w:val="20"/>
        </w:rPr>
        <w:t>14:52  yani qeel ke maani hain, kehna nahi hai, yeh bhi samajh lijiye. "illa qeelan salaman salama".</w:t>
      </w:r>
      <w:r>
        <w:br/>
      </w:r>
      <w:r>
        <w:rPr>
          <w:sz w:val="20"/>
        </w:rPr>
        <w:t>15:03  hargiz is ka maani yeh nahi ke log kahengay "assalam o alaikum", wahan aik shor mach raha hoga. har har baat, har aadmi bolay ga "assalam o alaikum", "assalam o alaikum", shor nahi mach jaye ga.</w:t>
      </w:r>
      <w:r>
        <w:br/>
      </w:r>
      <w:r>
        <w:rPr>
          <w:sz w:val="20"/>
        </w:rPr>
        <w:t>15:16  to jannat kya hogi? woh museebat khana ho jaye gi. woh to kabhi qaul o amal ke maani mein hota hai, yaad rakhiye.</w:t>
      </w:r>
      <w:r>
        <w:br/>
      </w:r>
      <w:r>
        <w:rPr>
          <w:sz w:val="20"/>
        </w:rPr>
        <w:t>15:26  kabhi qaul o amal ke maani mein hota hai. to is ka matlab yeh hai ke jannat mein aman ka mahaul hoga, peace ka mahaul hoga. yani jo mahaul aap pasand karte hain, aap pasand karte hain ke koi is ko takleef na de,</w:t>
      </w:r>
      <w:r>
        <w:br/>
      </w:r>
      <w:r>
        <w:rPr>
          <w:sz w:val="20"/>
        </w:rPr>
        <w:t>15:42  koi mere baray mein negative na ho jaye. yani har aitbar se peace, khushgawar mahaul.</w:t>
      </w:r>
      <w:r>
        <w:br/>
      </w:r>
      <w:r>
        <w:rPr>
          <w:sz w:val="20"/>
        </w:rPr>
        <w:t>15:54  to is ka maani hai ke jannat mein har taraf peace hi peace ka mahaul hoga. wahan wahan phool hi phool hoga, kaanta nahi hoga.</w:t>
      </w:r>
      <w:r>
        <w:br/>
      </w:r>
      <w:r>
        <w:rPr>
          <w:sz w:val="20"/>
        </w:rPr>
        <w:t>16:05  yeh matlab hai is ka. yeh matlab hai is ka. to aisi jannat jis mein phool ka mahaul ho, kaante ka mahaul na ho,</w:t>
      </w:r>
      <w:r>
        <w:br/>
      </w:r>
      <w:r>
        <w:rPr>
          <w:sz w:val="20"/>
        </w:rPr>
        <w:t>16:18  wahan ki training ke liye dunya mein aap ko sabr ke mawaqe pesh atay hain. dunya mein sabr ke mawaqe is liye pesh atay hain ke woh jannat ki advance training hai.</w:t>
      </w:r>
      <w:r>
        <w:br/>
      </w:r>
      <w:r>
        <w:rPr>
          <w:sz w:val="20"/>
        </w:rPr>
        <w:t>16:39  main jab gaya tha pehli baar america to main ne kaha ke yahan ke jo new york mein aik sahab se kaha main ne ke yahan ki aik aik achi library jo hai, bari library, wahan mujhe le chaliye.</w:t>
      </w:r>
      <w:r>
        <w:br/>
      </w:r>
      <w:r>
        <w:rPr>
          <w:sz w:val="20"/>
        </w:rPr>
        <w:t>16:57  to main wahan gaya to main wahan ka jo reading room tha,</w:t>
      </w:r>
      <w:r>
        <w:br/>
      </w:r>
      <w:r>
        <w:rPr>
          <w:sz w:val="20"/>
        </w:rPr>
        <w:t>17:04  yani new york ki reading room ka jo haal tha, wahan main gaya.</w:t>
      </w:r>
      <w:r>
        <w:br/>
      </w:r>
      <w:r>
        <w:rPr>
          <w:sz w:val="20"/>
        </w:rPr>
        <w:t>17:13  to wahan main aik kursi par baith gaya, woh mere saathi thay. to main ne dekha ke wahan zyada tar larkiyan aur ladke atay thay, boorhay log kam atay thay.</w:t>
      </w:r>
      <w:r>
        <w:br/>
      </w:r>
      <w:r>
        <w:rPr>
          <w:sz w:val="20"/>
        </w:rPr>
        <w:t>17:27  to main ne dekha ke jo ladke hon ya larkiyan hon, jab woh reading room mein atay thay to jaise kursi lena hai unhein aur kursi jahan woh baithna hai unhein, wahan se aik foot ke faaslay par hai.</w:t>
      </w:r>
      <w:r>
        <w:br/>
      </w:r>
      <w:r>
        <w:rPr>
          <w:sz w:val="20"/>
        </w:rPr>
        <w:t>17:50  to aisa nahi ke careless tareeqay se is ko tezi se kheenchein, nahi, bohat ahistay se woh kursi apni taraf karte thay ke awaaz awaaz na ho.</w:t>
      </w:r>
      <w:r>
        <w:br/>
      </w:r>
      <w:r>
        <w:rPr>
          <w:sz w:val="20"/>
        </w:rPr>
        <w:t>18:05  yahan tak ke main ne dekha ke jab koi talib ilm aik kitaab nikalta tha shelf se to rakhta tha mez par, phir woh is ka page kholnay ke liye bohat ahistay se kholta tha.</w:t>
      </w:r>
      <w:r>
        <w:br/>
      </w:r>
      <w:r>
        <w:rPr>
          <w:sz w:val="20"/>
        </w:rPr>
        <w:t>18:22  to wahan ka mahol hai ke bolo to bohat ahista bolo, koi kaam karen to ahistagi ke sath karo.</w:t>
      </w:r>
      <w:r>
        <w:br/>
      </w:r>
      <w:r>
        <w:rPr>
          <w:sz w:val="20"/>
        </w:rPr>
        <w:t>18:35  to yeh dunya mein aik aik mahol dikhaya gaya hai ke ke jannat darussalam hoga.</w:t>
      </w:r>
      <w:r>
        <w:br/>
      </w:r>
      <w:r>
        <w:rPr>
          <w:sz w:val="20"/>
        </w:rPr>
        <w:t>18:49  to koi bhi aap chahen kursi uthayen ya kitab nikalein shelf se ya apne saathi se koi baat kahein, har cheez mein wahan maine dekha ke bohat ahistagi se karte the log,</w:t>
      </w:r>
      <w:r>
        <w:br/>
      </w:r>
      <w:r>
        <w:rPr>
          <w:sz w:val="20"/>
        </w:rPr>
        <w:t>19:05  baat bhi aur kaam bhi. to yeh aik namuna hai. to jannat aik aisi dunya hai jahan aman hoga, khamoshi hogi,</w:t>
      </w:r>
      <w:r>
        <w:br/>
      </w:r>
      <w:r>
        <w:rPr>
          <w:sz w:val="20"/>
        </w:rPr>
        <w:t>19:18  peace hoga.</w:t>
      </w:r>
      <w:r>
        <w:br/>
      </w:r>
      <w:r>
        <w:rPr>
          <w:sz w:val="20"/>
        </w:rPr>
        <w:t>19:28  yeh nahi matlab hai ke "assalam o alaikum", "assalam o alaikum" har taraf. aman ka mahol, peace ka mahol, khushgawar mahol, aap ka pasandeeda mahol wahan par hoga.</w:t>
      </w:r>
    </w:p>
    <w:p>
      <w:pPr>
        <w:pStyle w:val="Heading2"/>
      </w:pPr>
      <w:r>
        <w:t>Companions shatter the eternal rocks of imperial rule</w:t>
      </w:r>
    </w:p>
    <w:p>
      <w:r>
        <w:rPr>
          <w:color w:val="666666"/>
          <w:sz w:val="18"/>
        </w:rPr>
        <w:t>Between Freedom and Determinism March 25, 2012 · 3m 39s · at 21:49 · https://youtu.be/ApNXrHJD9S4?t=1309</w:t>
      </w:r>
    </w:p>
    <w:p>
      <w:r>
        <w:rPr>
          <w:i/>
        </w:rPr>
        <w:t>“The Bible has a phrase: the eternal rocks were shattered.”</w:t>
      </w:r>
    </w:p>
    <w:p>
      <w:r>
        <w:rPr>
          <w:sz w:val="20"/>
        </w:rPr>
        <w:t>21:49  is tarah ki bohat si cheezein hain, jisko mein kehta hoon munj kiya. Allah ta'ala ne to munj karke isko tod diya, aur ek naya daur shuru hua tareekh mein.</w:t>
      </w:r>
      <w:r>
        <w:br/>
      </w:r>
      <w:r>
        <w:rPr>
          <w:sz w:val="20"/>
        </w:rPr>
        <w:t>22:01  is baat ko mere ilm ke mutabiq sirf ek hi shakhs ne achhi tarah qabz pakda, woh hai Henry Preven, France ka. Muslim murakhin to is se bekhabar hain ke kya waqea pesh aaya,</w:t>
      </w:r>
      <w:r>
        <w:br/>
      </w:r>
      <w:r>
        <w:rPr>
          <w:sz w:val="20"/>
        </w:rPr>
        <w:t>22:16  yani sahaba ke zariye kya waqea pesh aaya ke tareekh ka silsila tod diya. sahaba ne,</w:t>
      </w:r>
      <w:r>
        <w:br/>
      </w:r>
      <w:r>
        <w:rPr>
          <w:sz w:val="20"/>
        </w:rPr>
        <w:t>22:24  yani badshahat ek silsila ban gayi thi tareekh mein, jo nature worship ya jisko hum mushrik kehte hain, us ka sarparast bani hui thi.</w:t>
      </w:r>
      <w:r>
        <w:br/>
      </w:r>
      <w:r>
        <w:rPr>
          <w:sz w:val="20"/>
        </w:rPr>
        <w:t>22:33  iska silsila tod diya.</w:t>
      </w:r>
      <w:r>
        <w:br/>
      </w:r>
      <w:r>
        <w:rPr>
          <w:sz w:val="20"/>
        </w:rPr>
        <w:t>22:42  isko todna aasan nahi tha. unhone apni jaan ko jaan jaan nahi samjha, sab kuch fida kar diya,</w:t>
      </w:r>
      <w:r>
        <w:br/>
      </w:r>
      <w:r>
        <w:rPr>
          <w:sz w:val="20"/>
        </w:rPr>
        <w:t>22:55  yani hathi'on ki fauj ke aage jaake khade ho gaye. iski kahani bohat lambi hai, iski detail mein mein nahi ja raha hoon, lekin mein is jumle ko naqal karta hoon, kehna chahta hoon jo Henry Preven ne likha hai.</w:t>
      </w:r>
      <w:r>
        <w:br/>
      </w:r>
      <w:r>
        <w:rPr>
          <w:sz w:val="20"/>
        </w:rPr>
        <w:t>23:13  ek bohat hi zabardast jumla ke "Islam change the course of human history".</w:t>
      </w:r>
      <w:r>
        <w:br/>
      </w:r>
      <w:r>
        <w:rPr>
          <w:sz w:val="20"/>
        </w:rPr>
        <w:t>23:25  "Islam changed the course of human history". "The traditional order of history was overthrown". "The traditional order of history was overthrown".</w:t>
      </w:r>
      <w:r>
        <w:br/>
      </w:r>
      <w:r>
        <w:rPr>
          <w:sz w:val="20"/>
        </w:rPr>
        <w:t>23:35  isko isne naam diya hai "absolute imperialism". Henry Preven ne isko naam diya hai "absolute imperialism" keh history mein absolute imperialism qaim ho gaya tha.</w:t>
      </w:r>
      <w:r>
        <w:br/>
      </w:r>
      <w:r>
        <w:rPr>
          <w:sz w:val="20"/>
        </w:rPr>
        <w:t>23:49  koi tod nahi paata tha is</w:t>
      </w:r>
      <w:r>
        <w:br/>
      </w:r>
      <w:r>
        <w:rPr>
          <w:sz w:val="20"/>
        </w:rPr>
        <w:t>23:51  ko. to sahaba is ke liye, yani apni jaanon ko</w:t>
      </w:r>
      <w:r>
        <w:br/>
      </w:r>
      <w:r>
        <w:rPr>
          <w:sz w:val="20"/>
        </w:rPr>
        <w:t>24:00  be qeemat kar diya, apni jaanon ko be qeemat kar diya. iski lambi kahani hai. to yeh silsila toota, daur badshahat khatam hua.</w:t>
      </w:r>
      <w:r>
        <w:br/>
      </w:r>
      <w:r>
        <w:rPr>
          <w:sz w:val="20"/>
        </w:rPr>
        <w:t>24:15  iska matlab kya hai?</w:t>
      </w:r>
      <w:r>
        <w:br/>
      </w:r>
      <w:r>
        <w:rPr>
          <w:sz w:val="20"/>
        </w:rPr>
        <w:t>24:17  iska zikr hai Quran ki is ayat mein "wa qatiloo hatta la takuna fitna wa yakuna ad deenu lillah". yeh fitna woh hai, wohi cheez hai imperialism.</w:t>
      </w:r>
      <w:r>
        <w:br/>
      </w:r>
      <w:r>
        <w:rPr>
          <w:sz w:val="20"/>
        </w:rPr>
        <w:t>24:28  isko samajh nahi paate log. sirf Henry Preven ne samjha is raaz ko. yeh fitna woh hai, fitna, is se murad hai wohi jisko Henry Preven kehta hai "absolute imperialism".</w:t>
      </w:r>
      <w:r>
        <w:br/>
      </w:r>
      <w:r>
        <w:rPr>
          <w:sz w:val="20"/>
        </w:rPr>
        <w:t>24:42  koi nahi jaan saka isko siwaye Henry Preven ke.</w:t>
      </w:r>
      <w:r>
        <w:br/>
      </w:r>
      <w:r>
        <w:rPr>
          <w:sz w:val="20"/>
        </w:rPr>
        <w:t>24:46  to "qatiloo hatta la takuna fitna wa yakuna ad deenu lillah". dekhein, yeh waqea woh hai, aisa nahi hua ke foran sab kuch mil gaya. yeh bhi galat hai.</w:t>
      </w:r>
      <w:r>
        <w:br/>
      </w:r>
      <w:r>
        <w:rPr>
          <w:sz w:val="20"/>
        </w:rPr>
        <w:t>24:56  nahi, ek process jari hua jis se nadi mein ek trapped woh raha aur pani sara idhar ruka hua hai.</w:t>
      </w:r>
      <w:r>
        <w:br/>
      </w:r>
      <w:r>
        <w:rPr>
          <w:sz w:val="20"/>
        </w:rPr>
        <w:t>25:07  aap trapped woh hatayein to sudden sara nadi nahi bhar jayegi. bharte bharte time lagega.</w:t>
      </w:r>
      <w:r>
        <w:br/>
      </w:r>
      <w:r>
        <w:rPr>
          <w:sz w:val="20"/>
        </w:rPr>
        <w:t>25:16  to sahaba ne jo waqea kiya ke badi chattan'ein tod dali, unhone yani political imperialism jo tha, woh tod dala unhone. to ek naya process shuru hua. naya process.</w:t>
      </w:r>
    </w:p>
    <w:p>
      <w:pPr>
        <w:pStyle w:val="Heading2"/>
      </w:pPr>
      <w:r>
        <w:t>Monotheism vs monism and Big Bang proof</w:t>
      </w:r>
    </w:p>
    <w:p>
      <w:r>
        <w:rPr>
          <w:color w:val="666666"/>
          <w:sz w:val="18"/>
        </w:rPr>
        <w:t>Religion in an Age of Science · 5m 35s · at 22:47 · https://youtu.be/xp07WVxbxlk?t=1367</w:t>
      </w:r>
    </w:p>
    <w:p>
      <w:r>
        <w:rPr>
          <w:i/>
        </w:rPr>
        <w:t>“Monotheist kya kehta hai? Khuda ek shakhs hai”</w:t>
      </w:r>
    </w:p>
    <w:p>
      <w:r>
        <w:rPr>
          <w:sz w:val="20"/>
        </w:rPr>
        <w:t>22:47  ab dekhiye ke science ne jo dunya daryaft ki hai is par aap, is par aap dono ko</w:t>
      </w:r>
      <w:r>
        <w:br/>
      </w:r>
      <w:r>
        <w:rPr>
          <w:sz w:val="20"/>
        </w:rPr>
        <w:t>22:53  aap faisla kijiye.</w:t>
      </w:r>
      <w:r>
        <w:br/>
      </w:r>
      <w:r>
        <w:rPr>
          <w:sz w:val="20"/>
        </w:rPr>
        <w:t>23:00  monotheistic kya kehta hai? Khuda aik shakhs hai, jaisay ke hum aik shakhs hain.</w:t>
      </w:r>
      <w:r>
        <w:br/>
      </w:r>
      <w:r>
        <w:rPr>
          <w:sz w:val="20"/>
        </w:rPr>
        <w:t>23:06  Khuda dekhta hai, bolta hai, sochta hai, woh pakadta hai.</w:t>
      </w:r>
      <w:r>
        <w:br/>
      </w:r>
      <w:r>
        <w:rPr>
          <w:sz w:val="20"/>
        </w:rPr>
        <w:t>23:12  yani Khuda poori tarah se aik hasti hai, aik zinda hasti.</w:t>
      </w:r>
      <w:r>
        <w:br/>
      </w:r>
      <w:r>
        <w:rPr>
          <w:sz w:val="20"/>
        </w:rPr>
        <w:t>23:18  aur monism yeh kehti hai ke nahi, Khuda aik rooh hai.</w:t>
      </w:r>
      <w:r>
        <w:br/>
      </w:r>
      <w:r>
        <w:rPr>
          <w:sz w:val="20"/>
        </w:rPr>
        <w:t>23:25  aik rooh hai.</w:t>
      </w:r>
      <w:r>
        <w:br/>
      </w:r>
      <w:r>
        <w:rPr>
          <w:sz w:val="20"/>
        </w:rPr>
        <w:t>23:31  ab aap do nazariye chal rahe thay to chunancha woh log jo yunani filasfarz thay aur phir is</w:t>
      </w:r>
      <w:r>
        <w:br/>
      </w:r>
      <w:r>
        <w:rPr>
          <w:sz w:val="20"/>
        </w:rPr>
        <w:t>23:37  ke baad jo hamare yani jo is monistic mazhab ke jo theologist thay unhon ne yeh kaha ke</w:t>
      </w:r>
      <w:r>
        <w:br/>
      </w:r>
      <w:r>
        <w:rPr>
          <w:sz w:val="20"/>
        </w:rPr>
        <w:t>23:43  yeh dunya, yeh jo kainat hai jo kainat hai</w:t>
      </w:r>
      <w:r>
        <w:br/>
      </w:r>
      <w:r>
        <w:rPr>
          <w:sz w:val="20"/>
        </w:rPr>
        <w:t>23:49  yeh perennial hai.</w:t>
      </w:r>
      <w:r>
        <w:br/>
      </w:r>
      <w:r>
        <w:rPr>
          <w:sz w:val="20"/>
        </w:rPr>
        <w:t>23:53  yani is ki, is ka na to koi aaghaz hai na is ka koi anjam hai.</w:t>
      </w:r>
      <w:r>
        <w:br/>
      </w:r>
      <w:r>
        <w:rPr>
          <w:sz w:val="20"/>
        </w:rPr>
        <w:t>23:58  chali ja rahi hai, chali ja rahi hai, chali ja rahi hai.</w:t>
      </w:r>
      <w:r>
        <w:br/>
      </w:r>
      <w:r>
        <w:rPr>
          <w:sz w:val="20"/>
        </w:rPr>
        <w:t>24:02  is se khuda bator shakhs ki zaroorat nahi thi unhein.</w:t>
      </w:r>
      <w:r>
        <w:br/>
      </w:r>
      <w:r>
        <w:rPr>
          <w:sz w:val="20"/>
        </w:rPr>
        <w:t>24:06  yeh kainat apne aap chali ja rahi hai.</w:t>
      </w:r>
      <w:r>
        <w:br/>
      </w:r>
      <w:r>
        <w:rPr>
          <w:sz w:val="20"/>
        </w:rPr>
        <w:t>24:10  is ki na koi aaghaz hai na koi is ka anjam hai.</w:t>
      </w:r>
      <w:r>
        <w:br/>
      </w:r>
      <w:r>
        <w:rPr>
          <w:sz w:val="20"/>
        </w:rPr>
        <w:t>24:15  doosri taraf jo theory hai islam ki jis mein ke jo tauheed par mabni hai.</w:t>
      </w:r>
      <w:r>
        <w:br/>
      </w:r>
      <w:r>
        <w:rPr>
          <w:sz w:val="20"/>
        </w:rPr>
        <w:t>24:19  monotheistic ka matlab hai tauheed.</w:t>
      </w:r>
      <w:r>
        <w:br/>
      </w:r>
      <w:r>
        <w:rPr>
          <w:sz w:val="20"/>
        </w:rPr>
        <w:t>24:25  khuda ek hai.</w:t>
      </w:r>
      <w:r>
        <w:br/>
      </w:r>
      <w:r>
        <w:rPr>
          <w:sz w:val="20"/>
        </w:rPr>
        <w:t>24:31  to yahan par dekhiye aisa lagta tha ke tauheed ke nazariye ki zaroorat hi nahi koi.</w:t>
      </w:r>
      <w:r>
        <w:br/>
      </w:r>
      <w:r>
        <w:rPr>
          <w:sz w:val="20"/>
        </w:rPr>
        <w:t>24:38  jab kainat apne aap chali ja rahi hai to kisi khuda ki zaroorat kya hai? to monism mein</w:t>
      </w:r>
      <w:r>
        <w:br/>
      </w:r>
      <w:r>
        <w:rPr>
          <w:sz w:val="20"/>
        </w:rPr>
        <w:t>24:44  aur monism par bunyad karti jo theology banai gayi kuch mazahib mein is mein aisa hua.</w:t>
      </w:r>
      <w:r>
        <w:br/>
      </w:r>
      <w:r>
        <w:rPr>
          <w:sz w:val="20"/>
        </w:rPr>
        <w:t>24:50  to is se pehle dekhiye dono ka jo muqabla tha wo sirf qiyasi daleel par hota tha.</w:t>
      </w:r>
      <w:r>
        <w:br/>
      </w:r>
      <w:r>
        <w:rPr>
          <w:sz w:val="20"/>
        </w:rPr>
        <w:t>24:56  yani qiyasi bunyad par dono bolte the.</w:t>
      </w:r>
      <w:r>
        <w:br/>
      </w:r>
      <w:r>
        <w:rPr>
          <w:sz w:val="20"/>
        </w:rPr>
        <w:t>25:02  lekin baisvin sadi ke pehle sehi mah mein jab big bang theory bani aur jo tehqeeq karte karte</w:t>
      </w:r>
      <w:r>
        <w:br/>
      </w:r>
      <w:r>
        <w:rPr>
          <w:sz w:val="20"/>
        </w:rPr>
        <w:t>25:08  wo qaim ho gayi.</w:t>
      </w:r>
      <w:r>
        <w:br/>
      </w:r>
      <w:r>
        <w:rPr>
          <w:sz w:val="20"/>
        </w:rPr>
        <w:t>25:14  aaj scientific community</w:t>
      </w:r>
      <w:r>
        <w:br/>
      </w:r>
      <w:r>
        <w:rPr>
          <w:sz w:val="20"/>
        </w:rPr>
        <w:t>25:20  yeh manti hai ke tera arab saal pehle ek dhamaka hua.</w:t>
      </w:r>
      <w:r>
        <w:br/>
      </w:r>
      <w:r>
        <w:rPr>
          <w:sz w:val="20"/>
        </w:rPr>
        <w:t>25:26  us waqt ek cosmic ball tha jis mein saare zarrat, ab jo kainat hai kainat ke jitne zarrat</w:t>
      </w:r>
      <w:r>
        <w:br/>
      </w:r>
      <w:r>
        <w:rPr>
          <w:sz w:val="20"/>
        </w:rPr>
        <w:t>25:32  hain wo sab ke sab is cosmic ball mein maujood the.</w:t>
      </w:r>
      <w:r>
        <w:br/>
      </w:r>
      <w:r>
        <w:rPr>
          <w:sz w:val="20"/>
        </w:rPr>
        <w:t>25:38  lekin bohat hi compact halat mein the.</w:t>
      </w:r>
      <w:r>
        <w:br/>
      </w:r>
      <w:r>
        <w:rPr>
          <w:sz w:val="20"/>
        </w:rPr>
        <w:t>25:45  to tabai qanoon yeh kehta hai ke wo</w:t>
      </w:r>
      <w:r>
        <w:br/>
      </w:r>
      <w:r>
        <w:rPr>
          <w:sz w:val="20"/>
        </w:rPr>
        <w:t>25:51  ek doosre se aise compact rahenge, jude rahenge.</w:t>
      </w:r>
      <w:r>
        <w:br/>
      </w:r>
      <w:r>
        <w:rPr>
          <w:sz w:val="20"/>
        </w:rPr>
        <w:t>25:55  wo toot nahi sakte.</w:t>
      </w:r>
      <w:r>
        <w:br/>
      </w:r>
      <w:r>
        <w:rPr>
          <w:sz w:val="20"/>
        </w:rPr>
        <w:t>25:59  yani tabai qanoon ke mutabiq yeh zarrat androni safar nahi ho sakti thi in mein, baironi safar nahi</w:t>
      </w:r>
      <w:r>
        <w:br/>
      </w:r>
      <w:r>
        <w:rPr>
          <w:sz w:val="20"/>
        </w:rPr>
        <w:t>26:04  ho sakti thi woh.</w:t>
      </w:r>
      <w:r>
        <w:br/>
      </w:r>
      <w:r>
        <w:rPr>
          <w:sz w:val="20"/>
        </w:rPr>
        <w:t>26:08  yani andar ki taraf khinchein ek doosre se woh.</w:t>
      </w:r>
      <w:r>
        <w:br/>
      </w:r>
      <w:r>
        <w:rPr>
          <w:sz w:val="20"/>
        </w:rPr>
        <w:t>26:12  bahar ki taraf safar karein aisa mumkin nahi tha tabai qanoon ke mutabiq.</w:t>
      </w:r>
      <w:r>
        <w:br/>
      </w:r>
      <w:r>
        <w:rPr>
          <w:sz w:val="20"/>
        </w:rPr>
        <w:t>26:17  to yeh mana jata hai tehqeeq ki buniyad par ke tera arab saal pehle is</w:t>
      </w:r>
      <w:r>
        <w:br/>
      </w:r>
      <w:r>
        <w:rPr>
          <w:sz w:val="20"/>
        </w:rPr>
        <w:t>26:21  cosmic ball mein ek dhamaka hua.</w:t>
      </w:r>
      <w:r>
        <w:br/>
      </w:r>
      <w:r>
        <w:rPr>
          <w:sz w:val="20"/>
        </w:rPr>
        <w:t>26:26  woh phat gaya.</w:t>
      </w:r>
      <w:r>
        <w:br/>
      </w:r>
      <w:r>
        <w:rPr>
          <w:sz w:val="20"/>
        </w:rPr>
        <w:t>26:31  is ke saare zarat jo hain woh un ki beroni safar shuru hogayi.</w:t>
      </w:r>
      <w:r>
        <w:br/>
      </w:r>
      <w:r>
        <w:rPr>
          <w:sz w:val="20"/>
        </w:rPr>
        <w:t>26:36  yani beroni duniya mein un ki safar shuru hogayi.</w:t>
      </w:r>
      <w:r>
        <w:br/>
      </w:r>
      <w:r>
        <w:rPr>
          <w:sz w:val="20"/>
        </w:rPr>
        <w:t>26:41  aur yahi saare zarat hain jin se yeh kainat bani hai.</w:t>
      </w:r>
      <w:r>
        <w:br/>
      </w:r>
      <w:r>
        <w:rPr>
          <w:sz w:val="20"/>
        </w:rPr>
        <w:t>26:46  jisko hum kehte hain sayare, sitare, kahkashayein, shamsi nizam,</w:t>
      </w:r>
      <w:r>
        <w:br/>
      </w:r>
      <w:r>
        <w:rPr>
          <w:sz w:val="20"/>
        </w:rPr>
        <w:t>26:52  jo kuch bhi hum kehte hain.</w:t>
      </w:r>
      <w:r>
        <w:br/>
      </w:r>
      <w:r>
        <w:rPr>
          <w:sz w:val="20"/>
        </w:rPr>
        <w:t>26:57  jo bhi kuch bhi hum jante hain.</w:t>
      </w:r>
      <w:r>
        <w:br/>
      </w:r>
      <w:r>
        <w:rPr>
          <w:sz w:val="20"/>
        </w:rPr>
        <w:t>27:02  woh sab isi zarat se bana.</w:t>
      </w:r>
      <w:r>
        <w:br/>
      </w:r>
      <w:r>
        <w:rPr>
          <w:sz w:val="20"/>
        </w:rPr>
        <w:t>27:07  ab aap dekhiye yani yeh jo big bang theory hai is ne is nazariye ko radd kar diya</w:t>
      </w:r>
      <w:r>
        <w:br/>
      </w:r>
      <w:r>
        <w:rPr>
          <w:sz w:val="20"/>
        </w:rPr>
        <w:t>27:12  ke kainat hamesha se chali aa rahi hai.</w:t>
      </w:r>
      <w:r>
        <w:br/>
      </w:r>
      <w:r>
        <w:rPr>
          <w:sz w:val="20"/>
        </w:rPr>
        <w:t>27:17  is ka koi aaghaz nahi. ab</w:t>
      </w:r>
      <w:r>
        <w:br/>
      </w:r>
      <w:r>
        <w:rPr>
          <w:sz w:val="20"/>
        </w:rPr>
        <w:t>27:22  sabit hua ke tera arab saal pehle is ki ek aaghaz hui ek dhamake se.</w:t>
      </w:r>
      <w:r>
        <w:br/>
      </w:r>
      <w:r>
        <w:rPr>
          <w:sz w:val="20"/>
        </w:rPr>
        <w:t>27:29  ek to aaghaz sabit hui, aaghaz sabit hui.</w:t>
      </w:r>
      <w:r>
        <w:br/>
      </w:r>
      <w:r>
        <w:rPr>
          <w:sz w:val="20"/>
        </w:rPr>
        <w:t>27:37  doosri baat yeh hai ke is se yeh nikla, is se yeh qaim hua ke is mein ek mudakhlat hui.</w:t>
      </w:r>
      <w:r>
        <w:br/>
      </w:r>
      <w:r>
        <w:rPr>
          <w:sz w:val="20"/>
        </w:rPr>
        <w:t>27:44  kyun ke woh itne compact halat mein jo they woh cosmic ball ke andar jo zarat they baghair ber</w:t>
      </w:r>
      <w:r>
        <w:br/>
      </w:r>
      <w:r>
        <w:rPr>
          <w:sz w:val="20"/>
        </w:rPr>
        <w:t>27:52  oni mudakhlat ke un mein beroni safar shuru nahi ho sakti thi.</w:t>
      </w:r>
      <w:r>
        <w:br/>
      </w:r>
      <w:r>
        <w:rPr>
          <w:sz w:val="20"/>
        </w:rPr>
        <w:t>27:58  tabai qanoon ke mutabiq yeh namumkin tha.</w:t>
      </w:r>
      <w:r>
        <w:br/>
      </w:r>
      <w:r>
        <w:rPr>
          <w:sz w:val="20"/>
        </w:rPr>
        <w:t>28:04  to dhamaka jo hua jis ko big bang kaha jata hai dhamaka is baat ko sabit karta hai</w:t>
      </w:r>
      <w:r>
        <w:br/>
      </w:r>
      <w:r>
        <w:rPr>
          <w:sz w:val="20"/>
        </w:rPr>
        <w:t>28:10  ke wahan par mudakhlat hui.</w:t>
      </w:r>
      <w:r>
        <w:br/>
      </w:r>
      <w:r>
        <w:rPr>
          <w:sz w:val="20"/>
        </w:rPr>
        <w:t>28:17  to mein yeh kahunga ke</w:t>
      </w:r>
    </w:p>
    <w:p>
      <w:pPr>
        <w:pStyle w:val="Heading2"/>
      </w:pPr>
      <w:r>
        <w:t>Rashtrapati Bhavan story leads to meaning of true religion</w:t>
      </w:r>
    </w:p>
    <w:p>
      <w:r>
        <w:rPr>
          <w:color w:val="666666"/>
          <w:sz w:val="18"/>
        </w:rPr>
        <w:t>Art of Thinking May 07, 2006 Maulana Wahiduddin Khan · 5m 59s · at 11:52 · https://youtu.be/OlLLhZTVNz4?t=712</w:t>
      </w:r>
    </w:p>
    <w:p>
      <w:r>
        <w:rPr>
          <w:i/>
        </w:rPr>
        <w:t>“New Delhi holds a huge lesson if you look closely”</w:t>
      </w:r>
    </w:p>
    <w:p>
      <w:r>
        <w:rPr>
          <w:sz w:val="20"/>
        </w:rPr>
        <w:t>11:52  woh hai nai Dilli ka woh area jo jahan Rashtrapati Bhavan hai. Angrezo ko banai hui bari bari buildingein hain, Parliament House hai, North Block, South Block hai.</w:t>
      </w:r>
      <w:r>
        <w:br/>
      </w:r>
      <w:r>
        <w:rPr>
          <w:sz w:val="20"/>
        </w:rPr>
        <w:t>12:06  yeh banwaya tha Britishers ne first world war ke zamane mein.</w:t>
      </w:r>
      <w:r>
        <w:br/>
      </w:r>
      <w:r>
        <w:rPr>
          <w:sz w:val="20"/>
        </w:rPr>
        <w:t>12:12  us waqt yahan British, Britishers rule karte the India mein. to jis ko aap kehte hain Rashtrapati Bhavan, uska naam tha us waqt Viceregal Lodge.</w:t>
      </w:r>
      <w:r>
        <w:br/>
      </w:r>
      <w:r>
        <w:rPr>
          <w:sz w:val="20"/>
        </w:rPr>
        <w:t>12:24  is mein Viceroy rehta tha. to first world war ke zamane mein Britishers ne yeh banaya hai is ko.</w:t>
      </w:r>
      <w:r>
        <w:br/>
      </w:r>
      <w:r>
        <w:rPr>
          <w:sz w:val="20"/>
        </w:rPr>
        <w:t>12:34  jo us waqt ke lehaz se ek anokha is ka design tha, is ka anokha architecture tha. jo shayad duniya mein kahin maujood nahi tha.</w:t>
      </w:r>
      <w:r>
        <w:br/>
      </w:r>
      <w:r>
        <w:rPr>
          <w:sz w:val="20"/>
        </w:rPr>
        <w:t>12:46  to us zamane mein jab ke ban chuka to France ka ek ek leader India mein aya. France ka ek leader.</w:t>
      </w:r>
      <w:r>
        <w:br/>
      </w:r>
      <w:r>
        <w:rPr>
          <w:sz w:val="20"/>
        </w:rPr>
        <w:t>12:59  to us zamane mein</w:t>
      </w:r>
      <w:r>
        <w:br/>
      </w:r>
      <w:r>
        <w:rPr>
          <w:sz w:val="20"/>
        </w:rPr>
        <w:t>13:03  dekhne ki jo mein number one cheez thi woh nai Din, nai nai Dilli ka woh hissa. to zahir hai ke is ko dikhaya gaya.</w:t>
      </w:r>
      <w:r>
        <w:br/>
      </w:r>
      <w:r>
        <w:rPr>
          <w:sz w:val="20"/>
        </w:rPr>
        <w:t>13:15  is ke dekh kar is ne ek ajeeb o ghareeb baat kahi thi.</w:t>
      </w:r>
      <w:r>
        <w:br/>
      </w:r>
      <w:r>
        <w:rPr>
          <w:sz w:val="20"/>
        </w:rPr>
        <w:t>13:20  zahir hai ke is ko pasand aya. yani red stone ka woh pura, woh puri duniya.</w:t>
      </w:r>
      <w:r>
        <w:br/>
      </w:r>
      <w:r>
        <w:rPr>
          <w:sz w:val="20"/>
        </w:rPr>
        <w:t>13:28  aap jante hain ke woh sab sab ka sab red stone par banaya gaya hai.</w:t>
      </w:r>
      <w:r>
        <w:br/>
      </w:r>
      <w:r>
        <w:rPr>
          <w:sz w:val="20"/>
        </w:rPr>
        <w:t>13:35  to is ne kaha ke what a magnificent world they built to live.</w:t>
      </w:r>
      <w:r>
        <w:br/>
      </w:r>
      <w:r>
        <w:rPr>
          <w:sz w:val="20"/>
        </w:rPr>
        <w:t>13:43  what a magnificent world they built to live.</w:t>
      </w:r>
      <w:r>
        <w:br/>
      </w:r>
      <w:r>
        <w:rPr>
          <w:sz w:val="20"/>
        </w:rPr>
        <w:t>13:50  aap jante hain ke France se aghaz hua hai is revolution ka jis ko hum democracy kehte hain. democracy ka matlab hai ke har nation ko yeh right hai ke woh rule kare.</w:t>
      </w:r>
      <w:r>
        <w:br/>
      </w:r>
      <w:r>
        <w:rPr>
          <w:sz w:val="20"/>
        </w:rPr>
        <w:t>14:10  to zahir hai ke india mein britishers ko jana tha. jo naya revolution aa chuka tha.</w:t>
      </w:r>
      <w:r>
        <w:br/>
      </w:r>
      <w:r>
        <w:rPr>
          <w:sz w:val="20"/>
        </w:rPr>
        <w:t>14:17  ab india ko khud, india khud apne country mein rule karne wala tha. to zahir hai ke jana tha in ko.</w:t>
      </w:r>
      <w:r>
        <w:br/>
      </w:r>
      <w:r>
        <w:rPr>
          <w:sz w:val="20"/>
        </w:rPr>
        <w:t>14:28  bohat din nahi reh sakte the woh. isi ko le kar is ne kaha ke what a magnificent world they built to live. kaisi shandar dunya banai hai logon ne, in logon ne sirf is liye ke is ko chhod kar ek din yeh chale jayen yahan se.</w:t>
      </w:r>
      <w:r>
        <w:br/>
      </w:r>
      <w:r>
        <w:rPr>
          <w:sz w:val="20"/>
        </w:rPr>
        <w:t>14:44  to mein is ko extended sense mein liya mein ne. ke har aadmi yeh kisi ek ki kahani nahi hai. hum mein se har shakhs apni ek dunya banata hai.</w:t>
      </w:r>
      <w:r>
        <w:br/>
      </w:r>
      <w:r>
        <w:rPr>
          <w:sz w:val="20"/>
        </w:rPr>
        <w:t>14:55  sirf is liye ke woh ek din mar jaye, mar kar chhod kar chala jaye.</w:t>
      </w:r>
      <w:r>
        <w:br/>
      </w:r>
      <w:r>
        <w:rPr>
          <w:sz w:val="20"/>
        </w:rPr>
        <w:t>15:00  har din. is ka ghar, is ka business, is ki carain, is ki aulad. is ka ek shandar ek zindagi.</w:t>
      </w:r>
      <w:r>
        <w:br/>
      </w:r>
      <w:r>
        <w:rPr>
          <w:sz w:val="20"/>
        </w:rPr>
        <w:t>15:15  lekin kis liye? zahir hai koi aadmi aisa nahi hai jo hamesha jiye. har ek ko marna hai. to yeh jo is ne kaha tha, hum mein se har ek ke upar yeh apply hota hai.</w:t>
      </w:r>
      <w:r>
        <w:br/>
      </w:r>
      <w:r>
        <w:rPr>
          <w:sz w:val="20"/>
        </w:rPr>
        <w:t>15:30  hum mein se har ek ke upar ke kaisi dunya banai hai aap ne. kaisi dunya banata hai insaan. halanke use ek din use chhod kar chala jana hai.</w:t>
      </w:r>
      <w:r>
        <w:br/>
      </w:r>
      <w:r>
        <w:rPr>
          <w:sz w:val="20"/>
        </w:rPr>
        <w:t>15:42  to mein samajhta hoon ke</w:t>
      </w:r>
      <w:r>
        <w:br/>
      </w:r>
      <w:r>
        <w:rPr>
          <w:sz w:val="20"/>
        </w:rPr>
        <w:t>15:47  agar dekhne wali nigah ho.</w:t>
      </w:r>
      <w:r>
        <w:br/>
      </w:r>
      <w:r>
        <w:rPr>
          <w:sz w:val="20"/>
        </w:rPr>
        <w:t>15:54  jaise ke ek shair ne kaha hai</w:t>
      </w:r>
      <w:r>
        <w:br/>
      </w:r>
      <w:r>
        <w:rPr>
          <w:sz w:val="20"/>
        </w:rPr>
        <w:t>15:59  barg-e-darakhtan-e-sabz dar nazar-e-hushyar har warq taqshish-e-ma'rifat-e-kirdgar</w:t>
      </w:r>
      <w:r>
        <w:br/>
      </w:r>
      <w:r>
        <w:rPr>
          <w:sz w:val="20"/>
        </w:rPr>
        <w:t>16:17  is ka matlab yeh hai</w:t>
      </w:r>
      <w:r>
        <w:br/>
      </w:r>
      <w:r>
        <w:rPr>
          <w:sz w:val="20"/>
        </w:rPr>
        <w:t>16:23  ke dunya ki har cheez darakht ke ek patti tak apne andar ek daftar liye hue hain. Khuda ke jalwon ki, Khuda ki parhai ki.</w:t>
      </w:r>
      <w:r>
        <w:br/>
      </w:r>
      <w:r>
        <w:rPr>
          <w:sz w:val="20"/>
        </w:rPr>
        <w:t>16:38  jis aadmi ke andar woh nigah ho jis se woh dekh sake aur is ko padh sake to is mein poora daftar us ko milega us ko padhe woh.</w:t>
      </w:r>
      <w:r>
        <w:br/>
      </w:r>
      <w:r>
        <w:rPr>
          <w:sz w:val="20"/>
        </w:rPr>
        <w:t>16:48  barg-e-darakhtan-e-sabz dar nazar-e-hushyar har warq taqshish-e-ma'rifat-e-kirdgar isi liye hum CPS ke is mein aap ne yeh baat dekhi hogi ke sara focus hum dete hain intellectual development par.</w:t>
      </w:r>
      <w:r>
        <w:br/>
      </w:r>
      <w:r>
        <w:rPr>
          <w:sz w:val="20"/>
        </w:rPr>
        <w:t>17:10  sara focus. meri apni study ke mutabiq religion jo hai kisi form ka naam nahi hai, ritual ka naam nahi hai, kisi etiquette ka naam nahi hai.</w:t>
      </w:r>
      <w:r>
        <w:br/>
      </w:r>
      <w:r>
        <w:rPr>
          <w:sz w:val="20"/>
        </w:rPr>
        <w:t>17:24  woh hai spiritual development ka naam, intellectual development ka naam.</w:t>
      </w:r>
      <w:r>
        <w:br/>
      </w:r>
      <w:r>
        <w:rPr>
          <w:sz w:val="20"/>
        </w:rPr>
        <w:t>17:33  aap ke mind ko itna zyada ooncha uthana ke aap badi badi haqiqaton ko samajh saken. mahaz kuch form ko dohrana, kuch rituals ko dohrana isi ka naam religion nahi hai, isi ka naam Islam nahi hai.</w:t>
      </w:r>
    </w:p>
    <w:p>
      <w:pPr>
        <w:pStyle w:val="Heading2"/>
      </w:pPr>
      <w:r>
        <w:t>Science flourished in Muslim Spain, then Sufism set it back</w:t>
      </w:r>
    </w:p>
    <w:p>
      <w:r>
        <w:rPr>
          <w:color w:val="666666"/>
          <w:sz w:val="18"/>
        </w:rPr>
        <w:t>Role of Reasons in Theology August 24, 2008 · 5m 16s · at 19:07 · https://youtu.be/ZJFumhKX25Y?t=1147</w:t>
      </w:r>
    </w:p>
    <w:p>
      <w:r>
        <w:rPr>
          <w:i/>
        </w:rPr>
        <w:t>“Bano Umayya ke log jo thay, unko Bano Abbas ne pakadna shuru kiya.”</w:t>
      </w:r>
    </w:p>
    <w:p>
      <w:r>
        <w:rPr>
          <w:sz w:val="20"/>
        </w:rPr>
        <w:t>19:07  yaani bani umaya ke log jo thay, un ko bani abbas ne pakar aur maar</w:t>
      </w:r>
      <w:r>
        <w:br/>
      </w:r>
      <w:r>
        <w:rPr>
          <w:sz w:val="20"/>
        </w:rPr>
        <w:t>19:11  na shuru kiya. un ki un ki poori family khatm ho jaye kyunke bani umaya se unhon ne rule chheena tha. to aik aadmi un mein se, is ka naam tha humi abdul rehman dakhil.</w:t>
      </w:r>
      <w:r>
        <w:br/>
      </w:r>
      <w:r>
        <w:rPr>
          <w:sz w:val="20"/>
        </w:rPr>
        <w:t>19:24  abdul rehman, abdul rehman dakhil, woh kaise kaise bhaga baghdad se aur kaise darya aur samundaron ko paar karta hua, kaise kaise bari mushkil se woh spain pohncha.</w:t>
      </w:r>
      <w:r>
        <w:br/>
      </w:r>
      <w:r>
        <w:rPr>
          <w:sz w:val="20"/>
        </w:rPr>
        <w:t>19:34  us ne spain mein aik nai tareekh shuru ki.</w:t>
      </w:r>
      <w:r>
        <w:br/>
      </w:r>
      <w:r>
        <w:rPr>
          <w:sz w:val="20"/>
        </w:rPr>
        <w:t>19:38  aap jante hain ke musalman, yeh jo kaha jata hai ke musalmanon ne is science mein kaam kiya hai, to woh kahan kaam hua? baghdad mein nahi hua, na baghdad mein, na qurtuba mein, na damishq mein.</w:t>
      </w:r>
      <w:r>
        <w:br/>
      </w:r>
      <w:r>
        <w:rPr>
          <w:sz w:val="20"/>
        </w:rPr>
        <w:t>19:49  woh kaam hua spain mein. kyunke is se is se alag ho gaye. woh spain mein us waqt philosophy ka zor nahi tha, nature par thay woh log.</w:t>
      </w:r>
      <w:r>
        <w:br/>
      </w:r>
      <w:r>
        <w:rPr>
          <w:sz w:val="20"/>
        </w:rPr>
        <w:t>20:02  to wahan un ko environment mila aur wahan par unhon ne woh jo process tha quran ka, jo beech mein ruk gaya tha philosophy ke aane ki wajah se, phir se shuru kiya.</w:t>
      </w:r>
      <w:r>
        <w:br/>
      </w:r>
      <w:r>
        <w:rPr>
          <w:sz w:val="20"/>
        </w:rPr>
        <w:t>20:14  unhon ne</w:t>
      </w:r>
      <w:r>
        <w:br/>
      </w:r>
      <w:r>
        <w:rPr>
          <w:sz w:val="20"/>
        </w:rPr>
        <w:t>20:16  yaani reason based thinking, philosophy se alag kar ke, jis ko kehte hain hum, jis ko kehte hain experimental, ah, experimental, ah, ilm,</w:t>
      </w:r>
      <w:r>
        <w:br/>
      </w:r>
      <w:r>
        <w:rPr>
          <w:sz w:val="20"/>
        </w:rPr>
        <w:t>20:29  experiment par base kar ke jo ilm banta hai, yaani facts aur figure par jo banta hai. to there is the beginning of science. to spain mein in logon ne yeh kaam shuru kiya phir dobara aur kafi taraqqi ki unhon ne</w:t>
      </w:r>
      <w:r>
        <w:br/>
      </w:r>
      <w:r>
        <w:rPr>
          <w:sz w:val="20"/>
        </w:rPr>
        <w:t>20:43  science mein. science ki pehli eid jahan rakhi gayi spain mein, musalmanon ne rakhi, jis ko kehte hain moor, moore.</w:t>
      </w:r>
      <w:r>
        <w:br/>
      </w:r>
      <w:r>
        <w:rPr>
          <w:sz w:val="20"/>
        </w:rPr>
        <w:t>20:53  in logon ne buniyad rakhi. lekin wahan par kya hua ke wahan christian jo thay, un ke mukhalif ho gaye political reason se. ab aur lambi kahani hai, kai sau saal ke takrao hua musalmanon mein aur christians mein, yahan tak ke unhon ne musalmanon ko nikaal diya, wahan se bahar kar diya,</w:t>
      </w:r>
      <w:r>
        <w:br/>
      </w:r>
      <w:r>
        <w:rPr>
          <w:sz w:val="20"/>
        </w:rPr>
        <w:t>21:11  spain se nikaal diya</w:t>
      </w:r>
      <w:r>
        <w:br/>
      </w:r>
      <w:r>
        <w:rPr>
          <w:sz w:val="20"/>
        </w:rPr>
        <w:t>21:14  us waqt tak. lekin christians jo thay, woh science mein kuch bhi aage nahi barh paaye thay. science mein woh kuch bhi nahi jante thay. mein aik example deta hoon aap ko ke musalmanon ne spain mein observatory banai thi,</w:t>
      </w:r>
      <w:r>
        <w:br/>
      </w:r>
      <w:r>
        <w:rPr>
          <w:sz w:val="20"/>
        </w:rPr>
        <w:t>21:29  yaani woh observatory aisi nahi thi aaj ki, aaj kal jo hoti hai. to is ka equipment, equipment aisa nahi tha jo aaj kal hota hai,</w:t>
      </w:r>
      <w:r>
        <w:br/>
      </w:r>
      <w:r>
        <w:rPr>
          <w:sz w:val="20"/>
        </w:rPr>
        <w:t>21:39  lekin bahar woh observatory thi, us ko dekhte thay sitaron ko aur aasman ko. to jab musalmanon ne chhod diya spain to wahan par observatory jo thi, aik building ki shakal mein thi.</w:t>
      </w:r>
      <w:r>
        <w:br/>
      </w:r>
      <w:r>
        <w:rPr>
          <w:sz w:val="20"/>
        </w:rPr>
        <w:t>21:56  is ka aik chhota sa namuna aap dilli mein dekh sakte hain, jannat mandir road par. jannat mandir road par aik hai, woh isi ka namuna hai.</w:t>
      </w:r>
      <w:r>
        <w:br/>
      </w:r>
      <w:r>
        <w:rPr>
          <w:sz w:val="20"/>
        </w:rPr>
        <w:t>22:07  to jab musalmanon ne chhod kar jana pada musalmanon ko, kyunke bohat musalmanon ko martay thay, kaat te thay, to wahan par jo observatory chhod di thi unhon ne, jis ko marsad kaha tha, marsad.</w:t>
      </w:r>
      <w:r>
        <w:br/>
      </w:r>
      <w:r>
        <w:rPr>
          <w:sz w:val="20"/>
        </w:rPr>
        <w:t>22:22  to spain ke christians ko nahi maloom tha ke is ka istemaal kiya hai. us waqt itne backward thay woh log,</w:t>
      </w:r>
      <w:r>
        <w:br/>
      </w:r>
      <w:r>
        <w:rPr>
          <w:sz w:val="20"/>
        </w:rPr>
        <w:t>22:33  us waqt itne backward thay ke woh nahi jante thay ke is is bars ya is observatory ka kya istemaal karein. to unhon ne is ko kya kiya?</w:t>
      </w:r>
      <w:r>
        <w:br/>
      </w:r>
      <w:r>
        <w:rPr>
          <w:sz w:val="20"/>
        </w:rPr>
        <w:t>22:44  church ka ghanta ghar bana diya, kyunke oonchi building thi. woh ghanta ghar ooper hota hai, to church ka ghanta ghar us waqt itna peechay thay yeh log musalmanon se.</w:t>
      </w:r>
      <w:r>
        <w:br/>
      </w:r>
      <w:r>
        <w:rPr>
          <w:sz w:val="20"/>
        </w:rPr>
        <w:t>23:00  lekin wahin par musalmanon ka, yaani wahan par musalmanon ka dobara aik aik aik woh hua, aik setback hua dobara. kyun?</w:t>
      </w:r>
      <w:r>
        <w:br/>
      </w:r>
      <w:r>
        <w:rPr>
          <w:sz w:val="20"/>
        </w:rPr>
        <w:t>23:08  is beech mein ek aur reaction musalmanon mein hua, jis ko hum kehte hain soofiism, jo ke bohat barh gaya tha musalmanon mein. paisa parasti aur politics aur yeh sab jo philosophy ke bahsien hain, sab to is se ek reaction hua.</w:t>
      </w:r>
      <w:r>
        <w:br/>
      </w:r>
      <w:r>
        <w:rPr>
          <w:sz w:val="20"/>
        </w:rPr>
        <w:t>23:27  ghazali ne likhi thi kitaab "al-munqidh min al-dalal", yaani gumrahi se nikalne wala. to ghazali ne react kiya is se. ek naya trend aaya, jis ko hum soofiism kehte hain.</w:t>
      </w:r>
      <w:r>
        <w:br/>
      </w:r>
      <w:r>
        <w:rPr>
          <w:sz w:val="20"/>
        </w:rPr>
        <w:t>23:40  lekin that soofiism waz based on heart, dil par mabni kar ke jo bana tha, jo soofiism, woh soofiism tha us waqt.</w:t>
      </w:r>
      <w:r>
        <w:br/>
      </w:r>
      <w:r>
        <w:rPr>
          <w:sz w:val="20"/>
        </w:rPr>
        <w:t>23:50  ab log murakaba karne lage aur meditation karne lagay.</w:t>
      </w:r>
      <w:r>
        <w:br/>
      </w:r>
      <w:r>
        <w:rPr>
          <w:sz w:val="20"/>
        </w:rPr>
        <w:t>23:55  to meditation to kuch bhi nahi, woh to andhera hai, woh to darkness hai. darkness mein jhaank jhaankne ka matlab hai woh. to sadiyon sadiyon hamare soofiya isi mein juray rahe ke dil mein jhaank ke nikaal rahe hain.</w:t>
      </w:r>
      <w:r>
        <w:br/>
      </w:r>
      <w:r>
        <w:rPr>
          <w:sz w:val="20"/>
        </w:rPr>
        <w:t>24:09  yaani Khuda ne jo khazaina rakha tha, khazana woh to mind mein tha. mind ko unfold karna tha, woh unfold karne lage dil ko, jahan kuch bhi nahi tha.</w:t>
      </w:r>
      <w:r>
        <w:br/>
      </w:r>
      <w:r>
        <w:rPr>
          <w:sz w:val="20"/>
        </w:rPr>
        <w:t>24:21  ek dilchasp waqia mein arz karoon aap ko.</w:t>
      </w:r>
    </w:p>
    <w:p>
      <w:pPr>
        <w:pStyle w:val="Heading2"/>
      </w:pPr>
      <w:r>
        <w:t>why no new prophet is needed after a preserved book</w:t>
      </w:r>
    </w:p>
    <w:p>
      <w:r>
        <w:rPr>
          <w:color w:val="666666"/>
          <w:sz w:val="18"/>
        </w:rPr>
        <w:t>Stress and Spirituality January 1, 2012 · 4m 47s · at 1:30:24 · https://youtu.be/TPhXL9-g6ME?t=5424</w:t>
      </w:r>
    </w:p>
    <w:p>
      <w:r>
        <w:rPr>
          <w:i/>
        </w:rPr>
        <w:t>“Why do people think a new prophet must keep coming?”</w:t>
      </w:r>
    </w:p>
    <w:p>
      <w:r>
        <w:rPr>
          <w:sz w:val="20"/>
        </w:rPr>
        <w:t>1:30:24  Mr. Asif ka new New Delhi se sawal aaya hai. unhone likha hai: "har ummat ke liye ek paighambar hai.</w:t>
      </w:r>
      <w:r>
        <w:br/>
      </w:r>
      <w:r>
        <w:rPr>
          <w:sz w:val="20"/>
        </w:rPr>
        <w:t>1:30:34  har ummat ka ek waqt muqarrar hai. Allah ke paighambar ek ke baad ek ate rahenge." Quran ke Chapter Ten, Verse number Forty Seven mein aaya hai: likulli al-ummah rasool.</w:t>
      </w:r>
      <w:r>
        <w:br/>
      </w:r>
      <w:r>
        <w:rPr>
          <w:sz w:val="20"/>
        </w:rPr>
        <w:t>1:30:48  Maulana sahib, iska kya matlab hai? Muhammad sahib ke baad koi rasool nahi aayega jabke Quran shareef hamein saaf saaf bayan karta hai ke Allah ke rasool ate rahenge.</w:t>
      </w:r>
      <w:r>
        <w:br/>
      </w:r>
      <w:r>
        <w:rPr>
          <w:sz w:val="20"/>
        </w:rPr>
        <w:t>1:31:01  yeh kaha hai ke ate rahenge</w:t>
      </w:r>
      <w:r>
        <w:br/>
      </w:r>
      <w:r>
        <w:rPr>
          <w:sz w:val="20"/>
        </w:rPr>
        <w:t>1:31:03  ? yeh ate rahenge kaha hai? likulli qawmin har qoum ke hath gumane, har ek giroh ke nabi aaya. yeh jo aap jo nikal rahe hain continuation, yeh yeh kahan is mein likha hua hai?</w:t>
      </w:r>
      <w:r>
        <w:br/>
      </w:r>
      <w:r>
        <w:rPr>
          <w:sz w:val="20"/>
        </w:rPr>
        <w:t>1:31:19  dekhiye, yeh bahut badi fallacy hai, bahut badi galatfehmi hai. rasool naya is waqt aata hai jabke pichhle rasool ki layi hui hidayat mehfooz na rahi ho.</w:t>
      </w:r>
      <w:r>
        <w:br/>
      </w:r>
      <w:r>
        <w:rPr>
          <w:sz w:val="20"/>
        </w:rPr>
        <w:t>1:31:34  yeh usool samajh lijiye aap. dunya mein Khuda ke deen ki numaindagi ya to living paighambar karta hai ya Khuda ki book karti hai. agar Khuda ki book maujood hai to living paighambar ki zaroorat nahi hai.</w:t>
      </w:r>
      <w:r>
        <w:br/>
      </w:r>
      <w:r>
        <w:rPr>
          <w:sz w:val="20"/>
        </w:rPr>
        <w:t>1:31:48  to jo ayatein hain iska matlab yahi hai ke Allah ne paighambar bheja. usne Allah ki kitab logon ke samne pesh ki. lekin woh kitab phir mehfooz nahi rahi to phir dobara paighambar bhejna pada.</w:t>
      </w:r>
      <w:r>
        <w:br/>
      </w:r>
      <w:r>
        <w:rPr>
          <w:sz w:val="20"/>
        </w:rPr>
        <w:t>1:32:01  dobara bhejna pada. ab Muhammad sallallahu alaihi wasallam jo jo kitab laye Quran woh poori tarah mehfooz hai. is mein ek ayat ke barabar bhi koi cheez yani na badli hai na mitti hai na kuch hua hai.</w:t>
      </w:r>
      <w:r>
        <w:br/>
      </w:r>
      <w:r>
        <w:rPr>
          <w:sz w:val="20"/>
        </w:rPr>
        <w:t>1:32:17  to ab paighambar kis liye? naya paighambar kis liye? Quran is zamane mein paighambar ki jagah par hai.</w:t>
      </w:r>
      <w:r>
        <w:br/>
      </w:r>
      <w:r>
        <w:rPr>
          <w:sz w:val="20"/>
        </w:rPr>
        <w:t>1:32:26  Quran ko numaindagi kar raha hai. maqsad yeh nahi ke ek living ke paighambar maujood ho. yaad rakhiye ke maqsad yeh nahi ke living paighambar maujood ho.</w:t>
      </w:r>
      <w:r>
        <w:br/>
      </w:r>
      <w:r>
        <w:rPr>
          <w:sz w:val="20"/>
        </w:rPr>
        <w:t>1:32:38  maqsad yeh hai ke mehfooz kitab ilahi maujood ho.</w:t>
      </w:r>
      <w:r>
        <w:br/>
      </w:r>
      <w:r>
        <w:rPr>
          <w:sz w:val="20"/>
        </w:rPr>
        <w:t>1:32:43  to kya aap ko agar hidayat chahiye Allah taala ki to aap ko ek chalta phirta insan dekh chahiye? is dekhein aap. yani ek sacha seekhar hai.</w:t>
      </w:r>
      <w:r>
        <w:br/>
      </w:r>
      <w:r>
        <w:rPr>
          <w:sz w:val="20"/>
        </w:rPr>
        <w:t>1:32:53  ek aadmi janna chahta hai ke Allah ka mansha kya hai? to kya usko aap chahiye ke ek ek road pe ek aadmi chalta phirta ho? nahi, woh book agar uske paas hai Allah ki mehfooz book, is mein aap padh lijiye.</w:t>
      </w:r>
      <w:r>
        <w:br/>
      </w:r>
      <w:r>
        <w:rPr>
          <w:sz w:val="20"/>
        </w:rPr>
        <w:t>1:33:07  is se aap ko hidayat mil jayegi.</w:t>
      </w:r>
      <w:r>
        <w:br/>
      </w:r>
      <w:r>
        <w:rPr>
          <w:sz w:val="20"/>
        </w:rPr>
        <w:t>1:33:09  to yeh bahut badi fallacy hai yeh ke is se log sabit karte hain ke is zamane mein ek paighambar aana chahiye. yeh bilkul absurd hai, illogical hai, baseless hai yeh baat.</w:t>
      </w:r>
      <w:r>
        <w:br/>
      </w:r>
      <w:r>
        <w:rPr>
          <w:sz w:val="20"/>
        </w:rPr>
        <w:t>1:33:21  yaad rakhiye, paighambar jo bar bar aaye to uski wajah yeh thi ke pichhle paighambar ke jo ke zariye Allah taala ne jo hidayat bheji thi woh mehfooz nahi rahi.</w:t>
      </w:r>
      <w:r>
        <w:br/>
      </w:r>
      <w:r>
        <w:rPr>
          <w:sz w:val="20"/>
        </w:rPr>
        <w:t>1:33:34  ab jo rasool Allah sallallahu alaihi wasallam jo Muhammad Muhammad sallallahu alaihi wasallam jo the unke zariye Allah taala ne Quran bheja to woh Quran mukammal mehfooz hai.</w:t>
      </w:r>
      <w:r>
        <w:br/>
      </w:r>
      <w:r>
        <w:rPr>
          <w:sz w:val="20"/>
        </w:rPr>
        <w:t>1:33:44  ab jo seekhar ho woh Quran ko padhe. Plus yeh hai ke khud rasool Allah sallallahu alaihi wasallam ki seerat bhi mehfooz hai. aap ke kalmat jo hain hadith wahi mehfooz hain.</w:t>
      </w:r>
      <w:r>
        <w:br/>
      </w:r>
      <w:r>
        <w:rPr>
          <w:sz w:val="20"/>
        </w:rPr>
        <w:t>1:33:53  is se aap jaan lijie ke islam kya hai, allah ki marzi kya hai.</w:t>
      </w:r>
      <w:r>
        <w:br/>
      </w:r>
      <w:r>
        <w:rPr>
          <w:sz w:val="20"/>
        </w:rPr>
        <w:t>1:33:58  to maqsad yeh hai yani allah taala ke guidance ko jaan lena na ke kisi ko chalte phirte dekhna road par.</w:t>
      </w:r>
      <w:r>
        <w:br/>
      </w:r>
      <w:r>
        <w:rPr>
          <w:sz w:val="20"/>
        </w:rPr>
        <w:t>1:34:10  yeh bohat bari fallacy hai jis mein log kuch log pade hue hain. aur is ki koi buniyad nahi hai. yeh khud sakhta dimagh ko aplaye karna hai.</w:t>
      </w:r>
      <w:r>
        <w:br/>
      </w:r>
      <w:r>
        <w:rPr>
          <w:sz w:val="20"/>
        </w:rPr>
        <w:t>1:34:18  allah taala ka ki marzi kya hai is ko jaane baghair. ab dekhiye, printing press ka zamana aa gaya. yani allah taala ne printing press paida kiya.</w:t>
      </w:r>
      <w:r>
        <w:br/>
      </w:r>
      <w:r>
        <w:rPr>
          <w:sz w:val="20"/>
        </w:rPr>
        <w:t>1:34:31  ab quran sirf pehle zamane mein shuru mein quran jo hai ya to mushaf hi hota tha ya hath ka likha hua hota tha. ab to bohat umda chapa hua, bohat hi sahi, bohat hi khoobsurat,</w:t>
      </w:r>
      <w:r>
        <w:br/>
      </w:r>
      <w:r>
        <w:rPr>
          <w:sz w:val="20"/>
        </w:rPr>
        <w:t>1:34:43  bohat hi achhe andaaz mein yani is ke sath binding ke sath. to aap isi ko isi ko dekh kar, isi ko padh kar ke aap allah ki yani guidance lijie, sirat-e-mustaqeem ko daryaft kijie.</w:t>
      </w:r>
      <w:r>
        <w:br/>
      </w:r>
      <w:r>
        <w:rPr>
          <w:sz w:val="20"/>
        </w:rPr>
        <w:t>1:34:58  ab living peghambar ki zaroorat nahi hai. mehfooz khulasa yeh hai ke jab mehfooz kitab maujood hai to phir living peghambar ki zaroorat nahi hai.</w:t>
      </w:r>
    </w:p>
    <w:p>
      <w:pPr>
        <w:pStyle w:val="Heading2"/>
      </w:pPr>
      <w:r>
        <w:t>Jannah is this world purified</w:t>
      </w:r>
    </w:p>
    <w:p>
      <w:r>
        <w:rPr>
          <w:color w:val="666666"/>
          <w:sz w:val="18"/>
        </w:rPr>
        <w:t>Dars-e-Quran, Chapter 2, Verse 25 | November 19, 2017 | Maulana Wahiduddin Khan · 5m 33s · at 2:47 · https://youtu.be/ctvrG32NCgA?t=167</w:t>
      </w:r>
    </w:p>
    <w:p>
      <w:r>
        <w:rPr>
          <w:i/>
        </w:rPr>
        <w:t>“The Paradise of the Hereafter will be similar to this world.”</w:t>
      </w:r>
    </w:p>
    <w:p>
      <w:r>
        <w:rPr>
          <w:sz w:val="20"/>
        </w:rPr>
        <w:t>2:47  aakhirat ki jannat hamari maut dunya ke mushaba hogi, yaani similar hogi.</w:t>
      </w:r>
      <w:r>
        <w:br/>
      </w:r>
      <w:r>
        <w:rPr>
          <w:sz w:val="20"/>
        </w:rPr>
        <w:t>2:57  yeh yahan ek sawal hai, kyunke doosri jagah surah al-sajdah mein yeh ayat aati hai ke: "la ta'lam</w:t>
      </w:r>
      <w:r>
        <w:br/>
      </w:r>
      <w:r>
        <w:rPr>
          <w:sz w:val="20"/>
        </w:rPr>
        <w:t>3:07  nafsun ma ukhfi lahum min qurrati a'yun".</w:t>
      </w:r>
      <w:r>
        <w:br/>
      </w:r>
      <w:r>
        <w:rPr>
          <w:sz w:val="20"/>
        </w:rPr>
        <w:t>3:17  Ke jannat ke bare mein koi janta nahi ke wahan kaisi kaisi cheezen ahle jannat ke liye chhupa kar rakhi gayi hain. To Surah Baqarah ki ayat sawal karti hai ke jannat yahi dunya jaisi hogi, aur Surah Sajdah ki ayat batati hai ke woh aisi hogi jo insan is ko soch nahi sakta pehle, yaani ghaybat</w:t>
      </w:r>
      <w:r>
        <w:br/>
      </w:r>
      <w:r>
        <w:rPr>
          <w:sz w:val="20"/>
        </w:rPr>
        <w:t>3:47  Thabit. Aik Surah Baqarah ke mutabiq jannat mutashaba hogi, aur Surah Sajdah ke mutabiq woh ghair mutashaba hogi. To kya matlab hai is ka? Jahan tak main samajhta hoon, is ka matlab yeh hai ke quantitative term</w:t>
      </w:r>
      <w:r>
        <w:br/>
      </w:r>
      <w:r>
        <w:rPr>
          <w:sz w:val="20"/>
        </w:rPr>
        <w:t>4:17  mein jannat bazahir maujoodah dunya ke mutasaba hogi, milti julti hogi, lekin qualitative term mein woh bilkul different hogi.</w:t>
      </w:r>
      <w:r>
        <w:br/>
      </w:r>
      <w:r>
        <w:rPr>
          <w:sz w:val="20"/>
        </w:rPr>
        <w:t>4:32  yaani kamiati aitbar se similar aur kaifiyat</w:t>
      </w:r>
      <w:r>
        <w:br/>
      </w:r>
      <w:r>
        <w:rPr>
          <w:sz w:val="20"/>
        </w:rPr>
        <w:t>4:47  y aitbar se mukhtalif.</w:t>
      </w:r>
      <w:r>
        <w:br/>
      </w:r>
      <w:r>
        <w:rPr>
          <w:sz w:val="20"/>
        </w:rPr>
        <w:t>5:02  is par main sochta hoon to mujhe samajh mein aata hai ke yeh jannat,</w:t>
      </w:r>
      <w:r>
        <w:br/>
      </w:r>
      <w:r>
        <w:rPr>
          <w:sz w:val="20"/>
        </w:rPr>
        <w:t>5:17  yaani dunya jo hamein di gayi hai, woh bhi jannat hi hai.</w:t>
      </w:r>
      <w:r>
        <w:br/>
      </w:r>
      <w:r>
        <w:rPr>
          <w:sz w:val="20"/>
        </w:rPr>
        <w:t>5:25  yeh jo dunya mili hai hamein rehne ke liye, woh bhi jannat hi hai.</w:t>
      </w:r>
      <w:r>
        <w:br/>
      </w:r>
      <w:r>
        <w:rPr>
          <w:sz w:val="20"/>
        </w:rPr>
        <w:t>5:33  kyun? is liye ke khud quran mein yeh bataya gaya hai ke: "wa laqad katabna fi al-zabur min ba'di</w:t>
      </w:r>
      <w:r>
        <w:br/>
      </w:r>
      <w:r>
        <w:rPr>
          <w:sz w:val="20"/>
        </w:rPr>
        <w:t>5:41  al-dhikri an al-aridh yarithu 'ibaduna al-salihun".</w:t>
      </w:r>
      <w:r>
        <w:br/>
      </w:r>
      <w:r>
        <w:rPr>
          <w:sz w:val="20"/>
        </w:rPr>
        <w:t>5:49  to zabur aur quran dono mein yeh baat hai ke maw'oodah dunya jo hai, yahi jannat banegi.</w:t>
      </w:r>
      <w:r>
        <w:br/>
      </w:r>
      <w:r>
        <w:rPr>
          <w:sz w:val="20"/>
        </w:rPr>
        <w:t>5:56  jannat kisi aur, kisi doosre aasman mein nahi hogi, balke jo maw'oodah dunya hai, usi ko jannat mein</w:t>
      </w:r>
      <w:r>
        <w:br/>
      </w:r>
      <w:r>
        <w:rPr>
          <w:sz w:val="20"/>
        </w:rPr>
        <w:t>6:04  convert kar diya jayega.</w:t>
      </w:r>
      <w:r>
        <w:br/>
      </w:r>
      <w:r>
        <w:rPr>
          <w:sz w:val="20"/>
        </w:rPr>
        <w:t>6:12  ya is yeh tafseer</w:t>
      </w:r>
      <w:r>
        <w:br/>
      </w:r>
      <w:r>
        <w:rPr>
          <w:sz w:val="20"/>
        </w:rPr>
        <w:t>6:20  hazrat abdullah ibn abbas ke shagird mujahid tabai ne ki hai, aur yeh quran ke mutabiq hai.</w:t>
      </w:r>
      <w:r>
        <w:br/>
      </w:r>
      <w:r>
        <w:rPr>
          <w:sz w:val="20"/>
        </w:rPr>
        <w:t>6:30  toh aap yun sochiye ke yeh sadah baat nahi hai.</w:t>
      </w:r>
      <w:r>
        <w:br/>
      </w:r>
      <w:r>
        <w:rPr>
          <w:sz w:val="20"/>
        </w:rPr>
        <w:t>6:40  waqea yeh hai ke agar insaan ko aisi zindagi mil jaye</w:t>
      </w:r>
      <w:r>
        <w:br/>
      </w:r>
      <w:r>
        <w:rPr>
          <w:sz w:val="20"/>
        </w:rPr>
        <w:t>6:50  jis mein maut na ho, maut na ho, toh kaisi ajeeb zindagi hogi woh? jahan barhapa na ho,</w:t>
      </w:r>
      <w:r>
        <w:br/>
      </w:r>
      <w:r>
        <w:rPr>
          <w:sz w:val="20"/>
        </w:rPr>
        <w:t>7:00  accident na ho, bimari na ho, toh kitna zyada mukhtalif hogi.</w:t>
      </w:r>
      <w:r>
        <w:br/>
      </w:r>
      <w:r>
        <w:rPr>
          <w:sz w:val="20"/>
        </w:rPr>
        <w:t>7:10  phir dekhiye, jahan insaan ka corruption na ho, har cheez fresh</w:t>
      </w:r>
      <w:r>
        <w:br/>
      </w:r>
      <w:r>
        <w:rPr>
          <w:sz w:val="20"/>
        </w:rPr>
        <w:t>7:20  , har cheez pure, har cheez apni fitri halat mein, toh kitna zyada woh different hogi hamari aaj</w:t>
      </w:r>
      <w:r>
        <w:br/>
      </w:r>
      <w:r>
        <w:rPr>
          <w:sz w:val="20"/>
        </w:rPr>
        <w:t>7:30  ki duniya se? jahan insaan ka innocence na ho, jahan insaan ka corruption na ho.</w:t>
      </w:r>
      <w:r>
        <w:br/>
      </w:r>
      <w:r>
        <w:rPr>
          <w:sz w:val="20"/>
        </w:rPr>
        <w:t>7:40  toh in sab cheezon ko jahan hadaf kar diya jaye, aur yeh</w:t>
      </w:r>
      <w:r>
        <w:br/>
      </w:r>
      <w:r>
        <w:rPr>
          <w:sz w:val="20"/>
        </w:rPr>
        <w:t>7:50  hamari jo duniya hai, bilkul apni pure halat mein ho, toh waqea yeh hai ke yeh jannat hi hai.</w:t>
      </w:r>
      <w:r>
        <w:br/>
      </w:r>
      <w:r>
        <w:rPr>
          <w:sz w:val="20"/>
        </w:rPr>
        <w:t>7:58  yeh abhi bhi aap kahin jayein, kisi pahari ilaqe mein, jahan insaan ka pollution ab pahuncha nahi hai,</w:t>
      </w:r>
      <w:r>
        <w:br/>
      </w:r>
      <w:r>
        <w:rPr>
          <w:sz w:val="20"/>
        </w:rPr>
        <w:t>8:05  toh aap ko lagega ke aap jannat mein dakhil ho gaye.</w:t>
      </w:r>
      <w:r>
        <w:br/>
      </w:r>
      <w:r>
        <w:rPr>
          <w:sz w:val="20"/>
        </w:rPr>
        <w:t>8:13  wahan ki khalis hawa, wahan ka khalis pani, wahan ki khalis a</w:t>
      </w:r>
    </w:p>
    <w:p>
      <w:pPr>
        <w:pStyle w:val="Heading2"/>
      </w:pPr>
      <w:r>
        <w:t>Summary: the five pillars of Islam recapped</w:t>
      </w:r>
    </w:p>
    <w:p>
      <w:r>
        <w:rPr>
          <w:color w:val="666666"/>
          <w:sz w:val="18"/>
        </w:rPr>
        <w:t>An Introduction to Islam (English) July 18, 2008 · 5m 52s · at 48:22 · https://youtu.be/FU4NlA3rUhs?t=2902</w:t>
      </w:r>
    </w:p>
    <w:p>
      <w:r>
        <w:rPr>
          <w:i/>
        </w:rPr>
        <w:t>“So, these are five principles of Islam.”</w:t>
      </w:r>
    </w:p>
    <w:p>
      <w:r>
        <w:rPr>
          <w:sz w:val="20"/>
        </w:rPr>
        <w:t>48:22  iman is</w:t>
      </w:r>
      <w:r>
        <w:br/>
      </w:r>
      <w:r>
        <w:rPr>
          <w:sz w:val="20"/>
        </w:rPr>
        <w:t>48:27  submission before god. iman means submission before god. then ibadah.</w:t>
      </w:r>
      <w:r>
        <w:br/>
      </w:r>
      <w:r>
        <w:rPr>
          <w:sz w:val="20"/>
        </w:rPr>
        <w:t>48:39  ibadah means</w:t>
      </w:r>
      <w:r>
        <w:br/>
      </w:r>
      <w:r>
        <w:rPr>
          <w:sz w:val="20"/>
        </w:rPr>
        <w:t>48:43  doing worship in the presence of god, with this feeling that you are</w:t>
      </w:r>
      <w:r>
        <w:br/>
      </w:r>
      <w:r>
        <w:rPr>
          <w:sz w:val="20"/>
        </w:rPr>
        <w:t>48:56  in the neighborhood of god.</w:t>
      </w:r>
      <w:r>
        <w:br/>
      </w:r>
      <w:r>
        <w:rPr>
          <w:sz w:val="20"/>
        </w:rPr>
        <w:t>49:01  then akhlaq</w:t>
      </w:r>
      <w:r>
        <w:br/>
      </w:r>
      <w:r>
        <w:rPr>
          <w:sz w:val="20"/>
        </w:rPr>
        <w:t>49:02  . akhlaq means adopting good behavior in your society,</w:t>
      </w:r>
      <w:r>
        <w:br/>
      </w:r>
      <w:r>
        <w:rPr>
          <w:sz w:val="20"/>
        </w:rPr>
        <w:t>49:15  living as a predictable person in your society. there is akhlaq.</w:t>
      </w:r>
      <w:r>
        <w:br/>
      </w:r>
      <w:r>
        <w:rPr>
          <w:sz w:val="20"/>
        </w:rPr>
        <w:t>49:23  then mu'amalat. mu'amalat means good dealing, just dealing, honest dealing.</w:t>
      </w:r>
      <w:r>
        <w:br/>
      </w:r>
      <w:r>
        <w:rPr>
          <w:sz w:val="20"/>
        </w:rPr>
        <w:t>49:33  so, it is all so a very very important part of islam.</w:t>
      </w:r>
      <w:r>
        <w:br/>
      </w:r>
      <w:r>
        <w:rPr>
          <w:sz w:val="20"/>
        </w:rPr>
        <w:t>49:39  good dealing, just dealing, and honest dealing is a very very important part in islam, in islamic life.</w:t>
      </w:r>
      <w:r>
        <w:br/>
      </w:r>
      <w:r>
        <w:rPr>
          <w:sz w:val="20"/>
        </w:rPr>
        <w:t>49:52  then da'wah.</w:t>
      </w:r>
      <w:r>
        <w:br/>
      </w:r>
      <w:r>
        <w:rPr>
          <w:sz w:val="20"/>
        </w:rPr>
        <w:t>50:02  da'wah means</w:t>
      </w:r>
      <w:r>
        <w:br/>
      </w:r>
      <w:r>
        <w:rPr>
          <w:sz w:val="20"/>
        </w:rPr>
        <w:t>50:08  conveying the message of god to all mankind.</w:t>
      </w:r>
      <w:r>
        <w:br/>
      </w:r>
      <w:r>
        <w:rPr>
          <w:sz w:val="20"/>
        </w:rPr>
        <w:t>50:15  it is a universal task. da'wah is a universal task. it gives you universal vision.</w:t>
      </w:r>
      <w:r>
        <w:br/>
      </w:r>
      <w:r>
        <w:rPr>
          <w:sz w:val="20"/>
        </w:rPr>
        <w:t>50:28  da'wah gives you a universal vision.</w:t>
      </w:r>
      <w:r>
        <w:br/>
      </w:r>
      <w:r>
        <w:rPr>
          <w:sz w:val="20"/>
        </w:rPr>
        <w:t>50:33  da'wah gives you the courage to go to global interaction.</w:t>
      </w:r>
      <w:r>
        <w:br/>
      </w:r>
      <w:r>
        <w:rPr>
          <w:sz w:val="20"/>
        </w:rPr>
        <w:t>50:44  da'wah makes you a super human being. da'wah makes you friend of all, even your enemy.</w:t>
      </w:r>
      <w:r>
        <w:br/>
      </w:r>
      <w:r>
        <w:rPr>
          <w:sz w:val="20"/>
        </w:rPr>
        <w:t>50:58  so, da'wah is a very very important aspect of Islam.</w:t>
      </w:r>
      <w:r>
        <w:br/>
      </w:r>
      <w:r>
        <w:rPr>
          <w:sz w:val="20"/>
        </w:rPr>
        <w:t>51:08  so, these are the five basic talents of Islam: imaan, ibadat, akhlaq, muamalat, and da'wah work.</w:t>
      </w:r>
      <w:r>
        <w:br/>
      </w:r>
      <w:r>
        <w:rPr>
          <w:sz w:val="20"/>
        </w:rPr>
        <w:t>51:22  there is called da'wah fi sabilillah.</w:t>
      </w:r>
      <w:r>
        <w:br/>
      </w:r>
      <w:r>
        <w:rPr>
          <w:sz w:val="20"/>
        </w:rPr>
        <w:t>51:28  without following these five principles, no one is a true believer.</w:t>
      </w:r>
      <w:r>
        <w:br/>
      </w:r>
      <w:r>
        <w:rPr>
          <w:sz w:val="20"/>
        </w:rPr>
        <w:t>51:38  without following these five principles, no one is a true believer or a true Muslim.</w:t>
      </w:r>
      <w:r>
        <w:br/>
      </w:r>
      <w:r>
        <w:rPr>
          <w:sz w:val="20"/>
        </w:rPr>
        <w:t>51:53  so, it is a duty of every Muslim to know the details of these five principles.</w:t>
      </w:r>
      <w:r>
        <w:br/>
      </w:r>
      <w:r>
        <w:rPr>
          <w:sz w:val="20"/>
        </w:rPr>
        <w:t>52:04  you can find the details in the Quran, in the hadith, in the life of the prophets, in the life of the companions.</w:t>
      </w:r>
      <w:r>
        <w:br/>
      </w:r>
      <w:r>
        <w:rPr>
          <w:sz w:val="20"/>
        </w:rPr>
        <w:t>52:17  it is duty of every Muslim, every Muslim, to know the details of these five principles and then follow these principles: imaan,</w:t>
      </w:r>
      <w:r>
        <w:br/>
      </w:r>
      <w:r>
        <w:rPr>
          <w:sz w:val="20"/>
        </w:rPr>
        <w:t>52:32  ibadat, akhlaq, muamalat, and da'wah.</w:t>
      </w:r>
      <w:r>
        <w:br/>
      </w:r>
      <w:r>
        <w:rPr>
          <w:sz w:val="20"/>
        </w:rPr>
        <w:t>52:41  these five principles makes you a true character, a true human being.</w:t>
      </w:r>
      <w:r>
        <w:br/>
      </w:r>
      <w:r>
        <w:rPr>
          <w:sz w:val="20"/>
        </w:rPr>
        <w:t>52:51  these five principles make you a true human being who is able to find entry into the paradise.</w:t>
      </w:r>
      <w:r>
        <w:br/>
      </w:r>
      <w:r>
        <w:rPr>
          <w:sz w:val="20"/>
        </w:rPr>
        <w:t>53:05  those who were, those who will be blessed with paradise.</w:t>
      </w:r>
      <w:r>
        <w:br/>
      </w:r>
      <w:r>
        <w:rPr>
          <w:sz w:val="20"/>
        </w:rPr>
        <w:t>53:12  so, these qualities are of those people who will be blessed paradise in the hereafter.</w:t>
      </w:r>
      <w:r>
        <w:br/>
      </w:r>
      <w:r>
        <w:rPr>
          <w:sz w:val="20"/>
        </w:rPr>
        <w:t>53:24  so, you have to study the Quran and hadith. you have to know all the details of these principles so that you may follow with, with, with,</w:t>
      </w:r>
      <w:r>
        <w:br/>
      </w:r>
      <w:r>
        <w:rPr>
          <w:sz w:val="20"/>
        </w:rPr>
        <w:t>53:45  with, with, with complete</w:t>
      </w:r>
      <w:r>
        <w:br/>
      </w:r>
      <w:r>
        <w:rPr>
          <w:sz w:val="20"/>
        </w:rPr>
        <w:t>53:56  soul and heart.</w:t>
      </w:r>
      <w:r>
        <w:br/>
      </w:r>
      <w:r>
        <w:rPr>
          <w:sz w:val="20"/>
        </w:rPr>
        <w:t>54:04  this is the Islam which was revealed to the prophet of Islam in the first quarter of seven century.</w:t>
      </w:r>
    </w:p>
    <w:p>
      <w:pPr>
        <w:pStyle w:val="Heading2"/>
      </w:pPr>
      <w:r>
        <w:t>Man begging to see paradise, then denied entry, teaches everything</w:t>
      </w:r>
    </w:p>
    <w:p>
      <w:r>
        <w:rPr>
          <w:color w:val="666666"/>
          <w:sz w:val="18"/>
        </w:rPr>
        <w:t>Man and Paradise June 9, 2013 · 3m 18s · at 23:51 · https://youtu.be/uqXu4pUko_k?t=1431</w:t>
      </w:r>
    </w:p>
    <w:p>
      <w:r>
        <w:rPr>
          <w:i/>
        </w:rPr>
        <w:t>“Ae Allah, tu ne mujhe jannat nahi di, dikha de”</w:t>
      </w:r>
    </w:p>
    <w:p>
      <w:r>
        <w:rPr>
          <w:sz w:val="20"/>
        </w:rPr>
        <w:t>23:51  to woh aadmi kehta hai ke: "ae Allah! tune mujhe jannat nahi di, to kam se kam dikha de ke jannat kya cheez hai, jannat hai kya?"</w:t>
      </w:r>
      <w:r>
        <w:br/>
      </w:r>
      <w:r>
        <w:rPr>
          <w:sz w:val="20"/>
        </w:rPr>
        <w:t>24:03  to farishton ko hukum hota hai ke is ko jannat dikha do, ek jhalak dikha do sirf. to is ko jannat ki ek jhalak dikhai jati hai.</w:t>
      </w:r>
      <w:r>
        <w:br/>
      </w:r>
      <w:r>
        <w:rPr>
          <w:sz w:val="20"/>
        </w:rPr>
        <w:t>24:13  is ko dekh kar itna ziyada overwhelm ho jata hai woh ke woh kehta hai ke: "khudaya! jannat dikha diya aap ne, to mujhe jannat mein dakhil bhi kar de." to Allah us se kehta hai ke: " tu jannat mein dakhilay ka mustahiq nahi hai,</w:t>
      </w:r>
      <w:r>
        <w:br/>
      </w:r>
      <w:r>
        <w:rPr>
          <w:sz w:val="20"/>
        </w:rPr>
        <w:t>24:32  is haqeeqat paida karne ki jagah woh to maut se pehle ki zindagi thi, wahan tum ne kuch kiya nahi."</w:t>
      </w:r>
      <w:r>
        <w:br/>
      </w:r>
      <w:r>
        <w:rPr>
          <w:sz w:val="20"/>
        </w:rPr>
        <w:t>24:42  to Allah ta'ala is is aadmi se kehte hain ke: " tum ko jis dunya ko tum chhod kar aaye ho, yeh dunya jo hai, yeh material world, jahan bari bari shaanain hain, bari bari nematein hain,</w:t>
      </w:r>
      <w:r>
        <w:br/>
      </w:r>
      <w:r>
        <w:rPr>
          <w:sz w:val="20"/>
        </w:rPr>
        <w:t>24:57  woh dunya isi ki wajah se ek aur dunya hum tum</w:t>
      </w:r>
      <w:r>
        <w:br/>
      </w:r>
      <w:r>
        <w:rPr>
          <w:sz w:val="20"/>
        </w:rPr>
        <w:t>25:01  ko de dete hain, do dunya puray puray tum ko de dete hain, tum jannat mat mango." to woh banda kehta hai ke: ya rab!</w:t>
      </w:r>
      <w:r>
        <w:br/>
      </w:r>
      <w:r>
        <w:rPr>
          <w:sz w:val="20"/>
        </w:rPr>
        <w:t>25:13  kaifa kun ashqaa'u 'ibaadi</w:t>
      </w:r>
      <w:r>
        <w:br/>
      </w:r>
      <w:r>
        <w:rPr>
          <w:sz w:val="20"/>
        </w:rPr>
        <w:t>25:18  ae Allah! mein hi tere bandon mein sab se ziyada badbakht banda kyun banu? aap ghor kijiye, yeh bohat hi sochne wali baat hai</w:t>
      </w:r>
      <w:r>
        <w:br/>
      </w:r>
      <w:r>
        <w:rPr>
          <w:sz w:val="20"/>
        </w:rPr>
        <w:t>25:32  ke jis dunya ke liye aadmi apne aap deewana ho raha hai, jis dunya ko hasil karne ke liye yani apni poori tawanaai, apni poori energy lagai hui hai, uska poora dunya bhi nahi hai, uska ek juz paanay ke liye</w:t>
      </w:r>
      <w:r>
        <w:br/>
      </w:r>
      <w:r>
        <w:rPr>
          <w:sz w:val="20"/>
        </w:rPr>
        <w:t>25:48  poori duniya to kisi ko milne wali cheez nahi hai, iska ek juz milta hai, ek part milta hai, aur sari zindagi sari energy lagai jati hai iske liye.</w:t>
      </w:r>
      <w:r>
        <w:br/>
      </w:r>
      <w:r>
        <w:rPr>
          <w:sz w:val="20"/>
        </w:rPr>
        <w:t>25:59  aur wahan jab woh jannat ko dekh lega to aisi do duniya bhi aisi lagega usko ke jannat ko chhodkar aisi do duniya lena to bahut badbakhti ki baat hai,</w:t>
      </w:r>
      <w:r>
        <w:br/>
      </w:r>
      <w:r>
        <w:rPr>
          <w:sz w:val="20"/>
        </w:rPr>
        <w:t>26:13  bahut zyada badbakhti ki baat hai. Yeh</w:t>
      </w:r>
      <w:r>
        <w:br/>
      </w:r>
      <w:r>
        <w:rPr>
          <w:sz w:val="20"/>
        </w:rPr>
        <w:t>26:18  to aisi kyon hoga? Is par sochiye. Aisa isliye hoga ke is duniya ka har cheez imperfect hai, less than ideal hai.</w:t>
      </w:r>
      <w:r>
        <w:br/>
      </w:r>
      <w:r>
        <w:rPr>
          <w:sz w:val="20"/>
        </w:rPr>
        <w:t>26:29  is duniya mein koi bhi cheez perfect nahi hai, koi nemmat, koi achhi cheez, koi bhi aisi cheez nahi hai is duniya mein jo perfect ho. Har cheez imperfect hai, aur jannat mein har cheez perfect hogi.</w:t>
      </w:r>
      <w:r>
        <w:br/>
      </w:r>
      <w:r>
        <w:rPr>
          <w:sz w:val="20"/>
        </w:rPr>
        <w:t>26:47  to yaad rakhiye, imperfect ki koi bhi miqdar perfect ka badla nahi ban sakti.</w:t>
      </w:r>
      <w:r>
        <w:br/>
      </w:r>
      <w:r>
        <w:rPr>
          <w:sz w:val="20"/>
        </w:rPr>
        <w:t>26:59  imperfect ki koi bhi miqdar perfect ka badla nahi ban sakti.</w:t>
      </w:r>
    </w:p>
    <w:p>
      <w:pPr>
        <w:pStyle w:val="Heading2"/>
      </w:pPr>
      <w:r>
        <w:t>Islam began as a stranger and returns as stranger</w:t>
      </w:r>
    </w:p>
    <w:p>
      <w:r>
        <w:rPr>
          <w:color w:val="666666"/>
          <w:sz w:val="18"/>
        </w:rPr>
        <w:t>AL RISALA MARCH 2017 AUDIO · 5m 30s · at 16:59 · https://youtu.be/HR5kDSwlscs?t=1019</w:t>
      </w:r>
    </w:p>
    <w:p>
      <w:r>
        <w:rPr>
          <w:i/>
        </w:rPr>
        <w:t>“Ek mashhoor hadith hai.”</w:t>
      </w:r>
    </w:p>
    <w:p>
      <w:r>
        <w:rPr>
          <w:sz w:val="20"/>
        </w:rPr>
        <w:t>16:59  mubarak log. ek mashhoor hadith hai: "bada al-islam ghariban wa sa-ya'ud kama bada ghariban fa-tuba lil-ghuraba".</w:t>
      </w:r>
      <w:r>
        <w:br/>
      </w:r>
      <w:r>
        <w:rPr>
          <w:sz w:val="20"/>
        </w:rPr>
        <w:t>17:14  sahih muslim. yani islam shuru hua to woh ajnabi tha aur dobara woh ajnabi ho jayega jaisa ke woh shuru mein tha.</w:t>
      </w:r>
      <w:r>
        <w:br/>
      </w:r>
      <w:r>
        <w:rPr>
          <w:sz w:val="20"/>
        </w:rPr>
        <w:t>17:26  pas mubarak hain woh log jo ajnabi ho jayen. gharib ka matlab ajnabi, yani stranger hai. ajnabiyat ka lafz ek taqabli lafz hai, yani kisi ke muqable mein ajnabi ho jana.</w:t>
      </w:r>
      <w:r>
        <w:br/>
      </w:r>
      <w:r>
        <w:rPr>
          <w:sz w:val="20"/>
        </w:rPr>
        <w:t>17:43  saatvi sadi isvi ke rub'e awwal mein peghambar-e-islam qadeem arab mein aaye. us waqt wahan banu ismail abad the.</w:t>
      </w:r>
      <w:r>
        <w:br/>
      </w:r>
      <w:r>
        <w:rPr>
          <w:sz w:val="20"/>
        </w:rPr>
        <w:t>17:53  ibtida'an woh log deen ibrahimi par qaim thay, magar un ke baad ki naslon par zawal aaya.</w:t>
      </w:r>
      <w:r>
        <w:br/>
      </w:r>
      <w:r>
        <w:rPr>
          <w:sz w:val="20"/>
        </w:rPr>
        <w:t>18:02  woh log ab bhi deen ibrahim ka naam lete thay, lekin woh amalan asal ibrahimi deen par na thay.</w:t>
      </w:r>
      <w:r>
        <w:br/>
      </w:r>
      <w:r>
        <w:rPr>
          <w:sz w:val="20"/>
        </w:rPr>
        <w:t>18:12  baad ke zamanay mein haqeeqi ibrahimi deen un ke darmiyan ajnabi ho chuka tha. Woh deen abrahimi ke aik khud sakhta version ko ibrahim ka deen samajhne lage thay.</w:t>
      </w:r>
      <w:r>
        <w:br/>
      </w:r>
      <w:r>
        <w:rPr>
          <w:sz w:val="20"/>
        </w:rPr>
        <w:t>18:26  is ajnabiyat ki bina par woh paighambar-e-islam ke mukhalif ban gaye, halankay paighambar-e-islam ibrahim alaihissalam ke isi deen ko zinda kar rahay thay jis ko rasool Allah ke moaser arab apne qoumi fakhr ke tor par liye hue thay.</w:t>
      </w:r>
      <w:r>
        <w:br/>
      </w:r>
      <w:r>
        <w:rPr>
          <w:sz w:val="20"/>
        </w:rPr>
        <w:t>18:45  muzakara hadith ke mutabiq yahi muamla baad ke zamanay mein deen-e-islam ke sath paish aye ga, yani quran o sunnat wala deen zawal yafta musalmanon ke darmiyan aik ajnabi deen ban jaye ga.</w:t>
      </w:r>
      <w:r>
        <w:br/>
      </w:r>
      <w:r>
        <w:rPr>
          <w:sz w:val="20"/>
        </w:rPr>
        <w:t>19:03  bazahir woh deen-e-muhammadi ka naam len ge aur is par fakhr karen ge, lekin haqeeqi aitbar se woh deen-e-muhammadi se itna door ho chukay hon ge ke asal deen-e-muhammadi un ke liye aik ajnabi deen ki hesiyat ikhtiyar kar le ga.</w:t>
      </w:r>
      <w:r>
        <w:br/>
      </w:r>
      <w:r>
        <w:rPr>
          <w:sz w:val="20"/>
        </w:rPr>
        <w:t>19:22  deen-e-ibrahimi aur deen-e-muhammadi dono apni asal ke aitbar se khalis tauheed ke mazahib thay, lekin baad ke zamanay mein dono ke mannay walon par zawal aye ga.</w:t>
      </w:r>
      <w:r>
        <w:br/>
      </w:r>
      <w:r>
        <w:rPr>
          <w:sz w:val="20"/>
        </w:rPr>
        <w:t>19:38  dono ke mannay walay bazahir deen-e-ibrahimi aur deen-e-muhammadi ka naam len ge, lekin amalan woh itna ziyada bigar chukay hon ge ke un ke darmiyan asal deen-e-ibrahimi aur asal deen-e-muhammadi dono ajnabi deen ki manind ban jayen ge.</w:t>
      </w:r>
      <w:r>
        <w:br/>
      </w:r>
      <w:r>
        <w:rPr>
          <w:sz w:val="20"/>
        </w:rPr>
        <w:t>19:59  mubarak ajnabi se murad kon log hain? Is se murad woh afraad hain jo is muamlay ka mutalia ghair mutaasibana tor par karen, jo khulay zehn ke sath baaton ko dobara samajhne ki koshish karen, jo apni deconditioning kar ke apne aap ko is qabil banayen ke deen-e-muhammadi ko us ki asal soorat mein pehchan saken.</w:t>
      </w:r>
      <w:r>
        <w:br/>
      </w:r>
      <w:r>
        <w:rPr>
          <w:sz w:val="20"/>
        </w:rPr>
        <w:t>20:29  is ke baad woh bigar ke zamanay mein asal deen ko dobara daryaft, yani rediscover karen. Woh baad ke zamanay mein banne wali tareekh ko hadaf kar ke dobara paighambar ke laye hue deen ko samjhen.</w:t>
      </w:r>
      <w:r>
        <w:br/>
      </w:r>
      <w:r>
        <w:rPr>
          <w:sz w:val="20"/>
        </w:rPr>
        <w:t>20:46  aisay log agarche logon ke nazdeek ajnabi ho jayen ge, lekin Allah ki nazar mein woh khush qismat log hain.</w:t>
      </w:r>
      <w:r>
        <w:br/>
      </w:r>
      <w:r>
        <w:rPr>
          <w:sz w:val="20"/>
        </w:rPr>
        <w:t>20:56  un ke liye Allah ke haan baray darjat hain. Saatveen sadi isai mein aisa hua ke paighambar-e-islam ne ahle arab ke samnay deen-e-ibrahimi ko us ki be-amez soorat mein pesh kiya,</w:t>
      </w:r>
      <w:r>
        <w:br/>
      </w:r>
      <w:r>
        <w:rPr>
          <w:sz w:val="20"/>
        </w:rPr>
        <w:t>21:12  lekin qadeem ahle arab paighambar-e-islam ke mukhalif ban gaye. Is ki wajah kiya thi? Jabkay woh khud is baat par fakhr karte thay ke woh deen-e-ibrahim ko mannay walay log hain, to woh paighambar-e-islam ke mukhalif kyun ho gaye?</w:t>
      </w:r>
      <w:r>
        <w:br/>
      </w:r>
      <w:r>
        <w:rPr>
          <w:sz w:val="20"/>
        </w:rPr>
        <w:t>21:31  yeh rawish ahle arab ki baad ki naslon ki thi. Yani ahle arab, yani banu ismail ki baad ki nasal ke andar dheere dheere asal deen-e-ibrahim ki spirit khatam ho gayi.</w:t>
      </w:r>
      <w:r>
        <w:br/>
      </w:r>
      <w:r>
        <w:rPr>
          <w:sz w:val="20"/>
        </w:rPr>
        <w:t>21:47  un ke haan deen ke naam se aik qoumi culture ban gaya jis ko bashar-e-khud woh deen-e-ibrahim ka naam dainay lage, jabkay asal soorat-e-haal yeh thi ke aap ibrahimi deen hi ko un ke samnay pesh kar rahay thay.</w:t>
      </w:r>
      <w:r>
        <w:br/>
      </w:r>
      <w:r>
        <w:rPr>
          <w:sz w:val="20"/>
        </w:rPr>
        <w:t>22:05  un ki mukhalifat ka sabab yeh tha ke asal deen-e-ibrahim un ke haan ajnabi deen ban chuka tha. Woh apne qoumi culture ko deen-e-ibrahim ke naam se janne lage thay.</w:t>
      </w:r>
      <w:r>
        <w:br/>
      </w:r>
      <w:r>
        <w:rPr>
          <w:sz w:val="20"/>
        </w:rPr>
        <w:t>22:18  yahi sabab tha jis ki bina par woh paighambar-e-islam ke mukhalif ban gaye, hatta ke aap ke khilaf larne ke liye tayyar ho gaye.</w:t>
      </w:r>
    </w:p>
    <w:p>
      <w:pPr>
        <w:pStyle w:val="Heading2"/>
      </w:pPr>
      <w:r>
        <w:t>A canal, a saint's shrine, and finding God's light instead</w:t>
      </w:r>
    </w:p>
    <w:p>
      <w:r>
        <w:rPr>
          <w:color w:val="666666"/>
          <w:sz w:val="18"/>
        </w:rPr>
        <w:t>How To Realise God August 29, 2008 · 4m 00s · at 26:01 · https://youtu.be/cbjyJhhS1vI?t=1561</w:t>
      </w:r>
    </w:p>
    <w:p>
      <w:r>
        <w:rPr>
          <w:i/>
        </w:rPr>
        <w:t>“Main ek martaba gaya, Raipur ek town hai”</w:t>
      </w:r>
    </w:p>
    <w:p>
      <w:r>
        <w:rPr>
          <w:sz w:val="20"/>
        </w:rPr>
        <w:t>26:01  main ek martaba gaya yahan par, aap jante honge, Raipur ek ek town hai to wahan par bohat hi beautiful scene hota hai.</w:t>
      </w:r>
      <w:r>
        <w:br/>
      </w:r>
      <w:r>
        <w:rPr>
          <w:sz w:val="20"/>
        </w:rPr>
        <w:t>26:11  ek bohat achhi ek woh hai nahar, canal, bohat hi chaudi canal hai, woh is ke charon taraf hariyali hai.</w:t>
      </w:r>
      <w:r>
        <w:br/>
      </w:r>
      <w:r>
        <w:rPr>
          <w:sz w:val="20"/>
        </w:rPr>
        <w:t>26:22  wahan par ek ek sahab ki khangah hai, ek buzurg ki, bohat pehle bani thi, azadi se pehle.</w:t>
      </w:r>
      <w:r>
        <w:br/>
      </w:r>
      <w:r>
        <w:rPr>
          <w:sz w:val="20"/>
        </w:rPr>
        <w:t>26:29  to bohat khuli jagah hai aur canal hai aur darakht hain, har taraf nature hai. nature to main wahan gaya to mujhe bataya gaya ke falan sahab aaye the</w:t>
      </w:r>
      <w:r>
        <w:br/>
      </w:r>
      <w:r>
        <w:rPr>
          <w:sz w:val="20"/>
        </w:rPr>
        <w:t>26:47  wahan khangah par. to jab bahar nikle to un ko dikhai diya ke har taraf Hazrat ke noor, har taraf, har taraf Hazrat ke noor dikhai diya unhein.</w:t>
      </w:r>
      <w:r>
        <w:br/>
      </w:r>
      <w:r>
        <w:rPr>
          <w:sz w:val="20"/>
        </w:rPr>
        <w:t>26:59  wo jo is is khangah mein Hazrat jo the, us waqt wo mar chuke the, wo un ka intiqal ho chuka tha us waqt. to har taraf Hazrat ka noor dikhai diya unhein.</w:t>
      </w:r>
      <w:r>
        <w:br/>
      </w:r>
      <w:r>
        <w:rPr>
          <w:sz w:val="20"/>
        </w:rPr>
        <w:t>27:09  Hazrat ke noor mein wo naha gaye wahan par.</w:t>
      </w:r>
      <w:r>
        <w:br/>
      </w:r>
      <w:r>
        <w:rPr>
          <w:sz w:val="20"/>
        </w:rPr>
        <w:t>27:13  main jab nikla is ke bahar aur dekha maine canal ko aur darakhton ko aur wahan ke mahol ko to mujhe Khuda ka noor dikhai diya.</w:t>
      </w:r>
      <w:r>
        <w:br/>
      </w:r>
      <w:r>
        <w:rPr>
          <w:sz w:val="20"/>
        </w:rPr>
        <w:t>27:26  har taraf mujhe Khuda ka noor dikhai diya, darakhton mein Khuda ka noor, canal mein Khuda ka noor, fazaon mein Khuda ka noor.</w:t>
      </w:r>
      <w:r>
        <w:br/>
      </w:r>
      <w:r>
        <w:rPr>
          <w:sz w:val="20"/>
        </w:rPr>
        <w:t>27:36  to yaad rakhiye, jo aadmi other than God kisi ki greatness mein jeeta ho, wo kabhi Khuda ko nahi payega. wo wo aadmi jo tha, us buzurg ki greatness mein jeeta tha jin ki wahan qabr bani hui thi,</w:t>
      </w:r>
      <w:r>
        <w:br/>
      </w:r>
      <w:r>
        <w:rPr>
          <w:sz w:val="20"/>
        </w:rPr>
        <w:t>27:56  isi greatness mein jeeta tha. to har taraf usi ko unhi ko wahi dikhai diya. wo</w:t>
      </w:r>
      <w:r>
        <w:br/>
      </w:r>
      <w:r>
        <w:rPr>
          <w:sz w:val="20"/>
        </w:rPr>
        <w:t>28:03  wohan nature ka mahol tha lekin dikhai diya un ko un ke apne buzurg. main Allah o Akbar se kisi ki barhai mein nahi jeeta, apni barhai mein bhi nahi jeeta.</w:t>
      </w:r>
      <w:r>
        <w:br/>
      </w:r>
      <w:r>
        <w:rPr>
          <w:sz w:val="20"/>
        </w:rPr>
        <w:t>28:14  main main yeh keh sakta hoon ke main apni barhai mein bhi nahi jeeta jabke har aadmi apni barhai mein jeeta hai. ek din main yahan apne ghar par oopar baitha hua tha, neeche do ladies jhagad rahi theen, lad rahi theen aapas</w:t>
      </w:r>
      <w:r>
        <w:br/>
      </w:r>
      <w:r>
        <w:rPr>
          <w:sz w:val="20"/>
        </w:rPr>
        <w:t>28:31  mein. is mein ek thi jhuggi jhopdi ki aurat, safai karmchari wali, aur ek thi kothi wali. jo jhuggi jhopdi wali ne kaha ke bibi ji, tum ko apni kothi ka nasha hai to hum ko apni jhuggi jhopdi ka nasha hai,</w:t>
      </w:r>
      <w:r>
        <w:br/>
      </w:r>
      <w:r>
        <w:rPr>
          <w:sz w:val="20"/>
        </w:rPr>
        <w:t>28:49  tum ko apni amiri ka nasha hai to hum ko apni gharibi ka nasha hai. har insaan apni barhai mein jeeta hai. yaad rakhiye,</w:t>
      </w:r>
      <w:r>
        <w:br/>
      </w:r>
      <w:r>
        <w:rPr>
          <w:sz w:val="20"/>
        </w:rPr>
        <w:t>28:59  yeh mere kaanon ne suna hai is conversation ko. aksar main yaad aata hai mujhe to main sochta hoon ke har aadmi apni barhai mein jeeta hai, chahe wo chhota aadmi kyun na ho.</w:t>
      </w:r>
      <w:r>
        <w:br/>
      </w:r>
      <w:r>
        <w:rPr>
          <w:sz w:val="20"/>
        </w:rPr>
        <w:t>29:12  mein keh sakta hoon khuda اکبر se ke mein kisi ki بڑائی mein nahin jeeta, apni بڑائی mein bhi nahin jeeta. is liye mujhe wahan jab mein rapoor mein dekha, maine wahan ka nature, wahan ka scene, har taraf mujhe khuda ka noor dikhai diya.</w:t>
      </w:r>
      <w:r>
        <w:br/>
      </w:r>
      <w:r>
        <w:rPr>
          <w:sz w:val="20"/>
        </w:rPr>
        <w:t>29:31  un sahib woh jeete thay kisi buzurg ki بڑائی mein, unhein buzurg ka noor dikhai diya. mein jeeta tha khuda ki بڑائی mein, mujhe khuda ki بڑائی dikhai di.</w:t>
      </w:r>
      <w:r>
        <w:br/>
      </w:r>
      <w:r>
        <w:rPr>
          <w:sz w:val="20"/>
        </w:rPr>
        <w:t>29:42  to yaad rakhiye, pehli condition jo hai woh yeh hai ke doosri yeh bhi greatness hai, including yourself, is ko aap ko eliminate karna parega,</w:t>
      </w:r>
      <w:r>
        <w:br/>
      </w:r>
      <w:r>
        <w:rPr>
          <w:sz w:val="20"/>
        </w:rPr>
        <w:t>29:58  nahin to aap khuda ko nahin paayenge,</w:t>
      </w:r>
    </w:p>
    <w:p>
      <w:pPr>
        <w:pStyle w:val="Heading2"/>
      </w:pPr>
      <w:r>
        <w:t>Mutual respect, not mutual recognition, ends religious conflict</w:t>
      </w:r>
    </w:p>
    <w:p>
      <w:r>
        <w:rPr>
          <w:color w:val="666666"/>
          <w:sz w:val="18"/>
        </w:rPr>
        <w:t>About Deconditioning April 6, 2008 · 5m 01s · at 30:01 · https://youtu.be/CaCcbaMubWs?t=1801</w:t>
      </w:r>
    </w:p>
    <w:p>
      <w:r>
        <w:rPr>
          <w:i/>
        </w:rPr>
        <w:t>“In a multi-religion world, we need a formula for peace.”</w:t>
      </w:r>
    </w:p>
    <w:p>
      <w:r>
        <w:rPr>
          <w:sz w:val="20"/>
        </w:rPr>
        <w:t>30:01  phir teesri baat unhone kahi, woh bhi wahi thi ke log conditioned hain ek cheez mein, wahi wahi soch paate hain.</w:t>
      </w:r>
      <w:r>
        <w:br/>
      </w:r>
      <w:r>
        <w:rPr>
          <w:sz w:val="20"/>
        </w:rPr>
        <w:t>30:10  unhone kaha ke dunya mein bohat se religion hain aur ab to aap jante hain ke har jagah multi religion society ban gayi hai.</w:t>
      </w:r>
      <w:r>
        <w:br/>
      </w:r>
      <w:r>
        <w:rPr>
          <w:sz w:val="20"/>
        </w:rPr>
        <w:t>30:20  pehlay zamanay mein move mein movement bohat kam hota tha to kisi ek jagah ek religion ke log reh sakte thay, ab to har jagah har religion ke log hain.</w:t>
      </w:r>
      <w:r>
        <w:br/>
      </w:r>
      <w:r>
        <w:rPr>
          <w:sz w:val="20"/>
        </w:rPr>
        <w:t>30:30  to humein yeh maanna pare ga koi aisa formula jo different religion mein commonality bataye,</w:t>
      </w:r>
      <w:r>
        <w:br/>
      </w:r>
      <w:r>
        <w:rPr>
          <w:sz w:val="20"/>
        </w:rPr>
        <w:t>30:41  yani yeh bhi religion theek, woh bhi religion theek, aisa koi formula nikalna pare ga, nahi to nahi to society mein clash hota rahe ga, takraao hota rahe ga.</w:t>
      </w:r>
      <w:r>
        <w:br/>
      </w:r>
      <w:r>
        <w:rPr>
          <w:sz w:val="20"/>
        </w:rPr>
        <w:t>30:51  to commonality different religion mein humein nikalni pare gi, warna warna social world of society jo hai, peace par kaise hum qaim kar paayein ge?</w:t>
      </w:r>
      <w:r>
        <w:br/>
      </w:r>
      <w:r>
        <w:rPr>
          <w:sz w:val="20"/>
        </w:rPr>
        <w:t>31:05  yeh unhone kaha.</w:t>
      </w:r>
      <w:r>
        <w:br/>
      </w:r>
      <w:r>
        <w:rPr>
          <w:sz w:val="20"/>
        </w:rPr>
        <w:t>31:06  main ne kaha yeh bhi conditioning ka maamla hai ke yeh bohat se log yahi kehte rahe hain pichlay so do so saal mein ke har religion ko sacha maano, tab ja kar ke society mein peace aaye ga, warna takraao hota rahe ga.</w:t>
      </w:r>
      <w:r>
        <w:br/>
      </w:r>
      <w:r>
        <w:rPr>
          <w:sz w:val="20"/>
        </w:rPr>
        <w:t>31:22  to main ne kaha ke aap is formula ko apply kijiye, yahan in comparison that we understand.</w:t>
      </w:r>
      <w:r>
        <w:br/>
      </w:r>
      <w:r>
        <w:rPr>
          <w:sz w:val="20"/>
        </w:rPr>
        <w:t>31:32  to ek hi religious, ek yani ek society jahan ek hi religion ke log hain, wahan kyun takraao hota hai? ab dekhiye ke Maha Bharat jo hui, dono taraf ek hi religion ke log thay,</w:t>
      </w:r>
      <w:r>
        <w:br/>
      </w:r>
      <w:r>
        <w:rPr>
          <w:sz w:val="20"/>
        </w:rPr>
        <w:t>31:46  yani Maha Bharat jo maani jaati hai India mein, is mein dono side mein ek hi religion ke log thay. kyun takraao hua in mein? Europe mein jo first world war hui, second world war hui, is mein dono taraf ek hi religion ke log thay.</w:t>
      </w:r>
      <w:r>
        <w:br/>
      </w:r>
      <w:r>
        <w:rPr>
          <w:sz w:val="20"/>
        </w:rPr>
        <w:t>32:01  phir kyun takraao hua? phir kyuun bhi laraiyan huien? to main ne kaha ke yani takraao ya clash ya larai ka taluq is se nahi ke religion ek sab log maanein to nahi hoga, nahi, is ka taluq state of mind se hai.</w:t>
      </w:r>
      <w:r>
        <w:br/>
      </w:r>
      <w:r>
        <w:rPr>
          <w:sz w:val="20"/>
        </w:rPr>
        <w:t>32:21  aap ke mind mein agar tolerance hai, agar sehan shilta hai, tahammul hai to larai nahi karein ge. aap,</w:t>
      </w:r>
      <w:r>
        <w:br/>
      </w:r>
      <w:r>
        <w:rPr>
          <w:sz w:val="20"/>
        </w:rPr>
        <w:t>32:31  aap ka, aap ka yani yeh yani is baat ko maanna ke humein peaceful tareeqay se rehna hai, humein tolerate kar ke rehna hai, humein ignore kar ke rehna hai.</w:t>
      </w:r>
      <w:r>
        <w:br/>
      </w:r>
      <w:r>
        <w:rPr>
          <w:sz w:val="20"/>
        </w:rPr>
        <w:t>32:44  agar aap ka mind is is formulay bana hua ho to aap takrao nahi karenge, warna aik hi religion ke log aapas mein takrao karte hain. aap pakistan mein dekh lijiye, sab aik hi religion ke hain aur wahan laraian ho rahi hain.</w:t>
      </w:r>
      <w:r>
        <w:br/>
      </w:r>
      <w:r>
        <w:rPr>
          <w:sz w:val="20"/>
        </w:rPr>
        <w:t>32:58  daily news aati hai iraq se</w:t>
      </w:r>
      <w:r>
        <w:br/>
      </w:r>
      <w:r>
        <w:rPr>
          <w:sz w:val="20"/>
        </w:rPr>
        <w:t>33:00  , aik aik religion ke log doosre religion ko maar rahe hain. har jagah aap lanka mein dekh lijiye, aap har jagah dekh lijiye, south east india mein dekh lijiye,</w:t>
      </w:r>
      <w:r>
        <w:br/>
      </w:r>
      <w:r>
        <w:rPr>
          <w:sz w:val="20"/>
        </w:rPr>
        <w:t>33:14  assam ke area mein to aik hi religion ke log doosre ko maar rahe hain. poori history mein maarte rahe hain, poori history mein.</w:t>
      </w:r>
      <w:r>
        <w:br/>
      </w:r>
      <w:r>
        <w:rPr>
          <w:sz w:val="20"/>
        </w:rPr>
        <w:t>33:24  to yeh koi baat nahi hai ke aap agar maan lein ke har religion sacha hai to is se aapas ka jhagda khatam ho jayega. is ka is se koi talluq nahi hai.</w:t>
      </w:r>
      <w:r>
        <w:br/>
      </w:r>
      <w:r>
        <w:rPr>
          <w:sz w:val="20"/>
        </w:rPr>
        <w:t>33:34  islam mein is ka best formula diya gaya hai ke "lakum deenukum wa li deen". "for me for you your religion for me mind".</w:t>
      </w:r>
      <w:r>
        <w:br/>
      </w:r>
      <w:r>
        <w:rPr>
          <w:sz w:val="20"/>
        </w:rPr>
        <w:t>33:47  is ka matlab hai ke is maamle mein islam ka jo formula hai, woh base karta hai mutual respect par, na ke mutual recognition par.</w:t>
      </w:r>
      <w:r>
        <w:br/>
      </w:r>
      <w:r>
        <w:rPr>
          <w:sz w:val="20"/>
        </w:rPr>
        <w:t>33:56  ka do formulay hain: mutual recognition aur mutual respect. mutual recognition jo hai, is se takrao nahi khatam hota.</w:t>
      </w:r>
      <w:r>
        <w:br/>
      </w:r>
      <w:r>
        <w:rPr>
          <w:sz w:val="20"/>
        </w:rPr>
        <w:t>34:07  takrao khatam hota hai mutual respect se.</w:t>
      </w:r>
      <w:r>
        <w:br/>
      </w:r>
      <w:r>
        <w:rPr>
          <w:sz w:val="20"/>
        </w:rPr>
        <w:t>34:10  yani aap respect ko aik aik aisi baat samjhein ke har haal mein aap ko doosre ka respect karna hai, har haal mein aap ko aap ko apne aap ko thaam kar rakhna hai, har haal mein aap ko sehan shilta aur sabr aur tahammul aur patience aur avoidance se kaam lena hai.</w:t>
      </w:r>
      <w:r>
        <w:br/>
      </w:r>
      <w:r>
        <w:rPr>
          <w:sz w:val="20"/>
        </w:rPr>
        <w:t>34:30  to phir peace ayega. is ka mazhab se koi talluq nahi hai, is ka talluq hai aap ki soch se, state of mind se.</w:t>
      </w:r>
      <w:r>
        <w:br/>
      </w:r>
      <w:r>
        <w:rPr>
          <w:sz w:val="20"/>
        </w:rPr>
        <w:t>34:40  to behal is ko bhi woh maan gaye. woh mein samajhta hoon ke european log jo hain, un mein bari anokhi baat hoti hai ke woh woh objective thinking un ke andar hoti hai.</w:t>
      </w:r>
      <w:r>
        <w:br/>
      </w:r>
      <w:r>
        <w:rPr>
          <w:sz w:val="20"/>
        </w:rPr>
        <w:t>34:53  agar aap logic pesh kar dein un ke samne to phir woh phir tautology nahi karte, woh phir baat ko maan lete hain.</w:t>
      </w:r>
      <w:r>
        <w:br/>
      </w:r>
      <w:r>
        <w:rPr>
          <w:sz w:val="20"/>
        </w:rPr>
        <w:t>35:03  khair to mein yeh keh raha tha ke insan paida hota hai aik environment mein, aik ghar mein, aik society mein, institutions hote hain, wahan woh parhta hai to different qism ke us ko experience hote hain,</w:t>
      </w:r>
    </w:p>
    <w:p>
      <w:pPr>
        <w:pStyle w:val="Heading2"/>
      </w:pPr>
      <w:r>
        <w:t>Being wrongly called arrogant for not greeting people</w:t>
      </w:r>
    </w:p>
    <w:p>
      <w:r>
        <w:rPr>
          <w:color w:val="666666"/>
          <w:sz w:val="18"/>
        </w:rPr>
        <w:t>Process of Intellectual Development March 23, 2008 · 3m 30s · at 15:55 · https://youtu.be/nrFnOc8C9JM?t=955</w:t>
      </w:r>
    </w:p>
    <w:p>
      <w:r>
        <w:rPr>
          <w:i/>
        </w:rPr>
        <w:t>“1967 mein main Delhi aaya, purane Delhi mein rehta tha”</w:t>
      </w:r>
    </w:p>
    <w:p>
      <w:r>
        <w:rPr>
          <w:sz w:val="20"/>
        </w:rPr>
        <w:t>15:55  to mein aap ko ek example doon, yeh samajhne ke liye. mein is se pehle dilli mein aaya, 67 mein.</w:t>
      </w:r>
      <w:r>
        <w:br/>
      </w:r>
      <w:r>
        <w:rPr>
          <w:sz w:val="20"/>
        </w:rPr>
        <w:t>16:06  to purane dilli mein rehta tha, ek ek ek badi building thi, ek office tha wahan par, ek paper ka, wahan mein rehta tha.</w:t>
      </w:r>
      <w:r>
        <w:br/>
      </w:r>
      <w:r>
        <w:rPr>
          <w:sz w:val="20"/>
        </w:rPr>
        <w:t>16:18  to daily mein kya karta tha? apne kamre mein hoon, jo mujhe pata hai, office wahan diya gaya tha. azan hui to mein nikla, aur masjid gaya.</w:t>
      </w:r>
      <w:r>
        <w:br/>
      </w:r>
      <w:r>
        <w:rPr>
          <w:sz w:val="20"/>
        </w:rPr>
        <w:t>16:28  masjid mein namaz parh ke phir office mein aa gaya. to mera daily ka routine tha. kahin mein jata nahi tha, mujhe koi shauk nahi. idhar udhar jo log chaye pi rahe hain, gup kar rahe hain, mein us mein nahi baithta tha kabhi.</w:t>
      </w:r>
      <w:r>
        <w:br/>
      </w:r>
      <w:r>
        <w:rPr>
          <w:sz w:val="20"/>
        </w:rPr>
        <w:t>16:43  kamre se masjid, masjid se kamra.</w:t>
      </w:r>
      <w:r>
        <w:br/>
      </w:r>
      <w:r>
        <w:rPr>
          <w:sz w:val="20"/>
        </w:rPr>
        <w:t>16:46  meri aadat yeh thi ke mein jab kamre se nikalta tha to sar jhukaya jata tha, phir sar jhukaye wapas aata tha. jante hain kya hua?</w:t>
      </w:r>
      <w:r>
        <w:br/>
      </w:r>
      <w:r>
        <w:rPr>
          <w:sz w:val="20"/>
        </w:rPr>
        <w:t>16:59  mere bare mein yeh mashhoor ho gaya wahan, baad ko logon ne bataya mujhe ke aadmi bara maghroor aadmi hai, arrogant aadmi hai. kisi ko khatir mein nahi leta, kisi ko salam nahi karta.</w:t>
      </w:r>
      <w:r>
        <w:br/>
      </w:r>
      <w:r>
        <w:rPr>
          <w:sz w:val="20"/>
        </w:rPr>
        <w:t>17:09  kyun ke mein salam kiye baghair chala jata hoon.</w:t>
      </w:r>
      <w:r>
        <w:br/>
      </w:r>
      <w:r>
        <w:rPr>
          <w:sz w:val="20"/>
        </w:rPr>
        <w:t>17:15  ab dekhiye, is is waqeye mein ek negative tha, ek positive tha. negative yeh tha ke aadmi shayad arrogant hai, is liye salam nahi karta kisi ko.</w:t>
      </w:r>
      <w:r>
        <w:br/>
      </w:r>
      <w:r>
        <w:rPr>
          <w:sz w:val="20"/>
        </w:rPr>
        <w:t>17:29  doosra kya tha? mein us ko distraction samajhta hoon ke log kaam kar rahe hain, mein kahoon "assalam o alaikum". "assalam o alaikum". yeh distraction hai.</w:t>
      </w:r>
      <w:r>
        <w:br/>
      </w:r>
      <w:r>
        <w:rPr>
          <w:sz w:val="20"/>
        </w:rPr>
        <w:t>17:39  mein us ko crime samajhta hoon, crime. phir aap chup chap aaiye, chup chap chale jaiye</w:t>
      </w:r>
      <w:r>
        <w:br/>
      </w:r>
      <w:r>
        <w:rPr>
          <w:sz w:val="20"/>
        </w:rPr>
        <w:t>17:44  aap logon ko distract kyun karte hain?</w:t>
      </w:r>
      <w:r>
        <w:br/>
      </w:r>
      <w:r>
        <w:rPr>
          <w:sz w:val="20"/>
        </w:rPr>
        <w:t>17:49  wahan par das aadmi, bees aadmi kaam kar rahe hain, har aadmi apne apne busy hai, apne mez par kaam kar raha hai. ab aap kahain "assalam o alaikum". "assalam o alaikum". to mein us ko samajhta hoon distraction.</w:t>
      </w:r>
      <w:r>
        <w:br/>
      </w:r>
      <w:r>
        <w:rPr>
          <w:sz w:val="20"/>
        </w:rPr>
        <w:t>18:02  to distraction se bachne ke liye aisi jagah par mein "assalam o alaikum" nahi kehta.</w:t>
      </w:r>
      <w:r>
        <w:br/>
      </w:r>
      <w:r>
        <w:rPr>
          <w:sz w:val="20"/>
        </w:rPr>
        <w:t>18:09  ab dekhiye ke mein kar raha tha ek kaam achhe, yani achhe intention se, us ko unhon ne kya liya?</w:t>
      </w:r>
      <w:r>
        <w:br/>
      </w:r>
      <w:r>
        <w:rPr>
          <w:sz w:val="20"/>
        </w:rPr>
        <w:t>18:21  bad intention khane mein daal diya. is mein kya hai? agar aap aisa karen ke concerned person se milen, us se poochhen ke tum aisa kyun karte ho?</w:t>
      </w:r>
      <w:r>
        <w:br/>
      </w:r>
      <w:r>
        <w:rPr>
          <w:sz w:val="20"/>
        </w:rPr>
        <w:t>18:36  to woh explain karega. to aap ki misunderstanding khatam ho jayegi. is negativity se apne ko bachane ke liye hai ke ya to aap khud itna zyada intellectually developed hon, intellectually itna awakened hon ke khud hi khud explain kar len.</w:t>
      </w:r>
      <w:r>
        <w:br/>
      </w:r>
      <w:r>
        <w:rPr>
          <w:sz w:val="20"/>
        </w:rPr>
        <w:t>18:55  aur agar aap itna zyada intellectual development aap ka itna zyada nahi hua hai to kam az kam poochhen us aadmi se</w:t>
      </w:r>
      <w:r>
        <w:br/>
      </w:r>
      <w:r>
        <w:rPr>
          <w:sz w:val="20"/>
        </w:rPr>
        <w:t>19:03  jis ke bare mein aap mis understanding ka shikar ho rahe hain. to na log na yeh karte, na woh karte. aap foran kya karte hain?</w:t>
      </w:r>
      <w:r>
        <w:br/>
      </w:r>
      <w:r>
        <w:rPr>
          <w:sz w:val="20"/>
        </w:rPr>
        <w:t>19:13  ke ek ulta rai bana lenge.</w:t>
      </w:r>
      <w:r>
        <w:br/>
      </w:r>
      <w:r>
        <w:rPr>
          <w:sz w:val="20"/>
        </w:rPr>
        <w:t>19:20  yahi hai intellectual development ka tareeqa.</w:t>
      </w:r>
    </w:p>
    <w:p>
      <w:pPr>
        <w:pStyle w:val="Heading2"/>
      </w:pPr>
      <w:r>
        <w:t>Hagar's sacrifice led to freedom through Islam</w:t>
      </w:r>
    </w:p>
    <w:p>
      <w:r>
        <w:rPr>
          <w:color w:val="666666"/>
          <w:sz w:val="18"/>
        </w:rPr>
        <w:t>Journey to Civilization November 8, 2009 · 5m 45s · at 18:21 · https://youtu.be/vh_AEKFhtxk?t=1101</w:t>
      </w:r>
    </w:p>
    <w:p>
      <w:r>
        <w:rPr>
          <w:i/>
        </w:rPr>
        <w:t>“Sab se bada is mein yogdaan jo tha, woh Hajira ka tha”</w:t>
      </w:r>
    </w:p>
    <w:p>
      <w:r>
        <w:rPr>
          <w:sz w:val="20"/>
        </w:rPr>
        <w:t>18:21  to sab se bada is mein yougdan jo tha, woh Hajra ka tha ke kaise chhote bachche ko le kar desert mein reh padi woh. aur ek is do hazar saal lage ek generation banne mein, yaani production, reproduction, yaani tulad aur tawassul ke zariye.</w:t>
      </w:r>
      <w:r>
        <w:br/>
      </w:r>
      <w:r>
        <w:rPr>
          <w:sz w:val="20"/>
        </w:rPr>
        <w:t>18:41  to ek lambi kahani hai yeh. is ka ek hissa woh tha jab ke aap do rock ke beech mein dodi theen paani ki talash mein, Safa Marwa Mecca ke paas.</w:t>
      </w:r>
      <w:r>
        <w:br/>
      </w:r>
      <w:r>
        <w:rPr>
          <w:sz w:val="20"/>
        </w:rPr>
        <w:t>18:53  to aaj jo log jaate hain hajj karne ke liye ya umrah karne ke liye, to woh daudte hain, yaani sa'ee karte hain. sa'ee ka matlab kya hai? brisk walk.</w:t>
      </w:r>
      <w:r>
        <w:br/>
      </w:r>
      <w:r>
        <w:rPr>
          <w:sz w:val="20"/>
        </w:rPr>
        <w:t>19:03  brisk walk ka matlab hota hai sa'ee. to Safa Marwa ke darmiyan woh brisk walk karte hain saat baar. yeh kya hai? yeh Hajra ke doorstep par chalna hai.</w:t>
      </w:r>
      <w:r>
        <w:br/>
      </w:r>
      <w:r>
        <w:rPr>
          <w:sz w:val="20"/>
        </w:rPr>
        <w:t>19:16  log jaate hain har saal hajj karne, umrah karne ke liye, koi kuch samajhta nahi is raaz ko ke yeh kya cheez hai. sa'ee karte hain ek ritual ke taur par.</w:t>
      </w:r>
      <w:r>
        <w:br/>
      </w:r>
      <w:r>
        <w:rPr>
          <w:sz w:val="20"/>
        </w:rPr>
        <w:t>19:25  yeh nahi sochte ke yeh Hajra ke doorstep par hum kyun chal rahe hain. Hajra ka role bahut hi bada role hai. main samajhta hoon ke jo saying hai, "the women at the beginning of all great things", us mein number one jis lady ka naam aata hai, woh Hajra hai.</w:t>
      </w:r>
      <w:r>
        <w:br/>
      </w:r>
      <w:r>
        <w:rPr>
          <w:sz w:val="20"/>
        </w:rPr>
        <w:t>19:42  "the women at the beginning of all great things" mein poori poori poori history mein number one jo khatoon hai, woh Hajra hai.</w:t>
      </w:r>
      <w:r>
        <w:br/>
      </w:r>
      <w:r>
        <w:rPr>
          <w:sz w:val="20"/>
        </w:rPr>
        <w:t>19:52  unhon ne kya kiya? unhon ne ek bahut ek ek aisi sacrifice di, jis jis jis sacrifice ki koi poori history mein koi misaal maujood nahi hai.</w:t>
      </w:r>
      <w:r>
        <w:br/>
      </w:r>
      <w:r>
        <w:rPr>
          <w:sz w:val="20"/>
        </w:rPr>
        <w:t>20:08  unprecedented sacrifice ke desert mein bachche ko rehne lage le kar. to bachcha kuch dinon ke baad us ne shadi ki, phir kya hua?</w:t>
      </w:r>
      <w:r>
        <w:br/>
      </w:r>
      <w:r>
        <w:rPr>
          <w:sz w:val="20"/>
        </w:rPr>
        <w:t>20:17  kya hua? main ne bataya is qisse ko. to do hazar saal lage is do insanon se ek generation banne mein. ek generation bani.</w:t>
      </w:r>
      <w:r>
        <w:br/>
      </w:r>
      <w:r>
        <w:rPr>
          <w:sz w:val="20"/>
        </w:rPr>
        <w:t>20:27  yeh thi deconditioned generation. us ko ek likha hai ek orientalist ne, ek European scholar ne ke ke yeh nation of heroes the.</w:t>
      </w:r>
      <w:r>
        <w:br/>
      </w:r>
      <w:r>
        <w:rPr>
          <w:sz w:val="20"/>
        </w:rPr>
        <w:t>20:39  yeh log, yeh jo bane Hajra aur Ismail ke zariye se, to yeh nation of hero, unhi ka ek aadmi hero tha. is ka main yeh kahunga ke zyada better word yeh hai ke woh deconditioned log the.</w:t>
      </w:r>
      <w:r>
        <w:br/>
      </w:r>
      <w:r>
        <w:rPr>
          <w:sz w:val="20"/>
        </w:rPr>
        <w:t>20:50  woh un ki auraten deconditioned theen, un ke mard deconditioned the. to yeh deconditioned generation thi. phir kya hua?</w:t>
      </w:r>
      <w:r>
        <w:br/>
      </w:r>
      <w:r>
        <w:rPr>
          <w:sz w:val="20"/>
        </w:rPr>
        <w:t>21:00  is yeh jo generation thi, us se isi mein se paida hue Paighambar e Islam sallallahu alaihi wasallam. aap ne is mein kaam kiya, kaam kar ke un mein se aadmi chhanTe.</w:t>
      </w:r>
      <w:r>
        <w:br/>
      </w:r>
      <w:r>
        <w:rPr>
          <w:sz w:val="20"/>
        </w:rPr>
        <w:t>21:12  phir aap ne ek team banayi jis ko hum kehte hain Ashab e Rasool. Ashab e Rasool kya hain? un deconditioned logon mein se chhanTe hue log, nikale hue logon ki ek team thi, selected team.</w:t>
      </w:r>
      <w:r>
        <w:br/>
      </w:r>
      <w:r>
        <w:rPr>
          <w:sz w:val="20"/>
        </w:rPr>
        <w:t>21:25  phir unhon ne kya kiya? bahut bada kaam kiya jo history mein kisi ne nahi kiya tha. dekhiye, nature worship jo thi, us zamane mein usi se related ek ek kya jo evil aa gayi thi, woh thi despotism, kingship.</w:t>
      </w:r>
      <w:r>
        <w:br/>
      </w:r>
      <w:r>
        <w:rPr>
          <w:sz w:val="20"/>
        </w:rPr>
        <w:t>21:41  to bare is zamane mein badshah hua karte the. badshah ko log khuda mante the, is ko pujte the. un badshahon ne dunya mein freedom ko khatm kar diya tha.</w:t>
      </w:r>
      <w:r>
        <w:br/>
      </w:r>
      <w:r>
        <w:rPr>
          <w:sz w:val="20"/>
        </w:rPr>
        <w:t>21:54  der waz no freedom during that period. jab dunya mein despotic king the to freedom nahi hoti thi bilkul. aur jab freedom nahi hai to research nahi hai, freedom nahi to koi discovery nahi, freedom nahi to koi revolution nahi.</w:t>
      </w:r>
      <w:r>
        <w:br/>
      </w:r>
      <w:r>
        <w:rPr>
          <w:sz w:val="20"/>
        </w:rPr>
        <w:t>22:10  do bare bare is zamane mein woh the political pillar, do emperor: irani emperor, roman emperor.</w:t>
      </w:r>
      <w:r>
        <w:br/>
      </w:r>
      <w:r>
        <w:rPr>
          <w:sz w:val="20"/>
        </w:rPr>
        <w:t>22:20  irani</w:t>
      </w:r>
      <w:r>
        <w:br/>
      </w:r>
      <w:r>
        <w:rPr>
          <w:sz w:val="20"/>
        </w:rPr>
        <w:t>22:24  empire aur roman empire, in ko samajh aata tha ke yeh yeh pahaar hain, in se jo takrayega woh khud paash paash ho jayega.</w:t>
      </w:r>
      <w:r>
        <w:br/>
      </w:r>
      <w:r>
        <w:rPr>
          <w:sz w:val="20"/>
        </w:rPr>
        <w:t>22:35  lekin yeh jo rasool Allah ne jo team banai thi ashaab rasool ki, yeh in se takraye aur dono dono chatanon ko khatm kar diya.</w:t>
      </w:r>
      <w:r>
        <w:br/>
      </w:r>
      <w:r>
        <w:rPr>
          <w:sz w:val="20"/>
        </w:rPr>
        <w:t>22:45  in political chatanon ko. is ko bohat is ki jis study ki hai, ek france ke ek ek ek historian ne, is ka naam hai henry piren.</w:t>
      </w:r>
      <w:r>
        <w:br/>
      </w:r>
      <w:r>
        <w:rPr>
          <w:sz w:val="20"/>
        </w:rPr>
        <w:t>22:56  henry piren french historian hai, is ki kitab mein french language mein hai, english mein bhi tarjuma hua in ka. to henry piren ne is ko batate hue likha hai ke "islam change da face of da glob,</w:t>
      </w:r>
      <w:r>
        <w:br/>
      </w:r>
      <w:r>
        <w:rPr>
          <w:sz w:val="20"/>
        </w:rPr>
        <w:t>23:13  da traditional order of history waz overthrown". yani yeh jo imperialism khatm hua, jo jo kingship khatm hui, despotic kings khatm hue, to dunya mein ek naya daur aa gaya,</w:t>
      </w:r>
      <w:r>
        <w:br/>
      </w:r>
      <w:r>
        <w:rPr>
          <w:sz w:val="20"/>
        </w:rPr>
        <w:t>23:31  freedom ka daur, tolerance ka daur, cheezon ko explore karne ka daur, potential ko actual banane ka daur. to isi ko woh kehta hai ke "islam change da face of da glob, da traditional order of history waz overthrown".</w:t>
      </w:r>
      <w:r>
        <w:br/>
      </w:r>
      <w:r>
        <w:rPr>
          <w:sz w:val="20"/>
        </w:rPr>
        <w:t>23:47  to pehla kaam hajra aur ismail ne kiya ke ek de condition, apni sacrifice se unhon ne ek de condition generation banai.</w:t>
      </w:r>
      <w:r>
        <w:br/>
      </w:r>
      <w:r>
        <w:rPr>
          <w:sz w:val="20"/>
        </w:rPr>
        <w:t>23:58  dusra kaam ashaab rasool ne kiya ke unhon ne is zamane ki jo political chatanen thin, is ko tod kar ke dunya mein freedom paida kiya.</w:t>
      </w:r>
    </w:p>
    <w:p>
      <w:pPr>
        <w:pStyle w:val="Heading2"/>
      </w:pPr>
      <w:r>
        <w:t>Big Bang proves God is Creator and Knower</w:t>
      </w:r>
    </w:p>
    <w:p>
      <w:r>
        <w:rPr>
          <w:color w:val="666666"/>
          <w:sz w:val="18"/>
        </w:rPr>
        <w:t>Al-Risala April 2018 (Urdu) · 5m 43s · at 1:04:53 · https://youtu.be/YhyV9Pr8sdA?t=3893</w:t>
      </w:r>
    </w:p>
    <w:p>
      <w:r>
        <w:rPr>
          <w:i/>
        </w:rPr>
        <w:t>“The Big Bang reveals the Creator's power and knowledge”</w:t>
      </w:r>
    </w:p>
    <w:p>
      <w:r>
        <w:rPr>
          <w:sz w:val="20"/>
        </w:rPr>
        <w:t>1:04:53  Aleem hai.</w:t>
      </w:r>
      <w:r>
        <w:br/>
      </w:r>
      <w:r>
        <w:rPr>
          <w:sz w:val="20"/>
        </w:rPr>
        <w:t>1:04:59  is silsile mein Quran ki aik aayat yeh hai: Awalam yakhluq al samaawaat wal arz bi qaadirin ala an yakhluqa</w:t>
      </w:r>
      <w:r>
        <w:br/>
      </w:r>
      <w:r>
        <w:rPr>
          <w:sz w:val="20"/>
        </w:rPr>
        <w:t>1:05:05  mithalahum bala wa huwa al Khallaq al Aleem yaani kya jis ne aasmanon aur zameen ko paida kiya, woh is par</w:t>
      </w:r>
      <w:r>
        <w:br/>
      </w:r>
      <w:r>
        <w:rPr>
          <w:sz w:val="20"/>
        </w:rPr>
        <w:t>1:05:11  qaadir nahi ke un jaiso ko paida kar de? Haan, woh qaadir hai aur wohi hai bada paida</w:t>
      </w:r>
      <w:r>
        <w:br/>
      </w:r>
      <w:r>
        <w:rPr>
          <w:sz w:val="20"/>
        </w:rPr>
        <w:t>1:05:17  karne wala, jaan ne wala. Is</w:t>
      </w:r>
      <w:r>
        <w:br/>
      </w:r>
      <w:r>
        <w:rPr>
          <w:sz w:val="20"/>
        </w:rPr>
        <w:t>1:05:23  aayat mein jis tarah Khallaq ya da great creator aaya hai, usi tarah is mein Aleem se muraad</w:t>
      </w:r>
      <w:r>
        <w:br/>
      </w:r>
      <w:r>
        <w:rPr>
          <w:sz w:val="20"/>
        </w:rPr>
        <w:t>1:05:29  Allam, da great knower hai.</w:t>
      </w:r>
      <w:r>
        <w:br/>
      </w:r>
      <w:r>
        <w:rPr>
          <w:sz w:val="20"/>
        </w:rPr>
        <w:t>1:05:35  is ka matlab yeh hai ke Allah Rabbul Aalameen Khallaq aur Allam hai.</w:t>
      </w:r>
      <w:r>
        <w:br/>
      </w:r>
      <w:r>
        <w:rPr>
          <w:sz w:val="20"/>
        </w:rPr>
        <w:t>1:05:41  Allah ki paida ki hui kainat apne aap mein is ka suboot hai.</w:t>
      </w:r>
      <w:r>
        <w:br/>
      </w:r>
      <w:r>
        <w:rPr>
          <w:sz w:val="20"/>
        </w:rPr>
        <w:t>1:05:47  is haqeeqat ki taraf Quran ki aik aayat mein is tarah ishara kiya gaya hai: Awalam</w:t>
      </w:r>
      <w:r>
        <w:br/>
      </w:r>
      <w:r>
        <w:rPr>
          <w:sz w:val="20"/>
        </w:rPr>
        <w:t>1:05:53  یر الذین کفرو ان السماوات والارض کانتا رتقا ففتقناہما وجعلنا من الماء کل شی حی افلا یومنون yani kya inkar karne walon ne nahi dekha ke aasman aur zameen dono ratq ki halat mein thay? phir hum ne un ko fatah kiya aur hum ne pani se har jandar cheez ko banaya. kya phir bhi woh iman nahi late? rat</w:t>
      </w:r>
      <w:r>
        <w:br/>
      </w:r>
      <w:r>
        <w:rPr>
          <w:sz w:val="20"/>
        </w:rPr>
        <w:t>1:06:23  yakhluq ka matlab hai munazzam al ajzaa ya joint together, aur fatq ka matlab hai phaadna, to tear apart.</w:t>
      </w:r>
      <w:r>
        <w:br/>
      </w:r>
      <w:r>
        <w:rPr>
          <w:sz w:val="20"/>
        </w:rPr>
        <w:t>1:06:29  is aayat ki ibtida mein: Awalam yakhluq allatheena kafaroo kya inkaar karne walon ne nahi dekha ke alfaaz aaye</w:t>
      </w:r>
      <w:r>
        <w:br/>
      </w:r>
      <w:r>
        <w:rPr>
          <w:sz w:val="20"/>
        </w:rPr>
        <w:t>1:06:35  hain? Is mein ishara yeh hai ke ratq aur fatq ka yeh waqea insaan ke liye mushahde ke</w:t>
      </w:r>
      <w:r>
        <w:br/>
      </w:r>
      <w:r>
        <w:rPr>
          <w:sz w:val="20"/>
        </w:rPr>
        <w:t>1:06:41  darje mein aik maloom waqea hai.</w:t>
      </w:r>
      <w:r>
        <w:br/>
      </w:r>
      <w:r>
        <w:rPr>
          <w:sz w:val="20"/>
        </w:rPr>
        <w:t>1:06:47  beesveen sadi eesvi mein yeh</w:t>
      </w:r>
      <w:r>
        <w:br/>
      </w:r>
      <w:r>
        <w:rPr>
          <w:sz w:val="20"/>
        </w:rPr>
        <w:t>1:06:53  waqea scientific daryaafto ke nateeje mein ilmi taur par aik maloom waqea ban chuka hai, jis ko aam</w:t>
      </w:r>
      <w:r>
        <w:br/>
      </w:r>
      <w:r>
        <w:rPr>
          <w:sz w:val="20"/>
        </w:rPr>
        <w:t>1:06:59  zabaan mein big bang kaha jata hai.</w:t>
      </w:r>
      <w:r>
        <w:br/>
      </w:r>
      <w:r>
        <w:rPr>
          <w:sz w:val="20"/>
        </w:rPr>
        <w:t>1:07:05  scientific daryaaft ke mutabiq big bang ka waqea taqreeban 13 billion saal pehle khalaai space mein paish aaya.</w:t>
      </w:r>
      <w:r>
        <w:br/>
      </w:r>
      <w:r>
        <w:rPr>
          <w:sz w:val="20"/>
        </w:rPr>
        <w:t>1:07:11  is waqea ki jo tafseelaat science ne daryaaft ki hain, woh Quran ke bayan ki tasdeeq karte hain.</w:t>
      </w:r>
      <w:r>
        <w:br/>
      </w:r>
      <w:r>
        <w:rPr>
          <w:sz w:val="20"/>
        </w:rPr>
        <w:t>1:07:17  is daryaaft ke mutabiq big bang ka fl</w:t>
      </w:r>
      <w:r>
        <w:br/>
      </w:r>
      <w:r>
        <w:rPr>
          <w:sz w:val="20"/>
        </w:rPr>
        <w:t>1:07:23  kiyati waqea herat angez tor par is baat ka scientific suboot hai ke kainat ka paida karne wala</w:t>
      </w:r>
      <w:r>
        <w:br/>
      </w:r>
      <w:r>
        <w:rPr>
          <w:sz w:val="20"/>
        </w:rPr>
        <w:t>1:07:31  khallaq bhi hai aur allam bhi, yani woh azeem khaliq bhi hai aur azeem janne wala bhi.</w:t>
      </w:r>
      <w:r>
        <w:br/>
      </w:r>
      <w:r>
        <w:rPr>
          <w:sz w:val="20"/>
        </w:rPr>
        <w:t>1:07:39  kainat ka paida karne wala agar khallaq yani bara paida karne wala aur allam bara ilm wala na</w:t>
      </w:r>
      <w:r>
        <w:br/>
      </w:r>
      <w:r>
        <w:rPr>
          <w:sz w:val="20"/>
        </w:rPr>
        <w:t>1:07:46  ho to kainat ka wajood mein aana hi namumkin ho jata.</w:t>
      </w:r>
      <w:r>
        <w:br/>
      </w:r>
      <w:r>
        <w:rPr>
          <w:sz w:val="20"/>
        </w:rPr>
        <w:t>1:07:54  khallaq aur allam ke alfaaz sirf paidaish ki khabar nahi hain, balkeh woh paidaish ke waqie ki daleel bhi hain. Science ne jis kainti waqie ko daryaft kiya hai, woh yeh hai ke taqreeban 13 billion saal pehle achanak khala mein aik bohat bara atom zahir hua. Is super atom ke andar woh tamam particle maujood thay jin ke majmooay se maujooda kainat bani hai. P</w:t>
      </w:r>
      <w:r>
        <w:br/>
      </w:r>
      <w:r>
        <w:rPr>
          <w:sz w:val="20"/>
        </w:rPr>
        <w:t>1:08:24  har achanak is super atom mein bohat bara dhamaka hua.</w:t>
      </w:r>
      <w:r>
        <w:br/>
      </w:r>
      <w:r>
        <w:rPr>
          <w:sz w:val="20"/>
        </w:rPr>
        <w:t>1:08:30  is azeem dhamake ke baad super atom ke tamam particle ghair mamooli tezi ke sath khala mein dorne lage.</w:t>
      </w:r>
      <w:r>
        <w:br/>
      </w:r>
      <w:r>
        <w:rPr>
          <w:sz w:val="20"/>
        </w:rPr>
        <w:t>1:08:36  in ki raftaar bohat tez thi.</w:t>
      </w:r>
      <w:r>
        <w:br/>
      </w:r>
      <w:r>
        <w:rPr>
          <w:sz w:val="20"/>
        </w:rPr>
        <w:t>1:08:42  agar particle ka yeh inteshar isi tezi ke sath jari rehta to maujooda kainat ka banna namumkin tha,</w:t>
      </w:r>
      <w:r>
        <w:br/>
      </w:r>
      <w:r>
        <w:rPr>
          <w:sz w:val="20"/>
        </w:rPr>
        <w:t>1:08:48  kyun ke is ke tamam particle behad tezi ke sath khala mein munt</w:t>
      </w:r>
      <w:r>
        <w:br/>
      </w:r>
      <w:r>
        <w:rPr>
          <w:sz w:val="20"/>
        </w:rPr>
        <w:t>1:08:54  shir ho jatay.</w:t>
      </w:r>
      <w:r>
        <w:br/>
      </w:r>
      <w:r>
        <w:rPr>
          <w:sz w:val="20"/>
        </w:rPr>
        <w:t>1:08:59  in ka ijtima namumkin ho jata, is liye kainat ka banna bhi namumkin ho jata.</w:t>
      </w:r>
      <w:r>
        <w:br/>
      </w:r>
      <w:r>
        <w:rPr>
          <w:sz w:val="20"/>
        </w:rPr>
        <w:t>1:09:04  scientific daryaft batati hai ke super atom ke phatne ke baad kuch secondon ke andar particle ke inteshar</w:t>
      </w:r>
      <w:r>
        <w:br/>
      </w:r>
      <w:r>
        <w:rPr>
          <w:sz w:val="20"/>
        </w:rPr>
        <w:t>1:09:09  ki raftaar achanak kam ho gayi.</w:t>
      </w:r>
      <w:r>
        <w:br/>
      </w:r>
      <w:r>
        <w:rPr>
          <w:sz w:val="20"/>
        </w:rPr>
        <w:t>1:09:14  raftaar ka yeh kam ho jana behad aham tha, kyun ke isi ki wajah se muntashir particle dobara</w:t>
      </w:r>
      <w:r>
        <w:br/>
      </w:r>
      <w:r>
        <w:rPr>
          <w:sz w:val="20"/>
        </w:rPr>
        <w:t>1:09:19  mujtama hone lage aur</w:t>
      </w:r>
      <w:r>
        <w:br/>
      </w:r>
      <w:r>
        <w:rPr>
          <w:sz w:val="20"/>
        </w:rPr>
        <w:t>1:09:24  in ke ijtima se tamam sitare aur kahkeshayen aur shamsi nizam waghera wajood mein aaye.</w:t>
      </w:r>
      <w:r>
        <w:br/>
      </w:r>
      <w:r>
        <w:rPr>
          <w:sz w:val="20"/>
        </w:rPr>
        <w:t>1:09:30  yeh waqea batata hai ke jis hasti ne super atom mein yeh infijar barpa kiya, woh sab se</w:t>
      </w:r>
      <w:r>
        <w:br/>
      </w:r>
      <w:r>
        <w:rPr>
          <w:sz w:val="20"/>
        </w:rPr>
        <w:t>1:09:36  zyada taqatwar hone ke sath sab se bara janne wala bhi tha.</w:t>
      </w:r>
      <w:r>
        <w:br/>
      </w:r>
      <w:r>
        <w:rPr>
          <w:sz w:val="20"/>
        </w:rPr>
        <w:t>1:09:42  is waqea ka is ke khaliq ko peshgi ilm tha.</w:t>
      </w:r>
      <w:r>
        <w:br/>
      </w:r>
      <w:r>
        <w:rPr>
          <w:sz w:val="20"/>
        </w:rPr>
        <w:t>1:09:48  is ilm ke mutabiq is ne is mamle ki planning ki. secon</w:t>
      </w:r>
      <w:r>
        <w:br/>
      </w:r>
      <w:r>
        <w:rPr>
          <w:sz w:val="20"/>
        </w:rPr>
        <w:t>1:09:54  d ke fraction mein hone wale is waqea ka is ko peshgi ilm na hota to sari planning</w:t>
      </w:r>
      <w:r>
        <w:br/>
      </w:r>
      <w:r>
        <w:rPr>
          <w:sz w:val="20"/>
        </w:rPr>
        <w:t>1:10:08  abas ho jati aur kainat ka wajood mein aana namumkin ho jata.</w:t>
      </w:r>
      <w:r>
        <w:br/>
      </w:r>
      <w:r>
        <w:rPr>
          <w:sz w:val="20"/>
        </w:rPr>
        <w:t>1:10:22  yeh scientific daryaft Rab-ul-alameen ke khallaq o allam hone ka aik yaqini suboot hai.</w:t>
      </w:r>
    </w:p>
    <w:p>
      <w:pPr>
        <w:pStyle w:val="Heading2"/>
      </w:pPr>
      <w:r>
        <w:t>Cultural Islam vs. the Companions' living faith, with a real story</w:t>
      </w:r>
    </w:p>
    <w:p>
      <w:r>
        <w:rPr>
          <w:color w:val="666666"/>
          <w:sz w:val="18"/>
        </w:rPr>
        <w:t>The Oneness of God 19 July, 2009 · 5m 30s · at 1:18:29 · https://youtu.be/dAjxTrRiz0g?t=4709</w:t>
      </w:r>
    </w:p>
    <w:p>
      <w:r>
        <w:rPr>
          <w:i/>
        </w:rPr>
        <w:t>“Aaj ka jo Islam hai wo cultural Islam hai, wo Islam nahi jo sahaba ka Islam tha”</w:t>
      </w:r>
    </w:p>
    <w:p>
      <w:r>
        <w:rPr>
          <w:sz w:val="20"/>
        </w:rPr>
        <w:t>1:18:29  to is ki wajah kya hai? yeh maine parha aik aik shakhs ka, aik aik aik scholar ne likha hai ke ke religion begins as an ideology, but after some generations is reduced to a culture.</w:t>
      </w:r>
      <w:r>
        <w:br/>
      </w:r>
      <w:r>
        <w:rPr>
          <w:sz w:val="20"/>
        </w:rPr>
        <w:t>1:18:48  aaj ka jo islam hai woh cultural islam hai, woh islam nahin jo sahaba ka islam tha.</w:t>
      </w:r>
      <w:r>
        <w:br/>
      </w:r>
      <w:r>
        <w:rPr>
          <w:sz w:val="20"/>
        </w:rPr>
        <w:t>1:18:55  sahaba ka islam jo tha, us mein unhon ne in in in ko discovery hui khuda ki, un ko discovery hui sachai ki, un ko discovery hui ke yeh quran jo hai khuda ki kitab hai.</w:t>
      </w:r>
      <w:r>
        <w:br/>
      </w:r>
      <w:r>
        <w:rPr>
          <w:sz w:val="20"/>
        </w:rPr>
        <w:t>1:19:09  to un ka un ki jo starting thi woh discovery se hui thi. phir un ki zindagi mein aik aik change aaya, inqilaab aaya, aik revolution aaya. to phir un ke haan khuda ki barai thi, jannat ka ehsaas tha, jahannum ka ehsaas tha, sari baatein thi.</w:t>
      </w:r>
      <w:r>
        <w:br/>
      </w:r>
      <w:r>
        <w:rPr>
          <w:sz w:val="20"/>
        </w:rPr>
        <w:t>1:19:24  aaj ke musalman jo hain, jo sainkaron generation ke baad yeh musalman hain, to yeh to aik islam, aik in aik aik cultural islam hai.</w:t>
      </w:r>
      <w:r>
        <w:br/>
      </w:r>
      <w:r>
        <w:rPr>
          <w:sz w:val="20"/>
        </w:rPr>
        <w:t>1:19:35  is par woh hain, woh islam par nahin hain, woh mini mata ke islam par hain, hatta ke namaz bhi aik cultural part hai. main masjidon mein jata hoon to lagta hai ke yeh yeh point of socialization hai.</w:t>
      </w:r>
      <w:r>
        <w:br/>
      </w:r>
      <w:r>
        <w:rPr>
          <w:sz w:val="20"/>
        </w:rPr>
        <w:t>1:19:48  yeh masjid in ke liye aktha hui hai, baaz cheezein kar rahe hain, chale gaye. is</w:t>
      </w:r>
      <w:r>
        <w:br/>
      </w:r>
      <w:r>
        <w:rPr>
          <w:sz w:val="20"/>
        </w:rPr>
        <w:t>1:19:53  bar aik misaal bhi deta hoon aap ko sahaba ki aur is ka farq samajhne ke liye. sahaba ke baray mein aata hai ke jab woh aate the namaz parhne ke liye to namaz parh kar jab niklte the, woh to aik aik sahabi khamosh hota tha, chup chap masjid se nikla, bilkul chup chap ghar chala jata tha, woh baat nahin karta tha.</w:t>
      </w:r>
      <w:r>
        <w:br/>
      </w:r>
      <w:r>
        <w:rPr>
          <w:sz w:val="20"/>
        </w:rPr>
        <w:t>1:20:18  woh</w:t>
      </w:r>
      <w:r>
        <w:br/>
      </w:r>
      <w:r>
        <w:rPr>
          <w:sz w:val="20"/>
        </w:rPr>
        <w:t>1:20:20  aaj jab kisi bhi masjid mein aap jaiye, jab masjid musalman se niklte hain musalman to foran baat shuru ho jati hai. duniya ki baat hai, job ki baat, business ki baat, ghar ki baat, family ki baat.</w:t>
      </w:r>
      <w:r>
        <w:br/>
      </w:r>
      <w:r>
        <w:rPr>
          <w:sz w:val="20"/>
        </w:rPr>
        <w:t>1:20:34  yani sahaba jo namaz parhte the to us waqt un ko khuda yaad aata tha, jannat o jahannum ka ehsaas jagta tha, aur woh un ki dimagh chha jata tha.</w:t>
      </w:r>
      <w:r>
        <w:br/>
      </w:r>
      <w:r>
        <w:rPr>
          <w:sz w:val="20"/>
        </w:rPr>
        <w:t>1:20:45  isi chhaaye hue zehan ke tehat niklte hain dobara, isi ko soch rahe hain,</w:t>
      </w:r>
      <w:r>
        <w:br/>
      </w:r>
      <w:r>
        <w:rPr>
          <w:sz w:val="20"/>
        </w:rPr>
        <w:t>1:20:50  yani is khuda ke baray mein soch rahe hain, jannat ke baray mein soch rahe hain, jahannum ke baray mein soch rahe hain, akhirat ke pakad ke baray mein soch rahe hain. is ehsaas mein woh masjid se nikal ghar jate the.</w:t>
      </w:r>
      <w:r>
        <w:br/>
      </w:r>
      <w:r>
        <w:rPr>
          <w:sz w:val="20"/>
        </w:rPr>
        <w:t>1:21:00  woh ab kya hai? unhon ne bas aik rasam ada kar li, be soche samjhe, aik rituals ke tor par. to un ke in ke andar koi ehsaas nahin jaaga, un ke andar koi shaoor nahin jaaga.</w:t>
      </w:r>
      <w:r>
        <w:br/>
      </w:r>
      <w:r>
        <w:rPr>
          <w:sz w:val="20"/>
        </w:rPr>
        <w:t>1:21:15  to yeh yeh to yeh namaz ka hai, yeh to aik culture ka hissa hai. yeh bhi</w:t>
      </w:r>
      <w:r>
        <w:br/>
      </w:r>
      <w:r>
        <w:rPr>
          <w:sz w:val="20"/>
        </w:rPr>
        <w:t>1:21:20  to aaj ka musalman jo hai aik cultural islam par hai, isi liye is ka un ke haan woh sab baatein nahin hain jo sahaba ke haan hua karti theen. mein apna aik tajurba bataoon aap ko, bohat hi dardnak tajurba.</w:t>
      </w:r>
      <w:r>
        <w:br/>
      </w:r>
      <w:r>
        <w:rPr>
          <w:sz w:val="20"/>
        </w:rPr>
        <w:t>1:21:34  jab mein rampur mein tha to wahan par jahri namaz mein parhaya karta tha. aik masjid thi, us mein jahri namaz ke maani hotay hain,</w:t>
      </w:r>
      <w:r>
        <w:br/>
      </w:r>
      <w:r>
        <w:rPr>
          <w:sz w:val="20"/>
        </w:rPr>
        <w:t>1:21:45  yani khaas tor par isha aur fajar ki namaz, jis mein buland awaz se quran ki tilawat ki jati hai. to isha ki namaz aur fajar ki namaz mein parhaya karta tha.</w:t>
      </w:r>
      <w:r>
        <w:br/>
      </w:r>
      <w:r>
        <w:rPr>
          <w:sz w:val="20"/>
        </w:rPr>
        <w:t>1:21:57  to aik sahab thay jo bohat pabandi se atay thay namaz parhne ke liye masjid mein. to kuch dinon ke baad masjid chhor di unhon ne ke mein is masjid mein nahin namaz parhoon ga.</w:t>
      </w:r>
      <w:r>
        <w:br/>
      </w:r>
      <w:r>
        <w:rPr>
          <w:sz w:val="20"/>
        </w:rPr>
        <w:t>1:22:10  to poocha gaya to unhon ne kaha ke mein jab qirat karta tha, qirat to mujhe aansu nikal partay thay quran ki qirat karte hue.</w:t>
      </w:r>
      <w:r>
        <w:br/>
      </w:r>
      <w:r>
        <w:rPr>
          <w:sz w:val="20"/>
        </w:rPr>
        <w:t>1:22:19  jaise mein qirat kiya, mein ne keh yom yafir al-baroo min akhi wa-ummi wa-abi wa-sahibatihi wa-bani li kullin minhum yom insaan yughni wujooh yom musfarah zaahiqah mustabshirah wa-wujooh yom ghawrah qatrah kaafirah al-fajr ab is tarah ke parhta tha mein namaz mein to aansu nikal padte the, dil tarap uthta tha.</w:t>
      </w:r>
      <w:r>
        <w:br/>
      </w:r>
      <w:r>
        <w:rPr>
          <w:sz w:val="20"/>
        </w:rPr>
        <w:t>1:22:46  to unhon ne kaha yeh kaun si namaz hai?</w:t>
      </w:r>
      <w:r>
        <w:br/>
      </w:r>
      <w:r>
        <w:rPr>
          <w:sz w:val="20"/>
        </w:rPr>
        <w:t>1:22:48  rone ki kya zaroorat hai namaz mein? yaani yeh baat sacha waqea hai. yeh to woh jante nahi the ke sahaba to namaz mein rote hi the, sahaba ki namaz hoti thi, namaz mein rote the.</w:t>
      </w:r>
      <w:r>
        <w:br/>
      </w:r>
      <w:r>
        <w:rPr>
          <w:sz w:val="20"/>
        </w:rPr>
        <w:t>1:23:01  woh kyun? jab aap quran ko padhenge, is mein is mein khuda ki badai, jannat ka charcha, jahannum ki aag, yeh sab padhenge to kaise na roenge aap?</w:t>
      </w:r>
      <w:r>
        <w:br/>
      </w:r>
      <w:r>
        <w:rPr>
          <w:sz w:val="20"/>
        </w:rPr>
        <w:t>1:23:14  aap ka dil kaise nahi tarpega?</w:t>
      </w:r>
      <w:r>
        <w:br/>
      </w:r>
      <w:r>
        <w:rPr>
          <w:sz w:val="20"/>
        </w:rPr>
        <w:t>1:23:18  to unhon ne wahan namaz padhna chhod diya ke yeh kaun si namaz hai? kyun? woh samajhte the namaz ke mani rituals, ek rituals hain, us ko ada kar lo bas.</w:t>
      </w:r>
      <w:r>
        <w:br/>
      </w:r>
      <w:r>
        <w:rPr>
          <w:sz w:val="20"/>
        </w:rPr>
        <w:t>1:23:28  yaani spirit-less namaz hoti hai logon ki, yeh saare musalmanon ki. kisi masjid mein chale jaiye, aap ja ke dekh lijiye, un ki ek ek baat se pata chalega ke namaz un ke liye kahin rituals hai, spirit-less rituals, ek be-rooh kuch rituals.</w:t>
      </w:r>
      <w:r>
        <w:br/>
      </w:r>
      <w:r>
        <w:rPr>
          <w:sz w:val="20"/>
        </w:rPr>
        <w:t>1:23:48  to un un ke andar kahan se hoga? woh sab baatein aayengi. to beharhaal, mein is mein mujhe zara bhi shakk nahi ke aaj jo islam hai logon ke andar, woh islam nahi hai, woh islam ke naam par ek culture hai.</w:t>
      </w:r>
    </w:p>
    <w:p>
      <w:pPr>
        <w:pStyle w:val="Heading2"/>
      </w:pPr>
      <w:r>
        <w:t>We can't even thank God for all He gives us</w:t>
      </w:r>
    </w:p>
    <w:p>
      <w:r>
        <w:rPr>
          <w:color w:val="666666"/>
          <w:sz w:val="18"/>
        </w:rPr>
        <w:t>The Quran 16 62 CPS Women Weekly Discussion March 2, 2025 · 3m 16s · at 38:26 · https://youtu.be/kccAAoPwbFA?t=2306</w:t>
      </w:r>
    </w:p>
    <w:p>
      <w:r>
        <w:rPr>
          <w:i/>
        </w:rPr>
        <w:t>“Hum uska shukr bhi ada nahi kar sakte ki khuda kitna hamare liye karta hai”</w:t>
      </w:r>
    </w:p>
    <w:p>
      <w:r>
        <w:rPr>
          <w:sz w:val="20"/>
        </w:rPr>
        <w:t>38:26  hum usko dhyan bhi nahi kar saktay ke khuda kitna hamaray liye karta hai. kya hum jaisay ke quran mein hai ke humko bujood mein wohi laya. hamara sab kuch toh seekha hai. us khuda ko insan ne itna mamooli samajh liya ke kuch physically amal karkay khuda humse aasman par khush ho jayega. itni bari umeed hai. toh yeh insan ka jaisay abhi shafina ne kaha ke insan ka ego hai is tarah ke arrogance wali insan khuda ko kamtar samajhtay hain.</w:t>
      </w:r>
      <w:r>
        <w:br/>
      </w:r>
      <w:r>
        <w:rPr>
          <w:sz w:val="20"/>
        </w:rPr>
        <w:t>38:55  yeh khuda si befai, uski nashukri bohat kuch hai aur yeh humko yeh jaanna zaroori hai ke hum khuda ka kamtar andaza kaise kar rahay hain? toh kamtar andaza laga ka matlab samajhna chahiye. jaisay namaz namaz parh liya, tasbeeh parh liya, roza rakh liya, quran parh liya. lekin apnay andar yeh internalize nahi kiya jaisay ke hum usko yeh samajhkar ke humne kyun parha? yeh iska waja kya thi?</w:t>
      </w:r>
      <w:r>
        <w:br/>
      </w:r>
      <w:r>
        <w:rPr>
          <w:sz w:val="20"/>
        </w:rPr>
        <w:t>39:25  iske iskay andar hamaray andar koi cheez kuch hamari bujood kuch tadpa nahi, kuch hua nahi. toh yeh aisi jo formal yeh ibadat hai khuda ka yahi kamtardaza hai. namaz toh aik aajizi hai jaisay molana sahib ne kaha. khuda se hum bulaqaat hai apna purification ka zariya hai aur roza hamaray andar khuda ka shukr ka ehsaas dilata hai. toh in saari ibadat se humein kuch na kuch milta hai.</w:t>
      </w:r>
      <w:r>
        <w:br/>
      </w:r>
      <w:r>
        <w:rPr>
          <w:sz w:val="20"/>
        </w:rPr>
        <w:t>39:53  tasbeeh parhna yeh kaisa zikr hai? jo hamaray andar khuda ki mohabbat aik thil na paida karein. khuda ki mohabbat na jagaye. sirf na hum japte rehtay hain. aisi quran parhna, aisa quran parhna kya hai? jaisay bhi sufiyan ne bataya ke hamari zindagi na badlay. toh kisi ibadat mein spirit nahi hai. toh aisay hi jaisay kaaghaz ka phool jiski koi baqat nahi, hum usko torh parorh ke phenk detay hain.</w:t>
      </w:r>
      <w:r>
        <w:br/>
      </w:r>
      <w:r>
        <w:rPr>
          <w:sz w:val="20"/>
        </w:rPr>
        <w:t>40:23  ab kisi insan ka haq bhi is tarah se nahi ada ho sakta jis mein koi mohabbat na ho, koi aitraaz ya shukr na ho. toh jo cheez insan ko pasand aaye woh allah nabulalmin ko kaise pasand aa sakti hai? jiska sab se ziyada haq hamaray upar banta hai. hum khuda ki qurbat kaise ada kar saktay hain? aap aa saktay hain.</w:t>
      </w:r>
      <w:r>
        <w:br/>
      </w:r>
      <w:r>
        <w:rPr>
          <w:sz w:val="20"/>
        </w:rPr>
        <w:t>40:46  isliye jo hai asal jo hai yeh ke insan duniya ki khwahishon, maal daulat, khandan, bachay biwi in sabka peecha chhodkar apni zindagi ko ba maqsad zindagi banayein. apnay ko khuda ki hawale kar dein. tabhi matlab woh marifat ke baad hi paida hoti hai. jaisay ke doctor safeena ne bataya.</w:t>
      </w:r>
      <w:r>
        <w:br/>
      </w:r>
      <w:r>
        <w:rPr>
          <w:sz w:val="20"/>
        </w:rPr>
        <w:t>41:09  kyunki khuda humein sacrifice ke bina par milta hai aur insan ki zindagi mein alag alag tarah ke</w:t>
      </w:r>
      <w:r>
        <w:br/>
      </w:r>
      <w:r>
        <w:rPr>
          <w:sz w:val="20"/>
        </w:rPr>
        <w:t>41:20  har insan ki zindagi mein alag alag tarah ke sacrifice aate hain.</w:t>
      </w:r>
      <w:r>
        <w:br/>
      </w:r>
      <w:r>
        <w:rPr>
          <w:sz w:val="20"/>
        </w:rPr>
        <w:t>41:31  har ek ko alag alag imtihanein jo hamari poori zindagi chalta rehta hai.</w:t>
      </w:r>
      <w:r>
        <w:br/>
      </w:r>
      <w:r>
        <w:rPr>
          <w:sz w:val="20"/>
        </w:rPr>
        <w:t>41:42  magar insan nahi hai wafadar. toh quran ki surah number sau mein bataya gaya hai ke khatm hai un ghodon ki jo haanptay hue daurtay hain. phir taak maarkar chingari nikalnay walay.</w:t>
      </w:r>
    </w:p>
    <w:p>
      <w:pPr>
        <w:pStyle w:val="Heading2"/>
      </w:pPr>
      <w:r>
        <w:t>Islam applies to life through following not enforcement</w:t>
      </w:r>
    </w:p>
    <w:p>
      <w:r>
        <w:rPr>
          <w:color w:val="666666"/>
          <w:sz w:val="18"/>
        </w:rPr>
        <w:t>Q&amp;A 06 Feb 2011 Maulana Wahiduddin Khan · 5m 23s · at 32:17 · https://youtu.be/FrKaSxe9INc?t=1937</w:t>
      </w:r>
    </w:p>
    <w:p>
      <w:r>
        <w:rPr>
          <w:i/>
        </w:rPr>
        <w:t>“There is a great fallacy that Islam must be enforced.”</w:t>
      </w:r>
    </w:p>
    <w:p>
      <w:r>
        <w:rPr>
          <w:sz w:val="20"/>
        </w:rPr>
        <w:t>32:17  dekhiye, ek bahut badi fallacy hai, bahut bada mughalta hai yeh. mein bhi yeh manta hoon ke islam ka ta'alluq poori zindagi se hai.</w:t>
      </w:r>
      <w:r>
        <w:br/>
      </w:r>
      <w:r>
        <w:rPr>
          <w:sz w:val="20"/>
        </w:rPr>
        <w:t>32:27  mein aisa nahin, ek baat nahin manta hoon is ko. kis ma'ne mein hai zindagi se? pairwi ke ma'ne mein, nafiz karne ke ma'ne mein nahin.</w:t>
      </w:r>
      <w:r>
        <w:br/>
      </w:r>
      <w:r>
        <w:rPr>
          <w:sz w:val="20"/>
        </w:rPr>
        <w:t>32:39  misal ke taur par theek aaye to is ko alhamdulillah kehna chahiye. to kya mein is ko nafiz karoon? logon ko maroon ke dekho bhai, theek aaye to maroon ga tum ko, tum ko alhamdulillah kehna parega. yeh matlab hai is ka?</w:t>
      </w:r>
      <w:r>
        <w:br/>
      </w:r>
      <w:r>
        <w:rPr>
          <w:sz w:val="20"/>
        </w:rPr>
        <w:t>32:51  khana shuru karoon to bismillah rahman rahim kehna shuru karoon? to kya maroon kora logon ko ke bismillah rahman rahim nahin karoge to maroon ga tum koday se?</w:t>
      </w:r>
      <w:r>
        <w:br/>
      </w:r>
      <w:r>
        <w:rPr>
          <w:sz w:val="20"/>
        </w:rPr>
        <w:t>33:00  to is mein shakk nahin ke zindagi ke har maamle mein humein islam ki pairwi karni hai. lekin nafiz karna hai bilkul allah ko baat hai.</w:t>
      </w:r>
      <w:r>
        <w:br/>
      </w:r>
      <w:r>
        <w:rPr>
          <w:sz w:val="20"/>
        </w:rPr>
        <w:t>33:13  har saans mein humein allah ko yaad karna hai, har qadam par humein allah ko ki pairwi karni hai, har maamle mein humein rasool allah ki sunnat par ikhtiyar karna hai.</w:t>
      </w:r>
      <w:r>
        <w:br/>
      </w:r>
      <w:r>
        <w:rPr>
          <w:sz w:val="20"/>
        </w:rPr>
        <w:t>33:22  bilkul theek hai yeh baat. to pairwi ke ma'ne mein bilashubha islam ka ta'alluq sari zindagi se hai. nafiz karne ke bare mein iqbal sahab ne kaha tha, koi ayat aisi nahin ke nafiz karo, kora maar maar kar ke.</w:t>
      </w:r>
      <w:r>
        <w:br/>
      </w:r>
      <w:r>
        <w:rPr>
          <w:sz w:val="20"/>
        </w:rPr>
        <w:t>33:33  yeh kahan hai?</w:t>
      </w:r>
      <w:r>
        <w:br/>
      </w:r>
      <w:r>
        <w:rPr>
          <w:sz w:val="20"/>
        </w:rPr>
        <w:t>33:36  aisa to kahin bhi nahin hai. nafi shaheed muhammad to kahin bhi nahin hai.</w:t>
      </w:r>
      <w:r>
        <w:br/>
      </w:r>
      <w:r>
        <w:rPr>
          <w:sz w:val="20"/>
        </w:rPr>
        <w:t>33:42  to yeh ek bahut badi fallacy hai ke bilashubha yeh sahi hai ke islam ka ta'alluq poori zindagi se hai. lekin yeh, lekin yeh baat bilkul galat hai ke kora maar maar ke sab ko islam ki pairwi karwao.</w:t>
      </w:r>
      <w:r>
        <w:br/>
      </w:r>
      <w:r>
        <w:rPr>
          <w:sz w:val="20"/>
        </w:rPr>
        <w:t>33:56  yeh kahin islam mein nahin hai.</w:t>
      </w:r>
      <w:r>
        <w:br/>
      </w:r>
      <w:r>
        <w:rPr>
          <w:sz w:val="20"/>
        </w:rPr>
        <w:t>34:00  mister muhammad yusuf shah, kalgaon, srinagar se likha hai: "jamaat-e-islami ke log is aayat ko quote karte hain apne justification ke liye.</w:t>
      </w:r>
      <w:r>
        <w:br/>
      </w:r>
      <w:r>
        <w:rPr>
          <w:sz w:val="20"/>
        </w:rPr>
        <w:t>34:10  woh aayat is tarah hai: 'jo log Allah ke hukum ke mutabiq faisla na karein, woh munkir hain.' is ke baray mein aap kya kahengay?"</w:t>
      </w:r>
      <w:r>
        <w:br/>
      </w:r>
      <w:r>
        <w:rPr>
          <w:sz w:val="20"/>
        </w:rPr>
        <w:t>34:21  haan toh un par hai na? yeh kahan likha hai ke tum se faisla karwao? yeh kahan likha hua hai? yeh kahan likha hua hai bhai? jo na kare aisa toh woh woh fasiq hai aur zalim hai.</w:t>
      </w:r>
      <w:r>
        <w:br/>
      </w:r>
      <w:r>
        <w:rPr>
          <w:sz w:val="20"/>
        </w:rPr>
        <w:t>34:33  yeh toh sahi hai. yaani pairvi toh nikli is mein se. nafaz kahan se nikla?</w:t>
      </w:r>
      <w:r>
        <w:br/>
      </w:r>
      <w:r>
        <w:rPr>
          <w:sz w:val="20"/>
        </w:rPr>
        <w:t>34:41  pairvi toh nikli na? agar mein kahoon ke jo aadmi apni zindagi mein Allah ke faislay ko na maanay, woh fasiq hai ya munkir hai, toh theek hai.</w:t>
      </w:r>
      <w:r>
        <w:br/>
      </w:r>
      <w:r>
        <w:rPr>
          <w:sz w:val="20"/>
        </w:rPr>
        <w:t>34:50  is aadmi ko pairvi karna chahiye. yeh kahan se nikla? kora maar maar ke sab ko pairvi karwao? yeh kahan nikla is mein se?</w:t>
      </w:r>
      <w:r>
        <w:br/>
      </w:r>
      <w:r>
        <w:rPr>
          <w:sz w:val="20"/>
        </w:rPr>
        <w:t>34:59  yeh kahan nikla? bataiye. kitni bari fallacy yeh hai.</w:t>
      </w:r>
      <w:r>
        <w:br/>
      </w:r>
      <w:r>
        <w:rPr>
          <w:sz w:val="20"/>
        </w:rPr>
        <w:t>35:07  kitni bari fallacy hai yeh.</w:t>
      </w:r>
      <w:r>
        <w:br/>
      </w:r>
      <w:r>
        <w:rPr>
          <w:sz w:val="20"/>
        </w:rPr>
        <w:t>35:13  toh achi tarah samajh lijiye ke is mein koi shakk nahi ke Allah taala ne jo deen bheja hai, us ka ta'alluq hamari poori zindagi se hai. yaani theek aaye, tab bhi kya ho?</w:t>
      </w:r>
      <w:r>
        <w:br/>
      </w:r>
      <w:r>
        <w:rPr>
          <w:sz w:val="20"/>
        </w:rPr>
        <w:t>35:25  namaz namaz shuru karein, tab kaise shuru karein? khana khayein, tab kaise khayein? yeh sab ka ta'alluq is se hai.</w:t>
      </w:r>
      <w:r>
        <w:br/>
      </w:r>
      <w:r>
        <w:rPr>
          <w:sz w:val="20"/>
        </w:rPr>
        <w:t>35:33  glass uthayein toh kaise haath se uthayein? is ko har cheez se hai. lekin is ka matlab nahi ke is ko nafaz karwao, implement karwao, kora maar maar ke sab ko pairvi karo.</w:t>
      </w:r>
      <w:r>
        <w:br/>
      </w:r>
      <w:r>
        <w:rPr>
          <w:sz w:val="20"/>
        </w:rPr>
        <w:t>35:44  yeh yeh hai nahi.</w:t>
      </w:r>
      <w:r>
        <w:br/>
      </w:r>
      <w:r>
        <w:rPr>
          <w:sz w:val="20"/>
        </w:rPr>
        <w:t>35:48  quran mein dekhiye, bohat bohat hi saaf tor par hai.</w:t>
      </w:r>
      <w:r>
        <w:br/>
      </w:r>
      <w:r>
        <w:rPr>
          <w:sz w:val="20"/>
        </w:rPr>
        <w:t>35:52  quran majeed mein aayat hai: 'inna arsalna rusulana bil bayyinati wanzalna ma'ahumul kitaba wal mizana liyqoomannasu bil qisti liyqoomannasu bil qisti' ka tarjuma hai ke log qaim hon qist par, log pairvi karein qist ki.</w:t>
      </w:r>
      <w:r>
        <w:br/>
      </w:r>
      <w:r>
        <w:rPr>
          <w:sz w:val="20"/>
        </w:rPr>
        <w:t>36:13  ab koi bhi tafseer dekh lijiye 'liyqoomannasu bil qisti' yaani khud mein pairvi karoon is ki. yeh nahi ke mein kora maar kar logon par qist ko nafaz karoon.</w:t>
      </w:r>
      <w:r>
        <w:br/>
      </w:r>
      <w:r>
        <w:rPr>
          <w:sz w:val="20"/>
        </w:rPr>
        <w:t>36:23  yeh kahin nahi hai. yaani lazim hai, mutaddi nahi hai. yeh passive hai, active nahi.</w:t>
      </w:r>
      <w:r>
        <w:br/>
      </w:r>
      <w:r>
        <w:rPr>
          <w:sz w:val="20"/>
        </w:rPr>
        <w:t>36:33  'inna arsalna rusulana bil bayyinati wanzalna ma'ahumul kitaba wal mizana liyqoomannasu bil qisti' yaani hum ne rasool bheje aur kitab bheji aur ahkam bheje taake log qaim hon qist par, taake log pairvi karein qist ki.</w:t>
      </w:r>
      <w:r>
        <w:br/>
      </w:r>
      <w:r>
        <w:rPr>
          <w:sz w:val="20"/>
        </w:rPr>
        <w:t>36:51  ek bohat hi sahi baat hai yeh, is mein koi shakk nahi. lekin yeh nahi ke larr kar hukoomat par qabza karoon mein aur qabza kar ke wahan se ek, yaani police aur fauj ke aur kora ke zor se nafaz karoon.</w:t>
      </w:r>
      <w:r>
        <w:br/>
      </w:r>
      <w:r>
        <w:rPr>
          <w:sz w:val="20"/>
        </w:rPr>
        <w:t>37:07  yeh kahan likha hua hai?</w:t>
      </w:r>
      <w:r>
        <w:br/>
      </w:r>
      <w:r>
        <w:rPr>
          <w:sz w:val="20"/>
        </w:rPr>
        <w:t>37:09  yeh toh kahin nahi likha hua hai.</w:t>
      </w:r>
      <w:r>
        <w:br/>
      </w:r>
      <w:r>
        <w:rPr>
          <w:sz w:val="20"/>
        </w:rPr>
        <w:t>37:13  toh pairvi qist hai, na ke nafaz qist. yaad rakhiye, is aayat mein jo hai pairvi qist hai, nafaz qist nahi hai.</w:t>
      </w:r>
      <w:r>
        <w:br/>
      </w:r>
      <w:r>
        <w:rPr>
          <w:sz w:val="20"/>
        </w:rPr>
        <w:t>37:25  yaani yaani justice ko follow karna hai, na ke justice ko implement karna. woh nahi hai. yeh sara fallacy hai, yeh sara mubalgha hai.</w:t>
      </w:r>
      <w:r>
        <w:br/>
      </w:r>
      <w:r>
        <w:rPr>
          <w:sz w:val="20"/>
        </w:rPr>
        <w:t>37:35  yeh woh hai.</w:t>
      </w:r>
    </w:p>
    <w:p>
      <w:pPr>
        <w:pStyle w:val="Heading2"/>
      </w:pPr>
      <w:r>
        <w:t>Real Islam is creative gnosis, not a rulebook</w:t>
      </w:r>
    </w:p>
    <w:p>
      <w:r>
        <w:rPr>
          <w:color w:val="666666"/>
          <w:sz w:val="18"/>
        </w:rPr>
        <w:t>Prophetic Method November 18, 2013 · 5m 37s · at 24:23 · https://youtu.be/bGA92mdRq1g?t=1463</w:t>
      </w:r>
    </w:p>
    <w:p>
      <w:r>
        <w:rPr>
          <w:i/>
        </w:rPr>
        <w:t>“Khud Rasool Allah ne hadithon mein saari baat nahi batayi”</w:t>
      </w:r>
    </w:p>
    <w:p>
      <w:r>
        <w:rPr>
          <w:sz w:val="20"/>
        </w:rPr>
        <w:t>24:23  khud Rasool Allah ne hadithon mein sari baat nahi batai hai. yeh mumkin nahi hai. agar koi yeh samjhe ke khud hadithon mein sari baat maujood hai list ke taur par, to bohat bari ghalat fehmi mein mubtala hai.</w:t>
      </w:r>
      <w:r>
        <w:br/>
      </w:r>
      <w:r>
        <w:rPr>
          <w:sz w:val="20"/>
        </w:rPr>
        <w:t>24:41  is ka yeh matlab harghiz nahi, balke Rasool Allah ka jo laya hua bulai hui hidayat hai, woh aap ko aap ko iman deti hai, aap ko zehni irtaqa deti hai,</w:t>
      </w:r>
      <w:r>
        <w:br/>
      </w:r>
      <w:r>
        <w:rPr>
          <w:sz w:val="20"/>
        </w:rPr>
        <w:t>24:55  aap ke andar thinking process jagati hai, aap ke andar creative creativity paida karti hai. to aap ki creative thinking jo hai, us se sab baaten unfold hoti rehti hain.</w:t>
      </w:r>
      <w:r>
        <w:br/>
      </w:r>
      <w:r>
        <w:rPr>
          <w:sz w:val="20"/>
        </w:rPr>
        <w:t>25:08  agar marifat ek list ki shakal mein ho, ek, do, teen, char, panch, chhe, sat, ath, nau, das, to woh marifat khushk cheez hogi. khushk</w:t>
      </w:r>
      <w:r>
        <w:br/>
      </w:r>
      <w:r>
        <w:rPr>
          <w:sz w:val="20"/>
        </w:rPr>
        <w:t>25:18  marifat ki azmat is liye ke woh ek discovery ka subject hai. discovery ka. agar marifat list ke baad hoti, ek fehrist ke baad hoti hai ke bhai ek, do, teen, char, panch, chhe, nau, das, ek ek list hai, usi ka naam marifat hai.</w:t>
      </w:r>
      <w:r>
        <w:br/>
      </w:r>
      <w:r>
        <w:rPr>
          <w:sz w:val="20"/>
        </w:rPr>
        <w:t>25:36  phir to marifat kuch bhi nahi thi.</w:t>
      </w:r>
      <w:r>
        <w:br/>
      </w:r>
      <w:r>
        <w:rPr>
          <w:sz w:val="20"/>
        </w:rPr>
        <w:t>25:38  woh aik khushk mozu hota. aik khushk mozu hota. to marifat naam hai creative process ka.</w:t>
      </w:r>
      <w:r>
        <w:br/>
      </w:r>
      <w:r>
        <w:rPr>
          <w:sz w:val="20"/>
        </w:rPr>
        <w:t>25:53  aap ke zehan mein jab aap ko Allah ki daryaft hoti hai to aap ke zehan mein aik aik process jari hota hai. process.</w:t>
      </w:r>
      <w:r>
        <w:br/>
      </w:r>
      <w:r>
        <w:rPr>
          <w:sz w:val="20"/>
        </w:rPr>
        <w:t>26:01  is process se aap sari baatein unfold hoti rehti hain. aur har din aap ko nai baatein, har din nai baatein, har din nai baatein aap ko ilm mein aati rehti hain.</w:t>
      </w:r>
      <w:r>
        <w:br/>
      </w:r>
      <w:r>
        <w:rPr>
          <w:sz w:val="20"/>
        </w:rPr>
        <w:t>26:16  tab hi woh personality banti hai jo jannat mein dakhil karne ke qabil ho.</w:t>
      </w:r>
      <w:r>
        <w:br/>
      </w:r>
      <w:r>
        <w:rPr>
          <w:sz w:val="20"/>
        </w:rPr>
        <w:t>26:24  sirf yeh nahi ke kuch list hai ahkam ki, us ko dehra diya to phir jannat mein chale gaye. yeh to robot hai.</w:t>
      </w:r>
      <w:r>
        <w:br/>
      </w:r>
      <w:r>
        <w:rPr>
          <w:sz w:val="20"/>
        </w:rPr>
        <w:t>26:31  kaha shayad jannat jannat walay robot ki tarah honge.</w:t>
      </w:r>
      <w:r>
        <w:br/>
      </w:r>
      <w:r>
        <w:rPr>
          <w:sz w:val="20"/>
        </w:rPr>
        <w:t>26:38  agar deen is ka naam ho, kuch ahkam hain, un ki list bana di gayi hai, us ko kar lo, aur us ko in ahkam ko dehra liya to bas aap jannat ke mustahiq ho gaye.</w:t>
      </w:r>
      <w:r>
        <w:br/>
      </w:r>
      <w:r>
        <w:rPr>
          <w:sz w:val="20"/>
        </w:rPr>
        <w:t>26:50  to us ko hamari jannat robot ke liye hai. yeh to robot ka kaam hai.</w:t>
      </w:r>
      <w:r>
        <w:br/>
      </w:r>
      <w:r>
        <w:rPr>
          <w:sz w:val="20"/>
        </w:rPr>
        <w:t>26:56  nahi, jannat jo hai un logon ke liye hai jis ke andar jinka imaan un ko creative bana de, un ke andar creative thinking paida kar de.</w:t>
      </w:r>
      <w:r>
        <w:br/>
      </w:r>
      <w:r>
        <w:rPr>
          <w:sz w:val="20"/>
        </w:rPr>
        <w:t>27:06  har baat mein nai baat daryaft karen.</w:t>
      </w:r>
      <w:r>
        <w:br/>
      </w:r>
      <w:r>
        <w:rPr>
          <w:sz w:val="20"/>
        </w:rPr>
        <w:t>27:11  yani chidiya dekha hai to wahan bhi aik hazar aik baatein un ko samajh mein aa jayen. ghaas dekha hai to wahan bhi aik se aik baat un ko samajh mein aa jaye. cheenti ko dekhta hua dekha hai to us mein bhi bohat se item un ko mil jayen.</w:t>
      </w:r>
      <w:r>
        <w:br/>
      </w:r>
      <w:r>
        <w:rPr>
          <w:sz w:val="20"/>
        </w:rPr>
        <w:t>27:25  yeh matlab hai is hadith ka.</w:t>
      </w:r>
      <w:r>
        <w:br/>
      </w:r>
      <w:r>
        <w:rPr>
          <w:sz w:val="20"/>
        </w:rPr>
        <w:t>27:30  to goya Rasool Allah Sal Allahu Alaihi Wasallam sahaba ko train karte the is baat ke liye ke un ke andar creative thinking aa jaye.</w:t>
      </w:r>
      <w:r>
        <w:br/>
      </w:r>
      <w:r>
        <w:rPr>
          <w:sz w:val="20"/>
        </w:rPr>
        <w:t>27:39  aaj kal ki zaban mein main kahunga ke Rasool Allah Sal Allahu Alaihi Wasallam sahaba ko list nahi dete the.</w:t>
      </w:r>
      <w:r>
        <w:br/>
      </w:r>
      <w:r>
        <w:rPr>
          <w:sz w:val="20"/>
        </w:rPr>
        <w:t>27:45  sahaba Rasool Allah ka jo atiya tha sahaba ke liye, yeh nahi tha ke aap ne list de di aik ke dekho aik, do, teen, char, panch, chhe, saat, aath, nau, das, yeh hai, us ko karte raho.</w:t>
      </w:r>
      <w:r>
        <w:br/>
      </w:r>
      <w:r>
        <w:rPr>
          <w:sz w:val="20"/>
        </w:rPr>
        <w:t>27:57  nahi, aap ne sahaba ko train kiya.</w:t>
      </w:r>
      <w:r>
        <w:br/>
      </w:r>
      <w:r>
        <w:rPr>
          <w:sz w:val="20"/>
        </w:rPr>
        <w:t>28:03  ilm jo hai yahan par bohat hi waseeh maani mein hai. sahaba ko aap ne tarbiyat de kar prepared mind banaya.</w:t>
      </w:r>
      <w:r>
        <w:br/>
      </w:r>
      <w:r>
        <w:rPr>
          <w:sz w:val="20"/>
        </w:rPr>
        <w:t>28:14  sahaba ko aap ne training ke zariye se, tarbiyat ke zariye se un ko prepared mind banaya.</w:t>
      </w:r>
      <w:r>
        <w:br/>
      </w:r>
      <w:r>
        <w:rPr>
          <w:sz w:val="20"/>
        </w:rPr>
        <w:t>28:28  aur phir woh khud apne apne aap cheezon ko daryaft karne lage. un ke andar aik aik aik aik process jaag utha.</w:t>
      </w:r>
      <w:r>
        <w:br/>
      </w:r>
      <w:r>
        <w:rPr>
          <w:sz w:val="20"/>
        </w:rPr>
        <w:t>28:38  is process jis mein har cheez mein un ko marifat dikhai dene lagi.</w:t>
      </w:r>
      <w:r>
        <w:br/>
      </w:r>
      <w:r>
        <w:rPr>
          <w:sz w:val="20"/>
        </w:rPr>
        <w:t>28:46  woh jo kaha hai kisi Arab shair ne ke fafi kulli al shain lahu ayat tadullu ala annahu al wahid to har cheez mein agar marifat ka saman hai to marifat ka saman bolega nahi.</w:t>
      </w:r>
      <w:r>
        <w:br/>
      </w:r>
      <w:r>
        <w:rPr>
          <w:sz w:val="20"/>
        </w:rPr>
        <w:t>29:01  woh woh aap ko soch kar ke milega. jitna aap sochenge utna hi aap ko milta chala jayega.</w:t>
      </w:r>
      <w:r>
        <w:br/>
      </w:r>
      <w:r>
        <w:rPr>
          <w:sz w:val="20"/>
        </w:rPr>
        <w:t>29:16  to is hadith se woh poora process maloom hota hai jo Rasool Allah Sal Allahu Alaihi Wasallam sahaba ke liye ikhtiyar kiye hue the.</w:t>
      </w:r>
      <w:r>
        <w:br/>
      </w:r>
      <w:r>
        <w:rPr>
          <w:sz w:val="20"/>
        </w:rPr>
        <w:t>29:27  ke kis tarah aap sahaba ko tarbiyat dete the, kis tarah un ko tayyar karte the, kis tarah un ke andar woh salahiyat paida karte the ke jahannum se un ko dori ho jaye aur jannat se qurbat hasil ho jaye.</w:t>
      </w:r>
      <w:r>
        <w:br/>
      </w:r>
      <w:r>
        <w:rPr>
          <w:sz w:val="20"/>
        </w:rPr>
        <w:t>29:43  in ko in ko kis tarah karte the.</w:t>
      </w:r>
      <w:r>
        <w:br/>
      </w:r>
      <w:r>
        <w:rPr>
          <w:sz w:val="20"/>
        </w:rPr>
        <w:t>29:46  yeh is ka poora course is mein aap ghore karein to aap pa sakte hain. is hadith mein woh poora course aap ko mil jayega jis se ke rasool Allah sal Allah alaihi wasallam sahaba ko tayyar karte the.</w:t>
      </w:r>
    </w:p>
    <w:p>
      <w:pPr>
        <w:pStyle w:val="Heading2"/>
      </w:pPr>
      <w:r>
        <w:t>Thinking and sleep as unexplainable wonders pointing to God</w:t>
      </w:r>
    </w:p>
    <w:p>
      <w:r>
        <w:rPr>
          <w:color w:val="666666"/>
          <w:sz w:val="18"/>
        </w:rPr>
        <w:t>Islam in Daily Life May 26, 2013 · 4m 35s · at 26:16 · https://youtu.be/iNyWPrbyyhA?t=1576</w:t>
      </w:r>
    </w:p>
    <w:p>
      <w:r>
        <w:rPr>
          <w:i/>
        </w:rPr>
        <w:t>“Itni badi universe hai, sirf insan sochta hai”</w:t>
      </w:r>
    </w:p>
    <w:p>
      <w:r>
        <w:rPr>
          <w:sz w:val="20"/>
        </w:rPr>
        <w:t>26:16  yeh sochna jo hai, kisi bhi itni bari universe hai, kisi ko bhi sochne ki taqat nahin hai. sirf insan hai jo sochta hai.</w:t>
      </w:r>
      <w:r>
        <w:br/>
      </w:r>
      <w:r>
        <w:rPr>
          <w:sz w:val="20"/>
        </w:rPr>
        <w:t>26:26  kaisay ajeeb cheez hai sochna. aaj tak science is ko explain nahin kar saki ke brain sochta kaisay hai.</w:t>
      </w:r>
      <w:r>
        <w:br/>
      </w:r>
      <w:r>
        <w:rPr>
          <w:sz w:val="20"/>
        </w:rPr>
        <w:t>26:40  ab is ko aap sochen. to is ko sochte hue aap ko super brain, super mind ki aap ko samajh mein ayega.</w:t>
      </w:r>
      <w:r>
        <w:br/>
      </w:r>
      <w:r>
        <w:rPr>
          <w:sz w:val="20"/>
        </w:rPr>
        <w:t>26:49  apne chhote se mind ko jab aap daryaft karenge to super mind jo poora universe ko control kar raha hai, us ko aap dekh payenge.</w:t>
      </w:r>
      <w:r>
        <w:br/>
      </w:r>
      <w:r>
        <w:rPr>
          <w:sz w:val="20"/>
        </w:rPr>
        <w:t>27:01  aap ghor kijiye, kitni badi baat hai. woh to hadith mein hai ke "manaraf nafsahu faqad araf rabbahu"</w:t>
      </w:r>
      <w:r>
        <w:br/>
      </w:r>
      <w:r>
        <w:rPr>
          <w:sz w:val="20"/>
        </w:rPr>
        <w:t>27:08  . jis ne apne ko jana, us ne khuda ko jaan liya. to apne mind ko daryaft kar ke aap super mind ko daryaft kar lenge.</w:t>
      </w:r>
      <w:r>
        <w:br/>
      </w:r>
      <w:r>
        <w:rPr>
          <w:sz w:val="20"/>
        </w:rPr>
        <w:t>27:18  to yeh kitni badi daryaft hai. kitni badi discovery hai yeh. yeh har subah aur shaam nahi, har lamha hoti rehti hai. har lamha.</w:t>
      </w:r>
      <w:r>
        <w:br/>
      </w:r>
      <w:r>
        <w:rPr>
          <w:sz w:val="20"/>
        </w:rPr>
        <w:t>27:30  har item, har tajurba. jo kuch bhi aap dekhte hain, jo kuch bhi aap sunte hain, woh sab aap convert hota rehta hai spirituality mein.</w:t>
      </w:r>
      <w:r>
        <w:br/>
      </w:r>
      <w:r>
        <w:rPr>
          <w:sz w:val="20"/>
        </w:rPr>
        <w:t>27:41  dekhein, spirituality jo hai, koi koi koi koi bubham cheez nahi hai, koi ambiguous cheez nahi hai. spirituality koi ab ambiguous cheez nahi hai.</w:t>
      </w:r>
      <w:r>
        <w:br/>
      </w:r>
      <w:r>
        <w:rPr>
          <w:sz w:val="20"/>
        </w:rPr>
        <w:t>27:56  spirituality bas is ka naam hai ke aap ke andar yeh capacity ho, is item ko convert kar de non material mein.</w:t>
      </w:r>
      <w:r>
        <w:br/>
      </w:r>
      <w:r>
        <w:rPr>
          <w:sz w:val="20"/>
        </w:rPr>
        <w:t>28:09  that is spirituality. material item ko non material mein convert kar sakein, yahi spirituality hai.</w:t>
      </w:r>
      <w:r>
        <w:br/>
      </w:r>
      <w:r>
        <w:rPr>
          <w:sz w:val="20"/>
        </w:rPr>
        <w:t>28:21  to material item jab tak hai, woh aap ki body ke liye food deta hai.</w:t>
      </w:r>
      <w:r>
        <w:br/>
      </w:r>
      <w:r>
        <w:rPr>
          <w:sz w:val="20"/>
        </w:rPr>
        <w:t>28:26  lekin jab aap convert karte hain is ko non material mein, to aap ki rooh ke liye woh ghiza ban jati hai.</w:t>
      </w:r>
      <w:r>
        <w:br/>
      </w:r>
      <w:r>
        <w:rPr>
          <w:sz w:val="20"/>
        </w:rPr>
        <w:t>28:35  wohi cheez jis ko quran mein kaha gaya hai "rizq rabb" . to ek body ki ghiza hai, ek aap ke andar ki rooh, is ki ghiza hai.</w:t>
      </w:r>
      <w:r>
        <w:br/>
      </w:r>
      <w:r>
        <w:rPr>
          <w:sz w:val="20"/>
        </w:rPr>
        <w:t>28:44  to body ki ghiza to rakh di Allah taala ne material cheezon mein. lekin rooh ki ghiza jo hai, woh isi material cheezon hi mein ek aur cheez hai.</w:t>
      </w:r>
      <w:r>
        <w:br/>
      </w:r>
      <w:r>
        <w:rPr>
          <w:sz w:val="20"/>
        </w:rPr>
        <w:t>28:58  ek non material is ka makan. is ko jab aap extract karte hain to aap ki rooh ko ghiza mil jati hai.</w:t>
      </w:r>
      <w:r>
        <w:br/>
      </w:r>
      <w:r>
        <w:rPr>
          <w:sz w:val="20"/>
        </w:rPr>
        <w:t>29:10  maslan aap shaam ko so gaye, raat bhar soye aap, aur subah ko aap neend khuli. to aap sochiye ke kaisi ajeeb cheez hai.</w:t>
      </w:r>
      <w:r>
        <w:br/>
      </w:r>
      <w:r>
        <w:rPr>
          <w:sz w:val="20"/>
        </w:rPr>
        <w:t>29:23  yeh neend itna ajeeb o ghareeb phenomenon hai ke aaj tak is ko medical science explain nahi kar saki. ke kaise insan par neend taari hoti hai. kaise insan so jata hai.</w:t>
      </w:r>
      <w:r>
        <w:br/>
      </w:r>
      <w:r>
        <w:rPr>
          <w:sz w:val="20"/>
        </w:rPr>
        <w:t>29:35  yeh shaam ka thaka hua aadmi sota hai, phir subah ko fresh ho kar uthta hai. yeh kaise aisa hota hai? aap ke bas mein nahi hai ke aap apne ko neend taari kar sakein.</w:t>
      </w:r>
      <w:r>
        <w:br/>
      </w:r>
      <w:r>
        <w:rPr>
          <w:sz w:val="20"/>
        </w:rPr>
        <w:t>29:50  aap ne, aap ne, main ne aise log dekhe hain jo raat din jagte hain, un ko neend hi nahi aati. bilkul pagal hue rehte hain. aap ne bhi dekha hoga.</w:t>
      </w:r>
      <w:r>
        <w:br/>
      </w:r>
      <w:r>
        <w:rPr>
          <w:sz w:val="20"/>
        </w:rPr>
        <w:t>30:00  yeh neend na aaye to aadmi pagal ho jata hai.</w:t>
      </w:r>
      <w:r>
        <w:br/>
      </w:r>
      <w:r>
        <w:rPr>
          <w:sz w:val="20"/>
        </w:rPr>
        <w:t>30:03  jitne pagal hote hain, woh sab un ko neend nahi aati.</w:t>
      </w:r>
      <w:r>
        <w:br/>
      </w:r>
      <w:r>
        <w:rPr>
          <w:sz w:val="20"/>
        </w:rPr>
        <w:t>30:09  jitne pagal hote hain, agar aap ghor kijiye, un ke qareeb ja kar dekhein to un ko neend nahi aati. chand din aap ko neend na aaye to aap pagal ho jayenge.</w:t>
      </w:r>
      <w:r>
        <w:br/>
      </w:r>
      <w:r>
        <w:rPr>
          <w:sz w:val="20"/>
        </w:rPr>
        <w:t>30:21  to jab subah ko aap uthein aur yeh sochein ke kaisi ajeeb nemat thi ke shaam ko main bistar par leita, raat bhar sota raha, aur subah ko fresh ho kar utha, to kaisa ajeeb Allah taala ka ehsan aap ko dikhai padega.</w:t>
      </w:r>
      <w:r>
        <w:br/>
      </w:r>
      <w:r>
        <w:rPr>
          <w:sz w:val="20"/>
        </w:rPr>
        <w:t>30:44  800 SP item.</w:t>
      </w:r>
    </w:p>
    <w:p>
      <w:pPr>
        <w:pStyle w:val="Heading2"/>
      </w:pPr>
      <w:r>
        <w:t>Adam's story and the return ticket to Paradise</w:t>
      </w:r>
    </w:p>
    <w:p>
      <w:r>
        <w:rPr>
          <w:color w:val="666666"/>
          <w:sz w:val="18"/>
        </w:rPr>
        <w:t>The Last Phase of Human History (English) | June 8, 2007 | Maulana Wahiduddin Khan · 5m 07s · at 30:04 · https://youtu.be/Sa6wiaUerzQ?t=1804</w:t>
      </w:r>
    </w:p>
    <w:p>
      <w:r>
        <w:rPr>
          <w:i/>
        </w:rPr>
        <w:t>“O Adam, you may stay here in this Paradise with your wife.”</w:t>
      </w:r>
    </w:p>
    <w:p>
      <w:r>
        <w:rPr>
          <w:sz w:val="20"/>
        </w:rPr>
        <w:t>30:04  "O Adam, you may stay here in this Paradise with your wife." So in Paradise there was everything,</w:t>
      </w:r>
      <w:r>
        <w:br/>
      </w:r>
      <w:r>
        <w:rPr>
          <w:sz w:val="20"/>
        </w:rPr>
        <w:t>30:11  all kinds of pleasure, all kinds of happiness.</w:t>
      </w:r>
      <w:r>
        <w:br/>
      </w:r>
      <w:r>
        <w:rPr>
          <w:sz w:val="20"/>
        </w:rPr>
        <w:t>30:19  So God settled Adam with his wife in this Paradise.</w:t>
      </w:r>
      <w:r>
        <w:br/>
      </w:r>
      <w:r>
        <w:rPr>
          <w:sz w:val="20"/>
        </w:rPr>
        <w:t>30:27  But there was a restriction.</w:t>
      </w:r>
      <w:r>
        <w:br/>
      </w:r>
      <w:r>
        <w:rPr>
          <w:sz w:val="20"/>
        </w:rPr>
        <w:t>30:35  God said, "La taqraba." "O Adam, don't approach this forbidden tree, otherwise you will failure." There was a forbidden tree. So God</w:t>
      </w:r>
      <w:r>
        <w:br/>
      </w:r>
      <w:r>
        <w:rPr>
          <w:sz w:val="20"/>
        </w:rPr>
        <w:t>31:05  told Adam, "Don't approach this forbidden tree." But he, but under temptation but Adam, under temptation, ate the</w:t>
      </w:r>
      <w:r>
        <w:br/>
      </w:r>
      <w:r>
        <w:rPr>
          <w:sz w:val="20"/>
        </w:rPr>
        <w:t>31:21  fruit of that forbidden tree, and then he was thrown to this earth.</w:t>
      </w:r>
      <w:r>
        <w:br/>
      </w:r>
      <w:r>
        <w:rPr>
          <w:sz w:val="20"/>
        </w:rPr>
        <w:t>31:36  Now you, if you see this story under those two, under the under those two chapters, you will</w:t>
      </w:r>
      <w:r>
        <w:br/>
      </w:r>
      <w:r>
        <w:rPr>
          <w:sz w:val="20"/>
        </w:rPr>
        <w:t>31:51  see that when Adam and his generation were settled in this earth, they were bearing a return t</w:t>
      </w:r>
      <w:r>
        <w:br/>
      </w:r>
      <w:r>
        <w:rPr>
          <w:sz w:val="20"/>
        </w:rPr>
        <w:t>32:06  icket also.</w:t>
      </w:r>
      <w:r>
        <w:br/>
      </w:r>
      <w:r>
        <w:rPr>
          <w:sz w:val="20"/>
        </w:rPr>
        <w:t>32:12  Return ticket because that verse says that except those who are true believers and who could do good deeds.</w:t>
      </w:r>
      <w:r>
        <w:br/>
      </w:r>
      <w:r>
        <w:rPr>
          <w:sz w:val="20"/>
        </w:rPr>
        <w:t>32:18  So belief and good deeds are like a return ticket.</w:t>
      </w:r>
      <w:r>
        <w:br/>
      </w:r>
      <w:r>
        <w:rPr>
          <w:sz w:val="20"/>
        </w:rPr>
        <w:t>32:25  Adam, the first Adam was settled in Paradise.</w:t>
      </w:r>
      <w:r>
        <w:br/>
      </w:r>
      <w:r>
        <w:rPr>
          <w:sz w:val="20"/>
        </w:rPr>
        <w:t>32:31  Then he was</w:t>
      </w:r>
      <w:r>
        <w:br/>
      </w:r>
      <w:r>
        <w:rPr>
          <w:sz w:val="20"/>
        </w:rPr>
        <w:t>32:37  sent to this earth.</w:t>
      </w:r>
      <w:r>
        <w:br/>
      </w:r>
      <w:r>
        <w:rPr>
          <w:sz w:val="20"/>
        </w:rPr>
        <w:t>32:43  But God Almighty says that if they prove to be a true believer and they do good deeds,</w:t>
      </w:r>
      <w:r>
        <w:br/>
      </w:r>
      <w:r>
        <w:rPr>
          <w:sz w:val="20"/>
        </w:rPr>
        <w:t>32:49  then they will again settle in the Paradise.</w:t>
      </w:r>
      <w:r>
        <w:br/>
      </w:r>
      <w:r>
        <w:rPr>
          <w:sz w:val="20"/>
        </w:rPr>
        <w:t>32:55  They will find again a seat in the Paradise.</w:t>
      </w:r>
      <w:r>
        <w:br/>
      </w:r>
      <w:r>
        <w:rPr>
          <w:sz w:val="20"/>
        </w:rPr>
        <w:t>33:01  It means that faith and good deeds were like a</w:t>
      </w:r>
      <w:r>
        <w:br/>
      </w:r>
      <w:r>
        <w:rPr>
          <w:sz w:val="20"/>
        </w:rPr>
        <w:t>33:07  return ticket for them.</w:t>
      </w:r>
      <w:r>
        <w:br/>
      </w:r>
      <w:r>
        <w:rPr>
          <w:sz w:val="20"/>
        </w:rPr>
        <w:t>33:18  But it was as a potential ticket, not an actual ticket.</w:t>
      </w:r>
      <w:r>
        <w:br/>
      </w:r>
      <w:r>
        <w:rPr>
          <w:sz w:val="20"/>
        </w:rPr>
        <w:t>33:29  Potential means Adam and his Adam and his generation were having all those potentials which are needed to</w:t>
      </w:r>
      <w:r>
        <w:br/>
      </w:r>
      <w:r>
        <w:rPr>
          <w:sz w:val="20"/>
        </w:rPr>
        <w:t>33:39  do those kinds of good deeds which will serve as a return ticket. Why?</w:t>
      </w:r>
      <w:r>
        <w:br/>
      </w:r>
      <w:r>
        <w:rPr>
          <w:sz w:val="20"/>
        </w:rPr>
        <w:t>33:54  This secret we find in another verse, "Allama Adam al-Asmaa kullah." God inculcated all those knowledges in Adam, in mankind. So ever</w:t>
      </w:r>
      <w:r>
        <w:br/>
      </w:r>
      <w:r>
        <w:rPr>
          <w:sz w:val="20"/>
        </w:rPr>
        <w:t>34:09  yone who is born in this world, everyone who is born on this planet Earth, he has all</w:t>
      </w:r>
      <w:r>
        <w:br/>
      </w:r>
      <w:r>
        <w:rPr>
          <w:sz w:val="20"/>
        </w:rPr>
        <w:t>34:17  those knowledges in his mind.</w:t>
      </w:r>
      <w:r>
        <w:br/>
      </w:r>
      <w:r>
        <w:rPr>
          <w:sz w:val="20"/>
        </w:rPr>
        <w:t>34:25  But all all all all these knowledges are like potentials.</w:t>
      </w:r>
      <w:r>
        <w:br/>
      </w:r>
      <w:r>
        <w:rPr>
          <w:sz w:val="20"/>
        </w:rPr>
        <w:t>34:32  So what is needed is to unfold these informations, to unfold these potentials.</w:t>
      </w:r>
      <w:r>
        <w:br/>
      </w:r>
      <w:r>
        <w:rPr>
          <w:sz w:val="20"/>
        </w:rPr>
        <w:t>34:40  So those who are successful in unfolding all these knowledges, all these potentials, they will find a return</w:t>
      </w:r>
      <w:r>
        <w:br/>
      </w:r>
      <w:r>
        <w:rPr>
          <w:sz w:val="20"/>
        </w:rPr>
        <w:t>34:48  ticket to Paradise.</w:t>
      </w:r>
      <w:r>
        <w:br/>
      </w:r>
      <w:r>
        <w:rPr>
          <w:sz w:val="20"/>
        </w:rPr>
        <w:t>34:56  And it is a two-point formula.</w:t>
      </w:r>
      <w:r>
        <w:br/>
      </w:r>
      <w:r>
        <w:rPr>
          <w:sz w:val="20"/>
        </w:rPr>
        <w:t>35:03  This return ticket comprises of two it is a two-point formula.</w:t>
      </w:r>
    </w:p>
    <w:p>
      <w:pPr>
        <w:pStyle w:val="Heading2"/>
      </w:pPr>
      <w:r>
        <w:t>The wrong yardstick: perfection, versus God's selection-ground plan</w:t>
      </w:r>
    </w:p>
    <w:p>
      <w:r>
        <w:rPr>
          <w:color w:val="666666"/>
          <w:sz w:val="18"/>
        </w:rPr>
        <w:t>The Philosophy of Creation 16 Oct 2011 · 5m 21s · at 5:19 · https://youtu.be/Bp5C5jpFz-o?t=319</w:t>
      </w:r>
    </w:p>
    <w:p>
      <w:r>
        <w:rPr>
          <w:i/>
        </w:rPr>
        <w:t>“Hamare falasifa ka artistry hi ghalat hai”</w:t>
      </w:r>
    </w:p>
    <w:p>
      <w:r>
        <w:rPr>
          <w:sz w:val="20"/>
        </w:rPr>
        <w:t>5:19  is ka</w:t>
      </w:r>
      <w:r>
        <w:br/>
      </w:r>
      <w:r>
        <w:rPr>
          <w:sz w:val="20"/>
        </w:rPr>
        <w:t>5:23  is ko daryaft karna goya is challenge ka jawab dena hai, is tahaddi ka jawab dena hai.</w:t>
      </w:r>
      <w:r>
        <w:br/>
      </w:r>
      <w:r>
        <w:rPr>
          <w:sz w:val="20"/>
        </w:rPr>
        <w:t>5:32  jahan tak mein ne samjha hai, is ke bunyadi sabab yeh hai ke hamare philosophers ya hamare reformers, reformers ka yeh artistry galat hai.</w:t>
      </w:r>
      <w:r>
        <w:br/>
      </w:r>
      <w:r>
        <w:rPr>
          <w:sz w:val="20"/>
        </w:rPr>
        <w:t>5:45  woh galat yeh artstric se zindagi ko janchte hain. yaani jo Khuda ka yeh artistry hai, is se nahi, ek aur se.</w:t>
      </w:r>
      <w:r>
        <w:br/>
      </w:r>
      <w:r>
        <w:rPr>
          <w:sz w:val="20"/>
        </w:rPr>
        <w:t>5:56  is ke maani hain ke jo Khuda ki scope of things hai, is se bekhabri ki wajah se yeh paida hua hai. sara maamla is liye hai ke logon ko pata hi nahi ke Khuda ki, yaani creation, creator ki, creator ki scope of things kya hai,</w:t>
      </w:r>
      <w:r>
        <w:br/>
      </w:r>
      <w:r>
        <w:rPr>
          <w:sz w:val="20"/>
        </w:rPr>
        <w:t>6:13  is se bekhabar hain.</w:t>
      </w:r>
      <w:r>
        <w:br/>
      </w:r>
      <w:r>
        <w:rPr>
          <w:sz w:val="20"/>
        </w:rPr>
        <w:t>6:18  is wajah se woh explain nahi kar paate, woh is ko.</w:t>
      </w:r>
      <w:r>
        <w:br/>
      </w:r>
      <w:r>
        <w:rPr>
          <w:sz w:val="20"/>
        </w:rPr>
        <w:t>6:24  yeh kya hai</w:t>
      </w:r>
      <w:r>
        <w:br/>
      </w:r>
      <w:r>
        <w:rPr>
          <w:sz w:val="20"/>
        </w:rPr>
        <w:t>6:25  ? dekhiye, is ko samajhne ke liye humein ek ek aur baat janna parega ke aadmi basically perfectionist hota hai.</w:t>
      </w:r>
      <w:r>
        <w:br/>
      </w:r>
      <w:r>
        <w:rPr>
          <w:sz w:val="20"/>
        </w:rPr>
        <w:t>6:38  everyone is born perfectionist, born idealist. hum mein se har shakhs apne mind mein ek ideal concept liye hue hai:</w:t>
      </w:r>
      <w:r>
        <w:br/>
      </w:r>
      <w:r>
        <w:rPr>
          <w:sz w:val="20"/>
        </w:rPr>
        <w:t>6:49  ideal life, ideal society, ideal marriage, ideal hukoomat, ideal system. yeh hamare andar interwoven hai.</w:t>
      </w:r>
      <w:r>
        <w:br/>
      </w:r>
      <w:r>
        <w:rPr>
          <w:sz w:val="20"/>
        </w:rPr>
        <w:t>7:00  to hamara jo mindset hai, wo base karta hai ideal par, perfection par. is mindset ko le kar hum chahte hain explain karna.</w:t>
      </w:r>
      <w:r>
        <w:br/>
      </w:r>
      <w:r>
        <w:rPr>
          <w:sz w:val="20"/>
        </w:rPr>
        <w:t>7:12  to sare logon ne kiya kiya</w:t>
      </w:r>
      <w:r>
        <w:br/>
      </w:r>
      <w:r>
        <w:rPr>
          <w:sz w:val="20"/>
        </w:rPr>
        <w:t>7:15  ke unhone insani zindagi mein perfection ko dhoondna chaha. wo unhone chaha ke ke family, society, hukoomat, system, har ek ka ek perfect model daryaft kiya jaye.</w:t>
      </w:r>
      <w:r>
        <w:br/>
      </w:r>
      <w:r>
        <w:rPr>
          <w:sz w:val="20"/>
        </w:rPr>
        <w:t>7:35  perfect model.</w:t>
      </w:r>
      <w:r>
        <w:br/>
      </w:r>
      <w:r>
        <w:rPr>
          <w:sz w:val="20"/>
        </w:rPr>
        <w:t>7:40  chunki wo daryaft nahi kar sake, is liye unhone keh diya ke kainat bilkul be maani takhleeq hui hai. dekhiye, maine is par kafi padha hai aur main keh sakta hoon ke asal raaz yeh hai ke Allah taala ka yeh creation plan hi nahi hai ke duniya mein aap perfect family banayein, just system banayein, ideal hukoomat banayein.</w:t>
      </w:r>
      <w:r>
        <w:br/>
      </w:r>
      <w:r>
        <w:rPr>
          <w:sz w:val="20"/>
        </w:rPr>
        <w:t>8:06  yeh Khuda ka plan hi nahi hai.</w:t>
      </w:r>
      <w:r>
        <w:br/>
      </w:r>
      <w:r>
        <w:rPr>
          <w:sz w:val="20"/>
        </w:rPr>
        <w:t>8:09  to aap ka yeh artistry galat hai. aap ko yeh artstric jo hai, wo base karta hai perfection par, ideal par.</w:t>
      </w:r>
      <w:r>
        <w:br/>
      </w:r>
      <w:r>
        <w:rPr>
          <w:sz w:val="20"/>
        </w:rPr>
        <w:t>8:18  wo Khuda ka hai nahi plan. Khuda ka plan kya hai? yeh duniya mein Khuda ka plan individual based hai, system based nahi hai.</w:t>
      </w:r>
      <w:r>
        <w:br/>
      </w:r>
      <w:r>
        <w:rPr>
          <w:sz w:val="20"/>
        </w:rPr>
        <w:t>8:30  basic baat yeh hai: individual based hai, system based nahi</w:t>
      </w:r>
      <w:r>
        <w:br/>
      </w:r>
      <w:r>
        <w:rPr>
          <w:sz w:val="20"/>
        </w:rPr>
        <w:t>8:35  hai. yani yeh Khuda ka plan hi nahi hai ke duniya mein ideal system banaye, ideal hukoomat banaye, ideal society banaye, ideal family banaye. yeh Khuda ka plan hi nahi hai.</w:t>
      </w:r>
      <w:r>
        <w:br/>
      </w:r>
      <w:r>
        <w:rPr>
          <w:sz w:val="20"/>
        </w:rPr>
        <w:t>8:45  is liye Khuda ne insan ko, mard ko ya aurat ko ya us ke aas paas jo halaat hain, aisa banaya hi nahi ke aap yahan par koi ideal system wajood mein la saken.</w:t>
      </w:r>
      <w:r>
        <w:br/>
      </w:r>
      <w:r>
        <w:rPr>
          <w:sz w:val="20"/>
        </w:rPr>
        <w:t>8:58  to ek aisi cheez aap chahte hain jo possible nahi hai. asal masla yeh</w:t>
      </w:r>
      <w:r>
        <w:br/>
      </w:r>
      <w:r>
        <w:rPr>
          <w:sz w:val="20"/>
        </w:rPr>
        <w:t>9:02  hai: Khuda ka creation plan kya hai? wo yeh hai: is baat ko samjhiye ke Khuda ne paida kiya ek perfect world, jis ko hum paradise kehte hain, jannat.</w:t>
      </w:r>
      <w:r>
        <w:br/>
      </w:r>
      <w:r>
        <w:rPr>
          <w:sz w:val="20"/>
        </w:rPr>
        <w:t>9:19  asal jo hai Khuda ka target, wo yeh hai ke wo paradise ko abad kare.</w:t>
      </w:r>
      <w:r>
        <w:br/>
      </w:r>
      <w:r>
        <w:rPr>
          <w:sz w:val="20"/>
        </w:rPr>
        <w:t>9:28  yeh duniya banai Khuda ne is liye ke yahan par wo deserving individuals ko select karne ke liye. yani ek ayat aati hai ke duniya dar-ul-imtaan hai, interesting ground hai.</w:t>
      </w:r>
      <w:r>
        <w:br/>
      </w:r>
      <w:r>
        <w:rPr>
          <w:sz w:val="20"/>
        </w:rPr>
        <w:t>9:42  is se log samajh nahi paate. agar main lafz badal doon to zyada clear ho jayegi baat ke yeh selection ground hai.</w:t>
      </w:r>
      <w:r>
        <w:br/>
      </w:r>
      <w:r>
        <w:rPr>
          <w:sz w:val="20"/>
        </w:rPr>
        <w:t>9:51  yeh yeh duniya selection ground hai. yani yahan individual talash kiye ja rahe hain.</w:t>
      </w:r>
      <w:r>
        <w:br/>
      </w:r>
      <w:r>
        <w:rPr>
          <w:sz w:val="20"/>
        </w:rPr>
        <w:t>9:58  individual, aise individual jo Khuda ki jannat mein basaya ja sake. to Khuda ne insani zindagi ko do hisse mein bant diya:</w:t>
      </w:r>
      <w:r>
        <w:br/>
      </w:r>
      <w:r>
        <w:rPr>
          <w:sz w:val="20"/>
        </w:rPr>
        <w:t>10:11  qayamat se pehle, qayamat ke baad, ya akhirat se pehle, akhirat ke baad. qayamat se pehle jo duniya hai, yeh Adam se le kar ab tak, wo hai, wo, wo hai selection ground.</w:t>
      </w:r>
      <w:r>
        <w:br/>
      </w:r>
      <w:r>
        <w:rPr>
          <w:sz w:val="20"/>
        </w:rPr>
        <w:t>10:28  yani individual ko select kiya ja raha hai. kyunke individual level par perfection possible hai, ideal possible hai.</w:t>
      </w:r>
      <w:r>
        <w:br/>
      </w:r>
      <w:r>
        <w:rPr>
          <w:sz w:val="20"/>
        </w:rPr>
        <w:t>10:39  society ke level par nahi possible hai. ki</w:t>
      </w:r>
    </w:p>
    <w:p>
      <w:pPr>
        <w:pStyle w:val="Heading2"/>
      </w:pPr>
      <w:r>
        <w:t>The Prophet's first sermon: you will die as you sleep</w:t>
      </w:r>
    </w:p>
    <w:p>
      <w:r>
        <w:rPr>
          <w:color w:val="666666"/>
          <w:sz w:val="18"/>
        </w:rPr>
        <w:t>On Life and Death July 24, 2011 · 5m 21s · at 30:50 · https://youtu.be/Z0pdhT_HJNk?t=1850</w:t>
      </w:r>
    </w:p>
    <w:p>
      <w:r>
        <w:rPr>
          <w:i/>
        </w:rPr>
        <w:t>“The revelation that came in the earliest days: 'Arise and warn.'”</w:t>
      </w:r>
    </w:p>
    <w:p>
      <w:r>
        <w:rPr>
          <w:sz w:val="20"/>
        </w:rPr>
        <w:t>30:50  jo utri ayat shuru zamane mein. ya al muddassir fam anzir utho aur logon ko dara do. inzar ka mani darana, aagah karna.</w:t>
      </w:r>
      <w:r>
        <w:br/>
      </w:r>
      <w:r>
        <w:rPr>
          <w:sz w:val="20"/>
        </w:rPr>
        <w:t>31:01  kis baat se</w:t>
      </w:r>
      <w:r>
        <w:br/>
      </w:r>
      <w:r>
        <w:rPr>
          <w:sz w:val="20"/>
        </w:rPr>
        <w:t>31:03  ? yeh maut se, aakhirat se, maut ke baad peshi se, jannat aur jahannum se.</w:t>
      </w:r>
      <w:r>
        <w:br/>
      </w:r>
      <w:r>
        <w:rPr>
          <w:sz w:val="20"/>
        </w:rPr>
        <w:t>31:12  jab makkah mein aap jante hain ke 610 isvi mein rasool Allah ne nubuwat ka ailaan kiya.</w:t>
      </w:r>
      <w:r>
        <w:br/>
      </w:r>
      <w:r>
        <w:rPr>
          <w:sz w:val="20"/>
        </w:rPr>
        <w:t>31:21  us waqt logon ko ikattha kiya aap ne.</w:t>
      </w:r>
      <w:r>
        <w:br/>
      </w:r>
      <w:r>
        <w:rPr>
          <w:sz w:val="20"/>
        </w:rPr>
        <w:t>31:26  apne qareeb ke logon ko. aur us waqt jo aap ne taqreer ki thi, woh taqreer aaj bhi maujood hai, kitaab maujood hai.</w:t>
      </w:r>
      <w:r>
        <w:br/>
      </w:r>
      <w:r>
        <w:rPr>
          <w:sz w:val="20"/>
        </w:rPr>
        <w:t>31:36  maine isko jamia tul khutab al arab mein padha, is is poori taqreer ko. jamia tul khutab al arab. to</w:t>
      </w:r>
      <w:r>
        <w:br/>
      </w:r>
      <w:r>
        <w:rPr>
          <w:sz w:val="20"/>
        </w:rPr>
        <w:t>31:47  is mein aap ne farmaya tha us waqt</w:t>
      </w:r>
      <w:r>
        <w:br/>
      </w:r>
      <w:r>
        <w:rPr>
          <w:sz w:val="20"/>
        </w:rPr>
        <w:t>31:52  ke is taqreer ka jo khulasa tha, woh yeh tha ke Khuda ki qasam, tum maroge jis tarah tum sote ho.</w:t>
      </w:r>
      <w:r>
        <w:br/>
      </w:r>
      <w:r>
        <w:rPr>
          <w:sz w:val="20"/>
        </w:rPr>
        <w:t>32:05  aur dobara tum jiyoge jis tarah tum uthte ho. aur iske baad kaha to aag hai ya jannat hai.</w:t>
      </w:r>
      <w:r>
        <w:br/>
      </w:r>
      <w:r>
        <w:rPr>
          <w:sz w:val="20"/>
        </w:rPr>
        <w:t>32:15  wallah tumutun kama tanamoon wasahyoona kama tastahqoon wa innaha la jannat abdan awwal nar abadan ya yeh yeh dawat ka khulasa tha aap ka.</w:t>
      </w:r>
      <w:r>
        <w:br/>
      </w:r>
      <w:r>
        <w:rPr>
          <w:sz w:val="20"/>
        </w:rPr>
        <w:t>32:34  ae logon jo duniya ki zindagi mein phanse hue ho, asal baat ko bhule hue ho, to asal baat ko bhool socho. duniya to zaroorat ke liye hai.</w:t>
      </w:r>
      <w:r>
        <w:br/>
      </w:r>
      <w:r>
        <w:rPr>
          <w:sz w:val="20"/>
        </w:rPr>
        <w:t>32:46  yeh duniya sirf jeene ke liye hai. zaroorat ki cheezein hon, hum jee sakein taake jab yahan rehna nahi hai mustaqil, to yeh hamara goal kaise ho sakta hai?</w:t>
      </w:r>
      <w:r>
        <w:br/>
      </w:r>
      <w:r>
        <w:rPr>
          <w:sz w:val="20"/>
        </w:rPr>
        <w:t>32:57  aap ghor kijiye, jahan aap rehna nahi hai, hum ko woh goal kaise ho jayega? hum mein se aksar ka aisa hota hai ke hum maslan train se ja rahe hain aur train chhoot gayi, ab hum pade hue hain platform par.</w:t>
      </w:r>
      <w:r>
        <w:br/>
      </w:r>
      <w:r>
        <w:rPr>
          <w:sz w:val="20"/>
        </w:rPr>
        <w:t>33:11  abhi maine ek waqia padha tha ke ek aadmi hawai jahaz se jana tha, us ko</w:t>
      </w:r>
      <w:r>
        <w:br/>
      </w:r>
      <w:r>
        <w:rPr>
          <w:sz w:val="20"/>
        </w:rPr>
        <w:t>33:17  abhi abhi abhi ki baat hai, umrah karne ke liye. to jab woh pahuncha wahan to maloom hua ke woh woh bhool gaya tha aur jahaz to chala gaya, us ka us ka time bhool gaya tha woh.</w:t>
      </w:r>
      <w:r>
        <w:br/>
      </w:r>
      <w:r>
        <w:rPr>
          <w:sz w:val="20"/>
        </w:rPr>
        <w:t>33:29  to phir us ko daud daud kar ke naye naya reservation lena pada. to yeh jo yeh jo thoda sa time milta hai, wahan par aadmi kya karega?</w:t>
      </w:r>
      <w:r>
        <w:br/>
      </w:r>
      <w:r>
        <w:rPr>
          <w:sz w:val="20"/>
        </w:rPr>
        <w:t>33:42  kuch bhi nahi karega.</w:t>
      </w:r>
      <w:r>
        <w:br/>
      </w:r>
      <w:r>
        <w:rPr>
          <w:sz w:val="20"/>
        </w:rPr>
        <w:t>33:44  platform par ya airport par agar us ko thodi der rehna hai to bas aise hi rahega ke kuch jo zaroorat ke waqt aur kuch pani pi lega, kuch kha lega, kuch kahin let jayega, kahin.</w:t>
      </w:r>
      <w:r>
        <w:br/>
      </w:r>
      <w:r>
        <w:rPr>
          <w:sz w:val="20"/>
        </w:rPr>
        <w:t>33:59  isi liye hadith mein aata hai ke kun fi dunya kaanta ghariban aur aakhir as-sabeel dunya mein is tarah raho jaise ke tum bas aik rasta chalne wale musafir ho, thori dair ke liye hai yeh.</w:t>
      </w:r>
      <w:r>
        <w:br/>
      </w:r>
      <w:r>
        <w:rPr>
          <w:sz w:val="20"/>
        </w:rPr>
        <w:t>34:14  to agar aadmi jaane ke Khuda ki creation plan kya hai, asal masla yeh hai ke Khuda ke creation plan ko jaanna.</w:t>
      </w:r>
      <w:r>
        <w:br/>
      </w:r>
      <w:r>
        <w:rPr>
          <w:sz w:val="20"/>
        </w:rPr>
        <w:t>34:25  paida kiya Allah taala ne, wohi is liye muqarrar kiya hai ke hum hamare saath kya pesh aane wala hai.</w:t>
      </w:r>
      <w:r>
        <w:br/>
      </w:r>
      <w:r>
        <w:rPr>
          <w:sz w:val="20"/>
        </w:rPr>
        <w:t>34:35  to Allah ke Christian plan ke mutabiq hum paida hue hain thori muddat ke liye.</w:t>
      </w:r>
      <w:r>
        <w:br/>
      </w:r>
      <w:r>
        <w:rPr>
          <w:sz w:val="20"/>
        </w:rPr>
        <w:t>34:42  koi pachas saal, koi sattar saal, koi kam ya zyada. is ke baad to hum jaate hain agli dunya mein jo eternal hai.</w:t>
      </w:r>
      <w:r>
        <w:br/>
      </w:r>
      <w:r>
        <w:rPr>
          <w:sz w:val="20"/>
        </w:rPr>
        <w:t>34:52  yeh hai Allah ke creation plan ke mutabiq zindagi ka maamla. to is ke mutabiq sochna, is ke mutabiq sochna yeh hai matloob.</w:t>
      </w:r>
      <w:r>
        <w:br/>
      </w:r>
      <w:r>
        <w:rPr>
          <w:sz w:val="20"/>
        </w:rPr>
        <w:t>35:09  lekin koi sochta hi nahin. itna Allah itna zyada log conditioned ho gaye hain dunya ki cheezon mein, dunya ki zarooraton mein, dunya ke taqazon mein, dunya ki khwahishon mein.</w:t>
      </w:r>
      <w:r>
        <w:br/>
      </w:r>
      <w:r>
        <w:rPr>
          <w:sz w:val="20"/>
        </w:rPr>
        <w:t>35:21  ke koi soch hi nahin paate.</w:t>
      </w:r>
      <w:r>
        <w:br/>
      </w:r>
      <w:r>
        <w:rPr>
          <w:sz w:val="20"/>
        </w:rPr>
        <w:t>35:27  to yeh main samajhta hoon ke conditioning ka maamla hai yeh. jo bachpan se shuru ho jata hai. aadmi paida hota hai to kya chahiye is ko</w:t>
      </w:r>
      <w:r>
        <w:br/>
      </w:r>
      <w:r>
        <w:rPr>
          <w:sz w:val="20"/>
        </w:rPr>
        <w:t>35:34  ? doodh chahiye, pani chahiye, khana chahiye. bada hota hai to phir ghar chahiye, job chahiye, business chahiye. subah shaam yahi sab sochta hai. to woh condition ho jata hai isi dunya ki cheezon mein.</w:t>
      </w:r>
      <w:r>
        <w:br/>
      </w:r>
      <w:r>
        <w:rPr>
          <w:sz w:val="20"/>
        </w:rPr>
        <w:t>35:50  dunya ki cheezon mein condition ho jata hai woh. to is conditioning ki wajah se woh is ke aage is ke bayan kya hai, woh woh soch nahin paata woh.</w:t>
      </w:r>
    </w:p>
    <w:p>
      <w:pPr>
        <w:pStyle w:val="Heading2"/>
      </w:pPr>
      <w:r>
        <w:t>Full explanation of the Quran's Al-A'raf raised-platform verse</w:t>
      </w:r>
    </w:p>
    <w:p>
      <w:r>
        <w:rPr>
          <w:color w:val="666666"/>
          <w:sz w:val="18"/>
        </w:rPr>
        <w:t>Dayee God's Helper May 24, 2008 Maulana Wahiduddin Khan · 6m 09s · at 0:46 · https://youtu.be/JzHKnKrv_Xg?t=46</w:t>
      </w:r>
    </w:p>
    <w:p>
      <w:r>
        <w:rPr>
          <w:i/>
        </w:rPr>
        <w:t>“Ek bahut badi baat Quran mein thi jo samjhi hi nahin gayi”</w:t>
      </w:r>
    </w:p>
    <w:p>
      <w:r>
        <w:rPr>
          <w:sz w:val="20"/>
        </w:rPr>
        <w:t>0:46  wo hai chapter aaraaf mein</w:t>
      </w:r>
      <w:r>
        <w:br/>
      </w:r>
      <w:r>
        <w:rPr>
          <w:sz w:val="20"/>
        </w:rPr>
        <w:t>0:51  : "wa alaa al aaraafi rijaalun ya'rifuuna kullam bisimaahim". yaani aaraaf mein kuch log honge,</w:t>
      </w:r>
      <w:r>
        <w:br/>
      </w:r>
      <w:r>
        <w:rPr>
          <w:sz w:val="20"/>
        </w:rPr>
        <w:t>1:02  yaani raise platform mein kuch log honge. yaani oonchi jagah un ke liye banai jayegi, ke aap kahein high stage.</w:t>
      </w:r>
      <w:r>
        <w:br/>
      </w:r>
      <w:r>
        <w:rPr>
          <w:sz w:val="20"/>
        </w:rPr>
        <w:t>1:16  mein aik martaba aik aalu rang shastri thay, bombay mein, ab un ki death ho gayi. to un ka aik jalsa tha bombay mein, chopati ke kinare.</w:t>
      </w:r>
      <w:r>
        <w:br/>
      </w:r>
      <w:r>
        <w:rPr>
          <w:sz w:val="20"/>
        </w:rPr>
        <w:t>1:31  to us waqt mein samjha ke yeh kya cheez hai. to wahan lakhon aadmi aaye thay, aadmiyon ka aik jangla tha.</w:t>
      </w:r>
      <w:r>
        <w:br/>
      </w:r>
      <w:r>
        <w:rPr>
          <w:sz w:val="20"/>
        </w:rPr>
        <w:t>1:41  saara chopati ka jo aap ne dekha ho, to bhara hua tha. to wo itne zyada aadmi thay ke common qism ka stage wahan kafi nahin tha,</w:t>
      </w:r>
      <w:r>
        <w:br/>
      </w:r>
      <w:r>
        <w:rPr>
          <w:sz w:val="20"/>
        </w:rPr>
        <w:t>1:55  ke log dekhte hi na aap ko. jaise itna aisa stage agar ho jaisa ke baitha hoon mein yahan, to aap itna yahan us waqt tak insaan hain, wo kaise dekhenge aap ko.</w:t>
      </w:r>
      <w:r>
        <w:br/>
      </w:r>
      <w:r>
        <w:rPr>
          <w:sz w:val="20"/>
        </w:rPr>
        <w:t>2:05  to wahan par raise platform banaya gaya tha, bohat hi ooncha, behrahal chhat ke ke ooncha, barabar. to wahan par wo pound raj shastri thay.</w:t>
      </w:r>
      <w:r>
        <w:br/>
      </w:r>
      <w:r>
        <w:rPr>
          <w:sz w:val="20"/>
        </w:rPr>
        <w:t>2:16  mujhe bhi, yaani mein bhi lucky tha ke wahan mujhe bithaya gaya tha.</w:t>
      </w:r>
      <w:r>
        <w:br/>
      </w:r>
      <w:r>
        <w:rPr>
          <w:sz w:val="20"/>
        </w:rPr>
        <w:t>2:26  to wahan itni oonchai jagah thi ke itne saare log jo thay, un ko dikhai parein aap. to that was raise platform.</w:t>
      </w:r>
      <w:r>
        <w:br/>
      </w:r>
      <w:r>
        <w:rPr>
          <w:sz w:val="20"/>
        </w:rPr>
        <w:t>2:36  to "wa alaa al aaraafi rijaalun ya'rifuuna kullam bisimaahim". aaraaf par honge kuch log. dekhein, aaraaf ke maani logon ne le liye, pata nahin kahan se, ke wo log jo "tasaa'awats syyiaatuhum wa hasanaatuhum".</w:t>
      </w:r>
      <w:r>
        <w:br/>
      </w:r>
      <w:r>
        <w:rPr>
          <w:sz w:val="20"/>
        </w:rPr>
        <w:t>2:53  yaani jin ki neki badi barabar ho jayegi. to warna peerayed wale thairenge, ahl e wail thairenge, beech ke log h</w:t>
      </w:r>
      <w:r>
        <w:br/>
      </w:r>
      <w:r>
        <w:rPr>
          <w:sz w:val="20"/>
        </w:rPr>
        <w:t>3:03  onge. yeh bilkul koi sar pair nahin hai is is commentary ka. dekhein, aaraaf jo hai, is ka plural hai, is ka singular jo hai, wo urf hai.</w:t>
      </w:r>
      <w:r>
        <w:br/>
      </w:r>
      <w:r>
        <w:rPr>
          <w:sz w:val="20"/>
        </w:rPr>
        <w:t>3:15  urf jo hai, arabi zabaan mein kehte hain,</w:t>
      </w:r>
      <w:r>
        <w:br/>
      </w:r>
      <w:r>
        <w:rPr>
          <w:sz w:val="20"/>
        </w:rPr>
        <w:t>3:22  wo jo murgha hota hai, murge ko jahan yeh laal laal hota hai, us ko urf kehte hain. urdu mein kehte hain kalghi, english mein kya kehte hain is ko?</w:t>
      </w:r>
      <w:r>
        <w:br/>
      </w:r>
      <w:r>
        <w:rPr>
          <w:sz w:val="20"/>
        </w:rPr>
        <w:t>3:32  yaani gardan ke oopar rehta hai, na yahan par? ji ji ji. is ko urdu mein kehte hain kalghi, arabi mein kehte hain urf, yaani oopar, yaani yaani murge ka sab se oopar wali cheez, jo us ki shaan o shaukat us mein hoti hai.</w:t>
      </w:r>
      <w:r>
        <w:br/>
      </w:r>
      <w:r>
        <w:rPr>
          <w:sz w:val="20"/>
        </w:rPr>
        <w:t>3:49  to urf hai. to urf ka maani hote hain crown, yaani oonchi, kisi cheez ki oonchi jagah.</w:t>
      </w:r>
      <w:r>
        <w:br/>
      </w:r>
      <w:r>
        <w:rPr>
          <w:sz w:val="20"/>
        </w:rPr>
        <w:t>3:57  to is ka matlab hai ke oonchaiyon par honge, wa alaa al aaraaf, oonchaiyon par honge kuch log. to tafseeron mein aik tabhi base, yaani be baslees baat likh di gayi ke "tasaa'awats syyiaatuhum wa hasanaatuhum".</w:t>
      </w:r>
      <w:r>
        <w:br/>
      </w:r>
      <w:r>
        <w:rPr>
          <w:sz w:val="20"/>
        </w:rPr>
        <w:t>4:13  yaani jin ki neki badi barabar hogi. koi koi is ka ta'alluq hi nahin, is koi relevance nahin is ka. oonchaiyon par honge wo. to yaani raise platform par honge.</w:t>
      </w:r>
      <w:r>
        <w:br/>
      </w:r>
      <w:r>
        <w:rPr>
          <w:sz w:val="20"/>
        </w:rPr>
        <w:t>4:27  to us waqt jab mein wahan gaya tha, pound raj shastri wale mein, to mein ne samjha ke raise platform kya cheez hoti hai.</w:t>
      </w:r>
      <w:r>
        <w:br/>
      </w:r>
      <w:r>
        <w:rPr>
          <w:sz w:val="20"/>
        </w:rPr>
        <w:t>4:36  is se pehle kabhi itna ooncha platform mein ne dekha nahin tha. to wahan shaam ka time tha aur maghrib ka time ho gaya.</w:t>
      </w:r>
      <w:r>
        <w:br/>
      </w:r>
      <w:r>
        <w:rPr>
          <w:sz w:val="20"/>
        </w:rPr>
        <w:t>4:47  to pound raj shastri jo hain, mujh ko bohat admire karte thay wo. to un ke jo secretary thay, un se mein ne kaha ke bhai mujhe namaz ka time ho gaya, ab mein ne namaz parhna hai.</w:t>
      </w:r>
      <w:r>
        <w:br/>
      </w:r>
      <w:r>
        <w:rPr>
          <w:sz w:val="20"/>
        </w:rPr>
        <w:t>5:00  to unhon ne kaha ke yeh parh lijiye, bohat bara tha yeh. yaani wahan thore log, advine bhi hum se neeche bithaye gaye thay. us waqt jo tha, hum teen aadmi oopar thay, pound raj shastri, mein, un ka secret</w:t>
      </w:r>
      <w:r>
        <w:br/>
      </w:r>
      <w:r>
        <w:rPr>
          <w:sz w:val="20"/>
        </w:rPr>
        <w:t>5:14  ry. advine theen, raj mata jo gwalior ki hoti hai, wo sab neeche bhathe hue thay. is ka agar photo hota to aap dekhte. to oopar wahan par mein ne namaz parhi, mein ne.</w:t>
      </w:r>
      <w:r>
        <w:br/>
      </w:r>
      <w:r>
        <w:rPr>
          <w:sz w:val="20"/>
        </w:rPr>
        <w:t>5:26  to pound raj shastri ko jab bataya gaya ke Maulana sahib namaz parh rahe hain, to unhon ne apni, woh log speech rok di, unhon ne kuch der ke liye. ab rok di to aur ek, yani ek news ban gayi, ab sab log mujhe dekh rahe hain woh.</w:t>
      </w:r>
      <w:r>
        <w:br/>
      </w:r>
      <w:r>
        <w:rPr>
          <w:sz w:val="20"/>
        </w:rPr>
        <w:t>5:42  aur woh bolte rehte, aur main namaz parta to sab log unhein dekh paate.</w:t>
      </w:r>
      <w:r>
        <w:br/>
      </w:r>
      <w:r>
        <w:rPr>
          <w:sz w:val="20"/>
        </w:rPr>
        <w:t>5:48  to jab main namaz parh chuka to pound raj shastri ne kaha ke Maulana sahib aaj aap ne bohat bara kaam kar diya. un logo ko aap ne namaz dikha di.</w:t>
      </w:r>
      <w:r>
        <w:br/>
      </w:r>
      <w:r>
        <w:rPr>
          <w:sz w:val="20"/>
        </w:rPr>
        <w:t>6:00  un logo ko aap ne namaz dikha di. to khair yeh to ek, maine aise hi zamanan kaha ke ooncha, raise platform kiya cheez hoti hai.</w:t>
      </w:r>
      <w:r>
        <w:br/>
      </w:r>
      <w:r>
        <w:rPr>
          <w:sz w:val="20"/>
        </w:rPr>
        <w:t>6:10  to asal mein is se murad hai, jis ko kehte hain arabi mein dawat. dawat mani daai log. daai logo ke liye woh platform banaya jayega.</w:t>
      </w:r>
      <w:r>
        <w:br/>
      </w:r>
      <w:r>
        <w:rPr>
          <w:sz w:val="20"/>
        </w:rPr>
        <w:t>6:24  aur wahan khare ho kar woh, yani un ko announce karenge, announce</w:t>
      </w:r>
      <w:r>
        <w:br/>
      </w:r>
      <w:r>
        <w:rPr>
          <w:sz w:val="20"/>
        </w:rPr>
        <w:t>6:29  . Khuda unhein izzat dega. ke announce karo. ke jin ko, jin logo ne tumhari baat ko mana, un ko announce karenge woh.</w:t>
      </w:r>
      <w:r>
        <w:br/>
      </w:r>
      <w:r>
        <w:rPr>
          <w:sz w:val="20"/>
        </w:rPr>
        <w:t>6:38  ke tumhare liye parade hai, tum ko blessing ho Khuda ki. good tiring tumhare liye hai. aur jinho ne nahi mana tha, un ko kahenge tum, yani Khuda ki taraf se elaan karenge woh, ke tumhare liye yeh Khuda ka judgment hai.</w:t>
      </w:r>
    </w:p>
    <w:p>
      <w:pPr>
        <w:pStyle w:val="Heading2"/>
      </w:pPr>
      <w:r>
        <w:t>200 years of failed jihad vs God's plan</w:t>
      </w:r>
    </w:p>
    <w:p>
      <w:r>
        <w:rPr>
          <w:color w:val="666666"/>
          <w:sz w:val="18"/>
        </w:rPr>
        <w:t>Purpose of Human Life I 2nd Dec. '12 · 9m 39s · at 19:30 · https://youtu.be/ilEf2fol6Gk?t=1170</w:t>
      </w:r>
    </w:p>
    <w:p>
      <w:r>
        <w:rPr>
          <w:i/>
        </w:rPr>
        <w:t>“مسلمان 200 سال سے جہاد کر رہے ہیں”</w:t>
      </w:r>
    </w:p>
    <w:p>
      <w:r>
        <w:rPr>
          <w:sz w:val="20"/>
        </w:rPr>
        <w:t>19:30  phir se sochiye ke aap kya kar rahe hain, aakhir kar kahan pounchanay walay hain. phir in sab baaton par sochtay hue, main mera mind yahan tak pouncha ke maujooda zamanay mein musalman 200 saal</w:t>
      </w:r>
      <w:r>
        <w:br/>
      </w:r>
      <w:r>
        <w:rPr>
          <w:sz w:val="20"/>
        </w:rPr>
        <w:t>20:00  se jehad kar rahe hain. ti pi sultan ko angrezon ne halak kiya tha 1799 mein, 1799. to 200 saal ho chukay, tab se larai jaari hai, aur mera kya? kuch bhi nahin. kahin bhi nahin gaya, na kashmir mein, na falasteen mein, na</w:t>
      </w:r>
      <w:r>
        <w:br/>
      </w:r>
      <w:r>
        <w:rPr>
          <w:sz w:val="20"/>
        </w:rPr>
        <w:t>20:30  dunya mein kahin aur bhi. jaan o maal ki halakat itni ziyada hai, itni ziyada hai, itni ziyada hai ke poori musalmanon ki sari tareekh mein itni qurbani nahin di gayi jitni qurbani in 200 barson mein di gayi. lekin mera kuch bhi nahin. is par main sochta raha, sochta raha. to dobara mujhe aik ayat yaad aayi. is ayat mein hamein aik jo</w:t>
      </w:r>
      <w:r>
        <w:br/>
      </w:r>
      <w:r>
        <w:rPr>
          <w:sz w:val="20"/>
        </w:rPr>
        <w:t>21:00  ab diya gaya hai. yeh ayat hai surah al-fateh. surah al-fateh woh ayat hai jis mein hudaybiyyah ka zikr hai. aap jantay hain ke rasool Allah sal-lal-lahu alaihi wasallam ke zamanay mein aik agreement hua tha rasool Allah se aur aap ke mukhalifeen se, us ko kehtay hain hudaybiyyah pact ya sulah huday</w:t>
      </w:r>
      <w:r>
        <w:br/>
      </w:r>
      <w:r>
        <w:rPr>
          <w:sz w:val="20"/>
        </w:rPr>
        <w:t>21:30  biyyah. to us mein rasool Allah sal-lal-lahu alaihi wasallam raazi ho gaye thay un ki sari sharton ko mannay par, un ki sari condition ko mannay par. aur sirf is rasool Allah ko jo mil rahi thi woh sirf yeh ke peace, larai band. is se pehle jo badr, uhud waghera ke qissay hue thay, woh sab band. ab larai nahin hogi, ab peace rahe gi. to</w:t>
      </w:r>
      <w:r>
        <w:br/>
      </w:r>
      <w:r>
        <w:rPr>
          <w:sz w:val="20"/>
        </w:rPr>
        <w:t>22:00  peace ko qaim karne ki khatir aap ne sari shartein un ki maan leen. sari shartein. mislan, aap aur aap ke ashaab ja rahe thay umrah karne ke liye. us zamanay mein umrah karna sab ka haq mana jata tha. koi bhi shakhs jaye, umrah kare. unhon ne kaha ke nahin, aap ko janay nahin dain ge, aap ko makkah umrah karne ke liye. to saaray</w:t>
      </w:r>
      <w:r>
        <w:br/>
      </w:r>
      <w:r>
        <w:rPr>
          <w:sz w:val="20"/>
        </w:rPr>
        <w:t>22:30  sahaba ghussa ho gaye ke woh to hamara haq hai. poore arab ki riwayat mein yeh shamil tha ke jo shakhs bhi chahe, aaye woh kaaba ki ziyarat kare, umrah kare. kyun ke aap jantay hain hajj jo hai, Islam se pehle bhi tha, hazrat ibrahim ke zamanay se shuru hua tha hajj. to apne lihaaz se woh hajj karte thay, apne dhang se. to unhon ne rok</w:t>
      </w:r>
      <w:r>
        <w:br/>
      </w:r>
      <w:r>
        <w:rPr>
          <w:sz w:val="20"/>
        </w:rPr>
        <w:t>23:00  diya. magar rasool Allah sal-lal-lahu alaihi wasallam raazi ho gaye. theek hai, hum wapas madinah chalay jatay hain. jab muahida kaaghaz par likha janay laga, jis mein likha gaya tha "Muhammad Rasool Allah", unhon ne kaha us ko mitaiye, hum aap ko Rasool Allah mantay hi nahin. likhein "Muhammad bin Abdullah". to rasool Allah ne us ko bhi mita diya, kaha ke theek hai, "Muhammad bin Abdullah". yaani jo aap ki</w:t>
      </w:r>
      <w:r>
        <w:br/>
      </w:r>
      <w:r>
        <w:rPr>
          <w:sz w:val="20"/>
        </w:rPr>
        <w:t>23:31  asal haisiyat thi, usi ko kaaghaz par mita diya. zahir hai ke rasool Allah ka asal haisiyat yeh thi ke aap Allah ke rasool thay. to kaaghaz par usi ko mita diya. un ki jitni bhi condition theen, literally aap ne maan liya, sirf aik cheez ki khatir ke aap ka un ke darmiyan larai band ho jaye aur peace qaim ho jaye.</w:t>
      </w:r>
      <w:r>
        <w:br/>
      </w:r>
      <w:r>
        <w:rPr>
          <w:sz w:val="20"/>
        </w:rPr>
        <w:t>24:04  to yeh baat jo thi, sahaba ko bohat nagawar thi. hazrat umar ne yahan tak keh diya ke "yeh to hamari zillat hai, hamari shikast hai, hamari hai, hum kaisay is ko manen?" us waqt dekhiye, aik ayat utri surah al-fateh mein, jab rasool Allah raazi ho gaye Allah ke wahi ke mutabiq. "ala ma taala".</w:t>
      </w:r>
      <w:r>
        <w:br/>
      </w:r>
      <w:r>
        <w:rPr>
          <w:sz w:val="20"/>
        </w:rPr>
        <w:t>24:38  yeh bohat hi zabardast ayat hai. "ala ma taala". Allah ne woh jaana jo tum ne nahin jaana. is ka tarjuma hai "Allah ne woh jaana jo tum ne nahin jaana". yaani "God knew what you did not know". "God knew what you did not know". dekhiye, in lafzon ka matlab kya hai? matlab kya hai in lafzon ka</w:t>
      </w:r>
      <w:r>
        <w:br/>
      </w:r>
      <w:r>
        <w:rPr>
          <w:sz w:val="20"/>
        </w:rPr>
        <w:t>25:08  ؟ is ka matlab yeh hai ke rasool Allah jo thay, Allah ki rehnumai mein, yaani ilm-e-ilahi ki rehnumai mein, unhon ne woh muamla kiya, woh pact kiya jo creation plan of God ke mutabiq tha. aur tum apne dimaagh pe chal rahe thay. "ala ma taala" ka matlab hai ke tum apne</w:t>
      </w:r>
      <w:r>
        <w:br/>
      </w:r>
      <w:r>
        <w:rPr>
          <w:sz w:val="20"/>
        </w:rPr>
        <w:t>25:38  ilm par, apne dimaagh pe chal rahe thay. aur peghambar Allah ke dimaagh par chala. yaani Allah ne jo is dunya ke liye, Allah ki takhleeq ke mutabiq, is dunya ke liye jo mansooba hai, Allah ka jo creation plan of God jo hai, aik hai planning, us ke mutabiq us ko jaan kar planning karna. yaani aik hai</w:t>
      </w:r>
      <w:r>
        <w:br/>
      </w:r>
      <w:r>
        <w:rPr>
          <w:sz w:val="20"/>
        </w:rPr>
        <w:t>26:08  creation plan of God ko jaan kar us ki planning karna, us ke mutabiq. aik hai bas apne mind mein jo aa gaya, usi par chal rahe hain aap. to kamyabi kis mein hai? is mein ayat Quran mein "inna fatahna fat-han mubeena". yeh fath-e-mubeen hai. is mein kya message mila? ke agar tum apni planning</w:t>
      </w:r>
      <w:r>
        <w:br/>
      </w:r>
      <w:r>
        <w:rPr>
          <w:sz w:val="20"/>
        </w:rPr>
        <w:t>26:38  ، creation plan of God ko jaan kar karoge to tumhare liye fath-e-mubeen hai. aur agar tum apne hi dimaagh pe chalay gaye, apni soch pe chalay gaye to kya hai? shikast-e-mubeen hai. yaani hazeemat-e-mubeen hai. aur yeh</w:t>
      </w:r>
      <w:r>
        <w:br/>
      </w:r>
      <w:r>
        <w:rPr>
          <w:sz w:val="20"/>
        </w:rPr>
        <w:t>27:08  bilkul hamare halaat par apply ho rahi hai. 200 saal mein musalmanon ko kya mil raha hai? shikast-e-azeem, hazeemat-e-azeem, fath-e-mubeen kahan mil rahi hai? is se kya nikla? ke Allah taala ki taraf se khamosh zabaan mein ailaan kiya ja raha hai ke "ae ummat-e-muslima, tum ne</w:t>
      </w:r>
      <w:r>
        <w:br/>
      </w:r>
      <w:r>
        <w:rPr>
          <w:sz w:val="20"/>
        </w:rPr>
        <w:t>27:39  Allah taala ke creation plan ko jaana hi nahin, khud apne khud-sakhta zehan se planning ki to kya ho raha hai? tum ko shikast-e-azeem mil rahi hai. sirf failure, sirf failure, sirf failure. to tum badlo apne zehan ko, reassess karo, revise karo,</w:t>
      </w:r>
      <w:r>
        <w:br/>
      </w:r>
      <w:r>
        <w:rPr>
          <w:sz w:val="20"/>
        </w:rPr>
        <w:t>28:09  you turn lo, aur Allah taala ke naqshay ke mutabiq, jo Allah taala ka jo creation plan hai, us ko jaan kar us ke mutabiq planning karo. tab tum ko kamyabi mile gi. yeh message hai. tab woh jannat mile gi, woh jannat jo sari zameen o aasman ke barabar hai, sari kainat ke barabar hai. "al-samawati wal ard"</w:t>
      </w:r>
      <w:r>
        <w:br/>
      </w:r>
      <w:r>
        <w:rPr>
          <w:sz w:val="20"/>
        </w:rPr>
        <w:t>28:39  ۔ abhi tumhein kuch bhi nahin mil raha. ab yeh sab sochtay hue phir maine ghor kiya ke Allah taala ke creation plan ke mutabiq ab hamein kya karna hai? to dekhiye, Allah taala isharon ki zabaan mein bolta hai. Allah ka jo kalam</w:t>
      </w:r>
    </w:p>
    <w:p>
      <w:pPr>
        <w:pStyle w:val="Heading2"/>
      </w:pPr>
      <w:r>
        <w:t>Warning, intellect, and controlling desires</w:t>
      </w:r>
    </w:p>
    <w:p>
      <w:r>
        <w:rPr>
          <w:color w:val="666666"/>
          <w:sz w:val="18"/>
        </w:rPr>
        <w:t>Fear of God February 21, 2016 · 4m 20s · at 58:10 · https://youtu.be/T-w1IDIeCV4?t=3490</w:t>
      </w:r>
    </w:p>
    <w:p>
      <w:r>
        <w:rPr>
          <w:i/>
        </w:rPr>
        <w:t>“The meaning of Inzar is warning”</w:t>
      </w:r>
    </w:p>
    <w:p>
      <w:r>
        <w:rPr>
          <w:sz w:val="20"/>
        </w:rPr>
        <w:t>58:10  indhaar ke maani hain warning.</w:t>
      </w:r>
      <w:r>
        <w:br/>
      </w:r>
      <w:r>
        <w:rPr>
          <w:sz w:val="20"/>
        </w:rPr>
        <w:t>58:15  wahan jo lafz aaya hai, indhaar wala, woh dawat ke liye aaya hai.</w:t>
      </w:r>
      <w:r>
        <w:br/>
      </w:r>
      <w:r>
        <w:rPr>
          <w:sz w:val="20"/>
        </w:rPr>
        <w:t>58:20  dawat ke liye.</w:t>
      </w:r>
      <w:r>
        <w:br/>
      </w:r>
      <w:r>
        <w:rPr>
          <w:sz w:val="20"/>
        </w:rPr>
        <w:t>58:25  to is ka matlab hota hai warning.</w:t>
      </w:r>
      <w:r>
        <w:br/>
      </w:r>
      <w:r>
        <w:rPr>
          <w:sz w:val="20"/>
        </w:rPr>
        <w:t>58:30  Warning ka matlab kya hota hai? ke logon ko christian plan of God se aagah karna.</w:t>
      </w:r>
      <w:r>
        <w:br/>
      </w:r>
      <w:r>
        <w:rPr>
          <w:sz w:val="20"/>
        </w:rPr>
        <w:t>58:35  yani urdu mein hum kahein ke aagah karne wala.</w:t>
      </w:r>
      <w:r>
        <w:br/>
      </w:r>
      <w:r>
        <w:rPr>
          <w:sz w:val="20"/>
        </w:rPr>
        <w:t>58:40  insaan sara dawat ka jo khulasa hai ke logon ko yeh batana ke What is the Christian plan of God?</w:t>
      </w:r>
      <w:r>
        <w:br/>
      </w:r>
      <w:r>
        <w:rPr>
          <w:sz w:val="20"/>
        </w:rPr>
        <w:t>58:46  yeh batana.</w:t>
      </w:r>
      <w:r>
        <w:br/>
      </w:r>
      <w:r>
        <w:rPr>
          <w:sz w:val="20"/>
        </w:rPr>
        <w:t>58:52  to isi ko bohat hi sakht lafz kaha gaya hai indhaar.</w:t>
      </w:r>
      <w:r>
        <w:br/>
      </w:r>
      <w:r>
        <w:rPr>
          <w:sz w:val="20"/>
        </w:rPr>
        <w:t>58:58  indhaar karo, warning do, un ko aagah karo, un ko bohat hi effective andaaz mein batao, yeh hai dawat.</w:t>
      </w:r>
      <w:r>
        <w:br/>
      </w:r>
      <w:r>
        <w:rPr>
          <w:sz w:val="20"/>
        </w:rPr>
        <w:t>59:04  yeh sahih hai, is mani mein aap theek kaha.</w:t>
      </w:r>
      <w:r>
        <w:br/>
      </w:r>
      <w:r>
        <w:rPr>
          <w:sz w:val="20"/>
        </w:rPr>
        <w:t>59:10  maulana, agla sawal kya hai dilli se maulana farhad umri ne, aur unhon ne likha hai is there</w:t>
      </w:r>
      <w:r>
        <w:br/>
      </w:r>
      <w:r>
        <w:rPr>
          <w:sz w:val="20"/>
        </w:rPr>
        <w:t>59:16  any difference between hikmat and aql?</w:t>
      </w:r>
      <w:r>
        <w:br/>
      </w:r>
      <w:r>
        <w:rPr>
          <w:sz w:val="20"/>
        </w:rPr>
        <w:t>59:22  Because many ulema do not appreciate aql and say that it makes people wrong. Maulana, What is your opinion on this?</w:t>
      </w:r>
      <w:r>
        <w:br/>
      </w:r>
      <w:r>
        <w:rPr>
          <w:sz w:val="20"/>
        </w:rPr>
        <w:t>59:32  bhai, aql to khuda ki ek takhleeq hai.</w:t>
      </w:r>
      <w:r>
        <w:br/>
      </w:r>
      <w:r>
        <w:rPr>
          <w:sz w:val="20"/>
        </w:rPr>
        <w:t>59:38  khuda ne paida kiya.</w:t>
      </w:r>
      <w:r>
        <w:br/>
      </w:r>
      <w:r>
        <w:rPr>
          <w:sz w:val="20"/>
        </w:rPr>
        <w:t>59:44  hadith mein aata hai ke Allah ne aql ko paida kiya.</w:t>
      </w:r>
      <w:r>
        <w:br/>
      </w:r>
      <w:r>
        <w:rPr>
          <w:sz w:val="20"/>
        </w:rPr>
        <w:t>59:50  to is mein appreciate na karne ki koi baat hi nahin.</w:t>
      </w:r>
      <w:r>
        <w:br/>
      </w:r>
      <w:r>
        <w:rPr>
          <w:sz w:val="20"/>
        </w:rPr>
        <w:t>59:56  yeh hadith sabit hai ke aql ko Allah ne paida kiya.</w:t>
      </w:r>
      <w:r>
        <w:br/>
      </w:r>
      <w:r>
        <w:rPr>
          <w:sz w:val="20"/>
        </w:rPr>
        <w:t>1:00:02  to jab Allah ne paida kiya to bilashuba woh woh ek aisi cheez hai jis ko hamein manna hi hoga.</w:t>
      </w:r>
      <w:r>
        <w:br/>
      </w:r>
      <w:r>
        <w:rPr>
          <w:sz w:val="20"/>
        </w:rPr>
        <w:t>1:00:09  baqi woh ek alag cheez hai ke aql ka galat istemal.</w:t>
      </w:r>
      <w:r>
        <w:br/>
      </w:r>
      <w:r>
        <w:rPr>
          <w:sz w:val="20"/>
        </w:rPr>
        <w:t>1:00:15  jo kaha jata hai ke man tamman taqee tazill taqee to man tamman taqee tazill taqee yeh yeh</w:t>
      </w:r>
      <w:r>
        <w:br/>
      </w:r>
      <w:r>
        <w:rPr>
          <w:sz w:val="20"/>
        </w:rPr>
        <w:t>1:00:21  aql ka galat istemal hai.</w:t>
      </w:r>
      <w:r>
        <w:br/>
      </w:r>
      <w:r>
        <w:rPr>
          <w:sz w:val="20"/>
        </w:rPr>
        <w:t>1:00:27  lekin aql ka sahi istemal jo hai, woh to zahir hai ke bohat bari aur sawab ka kaam hai.</w:t>
      </w:r>
      <w:r>
        <w:br/>
      </w:r>
      <w:r>
        <w:rPr>
          <w:sz w:val="20"/>
        </w:rPr>
        <w:t>1:00:33  quran mein bhara hua hai is se ke ke aql ko istemal karo, tafkeer karo.</w:t>
      </w:r>
      <w:r>
        <w:br/>
      </w:r>
      <w:r>
        <w:rPr>
          <w:sz w:val="20"/>
        </w:rPr>
        <w:t>1:00:39  yeh to bohat bohat zyada quran mein bar bar aa raha hai: afala taqiloon afala taqiloon yeh to</w:t>
      </w:r>
      <w:r>
        <w:br/>
      </w:r>
      <w:r>
        <w:rPr>
          <w:sz w:val="20"/>
        </w:rPr>
        <w:t>1:00:46  aql ko istemal karo, yeh to Allah ko matlab hai ke log aql ko istemal karen.</w:t>
      </w:r>
      <w:r>
        <w:br/>
      </w:r>
      <w:r>
        <w:rPr>
          <w:sz w:val="20"/>
        </w:rPr>
        <w:t>1:00:52  is liye aql bohat bari nemat hai, albattah misuse kar ke aadmi apne ko is ka yaani ulta</w:t>
      </w:r>
      <w:r>
        <w:br/>
      </w:r>
      <w:r>
        <w:rPr>
          <w:sz w:val="20"/>
        </w:rPr>
        <w:t>1:00:58  bana leta hai.</w:t>
      </w:r>
      <w:r>
        <w:br/>
      </w:r>
      <w:r>
        <w:rPr>
          <w:sz w:val="20"/>
        </w:rPr>
        <w:t>1:01:04  maulana, in ka pehla hissa jo sawal ka tha, woh yeh bhi tha ke kya hikmat aur aql</w:t>
      </w:r>
      <w:r>
        <w:br/>
      </w:r>
      <w:r>
        <w:rPr>
          <w:sz w:val="20"/>
        </w:rPr>
        <w:t>1:01:10  mein koi difference hai? main is baat se to koi difference nahin hai.</w:t>
      </w:r>
      <w:r>
        <w:br/>
      </w:r>
      <w:r>
        <w:rPr>
          <w:sz w:val="20"/>
        </w:rPr>
        <w:t>1:01:16  hikmat ke lafzi mani to wisdom hain, aur wisdom ka aql jo hai, woh source of wisdom hai.</w:t>
      </w:r>
      <w:r>
        <w:br/>
      </w:r>
      <w:r>
        <w:rPr>
          <w:sz w:val="20"/>
        </w:rPr>
        <w:t>1:01:23  wisdom jo hai, woh kahan se aati hai? aql se aati hai.</w:t>
      </w:r>
      <w:r>
        <w:br/>
      </w:r>
      <w:r>
        <w:rPr>
          <w:sz w:val="20"/>
        </w:rPr>
        <w:t>1:01:29  aur hikmat ka lafzi matlab wisdom hai.</w:t>
      </w:r>
      <w:r>
        <w:br/>
      </w:r>
      <w:r>
        <w:rPr>
          <w:sz w:val="20"/>
        </w:rPr>
        <w:t>1:01:35  donon mein koi yaani safed aur yaani black aur black aur white ka farq nahin hai.</w:t>
      </w:r>
      <w:r>
        <w:br/>
      </w:r>
      <w:r>
        <w:rPr>
          <w:sz w:val="20"/>
        </w:rPr>
        <w:t>1:01:41  donon mere nazdeek ek doosre ka hissa hain.</w:t>
      </w:r>
      <w:r>
        <w:br/>
      </w:r>
      <w:r>
        <w:rPr>
          <w:sz w:val="20"/>
        </w:rPr>
        <w:t>1:01:47  maulana, agla sawal kya hai agra se farooq sahib ne, aur unhon ne likha hai ke How can</w:t>
      </w:r>
      <w:r>
        <w:br/>
      </w:r>
      <w:r>
        <w:rPr>
          <w:sz w:val="20"/>
        </w:rPr>
        <w:t>1:01:53  we control our desires of greed, lust, and arrogance?</w:t>
      </w:r>
      <w:r>
        <w:br/>
      </w:r>
      <w:r>
        <w:rPr>
          <w:sz w:val="20"/>
        </w:rPr>
        <w:t>1:02:00  These are the desires which are governing the people in the society today. Please guide us, Maulana, on the same. bas yeh samjhein ke control karen to sawab barh jayega. agar greed waghera ke problem na hote to hamein control karne ki zaroorat nahin thi. to quran se sabit hai ke jo jo sabr kare, us ko ziyada sawab milta hai. to sabr kya hai? yahi to hai control karna. to yeh sab jo mahol hai, woh sirf is liye hai ke aap ke sawab ko, aap ke reward ko barhaye. aap ke reward ko barhaye. to bohat achi cheez hai. maulana, agla sawal dilli se kya hai raj malik sahib ne, aur unhon ne likha hai ke aik sahib keh rahe the ke kaise yaqeen kiya jaye ke marne ke baad jannat aur jahannum hai? kyunke quran aur hadees mein bhi ikhtilaf is ke is mein hai. is ke baray mein batayen. bhai, yeh mamla study ka hai. aap study kijiye. mein to yeh samajhta hoon yani kam study se yeh sab sawalat paida hote hain. ziyada study se yeh sawalat khatam ho jate hain. hamara jo magazine hai al risala, us mein barabar is mozu pe likha jata hai. taqreeban har shumaray mein kuch na kuch zaroor hota hai. to mein yahi kahunga ke yeh koi qanoon ki baat nahin ke aap aik qanoon ki dafa batayen. yeh yeh study barhane ki baat hai. to aise logon ko chahiye ke woh study barhayen. is ke baad woh zaroor aisa yani zehn paida ho jayega un ke andar. Okay, so we will end this session now.</w:t>
      </w:r>
    </w:p>
    <w:p>
      <w:pPr>
        <w:pStyle w:val="Heading2"/>
      </w:pPr>
      <w:r>
        <w:t>Overcoming pride and pampering to find true self</w:t>
      </w:r>
    </w:p>
    <w:p>
      <w:r>
        <w:rPr>
          <w:color w:val="666666"/>
          <w:sz w:val="18"/>
        </w:rPr>
        <w:t>Quran Lessons (In Conversation with Maulana) 27.12.2010 · 4m 35s · at 35:11 · https://youtu.be/tFU57I6tThk?t=2111</w:t>
      </w:r>
    </w:p>
    <w:p>
      <w:r>
        <w:rPr>
          <w:i/>
        </w:rPr>
        <w:t>“God has blessed man with so many boundaries”</w:t>
      </w:r>
    </w:p>
    <w:p>
      <w:r>
        <w:rPr>
          <w:sz w:val="20"/>
        </w:rPr>
        <w:t>35:11  God has blessed man with so much boundaries.</w:t>
      </w:r>
      <w:r>
        <w:br/>
      </w:r>
      <w:r>
        <w:rPr>
          <w:sz w:val="20"/>
        </w:rPr>
        <w:t>35:14  It seems God himself has pampered man.</w:t>
      </w:r>
      <w:r>
        <w:br/>
      </w:r>
      <w:r>
        <w:rPr>
          <w:sz w:val="20"/>
        </w:rPr>
        <w:t>35:18  How can man overcome this pampering and become a man or woman cut to size? Kindly comment.</w:t>
      </w:r>
      <w:r>
        <w:br/>
      </w:r>
      <w:r>
        <w:rPr>
          <w:sz w:val="20"/>
        </w:rPr>
        <w:t>35:22  Pampering to lafz sahi nahi hai.</w:t>
      </w:r>
      <w:r>
        <w:br/>
      </w:r>
      <w:r>
        <w:rPr>
          <w:sz w:val="20"/>
        </w:rPr>
        <w:t>35:26  Aap keh sakte hain ke blessing keh sakte hain.</w:t>
      </w:r>
      <w:r>
        <w:br/>
      </w:r>
      <w:r>
        <w:rPr>
          <w:sz w:val="20"/>
        </w:rPr>
        <w:t>35:29  Is ko blessing kaha ja sakta hai.</w:t>
      </w:r>
      <w:r>
        <w:br/>
      </w:r>
      <w:r>
        <w:rPr>
          <w:sz w:val="20"/>
        </w:rPr>
        <w:t>35:33  Pampering to ek achha word nahi hai.</w:t>
      </w:r>
      <w:r>
        <w:br/>
      </w:r>
      <w:r>
        <w:rPr>
          <w:sz w:val="20"/>
        </w:rPr>
        <w:t>35:37  Kya kya sawal hai</w:t>
      </w:r>
      <w:r>
        <w:br/>
      </w:r>
      <w:r>
        <w:rPr>
          <w:sz w:val="20"/>
        </w:rPr>
        <w:t>35:41  ؟ کوئسچن کیا ہے؟ اصل How can man overcome this pampering and become a man or woman cut</w:t>
      </w:r>
      <w:r>
        <w:br/>
      </w:r>
      <w:r>
        <w:rPr>
          <w:sz w:val="20"/>
        </w:rPr>
        <w:t>35:57  to size? Cut to size to yaani</w:t>
      </w:r>
      <w:r>
        <w:br/>
      </w:r>
      <w:r>
        <w:rPr>
          <w:sz w:val="20"/>
        </w:rPr>
        <w:t>36:13  Cut to size ka matlab yeh hai ke apni yeh bohat achha lafz hai.</w:t>
      </w:r>
      <w:r>
        <w:br/>
      </w:r>
      <w:r>
        <w:rPr>
          <w:sz w:val="20"/>
        </w:rPr>
        <w:t>36:18  yeh cut to size ka yani apni yani apni hesiyat haqeeqi tak pohnch jana.</w:t>
      </w:r>
      <w:r>
        <w:br/>
      </w:r>
      <w:r>
        <w:rPr>
          <w:sz w:val="20"/>
        </w:rPr>
        <w:t>36:23  jaise ke misaal mein doon, jab bangladesh bana tha, yani pakistan do tukre ho gaye the, to</w:t>
      </w:r>
      <w:r>
        <w:br/>
      </w:r>
      <w:r>
        <w:rPr>
          <w:sz w:val="20"/>
        </w:rPr>
        <w:t>36:29  kai kitabein chhapi theen.</w:t>
      </w:r>
      <w:r>
        <w:br/>
      </w:r>
      <w:r>
        <w:rPr>
          <w:sz w:val="20"/>
        </w:rPr>
        <w:t>36:34  un ke title hote the ke dismemberment of pakistan, partition after partition waghera.</w:t>
      </w:r>
      <w:r>
        <w:br/>
      </w:r>
      <w:r>
        <w:rPr>
          <w:sz w:val="20"/>
        </w:rPr>
        <w:t>36:39  ek kitab chhapi thi, is ka naam tha</w:t>
      </w:r>
      <w:r>
        <w:br/>
      </w:r>
      <w:r>
        <w:rPr>
          <w:sz w:val="20"/>
        </w:rPr>
        <w:t>36:44  Pakistan cut to size, that Pakistan, it was an artificial expansion, that one, one here East</w:t>
      </w:r>
      <w:r>
        <w:br/>
      </w:r>
      <w:r>
        <w:rPr>
          <w:sz w:val="20"/>
        </w:rPr>
        <w:t>36:48  pakistan, idhar west pakistan, beech mein hazar mil ka fasla.</w:t>
      </w:r>
      <w:r>
        <w:br/>
      </w:r>
      <w:r>
        <w:rPr>
          <w:sz w:val="20"/>
        </w:rPr>
        <w:t>36:53  to yeh yeh ek aisa koi mulk to hota nahin.</w:t>
      </w:r>
      <w:r>
        <w:br/>
      </w:r>
      <w:r>
        <w:rPr>
          <w:sz w:val="20"/>
        </w:rPr>
        <w:t>36:57  to yeh ek artificial tha.</w:t>
      </w:r>
      <w:r>
        <w:br/>
      </w:r>
      <w:r>
        <w:rPr>
          <w:sz w:val="20"/>
        </w:rPr>
        <w:t>37:01  yeh to woh masnooi pan khatm ho gaya.</w:t>
      </w:r>
      <w:r>
        <w:br/>
      </w:r>
      <w:r>
        <w:rPr>
          <w:sz w:val="20"/>
        </w:rPr>
        <w:t>37:06  jo real pakistan jo tha, wohi baqi raha.</w:t>
      </w:r>
      <w:r>
        <w:br/>
      </w:r>
      <w:r>
        <w:rPr>
          <w:sz w:val="20"/>
        </w:rPr>
        <w:t>37:10  to is ka naam rakha tha unhon ne</w:t>
      </w:r>
      <w:r>
        <w:br/>
      </w:r>
      <w:r>
        <w:rPr>
          <w:sz w:val="20"/>
        </w:rPr>
        <w:t>37:14  pakistan cut to size.</w:t>
      </w:r>
      <w:r>
        <w:br/>
      </w:r>
      <w:r>
        <w:rPr>
          <w:sz w:val="20"/>
        </w:rPr>
        <w:t>37:19  to insan ka muamla bhi yahi hai ke yeh jo insan ke andar jo cheezein hoti hain, maslan</w:t>
      </w:r>
      <w:r>
        <w:br/>
      </w:r>
      <w:r>
        <w:rPr>
          <w:sz w:val="20"/>
        </w:rPr>
        <w:t>37:24  maslan organs hain, maslan is ke andar woh hai apne ko kuch samajhna, pride hai waghera.</w:t>
      </w:r>
      <w:r>
        <w:br/>
      </w:r>
      <w:r>
        <w:rPr>
          <w:sz w:val="20"/>
        </w:rPr>
        <w:t>37:29  yeh sab kya hai? yeh yeh farzi qism ke ghubare jaisi barhoti hai.</w:t>
      </w:r>
      <w:r>
        <w:br/>
      </w:r>
      <w:r>
        <w:rPr>
          <w:sz w:val="20"/>
        </w:rPr>
        <w:t>37:34  jab ghubara haqeeqat mein itna bara hota hai, phool jaye to itna bara ho gaya woh.</w:t>
      </w:r>
      <w:r>
        <w:br/>
      </w:r>
      <w:r>
        <w:rPr>
          <w:sz w:val="20"/>
        </w:rPr>
        <w:t>37:39  to insan ke andar yeh jab</w:t>
      </w:r>
      <w:r>
        <w:br/>
      </w:r>
      <w:r>
        <w:rPr>
          <w:sz w:val="20"/>
        </w:rPr>
        <w:t>37:44  cheezen jo hain, yeh yeh sab yani masnooi hain, artificial hain. woh jab woh khatam ho jaen to woh mind cut to size ban gaya hai. woh to is ka taluq sochne se hai. aadmi agar soche to bohat aasani se aap ko cut to size kar sakta hai. to sochte sab is ka jagah yeh sab masnooi hain, sab banawati hain. mera fakhr banawati hai, mera organs banawati hai, apne ko kuch samajhna yeh banawati hai. maslan delhi mein ek</w:t>
      </w:r>
      <w:r>
        <w:br/>
      </w:r>
      <w:r>
        <w:rPr>
          <w:sz w:val="20"/>
        </w:rPr>
        <w:t>38:14  bohat bare professor the, bohat bare scholar maane jate the.</w:t>
      </w:r>
      <w:r>
        <w:br/>
      </w:r>
      <w:r>
        <w:rPr>
          <w:sz w:val="20"/>
        </w:rPr>
        <w:t>38:18  mein un se mila barhape ke zaman mein to un ki memory chali gayi thi.</w:t>
      </w:r>
      <w:r>
        <w:br/>
      </w:r>
      <w:r>
        <w:rPr>
          <w:sz w:val="20"/>
        </w:rPr>
        <w:t>38:22  pehchante nahin the aadmi ko.</w:t>
      </w:r>
      <w:r>
        <w:br/>
      </w:r>
      <w:r>
        <w:rPr>
          <w:sz w:val="20"/>
        </w:rPr>
        <w:t>38:26  yani woh aadmi jo bohat zabardast scholar, internationally international repute thi un ki, lekin memory chali gayi to</w:t>
      </w:r>
      <w:r>
        <w:br/>
      </w:r>
      <w:r>
        <w:rPr>
          <w:sz w:val="20"/>
        </w:rPr>
        <w:t>38:30  kuch bhi nahin hai.</w:t>
      </w:r>
      <w:r>
        <w:br/>
      </w:r>
      <w:r>
        <w:rPr>
          <w:sz w:val="20"/>
        </w:rPr>
        <w:t>38:34  woh aise bane aur bohat se log dekhe hain ke koi ek cheez gadbad ho gayi to sab</w:t>
      </w:r>
      <w:r>
        <w:br/>
      </w:r>
      <w:r>
        <w:rPr>
          <w:sz w:val="20"/>
        </w:rPr>
        <w:t>38:38  muamla bigad gaya un ka.</w:t>
      </w:r>
      <w:r>
        <w:br/>
      </w:r>
      <w:r>
        <w:rPr>
          <w:sz w:val="20"/>
        </w:rPr>
        <w:t>38:42  to agar aadmi apni soche</w:t>
      </w:r>
      <w:r>
        <w:br/>
      </w:r>
      <w:r>
        <w:rPr>
          <w:sz w:val="20"/>
        </w:rPr>
        <w:t>38:46  apne bare mein to lage ke mera pride bhi kuch bhi nahin hai. kis base pe main pride karoon? kis base pe main fakhr karoon? woh sab ghubara hai. to soch kar aadmi apne aap ko mind cut to size banata hai aur koi tareeqa nahin hai. doosra koi tareeqa nahin hai. allah taala ne aadmi ke ke andar jazbat rakhe hain, yeh sahi hai, lekin aqal bhi to di hai. aqal se apne jazbat ko overcome kar sakta hai. aqal se apne jazbat ko</w:t>
      </w:r>
      <w:r>
        <w:br/>
      </w:r>
      <w:r>
        <w:rPr>
          <w:sz w:val="20"/>
        </w:rPr>
        <w:t>39:16  control kar sakta hai.</w:t>
      </w:r>
      <w:r>
        <w:br/>
      </w:r>
      <w:r>
        <w:rPr>
          <w:sz w:val="20"/>
        </w:rPr>
        <w:t>39:22  woh yeh yani apni aql ko ghalib karna jazbat ke oopar yeh hai insan ka test.</w:t>
      </w:r>
      <w:r>
        <w:br/>
      </w:r>
      <w:r>
        <w:rPr>
          <w:sz w:val="20"/>
        </w:rPr>
        <w:t>39:28  This question is from Mr. Riaz Ahmed from Delhi.</w:t>
      </w:r>
      <w:r>
        <w:br/>
      </w:r>
      <w:r>
        <w:rPr>
          <w:sz w:val="20"/>
        </w:rPr>
        <w:t>39:34  hazrat ameer muawiya khalifa aur ameerul momineen thay.</w:t>
      </w:r>
      <w:r>
        <w:br/>
      </w:r>
      <w:r>
        <w:rPr>
          <w:sz w:val="20"/>
        </w:rPr>
        <w:t>39:40  kya un ke larkay itnay zalim thay jinho nay ahle bait ke sath</w:t>
      </w:r>
    </w:p>
    <w:p>
      <w:pPr>
        <w:pStyle w:val="Heading2"/>
      </w:pPr>
      <w:r>
        <w:t>Atheist question and God as scientific fact</w:t>
      </w:r>
    </w:p>
    <w:p>
      <w:r>
        <w:rPr>
          <w:color w:val="666666"/>
          <w:sz w:val="18"/>
        </w:rPr>
        <w:t>The Belief System of Islam August 01, 2007 · 5m 15s · at 8:59 · https://youtu.be/5pdnwRaPfmY?t=539</w:t>
      </w:r>
    </w:p>
    <w:p>
      <w:r>
        <w:rPr>
          <w:i/>
        </w:rPr>
        <w:t>“If God created the universe, then who created God?”</w:t>
      </w:r>
    </w:p>
    <w:p>
      <w:r>
        <w:rPr>
          <w:sz w:val="20"/>
        </w:rPr>
        <w:t>8:59  If God created the universe, then who created God? But this question is illogical.</w:t>
      </w:r>
      <w:r>
        <w:br/>
      </w:r>
      <w:r>
        <w:rPr>
          <w:sz w:val="20"/>
        </w:rPr>
        <w:t>9:10  Illogical.</w:t>
      </w:r>
      <w:r>
        <w:br/>
      </w:r>
      <w:r>
        <w:rPr>
          <w:sz w:val="20"/>
        </w:rPr>
        <w:t>9:15  Here I would like to give only one example of the universal harmony. You know, all the phenomena, all the things we see in the universe are a combination of atoms.</w:t>
      </w:r>
      <w:r>
        <w:br/>
      </w:r>
      <w:r>
        <w:rPr>
          <w:sz w:val="20"/>
        </w:rPr>
        <w:t>9:33  Atoms.</w:t>
      </w:r>
      <w:r>
        <w:br/>
      </w:r>
      <w:r>
        <w:rPr>
          <w:sz w:val="20"/>
        </w:rPr>
        <w:t>9:36  A drop of water contains a billion atoms. So is the case of everything in this vast universe.</w:t>
      </w:r>
      <w:r>
        <w:br/>
      </w:r>
      <w:r>
        <w:rPr>
          <w:sz w:val="20"/>
        </w:rPr>
        <w:t>9:47  But now science has discovered that the atom comprises two things: proton and neutron.</w:t>
      </w:r>
      <w:r>
        <w:br/>
      </w:r>
      <w:r>
        <w:rPr>
          <w:sz w:val="20"/>
        </w:rPr>
        <w:t>10:05  And it is discovered that proton is a bit lighter and neutron is a bit heavier.</w:t>
      </w:r>
      <w:r>
        <w:br/>
      </w:r>
      <w:r>
        <w:rPr>
          <w:sz w:val="20"/>
        </w:rPr>
        <w:t>10:18  All the atoms in this universe, all the atoms of this universe have the same property that their neutrons are a little heavier and their protons are a little lighter.</w:t>
      </w:r>
      <w:r>
        <w:br/>
      </w:r>
      <w:r>
        <w:rPr>
          <w:sz w:val="20"/>
        </w:rPr>
        <w:t>10:39  So the</w:t>
      </w:r>
      <w:r>
        <w:br/>
      </w:r>
      <w:r>
        <w:rPr>
          <w:sz w:val="20"/>
        </w:rPr>
        <w:t>10:43  scientific community says that if they were opposite, if the case were opposite that protons were heavier and neutrons were lighter,</w:t>
      </w:r>
      <w:r>
        <w:br/>
      </w:r>
      <w:r>
        <w:rPr>
          <w:sz w:val="20"/>
        </w:rPr>
        <w:t>10:59  so all the atoms</w:t>
      </w:r>
      <w:r>
        <w:br/>
      </w:r>
      <w:r>
        <w:rPr>
          <w:sz w:val="20"/>
        </w:rPr>
        <w:t>11:04  disintegrated</w:t>
      </w:r>
      <w:r>
        <w:br/>
      </w:r>
      <w:r>
        <w:rPr>
          <w:sz w:val="20"/>
        </w:rPr>
        <w:t>11:07  . And after the disintegration of atoms, there was no atom. There was no chemistry</w:t>
      </w:r>
      <w:r>
        <w:br/>
      </w:r>
      <w:r>
        <w:rPr>
          <w:sz w:val="20"/>
        </w:rPr>
        <w:t>11:15  . There was no life. There was no human being.</w:t>
      </w:r>
      <w:r>
        <w:br/>
      </w:r>
      <w:r>
        <w:rPr>
          <w:sz w:val="20"/>
        </w:rPr>
        <w:t>11:22  So here you can see that there are billions, billions of examples of this kind that show us that there is a great intelligence behind this universe.</w:t>
      </w:r>
      <w:r>
        <w:br/>
      </w:r>
      <w:r>
        <w:rPr>
          <w:sz w:val="20"/>
        </w:rPr>
        <w:t>11:41  In everything, there is mathematical order. So now the option for us, now the option before us is that either we have to accept unexplained mathematical laws or we have to accept unexplained God.</w:t>
      </w:r>
      <w:r>
        <w:br/>
      </w:r>
      <w:r>
        <w:rPr>
          <w:sz w:val="20"/>
        </w:rPr>
        <w:t>12:10  Either we have to believe that there is a God, there is unexplained God, or we have to believe that there is unexplained mathematical laws.</w:t>
      </w:r>
      <w:r>
        <w:br/>
      </w:r>
      <w:r>
        <w:rPr>
          <w:sz w:val="20"/>
        </w:rPr>
        <w:t>12:22  But mathematical laws are not an option for us, not at all. So we have only one option: to believe that there is an unexplained God.</w:t>
      </w:r>
      <w:r>
        <w:br/>
      </w:r>
      <w:r>
        <w:rPr>
          <w:sz w:val="20"/>
        </w:rPr>
        <w:t>12:37  There is no other option. For example, let us take the example of a mother.</w:t>
      </w:r>
      <w:r>
        <w:br/>
      </w:r>
      <w:r>
        <w:rPr>
          <w:sz w:val="20"/>
        </w:rPr>
        <w:t>12:46  If there is a living mother and at the same time there is a plastic mother, so apparently there are two options: either to believe your living mother as your mother or that plastic woman as your mother.</w:t>
      </w:r>
      <w:r>
        <w:br/>
      </w:r>
      <w:r>
        <w:rPr>
          <w:sz w:val="20"/>
        </w:rPr>
        <w:t>13:04  But in real sense, it is not an option. You have no two options but only one option. You cannot opt for the plastic mother.</w:t>
      </w:r>
      <w:r>
        <w:br/>
      </w:r>
      <w:r>
        <w:rPr>
          <w:sz w:val="20"/>
        </w:rPr>
        <w:t>13:22  It is not an option. It is ridiculous to say that this plastic mother is my mother. So you have one option, only one option: that this living woman is my mother.</w:t>
      </w:r>
      <w:r>
        <w:br/>
      </w:r>
      <w:r>
        <w:rPr>
          <w:sz w:val="20"/>
        </w:rPr>
        <w:t>13:36  So in the case of</w:t>
      </w:r>
      <w:r>
        <w:br/>
      </w:r>
      <w:r>
        <w:rPr>
          <w:sz w:val="20"/>
        </w:rPr>
        <w:t>13:42  our world, we cannot accept unexplained</w:t>
      </w:r>
      <w:r>
        <w:br/>
      </w:r>
      <w:r>
        <w:rPr>
          <w:sz w:val="20"/>
        </w:rPr>
        <w:t>13:50  mathematical laws; they are not our option. Only one option</w:t>
      </w:r>
      <w:r>
        <w:br/>
      </w:r>
      <w:r>
        <w:rPr>
          <w:sz w:val="20"/>
        </w:rPr>
        <w:t>13:59  is feasible: that is unexplained God.</w:t>
      </w:r>
      <w:r>
        <w:br/>
      </w:r>
      <w:r>
        <w:rPr>
          <w:sz w:val="20"/>
        </w:rPr>
        <w:t>14:04  So now God is a scientific phenomenon, scientifically proved phenomenon.</w:t>
      </w:r>
    </w:p>
    <w:p>
      <w:pPr>
        <w:pStyle w:val="Heading2"/>
      </w:pPr>
      <w:r>
        <w:t>Think of death and sacrifice for Allah's love</w:t>
      </w:r>
    </w:p>
    <w:p>
      <w:r>
        <w:rPr>
          <w:color w:val="666666"/>
          <w:sz w:val="18"/>
        </w:rPr>
        <w:t>Q&amp;A 18 Mar 2013 Maulana Wahiduddin Khan · 3m 52s · at 0:37 · https://youtu.be/xnyDMlViqpg?t=37</w:t>
      </w:r>
    </w:p>
    <w:p>
      <w:r>
        <w:rPr>
          <w:i/>
        </w:rPr>
        <w:t>“Bass sochiye, main roz sochta hoon.”</w:t>
      </w:r>
    </w:p>
    <w:p>
      <w:r>
        <w:rPr>
          <w:sz w:val="20"/>
        </w:rPr>
        <w:t>0:37  bas sochiye, main roz sochta hoon. sochne se aadmi, yaani unesco ka ek hai dictum,</w:t>
      </w:r>
      <w:r>
        <w:br/>
      </w:r>
      <w:r>
        <w:rPr>
          <w:sz w:val="20"/>
        </w:rPr>
        <w:t>0:51  "violence begins from mind". ke tashaddud zehan se shuru hota hai.</w:t>
      </w:r>
      <w:r>
        <w:br/>
      </w:r>
      <w:r>
        <w:rPr>
          <w:sz w:val="20"/>
        </w:rPr>
        <w:t>0:58  to main kahoon ke har cheez zehan se shuru hoti hai. jo kuch aap chahte hain, usi ke liye sochein.</w:t>
      </w:r>
      <w:r>
        <w:br/>
      </w:r>
      <w:r>
        <w:rPr>
          <w:sz w:val="20"/>
        </w:rPr>
        <w:t>1:07  main to roz sochta hoon.</w:t>
      </w:r>
      <w:r>
        <w:br/>
      </w:r>
      <w:r>
        <w:rPr>
          <w:sz w:val="20"/>
        </w:rPr>
        <w:t>1:12  yaani abhi raat ko jab main bistar par gaya to soch laga ke dekho, mere baap mar gaye, meri maa mar gayi, mere chacha mar gaye, mere bhai mar gaye, mere padosi mar gaye. ek ek naam le le karke. to mujhe bhi marna hai. mujhe bhi allah ke samne hazir hona hai.</w:t>
      </w:r>
      <w:r>
        <w:br/>
      </w:r>
      <w:r>
        <w:rPr>
          <w:sz w:val="20"/>
        </w:rPr>
        <w:t>1:31  log sochte nahi, asli baat ye hai. koi pur asrar method nahi hai iska. pur asrar method kuch bhi nahi hai. bas sochiye ke ab mujhe marna hai aur marne ke baad allah ke samne hazir hona hai.</w:t>
      </w:r>
      <w:r>
        <w:br/>
      </w:r>
      <w:r>
        <w:rPr>
          <w:sz w:val="20"/>
        </w:rPr>
        <w:t>1:49  bas yahi ek master formula hai. koi doosra formula nahi. koi technique iski nahi hai, koi. hargiz nahi hai.</w:t>
      </w:r>
      <w:r>
        <w:br/>
      </w:r>
      <w:r>
        <w:rPr>
          <w:sz w:val="20"/>
        </w:rPr>
        <w:t>2:00  maulana, agla sawal aaya hai kashmir se, mister arif jailani sahab ka. unhone likha hai ki "allah se mohabbat karne ke liye dil kaise lag jaye, uske liye kya kiya jaye?" wajahat farmayein.</w:t>
      </w:r>
      <w:r>
        <w:br/>
      </w:r>
      <w:r>
        <w:rPr>
          <w:sz w:val="20"/>
        </w:rPr>
        <w:t>2:20  asal mein log chahte hain ki allah se mohabbat phir karein aur doosron se mohabbat'ein bhi jaari rahein. sacrifice karna chahte nahin. tab isliye aisa aulaad karte hain. agar aapko allah se mohabbat karna hai</w:t>
      </w:r>
      <w:r>
        <w:br/>
      </w:r>
      <w:r>
        <w:rPr>
          <w:sz w:val="20"/>
        </w:rPr>
        <w:t>2:36  aur mohabbat ka jo inaam hai wo lena hai, to doosri mohabbat'on ko chhodna padega aapko.</w:t>
      </w:r>
      <w:r>
        <w:br/>
      </w:r>
      <w:r>
        <w:rPr>
          <w:sz w:val="20"/>
        </w:rPr>
        <w:t>2:46  maadri mohabbat, family ki mohabbat, beta-beti ki mohabbat, job ki mohabbat, business ki mohabbat. chahte hain ki log wo bhi mohabbat'ein jaari rahein aur saath-saath, yaani khuda ki mohabbat bhi mil jaye. ye to mumkeen nahin hai.</w:t>
      </w:r>
      <w:r>
        <w:br/>
      </w:r>
      <w:r>
        <w:rPr>
          <w:sz w:val="20"/>
        </w:rPr>
        <w:t>3:03  ya to aisi baatein na kijiye, baat kar rahe the uske liye jo price hai, dijiye uski price. price yahi hai ki doosri mohabbat'ein chhodni padengi.</w:t>
      </w:r>
      <w:r>
        <w:br/>
      </w:r>
      <w:r>
        <w:rPr>
          <w:sz w:val="20"/>
        </w:rPr>
        <w:t>3:16  bahut simple si baat hai, ismein koi, yaani koi pecheeda baat nahin hai. ki gairullah ki mohabbat chhodie, apne aap allah ki mohabbat aapke dil mein baith jayegi. ye yahi uski price hai.</w:t>
      </w:r>
      <w:r>
        <w:br/>
      </w:r>
      <w:r>
        <w:rPr>
          <w:sz w:val="20"/>
        </w:rPr>
        <w:t>3:34  agar aap price dene ke taiyar nahin hain to phir mohabbat, khuda ki baat hi mat kijiye phir. befayda baat karna.</w:t>
      </w:r>
      <w:r>
        <w:br/>
      </w:r>
      <w:r>
        <w:rPr>
          <w:sz w:val="20"/>
        </w:rPr>
        <w:t>3:46  kuchh bhi isse doosri, doosra nuskha iska nahin hai. ye "alhamdulillah" quran ki pehli ayat hai, "alhamdulillah". to ek hai "alhamdulillah". ek hai "alhubbillillah". ek "alhubbillillah". to "alhubbillillah" se</w:t>
      </w:r>
      <w:r>
        <w:br/>
      </w:r>
      <w:r>
        <w:rPr>
          <w:sz w:val="20"/>
        </w:rPr>
        <w:t>4:05  apne ko door kar lijiye, bas "alhubbillillah" apne aap aa jayega. to ya to aap is price dijiye, nahin price dene ke taiyar hain to phir ye baat mat kahiye. aur uski ummeed na rakhiye ki allah taala ke yahan aap jab pahunchenge to wahan aapko, yaani wo reward milega</w:t>
      </w:r>
      <w:r>
        <w:br/>
      </w:r>
      <w:r>
        <w:rPr>
          <w:sz w:val="20"/>
        </w:rPr>
        <w:t>4:23  jo allah se mohabbat karne wale bando ke liye muqaddar hai.</w:t>
      </w:r>
    </w:p>
    <w:p>
      <w:pPr>
        <w:pStyle w:val="Heading2"/>
      </w:pPr>
      <w:r>
        <w:t>Story of Abdus Salam and dream for science of God</w:t>
      </w:r>
    </w:p>
    <w:p>
      <w:r>
        <w:rPr>
          <w:color w:val="666666"/>
          <w:sz w:val="18"/>
        </w:rPr>
        <w:t>Science of God | May 4, 2008 · 3m 33s · at 15:27 · https://youtu.be/bmZlGAnA8fE?t=927</w:t>
      </w:r>
    </w:p>
    <w:p>
      <w:r>
        <w:rPr>
          <w:i/>
        </w:rPr>
        <w:t>“Woh Nobel Prize bhi bane.”</w:t>
      </w:r>
    </w:p>
    <w:p>
      <w:r>
        <w:rPr>
          <w:sz w:val="20"/>
        </w:rPr>
        <w:t>15:27  woh nobel prize bhi bane.</w:t>
      </w:r>
      <w:r>
        <w:br/>
      </w:r>
      <w:r>
        <w:rPr>
          <w:sz w:val="20"/>
        </w:rPr>
        <w:t>15:32  aur woh bilashuba mere nazdeek woh aadmi competent tha is kaam ke liye.</w:t>
      </w:r>
      <w:r>
        <w:br/>
      </w:r>
      <w:r>
        <w:rPr>
          <w:sz w:val="20"/>
        </w:rPr>
        <w:t>15:36  kyun ke ek taraf to scientific background un ke paas tha.</w:t>
      </w:r>
      <w:r>
        <w:br/>
      </w:r>
      <w:r>
        <w:rPr>
          <w:sz w:val="20"/>
        </w:rPr>
        <w:t>15:40  poori tarah un ki training hui thi science mein.</w:t>
      </w:r>
      <w:r>
        <w:br/>
      </w:r>
      <w:r>
        <w:rPr>
          <w:sz w:val="20"/>
        </w:rPr>
        <w:t>15:44  aur saath saath woh muslim the.</w:t>
      </w:r>
      <w:r>
        <w:br/>
      </w:r>
      <w:r>
        <w:rPr>
          <w:sz w:val="20"/>
        </w:rPr>
        <w:t>15:49  quran aur islam ki detail ko padha tha unhon ne.</w:t>
      </w:r>
      <w:r>
        <w:br/>
      </w:r>
      <w:r>
        <w:rPr>
          <w:sz w:val="20"/>
        </w:rPr>
        <w:t>15:53  apne aap ko woh jaante bhi the woh. aur yeh</w:t>
      </w:r>
      <w:r>
        <w:br/>
      </w:r>
      <w:r>
        <w:rPr>
          <w:sz w:val="20"/>
        </w:rPr>
        <w:t>15:57  kaam unhon ne karna chaha.</w:t>
      </w:r>
      <w:r>
        <w:br/>
      </w:r>
      <w:r>
        <w:rPr>
          <w:sz w:val="20"/>
        </w:rPr>
        <w:t>16:02  یہ ایک بہت ہی tragic event ہے ان کی لائف کا۔</w:t>
      </w:r>
      <w:r>
        <w:br/>
      </w:r>
      <w:r>
        <w:rPr>
          <w:sz w:val="20"/>
        </w:rPr>
        <w:t>16:08  woh the Italy mein ek bada ek bada adara tha us mein woh director the.</w:t>
      </w:r>
      <w:r>
        <w:br/>
      </w:r>
      <w:r>
        <w:rPr>
          <w:sz w:val="20"/>
        </w:rPr>
        <w:t>16:13  bahut achhi un ki salary thi, bahut achha un ka sab kuch tha wahan par.</w:t>
      </w:r>
      <w:r>
        <w:br/>
      </w:r>
      <w:r>
        <w:rPr>
          <w:sz w:val="20"/>
        </w:rPr>
        <w:t>16:18  lekin un ke dil mein yeh shauq hua ke wahi kaam karne ka jo main keh raha hoon aap ko.</w:t>
      </w:r>
      <w:r>
        <w:br/>
      </w:r>
      <w:r>
        <w:rPr>
          <w:sz w:val="20"/>
        </w:rPr>
        <w:t>16:23  kyun ke naam yeh nahi liya unhon ne jo main le raha hoon science of god. lekin</w:t>
      </w:r>
      <w:r>
        <w:br/>
      </w:r>
      <w:r>
        <w:rPr>
          <w:sz w:val="20"/>
        </w:rPr>
        <w:t>16:28  maqsad wahi tha.</w:t>
      </w:r>
      <w:r>
        <w:br/>
      </w:r>
      <w:r>
        <w:rPr>
          <w:sz w:val="20"/>
        </w:rPr>
        <w:t>16:34  to Pakistani government ko unhon ne offer kiya ke main yeh sab chhod kar ke yahan ka jo</w:t>
      </w:r>
      <w:r>
        <w:br/>
      </w:r>
      <w:r>
        <w:rPr>
          <w:sz w:val="20"/>
        </w:rPr>
        <w:t>16:40  mera bahut bada uhda hai Pakistan mein aana chahta hoon.</w:t>
      </w:r>
      <w:r>
        <w:br/>
      </w:r>
      <w:r>
        <w:rPr>
          <w:sz w:val="20"/>
        </w:rPr>
        <w:t>16:46  wahan par main ek scientific ek institute banaunga science education ke liye.</w:t>
      </w:r>
      <w:r>
        <w:br/>
      </w:r>
      <w:r>
        <w:rPr>
          <w:sz w:val="20"/>
        </w:rPr>
        <w:t>16:52  taake naujawanon ko main train karoon science mein.</w:t>
      </w:r>
      <w:r>
        <w:br/>
      </w:r>
      <w:r>
        <w:rPr>
          <w:sz w:val="20"/>
        </w:rPr>
        <w:t>16:58  aur khaas taur par is pehlu se ke muslim naujawan science ko gehrai ke saath jaanen.</w:t>
      </w:r>
      <w:r>
        <w:br/>
      </w:r>
      <w:r>
        <w:rPr>
          <w:sz w:val="20"/>
        </w:rPr>
        <w:t>17:04  aur phir aaj ke insaan ko jo ke scientific term mein samajhna chahta hai god ko, religion ko</w:t>
      </w:r>
      <w:r>
        <w:br/>
      </w:r>
      <w:r>
        <w:rPr>
          <w:sz w:val="20"/>
        </w:rPr>
        <w:t>17:10  is ko bata sakein.</w:t>
      </w:r>
      <w:r>
        <w:br/>
      </w:r>
      <w:r>
        <w:rPr>
          <w:sz w:val="20"/>
        </w:rPr>
        <w:t>17:16  yeh un ke dil mein aik jazba tha.</w:t>
      </w:r>
      <w:r>
        <w:br/>
      </w:r>
      <w:r>
        <w:rPr>
          <w:sz w:val="20"/>
        </w:rPr>
        <w:t>17:22  is jazbe ke tehat unhon ne Europe ka aik bara uhda chhod kar ke chaha</w:t>
      </w:r>
      <w:r>
        <w:br/>
      </w:r>
      <w:r>
        <w:rPr>
          <w:sz w:val="20"/>
        </w:rPr>
        <w:t>17:28  ke Pakistan mein aaein.</w:t>
      </w:r>
      <w:r>
        <w:br/>
      </w:r>
      <w:r>
        <w:rPr>
          <w:sz w:val="20"/>
        </w:rPr>
        <w:t>17:33  aur naye siray se aap aik kaam karein.</w:t>
      </w:r>
      <w:r>
        <w:br/>
      </w:r>
      <w:r>
        <w:rPr>
          <w:sz w:val="20"/>
        </w:rPr>
        <w:t>17:37  unhon ne yeh bhi keh diya ke mein yeh koi salary jo bhi aap de dein wohi kafi hai.</w:t>
      </w:r>
      <w:r>
        <w:br/>
      </w:r>
      <w:r>
        <w:rPr>
          <w:sz w:val="20"/>
        </w:rPr>
        <w:t>17:42  mujhe koi aap ki taraf meri taraf se koi demand nahi hai.</w:t>
      </w:r>
      <w:r>
        <w:br/>
      </w:r>
      <w:r>
        <w:rPr>
          <w:sz w:val="20"/>
        </w:rPr>
        <w:t>17:46  lekin aap jante hain kya hua? Pakistani government ne in ko permit nahi kiya.</w:t>
      </w:r>
      <w:r>
        <w:br/>
      </w:r>
      <w:r>
        <w:rPr>
          <w:sz w:val="20"/>
        </w:rPr>
        <w:t>17:51  kyun? unhon ne kaha ke Dr. Abdul Salam Qadiyani hain.</w:t>
      </w:r>
      <w:r>
        <w:br/>
      </w:r>
      <w:r>
        <w:rPr>
          <w:sz w:val="20"/>
        </w:rPr>
        <w:t>17:56  woh hamare ladkon ko kharab kar dega.</w:t>
      </w:r>
      <w:r>
        <w:br/>
      </w:r>
      <w:r>
        <w:rPr>
          <w:sz w:val="20"/>
        </w:rPr>
        <w:t>18:00  yeh bilashubah ek absurd baat thi. doctor abdul salam ka baap zaroor tha qadiyani. doctor abdul salam to sirf ek scientist the. yeh ek waqia hai ke un ke baap the qadiyani. lekin beta jo hai woh qadiyani nahi tha. woh sirf ek scientist tha. bas aur kuch nahi. aur kuch nahi. pakistan ke logon ne yeh jaana hai ke scientist jo true science</w:t>
      </w:r>
      <w:r>
        <w:br/>
      </w:r>
      <w:r>
        <w:rPr>
          <w:sz w:val="20"/>
        </w:rPr>
        <w:t>18:30  test hota hai woh sirf scientist hota hai. bas.</w:t>
      </w:r>
      <w:r>
        <w:br/>
      </w:r>
      <w:r>
        <w:rPr>
          <w:sz w:val="20"/>
        </w:rPr>
        <w:t>18:36  to behal unhon ne chaha ke woh mere lafzon mein science of God ko develop karein.</w:t>
      </w:r>
      <w:r>
        <w:br/>
      </w:r>
      <w:r>
        <w:rPr>
          <w:sz w:val="20"/>
        </w:rPr>
        <w:t>18:42  aur apni zindagi isi par dedicate kar dein.</w:t>
      </w:r>
      <w:r>
        <w:br/>
      </w:r>
      <w:r>
        <w:rPr>
          <w:sz w:val="20"/>
        </w:rPr>
        <w:t>18:48  balkay aik generation banayein generation jo un ke baad kaam karti rahe. aik team.</w:t>
      </w:r>
      <w:r>
        <w:br/>
      </w:r>
      <w:r>
        <w:rPr>
          <w:sz w:val="20"/>
        </w:rPr>
        <w:t>18:54  lekin jo narrow mindedness hai hamare Muslim logon mein jo kattar pan hai, jo</w:t>
      </w:r>
    </w:p>
    <w:p>
      <w:pPr>
        <w:pStyle w:val="Heading2"/>
      </w:pPr>
      <w:r>
        <w:t>The complete teaching on true repentance in Islam</w:t>
      </w:r>
    </w:p>
    <w:p>
      <w:r>
        <w:rPr>
          <w:color w:val="666666"/>
          <w:sz w:val="18"/>
        </w:rPr>
        <w:t>Dars-e-Quran June 28, 2007 · 5m 13s · at 17:35 · https://youtu.be/2zYv7VV4iwk?t=1055</w:t>
      </w:r>
    </w:p>
    <w:p>
      <w:r>
        <w:rPr>
          <w:i/>
        </w:rPr>
        <w:t>“Yeh un logon ke bare mein hai jinse koi ghalti ho jaye”</w:t>
      </w:r>
    </w:p>
    <w:p>
      <w:r>
        <w:rPr>
          <w:sz w:val="20"/>
        </w:rPr>
        <w:t>17:35  yeh un logon ke baray mein hai ke jin se koi ghalat fehmi ho jaye, jin se koi khata sarzad ho jaye. to farmaya ke illa allazeena ta'abbu wa aslahu wa bayyanu</w:t>
      </w:r>
      <w:r>
        <w:br/>
      </w:r>
      <w:r>
        <w:rPr>
          <w:sz w:val="20"/>
        </w:rPr>
        <w:t>17:53  magar woh log jo toba karen aur islah karen aur is ko bayan karen.</w:t>
      </w:r>
      <w:r>
        <w:br/>
      </w:r>
      <w:r>
        <w:rPr>
          <w:sz w:val="20"/>
        </w:rPr>
        <w:t>18:06  yeh bohat hi teeno lafz is mein bohat hi ahem hain ke agar aap ne koi aisi baat kar di, yeh kisi se aap lar gaye, kisi ko gaali de di, aap ne ghassay mein aa gaye to kya karna hai?</w:t>
      </w:r>
      <w:r>
        <w:br/>
      </w:r>
      <w:r>
        <w:rPr>
          <w:sz w:val="20"/>
        </w:rPr>
        <w:t>18:24  toba karna hai. toba ka matlab hota hai. hadith mein aata hai ke al-tawbah wa al-nadam. toba sharmindagi ka naam hai.</w:t>
      </w:r>
      <w:r>
        <w:br/>
      </w:r>
      <w:r>
        <w:rPr>
          <w:sz w:val="20"/>
        </w:rPr>
        <w:t>18:35  yeh ehsas ke mujh se ghalati ho gayi, mein ne Khuda ke aik banday ko be-izzati kar diya, mein ne Khuda ke aik banday ki haq talfi ki, yeh soch kar aap ke andar toba aaye,</w:t>
      </w:r>
      <w:r>
        <w:br/>
      </w:r>
      <w:r>
        <w:rPr>
          <w:sz w:val="20"/>
        </w:rPr>
        <w:t>18:53  sharmindagi aaye, pachtawa aaye to pehla hai ta'abbu. is ke baad kya hai? aslihu</w:t>
      </w:r>
      <w:r>
        <w:br/>
      </w:r>
      <w:r>
        <w:rPr>
          <w:sz w:val="20"/>
        </w:rPr>
        <w:t>19:02  to toba aisi cheez nahi ke aap mujh se bol dein toba toba. yeh nahi hai. toba ka nateeja hona chahiye islah yani islah.</w:t>
      </w:r>
      <w:r>
        <w:br/>
      </w:r>
      <w:r>
        <w:rPr>
          <w:sz w:val="20"/>
        </w:rPr>
        <w:t>19:20  agar dili dil mein ho tab bhi woh toba nahi hai. munh se aap ne bol diya toba toba, woh bhi toba nahi hai. toba woh hai jo islah ban jaye.</w:t>
      </w:r>
      <w:r>
        <w:br/>
      </w:r>
      <w:r>
        <w:rPr>
          <w:sz w:val="20"/>
        </w:rPr>
        <w:t>19:32  tooba woh hai jo islaah. tooba woh hai jo khud islaah ban jaye. yaani jo ghalti hui hai, uski islaah.</w:t>
      </w:r>
      <w:r>
        <w:br/>
      </w:r>
      <w:r>
        <w:rPr>
          <w:sz w:val="20"/>
        </w:rPr>
        <w:t>19:45  aur iske baad farmaya ke wa bayyanu</w:t>
      </w:r>
      <w:r>
        <w:br/>
      </w:r>
      <w:r>
        <w:rPr>
          <w:sz w:val="20"/>
        </w:rPr>
        <w:t>19:51  yeh surah baqarah ki 160 aayat hai.</w:t>
      </w:r>
      <w:r>
        <w:br/>
      </w:r>
      <w:r>
        <w:rPr>
          <w:sz w:val="20"/>
        </w:rPr>
        <w:t>19:55  is mein dekhiye ke tooba, islaah. phir ek baar farmate hain ke wa bayyanu aur usko bayan kiya.</w:t>
      </w:r>
      <w:r>
        <w:br/>
      </w:r>
      <w:r>
        <w:rPr>
          <w:sz w:val="20"/>
        </w:rPr>
        <w:t>20:06  bayan karne ka matlab kya hai? agar aap ko ehsaas hua ke maine ghalti ki hai to aap ko bayan karna padega.</w:t>
      </w:r>
      <w:r>
        <w:br/>
      </w:r>
      <w:r>
        <w:rPr>
          <w:sz w:val="20"/>
        </w:rPr>
        <w:t>20:15  yaani bolna padega. aap ko kehna padega I was wrong mein ghalti par tha. yeh bolna padega.</w:t>
      </w:r>
      <w:r>
        <w:br/>
      </w:r>
      <w:r>
        <w:rPr>
          <w:sz w:val="20"/>
        </w:rPr>
        <w:t>20:25  dili dil mein liye rahein to woh Khuda ke nazdeek qabool nahi ki jayegi. yeh bohat ahem aayat hai.</w:t>
      </w:r>
      <w:r>
        <w:br/>
      </w:r>
      <w:r>
        <w:rPr>
          <w:sz w:val="20"/>
        </w:rPr>
        <w:t>20:34  to teen baatein hain: tooba, islaah aur bayan.</w:t>
      </w:r>
      <w:r>
        <w:br/>
      </w:r>
      <w:r>
        <w:rPr>
          <w:sz w:val="20"/>
        </w:rPr>
        <w:t>20:43  bayan ka matlab hai ailaan. to tooba naam hai sharmindagi ka.</w:t>
      </w:r>
      <w:r>
        <w:br/>
      </w:r>
      <w:r>
        <w:rPr>
          <w:sz w:val="20"/>
        </w:rPr>
        <w:t>20:51  aadmi dil mein sharminda ho. aur islaah naam hai khud islaah ka. ke jo ghalti ho gayi thi, usko phir aap na dohraayein.</w:t>
      </w:r>
      <w:r>
        <w:br/>
      </w:r>
      <w:r>
        <w:rPr>
          <w:sz w:val="20"/>
        </w:rPr>
        <w:t>21:06  aur saath saath bayan aur ailaan. yaani itraaf aap ka itna zabardast ho ke munh se aap bolein.</w:t>
      </w:r>
      <w:r>
        <w:br/>
      </w:r>
      <w:r>
        <w:rPr>
          <w:sz w:val="20"/>
        </w:rPr>
        <w:t>21:15  dekhiye, agar aap ko sakht sharmindagi hogi, sakht sharmindagi, sakht tooba, to aap bole baghair reh nahi sakte.</w:t>
      </w:r>
      <w:r>
        <w:br/>
      </w:r>
      <w:r>
        <w:rPr>
          <w:sz w:val="20"/>
        </w:rPr>
        <w:t>21:28  agar sakht sharmindagi aaye dil ke andar, bohat zyada ehsaas aaye ke maine bhaari bhool mujh se ho gayi,</w:t>
      </w:r>
      <w:r>
        <w:br/>
      </w:r>
      <w:r>
        <w:rPr>
          <w:sz w:val="20"/>
        </w:rPr>
        <w:t>21:39  to yeh namumkin hai ke dili dil mein reh jaye aisa ehsaas. aur munh se niklega woh. yaani aap munh se bolein ge I was wrong munh se bolein ge ke aye bhai, mujhe maaf karo.</w:t>
      </w:r>
      <w:r>
        <w:br/>
      </w:r>
      <w:r>
        <w:rPr>
          <w:sz w:val="20"/>
        </w:rPr>
        <w:t>21:57  mujh se ghalti ho gayi. to yaad rakhiye, jab tak yeh teeno cheezein ekatha na hon, woh tooba nahi hai.</w:t>
      </w:r>
      <w:r>
        <w:br/>
      </w:r>
      <w:r>
        <w:rPr>
          <w:sz w:val="20"/>
        </w:rPr>
        <w:t>22:08  teen cheez ka matlab hai ke jo ghalti ho gayi hai, us par sakht sharmindagi. uske baad apni islaah kar leni.</w:t>
      </w:r>
      <w:r>
        <w:br/>
      </w:r>
      <w:r>
        <w:rPr>
          <w:sz w:val="20"/>
        </w:rPr>
        <w:t>22:21  apne ko sudhaar leni. aur uske baad apni ghalti ka ailaan karna. apni ghaltiyon par maafi mangna.</w:t>
      </w:r>
      <w:r>
        <w:br/>
      </w:r>
      <w:r>
        <w:rPr>
          <w:sz w:val="20"/>
        </w:rPr>
        <w:t>22:36  yeh bohat hi zaroori hai ke teeno shartein ekatha hon. agar teeno shartein ekatha na hon to woh Khuda ke nazdeek tooba nahi hogi.</w:t>
      </w:r>
    </w:p>
    <w:p>
      <w:pPr>
        <w:pStyle w:val="Heading2"/>
      </w:pPr>
      <w:r>
        <w:t>Death not in DNA, need to think beyond programming</w:t>
      </w:r>
    </w:p>
    <w:p>
      <w:r>
        <w:rPr>
          <w:color w:val="666666"/>
          <w:sz w:val="18"/>
        </w:rPr>
        <w:t>How To Find Truth February 3, 2008 · 5m 55s · at 43:58 · https://youtu.be/HvyEO8hOC1M?t=2638</w:t>
      </w:r>
    </w:p>
    <w:p>
      <w:r>
        <w:rPr>
          <w:i/>
        </w:rPr>
        <w:t>“Why did Karanjia complain about nurses' skirts at death's door?”</w:t>
      </w:r>
    </w:p>
    <w:p>
      <w:r>
        <w:rPr>
          <w:sz w:val="20"/>
        </w:rPr>
        <w:t>43:58  ab mein ek aur baat kehna chahta hoon, woh yeh ke insaan kyun bhoola rehta hai itna zyada? yeh saari baatein jo is par base karti hain ke hum death ko soch nahi paate ke karanjia jo hai,</w:t>
      </w:r>
      <w:r>
        <w:br/>
      </w:r>
      <w:r>
        <w:rPr>
          <w:sz w:val="20"/>
        </w:rPr>
        <w:t>44:16  bilkul maut ke kinare khada hua hai, tab bhi death ko soch nahi paya woh.</w:t>
      </w:r>
      <w:r>
        <w:br/>
      </w:r>
      <w:r>
        <w:rPr>
          <w:sz w:val="20"/>
        </w:rPr>
        <w:t>44:21  yaani 92 saal ki umar ho gayi, bed par pada hua hai, hospital mein hai, lekin soch nahi pata ke ab mein marne wala hoon.</w:t>
      </w:r>
      <w:r>
        <w:br/>
      </w:r>
      <w:r>
        <w:rPr>
          <w:sz w:val="20"/>
        </w:rPr>
        <w:t>44:32  isi liye discovery nahi hoti logon ko kyunke death, death jo hai, bahut hi shocking cheez hai. agar aap sochein ke mein agle lamhe marne wala hoon to aap ke poori ek ek storm aa jayega aap ke andar.</w:t>
      </w:r>
      <w:r>
        <w:br/>
      </w:r>
      <w:r>
        <w:rPr>
          <w:sz w:val="20"/>
        </w:rPr>
        <w:t>44:48  ek storm aa jayega</w:t>
      </w:r>
      <w:r>
        <w:br/>
      </w:r>
      <w:r>
        <w:rPr>
          <w:sz w:val="20"/>
        </w:rPr>
        <w:t>44:50  yeh soch ke mein agle lamhe mar sakta hoon. ek storm layega aap ke andar. to kya wajah hai ke yeh storm nahi aata? yeh yeh brainstorming jo maut ke le kar hone wali hai, woh kyun nahi aati aap ke andar?</w:t>
      </w:r>
      <w:r>
        <w:br/>
      </w:r>
      <w:r>
        <w:rPr>
          <w:sz w:val="20"/>
        </w:rPr>
        <w:t>45:08  mein to subah soch raha tha ke yeh Khuda ne mujhe diya hai, ek hassas wajood, ek sensitive being.</w:t>
      </w:r>
      <w:r>
        <w:br/>
      </w:r>
      <w:r>
        <w:rPr>
          <w:sz w:val="20"/>
        </w:rPr>
        <w:t>45:17  achanak yeh jo hai, ek aur duniya mein pahunch sakti hai. yaani meri maut aa jaye to mein ek aur duniya mein pahunch jaunga. wahan mujhe sab kuch chhoot chuka hoga.</w:t>
      </w:r>
      <w:r>
        <w:br/>
      </w:r>
      <w:r>
        <w:rPr>
          <w:sz w:val="20"/>
        </w:rPr>
        <w:t>45:28  na mere paas Nizamuddin West hoga, na mere paas koi office hoga, na meri family hogi, na mere saathi honge, na meri team hogi.</w:t>
      </w:r>
      <w:r>
        <w:br/>
      </w:r>
      <w:r>
        <w:rPr>
          <w:sz w:val="20"/>
        </w:rPr>
        <w:t>45:38  kuch bhi nahin hoga.</w:t>
      </w:r>
      <w:r>
        <w:br/>
      </w:r>
      <w:r>
        <w:rPr>
          <w:sz w:val="20"/>
        </w:rPr>
        <w:t>45:41  to jab yeh socha hai aadmi ke kaisa ajeeb yeh faithful leap insaan lene wala hai ke achaanak yeh ek aisi duniya mein pahunchenge aap jahan aap akele honge.</w:t>
      </w:r>
      <w:r>
        <w:br/>
      </w:r>
      <w:r>
        <w:rPr>
          <w:sz w:val="20"/>
        </w:rPr>
        <w:t>45:59  jahan aap akele honge.</w:t>
      </w:r>
      <w:r>
        <w:br/>
      </w:r>
      <w:r>
        <w:rPr>
          <w:sz w:val="20"/>
        </w:rPr>
        <w:t>46:01  abhi tata ne jo car nikali hai, nai car, to akhbar mein report aai thi ke us ne kaha tha ke ke main apne ko alone pata hoon.</w:t>
      </w:r>
      <w:r>
        <w:br/>
      </w:r>
      <w:r>
        <w:rPr>
          <w:sz w:val="20"/>
        </w:rPr>
        <w:t>46:15  yeh jo alone paaya tata ne apne ko, yeh bahut chhoti baat hai kyunke phir bhi us ke paas kothi hai, phir bhi us ke paas balance hai, phir bhi us ke paas bahut bada infrastructure hai.</w:t>
      </w:r>
      <w:r>
        <w:br/>
      </w:r>
      <w:r>
        <w:rPr>
          <w:sz w:val="20"/>
        </w:rPr>
        <w:t>46:28  lekin woh woh loneliness ke achaanak mein is duniya se nikal kar ke doosri duniya mein pahunch gaya aur sab kuch chhoot gaya, sab kuch chhoot gaya.</w:t>
      </w:r>
      <w:r>
        <w:br/>
      </w:r>
      <w:r>
        <w:rPr>
          <w:sz w:val="20"/>
        </w:rPr>
        <w:t>46:37  peeche yeh duniya hai, aage eternity hai. yeh yeh ehsaas kitna zyada aadmi ko, aadmi ko bilkul bhonchal laane wala hai.</w:t>
      </w:r>
      <w:r>
        <w:br/>
      </w:r>
      <w:r>
        <w:rPr>
          <w:sz w:val="20"/>
        </w:rPr>
        <w:t>46:45  bhonchal yaani brainstorming ka sab se bada jo source hai, woh maut ko sochna hai. to kyun aisa nahin hota?</w:t>
      </w:r>
      <w:r>
        <w:br/>
      </w:r>
      <w:r>
        <w:rPr>
          <w:sz w:val="20"/>
        </w:rPr>
        <w:t>46:58  abhi maine ek lamba article padha DNA ke bare mein aur genetic code ke bare mein. is se mujhe yeh baat aai. dekhiye, insaan ke bare mein jo jo research hui hai,</w:t>
      </w:r>
      <w:r>
        <w:br/>
      </w:r>
      <w:r>
        <w:rPr>
          <w:sz w:val="20"/>
        </w:rPr>
        <w:t>47:12  jis ko hum DNA kehte hain ya genetic code kehte hain, bilkul ek nai science yeh hai. bilkul nai science hai yeh.</w:t>
      </w:r>
      <w:r>
        <w:br/>
      </w:r>
      <w:r>
        <w:rPr>
          <w:sz w:val="20"/>
        </w:rPr>
        <w:t>47:22  is se yeh maloom hua hai ke DNA mein ya genetic code mein sab kuch likha hua hota hai.</w:t>
      </w:r>
      <w:r>
        <w:br/>
      </w:r>
      <w:r>
        <w:rPr>
          <w:sz w:val="20"/>
        </w:rPr>
        <w:t>47:30  yaani mein mere bolunga, mein to is ka tone kya hoga, meri aankh jo hogi, us ki shape kya hogi, mere baal ka color kya hoga, mera size kya hoga.</w:t>
      </w:r>
      <w:r>
        <w:br/>
      </w:r>
      <w:r>
        <w:rPr>
          <w:sz w:val="20"/>
        </w:rPr>
        <w:t>47:43  ek ek cheez, ek ek cheez</w:t>
      </w:r>
      <w:r>
        <w:br/>
      </w:r>
      <w:r>
        <w:rPr>
          <w:sz w:val="20"/>
        </w:rPr>
        <w:t>47:47  . is mein likha tha ke agar aap decode karein in tamam cheezon ko jo mind jo hamare andar likhi hui hain to encyclopedia, encyclopedia Britannica jo hai, jo bahut badi encyclopedia maani jaati hai,</w:t>
      </w:r>
      <w:r>
        <w:br/>
      </w:r>
      <w:r>
        <w:rPr>
          <w:sz w:val="20"/>
        </w:rPr>
        <w:t>48:05  us ke jaisi hazaron encyclopedia bhi in sari baaton ko samet nahin saken gi. agar aap decode karein in sari baaton ko kyunke ek ek cheez likhi hui hai.</w:t>
      </w:r>
      <w:r>
        <w:br/>
      </w:r>
      <w:r>
        <w:rPr>
          <w:sz w:val="20"/>
        </w:rPr>
        <w:t>48:15  meri naakhun ka rang kya hoga, yeh bhi likha hua hai. meri ungliyan kaisi hongi, yeh bhi likha hua hoga. meri gardan chhoti hogi, badi hogi, yeh bhi likha hua hai. sab kuch, sab kuch, sab kuch.</w:t>
      </w:r>
      <w:r>
        <w:br/>
      </w:r>
      <w:r>
        <w:rPr>
          <w:sz w:val="20"/>
        </w:rPr>
        <w:t>48:25  sirf ek cheez missing hai. yeh badi anokhi baat hai yeh.</w:t>
      </w:r>
      <w:r>
        <w:br/>
      </w:r>
      <w:r>
        <w:rPr>
          <w:sz w:val="20"/>
        </w:rPr>
        <w:t>48:32  yaani DD DNA mein sirf ek cheez missing hai, woh hai death. death likhi hui nahin hai.</w:t>
      </w:r>
      <w:r>
        <w:br/>
      </w:r>
      <w:r>
        <w:rPr>
          <w:sz w:val="20"/>
        </w:rPr>
        <w:t>48:42  to kaha hamari jo programming hui hai, programming is programming mein death shamil nahin hai. hum sote hain is liye ke programming ke mutabiq hum ko neend aa jati hai, hum ko hum khate hain kyunke programming ke mutabiq hum ko bhook lagti hai.</w:t>
      </w:r>
      <w:r>
        <w:br/>
      </w:r>
      <w:r>
        <w:rPr>
          <w:sz w:val="20"/>
        </w:rPr>
        <w:t>48:59  to DNA mein trillion trillion cheezain likhi hui hain. ek cheez nahin likhi hui hai, woh death. kyun?</w:t>
      </w:r>
      <w:r>
        <w:br/>
      </w:r>
      <w:r>
        <w:rPr>
          <w:sz w:val="20"/>
        </w:rPr>
        <w:t>49:10  is ko sochiye aap. is liye ke insaan ko jab Khuda ne banaya to pehle hi to us ko eternal being ke taur par banaya.</w:t>
      </w:r>
      <w:r>
        <w:br/>
      </w:r>
      <w:r>
        <w:rPr>
          <w:sz w:val="20"/>
        </w:rPr>
        <w:t>49:19  ek daimi shakhsiyat. insaan eternity ko le kar paida hua hai. jab Khuda ne mujhe paida kar diya to mujhe marna nahin hai.</w:t>
      </w:r>
      <w:r>
        <w:br/>
      </w:r>
      <w:r>
        <w:rPr>
          <w:sz w:val="20"/>
        </w:rPr>
        <w:t>49:28  ab</w:t>
      </w:r>
      <w:r>
        <w:br/>
      </w:r>
      <w:r>
        <w:rPr>
          <w:sz w:val="20"/>
        </w:rPr>
        <w:t>49:30  hamesha jeena hi jeena hai. to eternity ke concept ke sath insaan paida kiya hua hai. ab jo maut aati hai, woh maut DNA ke mutabiq nahin aati hai.</w:t>
      </w:r>
      <w:r>
        <w:br/>
      </w:r>
      <w:r>
        <w:rPr>
          <w:sz w:val="20"/>
        </w:rPr>
        <w:t>49:41  Khuda ke yaani creator ke direct decision ke tehat aati hai. badi anokhi baat hai jo abhi mujhe discover hui ke maut jo hai, hamare genetic code ke mutabiq nahin aati.</w:t>
      </w:r>
    </w:p>
    <w:p>
      <w:pPr>
        <w:pStyle w:val="Heading2"/>
      </w:pPr>
      <w:r>
        <w:t>Big Bang ripples called the handwriting of God</w:t>
      </w:r>
    </w:p>
    <w:p>
      <w:r>
        <w:rPr>
          <w:color w:val="666666"/>
          <w:sz w:val="18"/>
        </w:rPr>
        <w:t>The Existence of God October 7, 2012 · 5m 14s · at 36:58 · https://youtu.be/Hm0ybuokQ8s?t=2218</w:t>
      </w:r>
    </w:p>
    <w:p>
      <w:r>
        <w:rPr>
          <w:i/>
        </w:rPr>
        <w:t>“13 billion years ago, the Big Bang happened”</w:t>
      </w:r>
    </w:p>
    <w:p>
      <w:r>
        <w:rPr>
          <w:sz w:val="20"/>
        </w:rPr>
        <w:t>36:58  chuna che dekhiye, ek khabar aayi thi, agar aap ne dekha ho media mein ke 13 billion saal pehle big bang hua tha.</w:t>
      </w:r>
      <w:r>
        <w:br/>
      </w:r>
      <w:r>
        <w:rPr>
          <w:sz w:val="20"/>
        </w:rPr>
        <w:t>37:11  13 billion saal pehle taqreeban. toh jab woh big bang hua tha toh kuch lehrein nikli, jis ko ripples kehte hain.</w:t>
      </w:r>
      <w:r>
        <w:br/>
      </w:r>
      <w:r>
        <w:rPr>
          <w:sz w:val="20"/>
        </w:rPr>
        <w:t>37:21  ripples, R I double P L E, ripples.</w:t>
      </w:r>
      <w:r>
        <w:br/>
      </w:r>
      <w:r>
        <w:rPr>
          <w:sz w:val="20"/>
        </w:rPr>
        <w:t>37:25  is ki lehrein ab bhi space mein maujood hain. yani 13 billion saal pehle jo big bang hua, jis ke nateejay mein yeh hamari universe bani.</w:t>
      </w:r>
      <w:r>
        <w:br/>
      </w:r>
      <w:r>
        <w:rPr>
          <w:sz w:val="20"/>
        </w:rPr>
        <w:t>37:43  toh big bang khud ek ajeeb o ghareeb waqea hai.</w:t>
      </w:r>
      <w:r>
        <w:br/>
      </w:r>
      <w:r>
        <w:rPr>
          <w:sz w:val="20"/>
        </w:rPr>
        <w:t>37:47  dekhiye, science ka jo study hai, woh batati hai ke 13 billion saal pehle ek cosmic ball tha, bohat bara.</w:t>
      </w:r>
      <w:r>
        <w:br/>
      </w:r>
      <w:r>
        <w:rPr>
          <w:sz w:val="20"/>
        </w:rPr>
        <w:t>37:57  is cosmic ball mein woh sare particle the, jis jo aaj universe ka hissa hain. hamari universe, woh jo phaili hui universe hai, is ka jo hissa hai, woh sare particle is mein, is mein bohat hi compact halat mein the,</w:t>
      </w:r>
      <w:r>
        <w:br/>
      </w:r>
      <w:r>
        <w:rPr>
          <w:sz w:val="20"/>
        </w:rPr>
        <w:t>38:12  bohat compact halat mein.</w:t>
      </w:r>
      <w:r>
        <w:br/>
      </w:r>
      <w:r>
        <w:rPr>
          <w:sz w:val="20"/>
        </w:rPr>
        <w:t>38:15  toh particle ko compact hone ke liye zaroori hai ke is mein mass ho, M A double S mass. agar mass na ho toh compact halat mein nahi ho sakte woh.</w:t>
      </w:r>
      <w:r>
        <w:br/>
      </w:r>
      <w:r>
        <w:rPr>
          <w:sz w:val="20"/>
        </w:rPr>
        <w:t>38:26  aur jab tak mass hai, tab tak compact hi rahenge woh.</w:t>
      </w:r>
      <w:r>
        <w:br/>
      </w:r>
      <w:r>
        <w:rPr>
          <w:sz w:val="20"/>
        </w:rPr>
        <w:t>38:32  phir yeh batati hai, yani big bang theory, ke in mein phir explosion hua.</w:t>
      </w:r>
      <w:r>
        <w:br/>
      </w:r>
      <w:r>
        <w:rPr>
          <w:sz w:val="20"/>
        </w:rPr>
        <w:t>38:40  woh sare, yani sare jo particle the, woh disintegrate ho gaye. lekin yeh kaise mumkin hua?</w:t>
      </w:r>
      <w:r>
        <w:br/>
      </w:r>
      <w:r>
        <w:rPr>
          <w:sz w:val="20"/>
        </w:rPr>
        <w:t>38:49  jab is ka mass khatam ho jaye. particle ka mass jab khatam hoga, tab woh disintegration hoga.</w:t>
      </w:r>
      <w:r>
        <w:br/>
      </w:r>
      <w:r>
        <w:rPr>
          <w:sz w:val="20"/>
        </w:rPr>
        <w:t>38:57  warna toh aapas mein jure rahenge woh.</w:t>
      </w:r>
      <w:r>
        <w:br/>
      </w:r>
      <w:r>
        <w:rPr>
          <w:sz w:val="20"/>
        </w:rPr>
        <w:t>39:02  to ek lamhe ke liye mass khatm hua, phir dobara woh, yaani un ki jo raftaar kam hui, yeh bohat hi tezi se bhaag rahe thay, ek lakh 86 hazar meil fi second ki raftaar se bhaag rahe thay.</w:t>
      </w:r>
      <w:r>
        <w:br/>
      </w:r>
      <w:r>
        <w:rPr>
          <w:sz w:val="20"/>
        </w:rPr>
        <w:t>39:20  phir un ki raftaar kam hui, kam ho kar phir woh sitare aur siyare bane. lekin yeh jo kam hui, to kab kam hui? jab ke dobara mein mass aa gaya.</w:t>
      </w:r>
      <w:r>
        <w:br/>
      </w:r>
      <w:r>
        <w:rPr>
          <w:sz w:val="20"/>
        </w:rPr>
        <w:t>39:31  yeh kaun hai jis ne mass ko khatm kiya? phir kaun hai jis ne mass ko laya? maine kaha, ajeeb o ghareeb drama hai yeh. ajeeb o ghareeb drama hai.</w:t>
      </w:r>
      <w:r>
        <w:br/>
      </w:r>
      <w:r>
        <w:rPr>
          <w:sz w:val="20"/>
        </w:rPr>
        <w:t>39:43  is drama ki, yaani abhi bhi is ka ek record maujood hai space mein, jis ko ripples kehte hain.</w:t>
      </w:r>
      <w:r>
        <w:br/>
      </w:r>
      <w:r>
        <w:rPr>
          <w:sz w:val="20"/>
        </w:rPr>
        <w:t>39:54  جب سائنس دانوں نے اس ripples کو دیکھا،</w:t>
      </w:r>
      <w:r>
        <w:br/>
      </w:r>
      <w:r>
        <w:rPr>
          <w:sz w:val="20"/>
        </w:rPr>
        <w:t>39:58  یعنی اسپیس کے مشاہدے کے ذریعے سے، تو ایک سائنس دان کہہ پڑا، "It is like seeing the</w:t>
      </w:r>
      <w:r>
        <w:br/>
      </w:r>
      <w:r>
        <w:rPr>
          <w:sz w:val="20"/>
        </w:rPr>
        <w:t>40:06  writing of god."</w:t>
      </w:r>
      <w:r>
        <w:br/>
      </w:r>
      <w:r>
        <w:rPr>
          <w:sz w:val="20"/>
        </w:rPr>
        <w:t>40:08  اس ریپلز کو جب دیکھا، اس نے تو اس نے کہا کہ "It is like seeing the writing</w:t>
      </w:r>
      <w:r>
        <w:br/>
      </w:r>
      <w:r>
        <w:rPr>
          <w:sz w:val="20"/>
        </w:rPr>
        <w:t>40:13  of god, hand writing of god."</w:t>
      </w:r>
      <w:r>
        <w:br/>
      </w:r>
      <w:r>
        <w:rPr>
          <w:sz w:val="20"/>
        </w:rPr>
        <w:t>40:16  "It is like seeing the handwriting of God."</w:t>
      </w:r>
      <w:r>
        <w:br/>
      </w:r>
      <w:r>
        <w:rPr>
          <w:sz w:val="20"/>
        </w:rPr>
        <w:t>40:27  ek aur science ne kaha, "who was that God who write this science?" to yeh saari cheezein hum se zyada jaanta hai scientific mind.</w:t>
      </w:r>
      <w:r>
        <w:br/>
      </w:r>
      <w:r>
        <w:rPr>
          <w:sz w:val="20"/>
        </w:rPr>
        <w:t>40:39  to subah shaam raat din bechain rehta hai ke kaise is ko explain kare, is ma'nawiyat ko, is wisdom ko, is harmony ko, is is design ko kaise explain kare.</w:t>
      </w:r>
      <w:r>
        <w:br/>
      </w:r>
      <w:r>
        <w:rPr>
          <w:sz w:val="20"/>
        </w:rPr>
        <w:t>40:56  to chounke woh Khuda ko nahi maanna chahta, is liye woh theory of everything mein pada hua hai, jis ka koi wajood nahi, jis ka koi koi wajood nahi.</w:t>
      </w:r>
      <w:r>
        <w:br/>
      </w:r>
      <w:r>
        <w:rPr>
          <w:sz w:val="20"/>
        </w:rPr>
        <w:t>41:12  jis tarah se patharon mein pani ka wajood nahi, aap pani ko patharon mein talash karein to kahan paayenge aap?</w:t>
      </w:r>
      <w:r>
        <w:br/>
      </w:r>
      <w:r>
        <w:rPr>
          <w:sz w:val="20"/>
        </w:rPr>
        <w:t>41:22  pani to darya mein milega, samandar mein milega, patharon mein to milega nahi. to piyas se bechain ho ho kar koi kankaron aur patharon mein pani talash kare, wahi haal hai in saare scientist logon ka, including Einstein.</w:t>
      </w:r>
      <w:r>
        <w:br/>
      </w:r>
      <w:r>
        <w:rPr>
          <w:sz w:val="20"/>
        </w:rPr>
        <w:t>41:41  to theory of everything ka matlab hai, theory that explains everything.</w:t>
      </w:r>
      <w:r>
        <w:br/>
      </w:r>
      <w:r>
        <w:rPr>
          <w:sz w:val="20"/>
        </w:rPr>
        <w:t>41:48  to kaise explain karenge aap jab woh is ka wajood nahi hai?</w:t>
      </w:r>
      <w:r>
        <w:br/>
      </w:r>
      <w:r>
        <w:rPr>
          <w:sz w:val="20"/>
        </w:rPr>
        <w:t>41:54  to kaha, "ek compelling situation hai, compelling situation jo keh rahi hai ke Khuda ko maano."</w:t>
      </w:r>
      <w:r>
        <w:br/>
      </w:r>
      <w:r>
        <w:rPr>
          <w:sz w:val="20"/>
        </w:rPr>
        <w:t>42:03  yaani river of knowledge yahan pounch chuka hai ke ek compelling situation create ho gayi hai.</w:t>
      </w:r>
    </w:p>
    <w:p>
      <w:pPr>
        <w:pStyle w:val="Heading2"/>
      </w:pPr>
      <w:r>
        <w:t>Everything in you is a receiving point for God's supply</w:t>
      </w:r>
    </w:p>
    <w:p>
      <w:r>
        <w:rPr>
          <w:color w:val="666666"/>
          <w:sz w:val="18"/>
        </w:rPr>
        <w:t>Man and Paradise May 05, 2013 · 5m 46s · at 26:59 · https://youtu.be/VyFgim3pvts?t=1619</w:t>
      </w:r>
    </w:p>
    <w:p>
      <w:r>
        <w:rPr>
          <w:i/>
        </w:rPr>
        <w:t>“Hota yeh hai ke duniya mein tarah tarah ke tajurbe pesh aate hain”</w:t>
      </w:r>
    </w:p>
    <w:p>
      <w:r>
        <w:rPr>
          <w:sz w:val="20"/>
        </w:rPr>
        <w:t>26:59  hota yeh hai ke dunya mein har aap ko tarah tarah ke tajrube pesh aate hain, tarah tarah ke experience.</w:t>
      </w:r>
      <w:r>
        <w:br/>
      </w:r>
      <w:r>
        <w:rPr>
          <w:sz w:val="20"/>
        </w:rPr>
        <w:t>27:08  to ek experience jo hota hai, is mein aap ki shakhs, aap ka mind trigger hota hai, trigger, aur phir ek dunya aap ke samne khul jati hai. jaise hadith mein aata hai, Hazrat Aisha farmati hain Rasool Allah ke baray mein:</w:t>
      </w:r>
      <w:r>
        <w:br/>
      </w:r>
      <w:r>
        <w:rPr>
          <w:sz w:val="20"/>
        </w:rPr>
        <w:t>27:22  "kaan yadhkur Allah fi kulli ayani". yani har auqat par aap Allah ka koi yaad karte thay. yeh kya hai?</w:t>
      </w:r>
      <w:r>
        <w:br/>
      </w:r>
      <w:r>
        <w:rPr>
          <w:sz w:val="20"/>
        </w:rPr>
        <w:t>27:32  yani har mauqa aap ke andar, aap ki, aap ke mind ko trigger kar deta tha, aur phir ek marfat ka samandar aap ke mind mein aa jata tha.</w:t>
      </w:r>
      <w:r>
        <w:br/>
      </w:r>
      <w:r>
        <w:rPr>
          <w:sz w:val="20"/>
        </w:rPr>
        <w:t>27:43  yeh matlab nahi is ka hai ke har mauqa par keh diya kuch alfaaz: "Alhamdulillah, Subhan Allah, Inshallah".</w:t>
      </w:r>
      <w:r>
        <w:br/>
      </w:r>
      <w:r>
        <w:rPr>
          <w:sz w:val="20"/>
        </w:rPr>
        <w:t>27:51  yeh matlab nahi is ka hai</w:t>
      </w:r>
      <w:r>
        <w:br/>
      </w:r>
      <w:r>
        <w:rPr>
          <w:sz w:val="20"/>
        </w:rPr>
        <w:t>27:57  keh har auqaat par, har mauqa par aap Allah ko yaad karte thay. is ka matlab yahi hai keh har experience aap ke mind ko trigger kar deta tha, aur phir Allah ki marifat ka samandar moojdaar ho jata tha aap ke mind mein.</w:t>
      </w:r>
      <w:r>
        <w:br/>
      </w:r>
      <w:r>
        <w:rPr>
          <w:sz w:val="20"/>
        </w:rPr>
        <w:t>28:15  woh kaise hota hota hai? yeh yeh waqea kaise hota hai? mein aap ko aik misaal deta hoon. abhi hamare haan kal aisa hua keh kisi wajah se hamare haan pani nahi aaya.</w:t>
      </w:r>
      <w:r>
        <w:br/>
      </w:r>
      <w:r>
        <w:rPr>
          <w:sz w:val="20"/>
        </w:rPr>
        <w:t>28:31  yani pani ki jo supply hoti hai, kisi wajah se woh kya hua keh hamare haan pani nahi aaya. toh jo tap thay hamare ghar mein, bohat saare tap lage hue hain,</w:t>
      </w:r>
      <w:r>
        <w:br/>
      </w:r>
      <w:r>
        <w:rPr>
          <w:sz w:val="20"/>
        </w:rPr>
        <w:t>28:45  is ko jab hum ghumaya toh pani nahi. tap maujood hai aur pani nahi aa raha hai.</w:t>
      </w:r>
      <w:r>
        <w:br/>
      </w:r>
      <w:r>
        <w:rPr>
          <w:sz w:val="20"/>
        </w:rPr>
        <w:t>28:54  toh mera mind trigger ho gaya is waqea se. aik ajeeb o ghareeb baat samajh mein aayi</w:t>
      </w:r>
      <w:r>
        <w:br/>
      </w:r>
      <w:r>
        <w:rPr>
          <w:sz w:val="20"/>
        </w:rPr>
        <w:t>29:02  keh tap kya hai? tap, tap haqeeqat mein receiving point hai. yani kahin se pani ki supply ho rahi hai,</w:t>
      </w:r>
      <w:r>
        <w:br/>
      </w:r>
      <w:r>
        <w:rPr>
          <w:sz w:val="20"/>
        </w:rPr>
        <w:t>29:14  khud tap mein pani nahi hai.</w:t>
      </w:r>
      <w:r>
        <w:br/>
      </w:r>
      <w:r>
        <w:rPr>
          <w:sz w:val="20"/>
        </w:rPr>
        <w:t>29:18  tap mein pani nahi hai, pani toh kahin aur hai. woh receiving point hai keh wahan se jab supply hogi toh is se pani aane lage ga.</w:t>
      </w:r>
      <w:r>
        <w:br/>
      </w:r>
      <w:r>
        <w:rPr>
          <w:sz w:val="20"/>
        </w:rPr>
        <w:t>29:32  phir mein ne samjha keh yeh jo bulb hai bijli ka, yeh bhi kya hai? yeh bhi receiving point hai. khud is ke andar roshni nahi hai.</w:t>
      </w:r>
      <w:r>
        <w:br/>
      </w:r>
      <w:r>
        <w:rPr>
          <w:sz w:val="20"/>
        </w:rPr>
        <w:t>29:41  kahin se electricity supply ki jaye gi toh yeh roshan ho jaye ga. toh woh hai receiving point.</w:t>
      </w:r>
      <w:r>
        <w:br/>
      </w:r>
      <w:r>
        <w:rPr>
          <w:sz w:val="20"/>
        </w:rPr>
        <w:t>29:51  aise hi fan kya hai? fan ke andar khud bhi harkat nahi hai,</w:t>
      </w:r>
      <w:r>
        <w:br/>
      </w:r>
      <w:r>
        <w:rPr>
          <w:sz w:val="20"/>
        </w:rPr>
        <w:t>29:59  kahin aur se supply hoti hai bijli toh woh is ko mutharrik kar deti hai.</w:t>
      </w:r>
      <w:r>
        <w:br/>
      </w:r>
      <w:r>
        <w:rPr>
          <w:sz w:val="20"/>
        </w:rPr>
        <w:t>30:09  is ko sochte hue phir mein apni zaat ke baray mein socha. mein ne aap jante hain keh insaan ke andar bohat se organ hain.</w:t>
      </w:r>
      <w:r>
        <w:br/>
      </w:r>
      <w:r>
        <w:rPr>
          <w:sz w:val="20"/>
        </w:rPr>
        <w:t>30:21  kaha jata hai keh 78 organ hain. yeh 78 organ jab tak function karte hain, tab tak insaan zinda rehta hai.</w:t>
      </w:r>
      <w:r>
        <w:br/>
      </w:r>
      <w:r>
        <w:rPr>
          <w:sz w:val="20"/>
        </w:rPr>
        <w:t>30:32  aur function na kare toh mar jata hai.</w:t>
      </w:r>
      <w:r>
        <w:br/>
      </w:r>
      <w:r>
        <w:rPr>
          <w:sz w:val="20"/>
        </w:rPr>
        <w:t>30:36  misalan kaan aik organ hai, aankh aik organ hai, is tarah har cheez aik organ hai.</w:t>
      </w:r>
      <w:r>
        <w:br/>
      </w:r>
      <w:r>
        <w:rPr>
          <w:sz w:val="20"/>
        </w:rPr>
        <w:t>30:47  kidney aik organ hai, lung aik organ hai, heart aik organ hai.</w:t>
      </w:r>
      <w:r>
        <w:br/>
      </w:r>
      <w:r>
        <w:rPr>
          <w:sz w:val="20"/>
        </w:rPr>
        <w:t>30:55  mein ne socha keh organ jo hai, kya hai? yeh bhi receiving point hai, receiving point hai.</w:t>
      </w:r>
      <w:r>
        <w:br/>
      </w:r>
      <w:r>
        <w:rPr>
          <w:sz w:val="20"/>
        </w:rPr>
        <w:t>31:06  misalan hamare andar jo phephra hai, woh saans lene ke liye madad karta hai hamari. lekin saans kya hai?</w:t>
      </w:r>
      <w:r>
        <w:br/>
      </w:r>
      <w:r>
        <w:rPr>
          <w:sz w:val="20"/>
        </w:rPr>
        <w:t>31:17  bahar se oxygen supply ho raha hai, tab toh saans le paate hain. toh phephra receiving point hai aur oxygen supply ho raha hai bahar se.</w:t>
      </w:r>
      <w:r>
        <w:br/>
      </w:r>
      <w:r>
        <w:rPr>
          <w:sz w:val="20"/>
        </w:rPr>
        <w:t>31:30  aise hi dekhiye, aankh hai, woh bhi aik organ hai.</w:t>
      </w:r>
      <w:r>
        <w:br/>
      </w:r>
      <w:r>
        <w:rPr>
          <w:sz w:val="20"/>
        </w:rPr>
        <w:t>31:33  aankh dekhti hai, lekin kaise dekh paati hai? bahar se roshni aaye. agar bahar se roshni na aaye toh hum aankh rakhte hue blind hon ge.</w:t>
      </w:r>
      <w:r>
        <w:br/>
      </w:r>
      <w:r>
        <w:rPr>
          <w:sz w:val="20"/>
        </w:rPr>
        <w:t>31:46  toh aankh aik receiving point hai. jab bahar se light aati hai toh hum dekh paate hain.</w:t>
      </w:r>
      <w:r>
        <w:br/>
      </w:r>
      <w:r>
        <w:rPr>
          <w:sz w:val="20"/>
        </w:rPr>
        <w:t>31:54  kaan hai, dekhiye, kaan kab sun pata hai? jab keh fiza mein hawa ho.</w:t>
      </w:r>
      <w:r>
        <w:br/>
      </w:r>
      <w:r>
        <w:rPr>
          <w:sz w:val="20"/>
        </w:rPr>
        <w:t>32:03  toh kaan bhi aik receiving point hai. hawa ho toh aap sun payein ge, nahi toh sun payein ge. toh yeh 78 organ jo mere jism mein hain, woh sab receiving point hain.</w:t>
      </w:r>
      <w:r>
        <w:br/>
      </w:r>
      <w:r>
        <w:rPr>
          <w:sz w:val="20"/>
        </w:rPr>
        <w:t>32:16  supply to khuda se ki taraf se ho rahi hai. har ek ko energy supply ki ja rahi hai Allah ki taraf se. jitne bhi organ hain,</w:t>
      </w:r>
      <w:r>
        <w:br/>
      </w:r>
      <w:r>
        <w:rPr>
          <w:sz w:val="20"/>
        </w:rPr>
        <w:t>32:26  un ko supply ho rahi hai Allah ki taraf se.</w:t>
      </w:r>
      <w:r>
        <w:br/>
      </w:r>
      <w:r>
        <w:rPr>
          <w:sz w:val="20"/>
        </w:rPr>
        <w:t>32:29  jab supply band ho jati hai to organ ka function khatam ho jata hai aur insan mar jata hai. to kaisa ajeeb nizam hai, kaisa ajeeb Allah ka ka ki blessing hai.</w:t>
      </w:r>
    </w:p>
    <w:p>
      <w:pPr>
        <w:pStyle w:val="Heading2"/>
      </w:pPr>
      <w:r>
        <w:t>Full argument: why believers love God and how to deepen it</w:t>
      </w:r>
    </w:p>
    <w:p>
      <w:r>
        <w:rPr>
          <w:color w:val="666666"/>
          <w:sz w:val="18"/>
        </w:rPr>
        <w:t>What is Love of God January 21, 2024 · 4m 51s · at 0:57 · https://youtu.be/KpTkEkHstYY?t=57</w:t>
      </w:r>
    </w:p>
    <w:p>
      <w:r>
        <w:rPr>
          <w:i/>
        </w:rPr>
        <w:t>“Jo aapne farmaya na: walladhina aamanu ashaddu hubbal lillah”</w:t>
      </w:r>
    </w:p>
    <w:p>
      <w:r>
        <w:rPr>
          <w:sz w:val="20"/>
        </w:rPr>
        <w:t>0:57  Bhai jo aap ne farmaya na: "Wallazeena aamano ashadd hubba lillah". Matlab aamano, jo log iman late hain, jo momineen.</w:t>
      </w:r>
      <w:r>
        <w:br/>
      </w:r>
      <w:r>
        <w:rPr>
          <w:sz w:val="20"/>
        </w:rPr>
        <w:t>1:07  Ek hain Muslim, jo de har matlab de are Muslims by birth. Ek hain jo believers hain. Isi liye Quran mein bar bar believers ka lafz istemal kiya gaya hai.</w:t>
      </w:r>
      <w:r>
        <w:br/>
      </w:r>
      <w:r>
        <w:rPr>
          <w:sz w:val="20"/>
        </w:rPr>
        <w:t>1:18  To woh Allah se bohat zyada mohabbat karte hain.</w:t>
      </w:r>
      <w:r>
        <w:br/>
      </w:r>
      <w:r>
        <w:rPr>
          <w:sz w:val="20"/>
        </w:rPr>
        <w:t>1:22  Kyun ke Allah jo hai wohi munim hai, wohi benefactor hai, usi creator hai, razzaq hai. Sab kuch Allah ka diya hua hai.</w:t>
      </w:r>
      <w:r>
        <w:br/>
      </w:r>
      <w:r>
        <w:rPr>
          <w:sz w:val="20"/>
        </w:rPr>
        <w:t>1:32  To hamein is ki bohat zyada, us se jisko Mola ne kaha hai, strong affection us se hona chahiye hamein. To us ke liye bar bar aaya hai hadith mein bhi aur Quran mein bhi ke hum Khuda ka zikr karein, Khuda ko yaad karein.</w:t>
      </w:r>
      <w:r>
        <w:br/>
      </w:r>
      <w:r>
        <w:rPr>
          <w:sz w:val="20"/>
        </w:rPr>
        <w:t>1:49  To Quran mein aaya hai: "Ya ayyuhal lazeena aamano zikrul laaha zikran katheera". Ae iman walo! Allah ko bohat zyada yaad karo.</w:t>
      </w:r>
      <w:r>
        <w:br/>
      </w:r>
      <w:r>
        <w:rPr>
          <w:sz w:val="20"/>
        </w:rPr>
        <w:t>1:59  To bohat zyada yaad karne ka matlab kya hai? Matlab ke hum ko sochna padega, kyun ke God is invisible. To hamein soch soch kar Khuda ki nematton ko yaad karna padta hai, kyun ke bohat sari cheezein aisi hain jo hum take for granted karte hain na.</w:t>
      </w:r>
      <w:r>
        <w:br/>
      </w:r>
      <w:r>
        <w:rPr>
          <w:sz w:val="20"/>
        </w:rPr>
        <w:t>2:17  Har cheez hamein rozana mil rahi hai.</w:t>
      </w:r>
      <w:r>
        <w:br/>
      </w:r>
      <w:r>
        <w:rPr>
          <w:sz w:val="20"/>
        </w:rPr>
        <w:t>2:19  Jo cheez bhi asal mein woh Khuda ki nemat hai, lekin hum ko hum ko cause and effect ke tehat mil rahi hai. Khana hai, peena hai, baqi tamam zaroorat ka samana hai.</w:t>
      </w:r>
      <w:r>
        <w:br/>
      </w:r>
      <w:r>
        <w:rPr>
          <w:sz w:val="20"/>
        </w:rPr>
        <w:t>2:30  To hum us ko for granted le lete hain. To hamein sochna padega. Soch soch kar ke yeh Khuda ka diya hua hai. To tab hamein Allah ki nemat jo hai, uska sahi maene mein hum shukr ada karenge.</w:t>
      </w:r>
      <w:r>
        <w:br/>
      </w:r>
      <w:r>
        <w:rPr>
          <w:sz w:val="20"/>
        </w:rPr>
        <w:t>2:44  To yahi source hai, agar jo mohabbat ilahi hai, uska source yeh yeh hai ke hum poore tareeqe se yeh mehsoos karein ke yeh Khuda ki taraf se hai.</w:t>
      </w:r>
      <w:r>
        <w:br/>
      </w:r>
      <w:r>
        <w:rPr>
          <w:sz w:val="20"/>
        </w:rPr>
        <w:t>2:56  Is mein hamara koi bhi contribution nahi hai. To yeh cheez jo hai na, hamein Khuda ki yaad bar bar hamein dilati rehti hai.</w:t>
      </w:r>
      <w:r>
        <w:br/>
      </w:r>
      <w:r>
        <w:rPr>
          <w:sz w:val="20"/>
        </w:rPr>
        <w:t>3:05  Aur hamara us waqt tak na jab tak ke hum Khuda hamara supreme concern ban</w:t>
      </w:r>
      <w:r>
        <w:br/>
      </w:r>
      <w:r>
        <w:rPr>
          <w:sz w:val="20"/>
        </w:rPr>
        <w:t>3:11  aie. kyunke log dekhte hain ke hamko doosre doosre zarai se saman mil raha hai, cheezein mil rahi hain. log hamari care karne ke liye hain, hamare maa baap hain.</w:t>
      </w:r>
      <w:r>
        <w:br/>
      </w:r>
      <w:r>
        <w:rPr>
          <w:sz w:val="20"/>
        </w:rPr>
        <w:t>3:20  to hamara attention jo hai na, wo divert ho jati hai. hum samajhte hain ke hamko in cheezon se, maadi cheezon se, hamari sab zaroorat ki cheezein mil rahi hain.</w:t>
      </w:r>
      <w:r>
        <w:br/>
      </w:r>
      <w:r>
        <w:rPr>
          <w:sz w:val="20"/>
        </w:rPr>
        <w:t>3:31  lekin agar hum think karein ke quran mein isi liye thinking ka tadabbur, tafakkur ka bohat zyada zor diya gaya hai.</w:t>
      </w:r>
      <w:r>
        <w:br/>
      </w:r>
      <w:r>
        <w:rPr>
          <w:sz w:val="20"/>
        </w:rPr>
        <w:t>3:40  kyunke think karne se hi sab baatein samajh mein aati hain. to is se hamein khuda ki discovery hoti hai. to khuda ki jab discovery hoti hai, tabhi hum samajh sakte hain ke khuda jo hai, hamara sab kuch khuda hai.</w:t>
      </w:r>
      <w:r>
        <w:br/>
      </w:r>
      <w:r>
        <w:rPr>
          <w:sz w:val="20"/>
        </w:rPr>
        <w:t>3:56  khuda qadir mutlaq hai aur insaan aajiz mutlaq hai. insaan ke paas kuch bhi nahin, agar khuda isko na de to hamare paas kuch kuch bhi nahin</w:t>
      </w:r>
      <w:r>
        <w:br/>
      </w:r>
      <w:r>
        <w:rPr>
          <w:sz w:val="20"/>
        </w:rPr>
        <w:t>4:07  hai. to hamein is ka ehsaas hona chahiye, izzat ka ehsaas. to tabhi hum khuda se ta'alluq qaim kar paate hain. to is mein bohat sari cheezein hain, kyun log khuda se door ho jaate hain?</w:t>
      </w:r>
      <w:r>
        <w:br/>
      </w:r>
      <w:r>
        <w:rPr>
          <w:sz w:val="20"/>
        </w:rPr>
        <w:t>4:20  khuda se unka attention divert ho jati hai. to is ki wajah hai conditioning. kyunke jo hai insaan, har insaan ek case hai conditioning ka.</w:t>
      </w:r>
      <w:r>
        <w:br/>
      </w:r>
      <w:r>
        <w:rPr>
          <w:sz w:val="20"/>
        </w:rPr>
        <w:t>4:31  isko jo bhi is ka jo mahaul hota hai, society mein, ghar mein, school mein, to wahan se wo conditioned ho jata hai. to conditioned ho jata hai, to wahan isko lagta hai ke yeh sari cheezein hamein doosre doosre logon ke zariye se hamein mil rahi hain.</w:t>
      </w:r>
      <w:r>
        <w:br/>
      </w:r>
      <w:r>
        <w:rPr>
          <w:sz w:val="20"/>
        </w:rPr>
        <w:t>4:47  aur is ka jo sara focus ho jata hai, wo is ki family ho jati hai, is ka business ho jata hai. is ka baqi jo is ko pastime hota</w:t>
      </w:r>
      <w:r>
        <w:br/>
      </w:r>
      <w:r>
        <w:rPr>
          <w:sz w:val="20"/>
        </w:rPr>
        <w:t>4:58  hai, wo is mein entertainment mein guzar deta hai. abhi mujhe kal pata chala ke ek sahib hain, bare business man hain. to wo kisi cheez se koi dilchasp nahin rakhte.</w:t>
      </w:r>
      <w:r>
        <w:br/>
      </w:r>
      <w:r>
        <w:rPr>
          <w:sz w:val="20"/>
        </w:rPr>
        <w:t>5:08  bohat kam sote hain, din raat bas business ke kamon mein lage rehte hain. to is tareeqe se hamara focus jo hai, wo divert ho jata hai. to wo gehra ta'alluq jo hai, khuda se qaim nahin ho pata.</w:t>
      </w:r>
      <w:r>
        <w:br/>
      </w:r>
      <w:r>
        <w:rPr>
          <w:sz w:val="20"/>
        </w:rPr>
        <w:t>5:20  ab mazhabi logon ka kya hai ke in ke koi akabir hote hain, in ke guru hote hain. to in se wo sab kuch samajh lete hain ke wo hai ke jo kuch hamein lena hai, le lenge Muhammad se.</w:t>
      </w:r>
      <w:r>
        <w:br/>
      </w:r>
      <w:r>
        <w:rPr>
          <w:sz w:val="20"/>
        </w:rPr>
        <w:t>5:34  to yahi taqreeban har religious group ka hai ke in ke jo guru hote hain, wo samajhte hain wo guru ke zariye se in ko sab kuch mil raha hai. to yeh tamam asbab ke parde ko hamein pharna parega.</w:t>
      </w:r>
      <w:r>
        <w:br/>
      </w:r>
      <w:r>
        <w:rPr>
          <w:sz w:val="20"/>
        </w:rPr>
        <w:t>5:47  tabhi hum khuda tak pohanch</w:t>
      </w:r>
    </w:p>
    <w:p>
      <w:pPr>
        <w:pStyle w:val="Heading2"/>
      </w:pPr>
      <w:r>
        <w:t>Al-Fatiha's gratitude must extend from God to humans</w:t>
      </w:r>
    </w:p>
    <w:p>
      <w:r>
        <w:rPr>
          <w:color w:val="666666"/>
          <w:sz w:val="18"/>
        </w:rPr>
        <w:t>Islam in Daily Life December 26, 2010 · 3m 55s · at 22:24 · https://youtu.be/H0VYpUX3q3Q?t=1344</w:t>
      </w:r>
    </w:p>
    <w:p>
      <w:r>
        <w:rPr>
          <w:i/>
        </w:rPr>
        <w:t>“Namaz mein baar baar padhte hain Surah Fatiha”</w:t>
      </w:r>
    </w:p>
    <w:p>
      <w:r>
        <w:rPr>
          <w:sz w:val="20"/>
        </w:rPr>
        <w:t>22:24  kitni bari baat hai yeh. phir aap namaz mein dekhiye, bar bar padhte hain Surah Fatiha. "Alhamdulillah Rabbil Alameen".</w:t>
      </w:r>
      <w:r>
        <w:br/>
      </w:r>
      <w:r>
        <w:rPr>
          <w:sz w:val="20"/>
        </w:rPr>
        <w:t>22:35  bar bar padhte hain.</w:t>
      </w:r>
      <w:r>
        <w:br/>
      </w:r>
      <w:r>
        <w:rPr>
          <w:sz w:val="20"/>
        </w:rPr>
        <w:t>22:40  yaani Khuda ya tera hi hamd hai. Khuda ya tera hi shukr hai. Khuda ya main to acknowledge karta hoon teri baraai ko.</w:t>
      </w:r>
      <w:r>
        <w:br/>
      </w:r>
      <w:r>
        <w:rPr>
          <w:sz w:val="20"/>
        </w:rPr>
        <w:t>22:50  ab yeh jo hai, yeh kitni bari baat hai. kitni bari baat hai.</w:t>
      </w:r>
      <w:r>
        <w:br/>
      </w:r>
      <w:r>
        <w:rPr>
          <w:sz w:val="20"/>
        </w:rPr>
        <w:t>23:01  jisne aapko paida kiya. jisne aapko yeh zameen di. yeh suraj diya. life support system diya.</w:t>
      </w:r>
      <w:r>
        <w:br/>
      </w:r>
      <w:r>
        <w:rPr>
          <w:sz w:val="20"/>
        </w:rPr>
        <w:t>23:11  family diya. kuch bhi jo aapko mila hua hai, chahe ek baal ho ya koi bari cheez ho, woh Khuda ki di hui hai.</w:t>
      </w:r>
      <w:r>
        <w:br/>
      </w:r>
      <w:r>
        <w:rPr>
          <w:sz w:val="20"/>
        </w:rPr>
        <w:t>23:24  to usko acknowledge kiya aapne.</w:t>
      </w:r>
      <w:r>
        <w:br/>
      </w:r>
      <w:r>
        <w:rPr>
          <w:sz w:val="20"/>
        </w:rPr>
        <w:t>23:28  apne andar aapne ek ek aisi yaani zehniyat banai, aisi soch banai. acknowledge karne wali soch.</w:t>
      </w:r>
      <w:r>
        <w:br/>
      </w:r>
      <w:r>
        <w:rPr>
          <w:sz w:val="20"/>
        </w:rPr>
        <w:t>23:37  yaad rakhein sab se bara, acknowledge ka matlab hai itraaf karna. sab se bari valuable cheez zindagi mein kya hai?</w:t>
      </w:r>
      <w:r>
        <w:br/>
      </w:r>
      <w:r>
        <w:rPr>
          <w:sz w:val="20"/>
        </w:rPr>
        <w:t>23:46  itraaf. acknowledge karna. bohat bari cheez hai.</w:t>
      </w:r>
      <w:r>
        <w:br/>
      </w:r>
      <w:r>
        <w:rPr>
          <w:sz w:val="20"/>
        </w:rPr>
        <w:t>23:54  to "man lam yashkurun naasa lam yashkurullah". ek itraaf hai insaan ke liye, liye ek Khuda ke liye. to itraaf wali spirit paida hogi aapki. to aesa nahi hoga ke aap Khuda ke liye to kahein "Alhamdulillah, Alhamdulillah" aur insaan ke liye aap ulte ban jayein.</w:t>
      </w:r>
      <w:r>
        <w:br/>
      </w:r>
      <w:r>
        <w:rPr>
          <w:sz w:val="20"/>
        </w:rPr>
        <w:t>24:14  insaan ke liye aap sarkash ban jayein. yaani Khuda ke liye shukr, insaan ke liye sarkash. aesa nahi ho sakta hai."</w:t>
      </w:r>
      <w:r>
        <w:br/>
      </w:r>
      <w:r>
        <w:rPr>
          <w:sz w:val="20"/>
        </w:rPr>
        <w:t>24:28  ma ja'alallahu li rajulim min qalbayni fi jawfihi". ek hi seene mein do dil nahin. to ek hi personality, ek hi shakhsiyat, do manifestations ka ho,</w:t>
      </w:r>
      <w:r>
        <w:br/>
      </w:r>
      <w:r>
        <w:rPr>
          <w:sz w:val="20"/>
        </w:rPr>
        <w:t>24:43  aik taraf woh sarkash nahowa hai, aik taraf shakir banwahwa hai. to aisa nahi ho sakta.</w:t>
      </w:r>
      <w:r>
        <w:br/>
      </w:r>
      <w:r>
        <w:rPr>
          <w:sz w:val="20"/>
        </w:rPr>
        <w:t>24:51  to agar sachmuch aap honge eteraaf karne wale to aap khuda ka bhi karenge, insaan ka bhi karenge. aur jo aadmi eteraaf karne wala ban jaye, woh toh usko samjhiye ke sone ke paare se zyada badi cheez mil gayi.</w:t>
      </w:r>
      <w:r>
        <w:br/>
      </w:r>
      <w:r>
        <w:rPr>
          <w:sz w:val="20"/>
        </w:rPr>
        <w:t>25:09  eteraaf se positive personality banti hai.</w:t>
      </w:r>
      <w:r>
        <w:br/>
      </w:r>
      <w:r>
        <w:rPr>
          <w:sz w:val="20"/>
        </w:rPr>
        <w:t>25:14  eteraaf se aap complex free insaan bante hain. kyunke dekhiye eteraaf na karein toh kya hoga</w:t>
      </w:r>
      <w:r>
        <w:br/>
      </w:r>
      <w:r>
        <w:rPr>
          <w:sz w:val="20"/>
        </w:rPr>
        <w:t>25:20  ? andar toh ehsaas rahega aapko aur zubaan se bolenge nahin. eteraaf na karna saada baat nahin hai.</w:t>
      </w:r>
      <w:r>
        <w:br/>
      </w:r>
      <w:r>
        <w:rPr>
          <w:sz w:val="20"/>
        </w:rPr>
        <w:t>25:32  saada baat nahin hai.</w:t>
      </w:r>
      <w:r>
        <w:br/>
      </w:r>
      <w:r>
        <w:rPr>
          <w:sz w:val="20"/>
        </w:rPr>
        <w:t>25:36  jab bhi koi aapke saath koi sulook kare, jab bhi koi aapke saath achha koi maamla kare toh zaroor aap usko jaan lete hain.</w:t>
      </w:r>
      <w:r>
        <w:br/>
      </w:r>
      <w:r>
        <w:rPr>
          <w:sz w:val="20"/>
        </w:rPr>
        <w:t>25:48  ek baat jaan li aapne lekin aapne acknowledge nahin kiya, aapne eteraaf nahin kiya. toh kya hoga? dil mein hai, zubaan par nahin.</w:t>
      </w:r>
      <w:r>
        <w:br/>
      </w:r>
      <w:r>
        <w:rPr>
          <w:sz w:val="20"/>
        </w:rPr>
        <w:t>25:58  yeh toh hai complex. aap ko complex mein jeena padega. dual life mein jeena padega.</w:t>
      </w:r>
      <w:r>
        <w:br/>
      </w:r>
      <w:r>
        <w:rPr>
          <w:sz w:val="20"/>
        </w:rPr>
        <w:t>26:09  toh iska nateeja kya hoga? tension. peaceful mind aapse chhin jayega.</w:t>
      </w:r>
    </w:p>
    <w:p>
      <w:pPr>
        <w:pStyle w:val="Heading2"/>
      </w:pPr>
      <w:r>
        <w:t>Guarding Islam's image matters more than assumed</w:t>
      </w:r>
    </w:p>
    <w:p>
      <w:r>
        <w:rPr>
          <w:color w:val="666666"/>
          <w:sz w:val="18"/>
        </w:rPr>
        <w:t>The Right Path May 24, 2015 · 3m 28s · at 16:52 · https://youtu.be/XrsNdAp9PJA?t=1012</w:t>
      </w:r>
    </w:p>
    <w:p>
      <w:r>
        <w:rPr>
          <w:i/>
        </w:rPr>
        <w:t>“Sabse bada masla is waqt image building ka hai”</w:t>
      </w:r>
    </w:p>
    <w:p>
      <w:r>
        <w:rPr>
          <w:sz w:val="20"/>
        </w:rPr>
        <w:t>16:52  yeh bohat, is ki waja se Islam bad-dabab ho raha hai. Log aam taur par samajhne lage hain ke</w:t>
      </w:r>
      <w:r>
        <w:br/>
      </w:r>
      <w:r>
        <w:rPr>
          <w:sz w:val="20"/>
        </w:rPr>
        <w:t>17:03  ke Islam is religion of violence.</w:t>
      </w:r>
      <w:r>
        <w:br/>
      </w:r>
      <w:r>
        <w:rPr>
          <w:sz w:val="20"/>
        </w:rPr>
        <w:t>17:07  Aam taur par samajhne lage hain ke Islam is religion of violence. To main samajhta hoon ke is waqt sab se bara masla image building ka hai.</w:t>
      </w:r>
      <w:r>
        <w:br/>
      </w:r>
      <w:r>
        <w:rPr>
          <w:sz w:val="20"/>
        </w:rPr>
        <w:t>17:18  Image building, Islam ki jo image kharab ho gayi hai, us ko durust karna.</w:t>
      </w:r>
      <w:r>
        <w:br/>
      </w:r>
      <w:r>
        <w:rPr>
          <w:sz w:val="20"/>
        </w:rPr>
        <w:t>17:28  Image ka kharab hone ka hamara mamla itna nazuk hai ke Rasool Allah ke zamane mein Madine mein ek shakhs tha, Abdullah bin Ubay.</w:t>
      </w:r>
      <w:r>
        <w:br/>
      </w:r>
      <w:r>
        <w:rPr>
          <w:sz w:val="20"/>
        </w:rPr>
        <w:t>17:41  Woh itna zyada galat tha, itna zyada woh mujrimana sargarmi mein mulawwis tha ke us ke apne bete ne kaha ke us ko qatl kar diya</w:t>
      </w:r>
      <w:r>
        <w:br/>
      </w:r>
      <w:r>
        <w:rPr>
          <w:sz w:val="20"/>
        </w:rPr>
        <w:t>17:54  jaye. Us ke apne bete ne Rasool Allah se kaha ke us ko qatl kar dena chahiye. Lekin Rasool Allah ne kya jawab diya?</w:t>
      </w:r>
      <w:r>
        <w:br/>
      </w:r>
      <w:r>
        <w:rPr>
          <w:sz w:val="20"/>
        </w:rPr>
        <w:t>18:05  Rasool Allah ne kaha nahi. Log kahenge ke in Muhammadun yaqtulu ashabahu kyunke woh ilzaam ko qabool kar ke Musalman bana hua tha.</w:t>
      </w:r>
      <w:r>
        <w:br/>
      </w:r>
      <w:r>
        <w:rPr>
          <w:sz w:val="20"/>
        </w:rPr>
        <w:t>18:16  Woh aadmi, woh Muslim samaj ka hissa tha.</w:t>
      </w:r>
      <w:r>
        <w:br/>
      </w:r>
      <w:r>
        <w:rPr>
          <w:sz w:val="20"/>
        </w:rPr>
        <w:t>18:21  To aap ne kaha ke log kahenge ke in Muhammadun yaqtulu ashabahu ke mohabbat to apne sathiyon ko qatl karte hain. To image ke tahaffuz ke liye aap ne us ko apne bete tak ke kehne ke bawajood qatl nahi karwaya.</w:t>
      </w:r>
      <w:r>
        <w:br/>
      </w:r>
      <w:r>
        <w:rPr>
          <w:sz w:val="20"/>
        </w:rPr>
        <w:t>18:39  Woh zinda raha, apni natural death us ki hui. To yeh bohat zyada kanpne ki baat hai ke hamari waja se Islam ki image kharab ho.</w:t>
      </w:r>
      <w:r>
        <w:br/>
      </w:r>
      <w:r>
        <w:rPr>
          <w:sz w:val="20"/>
        </w:rPr>
        <w:t>18:52  Dekhiye, ek to yeh hai ke main namaz, khuda na khwasta, be-nam namaz na parhoon.</w:t>
      </w:r>
      <w:r>
        <w:br/>
      </w:r>
      <w:r>
        <w:rPr>
          <w:sz w:val="20"/>
        </w:rPr>
        <w:t>19:03  Lekin agar meri image yeh bane ke main logon ko namaz rokta hoon, main kehta hoon ke namaz farz hi nahi hai, namaz parhne ki zarurat hi nahi hai,</w:t>
      </w:r>
      <w:r>
        <w:br/>
      </w:r>
      <w:r>
        <w:rPr>
          <w:sz w:val="20"/>
        </w:rPr>
        <w:t>19:18  to yeh bohat jurm bohat barh jaate hain.</w:t>
      </w:r>
      <w:r>
        <w:br/>
      </w:r>
      <w:r>
        <w:rPr>
          <w:sz w:val="20"/>
        </w:rPr>
        <w:t>19:22  Yaani ek shakhs agar khud namaz na parhe to woh, woh bhi ek jurm hai, lekin woh ek jurm hai. Lekin agar woh yeh kehne lage ke namaz ka hukum to Quran mein hai hi nahi, namaz ki farz hai hi nahi, namaz parhne ki zarurat hai hi nahi,</w:t>
      </w:r>
      <w:r>
        <w:br/>
      </w:r>
      <w:r>
        <w:rPr>
          <w:sz w:val="20"/>
        </w:rPr>
        <w:t>19:39  to us ne bohat bara jurm kiya. Yaani billion time zyada bara jurm kiya us ne.</w:t>
      </w:r>
      <w:r>
        <w:br/>
      </w:r>
      <w:r>
        <w:rPr>
          <w:sz w:val="20"/>
        </w:rPr>
        <w:t>19:48  To aadmi ko, aur phir yeh image banegi ke Islam mein namaz hi nahi hai, Islam mein ibadat nahi hai, Islam mein ibadat ka koi tasawwur hi nahi hai.</w:t>
      </w:r>
      <w:r>
        <w:br/>
      </w:r>
      <w:r>
        <w:rPr>
          <w:sz w:val="20"/>
        </w:rPr>
        <w:t>20:01  Islam to bas samaji nizam hai aur khidmat-e-khalq karo, aur us ke baad Islam ke taqaze poore ho jayenge.</w:t>
      </w:r>
      <w:r>
        <w:br/>
      </w:r>
      <w:r>
        <w:rPr>
          <w:sz w:val="20"/>
        </w:rPr>
        <w:t>20:11  Kyunke Islam ki image bigadi us ne. To yeh, yeh to bohat bara jurm hai.</w:t>
      </w:r>
    </w:p>
    <w:p>
      <w:pPr>
        <w:pStyle w:val="Heading2"/>
      </w:pPr>
      <w:r>
        <w:t>Contentment and patience: the two pillars of real peace</w:t>
      </w:r>
    </w:p>
    <w:p>
      <w:r>
        <w:rPr>
          <w:color w:val="666666"/>
          <w:sz w:val="18"/>
        </w:rPr>
        <w:t>CPS Women Monthly Q and A with Prof. Farida Khanam and Maulana Farhad Ahmed Umeri May 28, 2023 · 3m 50s · at 8:54 · https://youtu.be/Yxxy8MJSAj0?t=534</w:t>
      </w:r>
    </w:p>
    <w:p>
      <w:r>
        <w:rPr>
          <w:i/>
        </w:rPr>
        <w:t>“Aakhirat ko soch karke — kitna bhi kuch ho is duniya mein”</w:t>
      </w:r>
    </w:p>
    <w:p>
      <w:r>
        <w:rPr>
          <w:sz w:val="20"/>
        </w:rPr>
        <w:t>8:54  aakhirat ko sochkar ki bahi kitni bhi kuch bhi hai is duniya mein lekin humne toh kal is duniya se jaana hai. aakhirat mein hamein jawabdehi karni hai aur wahan par jannat hai, jahannum mein jab tak yeh cheez hamare zehan mein bohat ziyada baithe hi nahi na tab tak hum duniya se attract hote rahenge. duniya bohat attractive hai. toh yeh samajh lena ki yeh duniya jo ek chand hota hai aur usmein sachmuch jiske paas hai bhi woh kaun sa khush hai?</w:t>
      </w:r>
      <w:r>
        <w:br/>
      </w:r>
      <w:r>
        <w:rPr>
          <w:sz w:val="20"/>
        </w:rPr>
        <w:t>9:24  sochne ka hai na ki jin logon ke paas bade bade log hain, bade bade heroes hain, heroines hain, toh woh kahan khush hain? koi khush toh hai nahi. toh agar duniya ki cheezein jo hain hamein khushi deti hain toh logon ke paas jinke paas hai woh unko khush hona chahiye toh aisa toh hai nahi. asal mein jisko kehte na door ke dhol sau aamne. jab tak woh door hai tab tak toh hamein lagta hai ki yeh cheez hamein mil jayegi toh hum khush ho jayenge.</w:t>
      </w:r>
      <w:r>
        <w:br/>
      </w:r>
      <w:r>
        <w:rPr>
          <w:sz w:val="20"/>
        </w:rPr>
        <w:t>9:51  lekin jab woh cheez hamein mil jaati hai to hum bohat jald usse bore ho jaate hain.</w:t>
      </w:r>
      <w:r>
        <w:br/>
      </w:r>
      <w:r>
        <w:rPr>
          <w:sz w:val="20"/>
        </w:rPr>
        <w:t>9:57  aakhiriyat na hamara boredom nahi hogi wahan har waqt ek naya aan, nai ishaan mein halla taala zahir</w:t>
      </w:r>
      <w:r>
        <w:br/>
      </w:r>
      <w:r>
        <w:rPr>
          <w:sz w:val="20"/>
        </w:rPr>
        <w:t>10:04  honge aur har cheez bilkul har waqt hum paas ek nai activities, Puda ki nai marfat insaan dekhiye</w:t>
      </w:r>
      <w:r>
        <w:br/>
      </w:r>
      <w:r>
        <w:rPr>
          <w:sz w:val="20"/>
        </w:rPr>
        <w:t>10:10  ek hi cheez aap insaan ko ek hi khana hi khane ko de dijiye chahe woh tasty ho</w:t>
      </w:r>
      <w:r>
        <w:br/>
      </w:r>
      <w:r>
        <w:rPr>
          <w:sz w:val="20"/>
        </w:rPr>
        <w:t>10:17  woh khaga par pareshan ho jaata hai usko kuch nayapan chahiye to woh woh aakhirat nahi milega yahan</w:t>
      </w:r>
      <w:r>
        <w:br/>
      </w:r>
      <w:r>
        <w:rPr>
          <w:sz w:val="20"/>
        </w:rPr>
        <w:t>10:23  to hamein apni zindagi ko need based banani hai to bas yeh sab kuch mind ke level par</w:t>
      </w:r>
      <w:r>
        <w:br/>
      </w:r>
      <w:r>
        <w:rPr>
          <w:sz w:val="20"/>
        </w:rPr>
        <w:t>10:30  soch ke level par hamein karna hoga to hamein logon ki soch ko ubhalna hai.</w:t>
      </w:r>
      <w:r>
        <w:br/>
      </w:r>
      <w:r>
        <w:rPr>
          <w:sz w:val="20"/>
        </w:rPr>
        <w:t>10:37  dekhiye sahaba ke yahan har har ghar jo hai na ek chhota sa mother se hota tha. toh jo unki sahabi thi woh us mother se kuch chalati thi aur sahaba sahabi chalate the toh hamein har har ghar mein yeh kaam karna padega ki apne vishtedar hon, apne padosi hon jo kareeb ke log hon unko bulayein hafte mein ek baar unse baatein karein aur unka zehan ko bedaar karna hoga.</w:t>
      </w:r>
      <w:r>
        <w:br/>
      </w:r>
      <w:r>
        <w:rPr>
          <w:sz w:val="20"/>
        </w:rPr>
        <w:t>11:04  agar unka zehan hi bedaar nahi hai toh yeh umeed rakhna hi abas hai ki woh jo hai yeh sab aisa kyun kar rahe hain? woh toh karenge kyunki unka zehan bedaar hi nahi hai. toh hamein zehan ke level par hamein kaam karna padega. ab kyunki kaam hua nahi hai toh is wajah se logon ke andar woh sochne ki salahiyat paida hi nahi hui hai. yeh mujhe samajh mein yahi aata hai.</w:t>
      </w:r>
      <w:r>
        <w:br/>
      </w:r>
      <w:r>
        <w:rPr>
          <w:sz w:val="20"/>
        </w:rPr>
        <w:t>11:32  ek doosra aspect main bataunga. aapne jo bataya woh zayni cheez jisko contentment kehte hain, ek aur cheez bhi hai.</w:t>
      </w:r>
      <w:r>
        <w:br/>
      </w:r>
      <w:r>
        <w:rPr>
          <w:sz w:val="20"/>
        </w:rPr>
        <w:t>12:00  woh momin jo logon se milta julta hai aur unki aziyaton par sabr karta hai woh us momin se behtar hai jo logon se milta julta nahi aur unki takleef par sabr nahi karta. toh yeh point hai ki aadmi aapas mein ghar mein miya biwi ho ya ek ke pados mein hon ya ek khandan mein hon ya ek ek aur doosri jagah samaj mein hon.</w:t>
      </w:r>
      <w:r>
        <w:br/>
      </w:r>
      <w:r>
        <w:rPr>
          <w:sz w:val="20"/>
        </w:rPr>
        <w:t>12:23  aadmi jo ek doosre se milta julta hai toh ek doosre ki baaton par woh sabr nahi kar pata is buniyad par peace nahi hai humko. yeh bhi ek pehlu hai. toh qanaat aur sabr yeh dono bohat zaroori hai peace hasil karne ke liye. theek hai. Ok.</w:t>
      </w:r>
      <w:r>
        <w:br/>
      </w:r>
      <w:r>
        <w:rPr>
          <w:sz w:val="20"/>
        </w:rPr>
        <w:t>12:44  And that was a very profound answer, very elaborately explained, and very depth answer. So I got my answer of this question. And now I open this session with other ladies who have joined in. Safina Tasneem, Doctor Safina Tasneem. Aapke paas koi sawal ho toh aap poochein? Ji Islam lekin. Walakin Islam. Aapka mere paas teen sawal hain.</w:t>
      </w:r>
    </w:p>
    <w:p>
      <w:pPr>
        <w:pStyle w:val="Heading2"/>
      </w:pPr>
      <w:r>
        <w:t>History of atheism and scientists who believed in God</w:t>
      </w:r>
    </w:p>
    <w:p>
      <w:r>
        <w:rPr>
          <w:color w:val="666666"/>
          <w:sz w:val="18"/>
        </w:rPr>
        <w:t>The Existence of God October 7, 2012 · 3m 15s · at 1:43 · https://youtu.be/Hm0ybuokQ8s?t=103</w:t>
      </w:r>
    </w:p>
    <w:p>
      <w:r>
        <w:rPr>
          <w:i/>
        </w:rPr>
        <w:t>“The word atheism didn't exist before the 16th century”</w:t>
      </w:r>
    </w:p>
    <w:p>
      <w:r>
        <w:rPr>
          <w:sz w:val="20"/>
        </w:rPr>
        <w:t>1:43  pehli baar "atheism" jo hai, agarche yeh word nahin maujood tha Yunan mein, to Greece ke kuch philosophers ne is tarah ki baaten sochi.</w:t>
      </w:r>
      <w:r>
        <w:br/>
      </w:r>
      <w:r>
        <w:rPr>
          <w:sz w:val="20"/>
        </w:rPr>
        <w:t>2:02  lekin baqayda taur par "atheism" ka ka jo word hai woh qaim hua solacewin sadi mein, sixteen century mein, Europe mein.</w:t>
      </w:r>
      <w:r>
        <w:br/>
      </w:r>
      <w:r>
        <w:rPr>
          <w:sz w:val="20"/>
        </w:rPr>
        <w:t>2:14  solacewin sadi se pehle "atheism" ka word istemal nahin hota tha. agarche "atheism" ka word Greek se liya gaya hai, lekin baqayda term ke taur par sixteen century mein istemal shuru hua is ka.</w:t>
      </w:r>
      <w:r>
        <w:br/>
      </w:r>
      <w:r>
        <w:rPr>
          <w:sz w:val="20"/>
        </w:rPr>
        <w:t>2:30  phir solacewin sadi, satrahwin sadi mein koi log paida hote rahe,</w:t>
      </w:r>
      <w:r>
        <w:br/>
      </w:r>
      <w:r>
        <w:rPr>
          <w:sz w:val="20"/>
        </w:rPr>
        <w:t>2:35  yahan tak ke eighteen century mein "atheism" ne zyada taraqqi ki. bohat se philosophers paida hue jinhone khul kar ke "atheism" ki vakaalat ki.</w:t>
      </w:r>
      <w:r>
        <w:br/>
      </w:r>
      <w:r>
        <w:rPr>
          <w:sz w:val="20"/>
        </w:rPr>
        <w:t>2:50  jaise David Hume, John Stuart Mill, Karl Marx, Sigmund Freud, aur isi tarah se Bertrand Russell,</w:t>
      </w:r>
      <w:r>
        <w:br/>
      </w:r>
      <w:r>
        <w:rPr>
          <w:sz w:val="20"/>
        </w:rPr>
        <w:t>3:05  Julian Huxley waghera waghera.</w:t>
      </w:r>
      <w:r>
        <w:br/>
      </w:r>
      <w:r>
        <w:rPr>
          <w:sz w:val="20"/>
        </w:rPr>
        <w:t>3:11  to yeh "atheism" chalta raha.</w:t>
      </w:r>
      <w:r>
        <w:br/>
      </w:r>
      <w:r>
        <w:rPr>
          <w:sz w:val="20"/>
        </w:rPr>
        <w:t>3:17  yahan tak ke science ka daur aaya to science ka direct, direct science ki field of study direct taur par khuda nahin hai, jaisa ke philosophy mein thi.</w:t>
      </w:r>
      <w:r>
        <w:br/>
      </w:r>
      <w:r>
        <w:rPr>
          <w:sz w:val="20"/>
        </w:rPr>
        <w:t>3:32  lekin indirect taur par scientists jo hain woh bhi khuda ke baray mein kuch na kuch kehte rahe.</w:t>
      </w:r>
      <w:r>
        <w:br/>
      </w:r>
      <w:r>
        <w:rPr>
          <w:sz w:val="20"/>
        </w:rPr>
        <w:t>3:42  mere ilm ke mutabiq tamam scientists</w:t>
      </w:r>
      <w:r>
        <w:br/>
      </w:r>
      <w:r>
        <w:rPr>
          <w:sz w:val="20"/>
        </w:rPr>
        <w:t>3:49  khuda ko kisi na kisi kisi tor par manne wale the. mera matlab yeh nahi ke khuda ka word bolte the woh, lekin kisi na kisi tor par woh mante the.</w:t>
      </w:r>
      <w:r>
        <w:br/>
      </w:r>
      <w:r>
        <w:rPr>
          <w:sz w:val="20"/>
        </w:rPr>
        <w:t>4:01  bohat kam aise scientist hain jinho ne khuda ka inkar kiya ho. kuch scientist to aise hain jo unho ne baqayda, yani god ka naam le kar openly khuda ka iqrar kiya.</w:t>
      </w:r>
      <w:r>
        <w:br/>
      </w:r>
      <w:r>
        <w:rPr>
          <w:sz w:val="20"/>
        </w:rPr>
        <w:t>4:18  jaise copernicus, newton, aur isi tarah se sir arthur eddington, sir james jeans.</w:t>
      </w:r>
      <w:r>
        <w:br/>
      </w:r>
      <w:r>
        <w:rPr>
          <w:sz w:val="20"/>
        </w:rPr>
        <w:t>4:32  bohat se aise scientist hain jinho ne naam le kar baqayda khuda ka iqrar kiya. fred hoyle waghera.</w:t>
      </w:r>
      <w:r>
        <w:br/>
      </w:r>
      <w:r>
        <w:rPr>
          <w:sz w:val="20"/>
        </w:rPr>
        <w:t>4:44  to lekin khuda ka jo concept quran mein hai, us mani mein nahi bol raha hoon main, lekin in general yeh log mante rahe khuda ko.</w:t>
      </w:r>
    </w:p>
    <w:p>
      <w:pPr>
        <w:pStyle w:val="Heading2"/>
      </w:pPr>
      <w:r>
        <w:t>World's imperfection vs Paradise's perfection</w:t>
      </w:r>
    </w:p>
    <w:p>
      <w:r>
        <w:rPr>
          <w:color w:val="666666"/>
          <w:sz w:val="18"/>
        </w:rPr>
        <w:t>Man and Paradise June 9, 2013 - Maulana Wahiduddin Khan · 5m 47s · at 23:12 · https://youtu.be/qQsm7giv3Mk?t=1392</w:t>
      </w:r>
    </w:p>
    <w:p>
      <w:r>
        <w:rPr>
          <w:i/>
        </w:rPr>
        <w:t>“Ek hadith hai, is hadith mein bahut ajeeb tariqe par is baat ko bataya gaya hai”</w:t>
      </w:r>
    </w:p>
    <w:p>
      <w:r>
        <w:rPr>
          <w:sz w:val="20"/>
        </w:rPr>
        <w:t>23:12  ek hadith hai, is hadith mein bohat ajeeb tareeqe par is baat ko bataya gaya hai ke</w:t>
      </w:r>
      <w:r>
        <w:br/>
      </w:r>
      <w:r>
        <w:rPr>
          <w:sz w:val="20"/>
        </w:rPr>
        <w:t>23:26  qayamat aati hai, sab log khatm ho jaate hain, is dunya ke bajaye doosri dunya mein pahuncha diye jaate hain.</w:t>
      </w:r>
      <w:r>
        <w:br/>
      </w:r>
      <w:r>
        <w:rPr>
          <w:sz w:val="20"/>
        </w:rPr>
        <w:t>23:36  wahan sab ki qismat ka faisla hota hai, to saare logon ka faisla ho jata hai, kisi kisi ke liye jannat ka, kisi ke liye jahannum ka.</w:t>
      </w:r>
      <w:r>
        <w:br/>
      </w:r>
      <w:r>
        <w:rPr>
          <w:sz w:val="20"/>
        </w:rPr>
        <w:t>23:46  to ek aadmi abhi hashr ke maidan mein khada hua hai, is ka faisla abhi nahin hua.</w:t>
      </w:r>
      <w:r>
        <w:br/>
      </w:r>
      <w:r>
        <w:rPr>
          <w:sz w:val="20"/>
        </w:rPr>
        <w:t>23:56  to woh aadmi kehta hai ke: "Ae Allah</w:t>
      </w:r>
      <w:r>
        <w:br/>
      </w:r>
      <w:r>
        <w:rPr>
          <w:sz w:val="20"/>
        </w:rPr>
        <w:t>23:58  ! to ne mujhe jannat nahin di, to kam az kam dikha de ke jannat kya cheez hai, jannat hai kya?" to farishton ko hukum hota hai ke is ko jannat dikha do, ek jhalak dikha do sirf.</w:t>
      </w:r>
      <w:r>
        <w:br/>
      </w:r>
      <w:r>
        <w:rPr>
          <w:sz w:val="20"/>
        </w:rPr>
        <w:t>24:15  to is ko jannat ki ek jhalak dikhai jaati hai. is ko dekh kar itna zyada overwhelm ho jata hai woh ke woh kehta hai ke: "Khuda</w:t>
      </w:r>
      <w:r>
        <w:br/>
      </w:r>
      <w:r>
        <w:rPr>
          <w:sz w:val="20"/>
        </w:rPr>
        <w:t>24:24  aya! jannat dikha di aap ne, to mujhe jannat mein dakhil bhi kar de." to Khuda is se kehta hai ke: "to jannat mein dakhle ka mustahiq nahin hai, istihqaq paida karne ki jagah woh to maut se pehle ki zindagi thi, wahan tum ne kuch kiya nahin."</w:t>
      </w:r>
      <w:r>
        <w:br/>
      </w:r>
      <w:r>
        <w:rPr>
          <w:sz w:val="20"/>
        </w:rPr>
        <w:t>24:47  to Allah taala is is aadmi se kehte hain ke: "tum ko jis dunya ko tum chhod kar aaye ho, yeh dunya jo hai, yeh material world, jahan bari bari sharar hain, bari bari nematein hain,</w:t>
      </w:r>
      <w:r>
        <w:br/>
      </w:r>
      <w:r>
        <w:rPr>
          <w:sz w:val="20"/>
        </w:rPr>
        <w:t>25:02  woh dunya isi ki wajah se ek aur dunya hum tum ko de dete hain, do dunya poori ki poori tum ko de dete hain, tum jannat mat mango." to woh banda kehta hai ke:</w:t>
      </w:r>
      <w:r>
        <w:br/>
      </w:r>
      <w:r>
        <w:rPr>
          <w:sz w:val="20"/>
        </w:rPr>
        <w:t>25:17  Ya Rab!</w:t>
      </w:r>
      <w:r>
        <w:br/>
      </w:r>
      <w:r>
        <w:rPr>
          <w:sz w:val="20"/>
        </w:rPr>
        <w:t>25:18  kaif kun ashaqaa ibaadak</w:t>
      </w:r>
      <w:r>
        <w:br/>
      </w:r>
      <w:r>
        <w:rPr>
          <w:sz w:val="20"/>
        </w:rPr>
        <w:t>25:23  Ae Allah! main hi tere bondon mein sab se zyada badbakht banda kyun banun? aap ghore kijiye, yeh bohat hi sochne wali baat hai ke jis dunya ke liye aadmi apne aap deewana ho raha hai, jis dunya ko hasil karne ke liye apni poori tawanaai, apni poori energy energy lagai hui hai,</w:t>
      </w:r>
      <w:r>
        <w:br/>
      </w:r>
      <w:r>
        <w:rPr>
          <w:sz w:val="20"/>
        </w:rPr>
        <w:t>25:48  is ka poori dunya bhi nahin hai, is ka ek juz paane ke liye. poori dunya to kisi ko milti nahin hai, is ka ek juz milta hai, ek part milta hai, aur sari zindagi sari energy lagaya jata hai is ke liye.</w:t>
      </w:r>
      <w:r>
        <w:br/>
      </w:r>
      <w:r>
        <w:rPr>
          <w:sz w:val="20"/>
        </w:rPr>
        <w:t>26:04  aur wahan jab woh jannat ko dekh lega to aisi do dunya bhi aise lagega us ko ke jannat ko chhod kar aisi do dunya lena to bohat badbakhti ki baat hai,</w:t>
      </w:r>
      <w:r>
        <w:br/>
      </w:r>
      <w:r>
        <w:rPr>
          <w:sz w:val="20"/>
        </w:rPr>
        <w:t>26:18  bohat zyada badbakhti ki baat hai. yeh to aisa kyun hoga? is par sochiye. aisa is liye hoga ke is dunya ka har cheez imperfect hai, less than ideal hai.</w:t>
      </w:r>
      <w:r>
        <w:br/>
      </w:r>
      <w:r>
        <w:rPr>
          <w:sz w:val="20"/>
        </w:rPr>
        <w:t>26:34  is dunya mein koi bhi cheez perfect nahin, koi nemmat, koi achhi cheez, koi bhi aisi cheez nahin is dunya mein jo perfect ho.</w:t>
      </w:r>
      <w:r>
        <w:br/>
      </w:r>
      <w:r>
        <w:rPr>
          <w:sz w:val="20"/>
        </w:rPr>
        <w:t>26:44  har cheez imperfect hai, aur jannat mein har cheez perfect hogi.</w:t>
      </w:r>
      <w:r>
        <w:br/>
      </w:r>
      <w:r>
        <w:rPr>
          <w:sz w:val="20"/>
        </w:rPr>
        <w:t>26:52  to yaad rakhiye, imperfect ki koi bhi miqdaar perfect ka badal nahin ban sakti.</w:t>
      </w:r>
      <w:r>
        <w:br/>
      </w:r>
      <w:r>
        <w:rPr>
          <w:sz w:val="20"/>
        </w:rPr>
        <w:t>27:04  imperfect ki koi bhi miqdaar perfect ka badal nahin ban sakti.</w:t>
      </w:r>
      <w:r>
        <w:br/>
      </w:r>
      <w:r>
        <w:rPr>
          <w:sz w:val="20"/>
        </w:rPr>
        <w:t>27:14  aap ghore kijiye ke plastic ke phal aap ke paas pahad ke barabar hon to ek ek ek achha phal jo drakht se tayyar ho kar tapakta hai, is ka barabar ho sakta hai?</w:t>
      </w:r>
      <w:r>
        <w:br/>
      </w:r>
      <w:r>
        <w:rPr>
          <w:sz w:val="20"/>
        </w:rPr>
        <w:t>27:30  woh woh kya karenge? aap plastic ke phal ko le kar, woh to is mein to na zaiqa hai, na aap ka pet bharega, na use koi energy mile gi. lekin ek phal, agar sachha phal jo drakht se tayyar hua, us ko aap khayenge to us se aap ko energy mile gi.</w:t>
      </w:r>
      <w:r>
        <w:br/>
      </w:r>
      <w:r>
        <w:rPr>
          <w:sz w:val="20"/>
        </w:rPr>
        <w:t>27:50  aap ke paas ek ek achha TV hai, aur kisi ke paas bohat hi kharab qism ke bohat se TV hain, woh kahe ke: "mere sab TV tum le lo." yani koi aadmi kanwariya se bohat sare TV khareed kar laya hua hai,</w:t>
      </w:r>
      <w:r>
        <w:br/>
      </w:r>
      <w:r>
        <w:rPr>
          <w:sz w:val="20"/>
        </w:rPr>
        <w:t>28:09  aur aap ke paas aik bilkul naya</w:t>
      </w:r>
      <w:r>
        <w:br/>
      </w:r>
      <w:r>
        <w:rPr>
          <w:sz w:val="20"/>
        </w:rPr>
        <w:t>28:15  TV ho jo aap ne liya ho kisi achhi company se, to woh kahe ke: "mera sara TV tum le lo, aur to woh apna wala de do." to aap kahein ge ke: "main us ko is is kwar ko le ke kya karunga?</w:t>
      </w:r>
      <w:r>
        <w:br/>
      </w:r>
      <w:r>
        <w:rPr>
          <w:sz w:val="20"/>
        </w:rPr>
        <w:t>28:29  kyunke mera aik TV tumhare aik so kwar ke barabar nahi ho sakta."</w:t>
      </w:r>
      <w:r>
        <w:br/>
      </w:r>
      <w:r>
        <w:rPr>
          <w:sz w:val="20"/>
        </w:rPr>
        <w:t>28:36  to yeh duniya aisi lage gi aadmi ko ke ke do dunyayon ko le kar ke jannat ko chhodna goya ke bohat bara hamakat ka kaam kiya maine.</w:t>
      </w:r>
      <w:r>
        <w:br/>
      </w:r>
      <w:r>
        <w:rPr>
          <w:sz w:val="20"/>
        </w:rPr>
        <w:t>28:49  aisa lage ga us ko. to jannat aisi jagah hai.</w:t>
      </w:r>
    </w:p>
    <w:p>
      <w:pPr>
        <w:pStyle w:val="Heading2"/>
      </w:pPr>
      <w:r>
        <w:t>Blindness in nature worship and philosophy</w:t>
      </w:r>
    </w:p>
    <w:p>
      <w:r>
        <w:rPr>
          <w:color w:val="666666"/>
          <w:sz w:val="18"/>
        </w:rPr>
        <w:t>Right Thinking February 10, 2008 Maulana Wahiduddin Khan · 5m 46s · at 7:38 · https://youtu.be/IHBoq3QHom0?t=458</w:t>
      </w:r>
    </w:p>
    <w:p>
      <w:r>
        <w:rPr>
          <w:i/>
        </w:rPr>
        <w:t>“Log nature worship mein pare rahe”</w:t>
      </w:r>
    </w:p>
    <w:p>
      <w:r>
        <w:rPr>
          <w:sz w:val="20"/>
        </w:rPr>
        <w:t>7:38  dekhiye aur agar aap bohat pehle ki tareekh dekhen history mein peechay chal jayen peechay toh peechay kya tha koi suraj ko pooj raha hai koi chand ko pooj raha hai koi stars ko pooj raha hai koi ocean ko pooj raha hai koi mountain ko pooj raha hai toh historians is ko kehte hain nature worship</w:t>
      </w:r>
      <w:r>
        <w:br/>
      </w:r>
      <w:r>
        <w:rPr>
          <w:sz w:val="20"/>
        </w:rPr>
        <w:t>8:06  toh shuru ka zamana jo hai aap dekhiye toh hazaron saal har taraf nature worship thi yeh kya hai yeh bhi andha pan tha sare log</w:t>
      </w:r>
      <w:r>
        <w:br/>
      </w:r>
      <w:r>
        <w:rPr>
          <w:sz w:val="20"/>
        </w:rPr>
        <w:t>8:20  Quran mein hai keh rabbunahum azalla kaseera yeh natural phenomena jo hai is ne logon ko itna zyada behka rakha hai isi mein gum hain log yani log creature mein gum hain aur creator ki unhein khabar nahi</w:t>
      </w:r>
      <w:r>
        <w:br/>
      </w:r>
      <w:r>
        <w:rPr>
          <w:sz w:val="20"/>
        </w:rPr>
        <w:t>8:39  logon ne makhlooq ko apna Khuda bana liya aur khaliq ka unhein pata nahi rabbunahum nazala kaseera hazaron saal beet gaye aur insan isi andhe pan mein pada raha</w:t>
      </w:r>
      <w:r>
        <w:br/>
      </w:r>
      <w:r>
        <w:rPr>
          <w:sz w:val="20"/>
        </w:rPr>
        <w:t>9:00  is ko history mein kehte hain nature worship ka age</w:t>
      </w:r>
      <w:r>
        <w:br/>
      </w:r>
      <w:r>
        <w:rPr>
          <w:sz w:val="20"/>
        </w:rPr>
        <w:t>9:07  kaisi ajeeb thi insan ki insan ke paas Khuda ne aqal di thi aankh di thi samajh di thi lekin is samajh ko is ne apply nahi kiya</w:t>
      </w:r>
      <w:r>
        <w:br/>
      </w:r>
      <w:r>
        <w:rPr>
          <w:sz w:val="20"/>
        </w:rPr>
        <w:t>9:24  apply nahi kiya appearance ko dekh kar woh rai banata raha</w:t>
      </w:r>
      <w:r>
        <w:br/>
      </w:r>
      <w:r>
        <w:rPr>
          <w:sz w:val="20"/>
        </w:rPr>
        <w:t>9:33  ek martaba mein Yemen gaya toh Yemen mein desert hai jahan suraj ka mandir bana hua hai abhi bhi temple toh desert mein jab khada hua mein aur suraj nikla hua tha</w:t>
      </w:r>
      <w:r>
        <w:br/>
      </w:r>
      <w:r>
        <w:rPr>
          <w:sz w:val="20"/>
        </w:rPr>
        <w:t>9:51  yahan dilli mein aap samajh nahi sakte ke suraj ka</w:t>
      </w:r>
      <w:r>
        <w:br/>
      </w:r>
      <w:r>
        <w:rPr>
          <w:sz w:val="20"/>
        </w:rPr>
        <w:t>9:55  sand desert mein kaisa hota hai</w:t>
      </w:r>
      <w:r>
        <w:br/>
      </w:r>
      <w:r>
        <w:rPr>
          <w:sz w:val="20"/>
        </w:rPr>
        <w:t>10:00  yeh nahi samajh sakte aap</w:t>
      </w:r>
      <w:r>
        <w:br/>
      </w:r>
      <w:r>
        <w:rPr>
          <w:sz w:val="20"/>
        </w:rPr>
        <w:t>10:03  desert mein suraj ajeeb tarike se chamakta hai bohat hi ajeeb chamak hoti hai is ki</w:t>
      </w:r>
      <w:r>
        <w:br/>
      </w:r>
      <w:r>
        <w:rPr>
          <w:sz w:val="20"/>
        </w:rPr>
        <w:t>10:10  bilkul yani terrible ek terrible chamak hoti hai is ki</w:t>
      </w:r>
      <w:r>
        <w:br/>
      </w:r>
      <w:r>
        <w:rPr>
          <w:sz w:val="20"/>
        </w:rPr>
        <w:t>10:17  to suraj ki pooja jo hai desert area se shuru hui</w:t>
      </w:r>
      <w:r>
        <w:br/>
      </w:r>
      <w:r>
        <w:rPr>
          <w:sz w:val="20"/>
        </w:rPr>
        <w:t>10:23  desert mein jab khara ho kar dekha insaan ne suraj ko to ajeeb dhang se woh chamak raha tha</w:t>
      </w:r>
      <w:r>
        <w:br/>
      </w:r>
      <w:r>
        <w:rPr>
          <w:sz w:val="20"/>
        </w:rPr>
        <w:t>10:31  to us ne samajh liya ke yahi khuda hai</w:t>
      </w:r>
      <w:r>
        <w:br/>
      </w:r>
      <w:r>
        <w:rPr>
          <w:sz w:val="20"/>
        </w:rPr>
        <w:t>10:36  aisa chand aisa stars aisa ocean aisa mountain aisa har cheez</w:t>
      </w:r>
      <w:r>
        <w:br/>
      </w:r>
      <w:r>
        <w:rPr>
          <w:sz w:val="20"/>
        </w:rPr>
        <w:t>10:44  to logon ne creature ko dekha creator ko nahi dekha yahi hai andha pan</w:t>
      </w:r>
      <w:r>
        <w:br/>
      </w:r>
      <w:r>
        <w:rPr>
          <w:sz w:val="20"/>
        </w:rPr>
        <w:t>10:51  jaise woh animal ghoom raha hai exhibition mein book fair mein</w:t>
      </w:r>
      <w:r>
        <w:br/>
      </w:r>
      <w:r>
        <w:rPr>
          <w:sz w:val="20"/>
        </w:rPr>
        <w:t>10:57  lekin use learning nahi dikhai de rahi hai bas woh space dikhai de rahi hai jis mein woh</w:t>
      </w:r>
      <w:r>
        <w:br/>
      </w:r>
      <w:r>
        <w:rPr>
          <w:sz w:val="20"/>
        </w:rPr>
        <w:t>11:01  daud daud raha hai kahin kuch khane ki cheez mil gayi to woh kha raha hai</w:t>
      </w:r>
      <w:r>
        <w:br/>
      </w:r>
      <w:r>
        <w:rPr>
          <w:sz w:val="20"/>
        </w:rPr>
        <w:t>11:09  to ek bohat bara</w:t>
      </w:r>
      <w:r>
        <w:br/>
      </w:r>
      <w:r>
        <w:rPr>
          <w:sz w:val="20"/>
        </w:rPr>
        <w:t>11:14  zamana guzra hai jab insan nature worship mein pada hua tha</w:t>
      </w:r>
      <w:r>
        <w:br/>
      </w:r>
      <w:r>
        <w:rPr>
          <w:sz w:val="20"/>
        </w:rPr>
        <w:t>11:21  yani andha pan</w:t>
      </w:r>
      <w:r>
        <w:br/>
      </w:r>
      <w:r>
        <w:rPr>
          <w:sz w:val="20"/>
        </w:rPr>
        <w:t>11:25  phir zamana aata hai philosophy ka</w:t>
      </w:r>
      <w:r>
        <w:br/>
      </w:r>
      <w:r>
        <w:rPr>
          <w:sz w:val="20"/>
        </w:rPr>
        <w:t>11:28  philosophy bhi andha pani ka zamana tha</w:t>
      </w:r>
      <w:r>
        <w:br/>
      </w:r>
      <w:r>
        <w:rPr>
          <w:sz w:val="20"/>
        </w:rPr>
        <w:t>11:32  kyun philosophers jo the baray baray mind the lekin ek bohat bari bhool mein paray rahe woh</w:t>
      </w:r>
      <w:r>
        <w:br/>
      </w:r>
      <w:r>
        <w:rPr>
          <w:sz w:val="20"/>
        </w:rPr>
        <w:t>11:40  philosophy kya hai philosophy naam hai speculative knowledge ka speculations ka</w:t>
      </w:r>
      <w:r>
        <w:br/>
      </w:r>
      <w:r>
        <w:rPr>
          <w:sz w:val="20"/>
        </w:rPr>
        <w:t>11:49  sari philosophy base karti hai speculation par</w:t>
      </w:r>
      <w:r>
        <w:br/>
      </w:r>
      <w:r>
        <w:rPr>
          <w:sz w:val="20"/>
        </w:rPr>
        <w:t>11:55  isi liye is ko speculative science kehte hain</w:t>
      </w:r>
      <w:r>
        <w:br/>
      </w:r>
      <w:r>
        <w:rPr>
          <w:sz w:val="20"/>
        </w:rPr>
        <w:t>11:59  yani bataiye</w:t>
      </w:r>
      <w:r>
        <w:br/>
      </w:r>
      <w:r>
        <w:rPr>
          <w:sz w:val="20"/>
        </w:rPr>
        <w:t>12:00  ke insaan ki jo mind hai</w:t>
      </w:r>
      <w:r>
        <w:br/>
      </w:r>
      <w:r>
        <w:rPr>
          <w:sz w:val="20"/>
        </w:rPr>
        <w:t>12:04  is se aap sab kuch jaan sakte hain</w:t>
      </w:r>
      <w:r>
        <w:br/>
      </w:r>
      <w:r>
        <w:rPr>
          <w:sz w:val="20"/>
        </w:rPr>
        <w:t>12:07  insan ki limitations ko nahi jana</w:t>
      </w:r>
      <w:r>
        <w:br/>
      </w:r>
      <w:r>
        <w:rPr>
          <w:sz w:val="20"/>
        </w:rPr>
        <w:t>12:11  sirf ek philosopher tha</w:t>
      </w:r>
      <w:r>
        <w:br/>
      </w:r>
      <w:r>
        <w:rPr>
          <w:sz w:val="20"/>
        </w:rPr>
        <w:t>12:14  grace grace mein younan mein mein samajhta hoon ke wahi ek honest aadmi tha shayad</w:t>
      </w:r>
      <w:r>
        <w:br/>
      </w:r>
      <w:r>
        <w:rPr>
          <w:sz w:val="20"/>
        </w:rPr>
        <w:t>12:21  saare philosophers is mein jeete rahe ke woh reality ko discover kar sakte hain woh sachai ko</w:t>
      </w:r>
      <w:r>
        <w:br/>
      </w:r>
      <w:r>
        <w:rPr>
          <w:sz w:val="20"/>
        </w:rPr>
        <w:t>12:30  jaan sakte hain apni aqal se</w:t>
      </w:r>
      <w:r>
        <w:br/>
      </w:r>
      <w:r>
        <w:rPr>
          <w:sz w:val="20"/>
        </w:rPr>
        <w:t>12:33  to woh aadmi jo tha woh ek pead par charh gaya pead par baitha hua tha oper</w:t>
      </w:r>
      <w:r>
        <w:br/>
      </w:r>
      <w:r>
        <w:rPr>
          <w:sz w:val="20"/>
        </w:rPr>
        <w:t>12:40  to kisi ne poocha ke tum kaun ho</w:t>
      </w:r>
      <w:r>
        <w:br/>
      </w:r>
      <w:r>
        <w:rPr>
          <w:sz w:val="20"/>
        </w:rPr>
        <w:t>12:44  ke tum kaun ho jo oper pead par baithe ho</w:t>
      </w:r>
      <w:r>
        <w:br/>
      </w:r>
      <w:r>
        <w:rPr>
          <w:sz w:val="20"/>
        </w:rPr>
        <w:t>12:49  us ne kaha</w:t>
      </w:r>
      <w:r>
        <w:br/>
      </w:r>
      <w:r>
        <w:rPr>
          <w:sz w:val="20"/>
        </w:rPr>
        <w:t>12:49  yahi to nahi maloom ke agar mein janta to mein bhi tumhari tarah zameen pe chalta phirta</w:t>
      </w:r>
      <w:r>
        <w:br/>
      </w:r>
      <w:r>
        <w:rPr>
          <w:sz w:val="20"/>
        </w:rPr>
        <w:t>12:58  yahi nahi maloom ke mein kon hoon is liye mein pead par charh gaya hoon agar mein janta ke mein kon hoon to mein bhi tumhari tarah zameen par chalta phirta to woh aadmi kam az kam honest tha honest tha woh doosre philosophers jo the un mein yeh quality bhi nahi thi</w:t>
      </w:r>
    </w:p>
    <w:p>
      <w:pPr>
        <w:pStyle w:val="Heading2"/>
      </w:pPr>
      <w:r>
        <w:t>Alternatives in travel difficulties</w:t>
      </w:r>
    </w:p>
    <w:p>
      <w:r>
        <w:rPr>
          <w:color w:val="666666"/>
          <w:sz w:val="18"/>
        </w:rPr>
        <w:t>CPS Women Monthly Interaction 7 July 31, 2022 · 4m 56s · at 37:24 · https://youtu.be/GoGlYFzDt1I?t=2244</w:t>
      </w:r>
    </w:p>
    <w:p>
      <w:r>
        <w:rPr>
          <w:i/>
        </w:rPr>
        <w:t>“Actually sabse pehle to yeh travel jo tha hamara bahut unplanned travel”</w:t>
      </w:r>
    </w:p>
    <w:p>
      <w:r>
        <w:rPr>
          <w:sz w:val="20"/>
        </w:rPr>
        <w:t>37:24  actually sabse pehle to yeh travel jo tha hamara bahut unplanned travel travel tha thi hamari gaadi aage</w:t>
      </w:r>
      <w:r>
        <w:br/>
      </w:r>
      <w:r>
        <w:rPr>
          <w:sz w:val="20"/>
        </w:rPr>
        <w:t>37:51  chale ja rahi thi.</w:t>
      </w:r>
      <w:r>
        <w:br/>
      </w:r>
      <w:r>
        <w:rPr>
          <w:sz w:val="20"/>
        </w:rPr>
        <w:t>38:19  har barricade se hum aage ja rahe the. to ek barricade se ek police wale ne humse kaha ki aap agar yahi baat har jagah batayenge na ki exam hai to aage wale log aapko jaane nahi denge. yeh bahut chhota sa bahana hai. aap na kuch bada boliye. usne humein suggest kiya ki aap jhoot boliye. aap kahiye ki tabiyat kharab hai aur delhi jaana hai Ames mein. to aapko koi bilkul puchega hi nahi aur us waqt ek hota hai na zehan pareshan tha thoda sa to hum bhi ekdam influence ho gaye uski baat se.</w:t>
      </w:r>
      <w:r>
        <w:br/>
      </w:r>
      <w:r>
        <w:rPr>
          <w:sz w:val="20"/>
        </w:rPr>
        <w:t>38:48  humne kaha achha aisa hai?</w:t>
      </w:r>
      <w:r>
        <w:br/>
      </w:r>
      <w:r>
        <w:rPr>
          <w:sz w:val="20"/>
        </w:rPr>
        <w:t>39:08  woh bola haan aap pareshan ho agle stoppage par aap yahi bolna.</w:t>
      </w:r>
      <w:r>
        <w:br/>
      </w:r>
      <w:r>
        <w:rPr>
          <w:sz w:val="20"/>
        </w:rPr>
        <w:t>39:28  to ab bilkul block zehan ke saath hum aage gaye phir roka police ne to humne bola, mere</w:t>
      </w:r>
      <w:r>
        <w:br/>
      </w:r>
      <w:r>
        <w:rPr>
          <w:sz w:val="20"/>
        </w:rPr>
        <w:t>39:49  husband ne bola ki bhai inki tabiyat kharab hai humein aims karna hai.</w:t>
      </w:r>
      <w:r>
        <w:br/>
      </w:r>
      <w:r>
        <w:rPr>
          <w:sz w:val="20"/>
        </w:rPr>
        <w:t>40:09  to woh police wala bolta hai ki papers kahan hain?</w:t>
      </w:r>
      <w:r>
        <w:br/>
      </w:r>
      <w:r>
        <w:rPr>
          <w:sz w:val="20"/>
        </w:rPr>
        <w:t>40:30  to mujhe wahan par bas ek hi baat samajh mein aayi ki jab aadmi bolta hai uske paas hazaar cheezein hoti hain bolne ke liye lekin wah sirf ek baat bolta hai.</w:t>
      </w:r>
      <w:r>
        <w:br/>
      </w:r>
      <w:r>
        <w:rPr>
          <w:sz w:val="20"/>
        </w:rPr>
        <w:t>40:57  to maine bola ki aapka aapki granddaughter aapke paas hai, aapka beta aapke paas sehat se hai, aap logon ko COVID salah talan is saal bachaya. aapke paas yeh baatein bhi hain bolne ke liye lekin kyun ek hi baat aapko har waqt haavi rehti hai to phir unka bhi zehan is cheez ki taraf gaya aur unhein kaha ki haan hum log hum log ka sochne ka tareeka haan galat hai. hum log ek hi baat sochte rehte hain.</w:t>
      </w:r>
      <w:r>
        <w:br/>
      </w:r>
      <w:r>
        <w:rPr>
          <w:sz w:val="20"/>
        </w:rPr>
        <w:t>41:21  to mujhe baad mein teesra tazurba mera yeh hua ki wahan se phir hum wapas nahi aa paye kyunki raaste bahut safat tareeke se band the to humne apna roop change kar liya. hum delhi ki taraf chale gaye.</w:t>
      </w:r>
      <w:r>
        <w:br/>
      </w:r>
      <w:r>
        <w:rPr>
          <w:sz w:val="20"/>
        </w:rPr>
        <w:t>41:47  to wahan jab gaye to main main bas yahi samajh payi ki allah taala mulana hamesha kehte the</w:t>
      </w:r>
      <w:r>
        <w:br/>
      </w:r>
      <w:r>
        <w:rPr>
          <w:sz w:val="20"/>
        </w:rPr>
        <w:t>41:58  allah taala ne yeh duniya na alternative se bhar di hai ki ismein agar aapko ek alternative nahi</w:t>
      </w:r>
      <w:r>
        <w:br/>
      </w:r>
      <w:r>
        <w:rPr>
          <w:sz w:val="20"/>
        </w:rPr>
        <w:t>42:09  mil raha hai, ek opportunity aapko nahi mil rahi hai to dusra option kahin na kahin maujood hai.</w:t>
      </w:r>
      <w:r>
        <w:br/>
      </w:r>
      <w:r>
        <w:rPr>
          <w:sz w:val="20"/>
        </w:rPr>
        <w:t>42:20  wahan par ek market hai bagirath palace. aapne shayad suna ho to yahan par sab logon ne kaha ki ghar ke liye decorative item wali light lights hoti hai na ghar ki decorative lights le lo. to mujhe bhi le gaye sath mein. lekin main itna taajub kar rahi thi ki main in sab cheezon ki bahut shaukeen thi. lekin mujhe ek bhi light achhi nahi lag rahi thi.</w:t>
      </w:r>
    </w:p>
    <w:p>
      <w:pPr>
        <w:pStyle w:val="Heading2"/>
      </w:pPr>
      <w:r>
        <w:t>Ism-e-Azam: definition and example from Lodhi Garden</w:t>
      </w:r>
    </w:p>
    <w:p>
      <w:r>
        <w:rPr>
          <w:color w:val="666666"/>
          <w:sz w:val="18"/>
        </w:rPr>
        <w:t>Q&amp;A 7 Nov, 2007 - Maulana Wahiduddin Khan · 4m 01s · at 5:48 · https://youtu.be/82gnng-T5xE?t=348</w:t>
      </w:r>
    </w:p>
    <w:p>
      <w:r>
        <w:rPr>
          <w:i/>
        </w:rPr>
        <w:t>“Dekhiye, dua, dua do qisam ki hoti hai”</w:t>
      </w:r>
    </w:p>
    <w:p>
      <w:r>
        <w:rPr>
          <w:sz w:val="20"/>
        </w:rPr>
        <w:t>5:48  dekhein, dua, dua do qism ki hoti hai meri samajh ke mutabiq. aik dua woh hai jis mein aap apni need ko le kar ke Khuda se maang rahe hote hain.</w:t>
      </w:r>
      <w:r>
        <w:br/>
      </w:r>
      <w:r>
        <w:rPr>
          <w:sz w:val="20"/>
        </w:rPr>
        <w:t>6:04  koi bhi aap ki need hai ke meri Khuda mujhe health de de, Khuda mujhe ghar nahi, mere paas ghar ho jaye. to apni kisi need ko le kar ke aap Khuda ko pukaarte hain.</w:t>
      </w:r>
      <w:r>
        <w:br/>
      </w:r>
      <w:r>
        <w:rPr>
          <w:sz w:val="20"/>
        </w:rPr>
        <w:t>6:20  yeh dua ki</w:t>
      </w:r>
      <w:r>
        <w:br/>
      </w:r>
      <w:r>
        <w:rPr>
          <w:sz w:val="20"/>
        </w:rPr>
        <w:t>6:22  ki aik qism hai jis mein is is ka talluq ism e azam se nahi hai. ism e azam woh hai jis mein khud Khuda ko aap involve kar saken.</w:t>
      </w:r>
      <w:r>
        <w:br/>
      </w:r>
      <w:r>
        <w:rPr>
          <w:sz w:val="20"/>
        </w:rPr>
        <w:t>6:36  khud Khuda ko involve kar saken, yani woh Khuda ka masla ban jaye.</w:t>
      </w:r>
      <w:r>
        <w:br/>
      </w:r>
      <w:r>
        <w:rPr>
          <w:sz w:val="20"/>
        </w:rPr>
        <w:t>6:42  jo jo masla aap ka tha, jo jo problem aap ka tha, woh Khuda ka problem ban jaye. bas log is dhang par pukaarna, wohi ism e azam hai.</w:t>
      </w:r>
      <w:r>
        <w:br/>
      </w:r>
      <w:r>
        <w:rPr>
          <w:sz w:val="20"/>
        </w:rPr>
        <w:t>6:52  to ism e azam se murad koi style ya method hai, na ke koi aik naam.</w:t>
      </w:r>
      <w:r>
        <w:br/>
      </w:r>
      <w:r>
        <w:rPr>
          <w:sz w:val="20"/>
        </w:rPr>
        <w:t>7:00  jaise ke main apne kuch saathi'on ke sath Lodi Garden mein gaya, yahan par.</w:t>
      </w:r>
      <w:r>
        <w:br/>
      </w:r>
      <w:r>
        <w:rPr>
          <w:sz w:val="20"/>
        </w:rPr>
        <w:t>7:09  to wahan par maine aik experience bataya.</w:t>
      </w:r>
      <w:r>
        <w:br/>
      </w:r>
      <w:r>
        <w:rPr>
          <w:sz w:val="20"/>
        </w:rPr>
        <w:t>7:15  main batata hoon ke yahi ism e azam hai, mere experience ke mutabiq. kahin likha hua nahi kitabon mein ke, yani, aik dua woh thi jo main karta hoon ke Khuda mujhe bakhsh de, Khuda mujhe ilm de de, Khuda mujhe samajh de de.</w:t>
      </w:r>
      <w:r>
        <w:br/>
      </w:r>
      <w:r>
        <w:rPr>
          <w:sz w:val="20"/>
        </w:rPr>
        <w:t>7:33  to main apni aik cheez maang raha hoon Khuda se. aik yeh hai ke maine is ko Khuda ka problem bana diya.</w:t>
      </w:r>
      <w:r>
        <w:br/>
      </w:r>
      <w:r>
        <w:rPr>
          <w:sz w:val="20"/>
        </w:rPr>
        <w:t>7:41  to maine kaha ke main aisi, main aik dua nikli meri zuban se ke Khuda ya, yeh, yani,</w:t>
      </w:r>
      <w:r>
        <w:br/>
      </w:r>
      <w:r>
        <w:rPr>
          <w:sz w:val="20"/>
        </w:rPr>
        <w:t>7:54  to, yani, main sab aap sab logon ke liye dua kiya, maine poori team ke liye dua kiya, maine ke Khuda, main aur meri team, yeh least deserving candidate hai paradise ke liye.</w:t>
      </w:r>
      <w:r>
        <w:br/>
      </w:r>
      <w:r>
        <w:rPr>
          <w:sz w:val="20"/>
        </w:rPr>
        <w:t>8:12  hum sab log kamzor hain</w:t>
      </w:r>
      <w:r>
        <w:br/>
      </w:r>
      <w:r>
        <w:rPr>
          <w:sz w:val="20"/>
        </w:rPr>
        <w:t>8:14  to meri team aur hum sab log least deserving candidate hain paradise ke liye.</w:t>
      </w:r>
      <w:r>
        <w:br/>
      </w:r>
      <w:r>
        <w:rPr>
          <w:sz w:val="20"/>
        </w:rPr>
        <w:t>8:24  to agar to hum sab logon ko jannat mein jagah de de to teri glory mein aik aik izafa ho jayega. teri glory mein aik addition hoga ji ke aik teri glory un logon ke sath hogi ke jo wahan par bare bare, yani, bohat kuch kiya hoga, unhon ne le kar aayenge.</w:t>
      </w:r>
      <w:r>
        <w:br/>
      </w:r>
      <w:r>
        <w:rPr>
          <w:sz w:val="20"/>
        </w:rPr>
        <w:t>8:44  to jo deserving candidate hon paradise ke liye. to teri aik glory ka application woh hoga jab tu deserving candidate ke liye paradise ki gate khulega.</w:t>
      </w:r>
      <w:r>
        <w:br/>
      </w:r>
      <w:r>
        <w:rPr>
          <w:sz w:val="20"/>
        </w:rPr>
        <w:t>9:01  agar to angel se kahe ke Khuda un logon ke liye khol de jo least deserving candidate hain to teri glory mein aik nai cheez ka izafa hoga.</w:t>
      </w:r>
      <w:r>
        <w:br/>
      </w:r>
      <w:r>
        <w:rPr>
          <w:sz w:val="20"/>
        </w:rPr>
        <w:t>9:11  woh saare zameen aasman dekhenge, khuda ne dekho, un ko bhi khol diya, un ke liye bhi. itna zyada khuda ke andar barhai thi.</w:t>
      </w:r>
      <w:r>
        <w:br/>
      </w:r>
      <w:r>
        <w:rPr>
          <w:sz w:val="20"/>
        </w:rPr>
        <w:t>9:19  to aap khuda, tere greatness ka ek naya, ek ek naya izhaar hoga. is tarah ek greatness woh hoga jab ke tu deserving candidate ko paradise mein jagah dega.</w:t>
      </w:r>
      <w:r>
        <w:br/>
      </w:r>
      <w:r>
        <w:rPr>
          <w:sz w:val="20"/>
        </w:rPr>
        <w:t>9:32  aur tere greatness ka ek aur naya izhaar hoga. yeh</w:t>
      </w:r>
      <w:r>
        <w:br/>
      </w:r>
      <w:r>
        <w:rPr>
          <w:sz w:val="20"/>
        </w:rPr>
        <w:t>9:36  teri glory mein ek aur cheez add ho jayegi ke tu ne least deserving candidate ko bhi paradise, un ke liye bhi paradise gate khol diya. main samajhta hoon ke isi tarah ki duaon ka naam ism e azam hai.</w:t>
      </w:r>
    </w:p>
    <w:p>
      <w:pPr>
        <w:pStyle w:val="Heading2"/>
      </w:pPr>
      <w:r>
        <w:t>Full story: magicians choose eternal faith over Pharaoh's sword</w:t>
      </w:r>
    </w:p>
    <w:p>
      <w:r>
        <w:rPr>
          <w:color w:val="666666"/>
          <w:sz w:val="18"/>
        </w:rPr>
        <w:t>Kashmir, A Lesson September 14, 2014 · 5m 32s · at 12:49 · https://youtu.be/JQoYEj0Vntc?t=769</w:t>
      </w:r>
    </w:p>
    <w:p>
      <w:r>
        <w:rPr>
          <w:i/>
        </w:rPr>
        <w:t>“Pharaoh's magicians converted the instant Moses' staff swallowed the snakes”</w:t>
      </w:r>
    </w:p>
    <w:p>
      <w:r>
        <w:rPr>
          <w:sz w:val="20"/>
        </w:rPr>
        <w:t>12:49  jaisay mein ek misaal doon, ek bohat hi ajeeb misaal quran mein aayi, bohat ajeeb misaal ke misr mein, yani ancient misr mein,</w:t>
      </w:r>
      <w:r>
        <w:br/>
      </w:r>
      <w:r>
        <w:rPr>
          <w:sz w:val="20"/>
        </w:rPr>
        <w:t>13:04  firon rule karta tha. to aaj moosa wahan aaye, peghambar ke taur par.</w:t>
      </w:r>
      <w:r>
        <w:br/>
      </w:r>
      <w:r>
        <w:rPr>
          <w:sz w:val="20"/>
        </w:rPr>
        <w:t>13:13  to jaisa ke aap jante hain, wahan par ek muqabla rakha gaya jadugaron se.</w:t>
      </w:r>
      <w:r>
        <w:br/>
      </w:r>
      <w:r>
        <w:rPr>
          <w:sz w:val="20"/>
        </w:rPr>
        <w:t>13:23  to woh saare jadugar Firon ke mazhab ko man'ne wale the</w:t>
      </w:r>
      <w:r>
        <w:br/>
      </w:r>
      <w:r>
        <w:rPr>
          <w:sz w:val="20"/>
        </w:rPr>
        <w:t>13:32  pehle, lekin jab muqabla hua, unhon ne apni hastiyan aur lathiyan dalin. Woh logon ki nazar dikhai padi ke yeh to saaf hai.</w:t>
      </w:r>
      <w:r>
        <w:br/>
      </w:r>
      <w:r>
        <w:rPr>
          <w:sz w:val="20"/>
        </w:rPr>
        <w:t>13:42  phir Hazrat Musa ne apna asa dala, to un ke chhote chhote sahibon ko kha gaya. Woh kha gaya ke mani hain ke jab woh chala idhar udhar, to un ka woh zeher khatm ho gaya.</w:t>
      </w:r>
      <w:r>
        <w:br/>
      </w:r>
      <w:r>
        <w:rPr>
          <w:sz w:val="20"/>
        </w:rPr>
        <w:t>13:57  saanp ne zeher ko khaya tha, lathiyon aur rasi ko nahi khaya tha.</w:t>
      </w:r>
      <w:r>
        <w:br/>
      </w:r>
      <w:r>
        <w:rPr>
          <w:sz w:val="20"/>
        </w:rPr>
        <w:t>14:05  natija kya hua ke jab saanp ghuma idhar udhar Hazrat Musa ka, to jo lathi thi, woh lathi reh gayi, rasi thi, woh lathi reh gayi. Yahi hai faida.</w:t>
      </w:r>
      <w:r>
        <w:br/>
      </w:r>
      <w:r>
        <w:rPr>
          <w:sz w:val="20"/>
        </w:rPr>
        <w:t>14:15  aaya tarqaf bayad ko to yeh waqia jab dekha jadugaron ne, to un ki aankh khul gayi.</w:t>
      </w:r>
      <w:r>
        <w:br/>
      </w:r>
      <w:r>
        <w:rPr>
          <w:sz w:val="20"/>
        </w:rPr>
        <w:t>14:26  un ko sachai ki discovery ho gayi.</w:t>
      </w:r>
      <w:r>
        <w:br/>
      </w:r>
      <w:r>
        <w:rPr>
          <w:sz w:val="20"/>
        </w:rPr>
        <w:t>14:31  yeh achaanak baat nahi thi, is se pehle Hazrat Musa ki wahan movement chal rahi thi. Hazrat Musa ki baatein phail rahi thin ke Allah ek hai, ek ek Khuda ke siwa koi Khuda nahi.</w:t>
      </w:r>
      <w:r>
        <w:br/>
      </w:r>
      <w:r>
        <w:rPr>
          <w:sz w:val="20"/>
        </w:rPr>
        <w:t>14:44  iska pata phail rahi thi wahan par, to ek background tha pehle se.</w:t>
      </w:r>
      <w:r>
        <w:br/>
      </w:r>
      <w:r>
        <w:rPr>
          <w:sz w:val="20"/>
        </w:rPr>
        <w:t>14:53  jadugar jab akhatta hue the, to is se pehle woh jaan chuke the ke Musa ka paigham kya hai.</w:t>
      </w:r>
      <w:r>
        <w:br/>
      </w:r>
      <w:r>
        <w:rPr>
          <w:sz w:val="20"/>
        </w:rPr>
        <w:t>15:02  to is background ki wajah se bohat jald unhon ne jaan liya ke Musa sachai ke sachai le kar aaye hain.</w:t>
      </w:r>
      <w:r>
        <w:br/>
      </w:r>
      <w:r>
        <w:rPr>
          <w:sz w:val="20"/>
        </w:rPr>
        <w:t>15:14  to unhon ne kaha tha ke aamna birabbana Musa hum Musa ke deen ko mante hain. Yeh baat Firon ko zahir hai ke bohat ziyada</w:t>
      </w:r>
      <w:r>
        <w:br/>
      </w:r>
      <w:r>
        <w:rPr>
          <w:sz w:val="20"/>
        </w:rPr>
        <w:t>15:29  nagawar thi.</w:t>
      </w:r>
      <w:r>
        <w:br/>
      </w:r>
      <w:r>
        <w:rPr>
          <w:sz w:val="20"/>
        </w:rPr>
        <w:t>15:31  us ne hukum diya ke in logon ko talwar se qatal kar diya jaye.</w:t>
      </w:r>
      <w:r>
        <w:br/>
      </w:r>
      <w:r>
        <w:rPr>
          <w:sz w:val="20"/>
        </w:rPr>
        <w:t>15:39  to wahan par jallad hote the, woh talwar le ke pahunch gaye aur bilkul, yani chand secondon mein, chand minute mein un ki gardanein bahar jane wali thin.</w:t>
      </w:r>
      <w:r>
        <w:br/>
      </w:r>
      <w:r>
        <w:rPr>
          <w:sz w:val="20"/>
        </w:rPr>
        <w:t>15:54  us waqt jadugaron ne kaha faqat ban taqaz anha taqdeer hazir ad-dunya ke aye Firon,</w:t>
      </w:r>
      <w:r>
        <w:br/>
      </w:r>
      <w:r>
        <w:rPr>
          <w:sz w:val="20"/>
        </w:rPr>
        <w:t>16:07  tujh ko jo faisla karna hai, kar. To isi duniya ke bare mein faisla kar sakta hai. Is duniya ke mani kya hue?</w:t>
      </w:r>
      <w:r>
        <w:br/>
      </w:r>
      <w:r>
        <w:rPr>
          <w:sz w:val="20"/>
        </w:rPr>
        <w:t>16:18  dekhiye, is duniya ke mani saada nahi hain.</w:t>
      </w:r>
      <w:r>
        <w:br/>
      </w:r>
      <w:r>
        <w:rPr>
          <w:sz w:val="20"/>
        </w:rPr>
        <w:t>16:23  to hamare physical wajood ko mita sakta hai. Hamara doosra jo wajood hai, intellectual wajood, woh to baqi rahega. Woh Allah ke paas jayega.</w:t>
      </w:r>
      <w:r>
        <w:br/>
      </w:r>
      <w:r>
        <w:rPr>
          <w:sz w:val="20"/>
        </w:rPr>
        <w:t>16:33  is par tera koi control nahi.</w:t>
      </w:r>
      <w:r>
        <w:br/>
      </w:r>
      <w:r>
        <w:rPr>
          <w:sz w:val="20"/>
        </w:rPr>
        <w:t>16:38  yani physical sense mein jo achievement tha un ka, us ko Firon chheen sakta tha. Lekin spiritual sense mein jo un ka achievement tha, ek Allah ko manna, ek Allah ko apna concern banana,</w:t>
      </w:r>
      <w:r>
        <w:br/>
      </w:r>
      <w:r>
        <w:rPr>
          <w:sz w:val="20"/>
        </w:rPr>
        <w:t>16:55  ek Allah ke deen ke liye ailan karna ke yeh sachai hai, Musa ki sachai ka ailan karna, yeh tha un ka spiritual achievement.</w:t>
      </w:r>
      <w:r>
        <w:br/>
      </w:r>
      <w:r>
        <w:rPr>
          <w:sz w:val="20"/>
        </w:rPr>
        <w:t>17:06  to ek tha un ka physical achievement jo jadugar ke hasiyat se unhon ne hazir kiya tha.</w:t>
      </w:r>
      <w:r>
        <w:br/>
      </w:r>
      <w:r>
        <w:rPr>
          <w:sz w:val="20"/>
        </w:rPr>
        <w:t>17:15  to yeh jo kaha unhon ne faqat ban taqaz taqdeer hazir hai Hazrat dunya ke duniya mein hum ne physical sense mein jo achieve kiya tha, ada jadugar us ko to mita sakta hai,</w:t>
      </w:r>
      <w:r>
        <w:br/>
      </w:r>
      <w:r>
        <w:rPr>
          <w:sz w:val="20"/>
        </w:rPr>
        <w:t>17:31  teri talwar is pe chal sakti hai.</w:t>
      </w:r>
      <w:r>
        <w:br/>
      </w:r>
      <w:r>
        <w:rPr>
          <w:sz w:val="20"/>
        </w:rPr>
        <w:t>17:33  lekin spiritual sense mein, intellectual sense mein jo hum ne achieve kiya hai, Allah par faith, unshakable faith,</w:t>
      </w:r>
      <w:r>
        <w:br/>
      </w:r>
      <w:r>
        <w:rPr>
          <w:sz w:val="20"/>
        </w:rPr>
        <w:t>17:46  Musa ke nabuwat ka iqrar, jo Allah ka likh gaya ke unhon ne Musa ki nabuwat ko mana, aur aur Allah ki mohabbat, Allah ka khauf jo un ke dil mein aaya hoga,</w:t>
      </w:r>
      <w:r>
        <w:br/>
      </w:r>
      <w:r>
        <w:rPr>
          <w:sz w:val="20"/>
        </w:rPr>
        <w:t>18:00  wo sari baatein un ka spiritual aspect tha un ki life ka. to un ka matlab tha ke tumhari talwar hamare physical aspect chalegi, hamare spiritual aspect pe teri talwar nahi chalegi.</w:t>
      </w:r>
      <w:r>
        <w:br/>
      </w:r>
      <w:r>
        <w:rPr>
          <w:sz w:val="20"/>
        </w:rPr>
        <w:t>18:17  dekhiye, ye bohat hi bari baat hai.</w:t>
      </w:r>
    </w:p>
    <w:p>
      <w:pPr>
        <w:pStyle w:val="Heading2"/>
      </w:pPr>
      <w:r>
        <w:t>Paradise and hell explained through fish habitat</w:t>
      </w:r>
    </w:p>
    <w:p>
      <w:r>
        <w:rPr>
          <w:color w:val="666666"/>
          <w:sz w:val="18"/>
        </w:rPr>
        <w:t>From the Spiritual Tree | August 30, 2009 · 6m 02s · at 49:17 · https://youtu.be/Vc018cutNIM?t=2957</w:t>
      </w:r>
    </w:p>
    <w:p>
      <w:r>
        <w:rPr>
          <w:i/>
        </w:rPr>
        <w:t>“Aisi baat main kisi se keh raha tha.”</w:t>
      </w:r>
    </w:p>
    <w:p>
      <w:r>
        <w:rPr>
          <w:sz w:val="20"/>
        </w:rPr>
        <w:t>49:17  j mein kisi se keh raha tha ke jannat aur jahannum ko samajhna koi mushkil kaam nahi hai.</w:t>
      </w:r>
      <w:r>
        <w:br/>
      </w:r>
      <w:r>
        <w:rPr>
          <w:sz w:val="20"/>
        </w:rPr>
        <w:t>49:23  aap apni maloom duniya hi ko le kar ke jannat jahannum ko samajh sakte hain.</w:t>
      </w:r>
      <w:r>
        <w:br/>
      </w:r>
      <w:r>
        <w:rPr>
          <w:sz w:val="20"/>
        </w:rPr>
        <w:t>49:29  to mein, mein, mein ne bataya ke dekhiye, English mein ek lafz hai "habitat" ya "aboard".</w:t>
      </w:r>
      <w:r>
        <w:br/>
      </w:r>
      <w:r>
        <w:rPr>
          <w:sz w:val="20"/>
        </w:rPr>
        <w:t>49:35  living aboard yani ek aam taur par haiwan ke liye bola jata hai.</w:t>
      </w:r>
      <w:r>
        <w:br/>
      </w:r>
      <w:r>
        <w:rPr>
          <w:sz w:val="20"/>
        </w:rPr>
        <w:t>49:41  yeh haiwan jo hai, apne natural habitat mein reh</w:t>
      </w:r>
      <w:r>
        <w:br/>
      </w:r>
      <w:r>
        <w:rPr>
          <w:sz w:val="20"/>
        </w:rPr>
        <w:t>49:47  te hain.</w:t>
      </w:r>
      <w:r>
        <w:br/>
      </w:r>
      <w:r>
        <w:rPr>
          <w:sz w:val="20"/>
        </w:rPr>
        <w:t>49:52  jahan ko nikal diya hai in se, to bohat ziyada museebatein phans ho jati hain in ki zindagi.</w:t>
      </w:r>
      <w:r>
        <w:br/>
      </w:r>
      <w:r>
        <w:rPr>
          <w:sz w:val="20"/>
        </w:rPr>
        <w:t>49:57  to in ka jo natural habitat hai, isi mein rehte hain, tab theek rehte hain.</w:t>
      </w:r>
      <w:r>
        <w:br/>
      </w:r>
      <w:r>
        <w:rPr>
          <w:sz w:val="20"/>
        </w:rPr>
        <w:t>50:02  jaise misaal ke taur par dekhiye, aap machhli ko lijeeye.</w:t>
      </w:r>
      <w:r>
        <w:br/>
      </w:r>
      <w:r>
        <w:rPr>
          <w:sz w:val="20"/>
        </w:rPr>
        <w:t>50:07  aap bohat hi ziyada clear example: machhli ek poore maanon mein ek living being hai, woh zindagi hai</w:t>
      </w:r>
      <w:r>
        <w:br/>
      </w:r>
      <w:r>
        <w:rPr>
          <w:sz w:val="20"/>
        </w:rPr>
        <w:t>50:12  poore maanon mein.</w:t>
      </w:r>
      <w:r>
        <w:br/>
      </w:r>
      <w:r>
        <w:rPr>
          <w:sz w:val="20"/>
        </w:rPr>
        <w:t>50:17  lekin is ka jo natural habitat kya hai? paani hai, samandar hai, ocean hai, sea hai. paani ke andar jab machhli hoti hai to bharpoor taur par is ko zindagi milti hai, uchhalti hai, kudti hai, aur choti hoti hai, phir bari hoti hai. yaani har aitbaar se woh ek living machhli hoti hai, living fish.</w:t>
      </w:r>
      <w:r>
        <w:br/>
      </w:r>
      <w:r>
        <w:rPr>
          <w:sz w:val="20"/>
        </w:rPr>
        <w:t>50:47  lekin agar aap is ko nikaal dein, paani se nikaal kar desert mein daal dein, desert mein tarpay gi, tarpay gi, tarpay gi. wohi machhli hogi, wohi machhli hogi, lekin wahan sirf tarp tarp kar rahe gi woh desert mein. to mein ne kaha isi se aap samajh sakte hain ke jannat kya hai aur jahannum kya hai. khuda ne aap ko banaya ek living being ke taur par, ek zinda wajood ke taur par. lekin aap ko ek habitat chahiye</w:t>
      </w:r>
      <w:r>
        <w:br/>
      </w:r>
      <w:r>
        <w:rPr>
          <w:sz w:val="20"/>
        </w:rPr>
        <w:t>51:17  aahiye, ek living aboard chahiye, ek watan chahiye.</w:t>
      </w:r>
      <w:r>
        <w:br/>
      </w:r>
      <w:r>
        <w:rPr>
          <w:sz w:val="20"/>
        </w:rPr>
        <w:t>51:23  is ke liye Khuda ne yeh zameen banai.</w:t>
      </w:r>
      <w:r>
        <w:br/>
      </w:r>
      <w:r>
        <w:rPr>
          <w:sz w:val="20"/>
        </w:rPr>
        <w:t>51:30  yeh zameen insaan ka watan hai, insaan ka habitat hai.</w:t>
      </w:r>
      <w:r>
        <w:br/>
      </w:r>
      <w:r>
        <w:rPr>
          <w:sz w:val="20"/>
        </w:rPr>
        <w:t>51:36  yeh yeh planet, kyunke aisa planet saare universe mein kahin bhi nahi hai.</w:t>
      </w:r>
      <w:r>
        <w:br/>
      </w:r>
      <w:r>
        <w:rPr>
          <w:sz w:val="20"/>
        </w:rPr>
        <w:t>51:42  aur jitne planet hain, woh sab chattanen hain, pathar hain, waterless.</w:t>
      </w:r>
      <w:r>
        <w:br/>
      </w:r>
      <w:r>
        <w:rPr>
          <w:sz w:val="20"/>
        </w:rPr>
        <w:t>51:48  yeh zameen hai jo insaan ka watan ban sakti hai, insaan ka habitat ban sakti hai.</w:t>
      </w:r>
      <w:r>
        <w:br/>
      </w:r>
      <w:r>
        <w:rPr>
          <w:sz w:val="20"/>
        </w:rPr>
        <w:t>51:56  to Khuda ne yahan insaan ko rakha hai test ke liye.</w:t>
      </w:r>
      <w:r>
        <w:br/>
      </w:r>
      <w:r>
        <w:rPr>
          <w:sz w:val="20"/>
        </w:rPr>
        <w:t>52:03  to ek waqt aayega to kya hoga ke jo log test mein poore nahi utre, jo test</w:t>
      </w:r>
      <w:r>
        <w:br/>
      </w:r>
      <w:r>
        <w:rPr>
          <w:sz w:val="20"/>
        </w:rPr>
        <w:t>52:11  mein stand nahi kiya unhon ne, to un ko is se nikal diya jayega. Yani sim</w:t>
      </w:r>
      <w:r>
        <w:br/>
      </w:r>
      <w:r>
        <w:rPr>
          <w:sz w:val="20"/>
        </w:rPr>
        <w:t>52:18  andar se nikal kar ke desert mein phenk diya jayega doosre planet par.</w:t>
      </w:r>
      <w:r>
        <w:br/>
      </w:r>
      <w:r>
        <w:rPr>
          <w:sz w:val="20"/>
        </w:rPr>
        <w:t>52:23  yani samjhane ke liye mein keh raha hoon, yani haqeeqatan jannat dozakh kya hogi, woh Allah ko pata hai.</w:t>
      </w:r>
      <w:r>
        <w:br/>
      </w:r>
      <w:r>
        <w:rPr>
          <w:sz w:val="20"/>
        </w:rPr>
        <w:t>52:28  lekin is ko understandable banane ke liye mein keh raha hoon aap ko.</w:t>
      </w:r>
      <w:r>
        <w:br/>
      </w:r>
      <w:r>
        <w:rPr>
          <w:sz w:val="20"/>
        </w:rPr>
        <w:t>52:33  ek hai jannat dozakh, real sense mein kya hai, woh Allah ko pata hai.</w:t>
      </w:r>
      <w:r>
        <w:br/>
      </w:r>
      <w:r>
        <w:rPr>
          <w:sz w:val="20"/>
        </w:rPr>
        <w:t>52:38  lekin isi duniya mein jo baatein hain, jo known world hamari hai, known world, isi ko le kar</w:t>
      </w:r>
      <w:r>
        <w:br/>
      </w:r>
      <w:r>
        <w:rPr>
          <w:sz w:val="20"/>
        </w:rPr>
        <w:t>52:43  ke hum is ko understand</w:t>
      </w:r>
      <w:r>
        <w:br/>
      </w:r>
      <w:r>
        <w:rPr>
          <w:sz w:val="20"/>
        </w:rPr>
        <w:t>52:48  kar sakte hain. yeh baat mein keh raha hoon jannat dozakh ko understandable banane ke liye. to dekhiye, is duniya mein bible mein theek yahi baat kahi gayi hai ke rast jo sachche hain, woh jhoote se alag kar diye jayen ge, alag kar diye jayen ge. to is duniya mein chunke yeh duniya testing ground hai, imtehaan ke liye hai, yeh</w:t>
      </w:r>
      <w:r>
        <w:br/>
      </w:r>
      <w:r>
        <w:rPr>
          <w:sz w:val="20"/>
        </w:rPr>
        <w:t>53:18  aan achhe bhi log hain, ghalat log bhi hain, har qism ke log yahan par hain, kyunke is</w:t>
      </w:r>
      <w:r>
        <w:br/>
      </w:r>
      <w:r>
        <w:rPr>
          <w:sz w:val="20"/>
        </w:rPr>
        <w:t>53:25  ka test lena hai.</w:t>
      </w:r>
      <w:r>
        <w:br/>
      </w:r>
      <w:r>
        <w:rPr>
          <w:sz w:val="20"/>
        </w:rPr>
        <w:t>53:31  jab aisa hoga ke teen ghanta poora hua aur ailaan hoga, ho jayega ke testing period is</w:t>
      </w:r>
      <w:r>
        <w:br/>
      </w:r>
      <w:r>
        <w:rPr>
          <w:sz w:val="20"/>
        </w:rPr>
        <w:t>53:37  over, to bas qissa khatam.</w:t>
      </w:r>
      <w:r>
        <w:br/>
      </w:r>
      <w:r>
        <w:rPr>
          <w:sz w:val="20"/>
        </w:rPr>
        <w:t>53:43  is ke baad to is ke baad kya hoga ke jo log fail ho gaye test mein,</w:t>
      </w:r>
      <w:r>
        <w:br/>
      </w:r>
      <w:r>
        <w:rPr>
          <w:sz w:val="20"/>
        </w:rPr>
        <w:t>53:49  matlab jinhon ne khuda ke aage surrender nahin kiya, jinhon ne khuda ko acknowledge nahin kiya, jinhon ne insaanon ke liye ke huqooq ada nahin kiye, jo duniya mein fasaad barpa kiya, jo duniya mein organ ban kar rahe, duniya, duniya, jinhon ne duniya ko pollute kiya, to woh chhod diye jayen ge, is se nikaal diye jayen ge. matlab yeh machhli ke liye ek samandar tha, nikaal kar ke un ko</w:t>
      </w:r>
      <w:r>
        <w:br/>
      </w:r>
      <w:r>
        <w:rPr>
          <w:sz w:val="20"/>
        </w:rPr>
        <w:t>54:19  desert pe daal diya gaya.</w:t>
      </w:r>
      <w:r>
        <w:br/>
      </w:r>
      <w:r>
        <w:rPr>
          <w:sz w:val="20"/>
        </w:rPr>
        <w:t>54:25  to woh saare insaan jo hain, saare insaan jo test mein fail ho gaye, un ko is chhanat</w:t>
      </w:r>
      <w:r>
        <w:br/>
      </w:r>
      <w:r>
        <w:rPr>
          <w:sz w:val="20"/>
        </w:rPr>
        <w:t>54:31  liya jayega aur chhanat kar ke kisi aur planet pe daal diya jayega, jahan pani nahi</w:t>
      </w:r>
      <w:r>
        <w:br/>
      </w:r>
      <w:r>
        <w:rPr>
          <w:sz w:val="20"/>
        </w:rPr>
        <w:t>54:37  hai, jahan haryali nahi hai, jahan kuch bhi nahi hai, sirf tadapna hai, bas tadapna hai, tadapna hai.</w:t>
      </w:r>
      <w:r>
        <w:br/>
      </w:r>
      <w:r>
        <w:rPr>
          <w:sz w:val="20"/>
        </w:rPr>
        <w:t>54:43  isi liye koi bible mein hai</w:t>
      </w:r>
      <w:r>
        <w:br/>
      </w:r>
      <w:r>
        <w:rPr>
          <w:sz w:val="20"/>
        </w:rPr>
        <w:t>54:49  ke abad tak rona aur daant peesna hoga, abad tak rona aur daant peesna hoga. yahi hai machhli desert mein kya karti hai, wohi insaan ka haal ho jayega. achha, is ke baad yeh jo planet earth hai hamara, to bible mein hai, quran mein bhi hai ke jo saaleh bande hain, un ko de di jayegi</w:t>
      </w:r>
    </w:p>
    <w:p>
      <w:pPr>
        <w:pStyle w:val="Heading2"/>
      </w:pPr>
      <w:r>
        <w:t>seeker who found Islam but never got a mission</w:t>
      </w:r>
    </w:p>
    <w:p>
      <w:r>
        <w:rPr>
          <w:color w:val="666666"/>
          <w:sz w:val="18"/>
        </w:rPr>
        <w:t>Revival of Faith September 25, 2011 Maulana Wahiduddin Khan · 4m 28s · at 36:11 · https://youtu.be/sG_btZMffxg?t=2171</w:t>
      </w:r>
    </w:p>
    <w:p>
      <w:r>
        <w:rPr>
          <w:i/>
        </w:rPr>
        <w:t>“In Hyderabad there was a Bengali named Dr. Nishikant Chattopadhyay”</w:t>
      </w:r>
    </w:p>
    <w:p>
      <w:r>
        <w:rPr>
          <w:sz w:val="20"/>
        </w:rPr>
        <w:t>36:11  yani mein aap ko aik misaal doon, hyderabad mein aik bangali the, un ka naam tha doctor nishi kant chatuvaldiya.</w:t>
      </w:r>
      <w:r>
        <w:br/>
      </w:r>
      <w:r>
        <w:rPr>
          <w:sz w:val="20"/>
        </w:rPr>
        <w:t>36:23  bohat zaheen aadmi the, bohat si language jante the. Woh to un ke andar seeking spirit jaagi, seeking spirit, talash.</w:t>
      </w:r>
      <w:r>
        <w:br/>
      </w:r>
      <w:r>
        <w:rPr>
          <w:sz w:val="20"/>
        </w:rPr>
        <w:t>36:37  to pehle unhon ne philosophy parhi.</w:t>
      </w:r>
      <w:r>
        <w:br/>
      </w:r>
      <w:r>
        <w:rPr>
          <w:sz w:val="20"/>
        </w:rPr>
        <w:t>36:40  philosophy mein unhein apni talash ka jawab nahi mila. Phir unhon ne mazhab parhna shuru kiya, different mazahib.</w:t>
      </w:r>
      <w:r>
        <w:br/>
      </w:r>
      <w:r>
        <w:rPr>
          <w:sz w:val="20"/>
        </w:rPr>
        <w:t>36:51  to different mazahib jo parhte the, woh unhon ne likha hai ke is mein mujhe yani meri rooh ki tazkirah nahi hoti thi.</w:t>
      </w:r>
      <w:r>
        <w:br/>
      </w:r>
      <w:r>
        <w:rPr>
          <w:sz w:val="20"/>
        </w:rPr>
        <w:t>37:03  kyun ke yeh the aadmi, bohat hi rational aadmi the, rational, rational aadmi.</w:t>
      </w:r>
      <w:r>
        <w:br/>
      </w:r>
      <w:r>
        <w:rPr>
          <w:sz w:val="20"/>
        </w:rPr>
        <w:t>37:10  to doosre mazhabon mein unhon ne yani un ki reason address nahi hoti thi. Kyun ke doosre mazahib jo hain, un mein aap jante hain ke milawat ho gayi hai, distortion ho gaya hai,</w:t>
      </w:r>
      <w:r>
        <w:br/>
      </w:r>
      <w:r>
        <w:rPr>
          <w:sz w:val="20"/>
        </w:rPr>
        <w:t>37:24  yani is ki purity baqi nahi rahi hai. Is wajah se un ka reason address nahi hota tha, un ka nature address nahi hota tha. To aakhir mein unhon ne Islam ko parha.</w:t>
      </w:r>
      <w:r>
        <w:br/>
      </w:r>
      <w:r>
        <w:rPr>
          <w:sz w:val="20"/>
        </w:rPr>
        <w:t>37:38  Islam ko parhne ke baad un ki samajh mein aaya ke yahi woh cheez thi jis ko mein talash kar raha tha. To unhon ne Rasool Allah salallahu alaihi wasallam ko parha to aik kitaab likhi Rasool Allah salallahu alaihi wasallam par.</w:t>
      </w:r>
      <w:r>
        <w:br/>
      </w:r>
      <w:r>
        <w:rPr>
          <w:sz w:val="20"/>
        </w:rPr>
        <w:t>37:51  is kitaab mein woh batate hain ke mein kahan atka hua tha ke aur jo shakhsiyaten thin, legendary personalities, woh sab mythological figures thin.</w:t>
      </w:r>
      <w:r>
        <w:br/>
      </w:r>
      <w:r>
        <w:rPr>
          <w:sz w:val="20"/>
        </w:rPr>
        <w:t>38:04  un ki koi history nahi hoti thi, authentic history.</w:t>
      </w:r>
      <w:r>
        <w:br/>
      </w:r>
      <w:r>
        <w:rPr>
          <w:sz w:val="20"/>
        </w:rPr>
        <w:t>38:08  lekin jab unhon ne Rasool Allah ko parha to unhon ne paya ke yahan to sab kuch history hai. Jaisa ke aik orietris ne likha hai ke Muhammad was born with in the full light of history.</w:t>
      </w:r>
      <w:r>
        <w:br/>
      </w:r>
      <w:r>
        <w:rPr>
          <w:sz w:val="20"/>
        </w:rPr>
        <w:t>38:21  is se pehle jitne log the, un ka koi authentic history un ke peechay nahi hai. Yahan tak ke Jesus Christ ke baray mein bhi koi historical record nahi.</w:t>
      </w:r>
      <w:r>
        <w:br/>
      </w:r>
      <w:r>
        <w:rPr>
          <w:sz w:val="20"/>
        </w:rPr>
        <w:t>38:35  chunancha aik aik baritania ke aik philosopher ne likha hai ke historically it is quite doubtful whether Christ ever existed at at all.</w:t>
      </w:r>
      <w:r>
        <w:br/>
      </w:r>
      <w:r>
        <w:rPr>
          <w:sz w:val="20"/>
        </w:rPr>
        <w:t>38:50  to jab unhon ne parha Rasool Allah salallahu alaihi wasallam ko to yahan par har cheez history</w:t>
      </w:r>
      <w:r>
        <w:br/>
      </w:r>
      <w:r>
        <w:rPr>
          <w:sz w:val="20"/>
        </w:rPr>
        <w:t>38:55  thi. To unhon ne jo kitaab likhi us mein aik thrilling sentence hai ke oh what a relief to find after all a truly historical prophet to believe in.</w:t>
      </w:r>
      <w:r>
        <w:br/>
      </w:r>
      <w:r>
        <w:rPr>
          <w:sz w:val="20"/>
        </w:rPr>
        <w:t>39:09  unhon ne accept kar liya Islam</w:t>
      </w:r>
      <w:r>
        <w:br/>
      </w:r>
      <w:r>
        <w:rPr>
          <w:sz w:val="20"/>
        </w:rPr>
        <w:t>39:11  ۔ lekin mein jo baat karna chahta hoon, woh woh yeh hai ke is ke baad jo hyderabad ke musalman the, un ko sirf yahi maloom tha ke un ka naam badlein aur topi pehnaein,</w:t>
      </w:r>
      <w:r>
        <w:br/>
      </w:r>
      <w:r>
        <w:rPr>
          <w:sz w:val="20"/>
        </w:rPr>
        <w:t>39:24  un ka kapra badlein. Yeh yahi sab karte rahe aur nataija yeh ke woh un ki zindagi mein koi aur activity nahi. Is waqt tak active the jab tak search kar rahe the.</w:t>
      </w:r>
      <w:r>
        <w:br/>
      </w:r>
      <w:r>
        <w:rPr>
          <w:sz w:val="20"/>
        </w:rPr>
        <w:t>39:36  yani search karne ke liye woh parhte the, library mein jaate</w:t>
      </w:r>
      <w:r>
        <w:br/>
      </w:r>
      <w:r>
        <w:rPr>
          <w:sz w:val="20"/>
        </w:rPr>
        <w:t>39:40  the. toh ek active life thi unki, active life. lekin jab Islam ko over kar liya unhone toh unki activity khatm. kyunke ab musalmanon ne unko jo bataya woh sirf ke tum ko namaz parhna hai, kapra Islami libas pehanna hai aur naam badalna hai waghera.</w:t>
      </w:r>
      <w:r>
        <w:br/>
      </w:r>
      <w:r>
        <w:rPr>
          <w:sz w:val="20"/>
        </w:rPr>
        <w:t>39:58  kisi musalman ne unko nahi bataya ke Islam is a mission ke ab jab aap ne sachai ko pa liya hai toh ab aap ko ek mission mil gaya hai, mission us ko duniya mein phailai.</w:t>
      </w:r>
      <w:r>
        <w:br/>
      </w:r>
      <w:r>
        <w:rPr>
          <w:sz w:val="20"/>
        </w:rPr>
        <w:t>40:12  natija yeh ke woh bilkul phans ke reh gaye. unhone kitabein padhi hain, unki kuch bhi unke paas phir aage rasta nahi mila, aage ka rasta. ek intehai zeheen aadmi, bohat hi learned aadmi,</w:t>
      </w:r>
      <w:r>
        <w:br/>
      </w:r>
      <w:r>
        <w:rPr>
          <w:sz w:val="20"/>
        </w:rPr>
        <w:t>40:26  aise hi bas khatm ho gaya, khatm ho gaya. toh dekhiye, main yeh kehna chahta hoon ke imaan sirf kafi nahi hai, imaan ke sath mission hona zaroori hai.</w:t>
      </w:r>
    </w:p>
    <w:p>
      <w:pPr>
        <w:pStyle w:val="Heading2"/>
      </w:pPr>
      <w:r>
        <w:t>Youth advice: realism in life</w:t>
      </w:r>
    </w:p>
    <w:p>
      <w:r>
        <w:rPr>
          <w:color w:val="666666"/>
          <w:sz w:val="18"/>
        </w:rPr>
        <w:t>Deedar-e-Ilahi Glimpse of God 7 March 7, 2020 Maulana Wahiduddin Khan · 3m 25s · at 34:37 · https://youtu.be/_4BDzVwFIz0?t=2077</w:t>
      </w:r>
    </w:p>
    <w:p>
      <w:r>
        <w:rPr>
          <w:i/>
        </w:rPr>
        <w:t>“Yeh to bahut achha sawal hai”</w:t>
      </w:r>
    </w:p>
    <w:p>
      <w:r>
        <w:rPr>
          <w:sz w:val="20"/>
        </w:rPr>
        <w:t>34:37  yeh to bohat acha sawal hai. bohat acha sawal hai.</w:t>
      </w:r>
      <w:r>
        <w:br/>
      </w:r>
      <w:r>
        <w:rPr>
          <w:sz w:val="20"/>
        </w:rPr>
        <w:t>34:48  jab mein naujawan tha aur up mein rehta tha to meray mind mein to us zamanay mein mein ne aik kitaab parhi thi, alf laila, urdu tarjuma tha is ka.</w:t>
      </w:r>
      <w:r>
        <w:br/>
      </w:r>
      <w:r>
        <w:rPr>
          <w:sz w:val="20"/>
        </w:rPr>
        <w:t>35:04  urdu tarjuma</w:t>
      </w:r>
      <w:r>
        <w:br/>
      </w:r>
      <w:r>
        <w:rPr>
          <w:sz w:val="20"/>
        </w:rPr>
        <w:t>35:05  to meray zehan mein aik laila hi tasawwur tha zindagi ka. to mein yeh ab bhi yaad aati hai ke mein yeh sochta tha ke kabhi kabhi to mujhe alauddin ka charagh mil jaye ga.</w:t>
      </w:r>
      <w:r>
        <w:br/>
      </w:r>
      <w:r>
        <w:rPr>
          <w:sz w:val="20"/>
        </w:rPr>
        <w:t>35:23  lekin mushkil yeh hai ke hamare naujawan aaj bhi is mein phanse hue hain</w:t>
      </w:r>
      <w:r>
        <w:br/>
      </w:r>
      <w:r>
        <w:rPr>
          <w:sz w:val="20"/>
        </w:rPr>
        <w:t>35:27  aur sochte hain kahin nahi ke un ko alauddin ka chiragh mil jaye ga aur is se woh</w:t>
      </w:r>
      <w:r>
        <w:br/>
      </w:r>
      <w:r>
        <w:rPr>
          <w:sz w:val="20"/>
        </w:rPr>
        <w:t>35:36  jo chahenge, woh</w:t>
      </w:r>
      <w:r>
        <w:br/>
      </w:r>
      <w:r>
        <w:rPr>
          <w:sz w:val="20"/>
        </w:rPr>
        <w:t>35:41  is ko hasil kar lenge. yeh ali o zehn jo mera tha, mein samajhta hoon ke sare naujawano ka yahi zehn hai.</w:t>
      </w:r>
      <w:r>
        <w:br/>
      </w:r>
      <w:r>
        <w:rPr>
          <w:sz w:val="20"/>
        </w:rPr>
        <w:t>35:53  woh shadi karte hain, tab bhi yahi zehn hota hai. woh business karte hain, tab bhi yahi zehn hota hai.</w:t>
      </w:r>
      <w:r>
        <w:br/>
      </w:r>
      <w:r>
        <w:rPr>
          <w:sz w:val="20"/>
        </w:rPr>
        <w:t>36:00  siyasi tehreek chalayein, tab bhi yahi zehn hota hai. woh sochte hain ke koi koi button hai, woh woh kisi na kisi din woh button bhi mil jaye ga aur button dabaunga aur meri adamon ka mahal mere samne khara ho jaye ga.</w:t>
      </w:r>
      <w:r>
        <w:br/>
      </w:r>
      <w:r>
        <w:rPr>
          <w:sz w:val="20"/>
        </w:rPr>
        <w:t>36:20  to mein to is se nikal aya, Allah Akbar se. lekin hamare naujawan aaj bhi is mein phanse hue hain. yeh dekhiye, yeh dunya sab se bari cheez jo discover karni hai aap ko, woh hai</w:t>
      </w:r>
      <w:r>
        <w:br/>
      </w:r>
      <w:r>
        <w:rPr>
          <w:sz w:val="20"/>
        </w:rPr>
        <w:t>36:36  realism. Realist baniye. Realist baniye.</w:t>
      </w:r>
      <w:r>
        <w:br/>
      </w:r>
      <w:r>
        <w:rPr>
          <w:sz w:val="20"/>
        </w:rPr>
        <w:t>36:51  mein bohat der ke baad realist bana. pehle mein isi mein jeeta tha, alauddin ke chiragh mein. phir dheere dheere jab mein ne study ki, tab mein realist bana.</w:t>
      </w:r>
      <w:r>
        <w:br/>
      </w:r>
      <w:r>
        <w:rPr>
          <w:sz w:val="20"/>
        </w:rPr>
        <w:t>37:02  aur aaj mein kehta hoon ke sab se bari jo</w:t>
      </w:r>
      <w:r>
        <w:br/>
      </w:r>
      <w:r>
        <w:rPr>
          <w:sz w:val="20"/>
        </w:rPr>
        <w:t>37:07  daryaft thi meri, woh yahi thi realism. mujhe yaad hai ke woh tab mein bahir ka hi tha ke ek shakhs ne mujh se sawal kiya ke what is Islam</w:t>
      </w:r>
      <w:r>
        <w:br/>
      </w:r>
      <w:r>
        <w:rPr>
          <w:sz w:val="20"/>
        </w:rPr>
        <w:t>37:25  aisa kuch tha. to meri zuban se achaanak nikla ke realism Islam means realism.</w:t>
      </w:r>
      <w:r>
        <w:br/>
      </w:r>
      <w:r>
        <w:rPr>
          <w:sz w:val="20"/>
        </w:rPr>
        <w:t>37:37  meri zuban se achaanak nikla tha ke Islam means realism</w:t>
      </w:r>
      <w:r>
        <w:br/>
      </w:r>
      <w:r>
        <w:rPr>
          <w:sz w:val="20"/>
        </w:rPr>
        <w:t>37:42  lekin mein samajhta hoon ke aaj bhi hamare naujawan is ko nahi jante ke Islam means realism woh sochte hain ke Islam ka matlab hai adamon ke mahal mein achaanak dakhil ho jana.</w:t>
      </w:r>
      <w:r>
        <w:br/>
      </w:r>
      <w:r>
        <w:rPr>
          <w:sz w:val="20"/>
        </w:rPr>
        <w:t>37:58  isi mahal aaj tak mila nahi hai in ko.</w:t>
      </w:r>
    </w:p>
    <w:p>
      <w:pPr>
        <w:pStyle w:val="Heading2"/>
      </w:pPr>
      <w:r>
        <w:t>Character development for paradise entry</w:t>
      </w:r>
    </w:p>
    <w:p>
      <w:r>
        <w:rPr>
          <w:color w:val="666666"/>
          <w:sz w:val="18"/>
        </w:rPr>
        <w:t>Character of a Believer April 16, 2016 Maulana Wahiduddin Khan · 3m 31s · at 6:36 · https://youtu.be/HpOK8NY312g?t=396</w:t>
      </w:r>
    </w:p>
    <w:p>
      <w:r>
        <w:rPr>
          <w:i/>
        </w:rPr>
        <w:t>“Dekhiye, Quran mein ye baat mukhtalif alfaz mein kahi gayi hai.”</w:t>
      </w:r>
    </w:p>
    <w:p>
      <w:r>
        <w:rPr>
          <w:sz w:val="20"/>
        </w:rPr>
        <w:t>6:36  dekhen, quran mein yeh baat mukhtalif alfaz mein kahi gayi hai.</w:t>
      </w:r>
      <w:r>
        <w:br/>
      </w:r>
      <w:r>
        <w:rPr>
          <w:sz w:val="20"/>
        </w:rPr>
        <w:t>6:44  lekin jo just hai, just, woh hai tazkiya.</w:t>
      </w:r>
      <w:r>
        <w:br/>
      </w:r>
      <w:r>
        <w:rPr>
          <w:sz w:val="20"/>
        </w:rPr>
        <w:t>6:52  yani character for what? sawal yeh paida hota hai ke character for what? woh hai apne aap ko</w:t>
      </w:r>
      <w:r>
        <w:br/>
      </w:r>
      <w:r>
        <w:rPr>
          <w:sz w:val="20"/>
        </w:rPr>
        <w:t>7:00  paradise ke liye aik deserving candidate banana. yeh hai.</w:t>
      </w:r>
      <w:r>
        <w:br/>
      </w:r>
      <w:r>
        <w:rPr>
          <w:sz w:val="20"/>
        </w:rPr>
        <w:t>7:08  isi liye quran mein yeh kaha gaya hai ke bar bar tazkiya, tazkiya, tazkiya.</w:t>
      </w:r>
      <w:r>
        <w:br/>
      </w:r>
      <w:r>
        <w:rPr>
          <w:sz w:val="20"/>
        </w:rPr>
        <w:t>7:16  kyun ke jab aap daryaft karte hain sachai ko, to aap ka goal ban jata hai Allah tak pahunchna,</w:t>
      </w:r>
      <w:r>
        <w:br/>
      </w:r>
      <w:r>
        <w:rPr>
          <w:sz w:val="20"/>
        </w:rPr>
        <w:t>7:24  paradise mein dakhil hona, abadi zindagi mein.</w:t>
      </w:r>
      <w:r>
        <w:br/>
      </w:r>
      <w:r>
        <w:rPr>
          <w:sz w:val="20"/>
        </w:rPr>
        <w:t>7:32  to quran ke mutabiq character yeh hai ke aap apne aap ko paradise ki society ke liye, rehne</w:t>
      </w:r>
      <w:r>
        <w:br/>
      </w:r>
      <w:r>
        <w:rPr>
          <w:sz w:val="20"/>
        </w:rPr>
        <w:t>7:40  ke liye, apne aap ko is ka deserving candidate banayen.</w:t>
      </w:r>
      <w:r>
        <w:br/>
      </w:r>
      <w:r>
        <w:rPr>
          <w:sz w:val="20"/>
        </w:rPr>
        <w:t>7:49  kyun ke paradise aik society hai.</w:t>
      </w:r>
      <w:r>
        <w:br/>
      </w:r>
      <w:r>
        <w:rPr>
          <w:sz w:val="20"/>
        </w:rPr>
        <w:t>7:57  paradise aik high ka, high standard ki aik society hai.</w:t>
      </w:r>
      <w:r>
        <w:br/>
      </w:r>
      <w:r>
        <w:rPr>
          <w:sz w:val="20"/>
        </w:rPr>
        <w:t>8:05  to is mein aap ko jagah mile, in logon ke darmiyan aap ko rehna naseeb ho, to wahi quality chahiye.</w:t>
      </w:r>
      <w:r>
        <w:br/>
      </w:r>
      <w:r>
        <w:rPr>
          <w:sz w:val="20"/>
        </w:rPr>
        <w:t>8:13  to sach poochhen to islam mein jo character building hai, is ka purpose yahi hai quran ke mutabiq.</w:t>
      </w:r>
      <w:r>
        <w:br/>
      </w:r>
      <w:r>
        <w:rPr>
          <w:sz w:val="20"/>
        </w:rPr>
        <w:t>8:21  aur dekhen, insan ki nafsiyat ki aap study karen to aap janenge ke aadmi hamesha is</w:t>
      </w:r>
      <w:r>
        <w:br/>
      </w:r>
      <w:r>
        <w:rPr>
          <w:sz w:val="20"/>
        </w:rPr>
        <w:t>8:29  cheez ke liye keen hota hai, keen, k double e n, jis ko woh samajhta ho ke sab</w:t>
      </w:r>
      <w:r>
        <w:br/>
      </w:r>
      <w:r>
        <w:rPr>
          <w:sz w:val="20"/>
        </w:rPr>
        <w:t>8:37  se important baat hai.</w:t>
      </w:r>
      <w:r>
        <w:br/>
      </w:r>
      <w:r>
        <w:rPr>
          <w:sz w:val="20"/>
        </w:rPr>
        <w:t>8:45  to jab aap discover karen Allah ko, Allah rab ul alameen ko, paradise ko, to aap bohat zyada keen</w:t>
      </w:r>
      <w:r>
        <w:br/>
      </w:r>
      <w:r>
        <w:rPr>
          <w:sz w:val="20"/>
        </w:rPr>
        <w:t>8:53  ho jate hain ke aap is ke mutabiq apna character banayen.</w:t>
      </w:r>
      <w:r>
        <w:br/>
      </w:r>
      <w:r>
        <w:rPr>
          <w:sz w:val="20"/>
        </w:rPr>
        <w:t>9:02  taake jab aap ko entry mile paradise ki society mein, to aap is ke standard par wahan reh saken.</w:t>
      </w:r>
      <w:r>
        <w:br/>
      </w:r>
      <w:r>
        <w:rPr>
          <w:sz w:val="20"/>
        </w:rPr>
        <w:t>9:10  kyun ke quran mein dekhen, kai kai baaten isi se ayi hain.</w:t>
      </w:r>
      <w:r>
        <w:br/>
      </w:r>
      <w:r>
        <w:rPr>
          <w:sz w:val="20"/>
        </w:rPr>
        <w:t>9:18  misal ke taur par yeh ke jannat mein nuisance nahi hoga, jannat mein shor o ghul nahi hoga, jannat mein self</w:t>
      </w:r>
      <w:r>
        <w:br/>
      </w:r>
      <w:r>
        <w:rPr>
          <w:sz w:val="20"/>
        </w:rPr>
        <w:t>9:26  interest nahi hoga, jannat mein hate nahi hoga, jannat mein violence nahi hoga.</w:t>
      </w:r>
      <w:r>
        <w:br/>
      </w:r>
      <w:r>
        <w:rPr>
          <w:sz w:val="20"/>
        </w:rPr>
        <w:t>9:34  yeh hoga character jannat walon ka.</w:t>
      </w:r>
      <w:r>
        <w:br/>
      </w:r>
      <w:r>
        <w:rPr>
          <w:sz w:val="20"/>
        </w:rPr>
        <w:t>9:42  to aap is tarah keen ho jate hain ke aap toot toot kar, toot toot kar, toot toot</w:t>
      </w:r>
      <w:r>
        <w:br/>
      </w:r>
      <w:r>
        <w:rPr>
          <w:sz w:val="20"/>
        </w:rPr>
        <w:t>9:50  kar apne andar woh sifat paida karte hain jo wahan, jo jannat mein entry ke liye aap ko</w:t>
      </w:r>
      <w:r>
        <w:br/>
      </w:r>
      <w:r>
        <w:rPr>
          <w:sz w:val="20"/>
        </w:rPr>
        <w:t>9:58  dizorning candidate banaen.</w:t>
      </w:r>
      <w:r>
        <w:br/>
      </w:r>
      <w:r>
        <w:rPr>
          <w:sz w:val="20"/>
        </w:rPr>
        <w:t>10:07  So Maulana, we should develop ourselves, we should develop our character in such a way that we are help deserving of being settled in paradise. So for example, in paradise there will be no nuisance, there won't be any hatred, and there won't be any violence. So we have to develop ourselves along these lines. Maulana, can you tell us the importance of fear of God in developing such a character?</w:t>
      </w:r>
    </w:p>
    <w:p>
      <w:pPr>
        <w:pStyle w:val="Heading2"/>
      </w:pPr>
      <w:r>
        <w:t>why a hypocrite never realizes he is one</w:t>
      </w:r>
    </w:p>
    <w:p>
      <w:r>
        <w:rPr>
          <w:color w:val="666666"/>
          <w:sz w:val="18"/>
        </w:rPr>
        <w:t>Dars-e-Quran (Al-Baqarah (The Heifer) 2 7-19) July 26, 2015 · 4m 26s · at 12:58 · https://youtu.be/kSrW4z79AHE?t=778</w:t>
      </w:r>
    </w:p>
    <w:p>
      <w:r>
        <w:rPr>
          <w:i/>
        </w:rPr>
        <w:t>“A person in hypocrisy has no awareness of it”</w:t>
      </w:r>
    </w:p>
    <w:p>
      <w:r>
        <w:rPr>
          <w:sz w:val="20"/>
        </w:rPr>
        <w:t>12:58  us ko apne nifaq ka shaoor nahi hota.</w:t>
      </w:r>
      <w:r>
        <w:br/>
      </w:r>
      <w:r>
        <w:rPr>
          <w:sz w:val="20"/>
        </w:rPr>
        <w:t>13:03  shaoor nahi hota.</w:t>
      </w:r>
      <w:r>
        <w:br/>
      </w:r>
      <w:r>
        <w:rPr>
          <w:sz w:val="20"/>
        </w:rPr>
        <w:t>13:06  is bana par is mein woh isi par qaim rehta hai, woh istiva nahi karta.</w:t>
      </w:r>
      <w:r>
        <w:br/>
      </w:r>
      <w:r>
        <w:rPr>
          <w:sz w:val="20"/>
        </w:rPr>
        <w:t>13:17  to shaoor kyun nahi hota? dekhein, shaoor ek aisi cheez hai</w:t>
      </w:r>
      <w:r>
        <w:br/>
      </w:r>
      <w:r>
        <w:rPr>
          <w:sz w:val="20"/>
        </w:rPr>
        <w:t>13:23  jo</w:t>
      </w:r>
      <w:r>
        <w:br/>
      </w:r>
      <w:r>
        <w:rPr>
          <w:sz w:val="20"/>
        </w:rPr>
        <w:t>13:27  jo yani qasdan aap is par sochein, qasdan apne aap ko check karein, qasdan aap ki apni ghaltiyon ko daryaft karne ki koshish karein, tab aap janenge apne aap ko.</w:t>
      </w:r>
      <w:r>
        <w:br/>
      </w:r>
      <w:r>
        <w:rPr>
          <w:sz w:val="20"/>
        </w:rPr>
        <w:t>13:42  agar aisa nahi hai, is qism ka process aap ke andar jaari nahi hai, to aap apni ghaltiyon ke liye be be be khabar ho jayenge.</w:t>
      </w:r>
      <w:r>
        <w:br/>
      </w:r>
      <w:r>
        <w:rPr>
          <w:sz w:val="20"/>
        </w:rPr>
        <w:t>13:52  samjhein ke mein to theek hoon, mein to theek hoon. mislan aap dress mein aur identity mein apne ko khoob theek theek theek thaak banaye hue hoon, aur log aap ko samajhte hain ke yeh bade achhe log hain.</w:t>
      </w:r>
      <w:r>
        <w:br/>
      </w:r>
      <w:r>
        <w:rPr>
          <w:sz w:val="20"/>
        </w:rPr>
        <w:t>14:07  to is se aap, to is se aadmi jo hai, ek tarah ki be shaoori mein mubtala ho jata hai. yani haqeeqat mein to kuch aur hai, aur samajhne lagta hai kuch aur.</w:t>
      </w:r>
      <w:r>
        <w:br/>
      </w:r>
      <w:r>
        <w:rPr>
          <w:sz w:val="20"/>
        </w:rPr>
        <w:t>14:18  to is par sochte hue meri samajh mein baat aayi ke yeh jo jis ko mein kehta hoon, jis ko kaha gaya deen mein muhasba, aur jis ko hum keh sakte hain self checking ya introspection, yeh bahut hi zaroori hai.</w:t>
      </w:r>
      <w:r>
        <w:br/>
      </w:r>
      <w:r>
        <w:rPr>
          <w:sz w:val="20"/>
        </w:rPr>
        <w:t>14:37  jo aisa nahi karega, to woh yeh samajhta rahega ke mein to theek thaak hoon, haan haqeeqat mein theek nahi hoga.</w:t>
      </w:r>
      <w:r>
        <w:br/>
      </w:r>
      <w:r>
        <w:rPr>
          <w:sz w:val="20"/>
        </w:rPr>
        <w:t>14:46  kyun ke apne theek na hone ko discover karna padta hai.</w:t>
      </w:r>
      <w:r>
        <w:br/>
      </w:r>
      <w:r>
        <w:rPr>
          <w:sz w:val="20"/>
        </w:rPr>
        <w:t>14:52  apne theek na hone ko discover karna padta hai. kyun ke samaj mein dekhein, agar aap ki shandar dadi hai, aur khoob lamba kurta hai, ooncha pajama hai, aur sar par sharai topi hai waghera, yani shanakht ke aitbar se aap poori tarah se Islam par nazar aate hain, to log aap ko Hazrat Hazrat kahen</w:t>
      </w:r>
      <w:r>
        <w:br/>
      </w:r>
      <w:r>
        <w:rPr>
          <w:sz w:val="20"/>
        </w:rPr>
        <w:t>15:13  ge, log aap ko regard karenge, log aap ki tareefen bhi karenge. to kaise aap ko pata hoga ke mein kya hoon?</w:t>
      </w:r>
      <w:r>
        <w:br/>
      </w:r>
      <w:r>
        <w:rPr>
          <w:sz w:val="20"/>
        </w:rPr>
        <w:t>15:23  yani zahir ka agar aap, yani zahiri jo waza khata hai, us mein aadmi ihtimam karta ho, to zahir hai ke log jo hai, us ko isi isi ko haqeeqat samajh lenge, isi par us ko izzat denge.</w:t>
      </w:r>
      <w:r>
        <w:br/>
      </w:r>
      <w:r>
        <w:rPr>
          <w:sz w:val="20"/>
        </w:rPr>
        <w:t>15:39  to aadmi kahin jaane ga ke mein be haqeeqat hoon.</w:t>
      </w:r>
      <w:r>
        <w:br/>
      </w:r>
      <w:r>
        <w:rPr>
          <w:sz w:val="20"/>
        </w:rPr>
        <w:t>15:43  to apne be haqeeqat hone ko discover karna padta hai.</w:t>
      </w:r>
      <w:r>
        <w:br/>
      </w:r>
      <w:r>
        <w:rPr>
          <w:sz w:val="20"/>
        </w:rPr>
        <w:t>15:50  yeh bahut ajeeb baat hai.</w:t>
      </w:r>
      <w:r>
        <w:br/>
      </w:r>
      <w:r>
        <w:rPr>
          <w:sz w:val="20"/>
        </w:rPr>
        <w:t>15:54  yeh discover karna padta hai, daryaft karna padta hai ke mein agarche zahiri aitbar se, waza khata ke aitbar se, mein yani bahut hi achha musalman hoon, lekin haqeeqat ke aitbar se mein nahi hoon.</w:t>
      </w:r>
      <w:r>
        <w:br/>
      </w:r>
      <w:r>
        <w:rPr>
          <w:sz w:val="20"/>
        </w:rPr>
        <w:t>16:08  yeh aap ko, yeh aadmi ko khud apni soch, khud apne andar anti self thinking paida kar ke janna padega, warna woh be khabar rahega.</w:t>
      </w:r>
      <w:r>
        <w:br/>
      </w:r>
      <w:r>
        <w:rPr>
          <w:sz w:val="20"/>
        </w:rPr>
        <w:t>16:22  yeh bahut hi ajeeb baat hai. doosre log aap ko nahi batayenge, kyun ke doosron ke samne to aap ko apne achhe waza khata banaye rahenge, achhi baatein karenge,</w:t>
      </w:r>
      <w:r>
        <w:br/>
      </w:r>
      <w:r>
        <w:rPr>
          <w:sz w:val="20"/>
        </w:rPr>
        <w:t>16:35  Qal Allah Qal Rasool karenge.</w:t>
      </w:r>
      <w:r>
        <w:br/>
      </w:r>
      <w:r>
        <w:rPr>
          <w:sz w:val="20"/>
        </w:rPr>
        <w:t>16:38  to doosra kise bataye ga aap ko? yeh to aap ko khud apne aap ko daryaft karna pare ga ke main kya hoon, main kya hoon.</w:t>
      </w:r>
      <w:r>
        <w:br/>
      </w:r>
      <w:r>
        <w:rPr>
          <w:sz w:val="20"/>
        </w:rPr>
        <w:t>16:51  yeh bohat ziyada zaroori hai ke aadmi apni apne bare mein sochta rahe, sochta rahe, sochta rahe.</w:t>
      </w:r>
      <w:r>
        <w:br/>
      </w:r>
      <w:r>
        <w:rPr>
          <w:sz w:val="20"/>
        </w:rPr>
        <w:t>17:00  jis ko kehte hain muhasba, karta rahe apna. warna jis ko kehte hain urdu mein, barkhodd ghalt ho jaye ga insaan.</w:t>
      </w:r>
      <w:r>
        <w:br/>
      </w:r>
      <w:r>
        <w:rPr>
          <w:sz w:val="20"/>
        </w:rPr>
        <w:t>17:10  ke kuch hoga nahi hai, aur samjhe ke main sab kuch hoon. to bohat ziyada yeh risky position hai aise aadmi ki jo anti self thinking na kare.</w:t>
      </w:r>
    </w:p>
    <w:p>
      <w:pPr>
        <w:pStyle w:val="Heading2"/>
      </w:pPr>
      <w:r>
        <w:t>Umar's justice story proving Islam was democratic</w:t>
      </w:r>
    </w:p>
    <w:p>
      <w:r>
        <w:rPr>
          <w:color w:val="666666"/>
          <w:sz w:val="18"/>
        </w:rPr>
        <w:t>Islam &amp; The Prophet of Islam October 21, 2012 · 5m 10s · at 36:02 · https://youtu.be/qdki-pNoY3I?t=2162</w:t>
      </w:r>
    </w:p>
    <w:p>
      <w:r>
        <w:rPr>
          <w:i/>
        </w:rPr>
        <w:t>“Rasulullah se pehle koi democracy nahi thi, sirf badshah ka hukum”</w:t>
      </w:r>
    </w:p>
    <w:p>
      <w:r>
        <w:rPr>
          <w:sz w:val="20"/>
        </w:rPr>
        <w:t>36:02  rasoolullah ke zamane mein, rasoolullah ke zariye se jo quran utarta tha, usmein yeh aayat thi ke "amruhum shura baynahum". yaani log , yaani usmein wahi baat kahi gayi jisko hum kehte hain democracy.</w:t>
      </w:r>
      <w:r>
        <w:br/>
      </w:r>
      <w:r>
        <w:rPr>
          <w:sz w:val="20"/>
        </w:rPr>
        <w:t>36:17  yaani democracy ke zariye baatein tay hon, logo ki raaye se baatein tay hon. is aayat ka tarjuma hai ke unka maamla mashware se tay hota hai, consultancy se tay hota hai, yaani democratic way mein tay hota hai.</w:t>
      </w:r>
      <w:r>
        <w:br/>
      </w:r>
      <w:r>
        <w:rPr>
          <w:sz w:val="20"/>
        </w:rPr>
        <w:t>36:30  to rasoolullah se pehle jo daur tha, usmein democracy nahi thi, consultation nahi tha, bas ek badshah hota tha jisne keh diya, wahi qanoon hai.</w:t>
      </w:r>
      <w:r>
        <w:br/>
      </w:r>
      <w:r>
        <w:rPr>
          <w:sz w:val="20"/>
        </w:rPr>
        <w:t>36:41  rasoolullah ke baad jo nizam bane, yaani khilafat rashida bani, umayyad period aaya, abbasid period aaya, ottoman empire bana, uth khilafat, uth bar khilafat, usmani khilafat bani,</w:t>
      </w:r>
      <w:r>
        <w:br/>
      </w:r>
      <w:r>
        <w:rPr>
          <w:sz w:val="20"/>
        </w:rPr>
        <w:t>36:55  ubaasi khilafat bani. insab pe agar che dynasty aagayi thi, lekin iske bawajood democracy maujood thi is mein.</w:t>
      </w:r>
      <w:r>
        <w:br/>
      </w:r>
      <w:r>
        <w:rPr>
          <w:sz w:val="20"/>
        </w:rPr>
        <w:t>37:04  yaani "that was a democratic khilafat". democratic khilafat thi, woh kingship nahi thi, woh kingship nahi thi.</w:t>
      </w:r>
      <w:r>
        <w:br/>
      </w:r>
      <w:r>
        <w:rPr>
          <w:sz w:val="20"/>
        </w:rPr>
        <w:t>37:14  mein aapko do misaal deta hoon. Hazrat Umar khalifa the, yaani second khalifa the aap khilafat e rashida ke.</w:t>
      </w:r>
      <w:r>
        <w:br/>
      </w:r>
      <w:r>
        <w:rPr>
          <w:sz w:val="20"/>
        </w:rPr>
        <w:t>37:26  Hazrat Umar ke zaman e mein misr mein ek waqea hua ke ek ghord daud hui.</w:t>
      </w:r>
      <w:r>
        <w:br/>
      </w:r>
      <w:r>
        <w:rPr>
          <w:sz w:val="20"/>
        </w:rPr>
        <w:t>37:33  is ghord daud mein governor ka beta tha, jo ke Abdullah al as tha, governor. uske bete ne hissa liya aur ek Coptic tha, yaani qibti, jo misr ka, yaani bashinda tha.</w:t>
      </w:r>
      <w:r>
        <w:br/>
      </w:r>
      <w:r>
        <w:rPr>
          <w:sz w:val="20"/>
        </w:rPr>
        <w:t>37:49  to aisa hua ke misri bashinde ka jo ghoda tha, woh aage badh gaya aur governor ke bete ka ghoda peeche reh gaya.</w:t>
      </w:r>
      <w:r>
        <w:br/>
      </w:r>
      <w:r>
        <w:rPr>
          <w:sz w:val="20"/>
        </w:rPr>
        <w:t>37:57  to governor ke bete ne is qibti ko kode se mara ke "tumhari bajaye ke tum apne ghode ko mujhse aage badha do, mein governor ka beta hoon".</w:t>
      </w:r>
      <w:r>
        <w:br/>
      </w:r>
      <w:r>
        <w:rPr>
          <w:sz w:val="20"/>
        </w:rPr>
        <w:t>38:09  to jo qibti tha, usne kya kiya? misr se chal kar woh aaya madina, madina aaya, Hazrat Umar se shikayat ki ke "aapke governor ke bete ne mere saath aisa kiya hai".</w:t>
      </w:r>
      <w:r>
        <w:br/>
      </w:r>
      <w:r>
        <w:rPr>
          <w:sz w:val="20"/>
        </w:rPr>
        <w:t>38:31  to Hazrat Umar, jo khalifa the, unhone foran ek aadmi bheja ke "misr mein, misr mein ja kar lao usko, us aadmi, us ladke ko lao yahan aur uske baap ko bhi lao".</w:t>
      </w:r>
      <w:r>
        <w:br/>
      </w:r>
      <w:r>
        <w:rPr>
          <w:sz w:val="20"/>
        </w:rPr>
        <w:t>38:42  yaani governor aur unke bete dono ko madina lao. to ek sahabi gaye aur wahan unhone dono ko liya aur saath le kar madina aaye.</w:t>
      </w:r>
      <w:r>
        <w:br/>
      </w:r>
      <w:r>
        <w:rPr>
          <w:sz w:val="20"/>
        </w:rPr>
        <w:t>38:54  jab madina aa gaye dono to Hazrat Umar ne bulaya qibti ko, us Coptic ko,</w:t>
      </w:r>
      <w:r>
        <w:br/>
      </w:r>
      <w:r>
        <w:rPr>
          <w:sz w:val="20"/>
        </w:rPr>
        <w:t>39:01  usko,</w:t>
      </w:r>
      <w:r>
        <w:br/>
      </w:r>
      <w:r>
        <w:rPr>
          <w:sz w:val="20"/>
        </w:rPr>
        <w:t>39:09  usko koda diya to kaha ke "maro unke bete ko, governor ke bete ko maro".</w:t>
      </w:r>
      <w:r>
        <w:br/>
      </w:r>
      <w:r>
        <w:rPr>
          <w:sz w:val="20"/>
        </w:rPr>
        <w:t>39:24  woh marta raha, marta raha, marta raha, yahan tak ke</w:t>
      </w:r>
      <w:r>
        <w:br/>
      </w:r>
      <w:r>
        <w:rPr>
          <w:sz w:val="20"/>
        </w:rPr>
        <w:t>39:29  kaha ke "ab ho gaya, ab maine badla le liya apna".</w:t>
      </w:r>
      <w:r>
        <w:br/>
      </w:r>
      <w:r>
        <w:rPr>
          <w:sz w:val="20"/>
        </w:rPr>
        <w:t>39:35  kaha ke "unke baap ko bhi maro".</w:t>
      </w:r>
      <w:r>
        <w:br/>
      </w:r>
      <w:r>
        <w:rPr>
          <w:sz w:val="20"/>
        </w:rPr>
        <w:t>39:44  kyun ke "wallah ma darabahadha illa bisultani", yaani apne baap ke zor par isne to kopara</w:t>
      </w:r>
      <w:r>
        <w:br/>
      </w:r>
      <w:r>
        <w:rPr>
          <w:sz w:val="20"/>
        </w:rPr>
        <w:t>39:51  tha. to usne kaha ke "nahi, mujhe baap ko nahi marna hai, mujhe bete se mera badla poora ho gaya".</w:t>
      </w:r>
      <w:r>
        <w:br/>
      </w:r>
      <w:r>
        <w:rPr>
          <w:sz w:val="20"/>
        </w:rPr>
        <w:t>40:02  yeh jo Hazrat Umar ne kiya tha, usika repercussion hai jo uski jo kitaab hai "Rousseau" ki, yaani jiska naam hai "The Social Justice".</w:t>
      </w:r>
      <w:r>
        <w:br/>
      </w:r>
      <w:r>
        <w:rPr>
          <w:sz w:val="20"/>
        </w:rPr>
        <w:t>40:19  woh isi se woh shuru karta hai, usi kitaab se.</w:t>
      </w:r>
      <w:r>
        <w:br/>
      </w:r>
      <w:r>
        <w:rPr>
          <w:sz w:val="20"/>
        </w:rPr>
        <w:t>40:22  Hazrat Umar ne kaha tha ke Hazrat Umar ne kaha tha us waqt yeh jumla governor se ke "</w:t>
      </w:r>
      <w:r>
        <w:br/>
      </w:r>
      <w:r>
        <w:rPr>
          <w:sz w:val="20"/>
        </w:rPr>
        <w:t>40:32  Allah ne logon ko azaad paida kiya tha, tum ne kab se inko ghulam bana liya".</w:t>
      </w:r>
      <w:r>
        <w:br/>
      </w:r>
      <w:r>
        <w:rPr>
          <w:sz w:val="20"/>
        </w:rPr>
        <w:t>40:42  Hazrat Umar ne us waqt kaha tha ke "Allah ne insano ko azaad paida kiya tha, tum ne kab se inko ghulam bana liya".</w:t>
      </w:r>
      <w:r>
        <w:br/>
      </w:r>
      <w:r>
        <w:rPr>
          <w:sz w:val="20"/>
        </w:rPr>
        <w:t>40:51  yahi cheez dekhiye, Rousseau ne dohrai hai apni kitaab mein "Social Contract" ke "man was born free but I see him in chains". yeh hai wahi woh aawaz jo democracy ki hai, wahi aakar isi ki culmination tha jo Europe mein poora hua.</w:t>
      </w:r>
    </w:p>
    <w:p>
      <w:pPr>
        <w:pStyle w:val="Heading2"/>
      </w:pPr>
      <w:r>
        <w:t>Full framework: Dajjal vs Mahdi, materialism vs spiritualism</w:t>
      </w:r>
    </w:p>
    <w:p>
      <w:r>
        <w:rPr>
          <w:color w:val="666666"/>
          <w:sz w:val="18"/>
        </w:rPr>
        <w:t>Warning Signs of Doomsday February 4, 2007 · 5m 08s · at 0:36 · https://youtu.be/gU74yV1td-I?t=36</w:t>
      </w:r>
    </w:p>
    <w:p>
      <w:r>
        <w:rPr>
          <w:i/>
        </w:rPr>
        <w:t>“Do trends hamesha history mein chalte rahe hain”</w:t>
      </w:r>
    </w:p>
    <w:p>
      <w:r>
        <w:rPr>
          <w:sz w:val="20"/>
        </w:rPr>
        <w:t>0:36  aap ko yaad hai ke pichle friday ki class mein</w:t>
      </w:r>
      <w:r>
        <w:br/>
      </w:r>
      <w:r>
        <w:rPr>
          <w:sz w:val="20"/>
        </w:rPr>
        <w:t>0:44  mein ne topic liya tha "The concept of the jal and mehdi in Islam."</w:t>
      </w:r>
      <w:r>
        <w:br/>
      </w:r>
      <w:r>
        <w:rPr>
          <w:sz w:val="20"/>
        </w:rPr>
        <w:t>0:52  to is mein mein ne bataya tha ke</w:t>
      </w:r>
      <w:r>
        <w:br/>
      </w:r>
      <w:r>
        <w:rPr>
          <w:sz w:val="20"/>
        </w:rPr>
        <w:t>0:56  puri history mein</w:t>
      </w:r>
      <w:r>
        <w:br/>
      </w:r>
      <w:r>
        <w:rPr>
          <w:sz w:val="20"/>
        </w:rPr>
        <w:t>1:00  do trend ya do culture chalte rahe hain.</w:t>
      </w:r>
      <w:r>
        <w:br/>
      </w:r>
      <w:r>
        <w:rPr>
          <w:sz w:val="20"/>
        </w:rPr>
        <w:t>1:06  aik tha ya hai spiritualism, aur doosra hai materialism. To aap ko maloom hai ke Zarathustra ne, jo Parsi mazhab ke founder the,</w:t>
      </w:r>
      <w:r>
        <w:br/>
      </w:r>
      <w:r>
        <w:rPr>
          <w:sz w:val="20"/>
        </w:rPr>
        <w:t>1:25  unhone do Khuda ka concept diya tha</w:t>
      </w:r>
      <w:r>
        <w:br/>
      </w:r>
      <w:r>
        <w:rPr>
          <w:sz w:val="20"/>
        </w:rPr>
        <w:t>1:30  keh do khuda hain:yadan auriraman. aur unhon ne kaha tha ke "The world is a perpetual battle ground of evil and good forces."</w:t>
      </w:r>
      <w:r>
        <w:br/>
      </w:r>
      <w:r>
        <w:rPr>
          <w:sz w:val="20"/>
        </w:rPr>
        <w:t>1:48  mein samajhta hoon ke yeh baat sahih nahi hai. sahih baat yeh hai ke khuda ne jo banai yeh duniya, to is mein is tarah banaya khuda ne ke ek taraf spiritualism hai aur doosri taraf materialism hai.</w:t>
      </w:r>
      <w:r>
        <w:br/>
      </w:r>
      <w:r>
        <w:rPr>
          <w:sz w:val="20"/>
        </w:rPr>
        <w:t>2:03  spiritualism se meri murad koi mysterious cheez nahi hai. yeh wahi cheez hai jis ko hum kehte hain khuda ka bataya hua religion.</w:t>
      </w:r>
      <w:r>
        <w:br/>
      </w:r>
      <w:r>
        <w:rPr>
          <w:sz w:val="20"/>
        </w:rPr>
        <w:t>2:15  to yeh dono, dono yeh stream history mein chalte rahe hain. kyunke duniya aap jante hain ke test ke liye hai.</w:t>
      </w:r>
      <w:r>
        <w:br/>
      </w:r>
      <w:r>
        <w:rPr>
          <w:sz w:val="20"/>
        </w:rPr>
        <w:t>2:27  to materialism ka jo culmination hai, isi ko kehte hain dajjal.</w:t>
      </w:r>
      <w:r>
        <w:br/>
      </w:r>
      <w:r>
        <w:rPr>
          <w:sz w:val="20"/>
        </w:rPr>
        <w:t>2:36  yani materialism ka ko represent karta hai satan. aur scientific era mein ya industrial era mein jo development hua, jo progress hui, aur available material barh gaya bohat ziyada,</w:t>
      </w:r>
      <w:r>
        <w:br/>
      </w:r>
      <w:r>
        <w:rPr>
          <w:sz w:val="20"/>
        </w:rPr>
        <w:t>2:55  to</w:t>
      </w:r>
      <w:r>
        <w:br/>
      </w:r>
      <w:r>
        <w:rPr>
          <w:sz w:val="20"/>
        </w:rPr>
        <w:t>2:58  naye naye possibilities samne ayen dono stream ke liye. dono ke liye.</w:t>
      </w:r>
      <w:r>
        <w:br/>
      </w:r>
      <w:r>
        <w:rPr>
          <w:sz w:val="20"/>
        </w:rPr>
        <w:t>3:05  to dajjal jo hai, woh hoga culmination material culture ka.</w:t>
      </w:r>
      <w:r>
        <w:br/>
      </w:r>
      <w:r>
        <w:rPr>
          <w:sz w:val="20"/>
        </w:rPr>
        <w:t>3:15  aur mehdi jo hai, woh culmination hoga spiritual culture ka. yeh mein is se pehle arz kiya tha. to</w:t>
      </w:r>
      <w:r>
        <w:br/>
      </w:r>
      <w:r>
        <w:rPr>
          <w:sz w:val="20"/>
        </w:rPr>
        <w:t>3:30  yeh dono cheezen, jaisa ke hadith mein aya hai,</w:t>
      </w:r>
      <w:r>
        <w:br/>
      </w:r>
      <w:r>
        <w:rPr>
          <w:sz w:val="20"/>
        </w:rPr>
        <w:t>3:36  mein ne arz kiya tha ke hadith mein bohat sari woh hain predictions hain qayamat se pehle ki, yani doomsday ke pehle ki.</w:t>
      </w:r>
      <w:r>
        <w:br/>
      </w:r>
      <w:r>
        <w:rPr>
          <w:sz w:val="20"/>
        </w:rPr>
        <w:t>3:49  to yeh isi mein se hai jis ko jo thinkers kehte rahe hain "end of the history".</w:t>
      </w:r>
      <w:r>
        <w:br/>
      </w:r>
      <w:r>
        <w:rPr>
          <w:sz w:val="20"/>
        </w:rPr>
        <w:t>4:00  to sare log yeh mante rahe hain ke history ka ek end hoga, aur religion bhi mana gaya hai is ko.</w:t>
      </w:r>
      <w:r>
        <w:br/>
      </w:r>
      <w:r>
        <w:rPr>
          <w:sz w:val="20"/>
        </w:rPr>
        <w:t>4:10  to aakhri zamane mein, jis ko hum kehte hain qayamat se pehle,</w:t>
      </w:r>
      <w:r>
        <w:br/>
      </w:r>
      <w:r>
        <w:rPr>
          <w:sz w:val="20"/>
        </w:rPr>
        <w:t>4:17  dajjal bhi zahir hoga aur mehdi bhi zahir honge, dono. to dekhen, dajjal jo hai aur mehdi jo hai, dono ki pehchan kya hogi?</w:t>
      </w:r>
      <w:r>
        <w:br/>
      </w:r>
      <w:r>
        <w:rPr>
          <w:sz w:val="20"/>
        </w:rPr>
        <w:t>4:28  sab se bari baat yeh janna hai ke dajjal ki pehchan kya hai aur mehdi ki pehchan kya hai.</w:t>
      </w:r>
      <w:r>
        <w:br/>
      </w:r>
      <w:r>
        <w:rPr>
          <w:sz w:val="20"/>
        </w:rPr>
        <w:t>4:37  dajjal ka matlab hota hai "great deceiver", bohat ziyada bara farebi.</w:t>
      </w:r>
      <w:r>
        <w:br/>
      </w:r>
      <w:r>
        <w:rPr>
          <w:sz w:val="20"/>
        </w:rPr>
        <w:t>4:47  to dajjal bohat hi beautiful ideologies pesh karega, beautiful ideology, beautiful nazariyat.</w:t>
      </w:r>
      <w:r>
        <w:br/>
      </w:r>
      <w:r>
        <w:rPr>
          <w:sz w:val="20"/>
        </w:rPr>
        <w:t>5:01  woh is ki pehchan kya hogi? pehchan hogi result. result ko dekh kar aap samjhenge ke yeh dajali ideology hai ya nahi hai.</w:t>
      </w:r>
      <w:r>
        <w:br/>
      </w:r>
      <w:r>
        <w:rPr>
          <w:sz w:val="20"/>
        </w:rPr>
        <w:t>5:14  aur mehdi jo hai, woh isi ko expose karega.</w:t>
      </w:r>
      <w:r>
        <w:br/>
      </w:r>
      <w:r>
        <w:rPr>
          <w:sz w:val="20"/>
        </w:rPr>
        <w:t>5:19  is ki beautiful ideology, jis ko jo logon ko bohat ziyada dhoke mein dal degi, aur bohat se log is ki bheer ki bheer chal paregi dajjal ke peeche, is ki ideological beauty ki wajah se.</w:t>
      </w:r>
      <w:r>
        <w:br/>
      </w:r>
      <w:r>
        <w:rPr>
          <w:sz w:val="20"/>
        </w:rPr>
        <w:t>5:33  to mehdi ka kaam hoga is ko expose karna. to mein aap ko ek pehchan batata hoon ke pehchan hoga result.</w:t>
      </w:r>
    </w:p>
    <w:p>
      <w:pPr>
        <w:pStyle w:val="Heading2"/>
      </w:pPr>
      <w:r>
        <w:t>Preparing for death as a transfer, not an ending</w:t>
      </w:r>
    </w:p>
    <w:p>
      <w:r>
        <w:rPr>
          <w:color w:val="666666"/>
          <w:sz w:val="18"/>
        </w:rPr>
        <w:t>Computer A Sign of God January 27, 2008 Maulana Wahiduddin Khan · 3m 25s · at 42:48 · https://youtu.be/MdBcX_Q_rWg?t=2568</w:t>
      </w:r>
    </w:p>
    <w:p>
      <w:r>
        <w:rPr>
          <w:i/>
        </w:rPr>
        <w:t>“Yahan par yeh karna hai ke aap ko against-programming soch lana hai”</w:t>
      </w:r>
    </w:p>
    <w:p>
      <w:r>
        <w:rPr>
          <w:sz w:val="20"/>
        </w:rPr>
        <w:t>42:48  yahan par yeh karna hai ke aap ko against programming soch apne andar lana hai, out of programming soch apne andar lana hai. yani Khuda ke is faislay se apne ko adjust karne ke liye, uski tayari karne ke liye,</w:t>
      </w:r>
      <w:r>
        <w:br/>
      </w:r>
      <w:r>
        <w:rPr>
          <w:sz w:val="20"/>
        </w:rPr>
        <w:t>43:06  out of programming sochna hai. kyun? is liye ke yeh to hona hi hona hai ke maut aayegi, aur yeh hona hi hona hai ke aap Khuda ke samnay hazir kar diye jayenge.</w:t>
      </w:r>
      <w:r>
        <w:br/>
      </w:r>
      <w:r>
        <w:rPr>
          <w:sz w:val="20"/>
        </w:rPr>
        <w:t>43:18  kyunkay yeh duniya jo hai, yeh test ke liye hai. yahan par jo saath athar saal aap ko mila hai, woh to test period tha. yahan jo record banaya hai aap ne apna, is record ke mutabiq</w:t>
      </w:r>
      <w:r>
        <w:br/>
      </w:r>
      <w:r>
        <w:rPr>
          <w:sz w:val="20"/>
        </w:rPr>
        <w:t>43:37  agli duniya mein aap ka hisab kiya jayega. wahan par hell aur paradise, jis ka aap laiq honge, woh aap ko diya jayega.</w:t>
      </w:r>
      <w:r>
        <w:br/>
      </w:r>
      <w:r>
        <w:rPr>
          <w:sz w:val="20"/>
        </w:rPr>
        <w:t>43:48  to yeh aik bohat hi serious matter hai ke hum yeh jannay Khuda ke samnay peshi ko.</w:t>
      </w:r>
      <w:r>
        <w:br/>
      </w:r>
      <w:r>
        <w:rPr>
          <w:sz w:val="20"/>
        </w:rPr>
        <w:t>43:59  to date, maut ki date na jantay huay bhi humein bait par sochna hai.</w:t>
      </w:r>
      <w:r>
        <w:br/>
      </w:r>
      <w:r>
        <w:rPr>
          <w:sz w:val="20"/>
        </w:rPr>
        <w:t>44:07  maut ki date na jantay huay bhi humein maut ke baray mein sochna hai. isi ko main keh raha hoon ke out of programming sochna hai,</w:t>
      </w:r>
      <w:r>
        <w:br/>
      </w:r>
      <w:r>
        <w:rPr>
          <w:sz w:val="20"/>
        </w:rPr>
        <w:t>44:16  against programming apne andar soch paida karna hai. kyun? taake hum maut se pehle apne ko prepare kar sakain us waqt ke liye jab ke hum Khuda ke samnay pesh kar diye jayenge.</w:t>
      </w:r>
      <w:r>
        <w:br/>
      </w:r>
      <w:r>
        <w:rPr>
          <w:sz w:val="20"/>
        </w:rPr>
        <w:t>44:30  to dekhen, is concept mein maut jo hai, same on of death nahi hai. woh aik qisam ka transfer hai, yahan se wahan chale jana.</w:t>
      </w:r>
      <w:r>
        <w:br/>
      </w:r>
      <w:r>
        <w:rPr>
          <w:sz w:val="20"/>
        </w:rPr>
        <w:t>44:42  jaise aik officer abhi Delhi mein kaam kar raha ho, uska transfer kar diya jaye, usko bhej diya jaye Bombay mein. to uski death nahi hui, uska transfer hua.</w:t>
      </w:r>
      <w:r>
        <w:br/>
      </w:r>
      <w:r>
        <w:rPr>
          <w:sz w:val="20"/>
        </w:rPr>
        <w:t>44:55  yani place badal gaya uska. pehle woh reh raha tha Bombay mein, pehle reh raha tha Delhi mein, ab woh chala gaya Bombay mein.</w:t>
      </w:r>
      <w:r>
        <w:br/>
      </w:r>
      <w:r>
        <w:rPr>
          <w:sz w:val="20"/>
        </w:rPr>
        <w:t>45:05  aise hi death jo hai, woh beech ka aik mamla hai ke maut se pehle aap reh rahe thay is present world mein, maut ke baad aap chale gaye agli duniya mein jahan Khuda se aap ka samna hona hai.</w:t>
      </w:r>
      <w:r>
        <w:br/>
      </w:r>
      <w:r>
        <w:rPr>
          <w:sz w:val="20"/>
        </w:rPr>
        <w:t>45:25  to yeh jo pesh aana hai Khuda ke faislay ke tehat, is ko humein soch kar apne mind mein la</w:t>
      </w:r>
      <w:r>
        <w:br/>
      </w:r>
      <w:r>
        <w:rPr>
          <w:sz w:val="20"/>
        </w:rPr>
        <w:t>45:34  ana hai. kyunkay programming mein nahi hai, woh programming ke mutabiq to hum eternal being hain, hamesha rehna hai hum ko, khatam nahi hona hai.</w:t>
      </w:r>
      <w:r>
        <w:br/>
      </w:r>
      <w:r>
        <w:rPr>
          <w:sz w:val="20"/>
        </w:rPr>
        <w:t>45:46  to hum maut bolte hain jo us ke aik aik lafz banaya hai hum ne, maut ya death. is waqay ko jo pesh aata hai, us ko batane ke liye hum ne aik maut ka word istemal kiya.</w:t>
      </w:r>
      <w:r>
        <w:br/>
      </w:r>
      <w:r>
        <w:rPr>
          <w:sz w:val="20"/>
        </w:rPr>
        <w:t>46:01  haqeeqat mein woh transfer hai,</w:t>
      </w:r>
      <w:r>
        <w:br/>
      </w:r>
      <w:r>
        <w:rPr>
          <w:sz w:val="20"/>
        </w:rPr>
        <w:t>46:04  yeh dunya se us dunya tak. yaani jis waqt maut aati hai, tab bhi insaan ka zindagi ke sath zinda rehta hai.</w:t>
      </w:r>
    </w:p>
    <w:p>
      <w:pPr>
        <w:pStyle w:val="Heading2"/>
      </w:pPr>
      <w:r>
        <w:t>Paradise is a universal concept found in every language</w:t>
      </w:r>
    </w:p>
    <w:p>
      <w:r>
        <w:rPr>
          <w:color w:val="666666"/>
          <w:sz w:val="18"/>
        </w:rPr>
        <w:t>Return to Paradise May 30, 2009 · 4m 14s · at 12:29 · https://youtu.be/WnsvBfxBpVQ?t=749</w:t>
      </w:r>
    </w:p>
    <w:p>
      <w:r>
        <w:rPr>
          <w:i/>
        </w:rPr>
        <w:t>“What is paradise? There are many details of paradise”</w:t>
      </w:r>
    </w:p>
    <w:p>
      <w:r>
        <w:rPr>
          <w:sz w:val="20"/>
        </w:rPr>
        <w:t>12:29  what is paradise? there are many details of paradise.</w:t>
      </w:r>
      <w:r>
        <w:br/>
      </w:r>
      <w:r>
        <w:rPr>
          <w:sz w:val="20"/>
        </w:rPr>
        <w:t>12:39  you know, paradise is a very universal concept. in almost in every country, in every community, in every society, you can find the concept of paradise.</w:t>
      </w:r>
      <w:r>
        <w:br/>
      </w:r>
      <w:r>
        <w:rPr>
          <w:sz w:val="20"/>
        </w:rPr>
        <w:t>12:54  for example, in greek language, there was a word "paradise" for paradise.</w:t>
      </w:r>
      <w:r>
        <w:br/>
      </w:r>
      <w:r>
        <w:rPr>
          <w:sz w:val="20"/>
        </w:rPr>
        <w:t>13:07  then in latin, it was "paradisus". paradisus, sus. in english language, you know, there are different words like "paradise" and "heaven".</w:t>
      </w:r>
      <w:r>
        <w:br/>
      </w:r>
      <w:r>
        <w:rPr>
          <w:sz w:val="20"/>
        </w:rPr>
        <w:t>13:27  in arabic language, there are "al-firdous" and "al-jannah". in persian, there are "khuld" and "bahisht"</w:t>
      </w:r>
      <w:r>
        <w:br/>
      </w:r>
      <w:r>
        <w:rPr>
          <w:sz w:val="20"/>
        </w:rPr>
        <w:t>13:37  . in hindi, there is "baikunth". so in every language, you can find equivalent of paradise.</w:t>
      </w:r>
      <w:r>
        <w:br/>
      </w:r>
      <w:r>
        <w:rPr>
          <w:sz w:val="20"/>
        </w:rPr>
        <w:t>13:49  it means that the concept of paradise is very universal, very common. it is inherent in your nature.</w:t>
      </w:r>
      <w:r>
        <w:br/>
      </w:r>
      <w:r>
        <w:rPr>
          <w:sz w:val="20"/>
        </w:rPr>
        <w:t>14:03  so but the details you can find in the quran. according to quran, paradise is free of all kind of fear, all kind of atrocities, all kind of pain</w:t>
      </w:r>
      <w:r>
        <w:br/>
      </w:r>
      <w:r>
        <w:rPr>
          <w:sz w:val="20"/>
        </w:rPr>
        <w:t>14:22  . la khawfun alayhim wa la hum yahzanun. then in paradise, there are all kind of comfort and luxury.</w:t>
      </w:r>
      <w:r>
        <w:br/>
      </w:r>
      <w:r>
        <w:rPr>
          <w:sz w:val="20"/>
        </w:rPr>
        <w:t>14:36  wa kum fiha ma tastahiroon. everything there to desire will be provide over there.</w:t>
      </w:r>
      <w:r>
        <w:br/>
      </w:r>
      <w:r>
        <w:rPr>
          <w:sz w:val="20"/>
        </w:rPr>
        <w:t>14:50  so paradise is that place where you will find fulfillment, complete fulfillment. you know, in this world, we have so many desires, but no one was able to achieve fulfillment.</w:t>
      </w:r>
      <w:r>
        <w:br/>
      </w:r>
      <w:r>
        <w:rPr>
          <w:sz w:val="20"/>
        </w:rPr>
        <w:t>15:08  no, neither poor people, nor wealthy people, nor powerless people, nor powerful people, nor king.</w:t>
      </w:r>
      <w:r>
        <w:br/>
      </w:r>
      <w:r>
        <w:rPr>
          <w:sz w:val="20"/>
        </w:rPr>
        <w:t>15:20  so we are full of desires, but there is no fulfillment of these desires.</w:t>
      </w:r>
      <w:r>
        <w:br/>
      </w:r>
      <w:r>
        <w:rPr>
          <w:sz w:val="20"/>
        </w:rPr>
        <w:t>15:32  some atheist people say that paradise nothing</w:t>
      </w:r>
      <w:r>
        <w:br/>
      </w:r>
      <w:r>
        <w:rPr>
          <w:sz w:val="20"/>
        </w:rPr>
        <w:t>15:38  . it is</w:t>
      </w:r>
      <w:r>
        <w:br/>
      </w:r>
      <w:r>
        <w:rPr>
          <w:sz w:val="20"/>
        </w:rPr>
        <w:t>15:43  in their words "idealization of beautiful idealization of human wishes". beautiful idealization of human wishes.</w:t>
      </w:r>
      <w:r>
        <w:br/>
      </w:r>
      <w:r>
        <w:rPr>
          <w:sz w:val="20"/>
        </w:rPr>
        <w:t>15:55  it is simply a remark without any argument, without any reason.</w:t>
      </w:r>
      <w:r>
        <w:br/>
      </w:r>
      <w:r>
        <w:rPr>
          <w:sz w:val="20"/>
        </w:rPr>
        <w:t>16:03  if you have wishes, you have desires, then how you can say that are baseless?</w:t>
      </w:r>
      <w:r>
        <w:br/>
      </w:r>
      <w:r>
        <w:rPr>
          <w:sz w:val="20"/>
        </w:rPr>
        <w:t>16:16  here i would like to add a very important point that in this world, there is a system of complementarity</w:t>
      </w:r>
      <w:r>
        <w:br/>
      </w:r>
      <w:r>
        <w:rPr>
          <w:sz w:val="20"/>
        </w:rPr>
        <w:t>16:31  . there is a complementary system in this world. complementarity system. complement c o m p l e, not i.</w:t>
      </w:r>
    </w:p>
    <w:p>
      <w:pPr>
        <w:pStyle w:val="Heading2"/>
      </w:pPr>
      <w:r>
        <w:t>Unique phenomena point to a planner</w:t>
      </w:r>
    </w:p>
    <w:p>
      <w:r>
        <w:rPr>
          <w:color w:val="666666"/>
          <w:sz w:val="18"/>
        </w:rPr>
        <w:t>How to Discover God I May 09, 2008 · 5m 10s · at 24:53 · https://youtu.be/fv8fazBISsw?t=1493</w:t>
      </w:r>
    </w:p>
    <w:p>
      <w:r>
        <w:rPr>
          <w:i/>
        </w:rPr>
        <w:t>“There is a very unique phenomenon - exception amidst uniformity.”</w:t>
      </w:r>
    </w:p>
    <w:p>
      <w:r>
        <w:rPr>
          <w:sz w:val="20"/>
        </w:rPr>
        <w:t>24:53  then, there is a very unique phenomena in the world, very, very unique phenomena, that is exception amidst uniformity. exception amidst uniformity. i will, i will give on example. you see, these are fingers. every man and woman have fingers like this, and there is uniformity in this fingers.</w:t>
      </w:r>
      <w:r>
        <w:br/>
      </w:r>
      <w:r>
        <w:rPr>
          <w:sz w:val="20"/>
        </w:rPr>
        <w:t>25:21  but there is a exception that there is a thumb impression or finger print. finger print of every human being are quite different. other fingers are, and are, are uniform, equal. but finger print is quite different. so, it is on exception.</w:t>
      </w:r>
      <w:r>
        <w:br/>
      </w:r>
      <w:r>
        <w:rPr>
          <w:sz w:val="20"/>
        </w:rPr>
        <w:t>25:48  so, exception amidst uniformity is a unique phenomena.</w:t>
      </w:r>
      <w:r>
        <w:br/>
      </w:r>
      <w:r>
        <w:rPr>
          <w:sz w:val="20"/>
        </w:rPr>
        <w:t>25:56  it, so here, this, this phenomena cannot, cannot.</w:t>
      </w:r>
      <w:r>
        <w:br/>
      </w:r>
      <w:r>
        <w:rPr>
          <w:sz w:val="20"/>
        </w:rPr>
        <w:t>26:05  so, we are compelled to, we, we can explain, we cannot explain this phenomena without, without acknowledging,</w:t>
      </w:r>
      <w:r>
        <w:br/>
      </w:r>
      <w:r>
        <w:rPr>
          <w:sz w:val="20"/>
        </w:rPr>
        <w:t>26:14  acknowledging that there is a intelligent planner behind all this things.</w:t>
      </w:r>
      <w:r>
        <w:br/>
      </w:r>
      <w:r>
        <w:rPr>
          <w:sz w:val="20"/>
        </w:rPr>
        <w:t>26:23  exception amidst uniformity can, can, you can, you can. this phenomena is very common everywhere in the universe. everywhere in the universe.</w:t>
      </w:r>
      <w:r>
        <w:br/>
      </w:r>
      <w:r>
        <w:rPr>
          <w:sz w:val="20"/>
        </w:rPr>
        <w:t>26:35  for example, you see the our, our galaxy. you know, there are a billion, billion galaxies in the space. every galaxy have billion, billion stars.</w:t>
      </w:r>
      <w:r>
        <w:br/>
      </w:r>
      <w:r>
        <w:rPr>
          <w:sz w:val="20"/>
        </w:rPr>
        <w:t>27:03  our solar system is situated in milky way. there is the nearest galaxy, there is called milky way. so, our solar system is situated in, in, in, in, in, in this galaxy. there is called mix, mix milky way.</w:t>
      </w:r>
      <w:r>
        <w:br/>
      </w:r>
      <w:r>
        <w:rPr>
          <w:sz w:val="20"/>
        </w:rPr>
        <w:t>27:22  its very strange to know that, that our galaxy is, is terribly hot, very, very dangerous in the center. there are billion, billion stars, and in the center, it is terribly hot. we cannot live in the, in the center.</w:t>
      </w:r>
      <w:r>
        <w:br/>
      </w:r>
      <w:r>
        <w:rPr>
          <w:sz w:val="20"/>
        </w:rPr>
        <w:t>27:48  but its very strange that our, and our, our solar system is situated in this galaxy. but at the corner, our solar system is not in the center of the galaxy. it, it, it is in the, in the, in the corner of the. you can see this in the picture. here, you can see, this is the, this is the picture of galaxy.</w:t>
      </w:r>
      <w:r>
        <w:br/>
      </w:r>
      <w:r>
        <w:rPr>
          <w:sz w:val="20"/>
        </w:rPr>
        <w:t>28:16  and you can see that solar system lies in the corner, in the extreme corner.</w:t>
      </w:r>
      <w:r>
        <w:br/>
      </w:r>
      <w:r>
        <w:rPr>
          <w:sz w:val="20"/>
        </w:rPr>
        <w:t>28:22  if this solar system where in the, in the center of the galaxy, that life was not possible.</w:t>
      </w:r>
      <w:r>
        <w:br/>
      </w:r>
      <w:r>
        <w:rPr>
          <w:sz w:val="20"/>
        </w:rPr>
        <w:t>28:29  so, how it is happened?</w:t>
      </w:r>
      <w:r>
        <w:br/>
      </w:r>
      <w:r>
        <w:rPr>
          <w:sz w:val="20"/>
        </w:rPr>
        <w:t>28:35  such kind of, such kind of meaningful planning, you can see everywhere in the world.</w:t>
      </w:r>
      <w:r>
        <w:br/>
      </w:r>
      <w:r>
        <w:rPr>
          <w:sz w:val="20"/>
        </w:rPr>
        <w:t>28:42  so, how it, how it was possible?</w:t>
      </w:r>
      <w:r>
        <w:br/>
      </w:r>
      <w:r>
        <w:rPr>
          <w:sz w:val="20"/>
        </w:rPr>
        <w:t>28:49  we have no option other then to believe that there is a god, there is a, there is a manager of this world, intelligent manager. then, you see, all the planets are revolving, but there, they are revolving around their orbit. only their orbit, their rotation is confined to their orbit.</w:t>
      </w:r>
      <w:r>
        <w:br/>
      </w:r>
      <w:r>
        <w:rPr>
          <w:sz w:val="20"/>
        </w:rPr>
        <w:t>29:18  but our earth, e planet earth, has double rotation, one on this orbit and one on this axis. double rotation, its very exceptional phenomena. this kind of phenomena, you can see anywhere in the, in the universe. so, how it happened? without this kind of double, double rotation, it was not possible to have life system in this earth.</w:t>
      </w:r>
      <w:r>
        <w:br/>
      </w:r>
      <w:r>
        <w:rPr>
          <w:sz w:val="20"/>
        </w:rPr>
        <w:t>29:47  so, how this kind of meaningful exception happened? who was, who was the planet, who, who actualized this kind of meaningful exception?</w:t>
      </w:r>
      <w:r>
        <w:br/>
      </w:r>
      <w:r>
        <w:rPr>
          <w:sz w:val="20"/>
        </w:rPr>
        <w:t>30:03  then, you see, on our earth, there is life support system. life support system, with the life support system, it was possible to live here in this earth. but life support system is quite unique, quite exceptional.</w:t>
      </w:r>
    </w:p>
    <w:p>
      <w:pPr>
        <w:pStyle w:val="Heading2"/>
      </w:pPr>
      <w:r>
        <w:t>Understanding Quran's implicit meanings through repentance and story</w:t>
      </w:r>
    </w:p>
    <w:p>
      <w:r>
        <w:rPr>
          <w:color w:val="666666"/>
          <w:sz w:val="18"/>
        </w:rPr>
        <w:t>Deeper Understanding of the Quran April 17, 2020 Maulana Wahiduddin Khan · 4m 46s · at 2:30 · https://youtu.be/BdHI7iWGiiY?t=150</w:t>
      </w:r>
    </w:p>
    <w:p>
      <w:r>
        <w:rPr>
          <w:i/>
        </w:rPr>
        <w:t>“To dekhiye, Quran mein bohat zaroori pehlu yeh hai ke”</w:t>
      </w:r>
    </w:p>
    <w:p>
      <w:r>
        <w:rPr>
          <w:sz w:val="20"/>
        </w:rPr>
        <w:t>2:30  to dekhen, Quran mein bahut zaruri pehlu yeh hai ke</w:t>
      </w:r>
      <w:r>
        <w:br/>
      </w:r>
      <w:r>
        <w:rPr>
          <w:sz w:val="20"/>
        </w:rPr>
        <w:t>2:36  quran ko samajhne ke liye aap ko mafhumat ka ilm hona chahiye.</w:t>
      </w:r>
      <w:r>
        <w:br/>
      </w:r>
      <w:r>
        <w:rPr>
          <w:sz w:val="20"/>
        </w:rPr>
        <w:t>2:46  yani quran mein cheezen mahzuf hoti hain bahut zyada. yani alfaaz mein zikr nahi hota lekin ma'ni mein woh mafhum shamil hota hai.</w:t>
      </w:r>
      <w:r>
        <w:br/>
      </w:r>
      <w:r>
        <w:rPr>
          <w:sz w:val="20"/>
        </w:rPr>
        <w:t>3:02  to is par sochte hue mujhe farmaya</w:t>
      </w:r>
      <w:r>
        <w:br/>
      </w:r>
      <w:r>
        <w:rPr>
          <w:sz w:val="20"/>
        </w:rPr>
        <w:t>3:09  ke aadmi ghalati kare</w:t>
      </w:r>
      <w:r>
        <w:br/>
      </w:r>
      <w:r>
        <w:rPr>
          <w:sz w:val="20"/>
        </w:rPr>
        <w:t>3:13  aur idhar repentance jagah hai, repentance. woh bahut zyada dua kare, bahut zyada toba kare, jise kehte hain toba nasuh.</w:t>
      </w:r>
      <w:r>
        <w:br/>
      </w:r>
      <w:r>
        <w:rPr>
          <w:sz w:val="20"/>
        </w:rPr>
        <w:t>3:28  to kya hota hai? jab tak aadmi sirf ghalati karta hai, us waqt woh ek ghalati ka case hota hai.</w:t>
      </w:r>
      <w:r>
        <w:br/>
      </w:r>
      <w:r>
        <w:rPr>
          <w:sz w:val="20"/>
        </w:rPr>
        <w:t>3:43  insan ki ghalati ka ek case.</w:t>
      </w:r>
      <w:r>
        <w:br/>
      </w:r>
      <w:r>
        <w:rPr>
          <w:sz w:val="20"/>
        </w:rPr>
        <w:t>3:47  lekin jab woh bahut zyada repentance karta hai</w:t>
      </w:r>
      <w:r>
        <w:br/>
      </w:r>
      <w:r>
        <w:rPr>
          <w:sz w:val="20"/>
        </w:rPr>
        <w:t>3:54  to woh</w:t>
      </w:r>
      <w:r>
        <w:br/>
      </w:r>
      <w:r>
        <w:rPr>
          <w:sz w:val="20"/>
        </w:rPr>
        <w:t>3:58  sirf Allah ke mamle mein, sirf insan ke mamle mein nahi rehta.</w:t>
      </w:r>
      <w:r>
        <w:br/>
      </w:r>
      <w:r>
        <w:rPr>
          <w:sz w:val="20"/>
        </w:rPr>
        <w:t>4:05  woh Allah ki rehmat ke mamle mein jata hai.</w:t>
      </w:r>
      <w:r>
        <w:br/>
      </w:r>
      <w:r>
        <w:rPr>
          <w:sz w:val="20"/>
        </w:rPr>
        <w:t>4:15  yeh bohat nazuk baat hai, samajh lijie. yeh bande ne ghalti ki toh bande ki ghalti ka mamla hua.</w:t>
      </w:r>
      <w:r>
        <w:br/>
      </w:r>
      <w:r>
        <w:rPr>
          <w:sz w:val="20"/>
        </w:rPr>
        <w:t>4:30  lekin agar us ne is waqt repentance aa gaya</w:t>
      </w:r>
      <w:r>
        <w:br/>
      </w:r>
      <w:r>
        <w:rPr>
          <w:sz w:val="20"/>
        </w:rPr>
        <w:t>4:37  toh bohat ziyada maafi mangi.</w:t>
      </w:r>
      <w:r>
        <w:br/>
      </w:r>
      <w:r>
        <w:rPr>
          <w:sz w:val="20"/>
        </w:rPr>
        <w:t>4:46  toh woh us ki</w:t>
      </w:r>
      <w:r>
        <w:br/>
      </w:r>
      <w:r>
        <w:rPr>
          <w:sz w:val="20"/>
        </w:rPr>
        <w:t>4:54  bande ka mamla nahi rehta balke Allah ki rehmat ka mamla ban jata hai.</w:t>
      </w:r>
      <w:r>
        <w:br/>
      </w:r>
      <w:r>
        <w:rPr>
          <w:sz w:val="20"/>
        </w:rPr>
        <w:t>5:07  maine ek bande ko dekha hai ab jab main gaon mein tha</w:t>
      </w:r>
      <w:r>
        <w:br/>
      </w:r>
      <w:r>
        <w:rPr>
          <w:sz w:val="20"/>
        </w:rPr>
        <w:t>5:15  ke ek zameendar,</w:t>
      </w:r>
      <w:r>
        <w:br/>
      </w:r>
      <w:r>
        <w:rPr>
          <w:sz w:val="20"/>
        </w:rPr>
        <w:t>5:21  us zamane mein zameendar ki bohat bari taqat hoti thi.</w:t>
      </w:r>
      <w:r>
        <w:br/>
      </w:r>
      <w:r>
        <w:rPr>
          <w:sz w:val="20"/>
        </w:rPr>
        <w:t>5:31  toh ek daleel se ghussa ho gaya woh.</w:t>
      </w:r>
      <w:r>
        <w:br/>
      </w:r>
      <w:r>
        <w:rPr>
          <w:sz w:val="20"/>
        </w:rPr>
        <w:t>5:38  ghussa ho gaya ke koi kaam us ne qatil karne ke liye, woh dekhti hai nahi.</w:t>
      </w:r>
      <w:r>
        <w:br/>
      </w:r>
      <w:r>
        <w:rPr>
          <w:sz w:val="20"/>
        </w:rPr>
        <w:t>5:46  toh zameendar ne apne aadmi ko bheja us ke paas ke is ko bula kar lao. woh gaya aur is ko bula kar laya.</w:t>
      </w:r>
      <w:r>
        <w:br/>
      </w:r>
      <w:r>
        <w:rPr>
          <w:sz w:val="20"/>
        </w:rPr>
        <w:t>6:02  toh jab woh us ke ghar pahuncha</w:t>
      </w:r>
      <w:r>
        <w:br/>
      </w:r>
      <w:r>
        <w:rPr>
          <w:sz w:val="20"/>
        </w:rPr>
        <w:t>6:06  toh us ne apna kapra utar diya</w:t>
      </w:r>
      <w:r>
        <w:br/>
      </w:r>
      <w:r>
        <w:rPr>
          <w:sz w:val="20"/>
        </w:rPr>
        <w:t>6:12  aur kaha la wahuwa mara la wahuwa mara</w:t>
      </w:r>
      <w:r>
        <w:br/>
      </w:r>
      <w:r>
        <w:rPr>
          <w:sz w:val="20"/>
        </w:rPr>
        <w:t>6:20  toh is ke baad zameendar ne is ko kuch bhi nahi, yaani maar hi nahi saka woh. zameendar ke hath mein danda tha, woh danda chhoot gaya pada.</w:t>
      </w:r>
      <w:r>
        <w:br/>
      </w:r>
      <w:r>
        <w:rPr>
          <w:sz w:val="20"/>
        </w:rPr>
        <w:t>6:37  kyun ke jab tak us ne jurm kiya tha, jab tak us ne jurm kiya tha toh woh masla tha is insaan ke jurm ka.</w:t>
      </w:r>
      <w:r>
        <w:br/>
      </w:r>
      <w:r>
        <w:rPr>
          <w:sz w:val="20"/>
        </w:rPr>
        <w:t>6:51  kyun ke jab us ne itna ziyada</w:t>
      </w:r>
      <w:r>
        <w:br/>
      </w:r>
      <w:r>
        <w:rPr>
          <w:sz w:val="20"/>
        </w:rPr>
        <w:t>6:53  aadi kiya toh ab woh nuskha badal gaya.</w:t>
      </w:r>
      <w:r>
        <w:br/>
      </w:r>
      <w:r>
        <w:rPr>
          <w:sz w:val="20"/>
        </w:rPr>
        <w:t>7:01  ab woh masla ban gaya</w:t>
      </w:r>
      <w:r>
        <w:br/>
      </w:r>
      <w:r>
        <w:rPr>
          <w:sz w:val="20"/>
        </w:rPr>
        <w:t>7:06  Allah ki rehmat ka.</w:t>
      </w:r>
      <w:r>
        <w:br/>
      </w:r>
      <w:r>
        <w:rPr>
          <w:sz w:val="20"/>
        </w:rPr>
        <w:t>7:10  chalo us ne mara nahi, chhod do ise jao.</w:t>
      </w:r>
    </w:p>
    <w:p>
      <w:pPr>
        <w:pStyle w:val="Heading2"/>
      </w:pPr>
      <w:r>
        <w:t>From Big Bang to civilization: angels guiding human progress</w:t>
      </w:r>
    </w:p>
    <w:p>
      <w:r>
        <w:rPr>
          <w:color w:val="666666"/>
          <w:sz w:val="18"/>
        </w:rPr>
        <w:t>Faith in the Unseen (Iman Bil Ghaib) December 06, 2015 · 4m 54s · at 4:52 · https://youtu.be/MZIDIceIwg8?t=292</w:t>
      </w:r>
    </w:p>
    <w:p>
      <w:r>
        <w:rPr>
          <w:i/>
        </w:rPr>
        <w:t>“Maslan dekhiye, aap paida hote hain, ek duniya aap ke samne hai.”</w:t>
      </w:r>
    </w:p>
    <w:p>
      <w:r>
        <w:rPr>
          <w:sz w:val="20"/>
        </w:rPr>
        <w:t>4:52  misalan dekhiye, aap paida hote hain, ek dunya aap ke samne hai, galaxy hai, suraj hai, solar system hai, zameen hai, pahar hai, samandar hai, ek poori dunya aap ke samne hai,</w:t>
      </w:r>
      <w:r>
        <w:br/>
      </w:r>
      <w:r>
        <w:rPr>
          <w:sz w:val="20"/>
        </w:rPr>
        <w:t>5:10  aur poori dunya mein ek mustaqil ek harkat jari hai,</w:t>
      </w:r>
      <w:r>
        <w:br/>
      </w:r>
      <w:r>
        <w:rPr>
          <w:sz w:val="20"/>
        </w:rPr>
        <w:t>5:16  bohat hi planned way mein. to aap sochte hain. is sochne ka naam hai science.</w:t>
      </w:r>
      <w:r>
        <w:br/>
      </w:r>
      <w:r>
        <w:rPr>
          <w:sz w:val="20"/>
        </w:rPr>
        <w:t>5:28  insan ne sochna shuru kiya isi waqt se jab ke woh zameen par abad hua. dhire dhire science wajood mein aayi, aur zyada door tak aur zyada gehrai ke sath is ne kainat ko jana.</w:t>
      </w:r>
      <w:r>
        <w:br/>
      </w:r>
      <w:r>
        <w:rPr>
          <w:sz w:val="20"/>
        </w:rPr>
        <w:t>5:49  ab aap sochiye, science ki maloomat ki roshni mein ke taqreeban 13 billion saal pehle yahan par khala tha, space tha,</w:t>
      </w:r>
      <w:r>
        <w:br/>
      </w:r>
      <w:r>
        <w:rPr>
          <w:sz w:val="20"/>
        </w:rPr>
        <w:t>6:04  vacuum tha. phir science ki daryaft ke mutabiq yahan par ek</w:t>
      </w:r>
      <w:r>
        <w:br/>
      </w:r>
      <w:r>
        <w:rPr>
          <w:sz w:val="20"/>
        </w:rPr>
        <w:t>6:15  cosmic ball zahir hua, jis mein tamam atom thay dunya bhar ke.</w:t>
      </w:r>
      <w:r>
        <w:br/>
      </w:r>
      <w:r>
        <w:rPr>
          <w:sz w:val="20"/>
        </w:rPr>
        <w:t>6:19  phir is mein</w:t>
      </w:r>
      <w:r>
        <w:br/>
      </w:r>
      <w:r>
        <w:rPr>
          <w:sz w:val="20"/>
        </w:rPr>
        <w:t>6:23  explosion hua, jis ko big bang kehte hain. phir dunya banna shuru hui. galaxy bani, solar system bana, zameen bani, wahan par barishain huin, phir nabatat ho gayin,</w:t>
      </w:r>
      <w:r>
        <w:br/>
      </w:r>
      <w:r>
        <w:rPr>
          <w:sz w:val="20"/>
        </w:rPr>
        <w:t>6:41  pahar bane, samandar mein pani jama hua. itne sare واقعات hue, phir insan</w:t>
      </w:r>
      <w:r>
        <w:br/>
      </w:r>
      <w:r>
        <w:rPr>
          <w:sz w:val="20"/>
        </w:rPr>
        <w:t>6:49  paida hua. phir dekhiye, aaj mein subah soch raha tha ke insan ne is zameen par apni zindagi ka aghaz kiya, jis ko kehte hain primitive age.</w:t>
      </w:r>
      <w:r>
        <w:br/>
      </w:r>
      <w:r>
        <w:rPr>
          <w:sz w:val="20"/>
        </w:rPr>
        <w:t>7:02  primitive age mein insan peet chalata tha, darakhton ke phal khata tha. bilkul crude drive thi, crude.</w:t>
      </w:r>
      <w:r>
        <w:br/>
      </w:r>
      <w:r>
        <w:rPr>
          <w:sz w:val="20"/>
        </w:rPr>
        <w:t>7:12  aaj hum civilization ke zamanay mein hain. to kaise aisa hua?</w:t>
      </w:r>
      <w:r>
        <w:br/>
      </w:r>
      <w:r>
        <w:rPr>
          <w:sz w:val="20"/>
        </w:rPr>
        <w:t>7:19  civilization ka zamana hai, technology ka zamana hai, yeh sab kaise hua?</w:t>
      </w:r>
      <w:r>
        <w:br/>
      </w:r>
      <w:r>
        <w:rPr>
          <w:sz w:val="20"/>
        </w:rPr>
        <w:t>7:28  to meri samajh mein aaya ke yeh Allah taala ke farishton ki madad se hua. bazahir insan ne kaam kiya, lekin haqeeqat mein Allah ke farishtay rehnumai kar rahay thay.</w:t>
      </w:r>
      <w:r>
        <w:br/>
      </w:r>
      <w:r>
        <w:rPr>
          <w:sz w:val="20"/>
        </w:rPr>
        <w:t>7:41  to yeh wohi muamla tha jaise ke bohat pehle Hazrat Noah ne bohat bari ek kashti banai, ark of Noah.</w:t>
      </w:r>
      <w:r>
        <w:br/>
      </w:r>
      <w:r>
        <w:rPr>
          <w:sz w:val="20"/>
        </w:rPr>
        <w:t>7:53  to us waqt itni bari kashti banana insan ke liye bas mein nahi tha. to yeh farishton ki guidance mein woh kashti bani.</w:t>
      </w:r>
      <w:r>
        <w:br/>
      </w:r>
      <w:r>
        <w:rPr>
          <w:sz w:val="20"/>
        </w:rPr>
        <w:t>8:04  is ko quran mein in alfaaz mein bayan kiya gaya hai ke fa-sda'i al-fulka bi-aynin wa baynin</w:t>
      </w:r>
      <w:r>
        <w:br/>
      </w:r>
      <w:r>
        <w:rPr>
          <w:sz w:val="20"/>
        </w:rPr>
        <w:t>8:14  is ka matlab yeh hai ke farishton ki madad se tum kashti banao. to mein samajhta hoon ke yahi hua maamla civilization ke saath.</w:t>
      </w:r>
      <w:r>
        <w:br/>
      </w:r>
      <w:r>
        <w:rPr>
          <w:sz w:val="20"/>
        </w:rPr>
        <w:t>8:24  yahan bhi yeh hua ke fa-sda'i al-hazara baynin wa baynin hazara ka matlab hai civilization.</w:t>
      </w:r>
      <w:r>
        <w:br/>
      </w:r>
      <w:r>
        <w:rPr>
          <w:sz w:val="20"/>
        </w:rPr>
        <w:t>8:36  civilization banao hamari rehnumai mein, yani farishton ki rehnumai mein. to in sab cheezon ko jab aap discover karte hain, tab kya hota hai?</w:t>
      </w:r>
      <w:r>
        <w:br/>
      </w:r>
      <w:r>
        <w:rPr>
          <w:sz w:val="20"/>
        </w:rPr>
        <w:t>8:48  ke aap creator ko daryaft karte hain. creator se aap ke andar be-panah mohabbat paida hoti hai. creator se aap ka bohat hi zabardast ta'alluq qaim ho jata hai.</w:t>
      </w:r>
      <w:r>
        <w:br/>
      </w:r>
      <w:r>
        <w:rPr>
          <w:sz w:val="20"/>
        </w:rPr>
        <w:t>9:02  yahi hai iman.</w:t>
      </w:r>
      <w:r>
        <w:br/>
      </w:r>
      <w:r>
        <w:rPr>
          <w:sz w:val="20"/>
        </w:rPr>
        <w:t>9:06  iman darasal Allah ki, Allah ki jo glory hai, Allah ke jo kalmaat hain, Allah ke jo nizam chal raha hai duniya mein,</w:t>
      </w:r>
      <w:r>
        <w:br/>
      </w:r>
      <w:r>
        <w:rPr>
          <w:sz w:val="20"/>
        </w:rPr>
        <w:t>9:24  is ko daryaft kar ke aap pohnchte hain Allah ki daryaft tak. yani sifat ke zariye aap daryaft karte hain zaat ko.</w:t>
      </w:r>
      <w:r>
        <w:br/>
      </w:r>
      <w:r>
        <w:rPr>
          <w:sz w:val="20"/>
        </w:rPr>
        <w:t>9:35  ab phir aap ke andar yaqeen, mohabbat, Allah se ta'alluq, woh sara paida ho jata hai. yahi hai iman. iman sirf kalma parhne ka naam nahi hai.</w:t>
      </w:r>
    </w:p>
    <w:p>
      <w:pPr>
        <w:pStyle w:val="Heading2"/>
      </w:pPr>
      <w:r>
        <w:t>Water bursts its container, icebergs expand freely</w:t>
      </w:r>
    </w:p>
    <w:p>
      <w:r>
        <w:rPr>
          <w:color w:val="666666"/>
          <w:sz w:val="18"/>
        </w:rPr>
        <w:t>Shock A Blessing in Disguise November 01, 2009 · 3m 50s · at 14:59 · https://youtu.be/trEB_2Bwos8?t=899</w:t>
      </w:r>
    </w:p>
    <w:p>
      <w:r>
        <w:rPr>
          <w:i/>
        </w:rPr>
        <w:t>“Why does frozen water burst pipes but not icebergs?”</w:t>
      </w:r>
    </w:p>
    <w:p>
      <w:r>
        <w:rPr>
          <w:sz w:val="20"/>
        </w:rPr>
        <w:t>14:59  dekhiye, kyun log tension mein pad jaate hain? aur main tension mein nahin pada. isko maine aaj hi discover kiya. dekhiye, pani jo hai, pani.</w:t>
      </w:r>
      <w:r>
        <w:br/>
      </w:r>
      <w:r>
        <w:rPr>
          <w:sz w:val="20"/>
        </w:rPr>
        <w:t>15:12  pani ka laqab kya hai? jab freezing point par aa jati hai thandak, cheez jab jam jaye cheez hai, toh pani jo hai jam jata hai.</w:t>
      </w:r>
      <w:r>
        <w:br/>
      </w:r>
      <w:r>
        <w:rPr>
          <w:sz w:val="20"/>
        </w:rPr>
        <w:t>15:22  lekin jamne ke liye kya hota hai? ki expand karta hai yeh. yani 99 percent expand kar deta hai.</w:t>
      </w:r>
      <w:r>
        <w:br/>
      </w:r>
      <w:r>
        <w:rPr>
          <w:sz w:val="20"/>
        </w:rPr>
        <w:t>15:29  yeh pani jism mein hai, jam jayega toh yeh 99 percent expand karega, phail jayega. isi liye aap jante hain ki Kashmir wagera mein sakht sardi jab hoti hai toh pipe phat jaate hain.</w:t>
      </w:r>
      <w:r>
        <w:br/>
      </w:r>
      <w:r>
        <w:rPr>
          <w:sz w:val="20"/>
        </w:rPr>
        <w:t>15:43  pani ke pipe phat jaate hain. kyun? woh pani expand kar gaya, jam kar. toh jam kar jab pani expand kar gaya toh lohe ne qabool nahin kiya, loha phat gaya.</w:t>
      </w:r>
      <w:r>
        <w:br/>
      </w:r>
      <w:r>
        <w:rPr>
          <w:sz w:val="20"/>
        </w:rPr>
        <w:t>15:54  jo lohe ka jo diameter hota hai, woh diameter se zyada ho gaya iska.</w:t>
      </w:r>
      <w:r>
        <w:br/>
      </w:r>
      <w:r>
        <w:rPr>
          <w:sz w:val="20"/>
        </w:rPr>
        <w:t>15:58  toh Kashmir wagera mein sakht sardi mein pipe phat jaate hain. achha, lekin aap jante hain ki samundaron mein north pole aur south pole samundaron mein barf ke pahad hain, jisko aap iceberg kehte hain.</w:t>
      </w:r>
      <w:r>
        <w:br/>
      </w:r>
      <w:r>
        <w:rPr>
          <w:sz w:val="20"/>
        </w:rPr>
        <w:t>16:17  iceberg itne bade bade hote hain ki jo bade bade iceberg hain, woh saat mil lambe aur aur teen mil chaude tak hote hain.</w:t>
      </w:r>
      <w:r>
        <w:br/>
      </w:r>
      <w:r>
        <w:rPr>
          <w:sz w:val="20"/>
        </w:rPr>
        <w:t>16:26  yeh saat teen mil chauda aur saat mil lamba, itna bada iceberg. toh wahan kuch nahin hota. kyun?</w:t>
      </w:r>
      <w:r>
        <w:br/>
      </w:r>
      <w:r>
        <w:rPr>
          <w:sz w:val="20"/>
        </w:rPr>
        <w:t>16:35  iceberg jo hai, woh khali fazaa mein hai, jitna chahe phailta chala jaye. iceberg bhi pani ko jamne se hota hai. iceberg jo hai, woh pani ke jamne se hota hai.</w:t>
      </w:r>
      <w:r>
        <w:br/>
      </w:r>
      <w:r>
        <w:rPr>
          <w:sz w:val="20"/>
        </w:rPr>
        <w:t>16:48  iska bhi size phail jata hai, wahi 99 percent ke</w:t>
      </w:r>
      <w:r>
        <w:br/>
      </w:r>
      <w:r>
        <w:rPr>
          <w:sz w:val="20"/>
        </w:rPr>
        <w:t>16:54  ratio se. lekin woh wahan kuch nahin hota, kyunki woh toh poori kainat iske liye phailne ke liye hai. lekin jo lohe mein ya shishe mein jo pani hai, woh jab jamta hai toh phat jata hai iska container.</w:t>
      </w:r>
      <w:r>
        <w:br/>
      </w:r>
      <w:r>
        <w:rPr>
          <w:sz w:val="20"/>
        </w:rPr>
        <w:t>17:06  kyunki woh woh toh badh gaya iska size, iska size nahin badha. toh aaj maine samjha ki logon ke paas jo material woh hai, thinking hai.</w:t>
      </w:r>
      <w:r>
        <w:br/>
      </w:r>
      <w:r>
        <w:rPr>
          <w:sz w:val="20"/>
        </w:rPr>
        <w:t>17:19  meri thi intellectual thinking. intellectual thinking jo hai, iski koi had nahin.</w:t>
      </w:r>
      <w:r>
        <w:br/>
      </w:r>
      <w:r>
        <w:rPr>
          <w:sz w:val="20"/>
        </w:rPr>
        <w:t>17:24  jitna chahe sochate chale jao. lekin material thinking to had hoti hai. to is wajah se woh tension paR jaata hai.</w:t>
      </w:r>
      <w:r>
        <w:br/>
      </w:r>
      <w:r>
        <w:rPr>
          <w:sz w:val="20"/>
        </w:rPr>
        <w:t>17:33  tension iska is ka naam hai ke aap ka pani jab jame to aap ka jo diameter hai, us se kam ho. to phaT jaata hai woh.</w:t>
      </w:r>
      <w:r>
        <w:br/>
      </w:r>
      <w:r>
        <w:rPr>
          <w:sz w:val="20"/>
        </w:rPr>
        <w:t>17:43  lekin yeh jo hai, iceberg nahin, iceberg aisa koi accident nahin paida karta. kyunke is ko phailta jaye ga, phailta jaye ga, phailta jaye ga.</w:t>
      </w:r>
      <w:r>
        <w:br/>
      </w:r>
      <w:r>
        <w:rPr>
          <w:sz w:val="20"/>
        </w:rPr>
        <w:t>17:54  to main Khuda ke fazl se bachpan se aisa raha hoon ke main intellectual world mein jeeta hoon. to koi koi cheez mujhe tension nahin paida nahin karti.</w:t>
      </w:r>
      <w:r>
        <w:br/>
      </w:r>
      <w:r>
        <w:rPr>
          <w:sz w:val="20"/>
        </w:rPr>
        <w:t>18:03  kyunke mujhe soch baRhti hai, soch baRhti hai, soch baRhti hai. aur jo log material world mein jeete hain, woh kisi building mein phanse hue hain, aulad mein phanse hue hain, business mein phanse hue hain, to woh to sab methylated hain.</w:t>
      </w:r>
      <w:r>
        <w:br/>
      </w:r>
      <w:r>
        <w:rPr>
          <w:sz w:val="20"/>
        </w:rPr>
        <w:t>18:15  woh methylated hain. to woh tension mein mubtala ho jaate hain.</w:t>
      </w:r>
      <w:r>
        <w:br/>
      </w:r>
      <w:r>
        <w:rPr>
          <w:sz w:val="20"/>
        </w:rPr>
        <w:t>18:22  yeh bohat bari baat jo hai, maine aaj discover kiya ke aadmi agar world of ideas mein jiye ga to kabhi woh tension mein mubtala nahin ho ga.</w:t>
      </w:r>
      <w:r>
        <w:br/>
      </w:r>
      <w:r>
        <w:rPr>
          <w:sz w:val="20"/>
        </w:rPr>
        <w:t>18:32  agar material cheezon mein jiye ga, aulad mein, building mein, business mein, shopping mein, family affairs mein, daawaton mein, outings mein, to yeh hi ho ga is ka. jab jab is ko koi shak lage ga to tension mein mubtala ho jaye ga.</w:t>
      </w:r>
    </w:p>
    <w:p>
      <w:pPr>
        <w:pStyle w:val="Heading2"/>
      </w:pPr>
      <w:r>
        <w:t>Hubble telescope reveals cosmic design, not mere oneness</w:t>
      </w:r>
    </w:p>
    <w:p>
      <w:r>
        <w:rPr>
          <w:color w:val="666666"/>
          <w:sz w:val="18"/>
        </w:rPr>
        <w:t>Living in Falsehood 25 Jan 2009 · 3m 33s · at 22:44 · https://youtu.be/Qt8VwwonU9k?t=1364</w:t>
      </w:r>
    </w:p>
    <w:p>
      <w:r>
        <w:rPr>
          <w:i/>
        </w:rPr>
        <w:t>“Let me give an example about our galaxy”</w:t>
      </w:r>
    </w:p>
    <w:p>
      <w:r>
        <w:rPr>
          <w:sz w:val="20"/>
        </w:rPr>
        <w:t>22:44  jaise mein ek example deta hoon jo is kitaab mein hai ke galaxy jo hai hamari, us ke baray mein</w:t>
      </w:r>
      <w:r>
        <w:br/>
      </w:r>
      <w:r>
        <w:rPr>
          <w:sz w:val="20"/>
        </w:rPr>
        <w:t>22:51  unhon ne bataya hai ke 1990 mein, yaani 1990 mein, pehli baar yeh mumkin hua Hubble telescope ke zariye se ke bohat door tak hum dekh saken.</w:t>
      </w:r>
      <w:r>
        <w:br/>
      </w:r>
      <w:r>
        <w:rPr>
          <w:sz w:val="20"/>
        </w:rPr>
        <w:t>23:05  is se pehle jo telescope lagaya gaya tha, ke Galileo ne jo telescope is ko istemaal kiya tha, woh to ab ek ek khilona lagta hai aaj ke lihaaz se.</w:t>
      </w:r>
      <w:r>
        <w:br/>
      </w:r>
      <w:r>
        <w:rPr>
          <w:sz w:val="20"/>
        </w:rPr>
        <w:t>23:17  ek ek khilone jaisa hai woh telescope.</w:t>
      </w:r>
      <w:r>
        <w:br/>
      </w:r>
      <w:r>
        <w:rPr>
          <w:sz w:val="20"/>
        </w:rPr>
        <w:t>23:21  ab jo telescope banaya gaya hai, is se bohat aage ka hai. aur Hubble telescope jo America ne upar bheja hai, to woh to bohat hi zabardast hai.</w:t>
      </w:r>
      <w:r>
        <w:br/>
      </w:r>
      <w:r>
        <w:rPr>
          <w:sz w:val="20"/>
        </w:rPr>
        <w:t>23:33  yaani ek badi bus ke barabar hai is ka size, woh saaray charhso meel upar woh rotate kar rahi hai woh zameen ke upar,</w:t>
      </w:r>
      <w:r>
        <w:br/>
      </w:r>
      <w:r>
        <w:rPr>
          <w:sz w:val="20"/>
        </w:rPr>
        <w:t>23:48  aur woh bohat door tak dekh sakti hai, bohat door tak. to is ne jo photo liya hai galaxy ka, jo hamare galaxy, jis ko hum Milky Way kehte hain,</w:t>
      </w:r>
      <w:r>
        <w:br/>
      </w:r>
      <w:r>
        <w:rPr>
          <w:sz w:val="20"/>
        </w:rPr>
        <w:t>24:01  jis mein hamara solar system hai,</w:t>
      </w:r>
      <w:r>
        <w:br/>
      </w:r>
      <w:r>
        <w:rPr>
          <w:sz w:val="20"/>
        </w:rPr>
        <w:t>24:04  yaani universe mein more than 100 million billion b se, more than 100 billion, us ke mutabiq 125 billion galaxy hain.</w:t>
      </w:r>
      <w:r>
        <w:br/>
      </w:r>
      <w:r>
        <w:rPr>
          <w:sz w:val="20"/>
        </w:rPr>
        <w:t>24:19  bohat hi badi badi har galaxy mein billion billion stars hain. to jo hamari nearest galaxy hai, jis ko hum Milky Way kehte hain, jis mein isi mein hamara solar system hai,</w:t>
      </w:r>
      <w:r>
        <w:br/>
      </w:r>
      <w:r>
        <w:rPr>
          <w:sz w:val="20"/>
        </w:rPr>
        <w:t>24:33  jis mein unhon ne bataya hai ke</w:t>
      </w:r>
      <w:r>
        <w:br/>
      </w:r>
      <w:r>
        <w:rPr>
          <w:sz w:val="20"/>
        </w:rPr>
        <w:t>24:37  yeh jo galaxy hamari hai, is ka jo diameter hai, woh ek lakh light years hai.</w:t>
      </w:r>
      <w:r>
        <w:br/>
      </w:r>
      <w:r>
        <w:rPr>
          <w:sz w:val="20"/>
        </w:rPr>
        <w:t>24:48  ghor kijiye ke ek lakh light years kitna zyada bada diameter is ka banta hai, aur is ke andar do so billion se zyada stars hain, bohat hi bade bade.</w:t>
      </w:r>
      <w:r>
        <w:br/>
      </w:r>
      <w:r>
        <w:rPr>
          <w:sz w:val="20"/>
        </w:rPr>
        <w:t>25:04  is mein hamara yeh solar system hai, is mein unhon ne bataya hai ke</w:t>
      </w:r>
      <w:r>
        <w:br/>
      </w:r>
      <w:r>
        <w:rPr>
          <w:sz w:val="20"/>
        </w:rPr>
        <w:t>25:12  ke is ka jo center hai is galaxy ka, woh bohat hi hot hai, bohat hi garam. is center mein agar hamara solar system hota to hum is mein jee nahin sakte thay.</w:t>
      </w:r>
      <w:r>
        <w:br/>
      </w:r>
      <w:r>
        <w:rPr>
          <w:sz w:val="20"/>
        </w:rPr>
        <w:t>25:29  to woh ek corner par hai hamara solar system,</w:t>
      </w:r>
      <w:r>
        <w:br/>
      </w:r>
      <w:r>
        <w:rPr>
          <w:sz w:val="20"/>
        </w:rPr>
        <w:t>25:32  jis mein yeh dekhiye photo diya gaya, yeh aap dekh sakte hain neechay.</w:t>
      </w:r>
      <w:r>
        <w:br/>
      </w:r>
      <w:r>
        <w:rPr>
          <w:sz w:val="20"/>
        </w:rPr>
        <w:t>25:38  is galaxy ke center mein hamara solar system nahi hai, ek corner par hai, ek dam extreme corner par. is wajah se hum yahan par aaram se reh rahe hain.</w:t>
      </w:r>
      <w:r>
        <w:br/>
      </w:r>
      <w:r>
        <w:rPr>
          <w:sz w:val="20"/>
        </w:rPr>
        <w:t>25:51  agar woh beech mein hota, jahan ke bohat hi ziyada, yani yani jo hamare tolerable nahi hai, itni zabardast qisam ki heat wahan hoti hai, to life ka wajood hi na hota.</w:t>
      </w:r>
      <w:r>
        <w:br/>
      </w:r>
      <w:r>
        <w:rPr>
          <w:sz w:val="20"/>
        </w:rPr>
        <w:t>26:07  yeh ab dekhiye, yeh oneness ka proof hai ya ke design ka proof hai. aisi bohat sari cheezein is kitab ke andar hain,</w:t>
      </w:r>
      <w:r>
        <w:br/>
      </w:r>
      <w:r>
        <w:rPr>
          <w:sz w:val="20"/>
        </w:rPr>
        <w:t>26:18  woh sari cheezein le kar ke yeh kehte hain ke universal oneness paai jaati hai. yahan oneness nahi hai, oneness bhi ho sakti hai, lekin asli cheez hai design.</w:t>
      </w:r>
    </w:p>
    <w:p>
      <w:pPr>
        <w:pStyle w:val="Heading2"/>
      </w:pPr>
      <w:r>
        <w:t>Quran's 1400-year-old claim that no discovery will ever contradict it</w:t>
      </w:r>
    </w:p>
    <w:p>
      <w:r>
        <w:rPr>
          <w:color w:val="666666"/>
          <w:sz w:val="18"/>
        </w:rPr>
        <w:t>God Particle July 8, 2012 · 4m 08s · at 18:04 · https://youtu.be/30Ulu10c2nA?t=1084</w:t>
      </w:r>
    </w:p>
    <w:p>
      <w:r>
        <w:rPr>
          <w:i/>
        </w:rPr>
        <w:t>“There's a very strange verse in the Quran, Surah An-Nisa 4:82”</w:t>
      </w:r>
    </w:p>
    <w:p>
      <w:r>
        <w:rPr>
          <w:sz w:val="20"/>
        </w:rPr>
        <w:t>18:04  lekin mujhe jo dilchaspi hai, jo main aap se arz karna chahta hoon, wo wo ek aur baat hai. Wo hai Quran se is ka talluq.</w:t>
      </w:r>
      <w:r>
        <w:br/>
      </w:r>
      <w:r>
        <w:rPr>
          <w:sz w:val="20"/>
        </w:rPr>
        <w:t>18:15  dekhen, Quran mein bohat hi ajeeb baat hai ke Quran mein ek ayat hai Surah Nisa, yani chapter four, verse number 82 mein:</w:t>
      </w:r>
      <w:r>
        <w:br/>
      </w:r>
      <w:r>
        <w:rPr>
          <w:sz w:val="20"/>
        </w:rPr>
        <w:t>18:34  "Afla tadabbar al Quran wa lau kana min inda ghair Allah la wajadu fihi ikhtilafan kathira".</w:t>
      </w:r>
      <w:r>
        <w:br/>
      </w:r>
      <w:r>
        <w:rPr>
          <w:sz w:val="20"/>
        </w:rPr>
        <w:t>18:42  sach poochhen to mujhe Quran wala jo aspect hai, usi se dilchaspi hai mujhe. Usi ke liye maine yeh tamheed bayan ki aap ko. To yeh jo ayat hai Surah Nisa mein, is ka matlab yeh hai ke kya yeh log Quran par ghaur nahi karte?</w:t>
      </w:r>
      <w:r>
        <w:br/>
      </w:r>
      <w:r>
        <w:rPr>
          <w:sz w:val="20"/>
        </w:rPr>
        <w:t>18:59  Quran par ghaur nahi karte, tadabbur nahi karte?</w:t>
      </w:r>
      <w:r>
        <w:br/>
      </w:r>
      <w:r>
        <w:rPr>
          <w:sz w:val="20"/>
        </w:rPr>
        <w:t>19:03  agar Quran Allah ke siwa kisi aur ki taraf se hota to wo is ke andar bohat zyada ikhtilaf paate.</w:t>
      </w:r>
      <w:r>
        <w:br/>
      </w:r>
      <w:r>
        <w:rPr>
          <w:sz w:val="20"/>
        </w:rPr>
        <w:t>19:13  yeh ikhtilaf ka lafz hai, bohat hi important hai. Mufassireen ikhtilaf ko samajhne mein zyada kamyab nahi hue hain. Lekin yeh maine is pe bohat ghaur kiya.</w:t>
      </w:r>
      <w:r>
        <w:br/>
      </w:r>
      <w:r>
        <w:rPr>
          <w:sz w:val="20"/>
        </w:rPr>
        <w:t>19:25  to yeh bhi meri ek discovery hai Allah ke fazl se.</w:t>
      </w:r>
      <w:r>
        <w:br/>
      </w:r>
      <w:r>
        <w:rPr>
          <w:sz w:val="20"/>
        </w:rPr>
        <w:t>19:29  ikhtilaf ke ma'ne yahan par jo aam taur par jo lafz bola jata hai, is tarah wo ma'ne nahi hain. Yahan par ma'ne hain inconsistency ya adam mutabiqat.</w:t>
      </w:r>
      <w:r>
        <w:br/>
      </w:r>
      <w:r>
        <w:rPr>
          <w:sz w:val="20"/>
        </w:rPr>
        <w:t>19:42  yeh matlab hai is ka. Yani ikhtilaf kis ke beech mein? Quran ki ayaton ke beech mein nahi.</w:t>
      </w:r>
      <w:r>
        <w:br/>
      </w:r>
      <w:r>
        <w:rPr>
          <w:sz w:val="20"/>
        </w:rPr>
        <w:t>19:51  Quran aur kharji haqiqaton ke beech mein ikhtilaf.</w:t>
      </w:r>
      <w:r>
        <w:br/>
      </w:r>
      <w:r>
        <w:rPr>
          <w:sz w:val="20"/>
        </w:rPr>
        <w:t>19:57  yani ek hai Quran ka statement aur ek hai world of facts jo Quran se bahar hai. To world of facts mein aur Quran ke statement mein koi ikhtilaf nahi hoga.</w:t>
      </w:r>
      <w:r>
        <w:br/>
      </w:r>
      <w:r>
        <w:rPr>
          <w:sz w:val="20"/>
        </w:rPr>
        <w:t>20:11  yani inconsistency nahi hogi. Adam mutabiqat nahi hogi. Yeh bohat ajeeb statement tha. Kyun ke aap jante hain ke Quran seven century ke first quarter mein utra.</w:t>
      </w:r>
      <w:r>
        <w:br/>
      </w:r>
      <w:r>
        <w:rPr>
          <w:sz w:val="20"/>
        </w:rPr>
        <w:t>20:26  us waqt kuch bhi nahi tha duniya mein. Na science thi, na telescope thi, na microscope thi, na us waqt tick computer tha, na us waqt aaj kal ke jo tareeqe hain research karne ke, wo sab kuch the.</w:t>
      </w:r>
      <w:r>
        <w:br/>
      </w:r>
      <w:r>
        <w:rPr>
          <w:sz w:val="20"/>
        </w:rPr>
        <w:t>20:40  wo traditional daur tha. Log suppressed mein jeete the. Kisi cheez ko jo insan janta nahi tha. Us waqt yeh ayat utri.</w:t>
      </w:r>
      <w:r>
        <w:br/>
      </w:r>
      <w:r>
        <w:rPr>
          <w:sz w:val="20"/>
        </w:rPr>
        <w:t>20:50  is ayat ko agar is se jodiye aap ke Quran ek abadi kitab hai. Yeh waqti kitab nahi hai.</w:t>
      </w:r>
      <w:r>
        <w:br/>
      </w:r>
      <w:r>
        <w:rPr>
          <w:sz w:val="20"/>
        </w:rPr>
        <w:t>20:58  to is ko jod kar sochiye to ek abadi challenge tha yeh. Eternal challenge. Yani Quran rahega qayamat tak ke liye.</w:t>
      </w:r>
      <w:r>
        <w:br/>
      </w:r>
      <w:r>
        <w:rPr>
          <w:sz w:val="20"/>
        </w:rPr>
        <w:t>21:09  to is ka matlab yeh hua ke qayamat tak jo baatein insan daryaft karega, universe of fact jo abhi hidden hai, us ko jab daryaft karega to jo statement Quran mein hai, us se us ki is mein mutabiqat rahegi</w:t>
      </w:r>
      <w:r>
        <w:br/>
      </w:r>
      <w:r>
        <w:rPr>
          <w:sz w:val="20"/>
        </w:rPr>
        <w:t>21:27  . Adam, adam mutabiqat nahi hogi. Inconsistency hogi. Yeh kitni ajeeb baat hai. Yeh seven century ke first quarter mein Quran yeh kehta hai ke baad ko jab saensy daur aayega, discovery ka daur aayega,</w:t>
      </w:r>
      <w:r>
        <w:br/>
      </w:r>
      <w:r>
        <w:rPr>
          <w:sz w:val="20"/>
        </w:rPr>
        <w:t>21:45  aur university of fact ko log daryaft karein ge, is waqt quran ke statement mein aur jo jo discovery hogi, us mein koi cons, koi inconsistency nahi hogi.</w:t>
      </w:r>
      <w:r>
        <w:br/>
      </w:r>
      <w:r>
        <w:rPr>
          <w:sz w:val="20"/>
        </w:rPr>
        <w:t>22:01  koi adam mutabi</w:t>
      </w:r>
      <w:r>
        <w:br/>
      </w:r>
      <w:r>
        <w:rPr>
          <w:sz w:val="20"/>
        </w:rPr>
        <w:t>22:03  qat nahi hogi. yeh koi ek challenge tha, challenge. to aap ghor kijiye ke bohat ajeeb o ghareeb tor par baatein sabit ho rahi hain.</w:t>
      </w:r>
    </w:p>
    <w:p>
      <w:pPr>
        <w:pStyle w:val="Heading2"/>
      </w:pPr>
      <w:r>
        <w:t>Eid as a day of discovering blessings</w:t>
      </w:r>
    </w:p>
    <w:p>
      <w:r>
        <w:rPr>
          <w:color w:val="666666"/>
          <w:sz w:val="18"/>
        </w:rPr>
        <w:t>Maulana on Eid 14 Oct 2007 - Maulana Wahiduddin Khan · 3m 32s · at 11:15 · https://youtu.be/DwpvHoeAswo?t=675</w:t>
      </w:r>
    </w:p>
    <w:p>
      <w:r>
        <w:rPr>
          <w:i/>
        </w:rPr>
        <w:t>“Dekhiye, aaj hai Eid ka din.”</w:t>
      </w:r>
    </w:p>
    <w:p>
      <w:r>
        <w:rPr>
          <w:sz w:val="20"/>
        </w:rPr>
        <w:t>11:15  buri cheez hai over confidence. Kam ilm hai, samajh liya mere paas sara ilm aa gaya to yeh hai over confidence. Khair, dekhein aaj hai Eid ka din to Times of India mein bohat mota mota tha likha hua: "Eid Mubarak".</w:t>
      </w:r>
      <w:r>
        <w:br/>
      </w:r>
      <w:r>
        <w:rPr>
          <w:sz w:val="20"/>
        </w:rPr>
        <w:t>11:38  Eid Mubarak. Is ko mein ne padha to mere mind mein aaya</w:t>
      </w:r>
      <w:r>
        <w:br/>
      </w:r>
      <w:r>
        <w:rPr>
          <w:sz w:val="20"/>
        </w:rPr>
        <w:t>11:46  ke Eid Mubarak nahi balkeh Eid Reminder. Eid Mubarak nahi balkeh Eid Reminder.</w:t>
      </w:r>
      <w:r>
        <w:br/>
      </w:r>
      <w:r>
        <w:rPr>
          <w:sz w:val="20"/>
        </w:rPr>
        <w:t>11:57  yani eid ka din aap ko reminder kar raha hai kisi cheez ko. mubarak kya? eid mubarak ka matlab yeh sirf hua karne ka din hai. jab aap kehte hain eid mubarak to iska matlab kya hua?</w:t>
      </w:r>
      <w:r>
        <w:br/>
      </w:r>
      <w:r>
        <w:rPr>
          <w:sz w:val="20"/>
        </w:rPr>
        <w:t>12:11  ke enjoy karo, hua karo, outing karo, khao pio. yeh matlab banta hai. main samajhta hoon ke yeh sahi baat nahi hai.</w:t>
      </w:r>
      <w:r>
        <w:br/>
      </w:r>
      <w:r>
        <w:rPr>
          <w:sz w:val="20"/>
        </w:rPr>
        <w:t>12:22  sahaba ke zamane mein koi nahi kehta tha eid mubarak, eid mubarak. yeh to ab chala hai. yeh eid, main samajhta hoon ke eid jo hai woh reminder hai.</w:t>
      </w:r>
      <w:r>
        <w:br/>
      </w:r>
      <w:r>
        <w:rPr>
          <w:sz w:val="20"/>
        </w:rPr>
        <w:t>12:33  woh kis baat ka? is baat ka ke aap Khuda ki blessing ko discover karen.</w:t>
      </w:r>
      <w:r>
        <w:br/>
      </w:r>
      <w:r>
        <w:rPr>
          <w:sz w:val="20"/>
        </w:rPr>
        <w:t>12:46  discover karen. yani jo roze ka mahina guzara aap ne jab ke us nematoun se apne ko aap ne, yani is se aap ne mahroom kiya.</w:t>
      </w:r>
      <w:r>
        <w:br/>
      </w:r>
      <w:r>
        <w:rPr>
          <w:sz w:val="20"/>
        </w:rPr>
        <w:t>13:02  ab eid ke din woh nematein aap ko aayen, aap ke paas khana peena. to khana peena kitni bari nemat hai, us ko discover karen.</w:t>
      </w:r>
      <w:r>
        <w:br/>
      </w:r>
      <w:r>
        <w:rPr>
          <w:sz w:val="20"/>
        </w:rPr>
        <w:t>13:13  yeh kaise mujhe samajh mein aaya ke subah aap ne mujh ko chawal, ek anda diya, ubla hua anda.</w:t>
      </w:r>
      <w:r>
        <w:br/>
      </w:r>
      <w:r>
        <w:rPr>
          <w:sz w:val="20"/>
        </w:rPr>
        <w:t>13:26  to jab se, jaise hi woh ubla hua anda mere samne aaya to achaanak jaise aisa laga ke Khuda ne direct taur par jo universal factory hai Khuda ki, us ko order diya ke ek ek anda is bande ko le kar pesh karo.</w:t>
      </w:r>
      <w:r>
        <w:br/>
      </w:r>
      <w:r>
        <w:rPr>
          <w:sz w:val="20"/>
        </w:rPr>
        <w:t>13:43  yani abhi abhi ban kar aaya hai. yeh</w:t>
      </w:r>
      <w:r>
        <w:br/>
      </w:r>
      <w:r>
        <w:rPr>
          <w:sz w:val="20"/>
        </w:rPr>
        <w:t>13:48  to hota kya hai ke hum rozana aap khate hain lekin hum for granted le lete hain ke maine market se khareeda hai, is liye mujhe mil gaya.</w:t>
      </w:r>
      <w:r>
        <w:br/>
      </w:r>
      <w:r>
        <w:rPr>
          <w:sz w:val="20"/>
        </w:rPr>
        <w:t>13:59  mere kitchen mein tha, is liye mujhe mil gaya. yeh nahi ke Khuda ne bheja hai, Khuda se mujhe mila hua hai. jaise aap jante hain ke ek hoti hai coffee, us ko instant coffee kehte hain.</w:t>
      </w:r>
      <w:r>
        <w:br/>
      </w:r>
      <w:r>
        <w:rPr>
          <w:sz w:val="20"/>
        </w:rPr>
        <w:t>14:11  instant coffee foran ban jati hai, ban jati hai. woh to yeh bhi, yeh jo hai nematein, instant nematein hain, abhi abhi Khuda ki taraf se aa rahi hain.</w:t>
      </w:r>
      <w:r>
        <w:br/>
      </w:r>
      <w:r>
        <w:rPr>
          <w:sz w:val="20"/>
        </w:rPr>
        <w:t>14:23  to jab aap apne ko samjhen ke main to helpless hoon, mere paas to kuch bhi nahi hai, main mahroom hoon, tabhi aap samajh payenge is raaz ko ke nematon ki discovery kya cheez hai.</w:t>
      </w:r>
      <w:r>
        <w:br/>
      </w:r>
      <w:r>
        <w:rPr>
          <w:sz w:val="20"/>
        </w:rPr>
        <w:t>14:38  warna nematon ko aap for granted lete rahenge aur woh jazba shukr ka aap ke andar, woh thrill jo hai, shukr kya hai?</w:t>
      </w:r>
    </w:p>
    <w:p>
      <w:pPr>
        <w:pStyle w:val="Heading2"/>
      </w:pPr>
      <w:r>
        <w:t>Focusing on one lost mosque among thousands</w:t>
      </w:r>
    </w:p>
    <w:p>
      <w:r>
        <w:rPr>
          <w:color w:val="666666"/>
          <w:sz w:val="18"/>
        </w:rPr>
        <w:t>Between Hell And Paradise Jan 27, 2013 - Maulana Wahiduddin Khan · 4m 27s · at 47:09 · https://youtu.be/ZsC5AXf1iKM?t=2829</w:t>
      </w:r>
    </w:p>
    <w:p>
      <w:r>
        <w:rPr>
          <w:i/>
        </w:rPr>
        <w:t>“Ek martaba main Arab mein gaya.”</w:t>
      </w:r>
    </w:p>
    <w:p>
      <w:r>
        <w:rPr>
          <w:sz w:val="20"/>
        </w:rPr>
        <w:t>47:09  ek martaba main Arab mein gaya, Arab kai saal pehle ki baat hai. us zamane mein ek waqia hua tha Dilli mein ke Safdarjung mein ek masjid chhoti si hai,</w:t>
      </w:r>
      <w:r>
        <w:br/>
      </w:r>
      <w:r>
        <w:rPr>
          <w:sz w:val="20"/>
        </w:rPr>
        <w:t>47:23  ya Sajda Jung ka jo maqbara hai, ek chhoti si masjid hai. woh masjid jo hai, woh is ki hai archaeological department ki hai, to woh band rehti hai.</w:t>
      </w:r>
      <w:r>
        <w:br/>
      </w:r>
      <w:r>
        <w:rPr>
          <w:sz w:val="20"/>
        </w:rPr>
        <w:t>47:37  to ek baar wahan par kuch Musalman gaye ke hum yahan Juma padhenge Juma ke din, to wahan par police ne rok diya. achha, us ke baad yeh qissa hua tha jo main bata raha hoon aap ko.</w:t>
      </w:r>
      <w:r>
        <w:br/>
      </w:r>
      <w:r>
        <w:rPr>
          <w:sz w:val="20"/>
        </w:rPr>
        <w:t>47:51  to main Arab mein gaya hua tha, to wahan par ittefaq se inhi dino ek aur India ke ek leader sahab bhi aaye hue the, wahan ek well known leader.</w:t>
      </w:r>
      <w:r>
        <w:br/>
      </w:r>
      <w:r>
        <w:rPr>
          <w:sz w:val="20"/>
        </w:rPr>
        <w:t>48:03  to ek Arab Sheikh ne hum logon ko is mein dawat ki, wahan par khane ka intezaam kiya. idhar bohat se Arab shuyookh aaye the aur hum dono bhi the India se, ek main, ek doosre leader sahab.</w:t>
      </w:r>
      <w:r>
        <w:br/>
      </w:r>
      <w:r>
        <w:rPr>
          <w:sz w:val="20"/>
        </w:rPr>
        <w:t>48:20  to mein mein ne dekha ke woh ek full scape par ek kuch cheezein likh kar ke sab ko distribute kar rahe hain.</w:t>
      </w:r>
      <w:r>
        <w:br/>
      </w:r>
      <w:r>
        <w:rPr>
          <w:sz w:val="20"/>
        </w:rPr>
        <w:t>48:31  to hum arab sheikh jo wahan jama thay, un ko distribute kar rahe hain.</w:t>
      </w:r>
      <w:r>
        <w:br/>
      </w:r>
      <w:r>
        <w:rPr>
          <w:sz w:val="20"/>
        </w:rPr>
        <w:t>48:37  to is mein</w:t>
      </w:r>
      <w:r>
        <w:br/>
      </w:r>
      <w:r>
        <w:rPr>
          <w:sz w:val="20"/>
        </w:rPr>
        <w:t>48:41  likha tha ke India mein hum ko itna zyada museebat hai hamare upar ke wahan ne yahan yeh inhon ne apni taqreer ki, wahan bole thay kuch thora sa mukhtasar sa.</w:t>
      </w:r>
      <w:r>
        <w:br/>
      </w:r>
      <w:r>
        <w:rPr>
          <w:sz w:val="20"/>
        </w:rPr>
        <w:t>48:57  is mein inhon ne kaha tha ke India mein Musalmanon ka yeh haal hai ke wahan masjid mein bhi namaz parhne ki ijazat nahin.</w:t>
      </w:r>
      <w:r>
        <w:br/>
      </w:r>
      <w:r>
        <w:rPr>
          <w:sz w:val="20"/>
        </w:rPr>
        <w:t>49:05  yeh jumla bole thay woh:</w:t>
      </w:r>
      <w:r>
        <w:br/>
      </w:r>
      <w:r>
        <w:rPr>
          <w:sz w:val="20"/>
        </w:rPr>
        <w:t>49:10  "masjid mein bhi namaz parhne ki ijazat nahin". aur phir ek inhon ne ek distribute kiya tha, ek kaghaz.</w:t>
      </w:r>
      <w:r>
        <w:br/>
      </w:r>
      <w:r>
        <w:rPr>
          <w:sz w:val="20"/>
        </w:rPr>
        <w:t>49:20  to</w:t>
      </w:r>
      <w:r>
        <w:br/>
      </w:r>
      <w:r>
        <w:rPr>
          <w:sz w:val="20"/>
        </w:rPr>
        <w:t>49:21  mein ne un se poocha ke bhai, mein bhi to India mein rehta hoon, kis India ki baat kar rahe hain? hum namaz parhte hain, hum to nahin jante ke masjid mein namaz parhne ki ijazat nahin hai.</w:t>
      </w:r>
      <w:r>
        <w:br/>
      </w:r>
      <w:r>
        <w:rPr>
          <w:sz w:val="20"/>
        </w:rPr>
        <w:t>49:33  to kya kehte hain? woh safdar jang ki masjid. aur baghair ke jab mein ro para, mein ne kaha ke mere bhai, India mein abhi bhi paanch lakh se zyada masjidain hain,</w:t>
      </w:r>
      <w:r>
        <w:br/>
      </w:r>
      <w:r>
        <w:rPr>
          <w:sz w:val="20"/>
        </w:rPr>
        <w:t>49:49  more than half a million, aur sari masjidain khuli hui hain. paanch lakh se zyada masjidon mein namaz dhoom se Musalman parhte hain, is ko renovate karte hain, ek masjid ko do masjidain banate hain.</w:t>
      </w:r>
      <w:r>
        <w:br/>
      </w:r>
      <w:r>
        <w:rPr>
          <w:sz w:val="20"/>
        </w:rPr>
        <w:t>50:04  to aap woh bhule hue hain? ek ek masjid yaad hai aap ko? archaeology ki masjid? yaqeen karein, yahi saare Musalmanon ka haal hai.</w:t>
      </w:r>
      <w:r>
        <w:br/>
      </w:r>
      <w:r>
        <w:rPr>
          <w:sz w:val="20"/>
        </w:rPr>
        <w:t>50:16  yani paanch lakh se zyada masjidain mili hui hain, is ko bhula diya, ek masjid nahin bani hui. is ko keh rahe hain ke woh Muhammad namaz parhne ki ijazat nahin hai.</w:t>
      </w:r>
      <w:r>
        <w:br/>
      </w:r>
      <w:r>
        <w:rPr>
          <w:sz w:val="20"/>
        </w:rPr>
        <w:t>50:27  archaeology ka qanoon hai ke is ko istemal nahin kiya gaya kisi aur maqsad ke liye. yeh pehle se chala aa raha hai.</w:t>
      </w:r>
      <w:r>
        <w:br/>
      </w:r>
      <w:r>
        <w:rPr>
          <w:sz w:val="20"/>
        </w:rPr>
        <w:t>50:36  to inhon ne kaha ke aur safdar jang ki masjid? yani jab mein ne un se kaha ke India mein to paanch lakh se zyada masjidain hain,</w:t>
      </w:r>
      <w:r>
        <w:br/>
      </w:r>
      <w:r>
        <w:rPr>
          <w:sz w:val="20"/>
        </w:rPr>
        <w:t>50:47  yani inhon ne yeh kaha tha wahan par ke India mein Musalmanon ko masjid mein bhi namaz parhne ki ijazat nahin. mein khud maujood tha wahan par, woh Musalman leader sahab jo thay, yahan gaye thay India se.</w:t>
      </w:r>
      <w:r>
        <w:br/>
      </w:r>
      <w:r>
        <w:rPr>
          <w:sz w:val="20"/>
        </w:rPr>
        <w:t>51:04  to mein ne kaha ke kis India ki baat karte hain aap? hum to namaz parhte hain, hamein to koi rukawat nahin hai.</w:t>
      </w:r>
      <w:r>
        <w:br/>
      </w:r>
      <w:r>
        <w:rPr>
          <w:sz w:val="20"/>
        </w:rPr>
        <w:t>51:14  to inhon ne kaha ke aur safdar jang ki masjid? to mein ne kaha ke India mein paanch lakh se zyada masjidain hain, woh sab abad hain. to ek masjid ki baat aap kar rahe hain aur paanch lakh masjidon ko bulaye hue hain?</w:t>
      </w:r>
      <w:r>
        <w:br/>
      </w:r>
      <w:r>
        <w:rPr>
          <w:sz w:val="20"/>
        </w:rPr>
        <w:t>51:30  yaqeen kijiye, yahi saare Musalmanon ka haal ho</w:t>
      </w:r>
      <w:r>
        <w:br/>
      </w:r>
      <w:r>
        <w:rPr>
          <w:sz w:val="20"/>
        </w:rPr>
        <w:t>51:33  raha hai. is waqt</w:t>
      </w:r>
    </w:p>
    <w:p>
      <w:pPr>
        <w:pStyle w:val="Heading2"/>
      </w:pPr>
      <w:r>
        <w:t>Earth becomes Jannah through purification</w:t>
      </w:r>
    </w:p>
    <w:p>
      <w:r>
        <w:rPr>
          <w:color w:val="666666"/>
          <w:sz w:val="18"/>
        </w:rPr>
        <w:t>Dars-e-Quran, Chapter 2, Verse 25 | November 19, 2017 | Maulana Wahiduddin Khan · 5m 32s · at 6:20 · https://youtu.be/ctvrG32NCgA?t=380</w:t>
      </w:r>
    </w:p>
    <w:p>
      <w:r>
        <w:rPr>
          <w:i/>
        </w:rPr>
        <w:t>“This world will be converted into Paradise.”</w:t>
      </w:r>
    </w:p>
    <w:p>
      <w:r>
        <w:rPr>
          <w:sz w:val="20"/>
        </w:rPr>
        <w:t>6:20  hazrat abdullah ibn abbas ke shagird mujahid tabai ne ki hai, aur yeh quran ke mutabiq hai.</w:t>
      </w:r>
      <w:r>
        <w:br/>
      </w:r>
      <w:r>
        <w:rPr>
          <w:sz w:val="20"/>
        </w:rPr>
        <w:t>6:30  toh aap yun sochiye ke yeh sadah baat nahi hai.</w:t>
      </w:r>
      <w:r>
        <w:br/>
      </w:r>
      <w:r>
        <w:rPr>
          <w:sz w:val="20"/>
        </w:rPr>
        <w:t>6:40  waqea yeh hai ke agar insaan ko aisi zindagi mil jaye</w:t>
      </w:r>
      <w:r>
        <w:br/>
      </w:r>
      <w:r>
        <w:rPr>
          <w:sz w:val="20"/>
        </w:rPr>
        <w:t>6:50  jis mein maut na ho, maut na ho, toh kaisi ajeeb zindagi hogi woh? jahan barhapa na ho,</w:t>
      </w:r>
      <w:r>
        <w:br/>
      </w:r>
      <w:r>
        <w:rPr>
          <w:sz w:val="20"/>
        </w:rPr>
        <w:t>7:00  accident na ho, bimari na ho, toh kitna zyada mukhtalif hogi.</w:t>
      </w:r>
      <w:r>
        <w:br/>
      </w:r>
      <w:r>
        <w:rPr>
          <w:sz w:val="20"/>
        </w:rPr>
        <w:t>7:10  phir dekhiye, jahan insaan ka corruption na ho, har cheez fresh</w:t>
      </w:r>
      <w:r>
        <w:br/>
      </w:r>
      <w:r>
        <w:rPr>
          <w:sz w:val="20"/>
        </w:rPr>
        <w:t>7:20  , har cheez pure, har cheez apni fitri halat mein, toh kitna zyada woh different hogi hamari aaj</w:t>
      </w:r>
      <w:r>
        <w:br/>
      </w:r>
      <w:r>
        <w:rPr>
          <w:sz w:val="20"/>
        </w:rPr>
        <w:t>7:30  ki duniya se? jahan insaan ka innocence na ho, jahan insaan ka corruption na ho.</w:t>
      </w:r>
      <w:r>
        <w:br/>
      </w:r>
      <w:r>
        <w:rPr>
          <w:sz w:val="20"/>
        </w:rPr>
        <w:t>7:40  toh in sab cheezon ko jahan hadaf kar diya jaye, aur yeh</w:t>
      </w:r>
      <w:r>
        <w:br/>
      </w:r>
      <w:r>
        <w:rPr>
          <w:sz w:val="20"/>
        </w:rPr>
        <w:t>7:50  hamari jo duniya hai, bilkul apni pure halat mein ho, toh waqea yeh hai ke yeh jannat hi hai.</w:t>
      </w:r>
      <w:r>
        <w:br/>
      </w:r>
      <w:r>
        <w:rPr>
          <w:sz w:val="20"/>
        </w:rPr>
        <w:t>7:58  yeh abhi bhi aap kahin jayein, kisi pahari ilaqe mein, jahan insaan ka pollution ab pahuncha nahi hai,</w:t>
      </w:r>
      <w:r>
        <w:br/>
      </w:r>
      <w:r>
        <w:rPr>
          <w:sz w:val="20"/>
        </w:rPr>
        <w:t>8:05  toh aap ko lagega ke aap jannat mein dakhil ho gaye.</w:t>
      </w:r>
      <w:r>
        <w:br/>
      </w:r>
      <w:r>
        <w:rPr>
          <w:sz w:val="20"/>
        </w:rPr>
        <w:t>8:13  wahan ki khalis hawa, wahan ka khalis pani, wahan ki khalis a</w:t>
      </w:r>
      <w:r>
        <w:br/>
      </w:r>
      <w:r>
        <w:rPr>
          <w:sz w:val="20"/>
        </w:rPr>
        <w:t>8:20  oxygen, har cheez lagegi bilkul jannati jannat hai.</w:t>
      </w:r>
      <w:r>
        <w:br/>
      </w:r>
      <w:r>
        <w:rPr>
          <w:sz w:val="20"/>
        </w:rPr>
        <w:t>8:28  toh koi ajeeb baat nahi hai yeh ke mawudah duniya jo hai, yahi convert kar ke isi ko</w:t>
      </w:r>
      <w:r>
        <w:br/>
      </w:r>
      <w:r>
        <w:rPr>
          <w:sz w:val="20"/>
        </w:rPr>
        <w:t>8:35  jannat bana diya jaye.</w:t>
      </w:r>
      <w:r>
        <w:br/>
      </w:r>
      <w:r>
        <w:rPr>
          <w:sz w:val="20"/>
        </w:rPr>
        <w:t>8:43  toh yeh yani Allah taala ke ikhtiyar mein hai ke woh hamari is</w:t>
      </w:r>
      <w:r>
        <w:br/>
      </w:r>
      <w:r>
        <w:rPr>
          <w:sz w:val="20"/>
        </w:rPr>
        <w:t>8:50  Dunya ko itna purify kare, itna is ka koi renew kiya jaye, itna zyada is ko sanwara jaye, aur har qism ke insani aloodgi se is ko pak saaf kar diya jaye. To yeh dunya aik ajeeb o ghareeb dunya ban jayegi, jo jahan pleasure hi pleasure hoga, jahan h</w:t>
      </w:r>
      <w:r>
        <w:br/>
      </w:r>
      <w:r>
        <w:rPr>
          <w:sz w:val="20"/>
        </w:rPr>
        <w:t>9:20  happiness hi happiness hogi.</w:t>
      </w:r>
      <w:r>
        <w:br/>
      </w:r>
      <w:r>
        <w:rPr>
          <w:sz w:val="20"/>
        </w:rPr>
        <w:t>9:28  aisa is liye hai ke insaan isi duniya mein jannat ka ek namuna dekh sake, taake woh yaqeen kar sake.</w:t>
      </w:r>
      <w:r>
        <w:br/>
      </w:r>
      <w:r>
        <w:rPr>
          <w:sz w:val="20"/>
        </w:rPr>
        <w:t>9:36  jaisa ke quran ki ek aur ayat hai ke: "yeh yani aisi aisi jannat mein dakhil karega</w:t>
      </w:r>
      <w:r>
        <w:br/>
      </w:r>
      <w:r>
        <w:rPr>
          <w:sz w:val="20"/>
        </w:rPr>
        <w:t>9:43  jis ki unhein</w:t>
      </w:r>
      <w:r>
        <w:br/>
      </w:r>
      <w:r>
        <w:rPr>
          <w:sz w:val="20"/>
        </w:rPr>
        <w:t>9:51  Pehchan kara di hai". To jannat aik pehchani hui jannat hogi, jis ka ta'aruf ho chuka hoga. To is tarah ki cheezen batati hain ke yeh jo aaj bhi dekhiye, yeh jo planet Earth hamara hai, poori universe mein yeh anokha hai. Hamara jo universe hai, woh bohat hi badi hai, bohat hi badi,</w:t>
      </w:r>
      <w:r>
        <w:br/>
      </w:r>
      <w:r>
        <w:rPr>
          <w:sz w:val="20"/>
        </w:rPr>
        <w:t>10:21  Bohat hi badi hai. Ingint yahan galaxy, stars, planets hain, lekin hamara jo planet Earth hai, aisa koi dunya maujud nahi poori universe mein. Scientists sari dunya ke keh rahe hain ke yeh dunya ab maujudah halat mein pachas saath saal rahe gi</w:t>
      </w:r>
      <w:r>
        <w:br/>
      </w:r>
      <w:r>
        <w:rPr>
          <w:sz w:val="20"/>
        </w:rPr>
        <w:t>10:51  yi, is ke baad yahan ke halat bohat zyada bigad jayenge.</w:t>
      </w:r>
      <w:r>
        <w:br/>
      </w:r>
      <w:r>
        <w:rPr>
          <w:sz w:val="20"/>
        </w:rPr>
        <w:t>11:01  toh sari duniya mein eteraz ho rahi hai ke hamare is duniya ke bahar koi koi aur duniya</w:t>
      </w:r>
      <w:r>
        <w:br/>
      </w:r>
      <w:r>
        <w:rPr>
          <w:sz w:val="20"/>
        </w:rPr>
        <w:t>11:11  mile, jahan insaan yani alternative</w:t>
      </w:r>
      <w:r>
        <w:br/>
      </w:r>
      <w:r>
        <w:rPr>
          <w:sz w:val="20"/>
        </w:rPr>
        <w:t>11:21  aabadi mumkin ho.</w:t>
      </w:r>
      <w:r>
        <w:br/>
      </w:r>
      <w:r>
        <w:rPr>
          <w:sz w:val="20"/>
        </w:rPr>
        <w:t>11:29  to so saal se yeh talash ho rahi hai, aur aaj tak koi dunya daryaft nahi hui.</w:t>
      </w:r>
      <w:r>
        <w:br/>
      </w:r>
      <w:r>
        <w:rPr>
          <w:sz w:val="20"/>
        </w:rPr>
        <w:t>11:36  yahan tak ke aap jante hain ke ek mashhoor scientist bar bar yeh keh raha hai ke hamein</w:t>
      </w:r>
      <w:r>
        <w:br/>
      </w:r>
      <w:r>
        <w:rPr>
          <w:sz w:val="20"/>
        </w:rPr>
        <w:t>11:44  space mein colony banana parega, yani artificial</w:t>
      </w:r>
    </w:p>
    <w:p>
      <w:pPr>
        <w:pStyle w:val="Heading2"/>
      </w:pPr>
      <w:r>
        <w:t>Knowledge and true meaning of Allahu Akbar</w:t>
      </w:r>
    </w:p>
    <w:p>
      <w:r>
        <w:rPr>
          <w:color w:val="666666"/>
          <w:sz w:val="18"/>
        </w:rPr>
        <w:t>Maulana on Eid 14 Oct 2007 - Maulana Wahiduddin Khan · 5m 59s · at 0:34 · https://youtu.be/DwpvHoeAswo?t=34</w:t>
      </w:r>
    </w:p>
    <w:p>
      <w:r>
        <w:rPr>
          <w:i/>
        </w:rPr>
        <w:t>“Dekhiye, is baat ko samajh lijiye.”</w:t>
      </w:r>
    </w:p>
    <w:p>
      <w:r>
        <w:rPr>
          <w:sz w:val="20"/>
        </w:rPr>
        <w:t>0:34  dekhiye, is baat ko samajh lijye ke</w:t>
      </w:r>
      <w:r>
        <w:br/>
      </w:r>
      <w:r>
        <w:rPr>
          <w:sz w:val="20"/>
        </w:rPr>
        <w:t>0:44  "I don't know" is the beginning of knowledge.</w:t>
      </w:r>
      <w:r>
        <w:br/>
      </w:r>
      <w:r>
        <w:rPr>
          <w:sz w:val="20"/>
        </w:rPr>
        <w:t>0:51  agar mere dil mein sach much yeh baat aa jaye, sach much aa jaye ke main nahi janta, tab samjhiye ke main ilm ke domain mein pahunch gaya.</w:t>
      </w:r>
      <w:r>
        <w:br/>
      </w:r>
      <w:r>
        <w:rPr>
          <w:sz w:val="20"/>
        </w:rPr>
        <w:t>1:10  persian ki ek bohat achi wo hai ke "an kas ke nadanat o badanat ke nadanat,</w:t>
      </w:r>
      <w:r>
        <w:br/>
      </w:r>
      <w:r>
        <w:rPr>
          <w:sz w:val="20"/>
        </w:rPr>
        <w:t>1:20  anees khare lang bumandal be rasant"۔ yeh do teen line hain, mein is ka sirf translation batata hoon ke jo aadmi yeh samjhe ke mein jaanta hoon,</w:t>
      </w:r>
      <w:r>
        <w:br/>
      </w:r>
      <w:r>
        <w:rPr>
          <w:sz w:val="20"/>
        </w:rPr>
        <w:t>1:33  woh kuch bhi nahi jaane ga.</w:t>
      </w:r>
      <w:r>
        <w:br/>
      </w:r>
      <w:r>
        <w:rPr>
          <w:sz w:val="20"/>
        </w:rPr>
        <w:t>1:39  aur jo aadmi yeh samjhe ke mein to jaanta hi nahi, wahi kuch jaan le ga.</w:t>
      </w:r>
      <w:r>
        <w:br/>
      </w:r>
      <w:r>
        <w:rPr>
          <w:sz w:val="20"/>
        </w:rPr>
        <w:t>1:49  to kal mein soch raha tha, kal mein ne kuch article dekhe, kuch bohat hi well known Muslim thinkers ke,</w:t>
      </w:r>
      <w:r>
        <w:br/>
      </w:r>
      <w:r>
        <w:rPr>
          <w:sz w:val="20"/>
        </w:rPr>
        <w:t>2:03  Muslim scholars ke, sab mein confusion, sab mein clarity nahi.</w:t>
      </w:r>
      <w:r>
        <w:br/>
      </w:r>
      <w:r>
        <w:rPr>
          <w:sz w:val="20"/>
        </w:rPr>
        <w:t>2:16  to mein sochne laga ke aakhir yeh kyun aisa hai, yaani kam az kam mein apne jo kuch parha mein ne, us ke lehaz se mein yeh kehta hoon ke is zamane ke jo bhi likhne wale hain, Muslim hi nahi, non Muslim bhi,</w:t>
      </w:r>
      <w:r>
        <w:br/>
      </w:r>
      <w:r>
        <w:rPr>
          <w:sz w:val="20"/>
        </w:rPr>
        <w:t>2:30  jo bhi parhta hoon, koi kitab ya koi article, us mein confusion rehta hai, koi clear cut baat nahi hoti.</w:t>
      </w:r>
      <w:r>
        <w:br/>
      </w:r>
      <w:r>
        <w:rPr>
          <w:sz w:val="20"/>
        </w:rPr>
        <w:t>2:43  to mein is nateeje pohancha ke yeh sab log jo hain, is feeling mein jee rahe hain ke hum to jante hain, aur isi baat ko humein batana hai, jo hum jante hain, isi baat ko humein batana hai.</w:t>
      </w:r>
      <w:r>
        <w:br/>
      </w:r>
      <w:r>
        <w:rPr>
          <w:sz w:val="20"/>
        </w:rPr>
        <w:t>3:00  to yeh log ka starting point jo hai, woh yeh hai ke "I know"۔ mein samajhta hoon ke yeh koi starting point nahi hai.</w:t>
      </w:r>
      <w:r>
        <w:br/>
      </w:r>
      <w:r>
        <w:rPr>
          <w:sz w:val="20"/>
        </w:rPr>
        <w:t>3:10  yeh starting point yeh hai ke "I don't know"۔ aisa kyun hai?</w:t>
      </w:r>
      <w:r>
        <w:br/>
      </w:r>
      <w:r>
        <w:rPr>
          <w:sz w:val="20"/>
        </w:rPr>
        <w:t>3:21  dekhiye, ilm ka jo reservoir hai, woh Khuda hai. ilm ka jo reservoir hai, woh Khuda hai. Khuda all powerful hai.</w:t>
      </w:r>
      <w:r>
        <w:br/>
      </w:r>
      <w:r>
        <w:rPr>
          <w:sz w:val="20"/>
        </w:rPr>
        <w:t>3:33  Khuda sari greatness Khuda ke liye hai. sara wisdom Khuda ke paas hai.</w:t>
      </w:r>
      <w:r>
        <w:br/>
      </w:r>
      <w:r>
        <w:rPr>
          <w:sz w:val="20"/>
        </w:rPr>
        <w:t>3:44  to bohat si hadeesein is</w:t>
      </w:r>
      <w:r>
        <w:br/>
      </w:r>
      <w:r>
        <w:rPr>
          <w:sz w:val="20"/>
        </w:rPr>
        <w:t>3:51  baat ko batati hain ke jo insaan Khuda ke muqable mein apne helpless ko, helplessness ko daryaft kar le, yeh jaan le ke mein "God is great and I am not great",</w:t>
      </w:r>
      <w:r>
        <w:br/>
      </w:r>
      <w:r>
        <w:rPr>
          <w:sz w:val="20"/>
        </w:rPr>
        <w:t>4:08  tabhi Khuda se is ka sanbh banta hai.</w:t>
      </w:r>
      <w:r>
        <w:br/>
      </w:r>
      <w:r>
        <w:rPr>
          <w:sz w:val="20"/>
        </w:rPr>
        <w:t>4:14  jaise kal mein ek article parh raha tha, ek bohat hi well known, yaani thinker kehna chahiye, to unhone "Allah Akbar" ka matlab kiya hai bataya.</w:t>
      </w:r>
      <w:r>
        <w:br/>
      </w:r>
      <w:r>
        <w:rPr>
          <w:sz w:val="20"/>
        </w:rPr>
        <w:t>4:26  "Allah Akbar" ka matlab hai "God is great"۔ "God is great"۔ to bohat dhoom se woh keh rahe the ke "God is great" ka matlab yeh hai ke hum Khuda ki greatness ko duniya mein establish karein,</w:t>
      </w:r>
      <w:r>
        <w:br/>
      </w:r>
      <w:r>
        <w:rPr>
          <w:sz w:val="20"/>
        </w:rPr>
        <w:t>4:44  duniya mein yaani kingdom of God banayein, sare jo system hai, us ko todein aur divine system ko duniya mein establish karein, yaani Khuda ki بڑai ko duniya mein hum qaim karein.</w:t>
      </w:r>
      <w:r>
        <w:br/>
      </w:r>
      <w:r>
        <w:rPr>
          <w:sz w:val="20"/>
        </w:rPr>
        <w:t>5:04  yeh matlab hai "Allah Akbar" ka,</w:t>
      </w:r>
      <w:r>
        <w:br/>
      </w:r>
      <w:r>
        <w:rPr>
          <w:sz w:val="20"/>
        </w:rPr>
        <w:t>5:09  kyun ke yeh kai jagah Quran mein hai bar bar ke "wa kabbir takbeera"۔ Khuda ki بڑai kar.</w:t>
      </w:r>
      <w:r>
        <w:br/>
      </w:r>
      <w:r>
        <w:rPr>
          <w:sz w:val="20"/>
        </w:rPr>
        <w:t>5:19  ab dekhein ke Khuda ki بڑai ko unhone rest of the world se joṛ diya, apne aap se nahi joṛa.</w:t>
      </w:r>
      <w:r>
        <w:br/>
      </w:r>
      <w:r>
        <w:rPr>
          <w:sz w:val="20"/>
        </w:rPr>
        <w:t>5:29  apne aap se joṛen agar to aap payein ge ke "God is great and I am not great"۔ "God is all powerful, I am not powerful"۔</w:t>
      </w:r>
      <w:r>
        <w:br/>
      </w:r>
      <w:r>
        <w:rPr>
          <w:sz w:val="20"/>
        </w:rPr>
        <w:t>5:42  "God is everything, I am nothing"۔ tab Khuda se aap ka sanbh banega, tab Khuda se aap ko inspiration milega.</w:t>
      </w:r>
      <w:r>
        <w:br/>
      </w:r>
      <w:r>
        <w:rPr>
          <w:sz w:val="20"/>
        </w:rPr>
        <w:t>5:54  ab "Allah Akbar" par itni dhoom se woh bol rahe the aur nikala hai is mein se kiya ke duniya mein Khuda ka jhanda gaṛo.</w:t>
      </w:r>
      <w:r>
        <w:br/>
      </w:r>
      <w:r>
        <w:rPr>
          <w:sz w:val="20"/>
        </w:rPr>
        <w:t>6:07  aur yeh bhi keh diya unhone ke Islam mein summum bonum kiya hai? Jihad hai. summum bonum jihad hai. ladna, laṛ kar ke Khuda ka jhanda gaṛna.</w:t>
      </w:r>
      <w:r>
        <w:br/>
      </w:r>
      <w:r>
        <w:rPr>
          <w:sz w:val="20"/>
        </w:rPr>
        <w:t>6:19  sab nirthak baatein hain, nirthak. "Allah o Akbar" ka matlab hai ke aap apne upar Khuda ka jhanda gaadein. Apne ko jab aap nothing banayenge to Khuda se aap ka sunbh ban jayega.</w:t>
      </w:r>
    </w:p>
    <w:p>
      <w:pPr>
        <w:pStyle w:val="Heading2"/>
      </w:pPr>
      <w:r>
        <w:t>Tree parable and nature's blessings build character</w:t>
      </w:r>
    </w:p>
    <w:p>
      <w:r>
        <w:rPr>
          <w:color w:val="666666"/>
          <w:sz w:val="18"/>
        </w:rPr>
        <w:t>Good Life April 9, 2014 Maulana Wahiduddin Khan · 5m 57s · at 15:03 · https://youtu.be/-6KVE-eg_ws?t=903</w:t>
      </w:r>
    </w:p>
    <w:p>
      <w:r>
        <w:rPr>
          <w:i/>
        </w:rPr>
        <w:t>“Jaise aaj main gaya tha ek jagah”</w:t>
      </w:r>
    </w:p>
    <w:p>
      <w:r>
        <w:rPr>
          <w:sz w:val="20"/>
        </w:rPr>
        <w:t>15:03  jaise aaj main gaya tha ek jagah</w:t>
      </w:r>
      <w:r>
        <w:br/>
      </w:r>
      <w:r>
        <w:rPr>
          <w:sz w:val="20"/>
        </w:rPr>
        <w:t>15:07  to wahan par kuch der ke liye kuch logon se baat karne ka mauqa mila. to wahan par kuch darakht saare bhare. to main ne woh ayat Idrees jo Surah Ibrahim mein hai ke "misal al-qalam tatibah" ka "sha'ar tatibah" "asraab ashabata" wa "farru fi al-sama" main ne kaha ke dekhiye yeh jo yeh jo darakht aap dekh rahe hain,</w:t>
      </w:r>
      <w:r>
        <w:br/>
      </w:r>
      <w:r>
        <w:rPr>
          <w:sz w:val="20"/>
        </w:rPr>
        <w:t>15:31  yeh ek tamseel hai ke insani shakhsiyat kaise taameer hoti hai, yaani hayat-e-tayyaba kaise banti hai.</w:t>
      </w:r>
      <w:r>
        <w:br/>
      </w:r>
      <w:r>
        <w:rPr>
          <w:sz w:val="20"/>
        </w:rPr>
        <w:t>15:42  yeh darakht hai, ek shajar hai. woh shajar tayyab kaise bana?</w:t>
      </w:r>
      <w:r>
        <w:br/>
      </w:r>
      <w:r>
        <w:rPr>
          <w:sz w:val="20"/>
        </w:rPr>
        <w:t>15:52  wohi process insaan ko apne andar chalana hai. darakht is se is tarah banta hai ke apne mahol se woh apne liye ghiza hasil karta hai.</w:t>
      </w:r>
      <w:r>
        <w:br/>
      </w:r>
      <w:r>
        <w:rPr>
          <w:sz w:val="20"/>
        </w:rPr>
        <w:t>16:06  zameen ke neeche se woh pani leta hai, mineral leta hai,</w:t>
      </w:r>
      <w:r>
        <w:br/>
      </w:r>
      <w:r>
        <w:rPr>
          <w:sz w:val="20"/>
        </w:rPr>
        <w:t>16:14  sooraj se woh energy hasil karta hai. to charon taraf is ke jo duniya hai, us mein jo kuch cheezein hain, us ko woh apni ghiza banata hai.</w:t>
      </w:r>
      <w:r>
        <w:br/>
      </w:r>
      <w:r>
        <w:rPr>
          <w:sz w:val="20"/>
        </w:rPr>
        <w:t>16:28  is tarah musalsal barhta hai, grow karta hai. grow ka aaghaz is ka hota hai ek beej se, ek beej se, lekin grow karte karte oopar darakht ban jata hai.</w:t>
      </w:r>
      <w:r>
        <w:br/>
      </w:r>
      <w:r>
        <w:rPr>
          <w:sz w:val="20"/>
        </w:rPr>
        <w:t>16:42  to beej, phir aqwa, phir poda, phir tana, phir shakhain, phir patiyan, phir phool, phir phal, yeh sab hota chala jata hai.</w:t>
      </w:r>
      <w:r>
        <w:br/>
      </w:r>
      <w:r>
        <w:rPr>
          <w:sz w:val="20"/>
        </w:rPr>
        <w:t>16:59  to Quran mein shajar-e-tayyab yaani achhe darakht ki misal di gayi hai imaan-e-tayyab se ya shakhsiyat-e-tayyab se.</w:t>
      </w:r>
      <w:r>
        <w:br/>
      </w:r>
      <w:r>
        <w:rPr>
          <w:sz w:val="20"/>
        </w:rPr>
        <w:t>17:12  insaan ke andar ek pakeeza shakhsiyat yaani hajat-e-tayyab</w:t>
      </w:r>
      <w:r>
        <w:br/>
      </w:r>
      <w:r>
        <w:rPr>
          <w:sz w:val="20"/>
        </w:rPr>
        <w:t>17:18  hai kaise banti hai? waisi banti hai jis tarah se darakht banta hai. insaan ke aas paas bhi ek duniya hai. har lamha aadmi jeeta hai ek duniya mein.</w:t>
      </w:r>
      <w:r>
        <w:br/>
      </w:r>
      <w:r>
        <w:rPr>
          <w:sz w:val="20"/>
        </w:rPr>
        <w:t>17:30  yahan har taraf nature hai, yahan har taraf samajhi halaat hain.</w:t>
      </w:r>
      <w:r>
        <w:br/>
      </w:r>
      <w:r>
        <w:rPr>
          <w:sz w:val="20"/>
        </w:rPr>
        <w:t>17:38  to ek taraf insaan ke darmiyan, doosri taraf nature ke darmiyan jeeta hai woh. to yahi woh duniya hai jis se woh ghiza leta hai.</w:t>
      </w:r>
      <w:r>
        <w:br/>
      </w:r>
      <w:r>
        <w:rPr>
          <w:sz w:val="20"/>
        </w:rPr>
        <w:t>17:50  misalan aaj subah ko jab main wahan tha to usi waqt sooraj nikla aur roshni is ki phailne lagi. to main ne kaha ke dekhiye</w:t>
      </w:r>
      <w:r>
        <w:br/>
      </w:r>
      <w:r>
        <w:rPr>
          <w:sz w:val="20"/>
        </w:rPr>
        <w:t>18:02  Khuda, Khuda yaani is kainat ka jo creator hai, woh kitna meherban hai ke sooraj hamari zameen se</w:t>
      </w:r>
      <w:r>
        <w:br/>
      </w:r>
      <w:r>
        <w:rPr>
          <w:sz w:val="20"/>
        </w:rPr>
        <w:t>18:18  nau karor 30 lakh meel door hai. itni door se bohat hi mutanasib light</w:t>
      </w:r>
      <w:r>
        <w:br/>
      </w:r>
      <w:r>
        <w:rPr>
          <w:sz w:val="20"/>
        </w:rPr>
        <w:t>18:25  agar suraj thoda sa door ho jaye, thoda sa qareeb ho jaye to tanasub khatm ho jayega. ya to thandak badh jayegi ya garmi badh jayegi.</w:t>
      </w:r>
      <w:r>
        <w:br/>
      </w:r>
      <w:r>
        <w:rPr>
          <w:sz w:val="20"/>
        </w:rPr>
        <w:t>18:35  to yeh zameen pe jeena mushkil ho jayega hamare liye. to creator ne bohat hi mutanasib andaaz mein intezaam kiya hai ke hum ko suraj ki roshni pohnche, uski energy pohnche.</w:t>
      </w:r>
      <w:r>
        <w:br/>
      </w:r>
      <w:r>
        <w:rPr>
          <w:sz w:val="20"/>
        </w:rPr>
        <w:t>18:49  is ko dekh kar kya hai? hum khalq ko yaad karte</w:t>
      </w:r>
      <w:r>
        <w:br/>
      </w:r>
      <w:r>
        <w:rPr>
          <w:sz w:val="20"/>
        </w:rPr>
        <w:t>18:53  hain, khalq se apne ta'alluq ko badhate hain, khalq ki hamd karte hain, khalq ke liye keh uthte hain: "alhamdulillah rabbil alameen".</w:t>
      </w:r>
      <w:r>
        <w:br/>
      </w:r>
      <w:r>
        <w:rPr>
          <w:sz w:val="20"/>
        </w:rPr>
        <w:t>19:04  to jab hum ne aisa kaha, aisi daryaft ki hum ne to hamare apne imaan ko barhaya, hum ne apni shakhsiyat ko ek ghiza di.</w:t>
      </w:r>
      <w:r>
        <w:br/>
      </w:r>
      <w:r>
        <w:rPr>
          <w:sz w:val="20"/>
        </w:rPr>
        <w:t>19:13  hum ne</w:t>
      </w:r>
      <w:r>
        <w:br/>
      </w:r>
      <w:r>
        <w:rPr>
          <w:sz w:val="20"/>
        </w:rPr>
        <w:t>19:17  phir wahan hawa chal rahi thi to maine kaha ke dekhiye yeh hawa kya hai?</w:t>
      </w:r>
      <w:r>
        <w:br/>
      </w:r>
      <w:r>
        <w:rPr>
          <w:sz w:val="20"/>
        </w:rPr>
        <w:t>19:22  yeh musalsal taur par aap ke paas oxygen pohncha rahi hai. oxygen agar hawa oxygen na pohnchaye to hum mar jayen.</w:t>
      </w:r>
      <w:r>
        <w:br/>
      </w:r>
      <w:r>
        <w:rPr>
          <w:sz w:val="20"/>
        </w:rPr>
        <w:t>19:33  to is ko le kar ke hum yaad karte hain khalq ko ke kitna acha intezaam kiya hai Allah ne, kitni nemmat farmai hai Allah ne hamare upar.</w:t>
      </w:r>
      <w:r>
        <w:br/>
      </w:r>
      <w:r>
        <w:rPr>
          <w:sz w:val="20"/>
        </w:rPr>
        <w:t>19:46  to is tarah ki bohat cheezen hain jo universal level par jo hamari yeh duniya mein hui hain, paida hui hain</w:t>
      </w:r>
      <w:r>
        <w:br/>
      </w:r>
      <w:r>
        <w:rPr>
          <w:sz w:val="20"/>
        </w:rPr>
        <w:t>19:55  ke sari kainat hamari khidmat mein lag gayi hai. sakharkum al-samawati wal-ard. to maine kaha ke jab yeh aap sochen to yeh nemmat jo aa rahi hai aap ko khalq ki taraf se itni bari, itni bari, itni bari nazar aa gayi ke insaan ki taraf jo choti moti baaten pesh aati hain, woh to khush ho jayenge, mamooli ho jayenge.</w:t>
      </w:r>
      <w:r>
        <w:br/>
      </w:r>
      <w:r>
        <w:rPr>
          <w:sz w:val="20"/>
        </w:rPr>
        <w:t>20:21  yeh sari sari universe aap ki khidmat mein lagi hui</w:t>
      </w:r>
      <w:r>
        <w:br/>
      </w:r>
      <w:r>
        <w:rPr>
          <w:sz w:val="20"/>
        </w:rPr>
        <w:t>20:24  hai. sakharkum al-samawati wal-ard. to jab is kainaati blessing, is universal blessing ka aap tasawwur karen</w:t>
      </w:r>
      <w:r>
        <w:br/>
      </w:r>
      <w:r>
        <w:rPr>
          <w:sz w:val="20"/>
        </w:rPr>
        <w:t>20:38  to woh choti choti baaten is ke liye le kar log shikayat karte hain, log ghussa hote hain, log intiqam ki taraf daudte hain. woh sab bhool jayenge aap ko.</w:t>
      </w:r>
      <w:r>
        <w:br/>
      </w:r>
      <w:r>
        <w:rPr>
          <w:sz w:val="20"/>
        </w:rPr>
        <w:t>20:51  bari yaft ke baad chota nuqsan aadmi bhool jata hai.</w:t>
      </w:r>
    </w:p>
    <w:p>
      <w:pPr>
        <w:pStyle w:val="Heading2"/>
      </w:pPr>
      <w:r>
        <w:t>From Big Bang to Higgs boson discovery</w:t>
      </w:r>
    </w:p>
    <w:p>
      <w:r>
        <w:rPr>
          <w:color w:val="666666"/>
          <w:sz w:val="18"/>
        </w:rPr>
        <w:t>God Particle 8 July 2012 - Maulana Wahiduddin Khan · 5m 45s · at 5:10 · https://youtu.be/GajbNL2XS1o?t=310</w:t>
      </w:r>
    </w:p>
    <w:p>
      <w:r>
        <w:rPr>
          <w:i/>
        </w:rPr>
        <w:t>“The standard model of the universe is based on the Big Bang”</w:t>
      </w:r>
    </w:p>
    <w:p>
      <w:r>
        <w:rPr>
          <w:sz w:val="20"/>
        </w:rPr>
        <w:t>5:10  to dekhein, yeh jo maamla hai, shuru hota hai bohat pehle se. jo aaj kal jo physical science mein jo kainat ka standard model bana gaya hai,</w:t>
      </w:r>
      <w:r>
        <w:br/>
      </w:r>
      <w:r>
        <w:rPr>
          <w:sz w:val="20"/>
        </w:rPr>
        <w:t>5:24  wo big bang</w:t>
      </w:r>
      <w:r>
        <w:br/>
      </w:r>
      <w:r>
        <w:rPr>
          <w:sz w:val="20"/>
        </w:rPr>
        <w:t>5:27  par base karta hai. yaani kainat ki beginning, beginning ke baare mein, universe ki jo beginning hui, to is ke liye jo science ka jo standard model hai, wo big bang par mabni hai.</w:t>
      </w:r>
      <w:r>
        <w:br/>
      </w:r>
      <w:r>
        <w:rPr>
          <w:sz w:val="20"/>
        </w:rPr>
        <w:t>5:45  is ka matlab kya hai? ab se 13 billion se bhi pehle saal, 13 billion saal pehle, 13 billion, more than 13 billion saal pehle,</w:t>
      </w:r>
      <w:r>
        <w:br/>
      </w:r>
      <w:r>
        <w:rPr>
          <w:sz w:val="20"/>
        </w:rPr>
        <w:t>6:00  space mein ek cosmic ball tha.</w:t>
      </w:r>
      <w:r>
        <w:br/>
      </w:r>
      <w:r>
        <w:rPr>
          <w:sz w:val="20"/>
        </w:rPr>
        <w:t>6:04  boht bara atom samajh lijiye, ek super atom. to hamari universe mein jo material universe hai, us ke andar jitne bhi particle hain, wo sare particle is cosmic ball mein thay aur boht hi compact halat mein thay, boht compact halat mein thay.</w:t>
      </w:r>
      <w:r>
        <w:br/>
      </w:r>
      <w:r>
        <w:rPr>
          <w:sz w:val="20"/>
        </w:rPr>
        <w:t>6:26  to is ko aap super atom kahiye ya cosmic ball kahiye. to more than 13 billion years se pehle is mein explosion hua, boht bara explosion, dhamaka.</w:t>
      </w:r>
      <w:r>
        <w:br/>
      </w:r>
      <w:r>
        <w:rPr>
          <w:sz w:val="20"/>
        </w:rPr>
        <w:t>6:42  is dhamake se kya hua ke jitne particle is cosmic ball mein thay, wo sab bikhar gaye.</w:t>
      </w:r>
      <w:r>
        <w:br/>
      </w:r>
      <w:r>
        <w:rPr>
          <w:sz w:val="20"/>
        </w:rPr>
        <w:t>6:48  bikhar gaye. yani is se pehle wo thay integrated state mein. integrated state mein thay.</w:t>
      </w:r>
      <w:r>
        <w:br/>
      </w:r>
      <w:r>
        <w:rPr>
          <w:sz w:val="20"/>
        </w:rPr>
        <w:t>6:59  explosion ke baad kya hua? wo. wo sab dis integrated ho gaye,</w:t>
      </w:r>
      <w:r>
        <w:br/>
      </w:r>
      <w:r>
        <w:rPr>
          <w:sz w:val="20"/>
        </w:rPr>
        <w:t>7:05  muntashir ho gaye sari universe mein. aur quantum theory ye kehti hai ke ye jo particle is se release hue, in mein mass nahi tha.</w:t>
      </w:r>
      <w:r>
        <w:br/>
      </w:r>
      <w:r>
        <w:rPr>
          <w:sz w:val="20"/>
        </w:rPr>
        <w:t>7:17  mass nahi tha. jab mass nahi tha to kya hua? ke wo,</w:t>
      </w:r>
      <w:r>
        <w:br/>
      </w:r>
      <w:r>
        <w:rPr>
          <w:sz w:val="20"/>
        </w:rPr>
        <w:t>7:25  wo light ki speed se charon taraf wo flow karne, travel karne lagay. light ki speed jo hoti hai, wo ek lakh 86 hazar mile fi second hoti hai.</w:t>
      </w:r>
      <w:r>
        <w:br/>
      </w:r>
      <w:r>
        <w:rPr>
          <w:sz w:val="20"/>
        </w:rPr>
        <w:t>7:40  yani ek second mein ek lakh 86 hazar mile tay karti hai</w:t>
      </w:r>
      <w:r>
        <w:br/>
      </w:r>
      <w:r>
        <w:rPr>
          <w:sz w:val="20"/>
        </w:rPr>
        <w:t>7:45  light speed se chalne wali cheez. to ye light speed se ye sare particle apne charon taraf travel karne lagay.</w:t>
      </w:r>
      <w:r>
        <w:br/>
      </w:r>
      <w:r>
        <w:rPr>
          <w:sz w:val="20"/>
        </w:rPr>
        <w:t>7:57  to science ne ye to daryaft kar liya ke beginning kahan se hui. lekin jab ye daryaft hua, quantum theory ne bataya ke is mein mass nahi tha.</w:t>
      </w:r>
      <w:r>
        <w:br/>
      </w:r>
      <w:r>
        <w:rPr>
          <w:sz w:val="20"/>
        </w:rPr>
        <w:t>8:08  quantum mechanism kehte hain is ko. quantum mechanics se ye cheez maloom hui ke is, in particles mein mass nahi tha. to phir boht bara sawal paida hua.</w:t>
      </w:r>
      <w:r>
        <w:br/>
      </w:r>
      <w:r>
        <w:rPr>
          <w:sz w:val="20"/>
        </w:rPr>
        <w:t>8:18  wo sawal kya? mass nahi tha is mein to ye kainat bani kaise?</w:t>
      </w:r>
      <w:r>
        <w:br/>
      </w:r>
      <w:r>
        <w:rPr>
          <w:sz w:val="20"/>
        </w:rPr>
        <w:t>8:24  dekhiye, mass ko urdu mein kehte hain kamiyat. kamiyat. mass hone se cheezain aapas mein jurtii hain.</w:t>
      </w:r>
      <w:r>
        <w:br/>
      </w:r>
      <w:r>
        <w:rPr>
          <w:sz w:val="20"/>
        </w:rPr>
        <w:t>8:34  ek doosre ko attract karti hain. to mass jab na ho to attraction nahi hoga. jurenge nahi. phir to bikhrao aa jayega.</w:t>
      </w:r>
      <w:r>
        <w:br/>
      </w:r>
      <w:r>
        <w:rPr>
          <w:sz w:val="20"/>
        </w:rPr>
        <w:t>8:45  to kaha ke ab hum jis, jis, jis, jis universe mein rehte hain, ye wajood bhi he na aata, na sitaray hotay, na planet hota, na mountain hotay, na ocean hota, na zameen hoti, kuch bhi nahi.</w:t>
      </w:r>
      <w:r>
        <w:br/>
      </w:r>
      <w:r>
        <w:rPr>
          <w:sz w:val="20"/>
        </w:rPr>
        <w:t>9:02  sirf sari ye space jo hai, dorate hue electrons ka jangla hoti. sari space jo hai, yani dorate hue elect particle jo jis mein mass na na hota, wo jangla hoti.</w:t>
      </w:r>
      <w:r>
        <w:br/>
      </w:r>
      <w:r>
        <w:rPr>
          <w:sz w:val="20"/>
        </w:rPr>
        <w:t>9:19  hum aap bhi nahi hotay.</w:t>
      </w:r>
      <w:r>
        <w:br/>
      </w:r>
      <w:r>
        <w:rPr>
          <w:sz w:val="20"/>
        </w:rPr>
        <w:t>9:22  ye sawal tha. to ab science danon ne phir se sochna shuru kiya ke kaise aisa hua ke in particles mein mass aya?</w:t>
      </w:r>
      <w:r>
        <w:br/>
      </w:r>
      <w:r>
        <w:rPr>
          <w:sz w:val="20"/>
        </w:rPr>
        <w:t>9:32  kyunke wo, wo particle jure, jure tabhi to bani hai ye kainat. to kaise is particle mein</w:t>
      </w:r>
      <w:r>
        <w:br/>
      </w:r>
      <w:r>
        <w:rPr>
          <w:sz w:val="20"/>
        </w:rPr>
        <w:t>9:41  mass aya aur phir wo jure aur jur kar ke sari cheezain banin? ye tha sawal. ye boht pehle se sawal tha aur active tor par, active tor par is par taqreeban 50 saal se zyada mehnat ho rahi thi.</w:t>
      </w:r>
      <w:r>
        <w:br/>
      </w:r>
      <w:r>
        <w:rPr>
          <w:sz w:val="20"/>
        </w:rPr>
        <w:t>9:56  aur isi ke liye aap ne dekha hoga akhbaron mein</w:t>
      </w:r>
      <w:r>
        <w:br/>
      </w:r>
      <w:r>
        <w:rPr>
          <w:sz w:val="20"/>
        </w:rPr>
        <w:t>9:59  ke taqreeban 10 saal pehle Switzerland mein ek boht bari tunnel banai gai, boht hi special qism ki tunnel.</w:t>
      </w:r>
      <w:r>
        <w:br/>
      </w:r>
      <w:r>
        <w:rPr>
          <w:sz w:val="20"/>
        </w:rPr>
        <w:t>10:09  is par taqreeban 5 billion dollar kharch hua, majmoi tor par.</w:t>
      </w:r>
      <w:r>
        <w:br/>
      </w:r>
      <w:r>
        <w:rPr>
          <w:sz w:val="20"/>
        </w:rPr>
        <w:t>10:17  5 billion dollar kharch hua kis liye? isi cheez ko daryaft karne ke liye. isi cheez ko daryaft karne ke liye ke particle mein mass ka jo sawal tha, isi ko janne ke liye.</w:t>
      </w:r>
      <w:r>
        <w:br/>
      </w:r>
      <w:r>
        <w:rPr>
          <w:sz w:val="20"/>
        </w:rPr>
        <w:t>10:29  to wahi cheez hai jo ab science dan yeh claim kar rahay hain ke unhon ne daawa kiya hai,</w:t>
      </w:r>
      <w:r>
        <w:br/>
      </w:r>
      <w:r>
        <w:rPr>
          <w:sz w:val="20"/>
        </w:rPr>
        <w:t>10:36  unhon ne discover kiya hai. lekin ziyada, yaani safe statement yeh hai ke yeh discovery nahi hai, yeh near discovery hai.</w:t>
      </w:r>
      <w:r>
        <w:br/>
      </w:r>
      <w:r>
        <w:rPr>
          <w:sz w:val="20"/>
        </w:rPr>
        <w:t>10:46  ziyada safe statement yeh hai ke woh discovery nahi hai balkay near discovery hai. kyunke abhi bhi kuch proper aisay hain jis par science dan mutmaeen nahi hain.</w:t>
      </w:r>
    </w:p>
    <w:p>
      <w:pPr>
        <w:pStyle w:val="Heading2"/>
      </w:pPr>
      <w:r>
        <w:t>Delhi lecture reveals the real problem is evil, not God</w:t>
      </w:r>
    </w:p>
    <w:p>
      <w:r>
        <w:rPr>
          <w:color w:val="666666"/>
          <w:sz w:val="18"/>
        </w:rPr>
        <w:t>Problems of Misunderstanding May 10, 2009 · 5m 14s · at 11:00 · https://youtu.be/j3LgYzAfM5U?t=660</w:t>
      </w:r>
    </w:p>
    <w:p>
      <w:r>
        <w:rPr>
          <w:i/>
        </w:rPr>
        <w:t>“My topic was: how to discover God”</w:t>
      </w:r>
    </w:p>
    <w:p>
      <w:r>
        <w:rPr>
          <w:sz w:val="20"/>
        </w:rPr>
        <w:t>11:00  is ka jo topic tha, woh yeh tha: "how to discover god".</w:t>
      </w:r>
      <w:r>
        <w:br/>
      </w:r>
      <w:r>
        <w:rPr>
          <w:sz w:val="20"/>
        </w:rPr>
        <w:t>11:08  "how to discover god".</w:t>
      </w:r>
      <w:r>
        <w:br/>
      </w:r>
      <w:r>
        <w:rPr>
          <w:sz w:val="20"/>
        </w:rPr>
        <w:t>11:20  to mein ne wahan par bohat hi tafseel ke sath taqreer ki. aur yeh bataya ke philosophy aur science dono is baat ko mante hain ke yeh dunya ka aik khuda hai.</w:t>
      </w:r>
      <w:r>
        <w:br/>
      </w:r>
      <w:r>
        <w:rPr>
          <w:sz w:val="20"/>
        </w:rPr>
        <w:t>11:32  yeh bohat bara aik aik aik claim tha ke philosophy aur science dono is baat ko mante hain ke yeh dunya ka aik khuda hai.</w:t>
      </w:r>
      <w:r>
        <w:br/>
      </w:r>
      <w:r>
        <w:rPr>
          <w:sz w:val="20"/>
        </w:rPr>
        <w:t>11:43  yani khuda ka term to nahi use karte woh log, lekin kuch doosre word bolte hain, doosre term istemal karte hain woh, lekin mante hain yeh baat ko.</w:t>
      </w:r>
      <w:r>
        <w:br/>
      </w:r>
      <w:r>
        <w:rPr>
          <w:sz w:val="20"/>
        </w:rPr>
        <w:t>11:56  to wahan sab bura haal bhara hua tha. sab highly educated log the. kisi aik shakhs ne bhi react nahi kiya. yeh mana jata hai ke is zamane mein kon khuda ko sunta hai, kon khuda ko manta hai.</w:t>
      </w:r>
      <w:r>
        <w:br/>
      </w:r>
      <w:r>
        <w:rPr>
          <w:sz w:val="20"/>
        </w:rPr>
        <w:t>12:10  yeh to zamana atheism ka hai.</w:t>
      </w:r>
      <w:r>
        <w:br/>
      </w:r>
      <w:r>
        <w:rPr>
          <w:sz w:val="20"/>
        </w:rPr>
        <w:t>12:15  lekin aap taajub karenge ke kisi aik shakhs ne bhi meri asal baat par react nahi kiya. bohat se question aaye wahan par.</w:t>
      </w:r>
      <w:r>
        <w:br/>
      </w:r>
      <w:r>
        <w:rPr>
          <w:sz w:val="20"/>
        </w:rPr>
        <w:t>12:23  lekin question sab ke sab kiya the? doosre the woh. dunya mein bigaad kyun hai? dunya mein fasad kyun hai? dunya mein zulm kyun hai?</w:t>
      </w:r>
      <w:r>
        <w:br/>
      </w:r>
      <w:r>
        <w:rPr>
          <w:sz w:val="20"/>
        </w:rPr>
        <w:t>12:32  dunya mein violence kyun hai? dunya mein bloodshed kyun hai? yani human world ke baray mein. kyun ke yeh sab baatein kahan ho rahi hain?</w:t>
      </w:r>
      <w:r>
        <w:br/>
      </w:r>
      <w:r>
        <w:rPr>
          <w:sz w:val="20"/>
        </w:rPr>
        <w:t>12:43  yeh sab starry university thori ho rahi hain? sirf galaxy mein nahi ho rahi hain yeh sab baatein? yeh sab jo violence, bloodshed, corruption, dishonesty, yeh sari baatein jo hain, kahan ho rahi hain?</w:t>
      </w:r>
      <w:r>
        <w:br/>
      </w:r>
      <w:r>
        <w:rPr>
          <w:sz w:val="20"/>
        </w:rPr>
        <w:t>12:58  yeh koi galaxy mein nahi ho rahi hain? yeh insanon ki dunya mein ho rahi hain.</w:t>
      </w:r>
      <w:r>
        <w:br/>
      </w:r>
      <w:r>
        <w:rPr>
          <w:sz w:val="20"/>
        </w:rPr>
        <w:t>13:04  to is ke baad kiya hua? ke mein ne baat ki khuda ke baray mein, existence of god ke baray mein. existence of god ke mamle mein kisi ne challenge nahi kiya mujh ko.</w:t>
      </w:r>
      <w:r>
        <w:br/>
      </w:r>
      <w:r>
        <w:rPr>
          <w:sz w:val="20"/>
        </w:rPr>
        <w:t>13:20  baat kiya kahi logon ne ke insanon ke andar zulm kyun ho raha hai? to</w:t>
      </w:r>
      <w:r>
        <w:br/>
      </w:r>
      <w:r>
        <w:rPr>
          <w:sz w:val="20"/>
        </w:rPr>
        <w:t>13:27  is tarah se unhon ne goya indirect way mein is par doubt create kiya ke khuda agar hai to us ko check kyun nahi karta?</w:t>
      </w:r>
      <w:r>
        <w:br/>
      </w:r>
      <w:r>
        <w:rPr>
          <w:sz w:val="20"/>
        </w:rPr>
        <w:t>13:38  to mujhe yaad aaya ke aik professor se aik bar mujhe baat ho rahi thi isi par khuda ke wajood par. us ne kaha ke is zamane mein science ki discoveries ke baad,</w:t>
      </w:r>
      <w:r>
        <w:br/>
      </w:r>
      <w:r>
        <w:rPr>
          <w:sz w:val="20"/>
        </w:rPr>
        <w:t>13:53  woh bohat parha likha aadmi tha,</w:t>
      </w:r>
      <w:r>
        <w:br/>
      </w:r>
      <w:r>
        <w:rPr>
          <w:sz w:val="20"/>
        </w:rPr>
        <w:t>13:56  science ki discoveries ke baad ab khuda ke wajood par, khuda ki existence par ziyada bara sawal nahi logon ko hai.</w:t>
      </w:r>
      <w:r>
        <w:br/>
      </w:r>
      <w:r>
        <w:rPr>
          <w:sz w:val="20"/>
        </w:rPr>
        <w:t>14:09  ziyada bara sawal jo hai us par hai problem of evil par. yani problem of evil kyun? problem of evil kyun? yani problem of evil kahan hai?</w:t>
      </w:r>
      <w:r>
        <w:br/>
      </w:r>
      <w:r>
        <w:rPr>
          <w:sz w:val="20"/>
        </w:rPr>
        <w:t>14:22  insanon ki dunya mein hai.</w:t>
      </w:r>
      <w:r>
        <w:br/>
      </w:r>
      <w:r>
        <w:rPr>
          <w:sz w:val="20"/>
        </w:rPr>
        <w:t>14:26  to khuda ke baray mein shakk nahi logon ko. shakk kahan hai? insanon ke baray mein ke insaan ki dunya mein zulm kyun hota hai? bloodshed kyun hota hai?</w:t>
      </w:r>
      <w:r>
        <w:br/>
      </w:r>
      <w:r>
        <w:rPr>
          <w:sz w:val="20"/>
        </w:rPr>
        <w:t>14:34  violence kyun hota hai? waghera. is ko le kar khuda par shakk karne lagte hain woh.</w:t>
      </w:r>
      <w:r>
        <w:br/>
      </w:r>
      <w:r>
        <w:rPr>
          <w:sz w:val="20"/>
        </w:rPr>
        <w:t>14:44  to mujhe yaad aaya ke dekhiye, do alag alag field of histories hain. aik hai physical world, aik human world.</w:t>
      </w:r>
      <w:r>
        <w:br/>
      </w:r>
      <w:r>
        <w:rPr>
          <w:sz w:val="20"/>
        </w:rPr>
        <w:t>14:54  is baat ko aap samjhiye.</w:t>
      </w:r>
      <w:r>
        <w:br/>
      </w:r>
      <w:r>
        <w:rPr>
          <w:sz w:val="20"/>
        </w:rPr>
        <w:t>14:58  do alag is field hain: physical world aur human world. physical world ki study ki jati hai science mein. human world ki study ki jati hai humanities mein.</w:t>
      </w:r>
      <w:r>
        <w:br/>
      </w:r>
      <w:r>
        <w:rPr>
          <w:sz w:val="20"/>
        </w:rPr>
        <w:t>15:13  to scientist jo hain, woh physical world ko unhon ne banaya apna,</w:t>
      </w:r>
      <w:r>
        <w:br/>
      </w:r>
      <w:r>
        <w:rPr>
          <w:sz w:val="20"/>
        </w:rPr>
        <w:t>15:20  apna field of study.</w:t>
      </w:r>
      <w:r>
        <w:br/>
      </w:r>
      <w:r>
        <w:rPr>
          <w:sz w:val="20"/>
        </w:rPr>
        <w:t>15:24  to physical world mein unhon ne perfection paya, har cheez ideal paya, unhon ne har taraf harmony payi aur us ko unhon ne bayan kiya.</w:t>
      </w:r>
      <w:r>
        <w:br/>
      </w:r>
      <w:r>
        <w:rPr>
          <w:sz w:val="20"/>
        </w:rPr>
        <w:t>15:39  lekin insani duniya mein to aap jante hain ke har taraf fasad hi fasad hai. to jin logon ne study ki physical world ki, woh Khuda ko manne lage.</w:t>
      </w:r>
      <w:r>
        <w:br/>
      </w:r>
      <w:r>
        <w:rPr>
          <w:sz w:val="20"/>
        </w:rPr>
        <w:t>15:53  jin logon ne study ki insani duniya mein ki, un ko Khuda par shakk ho gaya ke agar Khuda hai to yeh sab itna gadbad kyun hai?</w:t>
      </w:r>
      <w:r>
        <w:br/>
      </w:r>
      <w:r>
        <w:rPr>
          <w:sz w:val="20"/>
        </w:rPr>
        <w:t>16:07  to kal ek Hindu lady mere paas aayin, wahan par unhon ne kaha ke maine Quran ka tarjuma padha hai.</w:t>
      </w:r>
    </w:p>
    <w:p>
      <w:pPr>
        <w:pStyle w:val="Heading2"/>
      </w:pPr>
      <w:r>
        <w:t>France's law and loyalty to country</w:t>
      </w:r>
    </w:p>
    <w:p>
      <w:r>
        <w:rPr>
          <w:color w:val="666666"/>
          <w:sz w:val="18"/>
        </w:rPr>
        <w:t>Interaction with CPS Ulema October 3, 2020 Maulana Wahiduddin Khan · 4m 37s · at 16:29 · https://youtu.be/5MzuTftI8jY?t=989</w:t>
      </w:r>
    </w:p>
    <w:p>
      <w:r>
        <w:rPr>
          <w:i/>
        </w:rPr>
        <w:t>“Yesterday French president said Islam promotes separatism.”</w:t>
      </w:r>
    </w:p>
    <w:p>
      <w:r>
        <w:rPr>
          <w:sz w:val="20"/>
        </w:rPr>
        <w:t>16:29  ah, tariq badar sahib ka sawal hai lahore se: kal France ke sadar ne kaha ke Islam separatism ko promote karta hai, kyunke musalman France mein alag rehte hain, apne school mein padhte hain aur France ke culture aur norm ko follow nahi karte.</w:t>
      </w:r>
      <w:r>
        <w:br/>
      </w:r>
      <w:r>
        <w:rPr>
          <w:sz w:val="20"/>
        </w:rPr>
        <w:t>16:50  is ke liye woh ek law pass kar rahe hain. Maulana, aap is par kuch bataein. kya main samjha nahi</w:t>
      </w:r>
      <w:r>
        <w:br/>
      </w:r>
      <w:r>
        <w:rPr>
          <w:sz w:val="20"/>
        </w:rPr>
        <w:t>16:56  ? France ke sadar ne kal yeh kaha tha ke Islam separatism ko promote karta hai, kyunke musalman bilkul alag rehte hain, France ke culture ko woh follow nahi karte hain.</w:t>
      </w:r>
      <w:r>
        <w:br/>
      </w:r>
      <w:r>
        <w:rPr>
          <w:sz w:val="20"/>
        </w:rPr>
        <w:t>17:07  toh is par woh law par la rahe hain France ke andar. toh is par aap kuch bataein.</w:t>
      </w:r>
      <w:r>
        <w:br/>
      </w:r>
      <w:r>
        <w:rPr>
          <w:sz w:val="20"/>
        </w:rPr>
        <w:t>17:14  woh layenge. ab aap ke protest nahi manenge woh, kyunke un ki jo naturality ka jo concept hai, us ke khilaf hai.</w:t>
      </w:r>
      <w:r>
        <w:br/>
      </w:r>
      <w:r>
        <w:rPr>
          <w:sz w:val="20"/>
        </w:rPr>
        <w:t>17:28  mein aik martaba gaya tha amreeka</w:t>
      </w:r>
      <w:r>
        <w:br/>
      </w:r>
      <w:r>
        <w:rPr>
          <w:sz w:val="20"/>
        </w:rPr>
        <w:t>17:32  to hamare aik saathi thay, woh ja rahe thay,</w:t>
      </w:r>
      <w:r>
        <w:br/>
      </w:r>
      <w:r>
        <w:rPr>
          <w:sz w:val="20"/>
        </w:rPr>
        <w:t>17:40  is ki is ke liye ja rahe thay, woh national kiya kehte hain is ko? national citizenship?</w:t>
      </w:r>
      <w:r>
        <w:br/>
      </w:r>
      <w:r>
        <w:rPr>
          <w:sz w:val="20"/>
        </w:rPr>
        <w:t>17:50  haan, citizenship. to mein ne kaha chaliye, mein chalta hoon. to wahan mein gaya</w:t>
      </w:r>
      <w:r>
        <w:br/>
      </w:r>
      <w:r>
        <w:rPr>
          <w:sz w:val="20"/>
        </w:rPr>
        <w:t>17:57  to wahan mein ne dekha aik form hota hai, is form par sign karna parta hai. tab aap ko service milti hai. is mein saaf saaf likha hua tha ke koi bhi extra terrestrial royalty aap ki nahi hogi,</w:t>
      </w:r>
      <w:r>
        <w:br/>
      </w:r>
      <w:r>
        <w:rPr>
          <w:sz w:val="20"/>
        </w:rPr>
        <w:t>18:14  yani amreeka se bahir koi cheez aap ki royalty nahi banay gi. is lihaaz se mein ne kaha ke jitne log amreeka mein rehte hain,</w:t>
      </w:r>
      <w:r>
        <w:br/>
      </w:r>
      <w:r>
        <w:rPr>
          <w:sz w:val="20"/>
        </w:rPr>
        <w:t>18:28  royalty le kar ke, woh sab, yani</w:t>
      </w:r>
      <w:r>
        <w:br/>
      </w:r>
      <w:r>
        <w:rPr>
          <w:sz w:val="20"/>
        </w:rPr>
        <w:t>18:38  un ka islam</w:t>
      </w:r>
      <w:r>
        <w:br/>
      </w:r>
      <w:r>
        <w:rPr>
          <w:sz w:val="20"/>
        </w:rPr>
        <w:t>18:42  mere nazdeek mukammal islam nahi hai,</w:t>
      </w:r>
      <w:r>
        <w:br/>
      </w:r>
      <w:r>
        <w:rPr>
          <w:sz w:val="20"/>
        </w:rPr>
        <w:t>18:47  kyun ke amreeka ki loyalty alag cheez hai aur islam ki discovery alag cheez hai.</w:t>
      </w:r>
      <w:r>
        <w:br/>
      </w:r>
      <w:r>
        <w:rPr>
          <w:sz w:val="20"/>
        </w:rPr>
        <w:t>18:59  maulana, aap is hadith ki bunyaad par kehte hain, woh hadith jo "hubb ul watan min al iman" ke watan se muhabbat iman ka juz hai, to yeh loyalty, yeh watan se muhabbat nahi hai.</w:t>
      </w:r>
      <w:r>
        <w:br/>
      </w:r>
      <w:r>
        <w:rPr>
          <w:sz w:val="20"/>
        </w:rPr>
        <w:t>19:11  hmm, dekhiye, jab aap aik mulk mein rehte hain to is se aap ko muhabbat honi chahiye.</w:t>
      </w:r>
      <w:r>
        <w:br/>
      </w:r>
      <w:r>
        <w:rPr>
          <w:sz w:val="20"/>
        </w:rPr>
        <w:t>19:20  hmm, woh woh nature hai, fitrat hai. hmm, baqi jab is mulk mein rehte hain to is mulk ke qanoon ko follow karna paray ga. hmm,</w:t>
      </w:r>
      <w:r>
        <w:br/>
      </w:r>
      <w:r>
        <w:rPr>
          <w:sz w:val="20"/>
        </w:rPr>
        <w:t>19:30  is mulk ke qanoon ko follow karna paray ga ke is mulk mein jo citizenship jo hai, woh milti hai aik khaas matric, is ka hai, is ko ikhtiyar karne se.</w:t>
      </w:r>
      <w:r>
        <w:br/>
      </w:r>
      <w:r>
        <w:rPr>
          <w:sz w:val="20"/>
        </w:rPr>
        <w:t>19:46  agar woh na karein to loyalty nahi mile gi aap ko,</w:t>
      </w:r>
      <w:r>
        <w:br/>
      </w:r>
      <w:r>
        <w:rPr>
          <w:sz w:val="20"/>
        </w:rPr>
        <w:t>19:50  to woh woh faida aap ko nahi mile ga.</w:t>
      </w:r>
      <w:r>
        <w:br/>
      </w:r>
      <w:r>
        <w:rPr>
          <w:sz w:val="20"/>
        </w:rPr>
        <w:t>19:56  to jo log amreeka mein rehte hain, unhein jaanna chahiye ke yeh woh alag cheez hai aur islam spirit ke aitbaar se aik alag cheez hai.</w:t>
      </w:r>
      <w:r>
        <w:br/>
      </w:r>
      <w:r>
        <w:rPr>
          <w:sz w:val="20"/>
        </w:rPr>
        <w:t>20:19  yani islam ke aitbaar se agar koi kisi mulk ka loyal banta hai to yeh islam ki spirit ke mutabiq hai.</w:t>
      </w:r>
      <w:r>
        <w:br/>
      </w:r>
      <w:r>
        <w:rPr>
          <w:sz w:val="20"/>
        </w:rPr>
        <w:t>20:29  dekhiye, aik hai ke aap kisi mulk mein reh rahe hain, is ke huqooq chahte hain aap. hmm, jo huqooq chahte hain aap, to aap ko form parhna paray ga.</w:t>
      </w:r>
      <w:r>
        <w:br/>
      </w:r>
      <w:r>
        <w:rPr>
          <w:sz w:val="20"/>
        </w:rPr>
        <w:t>20:38  hmm, woh aik alag cheez hai. jo log amreeka mein rehte hain, un ko huqooq nahi milein ge, misaal ke tour par voting, vote kar dene ka haq nahi mile ga jab tak aap is form par sign na karein.</w:t>
      </w:r>
      <w:r>
        <w:br/>
      </w:r>
      <w:r>
        <w:rPr>
          <w:sz w:val="20"/>
        </w:rPr>
        <w:t>20:56  to woh aik wataniyat ka maamla hai, woh islam ka maamla nahi hai. mere nazdeek.</w:t>
      </w:r>
    </w:p>
    <w:p>
      <w:pPr>
        <w:pStyle w:val="Heading2"/>
      </w:pPr>
      <w:r>
        <w:t>graveyard silence and the illusion of freedom death shatters</w:t>
      </w:r>
    </w:p>
    <w:p>
      <w:r>
        <w:rPr>
          <w:color w:val="666666"/>
          <w:sz w:val="18"/>
        </w:rPr>
        <w:t>Death The Final Journey December 29, 2006 · 3m 13s · at 17:14 · https://youtu.be/RL6vMX7Lj1w?t=1034</w:t>
      </w:r>
    </w:p>
    <w:p>
      <w:r>
        <w:rPr>
          <w:i/>
        </w:rPr>
        <w:t>“Jab meri biwi ki death hui aur main qabristan mein gaya.”</w:t>
      </w:r>
    </w:p>
    <w:p>
      <w:r>
        <w:rPr>
          <w:sz w:val="20"/>
        </w:rPr>
        <w:t>17:14  jab meri biwi ki death hui aur main qabristan mein gaya to hamare ek sathi hain,</w:t>
      </w:r>
      <w:r>
        <w:br/>
      </w:r>
      <w:r>
        <w:rPr>
          <w:sz w:val="20"/>
        </w:rPr>
        <w:t>17:28  Mr. Faraz, baad ko unhone kaha ke wahan woh aap ek dum chup chap khare the.</w:t>
      </w:r>
      <w:r>
        <w:br/>
      </w:r>
      <w:r>
        <w:rPr>
          <w:sz w:val="20"/>
        </w:rPr>
        <w:t>17:34  unhone kaha ke main bohat gaya hoon janaze mein, sab log bolte hain. Bolte rehte hain, har baat yeh theek nahi, woh theek nahi, aisa karo, waisa karo.</w:t>
      </w:r>
      <w:r>
        <w:br/>
      </w:r>
      <w:r>
        <w:rPr>
          <w:sz w:val="20"/>
        </w:rPr>
        <w:t>17:44  kuch na kuch kehte rehte hain. Aur aap chup chap khare the. Kuch bhi nahi bole. Maine kaha, kya woh bolne ka waqt hota hai?</w:t>
      </w:r>
      <w:r>
        <w:br/>
      </w:r>
      <w:r>
        <w:rPr>
          <w:sz w:val="20"/>
        </w:rPr>
        <w:t>17:55  woh lamha jab aap us ko yaad kar rahe hote hain ke main bhi isi tarah se qabar mein letne wala hoon.</w:t>
      </w:r>
      <w:r>
        <w:br/>
      </w:r>
      <w:r>
        <w:rPr>
          <w:sz w:val="20"/>
        </w:rPr>
        <w:t>18:05  maine kaha ke maut ko is ne dekha jis ne doosre ki maut mein apne aap ko dekha.</w:t>
      </w:r>
      <w:r>
        <w:br/>
      </w:r>
      <w:r>
        <w:rPr>
          <w:sz w:val="20"/>
        </w:rPr>
        <w:t>18:14  doosre ki maut mein jis ne dekha ke main bhi isi tarah marne wala hoon. To zahir hai ke jo aadmi doosre ki maut mein apni maut dekh raha ho, jo doosre ki qabar mein apne aap ko dafan hote hue pa raha ho,</w:t>
      </w:r>
      <w:r>
        <w:br/>
      </w:r>
      <w:r>
        <w:rPr>
          <w:sz w:val="20"/>
        </w:rPr>
        <w:t>18:29  to kya bolega woh?</w:t>
      </w:r>
      <w:r>
        <w:br/>
      </w:r>
      <w:r>
        <w:rPr>
          <w:sz w:val="20"/>
        </w:rPr>
        <w:t>18:34  woh to aisa waqt hota hai ke aadmi bezaban ho jaye.</w:t>
      </w:r>
      <w:r>
        <w:br/>
      </w:r>
      <w:r>
        <w:rPr>
          <w:sz w:val="20"/>
        </w:rPr>
        <w:t>18:43  be zuban ho jae.</w:t>
      </w:r>
      <w:r>
        <w:br/>
      </w:r>
      <w:r>
        <w:rPr>
          <w:sz w:val="20"/>
        </w:rPr>
        <w:t>18:47  to maut aik yaad dahani hai. bohat bara yaad dahani.</w:t>
      </w:r>
      <w:r>
        <w:br/>
      </w:r>
      <w:r>
        <w:rPr>
          <w:sz w:val="20"/>
        </w:rPr>
        <w:t>18:56  yaad dahani kis baat ka</w:t>
      </w:r>
      <w:r>
        <w:br/>
      </w:r>
      <w:r>
        <w:rPr>
          <w:sz w:val="20"/>
        </w:rPr>
        <w:t>18:59  ? is baat ka ke jis ne hamein paida kiya tha usi ki taraf hamein lot kar jana hai. inna lillahi wa inna ilaihi raji'un.</w:t>
      </w:r>
      <w:r>
        <w:br/>
      </w:r>
      <w:r>
        <w:rPr>
          <w:sz w:val="20"/>
        </w:rPr>
        <w:t>19:13  aadmi dunya mein is tarah rehta hai jaise ke bas wo azaad hai. jo chahe kare, jehe chahe rahe.</w:t>
      </w:r>
      <w:r>
        <w:br/>
      </w:r>
      <w:r>
        <w:rPr>
          <w:sz w:val="20"/>
        </w:rPr>
        <w:t>19:22  achanak maut aa kar batati hai ke tum galat soch mein the.</w:t>
      </w:r>
      <w:r>
        <w:br/>
      </w:r>
      <w:r>
        <w:rPr>
          <w:sz w:val="20"/>
        </w:rPr>
        <w:t>19:30  tum galat soch mein the, tum Khuda ke control mein ho. tumhari azaadi khatm.</w:t>
      </w:r>
      <w:r>
        <w:br/>
      </w:r>
      <w:r>
        <w:rPr>
          <w:sz w:val="20"/>
        </w:rPr>
        <w:t>19:40  ab dekhiye, aik aadmi chalis saal, pachas saal, saath saal, sattar saal, assi saal bas isi tarah mar jata hai wo. to azaadi kitni azaad azaadi hamein mili hui hai.</w:t>
      </w:r>
      <w:r>
        <w:br/>
      </w:r>
      <w:r>
        <w:rPr>
          <w:sz w:val="20"/>
        </w:rPr>
        <w:t>19:54  to aadmi ko maut jo hai, aadmi ko yaad dilati hai</w:t>
      </w:r>
      <w:r>
        <w:br/>
      </w:r>
      <w:r>
        <w:rPr>
          <w:sz w:val="20"/>
        </w:rPr>
        <w:t>20:02  ke jis tarah se Khuda ne mujh ko paida kiya hai, usi tarah Khuda mujhe wapas bula lega.</w:t>
      </w:r>
      <w:r>
        <w:br/>
      </w:r>
      <w:r>
        <w:rPr>
          <w:sz w:val="20"/>
        </w:rPr>
        <w:t>20:13  yahan mein bataunga, batana chahunga ke Khuda ka takhleeqi mansooba kya hai?</w:t>
      </w:r>
      <w:r>
        <w:br/>
      </w:r>
      <w:r>
        <w:rPr>
          <w:sz w:val="20"/>
        </w:rPr>
        <w:t>20:23  aur maut ka is mein kya darja hai?</w:t>
      </w:r>
    </w:p>
    <w:p>
      <w:pPr>
        <w:pStyle w:val="Heading2"/>
      </w:pPr>
      <w:r>
        <w:t>Death, the Quran, and facing eternity</w:t>
      </w:r>
    </w:p>
    <w:p>
      <w:r>
        <w:rPr>
          <w:color w:val="666666"/>
          <w:sz w:val="18"/>
        </w:rPr>
        <w:t>On Death June 08, 2014 · 5m 32s · at 5:03 · https://youtu.be/p0lSKQ0edmw?t=303</w:t>
      </w:r>
    </w:p>
    <w:p>
      <w:r>
        <w:rPr>
          <w:i/>
        </w:rPr>
        <w:t>“Quran mein aayat hai: kullu nafsin dha'iqatul mawt”</w:t>
      </w:r>
    </w:p>
    <w:p>
      <w:r>
        <w:rPr>
          <w:sz w:val="20"/>
        </w:rPr>
        <w:t>5:03  to kaisi bhayanak baat hai yeh. ab aap dekhiye ke Quran mein is ke bare mein kya hai.</w:t>
      </w:r>
      <w:r>
        <w:br/>
      </w:r>
      <w:r>
        <w:rPr>
          <w:sz w:val="20"/>
        </w:rPr>
        <w:t>5:15  Quran mein ayat hai: kul nafsin za'iqatul maut, thumma ilaina turja'un</w:t>
      </w:r>
      <w:r>
        <w:br/>
      </w:r>
      <w:r>
        <w:rPr>
          <w:sz w:val="20"/>
        </w:rPr>
        <w:t>5:28  kaisi ajeeb ayat hai yeh.</w:t>
      </w:r>
      <w:r>
        <w:br/>
      </w:r>
      <w:r>
        <w:rPr>
          <w:sz w:val="20"/>
        </w:rPr>
        <w:t>5:31  kul nafsin za'iqatul maut, thumma ilaina turja'un har insaan ko zaroor marna hai.</w:t>
      </w:r>
      <w:r>
        <w:br/>
      </w:r>
      <w:r>
        <w:rPr>
          <w:sz w:val="20"/>
        </w:rPr>
        <w:t>5:44  phir tum Allah ki taraf lotaye jaoge.</w:t>
      </w:r>
      <w:r>
        <w:br/>
      </w:r>
      <w:r>
        <w:rPr>
          <w:sz w:val="20"/>
        </w:rPr>
        <w:t>5:51  yeh lotaya jana kitna bhayanak baat hai.</w:t>
      </w:r>
      <w:r>
        <w:br/>
      </w:r>
      <w:r>
        <w:rPr>
          <w:sz w:val="20"/>
        </w:rPr>
        <w:t>6:00  aam taur par yeh samjha jata hai ke aam taur par logon ka farq zindagi ka jo principle hai, woh hai: right here, right now.</w:t>
      </w:r>
      <w:r>
        <w:br/>
      </w:r>
      <w:r>
        <w:rPr>
          <w:sz w:val="20"/>
        </w:rPr>
        <w:t>6:10  lekin yeh to fast formula hai.</w:t>
      </w:r>
      <w:r>
        <w:br/>
      </w:r>
      <w:r>
        <w:rPr>
          <w:sz w:val="20"/>
        </w:rPr>
        <w:t>6:16  maut jo hai, aadmi ke</w:t>
      </w:r>
      <w:r>
        <w:br/>
      </w:r>
      <w:r>
        <w:rPr>
          <w:sz w:val="20"/>
        </w:rPr>
        <w:t>6:22  liye sab se bari reminder hai</w:t>
      </w:r>
      <w:r>
        <w:br/>
      </w:r>
      <w:r>
        <w:rPr>
          <w:sz w:val="20"/>
        </w:rPr>
        <w:t>6:28  ke tum abhi tak dunya ki zindagi mein the, ab tumhein creator ke paas jana hai, khalique ke paas jana hai. maut ka matlab hai: return to the creator.</w:t>
      </w:r>
      <w:r>
        <w:br/>
      </w:r>
      <w:r>
        <w:rPr>
          <w:sz w:val="20"/>
        </w:rPr>
        <w:t>6:42  kaisi bhayanak baat hai yeh.</w:t>
      </w:r>
      <w:r>
        <w:br/>
      </w:r>
      <w:r>
        <w:rPr>
          <w:sz w:val="20"/>
        </w:rPr>
        <w:t>6:49  maut ka din end ka din nahin hai, khatme ka din nahin hai. balke Khuda ki taraf wapsi ka din hai.</w:t>
      </w:r>
      <w:r>
        <w:br/>
      </w:r>
      <w:r>
        <w:rPr>
          <w:sz w:val="20"/>
        </w:rPr>
        <w:t>6:59  thumma ilaina turja'un phir tum hamare paas, hamari taraf lotaye jaoge.</w:t>
      </w:r>
      <w:r>
        <w:br/>
      </w:r>
      <w:r>
        <w:rPr>
          <w:sz w:val="20"/>
        </w:rPr>
        <w:t>7:08  kaisi ajeeb baat yeh hai ke maut aap ki zindagi. har aadmi ko maut ka tajurba hona hai.</w:t>
      </w:r>
      <w:r>
        <w:br/>
      </w:r>
      <w:r>
        <w:rPr>
          <w:sz w:val="20"/>
        </w:rPr>
        <w:t>7:19  kul nafsin za'iqatul maut aur maut kisi insaan ke liye end nahin hai, khatma nahin hai.</w:t>
      </w:r>
      <w:r>
        <w:br/>
      </w:r>
      <w:r>
        <w:rPr>
          <w:sz w:val="20"/>
        </w:rPr>
        <w:t>7:30  maut woh din hai jabke paida hone wala, paida hone wala, paida karne wale ki taraf lota diya jata hai. aur phir wahan par hisab kitab hota hai, us ke abadi,</w:t>
      </w:r>
      <w:r>
        <w:br/>
      </w:r>
      <w:r>
        <w:rPr>
          <w:sz w:val="20"/>
        </w:rPr>
        <w:t>7:46  us ke eternal future ka faisla kiya jata hai. us ke amal ke mutabiq. yaani maut ke baad eternity hai.</w:t>
      </w:r>
      <w:r>
        <w:br/>
      </w:r>
      <w:r>
        <w:rPr>
          <w:sz w:val="20"/>
        </w:rPr>
        <w:t>8:00  ek sahib se meri baat hui thi, ho rahi thi. woh bohat badh badh ke baatein kar rahe the. to meri zuban se nikla: aap yeh sochiye ke eternity ko aap kaise face karenge?</w:t>
      </w:r>
      <w:r>
        <w:br/>
      </w:r>
      <w:r>
        <w:rPr>
          <w:sz w:val="20"/>
        </w:rPr>
        <w:t>8:18  abhi to mamla 64 saal ka tha. 64, 64 saal ko to aap ne jhel liya. eternity ko kaise face karenge?</w:t>
      </w:r>
      <w:r>
        <w:br/>
      </w:r>
      <w:r>
        <w:rPr>
          <w:sz w:val="20"/>
        </w:rPr>
        <w:t>8:33  kaise face karen ge?</w:t>
      </w:r>
      <w:r>
        <w:br/>
      </w:r>
      <w:r>
        <w:rPr>
          <w:sz w:val="20"/>
        </w:rPr>
        <w:t>8:38  abhi jo moza mein pehne hon, moze ke andar aik chota sa koi cheez chali gayi thi. to paon mein chubh rahi thi woh.</w:t>
      </w:r>
      <w:r>
        <w:br/>
      </w:r>
      <w:r>
        <w:rPr>
          <w:sz w:val="20"/>
        </w:rPr>
        <w:t>8:49  bar bar. to jab tak maine moze se is cheez ko nikal nahi liya, tab tak mujhe chain nahi aaya.</w:t>
      </w:r>
      <w:r>
        <w:br/>
      </w:r>
      <w:r>
        <w:rPr>
          <w:sz w:val="20"/>
        </w:rPr>
        <w:t>9:00  to maine socha ke agar itna sa bhi akhirat mein itni si bhi mujhe, itni si punishment bhi di jaye ke tumhare paon mein aik keil chupi rahe gi, woh kabhi nikle gi nahi.</w:t>
      </w:r>
      <w:r>
        <w:br/>
      </w:r>
      <w:r>
        <w:rPr>
          <w:sz w:val="20"/>
        </w:rPr>
        <w:t>9:18  aik choti si keil.</w:t>
      </w:r>
      <w:r>
        <w:br/>
      </w:r>
      <w:r>
        <w:rPr>
          <w:sz w:val="20"/>
        </w:rPr>
        <w:t>9:25  to kya haal hoga mera?</w:t>
      </w:r>
      <w:r>
        <w:br/>
      </w:r>
      <w:r>
        <w:rPr>
          <w:sz w:val="20"/>
        </w:rPr>
        <w:t>9:29  to dekhiye, hadith mein aata hai: al-nasu niyamun idha matu intabahu log so rahe hain.</w:t>
      </w:r>
      <w:r>
        <w:br/>
      </w:r>
      <w:r>
        <w:rPr>
          <w:sz w:val="20"/>
        </w:rPr>
        <w:t>9:44  jab un par maut aaye gi, tab woh jaagen ge.</w:t>
      </w:r>
      <w:r>
        <w:br/>
      </w:r>
      <w:r>
        <w:rPr>
          <w:sz w:val="20"/>
        </w:rPr>
        <w:t>9:49  kaisi ajeeb baat hai. yeh jis ko aap zindagi samajh rahe hain, yeh yeh sona hai, bekhabari hai.</w:t>
      </w:r>
      <w:r>
        <w:br/>
      </w:r>
      <w:r>
        <w:rPr>
          <w:sz w:val="20"/>
        </w:rPr>
        <w:t>9:58  kyunke hum jo eternity ka jo, yeh eternity ka jo face karne ka muamla hai, us ko soche baghair hum dunya mein jee rahe hain.</w:t>
      </w:r>
      <w:r>
        <w:br/>
      </w:r>
      <w:r>
        <w:rPr>
          <w:sz w:val="20"/>
        </w:rPr>
        <w:t>10:18  to 64 saal ki zindagi ke bare mein to hum sara jatan karte hain. aur is ke baad jo eternity aane wali hai hamare samne, us ka koi, us ki koi tayari nahi.</w:t>
      </w:r>
      <w:r>
        <w:br/>
      </w:r>
      <w:r>
        <w:rPr>
          <w:sz w:val="20"/>
        </w:rPr>
        <w:t>10:28  yeh hai sara masla.</w:t>
      </w:r>
    </w:p>
    <w:p>
      <w:pPr>
        <w:pStyle w:val="Heading2"/>
      </w:pPr>
      <w:r>
        <w:t>Actions depend on intentions, with hijra example</w:t>
      </w:r>
    </w:p>
    <w:p>
      <w:r>
        <w:rPr>
          <w:color w:val="666666"/>
          <w:sz w:val="18"/>
        </w:rPr>
        <w:t>Hadith-e-Rasool (Sayings of The Prophet of Islam) 20 June 2010 - Maulana Wahiduddin Khan · 5m 56s · at 14:01 · https://youtu.be/mxGQaBimM_Q?t=841</w:t>
      </w:r>
    </w:p>
    <w:p>
      <w:r>
        <w:rPr>
          <w:i/>
        </w:rPr>
        <w:t>“ایسے ہی دیکھیے ایک حدیث جو امام بخاری نے”</w:t>
      </w:r>
    </w:p>
    <w:p>
      <w:r>
        <w:rPr>
          <w:sz w:val="20"/>
        </w:rPr>
        <w:t>14:01  aise hi dekhiye ek hadith jo imam bukhari ne sab se pehla badi rivayat jo jama nakl ki hai apni kitab mein wo yahi hai ke "inma al aamal bil niyyat".</w:t>
      </w:r>
      <w:r>
        <w:br/>
      </w:r>
      <w:r>
        <w:rPr>
          <w:sz w:val="20"/>
        </w:rPr>
        <w:t>14:16  amal ka daromadar niyat par hai. yani actions depend on intention.</w:t>
      </w:r>
      <w:r>
        <w:br/>
      </w:r>
      <w:r>
        <w:rPr>
          <w:sz w:val="20"/>
        </w:rPr>
        <w:t>14:29  duniya mein hum jo kuch bhi karte hain wo is ke zahir ke aitbar se Allah ke haan nahi liya jayega. andar ke intention ke aitbar se liya jayega.</w:t>
      </w:r>
      <w:r>
        <w:br/>
      </w:r>
      <w:r>
        <w:rPr>
          <w:sz w:val="20"/>
        </w:rPr>
        <w:t>14:40  yani spirit ke aitbar se.</w:t>
      </w:r>
      <w:r>
        <w:br/>
      </w:r>
      <w:r>
        <w:rPr>
          <w:sz w:val="20"/>
        </w:rPr>
        <w:t>14:44  chahe aap kalma padhein, chahe aap namaz padhein, chahe aap hajj karein, chahe aap apna paisa dein achhe kamon mein, kuch bhi.</w:t>
      </w:r>
      <w:r>
        <w:br/>
      </w:r>
      <w:r>
        <w:rPr>
          <w:sz w:val="20"/>
        </w:rPr>
        <w:t>14:55  to ek is ka zahir hota hai. lekin khusoosan is ke zahir ke aitbar se Allah ke haan darja nahi banta. kis aap ne kis spirit se diya hai, kis jazbe se diya hai, kis niyat se diya hai.</w:t>
      </w:r>
      <w:r>
        <w:br/>
      </w:r>
      <w:r>
        <w:rPr>
          <w:sz w:val="20"/>
        </w:rPr>
        <w:t>15:09  wo mana jayega.</w:t>
      </w:r>
      <w:r>
        <w:br/>
      </w:r>
      <w:r>
        <w:rPr>
          <w:sz w:val="20"/>
        </w:rPr>
        <w:t>15:13  jaise misal ke taur par quran majeed mein hai ke "yutoon wa quloob wajilah". yani logon ko dete hain jo dete hain wo.</w:t>
      </w:r>
      <w:r>
        <w:br/>
      </w:r>
      <w:r>
        <w:rPr>
          <w:sz w:val="20"/>
        </w:rPr>
        <w:t>15:24  aur un ke dil kanp rahe hote hain.</w:t>
      </w:r>
      <w:r>
        <w:br/>
      </w:r>
      <w:r>
        <w:rPr>
          <w:sz w:val="20"/>
        </w:rPr>
        <w:t>15:31  kaisi ajib baat hai.</w:t>
      </w:r>
      <w:r>
        <w:br/>
      </w:r>
      <w:r>
        <w:rPr>
          <w:sz w:val="20"/>
        </w:rPr>
        <w:t>15:34  "inma nutimo kum li wajilah la nureed minkum jaza sakura". "ana nakhaf min rabbina yawma abusa qamira".</w:t>
      </w:r>
      <w:r>
        <w:br/>
      </w:r>
      <w:r>
        <w:rPr>
          <w:sz w:val="20"/>
        </w:rPr>
        <w:t>15:46  yani aap ne paisa diya kisi ko. to paisa dene ke waqt aap ka jazba kya tha? ye nahi tha ke maine ghareeb ko, main ameer tha, maine ghareeb ki madad kar di.</w:t>
      </w:r>
      <w:r>
        <w:br/>
      </w:r>
      <w:r>
        <w:rPr>
          <w:sz w:val="20"/>
        </w:rPr>
        <w:t>15:58  ye nahi.</w:t>
      </w:r>
      <w:r>
        <w:br/>
      </w:r>
      <w:r>
        <w:rPr>
          <w:sz w:val="20"/>
        </w:rPr>
        <w:t>16:01  ye jazba nahi ke ek ek shakhs ghareeb tha, main paise wala tha to maine madad kar di. yani is ko dekh kar aap ko apni wo hasiyat yaad aayi jo Allah taala ke haan aap ki hone wali hai.</w:t>
      </w:r>
      <w:r>
        <w:br/>
      </w:r>
      <w:r>
        <w:rPr>
          <w:sz w:val="20"/>
        </w:rPr>
        <w:t>16:14  kyunki wo waqt aata hai ke sab log ghareeb ho jayenge.</w:t>
      </w:r>
      <w:r>
        <w:br/>
      </w:r>
      <w:r>
        <w:rPr>
          <w:sz w:val="20"/>
        </w:rPr>
        <w:t>16:20  wo waqt aane wala hai qayamat ke baad jahan sare farq mit jayenge. ameer o ghareeb ka farq mit jayega.</w:t>
      </w:r>
      <w:r>
        <w:br/>
      </w:r>
      <w:r>
        <w:rPr>
          <w:sz w:val="20"/>
        </w:rPr>
        <w:t>16:31  chhote bade ka farq mit jayega. black and white ka farq mit jayega.</w:t>
      </w:r>
      <w:r>
        <w:br/>
      </w:r>
      <w:r>
        <w:rPr>
          <w:sz w:val="20"/>
        </w:rPr>
        <w:t>16:38  jitne farq is duniya mein hain jis ki wajah se log ek dusre se discrimination karte hain wo sab farq mit jayega.</w:t>
      </w:r>
      <w:r>
        <w:br/>
      </w:r>
      <w:r>
        <w:rPr>
          <w:sz w:val="20"/>
        </w:rPr>
        <w:t>16:48  to aadmi ne dekha ek ghareeb ko, ek bimar ko, ek apahij ko, ek kamzor ko</w:t>
      </w:r>
      <w:r>
        <w:br/>
      </w:r>
      <w:r>
        <w:rPr>
          <w:sz w:val="20"/>
        </w:rPr>
        <w:t>16:57  to us ko apna waqt yaad aaya jab wo khud bhi aise hi ho jayega.</w:t>
      </w:r>
      <w:r>
        <w:br/>
      </w:r>
      <w:r>
        <w:rPr>
          <w:sz w:val="20"/>
        </w:rPr>
        <w:t>17:04  to us ne is jazbe se itna zyada wo mutasir hua ke us ne us ko jaldi se madad ki. kyun? taake Allah taala meri madad kare is din.</w:t>
      </w:r>
      <w:r>
        <w:br/>
      </w:r>
      <w:r>
        <w:rPr>
          <w:sz w:val="20"/>
        </w:rPr>
        <w:t>17:15  is din mujhe khilaye jab main bhooka rahunga. is din mujhe sahara de jab main apahij ho jaunga.</w:t>
      </w:r>
      <w:r>
        <w:br/>
      </w:r>
      <w:r>
        <w:rPr>
          <w:sz w:val="20"/>
        </w:rPr>
        <w:t>17:23  to ye ye ye hai is ka naam hai niyat. is ka naam hai spirit. to "inma al aamal bil niyyat" koi mysterious cheez nahi hai.</w:t>
      </w:r>
      <w:r>
        <w:br/>
      </w:r>
      <w:r>
        <w:rPr>
          <w:sz w:val="20"/>
        </w:rPr>
        <w:t>17:33  koi purasarar cheez nahi hai. wo spirit ka naam hai, wo jazbe ka naam hai.</w:t>
      </w:r>
      <w:r>
        <w:br/>
      </w:r>
      <w:r>
        <w:rPr>
          <w:sz w:val="20"/>
        </w:rPr>
        <w:t>17:42  ke kis kis motivation ke sath aap ne wo kaam kiya us ka naam hai.</w:t>
      </w:r>
      <w:r>
        <w:br/>
      </w:r>
      <w:r>
        <w:rPr>
          <w:sz w:val="20"/>
        </w:rPr>
        <w:t>17:50  to hadith mein mazeed yeh hai ke hijrat ko le kar ke ke hijrat jis ne ki to agar hijrat is ne ki hai paisa kamane ke liye to us ko paisa hi mile ga.</w:t>
      </w:r>
      <w:r>
        <w:br/>
      </w:r>
      <w:r>
        <w:rPr>
          <w:sz w:val="20"/>
        </w:rPr>
        <w:t>18:04  aur deen ke liye ki hai to us ko deen mile ga.</w:t>
      </w:r>
      <w:r>
        <w:br/>
      </w:r>
      <w:r>
        <w:rPr>
          <w:sz w:val="20"/>
        </w:rPr>
        <w:t>18:08  yeh bohat ajeeb baat hai. aaj kal dekhiye bohat log jate hain idhar udhar. apne mulkon ko chhod kar bahir jate hain.</w:t>
      </w:r>
      <w:r>
        <w:br/>
      </w:r>
      <w:r>
        <w:rPr>
          <w:sz w:val="20"/>
        </w:rPr>
        <w:t>18:18  to agar woh ja rahe hain paisa kamane ke liye to un ke hisse mein sirf paisa aye ga aur kuch nahi aye ga. agar woh ja rahe hain ke</w:t>
      </w:r>
      <w:r>
        <w:br/>
      </w:r>
      <w:r>
        <w:rPr>
          <w:sz w:val="20"/>
        </w:rPr>
        <w:t>18:26  doosre bande jo doosre mulkon mein bas rahe hain un ko hum Allah ka paigham pohnchayen to phir woh aur cheez mile gi.</w:t>
      </w:r>
      <w:r>
        <w:br/>
      </w:r>
      <w:r>
        <w:rPr>
          <w:sz w:val="20"/>
        </w:rPr>
        <w:t>18:46  is par ghhor karte hue meri sahib ne farmaya ke do shaklein hain. ya to aap one one one mission banen ya one one two mission banen.</w:t>
      </w:r>
      <w:r>
        <w:br/>
      </w:r>
      <w:r>
        <w:rPr>
          <w:sz w:val="20"/>
        </w:rPr>
        <w:t>18:56  jab aap hijrat karte hain, bahir jate hain to ya to aap aap ka sole purpose yeh ho ke bahir ja kar ke aap dawat ka kaam karen ge.</w:t>
      </w:r>
      <w:r>
        <w:br/>
      </w:r>
      <w:r>
        <w:rPr>
          <w:sz w:val="20"/>
        </w:rPr>
        <w:t>19:09  aur koi maqsad nahi. baqi kya hoga woh Allah par daal den. kya khayen ge, kya piyen ge, kya pehnen ge, kahan rahen ge yeh sab Allah par daal den.</w:t>
      </w:r>
      <w:r>
        <w:br/>
      </w:r>
      <w:r>
        <w:rPr>
          <w:sz w:val="20"/>
        </w:rPr>
        <w:t>19:21  jaise sahaba gaye thay. hajjat ul wida ke baad sahaba gaye</w:t>
      </w:r>
      <w:r>
        <w:br/>
      </w:r>
      <w:r>
        <w:rPr>
          <w:sz w:val="20"/>
        </w:rPr>
        <w:t>19:27  to na kahin kisi hotel mein un ka reservation tha na us mulk ki currency thi un ke paas. hatta ke wahan ki zaban bhi nahi aati thi un ko.</w:t>
      </w:r>
      <w:r>
        <w:br/>
      </w:r>
      <w:r>
        <w:rPr>
          <w:sz w:val="20"/>
        </w:rPr>
        <w:t>19:38  bas chale gaye dawat ka jazba le kar ke. ek hai one one one mission.</w:t>
      </w:r>
      <w:r>
        <w:br/>
      </w:r>
      <w:r>
        <w:rPr>
          <w:sz w:val="20"/>
        </w:rPr>
        <w:t>19:44  Allah ki madad hoti hai phir woh sara kaam banta hai is ka. doosra hai one one two mission. yani fifty percent apni zindagi aap waqf karen khane kamane mein aur fifty percent kaam karen dawat ke kaam mein.</w:t>
      </w:r>
    </w:p>
    <w:p>
      <w:pPr>
        <w:pStyle w:val="Heading2"/>
      </w:pPr>
      <w:r>
        <w:t>Political power is God's domain, not the Muslims' mission</w:t>
      </w:r>
    </w:p>
    <w:p>
      <w:r>
        <w:rPr>
          <w:color w:val="666666"/>
          <w:sz w:val="18"/>
        </w:rPr>
        <w:t>The Right Path May 24, 2015 · 4m 51s · at 6:43 · https://youtu.be/XrsNdAp9PJA?t=403</w:t>
      </w:r>
    </w:p>
    <w:p>
      <w:r>
        <w:rPr>
          <w:i/>
        </w:rPr>
        <w:t>“Musalmano ne deen ko nifaz ka mana de diya hai”</w:t>
      </w:r>
    </w:p>
    <w:p>
      <w:r>
        <w:rPr>
          <w:sz w:val="20"/>
        </w:rPr>
        <w:t>6:43  to maujooda zamane mein yeh bohat bara aik masla paida hua hai ke logon ne deen ko nafaz ka mani de diya.</w:t>
      </w:r>
      <w:r>
        <w:br/>
      </w:r>
      <w:r>
        <w:rPr>
          <w:sz w:val="20"/>
        </w:rPr>
        <w:t>6:56  aaj kal jo aap dekhte hain ke har jagah musalman lad rahe hain, rozana aap jante hain media mein khabrein aati hain musalmanon ke gun culture ki, suicide bombing ki.</w:t>
      </w:r>
      <w:r>
        <w:br/>
      </w:r>
      <w:r>
        <w:rPr>
          <w:sz w:val="20"/>
        </w:rPr>
        <w:t>7:09  woh kis liye hai?</w:t>
      </w:r>
      <w:r>
        <w:br/>
      </w:r>
      <w:r>
        <w:rPr>
          <w:sz w:val="20"/>
        </w:rPr>
        <w:t>7:11  woh is liye ke is domain mein dakhil ho gaye hain jis jo domain un ka hai nahin. yaani hukoomat ka domain, hukoomat ka domain musalmanon ka domain nahin hai.</w:t>
      </w:r>
      <w:r>
        <w:br/>
      </w:r>
      <w:r>
        <w:rPr>
          <w:sz w:val="20"/>
        </w:rPr>
        <w:t>7:24  woh Allah ka hai. Allahu malik ul mulk tuti ul mulk man tasha'u wa tadha'u ul mulk min tasha'u yaani Allah yahan mulk malik hai, political power, siyasi iqtadar.</w:t>
      </w:r>
      <w:r>
        <w:br/>
      </w:r>
      <w:r>
        <w:rPr>
          <w:sz w:val="20"/>
        </w:rPr>
        <w:t>7:38  yaani political power jo hai, woh Allah ka mamla hai, woh Allah ke domain ki cheez hai. jisko chahe de, jisko chahe chheen le.</w:t>
      </w:r>
      <w:r>
        <w:br/>
      </w:r>
      <w:r>
        <w:rPr>
          <w:sz w:val="20"/>
        </w:rPr>
        <w:t>7:50  jaise India mein dekhiye, bohat pehle rajaon ki hukoomat thi, bohat se raja the yahan, woh poore India mein hukoomat karte the.</w:t>
      </w:r>
      <w:r>
        <w:br/>
      </w:r>
      <w:r>
        <w:rPr>
          <w:sz w:val="20"/>
        </w:rPr>
        <w:t>8:02  phir Mughlon ka daur aaya, Mughal rule karne lage.</w:t>
      </w:r>
      <w:r>
        <w:br/>
      </w:r>
      <w:r>
        <w:rPr>
          <w:sz w:val="20"/>
        </w:rPr>
        <w:t>8:08  is ke baad phir British daur aaya, British rule karne lage. is ke baad phir national government bani, national parties rule karne lagi.</w:t>
      </w:r>
      <w:r>
        <w:br/>
      </w:r>
      <w:r>
        <w:rPr>
          <w:sz w:val="20"/>
        </w:rPr>
        <w:t>8:19  yeh sab yahan se wahan tak jo hai, yeh sab Khuda ka nizam hai.</w:t>
      </w:r>
      <w:r>
        <w:br/>
      </w:r>
      <w:r>
        <w:rPr>
          <w:sz w:val="20"/>
        </w:rPr>
        <w:t>8:25  yeh sab isi kitaab tehat hai ke Allahu malik ul mulk tuti ul mulk man tasha'u wa tadha'u ul mulk min tasha'u aye Allah, political power ka ikhtiyar tujh hi ko hai,</w:t>
      </w:r>
      <w:r>
        <w:br/>
      </w:r>
      <w:r>
        <w:rPr>
          <w:sz w:val="20"/>
        </w:rPr>
        <w:t>8:39  tu jisko chahe deta hai aur jisse chahe wapas leta hai. tanza'u ke maani wapas lena, yaani diya tha phir aap us ko le kar kisi aur ko dena.</w:t>
      </w:r>
      <w:r>
        <w:br/>
      </w:r>
      <w:r>
        <w:rPr>
          <w:sz w:val="20"/>
        </w:rPr>
        <w:t>8:53  is raaz ko na samajhne ki wajah se dunya ko logon ne tashaddud se bhar diya hai. dunya ko logon ne tashaddud se bhar diya hai aur sirf Quran ke naam par kar rahe hain.</w:t>
      </w:r>
      <w:r>
        <w:br/>
      </w:r>
      <w:r>
        <w:rPr>
          <w:sz w:val="20"/>
        </w:rPr>
        <w:t>9:09  halanke dekhiye, Quran mein kahin bhi is qism ke ahkam nahin aaye hain.</w:t>
      </w:r>
      <w:r>
        <w:br/>
      </w:r>
      <w:r>
        <w:rPr>
          <w:sz w:val="20"/>
        </w:rPr>
        <w:t>9:15  Quran mein kahin bhi is tarah ke ahkam nahin aaye hain jis ko khud sakhta taur par unhon ne bana rakha hai.</w:t>
      </w:r>
      <w:r>
        <w:br/>
      </w:r>
      <w:r>
        <w:rPr>
          <w:sz w:val="20"/>
        </w:rPr>
        <w:t>9:23  misal ke taur par dekhiye, Quran mein hai ke aqim ul salat namaz ada karo. aqim ul salat ka matlab hai namaz ada karo.</w:t>
      </w:r>
      <w:r>
        <w:br/>
      </w:r>
      <w:r>
        <w:rPr>
          <w:sz w:val="20"/>
        </w:rPr>
        <w:t>9:38  lekin Quran mein kahin bhi nahin hai ke aqim ul dawlat ul Islam</w:t>
      </w:r>
      <w:r>
        <w:br/>
      </w:r>
      <w:r>
        <w:rPr>
          <w:sz w:val="20"/>
        </w:rPr>
        <w:t>9:45  yaani Islami hukoomat qaim karo. yeh to kahin hai hi nahin.</w:t>
      </w:r>
      <w:r>
        <w:br/>
      </w:r>
      <w:r>
        <w:rPr>
          <w:sz w:val="20"/>
        </w:rPr>
        <w:t>9:51  to namaz jo hai, aap ka zaati fe'l hai. aap chahein to namaz ada karein ge, nahin to nahin karein ge. to aap ke zaati daire ki cheez hai namaz ada karna.</w:t>
      </w:r>
      <w:r>
        <w:br/>
      </w:r>
      <w:r>
        <w:rPr>
          <w:sz w:val="20"/>
        </w:rPr>
        <w:t>10:05  lekin agar aap yeh kahein ke hukoomat qaim karna mera kaam hai, logon se lad kar unhein inced karna, yeh meri zimmedari hai, to aap Khuda ke domain mein dakhil ho gaye.</w:t>
      </w:r>
      <w:r>
        <w:br/>
      </w:r>
      <w:r>
        <w:rPr>
          <w:sz w:val="20"/>
        </w:rPr>
        <w:t>10:17  main dekhiye, wasee se aap kahein ke main suraj se ladunga, main hawaon se ladunga, main samundaron se ladunga.</w:t>
      </w:r>
      <w:r>
        <w:br/>
      </w:r>
      <w:r>
        <w:rPr>
          <w:sz w:val="20"/>
        </w:rPr>
        <w:t>10:26  itni hi ridiculous baat hai yeh. woh itni hi ridiculous baat hai ke jin logon ke haath mein political power hai, us se ladein aap.</w:t>
      </w:r>
      <w:r>
        <w:br/>
      </w:r>
      <w:r>
        <w:rPr>
          <w:sz w:val="20"/>
        </w:rPr>
        <w:t>10:38  yeh Allah ka, is ko main kahunga ke yeh is ka ta'alluq hai management of history se. yaani political power part of history hai aur Allah apne ilm ke mutabiq, apne mansha ke mutabiq history ko manage kar raha hai.</w:t>
      </w:r>
      <w:r>
        <w:br/>
      </w:r>
      <w:r>
        <w:rPr>
          <w:sz w:val="20"/>
        </w:rPr>
        <w:t>11:01  history ko manage kar raha hai.</w:t>
      </w:r>
      <w:r>
        <w:br/>
      </w:r>
      <w:r>
        <w:rPr>
          <w:sz w:val="20"/>
        </w:rPr>
        <w:t>11:04  namaz to aap khud parhte hain, namaz aap ki apni hoti hai. lekin jo history ke mamlaat hain, jis mein shamil hai political power, woh Allah manage kar raha hai.</w:t>
      </w:r>
      <w:r>
        <w:br/>
      </w:r>
      <w:r>
        <w:rPr>
          <w:sz w:val="20"/>
        </w:rPr>
        <w:t>11:15  aap ke kehne se kuch nahin hoga.</w:t>
      </w:r>
      <w:r>
        <w:br/>
      </w:r>
      <w:r>
        <w:rPr>
          <w:sz w:val="20"/>
        </w:rPr>
        <w:t>11:22  isi liye quran mein aisi koi ayat nahi hai jis mein yeh nikle ke tumhari zimmedari ke tum hukoomat qaim karo. aqeemu dawlatul islam yeh kahin nahi hai.</w:t>
      </w:r>
    </w:p>
    <w:p>
      <w:pPr>
        <w:pStyle w:val="Heading2"/>
      </w:pPr>
      <w:r>
        <w:t>The hard path to Paradise is self-purification, not shortcuts</w:t>
      </w:r>
    </w:p>
    <w:p>
      <w:r>
        <w:rPr>
          <w:color w:val="666666"/>
          <w:sz w:val="18"/>
        </w:rPr>
        <w:t>Divine Ideology of Life I 11 July 2010 · 4m 32s · at 1:18:38 · https://youtu.be/wOmHVfyjMJY?t=4718</w:t>
      </w:r>
    </w:p>
    <w:p>
      <w:r>
        <w:rPr>
          <w:i/>
        </w:rPr>
        <w:t>“Bahut kam log meri ummat ke jannat mein jayenge, raasta mushkil hai”</w:t>
      </w:r>
    </w:p>
    <w:p>
      <w:r>
        <w:rPr>
          <w:sz w:val="20"/>
        </w:rPr>
        <w:t>1:18:38  Maulana, agla sawal aaya hai Miss Gul Zeebah Ahmed ka Maryland, USA se. She has written: "Maulana, first I would like to thank you for your great advice at a teleconference meeting early morning today.</w:t>
      </w:r>
      <w:r>
        <w:br/>
      </w:r>
      <w:r>
        <w:rPr>
          <w:sz w:val="20"/>
        </w:rPr>
        <w:t>1:18:53  My question is: when Prophet Muhammad went on Miraj, he was shown Jannah there. He was also shown the path to Jannah, which he found to be full of difficulties.</w:t>
      </w:r>
      <w:r>
        <w:br/>
      </w:r>
      <w:r>
        <w:rPr>
          <w:sz w:val="20"/>
        </w:rPr>
        <w:t>1:19:07  After seeing this path, the Prophet said: 'Very few people of my Ummah will enter into Jannah because the path is very difficult.' Maulana, my question to you is: when the path is so difficult, then how come some molvis advise us to recite some Surahs and Duas every day to get to Jannah?"</w:t>
      </w:r>
      <w:r>
        <w:br/>
      </w:r>
      <w:r>
        <w:rPr>
          <w:sz w:val="20"/>
        </w:rPr>
        <w:t>1:19:33  woh to mein ne abhi aap ne kaha hai aap ne is mein ke us waqt jo Islam hai woh to Islam ka reduced form hai. yani mein to khud se ek Islam ka form bana liya hai.</w:t>
      </w:r>
      <w:r>
        <w:br/>
      </w:r>
      <w:r>
        <w:rPr>
          <w:sz w:val="20"/>
        </w:rPr>
        <w:t>1:19:47  reduced bhi nahi hai, invited form hai woh. yeh to bilkul yeh yani 100 percent yeh baseless hai.</w:t>
      </w:r>
      <w:r>
        <w:br/>
      </w:r>
      <w:r>
        <w:rPr>
          <w:sz w:val="20"/>
        </w:rPr>
        <w:t>1:19:55  yeh sab cheezein yeh bohat jannat, woh bohat jannat, yeh sab bilkul baseless hai. 100 percent baseless hai.</w:t>
      </w:r>
      <w:r>
        <w:br/>
      </w:r>
      <w:r>
        <w:rPr>
          <w:sz w:val="20"/>
        </w:rPr>
        <w:t>1:20:02  yeh Surah ko parh lene se yeh falan waqt do rakat namaz parh lo, falan yeh falan jagah chale jao, falan jagah chale jao, jannat mil jayegi. yeh sab bilkul baseless baatein hain.</w:t>
      </w:r>
      <w:r>
        <w:br/>
      </w:r>
      <w:r>
        <w:rPr>
          <w:sz w:val="20"/>
        </w:rPr>
        <w:t>1:20:14  yaad rakhiye, jannat ke liye jo formula Quran mein bataya gaya hai woh yeh hai: zala jaza wa man tazakka</w:t>
      </w:r>
      <w:r>
        <w:br/>
      </w:r>
      <w:r>
        <w:rPr>
          <w:sz w:val="20"/>
        </w:rPr>
        <w:t>1:20:23  yani jannat us ke liye jis ne apna tazkiya kiya. tazkiya kiya, yeh nahi ke subah koi ayat padh li, shaam ko ayat padh li to bas jannat mein chala gaya.</w:t>
      </w:r>
      <w:r>
        <w:br/>
      </w:r>
      <w:r>
        <w:rPr>
          <w:sz w:val="20"/>
        </w:rPr>
        <w:t>1:20:33  yeh to bilkul hi ridiculous hai, ridiculous. tazkiya kiya yani apne aap ko purify kiya. zalik jaza wa man tazka jannat us ke liye jis ne apne aap ko, soul ko purify kiya.</w:t>
      </w:r>
      <w:r>
        <w:br/>
      </w:r>
      <w:r>
        <w:rPr>
          <w:sz w:val="20"/>
        </w:rPr>
        <w:t>1:20:49  purify karna kya hai?</w:t>
      </w:r>
      <w:r>
        <w:br/>
      </w:r>
      <w:r>
        <w:rPr>
          <w:sz w:val="20"/>
        </w:rPr>
        <w:t>1:20:51  har waqt hamare andar negative thought aate hain, us ko nikalna. har waqt hamare andar kuch galat khwahishein paida hoti hain, us se ladna.</w:t>
      </w:r>
      <w:r>
        <w:br/>
      </w:r>
      <w:r>
        <w:rPr>
          <w:sz w:val="20"/>
        </w:rPr>
        <w:t>1:21:01  har waqt hamare samne aise koi aata hai ke hum debate karne lagte hain. idhar is se apne ko idhar right path pe lagana, lana.</w:t>
      </w:r>
      <w:r>
        <w:br/>
      </w:r>
      <w:r>
        <w:rPr>
          <w:sz w:val="20"/>
        </w:rPr>
        <w:t>1:21:09  har waqt koi temptation hai, aulad ka hai, bachon ka hai, family ka hai, kisi bhi cheez ka. is temptation se apne ko bachana.</w:t>
      </w:r>
      <w:r>
        <w:br/>
      </w:r>
      <w:r>
        <w:rPr>
          <w:sz w:val="20"/>
        </w:rPr>
        <w:t>1:21:19  tab woh tazkiya hota hai, tab woh purified soul banta hai.</w:t>
      </w:r>
      <w:r>
        <w:br/>
      </w:r>
      <w:r>
        <w:rPr>
          <w:sz w:val="20"/>
        </w:rPr>
        <w:t>1:21:25  log to phanse rehte hain isi mein, apne ko yani pollute karte hain aur samajhte hain ke kuch kuch yeh kuch daane pe tasbeeh padh do, kuch suratein padh do to jannat pahunch jaoge.</w:t>
      </w:r>
      <w:r>
        <w:br/>
      </w:r>
      <w:r>
        <w:rPr>
          <w:sz w:val="20"/>
        </w:rPr>
        <w:t>1:21:39  to ridiculous, ridiculous.</w:t>
      </w:r>
      <w:r>
        <w:br/>
      </w:r>
      <w:r>
        <w:rPr>
          <w:sz w:val="20"/>
        </w:rPr>
        <w:t>1:21:46  to behal is ayat ko yaad rakhiye: zalik jaza mantazka aisi aayatein bahut sari hain.</w:t>
      </w:r>
      <w:r>
        <w:br/>
      </w:r>
      <w:r>
        <w:rPr>
          <w:sz w:val="20"/>
        </w:rPr>
        <w:t>1:21:53  ek hadith mein hai ke ek aadmi jab ek gunah karta hai, us ke dil pe ek dhabba pad jata hai. phir karta hai, phir padhta hai, phir karta hai, phir padhta hai.</w:t>
      </w:r>
      <w:r>
        <w:br/>
      </w:r>
      <w:r>
        <w:rPr>
          <w:sz w:val="20"/>
        </w:rPr>
        <w:t>1:22:03  yahan tak ke poora dil kala ho jata hai. yeh kala matlab yeh nahi ke sach much color color ke sach mein kala hota hai, nahi.</w:t>
      </w:r>
      <w:r>
        <w:br/>
      </w:r>
      <w:r>
        <w:rPr>
          <w:sz w:val="20"/>
        </w:rPr>
        <w:t>1:22:12  is ka matlab hai besht ho jata hai.</w:t>
      </w:r>
      <w:r>
        <w:br/>
      </w:r>
      <w:r>
        <w:rPr>
          <w:sz w:val="20"/>
        </w:rPr>
        <w:t>1:22:18  to is mein hadith mein kya bataya gaya hai ke jaise hi tum ko mehsoos ho ke ek dhabba pada, jaldi se mitao us ko. mitane ka tareeqa kya bataya hai?</w:t>
      </w:r>
      <w:r>
        <w:br/>
      </w:r>
      <w:r>
        <w:rPr>
          <w:sz w:val="20"/>
        </w:rPr>
        <w:t>1:22:29  kasrat zikr al maut wa tilawat al quran khoob zyada yaad karo maut ko aur khoob zyada padho.</w:t>
      </w:r>
      <w:r>
        <w:br/>
      </w:r>
      <w:r>
        <w:rPr>
          <w:sz w:val="20"/>
        </w:rPr>
        <w:t>1:22:37  khoob zyada study karo quran ki. padho nahi, study karo quran ki.</w:t>
      </w:r>
      <w:r>
        <w:br/>
      </w:r>
      <w:r>
        <w:rPr>
          <w:sz w:val="20"/>
        </w:rPr>
        <w:t>1:22:42  to ek ek course hai, ek process hai jo chalta hai. yani zindagi mein chalta rehta hai, yahan tak ke maut tak chalta hai.</w:t>
      </w:r>
      <w:r>
        <w:br/>
      </w:r>
      <w:r>
        <w:rPr>
          <w:sz w:val="20"/>
        </w:rPr>
        <w:t>1:22:51  woh har waqt apne ko purify karna, har waqt apne ko deviation se bachana, har waqt apne ko temptation se bachana.</w:t>
      </w:r>
      <w:r>
        <w:br/>
      </w:r>
      <w:r>
        <w:rPr>
          <w:sz w:val="20"/>
        </w:rPr>
        <w:t>1:23:01  har waqt jab aap ka focus hate, phir us ko focus ko dobara right path par lana. yeh hai course tazkiya ka.</w:t>
      </w:r>
    </w:p>
    <w:p>
      <w:pPr>
        <w:pStyle w:val="Heading2"/>
      </w:pPr>
      <w:r>
        <w:t>a fake riot headline story exposes media sensationalism</w:t>
      </w:r>
    </w:p>
    <w:p>
      <w:r>
        <w:rPr>
          <w:color w:val="666666"/>
          <w:sz w:val="18"/>
        </w:rPr>
        <w:t>Purpose of Human Life December 2, 2012 · 3m 11s · at 42:47 · https://youtu.be/EAoYsEtqWd8?t=2567</w:t>
      </w:r>
    </w:p>
    <w:p>
      <w:r>
        <w:rPr>
          <w:i/>
        </w:rPr>
        <w:t>“Main apna ek qissa bataun aapko”</w:t>
      </w:r>
    </w:p>
    <w:p>
      <w:r>
        <w:rPr>
          <w:sz w:val="20"/>
        </w:rPr>
        <w:t>42:47  main apna ek qissa bataoon aap ko. Ek martaba main bahar gaya hua tha to hawai jahaz mein jo akhbar hote hain, us ko maine parha.</w:t>
      </w:r>
      <w:r>
        <w:br/>
      </w:r>
      <w:r>
        <w:rPr>
          <w:sz w:val="20"/>
        </w:rPr>
        <w:t>43:00  to is mein ek Urdu ka Pakistani akhbar jahaz mein</w:t>
      </w:r>
      <w:r>
        <w:br/>
      </w:r>
      <w:r>
        <w:rPr>
          <w:sz w:val="20"/>
        </w:rPr>
        <w:t>43:09  tu as mein likha huwa tha, yaani headline thi: "bharat mein fasad, bharat mein hindu muslim fasad" . bharat ka lafz tha.</w:t>
      </w:r>
      <w:r>
        <w:br/>
      </w:r>
      <w:r>
        <w:rPr>
          <w:sz w:val="20"/>
        </w:rPr>
        <w:t>43:24  ab mein jab airport pe aata to mein is tarah ke jab saare bharat mein fasad ho raha hai to dehli mein fasad hoga. to bohat is mein tha ke ke kiya pata yeh halaat honge dehli mein.</w:t>
      </w:r>
      <w:r>
        <w:br/>
      </w:r>
      <w:r>
        <w:rPr>
          <w:sz w:val="20"/>
        </w:rPr>
        <w:t>43:36  to airport se utar kar mein ne jaa ke telephone karoon ghar walon ko to telephone mila na dein. to behal dar dar te dar te aaya to yahan kuch bhi nahi tha.</w:t>
      </w:r>
      <w:r>
        <w:br/>
      </w:r>
      <w:r>
        <w:rPr>
          <w:sz w:val="20"/>
        </w:rPr>
        <w:t>43:50  ek chota sa waqea tha, ek choti si call thi dehli mein,</w:t>
      </w:r>
      <w:r>
        <w:br/>
      </w:r>
      <w:r>
        <w:rPr>
          <w:sz w:val="20"/>
        </w:rPr>
        <w:t>43:59  ek unauthorized colony hai kehey, choti si dehli mein. wahan par kuch do, ek musalman, ek hindu mein jhagda ho gaya tha.</w:t>
      </w:r>
      <w:r>
        <w:br/>
      </w:r>
      <w:r>
        <w:rPr>
          <w:sz w:val="20"/>
        </w:rPr>
        <w:t>44:06  wahan kuch is ka qissa ho gaya tha. to us waqt chapa: "bharat mein hindu muslim fasad". yeh karta hai hara akhbar, yeh karta hai.</w:t>
      </w:r>
      <w:r>
        <w:br/>
      </w:r>
      <w:r>
        <w:rPr>
          <w:sz w:val="20"/>
        </w:rPr>
        <w:t>44:17  dhoond kar ke matlab saari india mein hazaron news thi, hazaron news un ko nahi chhapna tha, chhapna tha kiya news? ek choti si news.</w:t>
      </w:r>
      <w:r>
        <w:br/>
      </w:r>
      <w:r>
        <w:rPr>
          <w:sz w:val="20"/>
        </w:rPr>
        <w:t>44:30  to ise aaj kal kiya haal hai sab ka ke TV dekhte hain, akhbar parhte hain, is se woh apna mind banate hain.</w:t>
      </w:r>
      <w:r>
        <w:br/>
      </w:r>
      <w:r>
        <w:rPr>
          <w:sz w:val="20"/>
        </w:rPr>
        <w:t>44:43  aur jo TV hai, jo akhbar hai, is ka culture kiya hai? sensational news ko dhoond dhoond kar, dhoond dhoond kar lana, un ko numaya karna.</w:t>
      </w:r>
      <w:r>
        <w:br/>
      </w:r>
      <w:r>
        <w:rPr>
          <w:sz w:val="20"/>
        </w:rPr>
        <w:t>44:56  to is se musalmanon ka zehan baney. aa</w:t>
      </w:r>
      <w:r>
        <w:br/>
      </w:r>
      <w:r>
        <w:rPr>
          <w:sz w:val="20"/>
        </w:rPr>
        <w:t>45:00  jis ka musalman jo hai, is ka zehan Quran ne nahi banaya hai, hadith ne nahi banaya hai, zehan banaya hai akhbaron ne, TV ne.</w:t>
      </w:r>
      <w:r>
        <w:br/>
      </w:r>
      <w:r>
        <w:rPr>
          <w:sz w:val="20"/>
        </w:rPr>
        <w:t>45:10  yeh kitni kitni ajeeb baat hai! yeh musalman ka zehan banana chahiye Quran se, hadith se, Allah ki baaton se.</w:t>
      </w:r>
      <w:r>
        <w:br/>
      </w:r>
      <w:r>
        <w:rPr>
          <w:sz w:val="20"/>
        </w:rPr>
        <w:t>45:22  kis se ban raha hai? media se. aur media kiya hai?</w:t>
      </w:r>
      <w:r>
        <w:br/>
      </w:r>
      <w:r>
        <w:rPr>
          <w:sz w:val="20"/>
        </w:rPr>
        <w:t>45:28  wo selective news deta hai, selective news, yaani saari news nahi deta kehne ke liye. to wo news industry hai, lekin yeh galat baat hai.</w:t>
      </w:r>
      <w:r>
        <w:br/>
      </w:r>
      <w:r>
        <w:rPr>
          <w:sz w:val="20"/>
        </w:rPr>
        <w:t>45:38  media news industry nahi hai, wo to sirf selective news ki industry hai, selective. wo bhi kaun sa sensational news?</w:t>
      </w:r>
      <w:r>
        <w:br/>
      </w:r>
      <w:r>
        <w:rPr>
          <w:sz w:val="20"/>
        </w:rPr>
        <w:t>45:50  sensational news! to hamein apne is zehan ko badalna hoga,</w:t>
      </w:r>
    </w:p>
    <w:p>
      <w:pPr>
        <w:pStyle w:val="Heading2"/>
      </w:pPr>
      <w:r>
        <w:t>From morning experience to understanding paradise</w:t>
      </w:r>
    </w:p>
    <w:p>
      <w:r>
        <w:rPr>
          <w:color w:val="666666"/>
          <w:sz w:val="18"/>
        </w:rPr>
        <w:t>Dars-e-Quran, Chapter 2, Verse 35 | December 17, 2017 · 6m 04s · at 2:42 · https://youtu.be/Cd8MlWM7B9w?t=162</w:t>
      </w:r>
    </w:p>
    <w:p>
      <w:r>
        <w:rPr>
          <w:i/>
        </w:rPr>
        <w:t>“To mujhe ek, mere dil mein ek ek dua nikli”</w:t>
      </w:r>
    </w:p>
    <w:p>
      <w:r>
        <w:rPr>
          <w:sz w:val="20"/>
        </w:rPr>
        <w:t>2:42  to mujhe ek, mere dil mein ek ek dua nikli.</w:t>
      </w:r>
      <w:r>
        <w:br/>
      </w:r>
      <w:r>
        <w:rPr>
          <w:sz w:val="20"/>
        </w:rPr>
        <w:t>2:48  maine aap se zikr kiya hai ke bachpan se mujhe ek cheez bohat pasand rahi hai, khuli</w:t>
      </w:r>
      <w:r>
        <w:br/>
      </w:r>
      <w:r>
        <w:rPr>
          <w:sz w:val="20"/>
        </w:rPr>
        <w:t>2:54  fiza mein baithna subah ke waqt.</w:t>
      </w:r>
      <w:r>
        <w:br/>
      </w:r>
      <w:r>
        <w:rPr>
          <w:sz w:val="20"/>
        </w:rPr>
        <w:t>3:00  jab mein gaon mein rehta tha tab bhi, gaon mein ek darya thi to subah ke waqt wahan</w:t>
      </w:r>
      <w:r>
        <w:br/>
      </w:r>
      <w:r>
        <w:rPr>
          <w:sz w:val="20"/>
        </w:rPr>
        <w:t>3:06  mein chala jata tha, pul par baithta</w:t>
      </w:r>
      <w:r>
        <w:br/>
      </w:r>
      <w:r>
        <w:rPr>
          <w:sz w:val="20"/>
        </w:rPr>
        <w:t>3:12  tha subah ka manzar dekhne ke liye. To aaj main dua kiya, main ne Allah taala se ke kai din se main mehroom hoon subah ka manzar dekhne se. Kyun ke aap jante hain ke aaj kal hamare haan bohat thand hai, badal hota hai, qahar hota hai, subah ke waqt is qabil nahi hota ke post pe ja ke baithun.</w:t>
      </w:r>
      <w:r>
        <w:br/>
      </w:r>
      <w:r>
        <w:rPr>
          <w:sz w:val="20"/>
        </w:rPr>
        <w:t>3:42  to aaj maine raat ko lete lete dua ki, khuda aaj ki subah mere liye wahi subah</w:t>
      </w:r>
      <w:r>
        <w:br/>
      </w:r>
      <w:r>
        <w:rPr>
          <w:sz w:val="20"/>
        </w:rPr>
        <w:t>3:48  bana de jo ke mein subah ke manzar ko dekhun.</w:t>
      </w:r>
      <w:r>
        <w:br/>
      </w:r>
      <w:r>
        <w:rPr>
          <w:sz w:val="20"/>
        </w:rPr>
        <w:t>3:54  to waqeatan aisa hi hua.</w:t>
      </w:r>
      <w:r>
        <w:br/>
      </w:r>
      <w:r>
        <w:rPr>
          <w:sz w:val="20"/>
        </w:rPr>
        <w:t>4:00  mein bahar aaya to suraj nikla hua tha aur seedhi kirnein phaili hui theen.</w:t>
      </w:r>
      <w:r>
        <w:br/>
      </w:r>
      <w:r>
        <w:rPr>
          <w:sz w:val="20"/>
        </w:rPr>
        <w:t>4:06  aur hasb-e-ma</w:t>
      </w:r>
      <w:r>
        <w:br/>
      </w:r>
      <w:r>
        <w:rPr>
          <w:sz w:val="20"/>
        </w:rPr>
        <w:t>4:12  mool haray bharay darakht mere charon taraf thay, chidiyan ur rahi thin, khuli fiza thi. To woh sara manzar tha jis mein baithna mujhe bohat pasand hota hai. To aaj shayad yeh muqaddar tha ke mujhe yeh daryaft ho ke kyun mujhe pasand hai subah ka waqt. To subah ke waqt jab main baitha hua tha</w:t>
      </w:r>
      <w:r>
        <w:br/>
      </w:r>
      <w:r>
        <w:rPr>
          <w:sz w:val="20"/>
        </w:rPr>
        <w:t>4:42  اور بہت ہی زیادہ مجھے، مجھے بہت ہی pleasure کا experience ہو رہا تھا، بہت زیادہ۔</w:t>
      </w:r>
      <w:r>
        <w:br/>
      </w:r>
      <w:r>
        <w:rPr>
          <w:sz w:val="20"/>
        </w:rPr>
        <w:t>4:52  یعنی سورج کی روشنی میں pleasure، درختوں میں pleasure، چڑیاں اڑ رہی تھیں، خوبصورت pleasure، فضا میں pleasure،</w:t>
      </w:r>
      <w:r>
        <w:br/>
      </w:r>
      <w:r>
        <w:rPr>
          <w:sz w:val="20"/>
        </w:rPr>
        <w:t>5:02  yeh sara mahol full of p</w:t>
      </w:r>
      <w:r>
        <w:br/>
      </w:r>
      <w:r>
        <w:rPr>
          <w:sz w:val="20"/>
        </w:rPr>
        <w:t>5:12  leisure tha.</w:t>
      </w:r>
      <w:r>
        <w:br/>
      </w:r>
      <w:r>
        <w:rPr>
          <w:sz w:val="20"/>
        </w:rPr>
        <w:t>5:18  to us waqt mein yeh sochne laga, yeh kya cheez hai? aisa laga ke mein us waqt jannat</w:t>
      </w:r>
      <w:r>
        <w:br/>
      </w:r>
      <w:r>
        <w:rPr>
          <w:sz w:val="20"/>
        </w:rPr>
        <w:t>5:24  mein hoon, dunya ki jannat mein.</w:t>
      </w:r>
      <w:r>
        <w:br/>
      </w:r>
      <w:r>
        <w:rPr>
          <w:sz w:val="20"/>
        </w:rPr>
        <w:t>5:30  phir mein ne socha ke jannat kya cheez hai? jannat hai kya? to meri samajh mein aaya ke</w:t>
      </w:r>
      <w:r>
        <w:br/>
      </w:r>
      <w:r>
        <w:rPr>
          <w:sz w:val="20"/>
        </w:rPr>
        <w:t>5:36  Allah taala ne insaan ko</w:t>
      </w:r>
      <w:r>
        <w:br/>
      </w:r>
      <w:r>
        <w:rPr>
          <w:sz w:val="20"/>
        </w:rPr>
        <w:t>5:42  بنایا اور انسان پورا کا پورا، یعنی pleasure seeking animal ہے۔</w:t>
      </w:r>
      <w:r>
        <w:br/>
      </w:r>
      <w:r>
        <w:rPr>
          <w:sz w:val="20"/>
        </w:rPr>
        <w:t>5:50  pleasure seeking animal.</w:t>
      </w:r>
      <w:r>
        <w:br/>
      </w:r>
      <w:r>
        <w:rPr>
          <w:sz w:val="20"/>
        </w:rPr>
        <w:t>5:58  yeh bohat ajeeb baat hai ke kal mein ne parha kitaab mein ke insaan ke andar jo test</w:t>
      </w:r>
      <w:r>
        <w:br/>
      </w:r>
      <w:r>
        <w:rPr>
          <w:sz w:val="20"/>
        </w:rPr>
        <w:t>6:05  buds hote hain,</w:t>
      </w:r>
      <w:r>
        <w:br/>
      </w:r>
      <w:r>
        <w:rPr>
          <w:sz w:val="20"/>
        </w:rPr>
        <w:t>6:13  test, test, test buds, zaeqa khaane, woh ten thousand se bhi ziyada hain.</w:t>
      </w:r>
      <w:r>
        <w:br/>
      </w:r>
      <w:r>
        <w:rPr>
          <w:sz w:val="20"/>
        </w:rPr>
        <w:t>6:23  hum jo khate hain, khana, phal, mukhtalif cheezein, is mein hamein aik test milta hai.</w:t>
      </w:r>
      <w:r>
        <w:br/>
      </w:r>
      <w:r>
        <w:rPr>
          <w:sz w:val="20"/>
        </w:rPr>
        <w:t>6:33  to chounke buds hain zabaan mein, tab tab woh test milta hai, zaeqa khaane. to in</w:t>
      </w:r>
      <w:r>
        <w:br/>
      </w:r>
      <w:r>
        <w:rPr>
          <w:sz w:val="20"/>
        </w:rPr>
        <w:t>6:43  itne qism qism ke zaeqe hain, tarah tarah ke zaeqe hain, tarah tarah ke zaeqe hain.</w:t>
      </w:r>
      <w:r>
        <w:br/>
      </w:r>
      <w:r>
        <w:rPr>
          <w:sz w:val="20"/>
        </w:rPr>
        <w:t>6:50  to in ki tadad das hazar se bhi ziyada hai.</w:t>
      </w:r>
      <w:r>
        <w:br/>
      </w:r>
      <w:r>
        <w:rPr>
          <w:sz w:val="20"/>
        </w:rPr>
        <w:t>6:56  isi ki wajah se hamein cheezein achhi lagti hain.</w:t>
      </w:r>
      <w:r>
        <w:br/>
      </w:r>
      <w:r>
        <w:rPr>
          <w:sz w:val="20"/>
        </w:rPr>
        <w:t>7:02  aur sirf zabaan ki baat nahi hai, hamara is poora body jo hai woh test buds se bhara hua hai.</w:t>
      </w:r>
      <w:r>
        <w:br/>
      </w:r>
      <w:r>
        <w:rPr>
          <w:sz w:val="20"/>
        </w:rPr>
        <w:t>7:09  misal ke taur par dekhiye, hari hari ghaas ho, us par</w:t>
      </w:r>
      <w:r>
        <w:br/>
      </w:r>
      <w:r>
        <w:rPr>
          <w:sz w:val="20"/>
        </w:rPr>
        <w:t>7:15  khule paon se chalain, baghair joota pehne hue, to jo aap ke paon se, aap ka jo paon</w:t>
      </w:r>
      <w:r>
        <w:br/>
      </w:r>
      <w:r>
        <w:rPr>
          <w:sz w:val="20"/>
        </w:rPr>
        <w:t>7:23  touch karta hai ghaas par, is mein aap ko ajeeb lazzat milti hai.</w:t>
      </w:r>
      <w:r>
        <w:br/>
      </w:r>
      <w:r>
        <w:rPr>
          <w:sz w:val="20"/>
        </w:rPr>
        <w:t>7:30  to har cheez mein sunne mein, dekhne mein, touch karne mein, khane mein, jitna bhi aap ko tajurba</w:t>
      </w:r>
      <w:r>
        <w:br/>
      </w:r>
      <w:r>
        <w:rPr>
          <w:sz w:val="20"/>
        </w:rPr>
        <w:t>7:38  hota hai, is is mein har tajurbe mein test hai,</w:t>
      </w:r>
      <w:r>
        <w:br/>
      </w:r>
      <w:r>
        <w:rPr>
          <w:sz w:val="20"/>
        </w:rPr>
        <w:t>7:46  lazzat hai.</w:t>
      </w:r>
      <w:r>
        <w:br/>
      </w:r>
      <w:r>
        <w:rPr>
          <w:sz w:val="20"/>
        </w:rPr>
        <w:t>7:56  to woh kyun hai? to sochte sochte meri samajh mein aaya ke lazzat yeh test naam hai is</w:t>
      </w:r>
      <w:r>
        <w:br/>
      </w:r>
      <w:r>
        <w:rPr>
          <w:sz w:val="20"/>
        </w:rPr>
        <w:t>8:06  baat ka ke Allah ne aap ki shakhsiyat mein, yeh jo personality aap ki hai, is mein marifat ke</w:t>
      </w:r>
      <w:r>
        <w:br/>
      </w:r>
      <w:r>
        <w:rPr>
          <w:sz w:val="20"/>
        </w:rPr>
        <w:t>8:16  zaeqa khaane bana diye hain, test buds.</w:t>
      </w:r>
      <w:r>
        <w:br/>
      </w:r>
      <w:r>
        <w:rPr>
          <w:sz w:val="20"/>
        </w:rPr>
        <w:t>8:22  aur oopar se Allah ki taraf se inspiration hota rehta hai.</w:t>
      </w:r>
      <w:r>
        <w:br/>
      </w:r>
      <w:r>
        <w:rPr>
          <w:sz w:val="20"/>
        </w:rPr>
        <w:t>8:28  to oopar se aanay walay jo inspirations hain, woh jab aap receive karte hain, aap ke buds, to</w:t>
      </w:r>
      <w:r>
        <w:br/>
      </w:r>
      <w:r>
        <w:rPr>
          <w:sz w:val="20"/>
        </w:rPr>
        <w:t>8:34  aap ko lazzat, lazzat milti hai.</w:t>
      </w:r>
      <w:r>
        <w:br/>
      </w:r>
      <w:r>
        <w:rPr>
          <w:sz w:val="20"/>
        </w:rPr>
        <w:t>8:40  aap ke test birds ka Allah ki nematoun</w:t>
      </w:r>
    </w:p>
    <w:p>
      <w:pPr>
        <w:pStyle w:val="Heading2"/>
      </w:pPr>
      <w:r>
        <w:t>Two parts of faith: knowing God and serving people</w:t>
      </w:r>
    </w:p>
    <w:p>
      <w:r>
        <w:rPr>
          <w:color w:val="666666"/>
          <w:sz w:val="18"/>
        </w:rPr>
        <w:t>Hadith (English) March 27, 2007 Maulana Wahiduddin Khan · 4m 41s · at 16:25 · https://youtu.be/VnwRJbqn9tU?t=985</w:t>
      </w:r>
    </w:p>
    <w:p>
      <w:r>
        <w:rPr>
          <w:i/>
        </w:rPr>
        <w:t>“There is another aspect of Islam: well-wishing, compassion”</w:t>
      </w:r>
    </w:p>
    <w:p>
      <w:r>
        <w:rPr>
          <w:sz w:val="20"/>
        </w:rPr>
        <w:t>16:25  Then there is a hadith. This is one aspect of iman.</w:t>
      </w:r>
      <w:r>
        <w:br/>
      </w:r>
      <w:r>
        <w:rPr>
          <w:sz w:val="20"/>
        </w:rPr>
        <w:t>16:33  This is one aspect of Islam. That is realization of God by heart. Then there is another aspect of Islam.</w:t>
      </w:r>
      <w:r>
        <w:br/>
      </w:r>
      <w:r>
        <w:rPr>
          <w:sz w:val="20"/>
        </w:rPr>
        <w:t>16:43  That is well-wishing, compassionate. When you realize God, then you become well-wisher of mankind.</w:t>
      </w:r>
      <w:r>
        <w:br/>
      </w:r>
      <w:r>
        <w:rPr>
          <w:sz w:val="20"/>
        </w:rPr>
        <w:t>16:59  Both are interdependent.</w:t>
      </w:r>
      <w:r>
        <w:br/>
      </w:r>
      <w:r>
        <w:rPr>
          <w:sz w:val="20"/>
        </w:rPr>
        <w:t>17:04  The Prophet of Islam said to one of his companions that,</w:t>
      </w:r>
      <w:r>
        <w:br/>
      </w:r>
      <w:r>
        <w:rPr>
          <w:sz w:val="20"/>
        </w:rPr>
        <w:t>17:12  "in tasaddaqu fa tumsi</w:t>
      </w:r>
      <w:r>
        <w:br/>
      </w:r>
      <w:r>
        <w:rPr>
          <w:sz w:val="20"/>
        </w:rPr>
        <w:t>17:18  fainnahu min sunnati."</w:t>
      </w:r>
      <w:r>
        <w:br/>
      </w:r>
      <w:r>
        <w:rPr>
          <w:sz w:val="20"/>
        </w:rPr>
        <w:t>17:23  It means that</w:t>
      </w:r>
      <w:r>
        <w:br/>
      </w:r>
      <w:r>
        <w:rPr>
          <w:sz w:val="20"/>
        </w:rPr>
        <w:t>17:26  always</w:t>
      </w:r>
      <w:r>
        <w:br/>
      </w:r>
      <w:r>
        <w:rPr>
          <w:sz w:val="20"/>
        </w:rPr>
        <w:t>17:30  see your heart</w:t>
      </w:r>
      <w:r>
        <w:br/>
      </w:r>
      <w:r>
        <w:rPr>
          <w:sz w:val="20"/>
        </w:rPr>
        <w:t>17:34  . If you find there is no malice in your heart, if there is no revenge in your heart against anyone, then you are a true momin.</w:t>
      </w:r>
      <w:r>
        <w:br/>
      </w:r>
      <w:r>
        <w:rPr>
          <w:sz w:val="20"/>
        </w:rPr>
        <w:t>17:48  And it is this kind of people who will be - who will find entry into Paradise.</w:t>
      </w:r>
      <w:r>
        <w:br/>
      </w:r>
      <w:r>
        <w:rPr>
          <w:sz w:val="20"/>
        </w:rPr>
        <w:t>17:57  The Prophet said that always examine your heart.</w:t>
      </w:r>
      <w:r>
        <w:br/>
      </w:r>
      <w:r>
        <w:rPr>
          <w:sz w:val="20"/>
        </w:rPr>
        <w:t>18:08  Always - you have to go introspection to understand your inner situation.</w:t>
      </w:r>
      <w:r>
        <w:br/>
      </w:r>
      <w:r>
        <w:rPr>
          <w:sz w:val="20"/>
        </w:rPr>
        <w:t>18:20  So you are living in a society. And you know in every society, there are unpleasant situations. There are provocations.</w:t>
      </w:r>
      <w:r>
        <w:br/>
      </w:r>
      <w:r>
        <w:rPr>
          <w:sz w:val="20"/>
        </w:rPr>
        <w:t>18:30  There are different kinds of negative experiences. But in spite of all those negative experiences, you have to live as a positive person.</w:t>
      </w:r>
      <w:r>
        <w:br/>
      </w:r>
      <w:r>
        <w:rPr>
          <w:sz w:val="20"/>
        </w:rPr>
        <w:t>18:44  You have to live as a well-wisher to all, friendly to all.</w:t>
      </w:r>
      <w:r>
        <w:br/>
      </w:r>
      <w:r>
        <w:rPr>
          <w:sz w:val="20"/>
        </w:rPr>
        <w:t>18:51  So Islam makes you insan-friendly. Islam makes you insan-friendly.</w:t>
      </w:r>
      <w:r>
        <w:br/>
      </w:r>
      <w:r>
        <w:rPr>
          <w:sz w:val="20"/>
        </w:rPr>
        <w:t>19:05  Insan-friendly means that in spite of all those negative experiences, you have to maintain friendship and well-wishing.</w:t>
      </w:r>
      <w:r>
        <w:br/>
      </w:r>
      <w:r>
        <w:rPr>
          <w:sz w:val="20"/>
        </w:rPr>
        <w:t>19:16  Don't take any excuse.</w:t>
      </w:r>
      <w:r>
        <w:br/>
      </w:r>
      <w:r>
        <w:rPr>
          <w:sz w:val="20"/>
        </w:rPr>
        <w:t>19:20  Don't take any kind of negative experience as an excuse. No.</w:t>
      </w:r>
      <w:r>
        <w:br/>
      </w:r>
      <w:r>
        <w:rPr>
          <w:sz w:val="20"/>
        </w:rPr>
        <w:t>19:29  If you have a good excuse, don't use it in this regard.</w:t>
      </w:r>
      <w:r>
        <w:br/>
      </w:r>
      <w:r>
        <w:rPr>
          <w:sz w:val="20"/>
        </w:rPr>
        <w:t>19:36  If you have a good excuse, don't use it. You are not allowed to go to negative reaction. It is unlawful in Islam.</w:t>
      </w:r>
      <w:r>
        <w:br/>
      </w:r>
      <w:r>
        <w:rPr>
          <w:sz w:val="20"/>
        </w:rPr>
        <w:t>19:50  So even if you have a good excuse to be negative, even then you are not allowed to be negative. You have to maintain your positivity in every situation.</w:t>
      </w:r>
      <w:r>
        <w:br/>
      </w:r>
      <w:r>
        <w:rPr>
          <w:sz w:val="20"/>
        </w:rPr>
        <w:t>20:08  You have to maintain your positivity in every situation</w:t>
      </w:r>
      <w:r>
        <w:br/>
      </w:r>
      <w:r>
        <w:rPr>
          <w:sz w:val="20"/>
        </w:rPr>
        <w:t>20:16  without using any excuse whatsoever.</w:t>
      </w:r>
      <w:r>
        <w:br/>
      </w:r>
      <w:r>
        <w:rPr>
          <w:sz w:val="20"/>
        </w:rPr>
        <w:t>20:22  This is Islam. This is imaan.</w:t>
      </w:r>
      <w:r>
        <w:br/>
      </w:r>
      <w:r>
        <w:rPr>
          <w:sz w:val="20"/>
        </w:rPr>
        <w:t>20:30  So one aspect of imaan is realization of God. And the other aspect of imaan is</w:t>
      </w:r>
      <w:r>
        <w:br/>
      </w:r>
      <w:r>
        <w:rPr>
          <w:sz w:val="20"/>
        </w:rPr>
        <w:t>20:41  living as a well-wisher among people</w:t>
      </w:r>
      <w:r>
        <w:br/>
      </w:r>
      <w:r>
        <w:rPr>
          <w:sz w:val="20"/>
        </w:rPr>
        <w:t>20:49  . These are two very - these are two integral parts of imaan. Without this, there is no imaan.</w:t>
      </w:r>
    </w:p>
    <w:p>
      <w:pPr>
        <w:pStyle w:val="Heading2"/>
      </w:pPr>
      <w:r>
        <w:t>Civilizations rise again like the Spiritual Tree</w:t>
      </w:r>
    </w:p>
    <w:p>
      <w:r>
        <w:rPr>
          <w:color w:val="666666"/>
          <w:sz w:val="18"/>
        </w:rPr>
        <w:t>From the Spiritual Tree | August 30, 2009 · 4m 34s · at 10:00 · https://youtu.be/Vc018cutNIM?t=600</w:t>
      </w:r>
    </w:p>
    <w:p>
      <w:r>
        <w:rPr>
          <w:i/>
        </w:rPr>
        <w:t>“Phir maine ek baat aur sochi duniya ke i'tibar se.”</w:t>
      </w:r>
    </w:p>
    <w:p>
      <w:r>
        <w:rPr>
          <w:sz w:val="20"/>
        </w:rPr>
        <w:t>10:00  yeh bhi isi mein mujhe sabak mila.</w:t>
      </w:r>
      <w:r>
        <w:br/>
      </w:r>
      <w:r>
        <w:rPr>
          <w:sz w:val="20"/>
        </w:rPr>
        <w:t>10:06  phir mein ne aik baat aur sochi dunya ke aitbaar se ke tamam thinkers yeh kehte chale aa</w:t>
      </w:r>
      <w:r>
        <w:br/>
      </w:r>
      <w:r>
        <w:rPr>
          <w:sz w:val="20"/>
        </w:rPr>
        <w:t>10:12  rahe the ke civilization jo hai, aik baar jab woh is ko decline hota hai aur khatm ho</w:t>
      </w:r>
      <w:r>
        <w:br/>
      </w:r>
      <w:r>
        <w:rPr>
          <w:sz w:val="20"/>
        </w:rPr>
        <w:t>10:18  jati hai, to phir woh revive nahi hoti.</w:t>
      </w:r>
      <w:r>
        <w:br/>
      </w:r>
      <w:r>
        <w:rPr>
          <w:sz w:val="20"/>
        </w:rPr>
        <w:t>10:24  yeh aik accepted theory bani hui thi ke civilization</w:t>
      </w:r>
      <w:r>
        <w:br/>
      </w:r>
      <w:r>
        <w:rPr>
          <w:sz w:val="20"/>
        </w:rPr>
        <w:t>10:30  uthi hai, oopar jati hai, phir girti hai. aur gir gayi to phir khatam. decline ke baad dobara rise nahi karti woh. lekin main samajhta hoon ke yeh bhi ek aisa formula hai jo sahi nahi hai. to chunancha aaj ke liye kaha jata hai ke china jo hai, us ne is formula ko ghalat sabit kiya hai, is theory ko, is concept ko. kyun ke china aap jante hain</w:t>
      </w:r>
      <w:r>
        <w:br/>
      </w:r>
      <w:r>
        <w:rPr>
          <w:sz w:val="20"/>
        </w:rPr>
        <w:t>11:00  ke aik bohat bara civilization, bohat bari civilization thi.</w:t>
      </w:r>
      <w:r>
        <w:br/>
      </w:r>
      <w:r>
        <w:rPr>
          <w:sz w:val="20"/>
        </w:rPr>
        <w:t>11:04  China ne bohat si cheezein dunya ko dein.</w:t>
      </w:r>
      <w:r>
        <w:br/>
      </w:r>
      <w:r>
        <w:rPr>
          <w:sz w:val="20"/>
        </w:rPr>
        <w:t>11:09  jaise paper, printing press aur bohat sari cheezein.</w:t>
      </w:r>
      <w:r>
        <w:br/>
      </w:r>
      <w:r>
        <w:rPr>
          <w:sz w:val="20"/>
        </w:rPr>
        <w:t>11:13  to phir is ko decline ho gaya.</w:t>
      </w:r>
      <w:r>
        <w:br/>
      </w:r>
      <w:r>
        <w:rPr>
          <w:sz w:val="20"/>
        </w:rPr>
        <w:t>11:17  ab phir China ubhar gaya hai.</w:t>
      </w:r>
      <w:r>
        <w:br/>
      </w:r>
      <w:r>
        <w:rPr>
          <w:sz w:val="20"/>
        </w:rPr>
        <w:t>11:22  China dunya ke liye sab se bara challenge bana hua hai aaj kal.</w:t>
      </w:r>
      <w:r>
        <w:br/>
      </w:r>
      <w:r>
        <w:rPr>
          <w:sz w:val="20"/>
        </w:rPr>
        <w:t>11:26  China jo hai, superpowerz tak ke liye challenge</w:t>
      </w:r>
      <w:r>
        <w:br/>
      </w:r>
      <w:r>
        <w:rPr>
          <w:sz w:val="20"/>
        </w:rPr>
        <w:t>11:30  bana hua hai. to civilization jo thi china ki, woh mar kar ke phir zinda ho gayi. to yeh baat kahi jati hai musalmanon ke bare mein ke un ki civilization ubhari, unhone empire banai, ab khatam ho gaye, bas khatam ho gaye. lekin main samajhta hoon ke jis tarah se yeh, yeh concept ghalat ho gaya hai china ki misaal mein, musalmanon ke bare mein ghalat ho sakta hai? ghalat ho sa</w:t>
      </w:r>
      <w:r>
        <w:br/>
      </w:r>
      <w:r>
        <w:rPr>
          <w:sz w:val="20"/>
        </w:rPr>
        <w:t>12:00  karta hai.</w:t>
      </w:r>
      <w:r>
        <w:br/>
      </w:r>
      <w:r>
        <w:rPr>
          <w:sz w:val="20"/>
        </w:rPr>
        <w:t>12:07  lekin kab? jab ke aise thinkers hamare haan paida hon jo un ko naya rasta dikhaen.</w:t>
      </w:r>
      <w:r>
        <w:br/>
      </w:r>
      <w:r>
        <w:rPr>
          <w:sz w:val="20"/>
        </w:rPr>
        <w:t>12:13  China ke bare mein kyun aisa hua? China ke jo pichle jo the, mauood tang, jinka dour</w:t>
      </w:r>
      <w:r>
        <w:br/>
      </w:r>
      <w:r>
        <w:rPr>
          <w:sz w:val="20"/>
        </w:rPr>
        <w:t>12:19  mauood tang par khatm hota hai, to mauood tang ka kya nazariya tha? woh kehte the ke "Power</w:t>
      </w:r>
      <w:r>
        <w:br/>
      </w:r>
      <w:r>
        <w:rPr>
          <w:sz w:val="20"/>
        </w:rPr>
        <w:t>12:26  flows from the barrel of gun."</w:t>
      </w:r>
      <w:r>
        <w:br/>
      </w:r>
      <w:r>
        <w:rPr>
          <w:sz w:val="20"/>
        </w:rPr>
        <w:t>12:32  "Power flows from the barrel of gun." yaani bandook ki nali se taqat flow karti hai. yeh tha un ki soch. lekin bandook ki nali se woh china ki tehzeeb ko phir se zinda na kar sake. is ke baad un ke haan ek bohat bara thinker paida hua. aur isi se yeh naya china shuru hua hai. us ne yeh theory di ke</w:t>
      </w:r>
      <w:r>
        <w:br/>
      </w:r>
      <w:r>
        <w:rPr>
          <w:sz w:val="20"/>
        </w:rPr>
        <w:t>13:02  zamana industry ka zamana hai, business ka zamana hai.</w:t>
      </w:r>
      <w:r>
        <w:br/>
      </w:r>
      <w:r>
        <w:rPr>
          <w:sz w:val="20"/>
        </w:rPr>
        <w:t>13:10  ab economy ko woh hesiyat mil gayi hai jo pehle hua karti thi gun, gun ko.</w:t>
      </w:r>
      <w:r>
        <w:br/>
      </w:r>
      <w:r>
        <w:rPr>
          <w:sz w:val="20"/>
        </w:rPr>
        <w:t>13:18  to is ne China ko recognize kiya, recognize kiya.</w:t>
      </w:r>
      <w:r>
        <w:br/>
      </w:r>
      <w:r>
        <w:rPr>
          <w:sz w:val="20"/>
        </w:rPr>
        <w:t>13:25  yani is ne political power ko industrial activity se alag kar diya, detach kar diya. Industrial</w:t>
      </w:r>
      <w:r>
        <w:br/>
      </w:r>
      <w:r>
        <w:rPr>
          <w:sz w:val="20"/>
        </w:rPr>
        <w:t>13:33  field mein poori azadi de di, poori azadi.</w:t>
      </w:r>
      <w:r>
        <w:br/>
      </w:r>
      <w:r>
        <w:rPr>
          <w:sz w:val="20"/>
        </w:rPr>
        <w:t>13:40  yani political regimentration to phir bhi wahan tha, lekin industry mein, economic activities mein poori azadi.</w:t>
      </w:r>
      <w:r>
        <w:br/>
      </w:r>
      <w:r>
        <w:rPr>
          <w:sz w:val="20"/>
        </w:rPr>
        <w:t>13:46  natija yeh hai ke China rise kar gaya, phir se dobara.</w:t>
      </w:r>
      <w:r>
        <w:br/>
      </w:r>
      <w:r>
        <w:rPr>
          <w:sz w:val="20"/>
        </w:rPr>
        <w:t>13:52  to yeh misaal, yani "Spiritual Tree" mein sari misalein mujhe yaad aane lagin ke kis tarah se aik</w:t>
      </w:r>
      <w:r>
        <w:br/>
      </w:r>
      <w:r>
        <w:rPr>
          <w:sz w:val="20"/>
        </w:rPr>
        <w:t>13:58  nai dobara hai ban jata hai.</w:t>
      </w:r>
      <w:r>
        <w:br/>
      </w:r>
      <w:r>
        <w:rPr>
          <w:sz w:val="20"/>
        </w:rPr>
        <w:t>14:05  ek maut dobara zindagi ban jati hai. ek end dobara ek nai beginning ban jata hai. yeh sab mujhe is mein mila. aur isi se mujhe akhirat ke mamle mein bhi samajh mein aaya. akhirat ka mamla bhi. ke log samajhte hain ke yeh jo zindagi continue kar rahi hai, maut aayi to discontinue ho gayi. nahi. jab ek thalath dobara hara bhara ho sakta hai, ek sokhi lakri mein d</w:t>
      </w:r>
    </w:p>
    <w:p>
      <w:pPr>
        <w:pStyle w:val="Heading2"/>
      </w:pPr>
      <w:r>
        <w:t>Abraham settles his family in the desert to escape conditioning</w:t>
      </w:r>
    </w:p>
    <w:p>
      <w:r>
        <w:rPr>
          <w:color w:val="666666"/>
          <w:sz w:val="18"/>
        </w:rPr>
        <w:t>Religio- Secular History of Mankind July 9, 2006 · 4m 39s · at 27:56 · https://youtu.be/gyk_g1h-w34?t=1676</w:t>
      </w:r>
    </w:p>
    <w:p>
      <w:r>
        <w:rPr>
          <w:i/>
        </w:rPr>
        <w:t>“Hazrat Ibrahim ne apni biwi bachche ko desert mein basaya”</w:t>
      </w:r>
    </w:p>
    <w:p>
      <w:r>
        <w:rPr>
          <w:sz w:val="20"/>
        </w:rPr>
        <w:t>27:56  Arab aaye. toh woh bohat bade prophet thay. un ke zariye un ki zindagi mein bohat sare pehlu hain.</w:t>
      </w:r>
      <w:r>
        <w:br/>
      </w:r>
      <w:r>
        <w:rPr>
          <w:sz w:val="20"/>
        </w:rPr>
        <w:t>28:11  ek pehlu jo mein le raha hoon yahan par, woh yeh hai ke unhone apni biwi ko aur apne chhote bachche ko le kar desert mein basa diya, Mecca ke desert mein, jahan koi nahi tha.</w:t>
      </w:r>
      <w:r>
        <w:br/>
      </w:r>
      <w:r>
        <w:rPr>
          <w:sz w:val="20"/>
        </w:rPr>
        <w:t>28:23  yeh kyun hua? is waqt jo dunya mein halat thi, woh yeh thi ke log shirk mein conditioned ho gaye thay.</w:t>
      </w:r>
      <w:r>
        <w:br/>
      </w:r>
      <w:r>
        <w:rPr>
          <w:sz w:val="20"/>
        </w:rPr>
        <w:t>28:35  shirk ka matlab kya hai? worshipping other than God,</w:t>
      </w:r>
      <w:r>
        <w:br/>
      </w:r>
      <w:r>
        <w:rPr>
          <w:sz w:val="20"/>
        </w:rPr>
        <w:t>28:47  khuda ke siwa kisi aur ko poojna, khuda ke siwa kisi aur ko worship karna. toh woh log sun ki pooja karte thay, moon ki pooja karte thay, stars ki karte thay, nature ki karte thay, mountain aur ocean ki pooja karte thay.</w:t>
      </w:r>
      <w:r>
        <w:br/>
      </w:r>
      <w:r>
        <w:rPr>
          <w:sz w:val="20"/>
        </w:rPr>
        <w:t>28:52  isi mein woh conditioned ho gaye thay</w:t>
      </w:r>
      <w:r>
        <w:br/>
      </w:r>
      <w:r>
        <w:rPr>
          <w:sz w:val="20"/>
        </w:rPr>
        <w:t>29:08  ke un ka mind jo tha, shirk mein conditioned ho gaya tha. aur jab yeh batate thay Hazrat Ibrahim, toh kisi ki samajh mein kuch nahi aata tha.</w:t>
      </w:r>
      <w:r>
        <w:br/>
      </w:r>
      <w:r>
        <w:rPr>
          <w:sz w:val="20"/>
        </w:rPr>
        <w:t>29:13  aap jante hain ke jab aadmi kisi cheez mein conditioned ho jaye toh us ki koi aur baat samajh mein nahi aati, jab tak ke us ko deconditioning na ki jaye. toh Hazrat Ibrahim ne jo scheme banayi, woh yeh thi ke desert mein ek aisi generation banayi jaye jo is conditioning se pak ho.</w:t>
      </w:r>
      <w:r>
        <w:br/>
      </w:r>
      <w:r>
        <w:rPr>
          <w:sz w:val="20"/>
        </w:rPr>
        <w:t>29:22  kyunke aap jante hain, conditioning shuru hoti hai pet se nahi, pet se bahar aane ke baad. jab aap ek society mein paida hote hain, ek city mein paida hote hain, ek culture mein paida hote hain, toh woh wahan par aap ki conditioning hoti hai.</w:t>
      </w:r>
      <w:r>
        <w:br/>
      </w:r>
      <w:r>
        <w:rPr>
          <w:sz w:val="20"/>
        </w:rPr>
        <w:t>29:43  toh Hazrat Ibrahim ne ja ke basa diya aap ko desert mein, jahan koi aisa mahol tha hi nahi jo conditioning kar sake. un ki wahan na city tha, na koi culture tha, na koi society thi, kuch bhi nahi.</w:t>
      </w:r>
      <w:r>
        <w:br/>
      </w:r>
      <w:r>
        <w:rPr>
          <w:sz w:val="20"/>
        </w:rPr>
        <w:t>30:00  to hazrat ibrahim ne ja ke basa diya aap ko desert mein, jahan koi aisa mahol tha hi nahin jo conditioning karay. un ki wahan na city tha, na koi culture tha, na koi society thi, kuch bhi nahin.</w:t>
      </w:r>
      <w:r>
        <w:br/>
      </w:r>
      <w:r>
        <w:rPr>
          <w:sz w:val="20"/>
        </w:rPr>
        <w:t>30:14  to desert tha, bas mountain oopar, aasman neeche, zameen. to wahan par yeh possible tha ke aadmi paida ho wahan par, to conditioning se bacha rahe, woh conditioning se bacha rahe.</w:t>
      </w:r>
      <w:r>
        <w:br/>
      </w:r>
      <w:r>
        <w:rPr>
          <w:sz w:val="20"/>
        </w:rPr>
        <w:t>30:31  woh to jab condition bacha hoga to kya hoga? woh hoga mister nature, woh nature par hoga. conditioning ka matlab hai nature dhak</w:t>
      </w:r>
      <w:r>
        <w:br/>
      </w:r>
      <w:r>
        <w:rPr>
          <w:sz w:val="20"/>
        </w:rPr>
        <w:t>30:42  jaye aadmi ki, jis tarah se aain mein hota hai. aain mein aap jante hain ke beech mein ek cover hota hai, uska uske oopar layer hote hain. to yahi mamla insaan ka hai.</w:t>
      </w:r>
      <w:r>
        <w:br/>
      </w:r>
      <w:r>
        <w:rPr>
          <w:sz w:val="20"/>
        </w:rPr>
        <w:t>30:53  insaan ka jo nature hai, woh woh bilkul wahan par insaan mister right hota hai, apne nature ke satah par har insaan mister right hota hai.</w:t>
      </w:r>
      <w:r>
        <w:br/>
      </w:r>
      <w:r>
        <w:rPr>
          <w:sz w:val="20"/>
        </w:rPr>
        <w:t>31:05  phir society is par layer par layer charhati rehti hai, isi ko hum conditioning kehte hain.</w:t>
      </w:r>
      <w:r>
        <w:br/>
      </w:r>
      <w:r>
        <w:rPr>
          <w:sz w:val="20"/>
        </w:rPr>
        <w:t>31:10  to wahan par woh le gaye is desert mein, to wahan koi society thi nahi jo conditioning kare, kyunke har aadmi jo wahan utha, woh conditioning se bacha hua tha.</w:t>
      </w:r>
      <w:r>
        <w:br/>
      </w:r>
      <w:r>
        <w:rPr>
          <w:sz w:val="20"/>
        </w:rPr>
        <w:t>31:24  un mein se har ek mister nature tha, mister nature tha. misaal ke taur par dekhiye, wahan koi aadmi jhoot nahi bolta tha.</w:t>
      </w:r>
      <w:r>
        <w:br/>
      </w:r>
      <w:r>
        <w:rPr>
          <w:sz w:val="20"/>
        </w:rPr>
        <w:t>31:36  arab mein yeh jo paida hue the, jo log jo Hazrat Isa Hazrat Ibrahim ne basaya tha desert mein, to jo woh jo jo generation bani thi wahan par, woh generation woh ek ek aadmi jo tha, mister nature tha.</w:t>
      </w:r>
      <w:r>
        <w:br/>
      </w:r>
      <w:r>
        <w:rPr>
          <w:sz w:val="20"/>
        </w:rPr>
        <w:t>31:53  woh</w:t>
      </w:r>
      <w:r>
        <w:br/>
      </w:r>
      <w:r>
        <w:rPr>
          <w:sz w:val="20"/>
        </w:rPr>
        <w:t>31:58  to misaal ke taur par woh woh jante hi nahi the jhoot bolna, woh jante the jhoot bhi bola jata hai.</w:t>
      </w:r>
      <w:r>
        <w:br/>
      </w:r>
      <w:r>
        <w:rPr>
          <w:sz w:val="20"/>
        </w:rPr>
        <w:t>32:06  woh aise the ke jo yani jo unke dil mein hai, woh unki zuban par hai. bas jo unke dil mein hai, wahi unki zuban par hai.</w:t>
      </w:r>
      <w:r>
        <w:br/>
      </w:r>
      <w:r>
        <w:rPr>
          <w:sz w:val="20"/>
        </w:rPr>
        <w:t>32:17  misalan ek dafa is zamane mein ek waqia hua ke do qabeelon mein ladai ho gayi. is zamane mein chuki sources bohat hi kam the, misalan woh apni maweshi ko pani pilana hai to bohat kam pani hai.</w:t>
      </w:r>
      <w:r>
        <w:br/>
      </w:r>
      <w:r>
        <w:rPr>
          <w:sz w:val="20"/>
        </w:rPr>
        <w:t>32:29  ab isi mein lad jaate the, kehte hain main apni pilaunga, woh kehta hai main pilaunga.</w:t>
      </w:r>
      <w:r>
        <w:br/>
      </w:r>
      <w:r>
        <w:rPr>
          <w:sz w:val="20"/>
        </w:rPr>
        <w:t>32:36  to isi ko Hali ne kaha hai kahin pani peene pilane par jhagda. to sources kam hone ki wajah se wahan ladai ho jaati thi. to ek baar do qabeelon mein ladai ho gayi,</w:t>
      </w:r>
    </w:p>
    <w:p>
      <w:pPr>
        <w:pStyle w:val="Heading2"/>
      </w:pPr>
      <w:r>
        <w:t>Natural calamities as opportunity for ism-e-azam dua</w:t>
      </w:r>
    </w:p>
    <w:p>
      <w:r>
        <w:rPr>
          <w:color w:val="666666"/>
          <w:sz w:val="18"/>
        </w:rPr>
        <w:t>Ism-e-Aazam October 10, 2020 Maulana Wahiduddin Khan · 5m 56s · at 0:38 · https://youtu.be/QvFCvQX50rk?t=38</w:t>
      </w:r>
    </w:p>
    <w:p>
      <w:r>
        <w:rPr>
          <w:i/>
        </w:rPr>
        <w:t>“Mera ek tajurba aap ko arz karta hoon”</w:t>
      </w:r>
    </w:p>
    <w:p>
      <w:r>
        <w:rPr>
          <w:sz w:val="20"/>
        </w:rPr>
        <w:t>0:38  mera ek tajruba aap ko arz karta hoon, woh yeh ke zindagi mein kuch</w:t>
      </w:r>
      <w:r>
        <w:br/>
      </w:r>
      <w:r>
        <w:rPr>
          <w:sz w:val="20"/>
        </w:rPr>
        <w:t>0:52  masail aise hain jo fitri taur par paida hote hain, misaal ke taur par maut, budhapa.</w:t>
      </w:r>
      <w:r>
        <w:br/>
      </w:r>
      <w:r>
        <w:rPr>
          <w:sz w:val="20"/>
        </w:rPr>
        <w:t>1:06  to</w:t>
      </w:r>
      <w:r>
        <w:br/>
      </w:r>
      <w:r>
        <w:rPr>
          <w:sz w:val="20"/>
        </w:rPr>
        <w:t>1:09  logon ka mizaj aam taur par yeh hai ke masaa'ib se ghabrate hain.</w:t>
      </w:r>
      <w:r>
        <w:br/>
      </w:r>
      <w:r>
        <w:rPr>
          <w:sz w:val="20"/>
        </w:rPr>
        <w:t>1:21  lekin main apna tajruba arz karunga</w:t>
      </w:r>
      <w:r>
        <w:br/>
      </w:r>
      <w:r>
        <w:rPr>
          <w:sz w:val="20"/>
        </w:rPr>
        <w:t>1:30  keh fitri masaib</w:t>
      </w:r>
      <w:r>
        <w:br/>
      </w:r>
      <w:r>
        <w:rPr>
          <w:sz w:val="20"/>
        </w:rPr>
        <w:t>1:34  ya</w:t>
      </w:r>
      <w:r>
        <w:br/>
      </w:r>
      <w:r>
        <w:rPr>
          <w:sz w:val="20"/>
        </w:rPr>
        <w:t>1:39  barhapa</w:t>
      </w:r>
      <w:r>
        <w:br/>
      </w:r>
      <w:r>
        <w:rPr>
          <w:sz w:val="20"/>
        </w:rPr>
        <w:t>1:45  aadmi ke liye</w:t>
      </w:r>
      <w:r>
        <w:br/>
      </w:r>
      <w:r>
        <w:rPr>
          <w:sz w:val="20"/>
        </w:rPr>
        <w:t>1:55  ek misbat tajruba hai, is liye keh is ko quran mein</w:t>
      </w:r>
      <w:r>
        <w:br/>
      </w:r>
      <w:r>
        <w:rPr>
          <w:sz w:val="20"/>
        </w:rPr>
        <w:t>2:09  khushkhabri kaha gaya hai. Yaani jo log</w:t>
      </w:r>
      <w:r>
        <w:br/>
      </w:r>
      <w:r>
        <w:rPr>
          <w:sz w:val="20"/>
        </w:rPr>
        <w:t>2:18  fitri masaib ko</w:t>
      </w:r>
      <w:r>
        <w:br/>
      </w:r>
      <w:r>
        <w:rPr>
          <w:sz w:val="20"/>
        </w:rPr>
        <w:t>2:25  misbat andaaz mein jheel sakein, to un ke liye yeh khushkhabri hai.</w:t>
      </w:r>
      <w:r>
        <w:br/>
      </w:r>
      <w:r>
        <w:rPr>
          <w:sz w:val="20"/>
        </w:rPr>
        <w:t>2:39  mein bohat sochta tha keh khushkhabri ki baat kya hai,</w:t>
      </w:r>
      <w:r>
        <w:br/>
      </w:r>
      <w:r>
        <w:rPr>
          <w:sz w:val="20"/>
        </w:rPr>
        <w:t>2:47  lekin ab mujhe samajh aaya keh</w:t>
      </w:r>
      <w:r>
        <w:br/>
      </w:r>
      <w:r>
        <w:rPr>
          <w:sz w:val="20"/>
        </w:rPr>
        <w:t>2:59  khushkhabri yeh is maani mein hai keh yeh aap ko</w:t>
      </w:r>
      <w:r>
        <w:br/>
      </w:r>
      <w:r>
        <w:rPr>
          <w:sz w:val="20"/>
        </w:rPr>
        <w:t>3:09  is ba'azam ke saath dua karne ka</w:t>
      </w:r>
      <w:r>
        <w:br/>
      </w:r>
      <w:r>
        <w:rPr>
          <w:sz w:val="20"/>
        </w:rPr>
        <w:t>3:16  mouqa deti hai.</w:t>
      </w:r>
      <w:r>
        <w:br/>
      </w:r>
      <w:r>
        <w:rPr>
          <w:sz w:val="20"/>
        </w:rPr>
        <w:t>3:25  is ba'azam koi purasrar cheez nahi hai.</w:t>
      </w:r>
      <w:r>
        <w:br/>
      </w:r>
      <w:r>
        <w:rPr>
          <w:sz w:val="20"/>
        </w:rPr>
        <w:t>3:34  is ba'azam</w:t>
      </w:r>
      <w:r>
        <w:br/>
      </w:r>
      <w:r>
        <w:rPr>
          <w:sz w:val="20"/>
        </w:rPr>
        <w:t>3:38  un</w:t>
      </w:r>
      <w:r>
        <w:br/>
      </w:r>
      <w:r>
        <w:rPr>
          <w:sz w:val="20"/>
        </w:rPr>
        <w:t>3:43  mouaaq ka naam hai</w:t>
      </w:r>
      <w:r>
        <w:br/>
      </w:r>
      <w:r>
        <w:rPr>
          <w:sz w:val="20"/>
        </w:rPr>
        <w:t>3:49  jo aap ko mouqa dete hain keh aap</w:t>
      </w:r>
      <w:r>
        <w:br/>
      </w:r>
      <w:r>
        <w:rPr>
          <w:sz w:val="20"/>
        </w:rPr>
        <w:t>4:01  Allah Rabb-ul-Aalameen ko</w:t>
      </w:r>
      <w:r>
        <w:br/>
      </w:r>
      <w:r>
        <w:rPr>
          <w:sz w:val="20"/>
        </w:rPr>
        <w:t>4:08  bula kar</w:t>
      </w:r>
      <w:r>
        <w:br/>
      </w:r>
      <w:r>
        <w:rPr>
          <w:sz w:val="20"/>
        </w:rPr>
        <w:t>4:16  dua kar sakein.</w:t>
      </w:r>
      <w:r>
        <w:br/>
      </w:r>
      <w:r>
        <w:rPr>
          <w:sz w:val="20"/>
        </w:rPr>
        <w:t>4:21  misal ke taur par dekhiye,</w:t>
      </w:r>
      <w:r>
        <w:br/>
      </w:r>
      <w:r>
        <w:rPr>
          <w:sz w:val="20"/>
        </w:rPr>
        <w:t>4:25  aap ko agar Allah ne jis ko kehte hain, is ba'azam ke saath dua karna kis ko kehte hain?</w:t>
      </w:r>
      <w:r>
        <w:br/>
      </w:r>
      <w:r>
        <w:rPr>
          <w:sz w:val="20"/>
        </w:rPr>
        <w:t>4:39  woh yeh keh aap ke saath koi</w:t>
      </w:r>
      <w:r>
        <w:br/>
      </w:r>
      <w:r>
        <w:rPr>
          <w:sz w:val="20"/>
        </w:rPr>
        <w:t>4:48  unwanted soorat-e-haal pesh aaye aur aap is ko bardasht karein, aur is tarah aap ko mouqa mile keh aap is ke hawale se Allah se rehmat maangein.</w:t>
      </w:r>
      <w:r>
        <w:br/>
      </w:r>
      <w:r>
        <w:rPr>
          <w:sz w:val="20"/>
        </w:rPr>
        <w:t>5:17  jaise misaal ke taur par dekhiye, har aadmi ki khwahish hoti hai ke woh</w:t>
      </w:r>
      <w:r>
        <w:br/>
      </w:r>
      <w:r>
        <w:rPr>
          <w:sz w:val="20"/>
        </w:rPr>
        <w:t>5:26  apni pasand ki</w:t>
      </w:r>
      <w:r>
        <w:br/>
      </w:r>
      <w:r>
        <w:rPr>
          <w:sz w:val="20"/>
        </w:rPr>
        <w:t>5:30  shadi ho, us ki</w:t>
      </w:r>
      <w:r>
        <w:br/>
      </w:r>
      <w:r>
        <w:rPr>
          <w:sz w:val="20"/>
        </w:rPr>
        <w:t>5:36  apni pasand ki shadi.</w:t>
      </w:r>
      <w:r>
        <w:br/>
      </w:r>
      <w:r>
        <w:rPr>
          <w:sz w:val="20"/>
        </w:rPr>
        <w:t>5:42  lekin aadmi ko pasand ka</w:t>
      </w:r>
      <w:r>
        <w:br/>
      </w:r>
      <w:r>
        <w:rPr>
          <w:sz w:val="20"/>
        </w:rPr>
        <w:t>5:49  pyar na mile,</w:t>
      </w:r>
      <w:r>
        <w:br/>
      </w:r>
      <w:r>
        <w:rPr>
          <w:sz w:val="20"/>
        </w:rPr>
        <w:t>5:58  aur us ko woh yeh keh kar</w:t>
      </w:r>
      <w:r>
        <w:br/>
      </w:r>
      <w:r>
        <w:rPr>
          <w:sz w:val="20"/>
        </w:rPr>
        <w:t>6:02  qubool kar le ke khuda, duniya mein tune tune mere liye jis</w:t>
      </w:r>
      <w:r>
        <w:br/>
      </w:r>
      <w:r>
        <w:rPr>
          <w:sz w:val="20"/>
        </w:rPr>
        <w:t>6:17  pyar ka faisla kiya hai, main us ko qubool karta hoon. To mujh ko us ke badle achi aulad de de.</w:t>
      </w:r>
    </w:p>
    <w:p>
      <w:pPr>
        <w:pStyle w:val="Heading2"/>
      </w:pPr>
      <w:r>
        <w:t>RSS invites Maulana, he jokes about Gandhi in India</w:t>
      </w:r>
    </w:p>
    <w:p>
      <w:r>
        <w:rPr>
          <w:color w:val="666666"/>
          <w:sz w:val="18"/>
        </w:rPr>
        <w:t>The Concept of Akhirat March 12, 2006 Maulana Wahiduddin Khan · 5m 09s · at 8:07 · https://youtu.be/elZCVSWN1I0?t=487</w:t>
      </w:r>
    </w:p>
    <w:p>
      <w:r>
        <w:rPr>
          <w:i/>
        </w:rPr>
        <w:t>“Wahan par ek tanzim hai, is ka naam hai 'Pujna Bharti'.”</w:t>
      </w:r>
    </w:p>
    <w:p>
      <w:r>
        <w:rPr>
          <w:sz w:val="20"/>
        </w:rPr>
        <w:t>8:07  wahan par aik tanzeem hai, uska naam hai "pajna bharti".</w:t>
      </w:r>
      <w:r>
        <w:br/>
      </w:r>
      <w:r>
        <w:rPr>
          <w:sz w:val="20"/>
        </w:rPr>
        <w:t>8:13  is mein sab rss ke log thay. rss ke logon ne yeh tanzeem banai hai. unhi logon ne mujhe wahan par dawat di aik lecture denay ke liye.</w:t>
      </w:r>
      <w:r>
        <w:br/>
      </w:r>
      <w:r>
        <w:rPr>
          <w:sz w:val="20"/>
        </w:rPr>
        <w:t>8:29  bhartiya vidya bhawan, jo haiderabad ki hai, us ke hall mein yeh program hua. kafi bara hall hai aur kafi log wahan par bhare hue thay.</w:t>
      </w:r>
      <w:r>
        <w:br/>
      </w:r>
      <w:r>
        <w:rPr>
          <w:sz w:val="20"/>
        </w:rPr>
        <w:t>8:43  aur mein hi speaker mein hi tha.</w:t>
      </w:r>
      <w:r>
        <w:br/>
      </w:r>
      <w:r>
        <w:rPr>
          <w:sz w:val="20"/>
        </w:rPr>
        <w:t>8:49  to mujhe jo mozu diya gaya tha, woh tha "da concept of co existence in islam". yani rss ke group ne mujhe bulaya islam par lecture denay ke liye.</w:t>
      </w:r>
      <w:r>
        <w:br/>
      </w:r>
      <w:r>
        <w:rPr>
          <w:sz w:val="20"/>
        </w:rPr>
        <w:t>9:06  yeh yeh hai india ki mahant. to kya hua is mein? aik bohat hi anokhi baat hui</w:t>
      </w:r>
      <w:r>
        <w:br/>
      </w:r>
      <w:r>
        <w:rPr>
          <w:sz w:val="20"/>
        </w:rPr>
        <w:t>9:13  . yahan kai woh log bethe hue hain jinhon ne is ghatna ko dekha haiderabad mein. kyunke woh mere sath gaye thay.</w:t>
      </w:r>
      <w:r>
        <w:br/>
      </w:r>
      <w:r>
        <w:rPr>
          <w:sz w:val="20"/>
        </w:rPr>
        <w:t>9:22  is ke jo jalsay ke jo sabiq rehnuma thay, mr chaudhry, woh poore hindu, na sirf hindu hain balkay rss ke leader hain woh.</w:t>
      </w:r>
      <w:r>
        <w:br/>
      </w:r>
      <w:r>
        <w:rPr>
          <w:sz w:val="20"/>
        </w:rPr>
        <w:t>9:38  to woh bant rahe thay.</w:t>
      </w:r>
      <w:r>
        <w:br/>
      </w:r>
      <w:r>
        <w:rPr>
          <w:sz w:val="20"/>
        </w:rPr>
        <w:t>9:42  unhon ne apni taqreer mein bare josh ke sath aik baat kahi.</w:t>
      </w:r>
      <w:r>
        <w:br/>
      </w:r>
      <w:r>
        <w:rPr>
          <w:sz w:val="20"/>
        </w:rPr>
        <w:t>9:51  unhon ne kaha ke</w:t>
      </w:r>
      <w:r>
        <w:br/>
      </w:r>
      <w:r>
        <w:rPr>
          <w:sz w:val="20"/>
        </w:rPr>
        <w:t>9:57  gandhi paida hua is mulk mein aur us ne khul kar ke buraiyon par bola. woh be khauf ho kar har burai ko mazammat</w:t>
      </w:r>
      <w:r>
        <w:br/>
      </w:r>
      <w:r>
        <w:rPr>
          <w:sz w:val="20"/>
        </w:rPr>
        <w:t>10:10  kiya us ne, gandhi ne. to unhon ne kaha ke ab muslim ulma aisa kyun nahi karte?</w:t>
      </w:r>
      <w:r>
        <w:br/>
      </w:r>
      <w:r>
        <w:rPr>
          <w:sz w:val="20"/>
        </w:rPr>
        <w:t>10:19  muslim ulma jo hain, woh dekhte hain buraiyon ko, phir woh us ko bolte nahi kisi ke khilaf.</w:t>
      </w:r>
      <w:r>
        <w:br/>
      </w:r>
      <w:r>
        <w:rPr>
          <w:sz w:val="20"/>
        </w:rPr>
        <w:t>10:31  yeh kaha unhon ne. to mein ne bohat hi halke mood mein kaha.</w:t>
      </w:r>
      <w:r>
        <w:br/>
      </w:r>
      <w:r>
        <w:rPr>
          <w:sz w:val="20"/>
        </w:rPr>
        <w:t>10:39  yeh sara program angrezi mein ho raha tha. mein ne bhi jo taqreer di thi, woh angrezi mein thi. to mein ne kaha ke "Gandhi was one and Mola is also one</w:t>
      </w:r>
      <w:r>
        <w:br/>
      </w:r>
      <w:r>
        <w:rPr>
          <w:sz w:val="20"/>
        </w:rPr>
        <w:t>10:57  and I am better than Gandhi kyunke Gandhi was killed aur I am alive.</w:t>
      </w:r>
      <w:r>
        <w:br/>
      </w:r>
      <w:r>
        <w:rPr>
          <w:sz w:val="20"/>
        </w:rPr>
        <w:t>11:08  i am here alive at just is taqreer. " ab yeh baat jo mein ne kahi india mein, yahi baat mein pakistan mein nahi keh sakta.</w:t>
      </w:r>
      <w:r>
        <w:br/>
      </w:r>
      <w:r>
        <w:rPr>
          <w:sz w:val="20"/>
        </w:rPr>
        <w:t>11:20  agar mein pakistan mein kisi stage par yeh keh doon ke "i am better than jinnah" to wahin mujhe woh log qatal kar den ge.</w:t>
      </w:r>
      <w:r>
        <w:br/>
      </w:r>
      <w:r>
        <w:rPr>
          <w:sz w:val="20"/>
        </w:rPr>
        <w:t>11:29  ya kisi bhi muslim mulk mein aisa mein keh doon agar. yahan mein ne sab ke samne kaha aur aksariyat hinduo'n ki thi wahan par ke "i am better than gandhi." kisi ne bura nahi mana,</w:t>
      </w:r>
      <w:r>
        <w:br/>
      </w:r>
      <w:r>
        <w:rPr>
          <w:sz w:val="20"/>
        </w:rPr>
        <w:t>11:43  koi ghussa nahin hua, kuch bhi nahin. yeh hai India ki mahant. India mein jo udharta hai, jo khule pan hai, jo bardasht hai, main samajhta hoon ke duniya ke kisi bhi mulk mein nahin.</w:t>
      </w:r>
      <w:r>
        <w:br/>
      </w:r>
      <w:r>
        <w:rPr>
          <w:sz w:val="20"/>
        </w:rPr>
        <w:t>12:01  is liye hamara jo mission hai ke khula mukalama mukhtalif saqafon mein aur mukhtalif mazhabi rawaiyat ke beech mein, is tarah ka mission chalane ke liye India behtareen mulk hai.</w:t>
      </w:r>
      <w:r>
        <w:br/>
      </w:r>
      <w:r>
        <w:rPr>
          <w:sz w:val="20"/>
        </w:rPr>
        <w:t>12:22  behtareen mulk hai.</w:t>
      </w:r>
      <w:r>
        <w:br/>
      </w:r>
      <w:r>
        <w:rPr>
          <w:sz w:val="20"/>
        </w:rPr>
        <w:t>12:26  main chahta hoon ke Hindu, Musalman, Isai, Buddh, koi bhi ho, khula mukalama karein. theek isi tarah se jis tarah science ki shakhon mein hota hai.</w:t>
      </w:r>
      <w:r>
        <w:br/>
      </w:r>
      <w:r>
        <w:rPr>
          <w:sz w:val="20"/>
        </w:rPr>
        <w:t>12:38  yaani saensy mukalama. pehle hi saensy mukalama ilm ki doosri shakhon mein pehle hi ho raha hai.</w:t>
      </w:r>
      <w:r>
        <w:br/>
      </w:r>
      <w:r>
        <w:rPr>
          <w:sz w:val="20"/>
        </w:rPr>
        <w:t>12:50  hum chahte hain ke wahi saensy mukalama mazhab mein bhi hone lage. yeh hamara mission hai.</w:t>
      </w:r>
      <w:r>
        <w:br/>
      </w:r>
      <w:r>
        <w:rPr>
          <w:sz w:val="20"/>
        </w:rPr>
        <w:t>13:00  aur main samajhta hoon ke main khush qismat hoon ke mujhe Khuda ne India mein paida kiya. kyunke India hi woh behtareen mulk tha jahan par main is qism ke mission ko chala sakoon.</w:t>
      </w:r>
    </w:p>
    <w:p>
      <w:pPr>
        <w:pStyle w:val="Heading2"/>
      </w:pPr>
      <w:r>
        <w:t>Final role for CPS in global dawah</w:t>
      </w:r>
    </w:p>
    <w:p>
      <w:r>
        <w:rPr>
          <w:color w:val="666666"/>
          <w:sz w:val="18"/>
        </w:rPr>
        <w:t>CPS Mission Re Born | April 11, 2006 | Maulana Wahiduddin Khan · 6m 11s · at 21:51 · https://youtu.be/jC8IPGPSOCA?t=1311</w:t>
      </w:r>
    </w:p>
    <w:p>
      <w:r>
        <w:rPr>
          <w:i/>
        </w:rPr>
        <w:t>“Role Christian log kar chuke hain, doosra role aap ke liye baqi hai”</w:t>
      </w:r>
    </w:p>
    <w:p>
      <w:r>
        <w:rPr>
          <w:sz w:val="20"/>
        </w:rPr>
        <w:t>21:51  role Christian log kar chuke hain, doosra role aap ke liye baqi hai. Dekhiye, yeh materialism ka daur aaya, is ko check karne ka kaam Christians ne kiya hai aur kisi ne bhi nahin kiya hai. Hazrat Masih ne jo kaha tha apne Hawariyon se: "Tum Allah ke madadgar bano" to main samajhta hoon ke Allah ke madadgar bane woh log, aur isi madadga</w:t>
      </w:r>
      <w:r>
        <w:br/>
      </w:r>
      <w:r>
        <w:rPr>
          <w:sz w:val="20"/>
        </w:rPr>
        <w:t>22:21  ar hone ka jo culmination tha, woh maujooda zamane mein pesh aaya hai. Materialism ka jo sailab tha, us ko check kiya hai Christians ne. Aap dekhiye, jitni bari bari kitabein hain, existence of God par, woh sab Christians ne likhi hain, Sir James Jeans, Sir Arthur Eddington, aur is tarah ke bohat sare log. Scientific satah par unhon ne</w:t>
      </w:r>
      <w:r>
        <w:br/>
      </w:r>
      <w:r>
        <w:rPr>
          <w:sz w:val="20"/>
        </w:rPr>
        <w:t>22:53  mazhab ki sadaqat ko sabit kiya aur Khuda ke wajood ko sabit kiya, lekin Christian logon ke paas belief system nahi tha sahi, is wajah se woh sirf aadha kaam kar sake, yani check karne ka kaam. Yeh woh log hain jinhon ne communist empire ko, jo pehli baar history mein ek aisa empire tha jo Khuda ke inkar par khara hua tha, us ko khatam kiya. Unhon ne us ko khatam karne mein kisi aur ka koi dakhal</w:t>
      </w:r>
      <w:r>
        <w:br/>
      </w:r>
      <w:r>
        <w:rPr>
          <w:sz w:val="20"/>
        </w:rPr>
        <w:t>23:23  nahi hai. Is tarah ke bohat se kaam unhon ne kiye. Ab jo kaam hai, woh yeh hai ke history jahan pahunchi hai aur science ke science ne jo naya zamana paida kiya hai, jo naye naye saman paida kiye hain, us ko le kar Khuda ke deen ko</w:t>
      </w:r>
      <w:r>
        <w:br/>
      </w:r>
      <w:r>
        <w:rPr>
          <w:sz w:val="20"/>
        </w:rPr>
        <w:t>23:53  universal level par, aalami satah par phaila diya jaye. Aap jante hain ke aaj ke zamane mein jo scientific argument possible hua hai, jo scientific logic wajood mein aayi hai, us se pehle kabhi bhi yeh mumkin nahi hua tha ke mazhab ki sachaiyon ko itne bare paimane par prove kiya ja sake, y</w:t>
      </w:r>
      <w:r>
        <w:br/>
      </w:r>
      <w:r>
        <w:rPr>
          <w:sz w:val="20"/>
        </w:rPr>
        <w:t>24:23  ani khud insan ke insan ke accepted معیار ke mutabiq Khuda ki sachai ko sabit kiya ja sake. Yeh pehli baar mumkin hua hai science ke inqalab ke baad. Doosri baat yeh hai ke isi inqalab ne duniya mein mazhabi azadi paida ki. Is se pehle kabhi bhi history mein religious freedom poori tarah par maujood nahi thi. Yeh sirf aaj mumkin hui hai. Aur</w:t>
      </w:r>
      <w:r>
        <w:br/>
      </w:r>
      <w:r>
        <w:rPr>
          <w:sz w:val="20"/>
        </w:rPr>
        <w:t>24:53  saath sath yeh hua hai ke modern communication insan ke kabze mein aa gaye hain. Pehli baar yeh mumkin hua hai ke aap Delhi mein bolein aur sari duniya aap ki awaz ko sune, aap ki awaz, aap ki tasweer, sab kuch duniya ke samne ho. Yeh kab tha? Yeh pehle, is se pehle kabhi nahi tha. To aaj yeh mumkin hua hai ke</w:t>
      </w:r>
      <w:r>
        <w:br/>
      </w:r>
      <w:r>
        <w:rPr>
          <w:sz w:val="20"/>
        </w:rPr>
        <w:t>25:26  in imkanat ko, in sadhanon ko istemal kar ke woh aakhri kaam kiya jaye jis ka Khuda ko intezar hai. Hadees mein aata hai ke: "Lam yak bait madr wa la wabar illa fi al-Islam" yani globe ke upar koi ghar chota ya bara nahi bachega jahan Khuda</w:t>
      </w:r>
      <w:r>
        <w:br/>
      </w:r>
      <w:r>
        <w:rPr>
          <w:sz w:val="20"/>
        </w:rPr>
        <w:t>25:56  jahan word of God na pahunch jaye, Khuda ki baat jahan na pahunch jaye. Yeh pehle possible hi nahi thi kyunke communication nahi tha, na aap safar kar sakte the, na aap apni baat ko pahuncha sakte the. Yeh jo opportunities hain, pehli baar khuli hain insan ke liye. Ab Khuda ka intezar hai ke koi uthe jo is kaam ko anjam de.</w:t>
      </w:r>
      <w:r>
        <w:br/>
      </w:r>
      <w:r>
        <w:rPr>
          <w:sz w:val="20"/>
        </w:rPr>
        <w:t>26:30  Aur yeh kaam anjam dene ke liye main samajhta hoon ke CPS ki team sab se pehle haq rakhti hai ke woh is kaam ko kare. Yahan main aap ko yaad dilaoonga ke Hazrat Masih ne kaha tha ke insan agar na boley to pathar chalayenge. "If man fails to speak, stones will speak"</w:t>
      </w:r>
      <w:r>
        <w:br/>
      </w:r>
      <w:r>
        <w:rPr>
          <w:sz w:val="20"/>
        </w:rPr>
        <w:t>27:02  Aap ne agar is opportunity ko avail nahi kiya, aap ne agar yeh kaam nahi kiya to kaam rukega nahi, kaam ho kar rahega. Aur yahan tak hoga, yahan tak hoga, yahan tak hoga ke agar insan nahi bolein ge to pathar chalayenge. Matlab Khuda khud qanoon fitrat ke tehat is kaam karwayega kyunke yeh duniya</w:t>
      </w:r>
      <w:r>
        <w:br/>
      </w:r>
      <w:r>
        <w:rPr>
          <w:sz w:val="20"/>
        </w:rPr>
        <w:t>27:32  hamesha ke liye nahi bani hai. Main samajhta hoon ke duniya Rasool Allah ne kaha tha ke qayamat bohat qareeb aa chuki hai, 1400 saal pehle. Zahir hai ke ab to aur bhi zyada qareeb aa chuki hai. To ab bohat zyada door nahi hai ke jis zindagi ke jis khatme ki ibtidai itla di thi Hazrat Nuh ne, woh itla</w:t>
      </w:r>
    </w:p>
    <w:p>
      <w:pPr>
        <w:pStyle w:val="Heading2"/>
      </w:pPr>
      <w:r>
        <w:t>why unanswered prayers are actually stored and answered later</w:t>
      </w:r>
    </w:p>
    <w:p>
      <w:r>
        <w:rPr>
          <w:color w:val="666666"/>
          <w:sz w:val="18"/>
        </w:rPr>
        <w:t>Realisation of God December 13, 2015 · 5m 54s · at 16:01 · https://youtu.be/88yxy1lk1GU?t=961</w:t>
      </w:r>
    </w:p>
    <w:p>
      <w:r>
        <w:rPr>
          <w:i/>
        </w:rPr>
        <w:t>“People come to me disappointed that their prayers go unanswered”</w:t>
      </w:r>
    </w:p>
    <w:p>
      <w:r>
        <w:rPr>
          <w:sz w:val="20"/>
        </w:rPr>
        <w:t>16:01  yahan main ek aur baat karna chahta hoon ke aksar log mujh se poochte hain ke hum dua karte hain, dua poori nahi hoti.</w:t>
      </w:r>
      <w:r>
        <w:br/>
      </w:r>
      <w:r>
        <w:rPr>
          <w:sz w:val="20"/>
        </w:rPr>
        <w:t>16:12  to mayoosi mein pade hue the. main ne aise kai log mile mujhe ke woh mayoosi mein the ke dua karte hain, dua poori nahi hoti.</w:t>
      </w:r>
      <w:r>
        <w:br/>
      </w:r>
      <w:r>
        <w:rPr>
          <w:sz w:val="20"/>
        </w:rPr>
        <w:t>16:23  dekhiye, Allah ki sunnat ko samjhiye, sunnat ilahi ko samjhiye.</w:t>
      </w:r>
      <w:r>
        <w:br/>
      </w:r>
      <w:r>
        <w:rPr>
          <w:sz w:val="20"/>
        </w:rPr>
        <w:t>16:32  Allah ki sunnat yeh hai ke aap Allah se dua karen. to aap ne jo cheez mangi hai, kabhi woh cheez mil jay gi.</w:t>
      </w:r>
      <w:r>
        <w:br/>
      </w:r>
      <w:r>
        <w:rPr>
          <w:sz w:val="20"/>
        </w:rPr>
        <w:t>16:41  yeh khud hadees mein aaya hai.</w:t>
      </w:r>
      <w:r>
        <w:br/>
      </w:r>
      <w:r>
        <w:rPr>
          <w:sz w:val="20"/>
        </w:rPr>
        <w:t>16:44  hadees mein aaya hai ke kabhi aisa hota hai ke bande ne jo cheez mangi, wahi cheez us ko mil gayi. aur kabhi aisa hota hai ke bande ne jo cheez mangi, jo dua ki, woh dua us us ke liye zakhira kar di gayi, store kar di gayi.</w:t>
      </w:r>
      <w:r>
        <w:br/>
      </w:r>
      <w:r>
        <w:rPr>
          <w:sz w:val="20"/>
        </w:rPr>
        <w:t>17:02  aur kisi aur shakal mein us ko di gayi.</w:t>
      </w:r>
      <w:r>
        <w:br/>
      </w:r>
      <w:r>
        <w:rPr>
          <w:sz w:val="20"/>
        </w:rPr>
        <w:t>17:11  is ki main ek misaal deta hoon.</w:t>
      </w:r>
      <w:r>
        <w:br/>
      </w:r>
      <w:r>
        <w:rPr>
          <w:sz w:val="20"/>
        </w:rPr>
        <w:t>17:15  Rasool Allah ke zamane mein do ladaiyan huin. ek ko kehte hain Ghazwa e Badar, ek ko kehte hain Ghazwa e Uhud.</w:t>
      </w:r>
      <w:r>
        <w:br/>
      </w:r>
      <w:r>
        <w:rPr>
          <w:sz w:val="20"/>
        </w:rPr>
        <w:t>17:26  kitabon mein aata hai ke Badar ke mauqe par Rasool Allah ne bohat zyada dua ki, bohat zyada dua ki ke Khuda ya!</w:t>
      </w:r>
      <w:r>
        <w:br/>
      </w:r>
      <w:r>
        <w:rPr>
          <w:sz w:val="20"/>
        </w:rPr>
        <w:t>17:37  yeh jo tere bande yahan ekhatta hue hain, un ko madad farma.</w:t>
      </w:r>
      <w:r>
        <w:br/>
      </w:r>
      <w:r>
        <w:rPr>
          <w:sz w:val="20"/>
        </w:rPr>
        <w:t>17:45  to aap jante hain ke Ghazwa e Badar ke mauqe par Allah ki madad itni zyada aayi ke zabardast kamyabi hui. woh hatta ke farishte aa gaye Sahaba ki madad karne ke liye.</w:t>
      </w:r>
      <w:r>
        <w:br/>
      </w:r>
      <w:r>
        <w:rPr>
          <w:sz w:val="20"/>
        </w:rPr>
        <w:t>18:02  to Badar ke mauqe par Rasool Allah ko wahi cheez mili jis ke liye unhon ne dua ki thi, yaani fateh.</w:t>
      </w:r>
      <w:r>
        <w:br/>
      </w:r>
      <w:r>
        <w:rPr>
          <w:sz w:val="20"/>
        </w:rPr>
        <w:t>18:13  fatah!</w:t>
      </w:r>
      <w:r>
        <w:br/>
      </w:r>
      <w:r>
        <w:rPr>
          <w:sz w:val="20"/>
        </w:rPr>
        <w:t>18:16  ab dekhiye, uhud mein kya hua? uhud ke mauqe par bhi aap ne duaen keen. uhud ke mauqe par bhi, ghazwa uhud ke mauqe par bhi aap ne duaen keen.</w:t>
      </w:r>
      <w:r>
        <w:br/>
      </w:r>
      <w:r>
        <w:rPr>
          <w:sz w:val="20"/>
        </w:rPr>
        <w:t>18:27  lekin hua kya? aap jante hain ke taqreeban 70 sahaba is mein maare gae. aur zabardast defeat hui sahaba ko.</w:t>
      </w:r>
      <w:r>
        <w:br/>
      </w:r>
      <w:r>
        <w:rPr>
          <w:sz w:val="20"/>
        </w:rPr>
        <w:t>18:40  yani dua kya, is ke bawajood bazahir ulta ho gaya.</w:t>
      </w:r>
      <w:r>
        <w:br/>
      </w:r>
      <w:r>
        <w:rPr>
          <w:sz w:val="20"/>
        </w:rPr>
        <w:t>18:50  aisa nahin hua. woh zakhira kar di gai, rasool Allah ki woh dua zakhira kar di gai.</w:t>
      </w:r>
      <w:r>
        <w:br/>
      </w:r>
      <w:r>
        <w:rPr>
          <w:sz w:val="20"/>
        </w:rPr>
        <w:t>18:57  aur is ke baad woh fatah mubeen ki shakal mein zahir hui, yani hudaybiyah. yani uhud mein to fatah nahin hui.</w:t>
      </w:r>
      <w:r>
        <w:br/>
      </w:r>
      <w:r>
        <w:rPr>
          <w:sz w:val="20"/>
        </w:rPr>
        <w:t>19:09  is ke baad quran ki surah number 48 mein zikr hai hudaybiyah ka. aur wahan par yeh alfaaz aate hain ke inna fatahna laka fatah mubeen</w:t>
      </w:r>
      <w:r>
        <w:br/>
      </w:r>
      <w:r>
        <w:rPr>
          <w:sz w:val="20"/>
        </w:rPr>
        <w:t>19:25  yani hum ne tum ko open victory, khuli fatah de di. khuli fatah!</w:t>
      </w:r>
      <w:r>
        <w:br/>
      </w:r>
      <w:r>
        <w:rPr>
          <w:sz w:val="20"/>
        </w:rPr>
        <w:t>19:35  to yeh yeh wahi wahi baat hai ke dua ki uhud ke mauqe par woh zakhira ho gai aur phir woh zabardast fatah ke shakal mein mili aap ko.</w:t>
      </w:r>
      <w:r>
        <w:br/>
      </w:r>
      <w:r>
        <w:rPr>
          <w:sz w:val="20"/>
        </w:rPr>
        <w:t>19:48  aur woh kya tha? poora arab islamize ho gaya.</w:t>
      </w:r>
      <w:r>
        <w:br/>
      </w:r>
      <w:r>
        <w:rPr>
          <w:sz w:val="20"/>
        </w:rPr>
        <w:t>19:53  to hum aap duaen karte hain.</w:t>
      </w:r>
      <w:r>
        <w:br/>
      </w:r>
      <w:r>
        <w:rPr>
          <w:sz w:val="20"/>
        </w:rPr>
        <w:t>19:58  har aadmi dua karta hai.</w:t>
      </w:r>
      <w:r>
        <w:br/>
      </w:r>
      <w:r>
        <w:rPr>
          <w:sz w:val="20"/>
        </w:rPr>
        <w:t>20:02  to is ko janna chahiye ke dua to banda karega, lekin dua suni jaegi Allah ki sunnat ke mutabiq.</w:t>
      </w:r>
      <w:r>
        <w:br/>
      </w:r>
      <w:r>
        <w:rPr>
          <w:sz w:val="20"/>
        </w:rPr>
        <w:t>20:13  Allah ki sunnat yeh hai ke bande ki dua ko apne ilm ke mutabiq woh poora karta hai, na ke bande ke ilm ke mutabiq.</w:t>
      </w:r>
      <w:r>
        <w:br/>
      </w:r>
      <w:r>
        <w:rPr>
          <w:sz w:val="20"/>
        </w:rPr>
        <w:t>20:23  bande ka ilm jo hai, bohat mehdood hai.</w:t>
      </w:r>
      <w:r>
        <w:br/>
      </w:r>
      <w:r>
        <w:rPr>
          <w:sz w:val="20"/>
        </w:rPr>
        <w:t>20:28  bohat kam is ki samajh hai. isi samajh ke andar woh mangta hai. Allah ke ilm bohat zyada hai.</w:t>
      </w:r>
      <w:r>
        <w:br/>
      </w:r>
      <w:r>
        <w:rPr>
          <w:sz w:val="20"/>
        </w:rPr>
        <w:t>20:37  to agar Allah ko yeh maloom hai ke banda jo mang raha hai, is se zyada bari cheez is ko chahiye,</w:t>
      </w:r>
      <w:r>
        <w:br/>
      </w:r>
      <w:r>
        <w:rPr>
          <w:sz w:val="20"/>
        </w:rPr>
        <w:t>20:46  to Allah bande ki dua ke nateeje mein is ko woh bari cheez likh deta hai, jo usi waqt to nahin milti, lekin baad ko milti hai.</w:t>
      </w:r>
      <w:r>
        <w:br/>
      </w:r>
      <w:r>
        <w:rPr>
          <w:sz w:val="20"/>
        </w:rPr>
        <w:t>21:02  to dekhiye, Allah se ta'alluq, Allah se dua, yeh jo mu'amla hai,</w:t>
      </w:r>
      <w:r>
        <w:br/>
      </w:r>
      <w:r>
        <w:rPr>
          <w:sz w:val="20"/>
        </w:rPr>
        <w:t>21:11  is mein hamesha yaad rakhiye ke ek hai aap ki taraf se mu'amla, ek hai Allah ki taraf se mu'amla. to hum apne limited knowledge ki bina par ek rai bana lete hain ke aisa hona chahiye, waisa hona chahiye.</w:t>
      </w:r>
      <w:r>
        <w:br/>
      </w:r>
      <w:r>
        <w:rPr>
          <w:sz w:val="20"/>
        </w:rPr>
        <w:t>21:34  to aap duaen karte hain. agar aap ki niyat durust hai, agar aap sachche dil ke sath dua kar rahe hain, to zaroor qabool hogi.</w:t>
      </w:r>
      <w:r>
        <w:br/>
      </w:r>
      <w:r>
        <w:rPr>
          <w:sz w:val="20"/>
        </w:rPr>
        <w:t>21:42  woh zaroor qabool hogi. lekin qabool hone ka matlab yeh nahin hai ke isi waqt woh ho jae. kabhi is waqt ho jaegi, kabhi baad ko hogi.</w:t>
      </w:r>
    </w:p>
    <w:p>
      <w:pPr>
        <w:pStyle w:val="Heading2"/>
      </w:pPr>
      <w:r>
        <w:t>Death as a gate: its positive meaning and the science behind it</w:t>
      </w:r>
    </w:p>
    <w:p>
      <w:r>
        <w:rPr>
          <w:color w:val="666666"/>
          <w:sz w:val="18"/>
        </w:rPr>
        <w:t>Life and Death December 8, 2013 · 5m 53s · at 27:23 · https://youtu.be/scYn0iBgP4E?t=1643</w:t>
      </w:r>
    </w:p>
    <w:p>
      <w:r>
        <w:rPr>
          <w:i/>
        </w:rPr>
        <w:t>“Death ek reminder hai jise hum sochein, sochein”</w:t>
      </w:r>
    </w:p>
    <w:p>
      <w:r>
        <w:rPr>
          <w:sz w:val="20"/>
        </w:rPr>
        <w:t>27:23  death ek reminder hai jis ko hum sochein, sochein, sochein to bari bari realities hum par khulti hain. bohat bari bari realities.</w:t>
      </w:r>
      <w:r>
        <w:br/>
      </w:r>
      <w:r>
        <w:rPr>
          <w:sz w:val="20"/>
        </w:rPr>
        <w:t>27:34  to kaisi ajeeb nemat hai yeh death. aur phir agar hum is tarah sochein to death koi unwanted cheez nahi rehti.</w:t>
      </w:r>
      <w:r>
        <w:br/>
      </w:r>
      <w:r>
        <w:rPr>
          <w:sz w:val="20"/>
        </w:rPr>
        <w:t>27:45  death jo hai, is tarah sochein hum to death koi unwanted</w:t>
      </w:r>
      <w:r>
        <w:br/>
      </w:r>
      <w:r>
        <w:rPr>
          <w:sz w:val="20"/>
        </w:rPr>
        <w:t>27:50  cheez nahi rehti. is ka matlab hota hai ke invisible world se invisible world mein jana. temporary world se eternal world mein jana.</w:t>
      </w:r>
      <w:r>
        <w:br/>
      </w:r>
      <w:r>
        <w:rPr>
          <w:sz w:val="20"/>
        </w:rPr>
        <w:t>28:02  imperfect world se perfect world mein jana. kaisi ajeeb baat hai. but death ek gate hai. death end of life nahi hai.</w:t>
      </w:r>
      <w:r>
        <w:br/>
      </w:r>
      <w:r>
        <w:rPr>
          <w:sz w:val="20"/>
        </w:rPr>
        <w:t>28:14  ek death hai. ek gate hai, gate.</w:t>
      </w:r>
      <w:r>
        <w:br/>
      </w:r>
      <w:r>
        <w:rPr>
          <w:sz w:val="20"/>
        </w:rPr>
        <w:t>28:18  to hum is gate ke us paar ek duniya hai, gate ke us paar ek duniya, duniya hai. idhar incomplete duniya hai, idhar complete duniya hai.</w:t>
      </w:r>
      <w:r>
        <w:br/>
      </w:r>
      <w:r>
        <w:rPr>
          <w:sz w:val="20"/>
        </w:rPr>
        <w:t>28:32  idhar temporary duniya hai, idhar eternal duniya hai. idhar problem world hai, idhar problem free world hai.</w:t>
      </w:r>
      <w:r>
        <w:br/>
      </w:r>
      <w:r>
        <w:rPr>
          <w:sz w:val="20"/>
        </w:rPr>
        <w:t>28:44  to kaisi ajeeb cheez hai jo hum ko death yaad dilati hai. death ka yeh positive aspect hai. log death ke sirf negative aspect ko lete hain.</w:t>
      </w:r>
      <w:r>
        <w:br/>
      </w:r>
      <w:r>
        <w:rPr>
          <w:sz w:val="20"/>
        </w:rPr>
        <w:t>28:55  negative death ko sirf negative sense mein lete hain. isi liye dictionary mein likh diya ke death ka matlab hai permanent end of life.</w:t>
      </w:r>
      <w:r>
        <w:br/>
      </w:r>
      <w:r>
        <w:rPr>
          <w:sz w:val="20"/>
        </w:rPr>
        <w:t>29:07  yeh yeh yeh yeh negative definition hai jo is ki likhi hui hai dictionario mein. woh death ka negative definition hai.</w:t>
      </w:r>
      <w:r>
        <w:br/>
      </w:r>
      <w:r>
        <w:rPr>
          <w:sz w:val="20"/>
        </w:rPr>
        <w:t>29:19  main samajhta hoon ke is ka jo positive definition hai, woh is se beshumar guna zyada bara hai.</w:t>
      </w:r>
      <w:r>
        <w:br/>
      </w:r>
      <w:r>
        <w:rPr>
          <w:sz w:val="20"/>
        </w:rPr>
        <w:t>29:28  death ki negative, death ki negative jo definition hai, woh to aap ko sirf maayusi degi aur aap ko koi cheez nahi degi.</w:t>
      </w:r>
      <w:r>
        <w:br/>
      </w:r>
      <w:r>
        <w:rPr>
          <w:sz w:val="20"/>
        </w:rPr>
        <w:t>29:42  lekin death ka positive definition jo hai, woh aap ko beshumar cheezein deta hai.</w:t>
      </w:r>
      <w:r>
        <w:br/>
      </w:r>
      <w:r>
        <w:rPr>
          <w:sz w:val="20"/>
        </w:rPr>
        <w:t>29:48  is mein hope hai, is mein aik naya hosla hai, is mein aik aik aik nai yani riya riyaf hope hai, is mein kya kya cheezen hain death ke ke positive definition mein.</w:t>
      </w:r>
      <w:r>
        <w:br/>
      </w:r>
      <w:r>
        <w:rPr>
          <w:sz w:val="20"/>
        </w:rPr>
        <w:t>30:05  to yeh sab sochte hue mujhe lagta hai ke quran majeed mein kaisi ajeeb o ghareeb cheezen hain. kaisi ajeeb o ghareeb cheezen hain.</w:t>
      </w:r>
      <w:r>
        <w:br/>
      </w:r>
      <w:r>
        <w:rPr>
          <w:sz w:val="20"/>
        </w:rPr>
        <w:t>30:13  quran mein bar bar yeh baat batai gayi hai ke maut ke baad bhi aadmi zinda rehta hai. Bar bar. Quran ka mein ki jo baat hai, is mein aik aik bohat bunyadi cheez yeh hai ke maut jo hai, aap ke wajood ka khatma nahi hai.</w:t>
      </w:r>
      <w:r>
        <w:br/>
      </w:r>
      <w:r>
        <w:rPr>
          <w:sz w:val="20"/>
        </w:rPr>
        <w:t>30:33  maut aap ke wajood ka, aap ke personality ka khatma nahi hai. Aur yahan bhi dekhen to mein samajhta hoon ke science jis ko confirm kar rahi hai.</w:t>
      </w:r>
      <w:r>
        <w:br/>
      </w:r>
      <w:r>
        <w:rPr>
          <w:sz w:val="20"/>
        </w:rPr>
        <w:t>30:45  is zamane mein jo yeh studies ki gayi hain, to is ke is mein se aik cheez yeh hai ke hamara jo body hai, is mein taqreeban 10 trillion cells hotay hain.</w:t>
      </w:r>
      <w:r>
        <w:br/>
      </w:r>
      <w:r>
        <w:rPr>
          <w:sz w:val="20"/>
        </w:rPr>
        <w:t>31:00  10 trillion bohat chotay hotay hain woh. To woh aam qisam ki microscopes se aap nahi dekh saktay. Bohat hi taqatwar microscope, micro taqatwar khurdbeen chahiye is ko dekhnay ke liye.</w:t>
      </w:r>
      <w:r>
        <w:br/>
      </w:r>
      <w:r>
        <w:rPr>
          <w:sz w:val="20"/>
        </w:rPr>
        <w:t>31:21  to yeh jo taqreeban 10 trillion cells hain hamari body mein, woh toot'tay rehtay hain, toot'tay rehtay hain, toot'tay rehtay hain.</w:t>
      </w:r>
      <w:r>
        <w:br/>
      </w:r>
      <w:r>
        <w:rPr>
          <w:sz w:val="20"/>
        </w:rPr>
        <w:t>31:33  aur jo hum khatay peetay hain, hamara jo food hai, woh food se yahi to hota hai. Food se cells bantay hain. Woh mukhtalif qisam ke cells, yani haddi ke alag hain, khoon ke alag hain,</w:t>
      </w:r>
      <w:r>
        <w:br/>
      </w:r>
      <w:r>
        <w:rPr>
          <w:sz w:val="20"/>
        </w:rPr>
        <w:t>31:46  baal ke alag hain, nakhun ke alag hain. Woh saaray cell bantay hain.</w:t>
      </w:r>
      <w:r>
        <w:br/>
      </w:r>
      <w:r>
        <w:rPr>
          <w:sz w:val="20"/>
        </w:rPr>
        <w:t>31:51  in ka replacement hota rehta hai. To bachpan se le kar barhaapay tak aadmi ke cell toot'tay rehtay hain. Aur yeh andaza lagaya gaya hai ke average jo is ka jo average lagaya gaya hai, average to woh taqreeban 10 saal mein yeh process complete ho jata hai.</w:t>
      </w:r>
      <w:r>
        <w:br/>
      </w:r>
      <w:r>
        <w:rPr>
          <w:sz w:val="20"/>
        </w:rPr>
        <w:t>32:13  10 saal mein yeh process complete ho jata hai ke aik aadmi agar farz kiye ke 90 saal jiya, 90 saal jiya, jis tarah abhi nelson mandela ki fawafat hui to woh to 95 saal ho chuki thi umer.</w:t>
      </w:r>
      <w:r>
        <w:br/>
      </w:r>
      <w:r>
        <w:rPr>
          <w:sz w:val="20"/>
        </w:rPr>
        <w:t>32:28  to agar aik aadmi 90 saal jiya, is ka matlab kya hua ke is ka body 10 baar badal chuka hai. Yeh jis ko hum body kehtay hain, jo dikhai deta hai, woh yahi nahi jo pehle tha.</w:t>
      </w:r>
      <w:r>
        <w:br/>
      </w:r>
      <w:r>
        <w:rPr>
          <w:sz w:val="20"/>
        </w:rPr>
        <w:t>32:42  woh badal chuka hai 10 baar 90 saal ki umer mein. To agar 90 saal ke baad is ka intiqal hota hai to dasveen baar badla woh.</w:t>
      </w:r>
      <w:r>
        <w:br/>
      </w:r>
      <w:r>
        <w:rPr>
          <w:sz w:val="20"/>
        </w:rPr>
        <w:t>32:57  to is se pehle hum ne dekha hai ke ke bar bar badalnay ke bawajood personality aap ki waisi ki waisi hai.</w:t>
      </w:r>
      <w:r>
        <w:br/>
      </w:r>
      <w:r>
        <w:rPr>
          <w:sz w:val="20"/>
        </w:rPr>
        <w:t>33:05  Sigmund Freud ne is par research kiya hai. To is ne bataya hai ke insaan ki jo memory hai, is mein kuch bhi kami nahi hoti.</w:t>
      </w:r>
    </w:p>
    <w:p>
      <w:pPr>
        <w:pStyle w:val="Heading2"/>
      </w:pPr>
      <w:r>
        <w:t>Quantum physics proves God through creation's effects</w:t>
      </w:r>
    </w:p>
    <w:p>
      <w:r>
        <w:rPr>
          <w:color w:val="666666"/>
          <w:sz w:val="18"/>
        </w:rPr>
        <w:t>Realization of God in the Age of Science March 1, 2020 Maulana Wahiduddin Khan · 5m 26s · at 13:13 · https://youtu.be/duUnwicq5Yw?t=793</w:t>
      </w:r>
    </w:p>
    <w:p>
      <w:r>
        <w:rPr>
          <w:i/>
        </w:rPr>
        <w:t>“Quantum physics yeh batati hai ke material world”</w:t>
      </w:r>
    </w:p>
    <w:p>
      <w:r>
        <w:rPr>
          <w:sz w:val="20"/>
        </w:rPr>
        <w:t>13:13  quantum physics yeh batati hai ke material world jo hai ek</w:t>
      </w:r>
      <w:r>
        <w:br/>
      </w:r>
      <w:r>
        <w:rPr>
          <w:sz w:val="20"/>
        </w:rPr>
        <w:t>13:25  ek aisi duniya hai jis ko hum na kisi</w:t>
      </w:r>
      <w:r>
        <w:br/>
      </w:r>
      <w:r>
        <w:rPr>
          <w:sz w:val="20"/>
        </w:rPr>
        <w:t>13:34  doorbeen se dekh sakte hain, na kisi khurdbeen se.</w:t>
      </w:r>
      <w:r>
        <w:br/>
      </w:r>
      <w:r>
        <w:rPr>
          <w:sz w:val="20"/>
        </w:rPr>
        <w:t>13:43  hamare paas jo tareeqay hain un mein se koi tareeqa aisa nahin hai jis ke zariye hum jaan sakein, dekh sakein, aur discover kar sakein.</w:t>
      </w:r>
      <w:r>
        <w:br/>
      </w:r>
      <w:r>
        <w:rPr>
          <w:sz w:val="20"/>
        </w:rPr>
        <w:t>13:57  phir is ke bawajood insaan material world ko maanta hai, scientist bhi maanta hai, to kyun?</w:t>
      </w:r>
      <w:r>
        <w:br/>
      </w:r>
      <w:r>
        <w:rPr>
          <w:sz w:val="20"/>
        </w:rPr>
        <w:t>14:09  to is ki wajah yeh hai ke science fiction bind yeh kehta hai ke hum material world ko is liye maante hain ke hum agarche material world ko nahin dekhte,</w:t>
      </w:r>
      <w:r>
        <w:br/>
      </w:r>
      <w:r>
        <w:rPr>
          <w:sz w:val="20"/>
        </w:rPr>
        <w:t>14:24  magar hum is ke effect dekhte hain, effect ko.</w:t>
      </w:r>
      <w:r>
        <w:br/>
      </w:r>
      <w:r>
        <w:rPr>
          <w:sz w:val="20"/>
        </w:rPr>
        <w:t>14:29  kyunke material world ka study karte karte karte hum wahan pohnchte hain, yeh maloom hota hai ke aakhri jo matter hai woh hai,</w:t>
      </w:r>
      <w:r>
        <w:br/>
      </w:r>
      <w:r>
        <w:rPr>
          <w:sz w:val="20"/>
        </w:rPr>
        <w:t>14:41  aakhri matter hai woh hai sub atomic particle.</w:t>
      </w:r>
      <w:r>
        <w:br/>
      </w:r>
      <w:r>
        <w:rPr>
          <w:sz w:val="20"/>
        </w:rPr>
        <w:t>14:46  sub atomic particle. sub atomic particle itna chhota hai, itna chhota hai ke hum koi kisi cheez se dekh nahin sakte, na kisi doorbeen se, na kisi khurdbeen se.</w:t>
      </w:r>
      <w:r>
        <w:br/>
      </w:r>
      <w:r>
        <w:rPr>
          <w:sz w:val="20"/>
        </w:rPr>
        <w:t>15:04  phir kaise hum maante hain? phir science fiction bind kaise maanta hai is ko? to is ki wajah yeh hai ke woh yeh kehte hain ke</w:t>
      </w:r>
      <w:r>
        <w:br/>
      </w:r>
      <w:r>
        <w:rPr>
          <w:sz w:val="20"/>
        </w:rPr>
        <w:t>15:17  is ke effect ko hum dekhte hain, detect karte hain. woh yeh hai ke sub atomic particle jo hai bohat hi itna chhota hai, itna chhota hai, itna chhota hai ke woh dekhne mein nahin aata,</w:t>
      </w:r>
      <w:r>
        <w:br/>
      </w:r>
      <w:r>
        <w:rPr>
          <w:sz w:val="20"/>
        </w:rPr>
        <w:t>15:32  lekin woh rotate karta raha hai.</w:t>
      </w:r>
      <w:r>
        <w:br/>
      </w:r>
      <w:r>
        <w:rPr>
          <w:sz w:val="20"/>
        </w:rPr>
        <w:t>15:36  yaani outer atom ka jo outer hissa hai us ko woh rotate karta raha. to sub atomic particle ke rotation se wahan heat generate hoti hai.</w:t>
      </w:r>
      <w:r>
        <w:br/>
      </w:r>
      <w:r>
        <w:rPr>
          <w:sz w:val="20"/>
        </w:rPr>
        <w:t>15:49  heat. woh heat hum</w:t>
      </w:r>
      <w:r>
        <w:br/>
      </w:r>
      <w:r>
        <w:rPr>
          <w:sz w:val="20"/>
        </w:rPr>
        <w:t>15:53  detect kar lete hain.</w:t>
      </w:r>
      <w:r>
        <w:br/>
      </w:r>
      <w:r>
        <w:rPr>
          <w:sz w:val="20"/>
        </w:rPr>
        <w:t>15:59  is ki wajah se hum maante hain ke haan yeh yeh effect hai, yeh atom ka hai, effect hai yeh. to effect se hum is ko maante hain.</w:t>
      </w:r>
      <w:r>
        <w:br/>
      </w:r>
      <w:r>
        <w:rPr>
          <w:sz w:val="20"/>
        </w:rPr>
        <w:t>16:13  to mein ne jaana ke yahi to Khuda ka maamla hai. yeh creation jo hai, creation yeh saara khalique ka effect hai.</w:t>
      </w:r>
      <w:r>
        <w:br/>
      </w:r>
      <w:r>
        <w:rPr>
          <w:sz w:val="20"/>
        </w:rPr>
        <w:t>16:26  so khalique ko hum normal se normal nahin dekh sakte, lekin is ke effect ko in terms of creation jaante hain.</w:t>
      </w:r>
      <w:r>
        <w:br/>
      </w:r>
      <w:r>
        <w:rPr>
          <w:sz w:val="20"/>
        </w:rPr>
        <w:t>16:40  mein samajhta hoon ke yeh sab se pehle yeh aakhirat</w:t>
      </w:r>
      <w:r>
        <w:br/>
      </w:r>
      <w:r>
        <w:rPr>
          <w:sz w:val="20"/>
        </w:rPr>
        <w:t>16:44  khuli gayi thi Hazrat Musa ke zariye se, jahan Hazrat Musa ne kaha tha: "Rabbul Alameen, Alhamdulillah, Rabbul Alameen, Alhamdulillah".</w:t>
      </w:r>
      <w:r>
        <w:br/>
      </w:r>
      <w:r>
        <w:rPr>
          <w:sz w:val="20"/>
        </w:rPr>
        <w:t>16:57  kaisi ajeeb woh duniya hogi jahan yeh awaaz goonji thi ek bande ki zabaan se:</w:t>
      </w:r>
      <w:r>
        <w:br/>
      </w:r>
      <w:r>
        <w:rPr>
          <w:sz w:val="20"/>
        </w:rPr>
        <w:t>17:05  "rab ul alameen, alhamdolillah" to awazen aaein ke to us ko dekh nahin sakta, lekin siwaye samne jo pahar hai us ko dekho.</w:t>
      </w:r>
      <w:r>
        <w:br/>
      </w:r>
      <w:r>
        <w:rPr>
          <w:sz w:val="20"/>
        </w:rPr>
        <w:t>17:21  to Allah rab ul alameen ne</w:t>
      </w:r>
      <w:r>
        <w:br/>
      </w:r>
      <w:r>
        <w:rPr>
          <w:sz w:val="20"/>
        </w:rPr>
        <w:t>17:24  is pahar par apni taqdeer dali, aur woh pahar reza reza ho gaya.</w:t>
      </w:r>
      <w:r>
        <w:br/>
      </w:r>
      <w:r>
        <w:rPr>
          <w:sz w:val="20"/>
        </w:rPr>
        <w:t>17:34  ab Musa, Khizr Musa se kaha, woh behosh ho ke gir pade.</w:t>
      </w:r>
      <w:r>
        <w:br/>
      </w:r>
      <w:r>
        <w:rPr>
          <w:sz w:val="20"/>
        </w:rPr>
        <w:t>17:44  yeh tha Allah taala ki taraf se is baat ka direct, direct mazahira, demonstration ke tum Khuda ko nahin dekh sakte, lekin Khuda ke effect ko dekh sakte ho.</w:t>
      </w:r>
      <w:r>
        <w:br/>
      </w:r>
      <w:r>
        <w:rPr>
          <w:sz w:val="20"/>
        </w:rPr>
        <w:t>18:02  woh effect kya tha? Allah ne apni tehli dali pahar par, woh reza reza ho gaya.</w:t>
      </w:r>
      <w:r>
        <w:br/>
      </w:r>
      <w:r>
        <w:rPr>
          <w:sz w:val="20"/>
        </w:rPr>
        <w:t>18:13  aur Musa ne is ko jaana itni shiddat se jaana ke woh behosh gir pade.</w:t>
      </w:r>
      <w:r>
        <w:br/>
      </w:r>
      <w:r>
        <w:rPr>
          <w:sz w:val="20"/>
        </w:rPr>
        <w:t>18:23  to yeh scientific mutale se mujhe jo sab bari cheez daryaft hui hai, woh yeh hai ke log kehte hain ke Khuda to dikhai nahin deta, to matter bhi to dikhai nahin deta.</w:t>
      </w:r>
    </w:p>
    <w:p>
      <w:pPr>
        <w:pStyle w:val="Heading2"/>
      </w:pPr>
      <w:r>
        <w:t>A young seeker's prayer answered through creation and the Quran</w:t>
      </w:r>
    </w:p>
    <w:p>
      <w:r>
        <w:rPr>
          <w:color w:val="666666"/>
          <w:sz w:val="18"/>
        </w:rPr>
        <w:t>Belief in the Existance of God | 11 Jan, 2009 · 5m 37s · at 51:00 · https://youtu.be/BniNkb0aE6Q?t=3060</w:t>
      </w:r>
    </w:p>
    <w:p>
      <w:r>
        <w:rPr>
          <w:i/>
        </w:rPr>
        <w:t>“Bachpan se main ek seeker tha, ek seeker”</w:t>
      </w:r>
    </w:p>
    <w:p>
      <w:r>
        <w:rPr>
          <w:sz w:val="20"/>
        </w:rPr>
        <w:t>51:00  be khabar tha. pehle mera jo, yani main ek ek seeker tha, ek seeker tha main ka bachpan se. kehna chahiye toh main ne is se pehle ghaliban bataya tha ke adham garh mein jab meri zindagi shuru hui, bahut pehle ki baat hai, naujmani ki umar mein. toh abhi main jab gaya tha adham garh toh apne sathiyon ko main le gaya, wahan masjid mein, wahan dikhaya maine ke yahan main khada hua tha,</w:t>
      </w:r>
      <w:r>
        <w:br/>
      </w:r>
      <w:r>
        <w:rPr>
          <w:sz w:val="20"/>
        </w:rPr>
        <w:t>51:30  woh jagah maine dikhai.</w:t>
      </w:r>
      <w:r>
        <w:br/>
      </w:r>
      <w:r>
        <w:rPr>
          <w:sz w:val="20"/>
        </w:rPr>
        <w:t>51:34  aur wahan par us waqt ek papita, papite ka peir hua karta tha.</w:t>
      </w:r>
      <w:r>
        <w:br/>
      </w:r>
      <w:r>
        <w:rPr>
          <w:sz w:val="20"/>
        </w:rPr>
        <w:t>51:39  ab to woh nahi tha wahan par, papita khatam ho chuka tha lekin jagah thi woh.</w:t>
      </w:r>
      <w:r>
        <w:br/>
      </w:r>
      <w:r>
        <w:rPr>
          <w:sz w:val="20"/>
        </w:rPr>
        <w:t>51:43  to maine apne sathiyon ko bataya ke dekh, yahan main khada hua tha aur yahan papite ka</w:t>
      </w:r>
      <w:r>
        <w:br/>
      </w:r>
      <w:r>
        <w:rPr>
          <w:sz w:val="20"/>
        </w:rPr>
        <w:t>51:47  ek peir tha.</w:t>
      </w:r>
      <w:r>
        <w:br/>
      </w:r>
      <w:r>
        <w:rPr>
          <w:sz w:val="20"/>
        </w:rPr>
        <w:t>51:51  to ek taraf papite ka, aap ne kabhi dekha ho to papite phool jhadte rehte hain.</w:t>
      </w:r>
      <w:r>
        <w:br/>
      </w:r>
      <w:r>
        <w:rPr>
          <w:sz w:val="20"/>
        </w:rPr>
        <w:t>51:56  agar aap ne kabhi papite ka peir dekha ho to bohat phool is ke andar hote hain</w:t>
      </w:r>
      <w:r>
        <w:br/>
      </w:r>
      <w:r>
        <w:rPr>
          <w:sz w:val="20"/>
        </w:rPr>
        <w:t>52:00  , woh jhadte rehte hain, jhadte rehte hain.</w:t>
      </w:r>
      <w:r>
        <w:br/>
      </w:r>
      <w:r>
        <w:rPr>
          <w:sz w:val="20"/>
        </w:rPr>
        <w:t>52:04  woh papite ke peir ke neeche pade rehte hain.</w:t>
      </w:r>
      <w:r>
        <w:br/>
      </w:r>
      <w:r>
        <w:rPr>
          <w:sz w:val="20"/>
        </w:rPr>
        <w:t>52:09  woh to papite ke peir mein yeh anokhi baat hai ke is ke phool jhadte rehte hain.</w:t>
      </w:r>
      <w:r>
        <w:br/>
      </w:r>
      <w:r>
        <w:rPr>
          <w:sz w:val="20"/>
        </w:rPr>
        <w:t>52:13  is ke to maine kaha ke main yahan khada hua tha to ek taraf papite ke phool</w:t>
      </w:r>
      <w:r>
        <w:br/>
      </w:r>
      <w:r>
        <w:rPr>
          <w:sz w:val="20"/>
        </w:rPr>
        <w:t>52:18  jhad rahe the, ek taraf mere aansu tapak rahe the zameen par.</w:t>
      </w:r>
      <w:r>
        <w:br/>
      </w:r>
      <w:r>
        <w:rPr>
          <w:sz w:val="20"/>
        </w:rPr>
        <w:t>52:22  yani zameen ek taraf jo hamare qadmon ke neeche jo zameen thi, wahan ek taraf papite ke phool</w:t>
      </w:r>
      <w:r>
        <w:br/>
      </w:r>
      <w:r>
        <w:rPr>
          <w:sz w:val="20"/>
        </w:rPr>
        <w:t>52:27  jhad rahe the.</w:t>
      </w:r>
      <w:r>
        <w:br/>
      </w:r>
      <w:r>
        <w:rPr>
          <w:sz w:val="20"/>
        </w:rPr>
        <w:t>52:31  dusri taraf wahan meri aankhon, meri aankhon se aansu nikal tapak rahe the aur meri zuban se nikal raha tha bar bar: "khawand, tu kab aayega? main kab tak tere aane ka intezar karoon?" yahi kehta tha main ke "khawand, tu kab aayega? main kab tak tere aane ka intezar karoon?" phir ek lambi kahani hai. is ke baad woh waqt aata hai jab ke maine aapse arz kiya, kafi study ke baad ke shah naseer sahib mujh se poochte hain ke "kya insan khuda ko dek</w:t>
      </w:r>
      <w:r>
        <w:br/>
      </w:r>
      <w:r>
        <w:rPr>
          <w:sz w:val="20"/>
        </w:rPr>
        <w:t>53:01  h sakta hai?" mere munh se nikalta hai ke "kya aap ne abhi tak khuda ko dekha nahi?"</w:t>
      </w:r>
      <w:r>
        <w:br/>
      </w:r>
      <w:r>
        <w:rPr>
          <w:sz w:val="20"/>
        </w:rPr>
        <w:t>53:06  kyunke mujhe to dikhai de raha tha khuda, jis tarah se hirk chand ki building mein mujhe noor</w:t>
      </w:r>
      <w:r>
        <w:br/>
      </w:r>
      <w:r>
        <w:rPr>
          <w:sz w:val="20"/>
        </w:rPr>
        <w:t>53:12  muhammad dikhai de rahe thay.</w:t>
      </w:r>
      <w:r>
        <w:br/>
      </w:r>
      <w:r>
        <w:rPr>
          <w:sz w:val="20"/>
        </w:rPr>
        <w:t>53:17  jaise maine bataya ke hirk chand ka jo kothi thi, bohat bari, aur main pohncha is kothi</w:t>
      </w:r>
      <w:r>
        <w:br/>
      </w:r>
      <w:r>
        <w:rPr>
          <w:sz w:val="20"/>
        </w:rPr>
        <w:t>53:22  mein, mujhe noor muhammad kargar dikhai dene laga, jis ne banaya tha is ko.</w:t>
      </w:r>
      <w:r>
        <w:br/>
      </w:r>
      <w:r>
        <w:rPr>
          <w:sz w:val="20"/>
        </w:rPr>
        <w:t>53:27  to aise hi shah naseer sahib ne jo mujh se sawal kiya</w:t>
      </w:r>
      <w:r>
        <w:br/>
      </w:r>
      <w:r>
        <w:rPr>
          <w:sz w:val="20"/>
        </w:rPr>
        <w:t>53:33  ke "kya insan khuda ko dekh sakta hai?" to sari universe mujhe bata rahi thi ke "kya khuda</w:t>
      </w:r>
      <w:r>
        <w:br/>
      </w:r>
      <w:r>
        <w:rPr>
          <w:sz w:val="20"/>
        </w:rPr>
        <w:t>53:39  to hai? yeh dekho, kya shakk hai is mein?" to yeh sari cheezon ko aap dhiyan mein laiye aur sochiye.</w:t>
      </w:r>
      <w:r>
        <w:br/>
      </w:r>
      <w:r>
        <w:rPr>
          <w:sz w:val="20"/>
        </w:rPr>
        <w:t>53:45  تو میں بس بتاؤں کہ belief in God جو ہے، ایک بالکل سائنٹیفک، ایک سائنٹیفک فارمولا ہے، یہ</w:t>
      </w:r>
      <w:r>
        <w:br/>
      </w:r>
      <w:r>
        <w:rPr>
          <w:sz w:val="20"/>
        </w:rPr>
        <w:t>53:51  ek scientific principle hai.</w:t>
      </w:r>
      <w:r>
        <w:br/>
      </w:r>
      <w:r>
        <w:rPr>
          <w:sz w:val="20"/>
        </w:rPr>
        <w:t>53:58  yeh sirf aqide ki baat nahi hai, yeh sirf aqide ki baat nahi hai, ek scientific principle hai. yeh</w:t>
      </w:r>
      <w:r>
        <w:br/>
      </w:r>
      <w:r>
        <w:rPr>
          <w:sz w:val="20"/>
        </w:rPr>
        <w:t>54:04  mamla sirf yeh hai ke woh level aap ka ho, understanding, woh level of understanding aap ko hasil</w:t>
      </w:r>
      <w:r>
        <w:br/>
      </w:r>
      <w:r>
        <w:rPr>
          <w:sz w:val="20"/>
        </w:rPr>
        <w:t>54:10  ہو جائے جو چاہیے بیان space</w:t>
      </w:r>
      <w:r>
        <w:br/>
      </w:r>
      <w:r>
        <w:rPr>
          <w:sz w:val="20"/>
        </w:rPr>
        <w:t>54:16  yani hirk chand ki kothi ko dekh kar ke bhi main soch kar hi to laya is is</w:t>
      </w:r>
      <w:r>
        <w:br/>
      </w:r>
      <w:r>
        <w:rPr>
          <w:sz w:val="20"/>
        </w:rPr>
        <w:t>54:23  noor muhammad ko.</w:t>
      </w:r>
      <w:r>
        <w:br/>
      </w:r>
      <w:r>
        <w:rPr>
          <w:sz w:val="20"/>
        </w:rPr>
        <w:t>54:29  mere samne to woh khare nahi thay, mere samne jo tha woh raja hirk chand ki kothi thi.</w:t>
      </w:r>
      <w:r>
        <w:br/>
      </w:r>
      <w:r>
        <w:rPr>
          <w:sz w:val="20"/>
        </w:rPr>
        <w:t>54:35  noor muhammad to maujood nahi thay wahan par, lekin mere mind ne link kiya aur phir mujhe laga</w:t>
      </w:r>
      <w:r>
        <w:br/>
      </w:r>
      <w:r>
        <w:rPr>
          <w:sz w:val="20"/>
        </w:rPr>
        <w:t>54:41  ke main noor muhammad ko dekh raha hoon, yahan woh kaam kar rahe hain.</w:t>
      </w:r>
      <w:r>
        <w:br/>
      </w:r>
      <w:r>
        <w:rPr>
          <w:sz w:val="20"/>
        </w:rPr>
        <w:t>54:48  aise hi jab aap is universe ko dekhen, is duniya ko dekhen aur is ko, is ki jo</w:t>
      </w:r>
      <w:r>
        <w:br/>
      </w:r>
      <w:r>
        <w:rPr>
          <w:sz w:val="20"/>
        </w:rPr>
        <w:t>54:54  is ke andar jo design hai, is ke andar jo harmony hai, is ke andar jo meaning hai,</w:t>
      </w:r>
      <w:r>
        <w:br/>
      </w:r>
      <w:r>
        <w:rPr>
          <w:sz w:val="20"/>
        </w:rPr>
        <w:t>55:01  is par ghor karen to achaanak aap dekhenge aap khuda aap ko nazar aa raha hai,</w:t>
      </w:r>
      <w:r>
        <w:br/>
      </w:r>
      <w:r>
        <w:rPr>
          <w:sz w:val="20"/>
        </w:rPr>
        <w:t>55:07  jaise quran ki jo surah al imran, is ki ayat aakhri ruku jo hai, woh isi ki tasweer batati hai.</w:t>
      </w:r>
      <w:r>
        <w:br/>
      </w:r>
      <w:r>
        <w:rPr>
          <w:sz w:val="20"/>
        </w:rPr>
        <w:t>55:17  bohat ajeeb hain woh ayatein, is ko parhiye aap surah al imran ka aakhri ruku: inna fi khalqi</w:t>
      </w:r>
      <w:r>
        <w:br/>
      </w:r>
      <w:r>
        <w:rPr>
          <w:sz w:val="20"/>
        </w:rPr>
        <w:t>55:27  al samawati wal ardi wakhtilafi al laili wal nahari laayatin lil ulil albab. allazina yadhkurunallaha qiyamaw waquudaw waala junubihim wa yatafakkaruna fi khalqi al samawati</w:t>
      </w:r>
      <w:r>
        <w:br/>
      </w:r>
      <w:r>
        <w:rPr>
          <w:sz w:val="20"/>
        </w:rPr>
        <w:t>55:37  hathaa batilan subhanaka faqina azab al nar. is ka matlab yeh hai ke jo log sochte hain zameen o</w:t>
      </w:r>
      <w:r>
        <w:br/>
      </w:r>
      <w:r>
        <w:rPr>
          <w:sz w:val="20"/>
        </w:rPr>
        <w:t>55:45  aasman par, jo log ghor karte hain kainat par, raat par aur din par, paharon ko dekhte hain,</w:t>
      </w:r>
      <w:r>
        <w:br/>
      </w:r>
      <w:r>
        <w:rPr>
          <w:sz w:val="20"/>
        </w:rPr>
        <w:t>55:52  samundaron ko dekhte hain, darakhton ko dekhte hain, yeh sara jo hai ek ek universal system, is ko</w:t>
      </w:r>
      <w:r>
        <w:br/>
      </w:r>
      <w:r>
        <w:rPr>
          <w:sz w:val="20"/>
        </w:rPr>
        <w:t>56:00  dekhte hain to achaanak bol padte hain. achaanak is</w:t>
      </w:r>
      <w:r>
        <w:br/>
      </w:r>
      <w:r>
        <w:rPr>
          <w:sz w:val="20"/>
        </w:rPr>
        <w:t>56:08  yani woh ayat ko padhiye aap, achaanak un ke munh se nikal padta hai ke "khudaya, tune in cheezon ko, tu hai jo us ne in ko paida kiya aur aur tune in ko bekar nahi banaya." toh sara mamla jo hai level of understanding ka hai. kisi bhi mamle mein aap kisi mamle mein jo aap ke marifat ka darja hoga, jo aap ke samajh ka darja hoga, usi ke l</w:t>
      </w:r>
    </w:p>
    <w:p>
      <w:pPr>
        <w:pStyle w:val="Heading2"/>
      </w:pPr>
      <w:r>
        <w:t>Pharaoh's mummified body preserved exactly as the Quran foretold</w:t>
      </w:r>
    </w:p>
    <w:p>
      <w:r>
        <w:rPr>
          <w:color w:val="666666"/>
          <w:sz w:val="18"/>
        </w:rPr>
        <w:t>God Particle July 8, 2012 · 3m 47s · at 22:13 · https://youtu.be/30Ulu10c2nA?t=1333</w:t>
      </w:r>
    </w:p>
    <w:p>
      <w:r>
        <w:rPr>
          <w:i/>
        </w:rPr>
        <w:t>“Consider Pharaoh, the contemporary king of Prophet Moses”</w:t>
      </w:r>
    </w:p>
    <w:p>
      <w:r>
        <w:rPr>
          <w:sz w:val="20"/>
        </w:rPr>
        <w:t>22:13  misal ke taur par dekhiye, is se pehle ek baat ka aur hawala dena chahta hoon, phir is par aaunga ke quran mein Hazrat Musa ka jo jo contemporary king tha, jis ko firoun kaha jata hai,</w:t>
      </w:r>
      <w:r>
        <w:br/>
      </w:r>
      <w:r>
        <w:rPr>
          <w:sz w:val="20"/>
        </w:rPr>
        <w:t>22:29  to quran ke mutabiq aur bible ke mutabiq woh samandar mein gharaq ho gaya.</w:t>
      </w:r>
      <w:r>
        <w:br/>
      </w:r>
      <w:r>
        <w:rPr>
          <w:sz w:val="20"/>
        </w:rPr>
        <w:t>22:37  is waqt quran ke mutabiq Allah ne farmaya tha ke "alyawm nurjeeka bibadnika litakuna liman khalfak".</w:t>
      </w:r>
      <w:r>
        <w:br/>
      </w:r>
      <w:r>
        <w:rPr>
          <w:sz w:val="20"/>
        </w:rPr>
        <w:t>22:46  aaj hum tumhare body ko bacha kar rakhein ge. aaj hum tumhare body ko bacha kar rakhein ge taake baad walon ke liye nishani ho.</w:t>
      </w:r>
      <w:r>
        <w:br/>
      </w:r>
      <w:r>
        <w:rPr>
          <w:sz w:val="20"/>
        </w:rPr>
        <w:t>22:59  ab yeh ghor kijiye ke yeh waqea hai saare teen hazar saal pehle ka. saare teen hazar saal pehle to kuch hi pata nahi tha. jab</w:t>
      </w:r>
      <w:r>
        <w:br/>
      </w:r>
      <w:r>
        <w:rPr>
          <w:sz w:val="20"/>
        </w:rPr>
        <w:t>23:08  quran mein ayat utri to us waqt kuch bhi nahi pata tha insaan ko ke firoun ka body kahan hai. kaisi ajeeb baat hai.</w:t>
      </w:r>
      <w:r>
        <w:br/>
      </w:r>
      <w:r>
        <w:rPr>
          <w:sz w:val="20"/>
        </w:rPr>
        <w:t>23:18  "alyawm nurjeeka bibadnika litakuna liman khalfak".</w:t>
      </w:r>
      <w:r>
        <w:br/>
      </w:r>
      <w:r>
        <w:rPr>
          <w:sz w:val="20"/>
        </w:rPr>
        <w:t>23:24  is waqt Allah ne farmaya saare teen hazar saal pehle ke firoun ka jo body hai marne ke baad, woh rakha jaye ga, mehfooz rahe ga, mehfooz rahe ga.</w:t>
      </w:r>
      <w:r>
        <w:br/>
      </w:r>
      <w:r>
        <w:rPr>
          <w:sz w:val="20"/>
        </w:rPr>
        <w:t>23:39  ab baad wale is ko discover kar ke us se sabak lein ge. to jab quran utra to kuch bhi involve nahi tha is ke baray mein.</w:t>
      </w:r>
      <w:r>
        <w:br/>
      </w:r>
      <w:r>
        <w:rPr>
          <w:sz w:val="20"/>
        </w:rPr>
        <w:t>23:49  one percent bhi kuch involve nahi tha.</w:t>
      </w:r>
      <w:r>
        <w:br/>
      </w:r>
      <w:r>
        <w:rPr>
          <w:sz w:val="20"/>
        </w:rPr>
        <w:t>23:52  baad ko kya hua ke dunya mein ilm aaya, dunya mein taraqqiyan huin, dunya mein research ka daur aaya. to nineteen century ke yani aakhir mein kuch France ke aur Germany ke kuch scholar gaye Misr.</w:t>
      </w:r>
      <w:r>
        <w:br/>
      </w:r>
      <w:r>
        <w:rPr>
          <w:sz w:val="20"/>
        </w:rPr>
        <w:t>24:12  wahan jo jis ko kehte hain pyramid yani ahram, us mein unhon ne is ka gate khola jo band pada hua tha.</w:t>
      </w:r>
      <w:r>
        <w:br/>
      </w:r>
      <w:r>
        <w:rPr>
          <w:sz w:val="20"/>
        </w:rPr>
        <w:t>24:22  koi, koi kholta nahi tha is ko. kyunke mashhoor tha ke is ke andar laanat al-firaunah hai. firounon ki laanat.</w:t>
      </w:r>
      <w:r>
        <w:br/>
      </w:r>
      <w:r>
        <w:rPr>
          <w:sz w:val="20"/>
        </w:rPr>
        <w:t>24:33  to laanat al-firaunah ki wajah se is ko kholte nahi the woh.</w:t>
      </w:r>
      <w:r>
        <w:br/>
      </w:r>
      <w:r>
        <w:rPr>
          <w:sz w:val="20"/>
        </w:rPr>
        <w:t>24:37  unhon ne khola aur khol kar ke is ke andar se body nikala. is mein firoun ki body mumyai kar ke yani mummification jo kehte hain, kar ke rakhi hui thi.</w:t>
      </w:r>
      <w:r>
        <w:br/>
      </w:r>
      <w:r>
        <w:rPr>
          <w:sz w:val="20"/>
        </w:rPr>
        <w:t>24:50  aap jante hain ke mummification ke baad body hazaron saal tak waisi ki waisi reh sakti hai. koi khaas technique hai jo Misriyon mein bohat taraqqi yafta thi us zamane mein.</w:t>
      </w:r>
      <w:r>
        <w:br/>
      </w:r>
      <w:r>
        <w:rPr>
          <w:sz w:val="20"/>
        </w:rPr>
        <w:t>25:02  is ko nikala, nikal kar bahar laye. aur aap jante hain ke us zamane mein ek bohat ajeeb cheez daryaft hui hai jis ko kehte hain carbon fourteen dating.</w:t>
      </w:r>
      <w:r>
        <w:br/>
      </w:r>
      <w:r>
        <w:rPr>
          <w:sz w:val="20"/>
        </w:rPr>
        <w:t>25:15  yani pichli cheezein jo hain un ki tareekh ko maloom karna. to woh jo ek technique hai, us technique ko unhon ne apply kiya.</w:t>
      </w:r>
      <w:r>
        <w:br/>
      </w:r>
      <w:r>
        <w:rPr>
          <w:sz w:val="20"/>
        </w:rPr>
        <w:t>25:25  apply kiya to bohat ajeeb baat maloom hui ke yeh firoun Hazrat Musa ka contemporary firoun hai. yeh body jo hai Hazrat Musa ke contemporary firoun ki body hai.</w:t>
      </w:r>
      <w:r>
        <w:br/>
      </w:r>
      <w:r>
        <w:rPr>
          <w:sz w:val="20"/>
        </w:rPr>
        <w:t>25:40  to kaha jo baat quran mein kahi gayi thi seven century ke first quarter mein, woh unniswin sadi ke aakhir mein daryaft ho gayi.</w:t>
      </w:r>
      <w:r>
        <w:br/>
      </w:r>
      <w:r>
        <w:rPr>
          <w:sz w:val="20"/>
        </w:rPr>
        <w:t>25:49  is tarah se confirm hua ke quran ke statement mein aur bahar ki haqiqaton mein ikhtilaf nahi hai. yani inconsistency nahi hai.</w:t>
      </w:r>
    </w:p>
    <w:p>
      <w:pPr>
        <w:pStyle w:val="Heading2"/>
      </w:pPr>
      <w:r>
        <w:t>Atheists' arguments are illogical and baseless</w:t>
      </w:r>
    </w:p>
    <w:p>
      <w:r>
        <w:rPr>
          <w:color w:val="666666"/>
          <w:sz w:val="18"/>
        </w:rPr>
        <w:t>On Atheism | May 22, 2016 · 3m 31s · at 11:27 · https://youtu.be/tzJmfYnSleo?t=687</w:t>
      </w:r>
    </w:p>
    <w:p>
      <w:r>
        <w:rPr>
          <w:i/>
        </w:rPr>
        <w:t>“To main samajhta hoon ke ye jo wahan chair qaaim ki gayi”</w:t>
      </w:r>
    </w:p>
    <w:p>
      <w:r>
        <w:rPr>
          <w:sz w:val="20"/>
        </w:rPr>
        <w:t>11:27  to dunya jab qadeem nahi hai to kisi ne is ko shuru kiya.</w:t>
      </w:r>
      <w:r>
        <w:br/>
      </w:r>
      <w:r>
        <w:rPr>
          <w:sz w:val="20"/>
        </w:rPr>
        <w:t>11:33  woh shuru kis ne kiya? wahi hai jis ko hum Khuda kehte hain, jis ko hum creator kehte hain.</w:t>
      </w:r>
      <w:r>
        <w:br/>
      </w:r>
      <w:r>
        <w:rPr>
          <w:sz w:val="20"/>
        </w:rPr>
        <w:t>11:39  to mein samajhta hoon ke yeh jo wahan chair qaim ki gayi hai, atheist par research ki, academic</w:t>
      </w:r>
      <w:r>
        <w:br/>
      </w:r>
      <w:r>
        <w:rPr>
          <w:sz w:val="20"/>
        </w:rPr>
        <w:t>11:45  ریسرچ کی، وہ ایک ridiculous بات ہے۔ ridiculous.</w:t>
      </w:r>
      <w:r>
        <w:br/>
      </w:r>
      <w:r>
        <w:rPr>
          <w:sz w:val="20"/>
        </w:rPr>
        <w:t>11:51  kyun ke is ka koi relevance nahi hai.</w:t>
      </w:r>
      <w:r>
        <w:br/>
      </w:r>
      <w:r>
        <w:rPr>
          <w:sz w:val="20"/>
        </w:rPr>
        <w:t>11:57  is ka relevance nahi hai koi.</w:t>
      </w:r>
      <w:r>
        <w:br/>
      </w:r>
      <w:r>
        <w:rPr>
          <w:sz w:val="20"/>
        </w:rPr>
        <w:t>12:03  acha, yahan mein aik aur hawala dena chahta hoon ke jo log apne aap ko atheist kehte hain,</w:t>
      </w:r>
      <w:r>
        <w:br/>
      </w:r>
      <w:r>
        <w:rPr>
          <w:sz w:val="20"/>
        </w:rPr>
        <w:t>12:09  un ki koi logical base nahi hoti.</w:t>
      </w:r>
      <w:r>
        <w:br/>
      </w:r>
      <w:r>
        <w:rPr>
          <w:sz w:val="20"/>
        </w:rPr>
        <w:t>12:15  sirf aik cheez hoti hai.</w:t>
      </w:r>
      <w:r>
        <w:br/>
      </w:r>
      <w:r>
        <w:rPr>
          <w:sz w:val="20"/>
        </w:rPr>
        <w:t>12:21  is ka saboot aap chahte hain to jo mashhoor atheist hai, Richard Dawkins, us ki kitaab parhiye: "God Delusion".</w:t>
      </w:r>
      <w:r>
        <w:br/>
      </w:r>
      <w:r>
        <w:rPr>
          <w:sz w:val="20"/>
        </w:rPr>
        <w:t>12:27  moti kitaab hai.</w:t>
      </w:r>
      <w:r>
        <w:br/>
      </w:r>
      <w:r>
        <w:rPr>
          <w:sz w:val="20"/>
        </w:rPr>
        <w:t>12:32  to woh Khuda, woh sabit karta hai, is mein yeh daawa karta hai ke Khuda kuch nahi.</w:t>
      </w:r>
      <w:r>
        <w:br/>
      </w:r>
      <w:r>
        <w:rPr>
          <w:sz w:val="20"/>
        </w:rPr>
        <w:t>12:37  lekin is par daleel kya deta hai? woh saari kitaab mein koi logical daleel nahi hai.</w:t>
      </w:r>
      <w:r>
        <w:br/>
      </w:r>
      <w:r>
        <w:rPr>
          <w:sz w:val="20"/>
        </w:rPr>
        <w:t>12:42  daleel sirf aik hai.</w:t>
      </w:r>
      <w:r>
        <w:br/>
      </w:r>
      <w:r>
        <w:rPr>
          <w:sz w:val="20"/>
        </w:rPr>
        <w:t>12:47  woh yeh ke jo log Khuda ko mante hain, un ke mein yeh kharab buraiyan hain, yeh evil hain.</w:t>
      </w:r>
      <w:r>
        <w:br/>
      </w:r>
      <w:r>
        <w:rPr>
          <w:sz w:val="20"/>
        </w:rPr>
        <w:t>12:52  misal ke taur par</w:t>
      </w:r>
      <w:r>
        <w:br/>
      </w:r>
      <w:r>
        <w:rPr>
          <w:sz w:val="20"/>
        </w:rPr>
        <w:t>12:57  pesh karta hai ke musalman khuda ko mante hain aur bohat hi irrational belief un ke haan paya jata hai.</w:t>
      </w:r>
      <w:r>
        <w:br/>
      </w:r>
      <w:r>
        <w:rPr>
          <w:sz w:val="20"/>
        </w:rPr>
        <w:t>13:02  misal ke taur par musalman mante hain ke shatm koi kare to us ko qatl kar do, koi</w:t>
      </w:r>
      <w:r>
        <w:br/>
      </w:r>
      <w:r>
        <w:rPr>
          <w:sz w:val="20"/>
        </w:rPr>
        <w:t>13:07  irtidad kare to us ko qatl kar do.</w:t>
      </w:r>
      <w:r>
        <w:br/>
      </w:r>
      <w:r>
        <w:rPr>
          <w:sz w:val="20"/>
        </w:rPr>
        <w:t>13:12  to us ko woh kehta hai "thought crime".</w:t>
      </w:r>
      <w:r>
        <w:br/>
      </w:r>
      <w:r>
        <w:rPr>
          <w:sz w:val="20"/>
        </w:rPr>
        <w:t>13:17  to "thought crime" yani sochne par marna kisi ko.</w:t>
      </w:r>
      <w:r>
        <w:br/>
      </w:r>
      <w:r>
        <w:rPr>
          <w:sz w:val="20"/>
        </w:rPr>
        <w:t>13:22  to woh kehta hai ke aql yeh kehti</w:t>
      </w:r>
      <w:r>
        <w:br/>
      </w:r>
      <w:r>
        <w:rPr>
          <w:sz w:val="20"/>
        </w:rPr>
        <w:t>13:27  hai ke koi social crime karay, koi physical crime karay to us ko aap maar saktay hain. lekin kisi ki soch mein aik baat hai to us ko kaisay maren gay aap? phir to saara concept education ko khatam karna paray ga, intellectual development ko khatam karna paray ga. to chounkay Musalman "thought crime" ko mantay hain, is liye koi Khuda nahi ho sakta. Khuda hota to aisi baat ho sakti hai ke</w:t>
      </w:r>
      <w:r>
        <w:br/>
      </w:r>
      <w:r>
        <w:rPr>
          <w:sz w:val="20"/>
        </w:rPr>
        <w:t>13:57  khuda ne yeh kaha hai ke "thought crime" par logon ko saza do.</w:t>
      </w:r>
      <w:r>
        <w:br/>
      </w:r>
      <w:r>
        <w:rPr>
          <w:sz w:val="20"/>
        </w:rPr>
        <w:t>14:02  to agar khuda hota to aisi be aqli ki baat na karta.</w:t>
      </w:r>
      <w:r>
        <w:br/>
      </w:r>
      <w:r>
        <w:rPr>
          <w:sz w:val="20"/>
        </w:rPr>
        <w:t>14:08  lekin sawal yeh hai ke "thought crime" ka to musalmanon ki apna culture hai.</w:t>
      </w:r>
      <w:r>
        <w:br/>
      </w:r>
      <w:r>
        <w:rPr>
          <w:sz w:val="20"/>
        </w:rPr>
        <w:t>14:13  khuda ne to kabhi nahi kaha ke "thought crime" par logon ko maro.</w:t>
      </w:r>
      <w:r>
        <w:br/>
      </w:r>
      <w:r>
        <w:rPr>
          <w:sz w:val="20"/>
        </w:rPr>
        <w:t>14:18  yaad rakhiye, yeh shatm par jo saza hai, qatl yani fuqaha to kehte hain ke "yuqatlu haddan".</w:t>
      </w:r>
      <w:r>
        <w:br/>
      </w:r>
      <w:r>
        <w:rPr>
          <w:sz w:val="20"/>
        </w:rPr>
        <w:t>14:23  is ki koi asal quran o hadees mein nahi hai.</w:t>
      </w:r>
      <w:r>
        <w:br/>
      </w:r>
      <w:r>
        <w:rPr>
          <w:sz w:val="20"/>
        </w:rPr>
        <w:t>14:28  irtidad par qatl karne ki koi asal quran o hadees mein nahi hai.</w:t>
      </w:r>
      <w:r>
        <w:br/>
      </w:r>
      <w:r>
        <w:rPr>
          <w:sz w:val="20"/>
        </w:rPr>
        <w:t>14:34  to is yani is usool ko khuda ki taraf mansoob kaise karenge aap? yeh to musalmanon ka</w:t>
      </w:r>
      <w:r>
        <w:br/>
      </w:r>
      <w:r>
        <w:rPr>
          <w:sz w:val="20"/>
        </w:rPr>
        <w:t>14:40  apna aik garha hua culture hai.</w:t>
      </w:r>
      <w:r>
        <w:br/>
      </w:r>
      <w:r>
        <w:rPr>
          <w:sz w:val="20"/>
        </w:rPr>
        <w:t>14:46  "blame goes to Muslims and not to God Almighty".</w:t>
      </w:r>
      <w:r>
        <w:br/>
      </w:r>
      <w:r>
        <w:rPr>
          <w:sz w:val="20"/>
        </w:rPr>
        <w:t>14:52  aisi illogical baaton par khara hua hai atheism ka nazariya</w:t>
      </w:r>
    </w:p>
    <w:p>
      <w:pPr>
        <w:pStyle w:val="Heading2"/>
      </w:pPr>
      <w:r>
        <w:t>World as training center for paradise</w:t>
      </w:r>
    </w:p>
    <w:p>
      <w:r>
        <w:rPr>
          <w:color w:val="666666"/>
          <w:sz w:val="18"/>
        </w:rPr>
        <w:t>Dr  Naseem Siddiqui Memorial Part 2 · 4m 32s · at 12:18 · https://youtu.be/qX3ZreTSGaw?t=738</w:t>
      </w:r>
    </w:p>
    <w:p>
      <w:r>
        <w:rPr>
          <w:i/>
        </w:rPr>
        <w:t>“This world is a training center for paradise.”</w:t>
      </w:r>
    </w:p>
    <w:p>
      <w:r>
        <w:rPr>
          <w:sz w:val="20"/>
        </w:rPr>
        <w:t>12:18  sonality develop karen jo maut ke baad humein is qabil banaye ke hum ko paradise mein jagah milae. yeh hai islam ka concept. aur main samajhta hoon ke jo modern researches hain un mein se jo maine abhi jis ko refer kiya ke personality is changeless in change, to yeh jo aaj ke jo researches hain woh batati hain ke mera jo meri personality body nahin hai, is</w:t>
      </w:r>
      <w:r>
        <w:br/>
      </w:r>
      <w:r>
        <w:rPr>
          <w:sz w:val="20"/>
        </w:rPr>
        <w:t>12:48  body ke sath bhi koi cheez hai. yeh yeh body to vehicle hai, yeh vehicle roz badalta rehta hai. yeh vehicle badalta hai. farz kijiye ke meri umar 80 saal hai. 80 saal mein meri jo personality hai, us ne ath baar badla is vehicle ko. to marne ke baad nauwein baar agar badle to us mein taajub ki kya b</w:t>
      </w:r>
      <w:r>
        <w:br/>
      </w:r>
      <w:r>
        <w:rPr>
          <w:sz w:val="20"/>
        </w:rPr>
        <w:t>13:18  aat hai? us mein anokhi baat kaun si hai? main samajhta hoon koi anokhi baat nahin hai. to main samajhta hoon ke death jo hai, death aik bohat bara reminder hai hum sab ke liye. death koi saada baat nahin hai, bohat bara reminder hai. reminder kis baat ka? reality of life ko bare mein sochne ka ke insan paida hua</w:t>
      </w:r>
      <w:r>
        <w:br/>
      </w:r>
      <w:r>
        <w:rPr>
          <w:sz w:val="20"/>
        </w:rPr>
        <w:t>13:48  dunya mein kuch din raha, aisa kiya, waisa kiya, woh barh gaya. to isi tarah mujhe bhi banna hai. yani doosre ki maut se main apni maut ko yaad karoon, aur phir main sochun ke mujhe apne aap ko is tarah banana hai ke jo maut ke baad wali zindagi hai, wahan main successful rahoon. quran mein abhi aik concept diya gaya hai ke insan ke andar aap jante hain ke bohat ziyada w</w:t>
      </w:r>
      <w:r>
        <w:br/>
      </w:r>
      <w:r>
        <w:rPr>
          <w:sz w:val="20"/>
        </w:rPr>
        <w:t>14:18  ishes hain, bohat ziyada ambitions hain, bohat ziyada insan bohat ziyada perfectionist hai. har cheez ko ideal roop mein dekhna chahta hai. means a born perfectionist. lekin dunya mein humein perfection milta nahin. har hum mein, hum mein, har shakhs ka yeh experience hai ke although i am born as a perfectionist but it is impossible to have</w:t>
      </w:r>
      <w:r>
        <w:br/>
      </w:r>
      <w:r>
        <w:rPr>
          <w:sz w:val="20"/>
        </w:rPr>
        <w:t>14:48  a perfect world in this here. to yeh jo yeh jo contradiction hai ke perfectionist ko rehna parta hai imperfect world mein, yeh bohat bara question hai. aristotle aur plato se le kar aaj tak log is par sochte rahe hain ke kya mamla hai ke perfectionist ko rehna parta hai imperfect world mein, idealist ko rehna parta hai aik aisi dunya mein jo less than ideal.</w:t>
      </w:r>
      <w:r>
        <w:br/>
      </w:r>
      <w:r>
        <w:rPr>
          <w:sz w:val="20"/>
        </w:rPr>
        <w:t>15:19  kisi ki bhi fulfillment nahin milti, kisi ko bhi us ki desire poori nahin hoti. har aadmi, yeh har aadmi kaise, chahe bara ho ya chota, king ho ya subject, wealthy ho ya poor, yeh sab case sab ka hai ke kisi ko bhi jo chahta hai woh milta nahin. to fulfillment kisi ko hasil nahin hota. aisa kyun hai? to quran mein yeh concept diya gaya hai ke yeh dunya hamara woh nahin hai,</w:t>
      </w:r>
      <w:r>
        <w:br/>
      </w:r>
      <w:r>
        <w:rPr>
          <w:sz w:val="20"/>
        </w:rPr>
        <w:t>15:50  asal jagah hamari dunya nahin hai. asal jagah to hamari dunya jo hai woh paradise hai. yeh dunya to aik aik temporary dunya hai jis ko kehte hain habitat. yeh dunya hamara habitat nahin hai. yeh dunya hamara habitat nahin hai. kyunke yahan par isi liye hamari koi bhi tamanna, koi bhi desire</w:t>
      </w:r>
      <w:r>
        <w:br/>
      </w:r>
      <w:r>
        <w:rPr>
          <w:sz w:val="20"/>
        </w:rPr>
        <w:t>16:20  kabhi poori nahin ho sakti, na hogi. kyunke yeh habitat hai hi nahin. hamara habit, hamara habitat jo hai paradise. yeh concept quran mein diya gaya hai. is ka matlab kya hua? ke humein apni zindagi ko jo is dunya mein jo bitana hai, woh paradise oriented life bitana hai. na ke, na ke is dunya mein apne aap ko,</w:t>
      </w:r>
    </w:p>
    <w:p>
      <w:pPr>
        <w:pStyle w:val="Heading2"/>
      </w:pPr>
      <w:r>
        <w:t>Sahaba's God-consciousness and the Day of Judgment hadith</w:t>
      </w:r>
    </w:p>
    <w:p>
      <w:r>
        <w:rPr>
          <w:color w:val="666666"/>
          <w:sz w:val="18"/>
        </w:rPr>
        <w:t>CPS Women Article Discussion 18 February 12, 2023 · 4m 02s · at 11:13 · https://youtu.be/uq7nDrs6oZ8?t=673</w:t>
      </w:r>
    </w:p>
    <w:p>
      <w:r>
        <w:rPr>
          <w:i/>
        </w:rPr>
        <w:t>“Sahaba ka level of marfat kitna high tha”</w:t>
      </w:r>
    </w:p>
    <w:p>
      <w:r>
        <w:rPr>
          <w:sz w:val="20"/>
        </w:rPr>
        <w:t>11:13  Sabse pehle to main yeh samajh paayi ki jo Sahaba hain, jinka zikr hai aur is tarah ke aur bhi sabhi Sahaba unka level of marifat kitna high tha, kitni aala marifat mein woh log jeete the ki har waqt woh itna zyada conscious rehte the apne liye ki koi unse amal aisa na ho jaaye jo ki jo ki zulm ho, jo ki galat ho, jismein ki unko Allah ke saamne pakad ho jaaye.</w:t>
      </w:r>
      <w:r>
        <w:br/>
      </w:r>
      <w:r>
        <w:rPr>
          <w:sz w:val="20"/>
        </w:rPr>
        <w:t>11:42  To aur agar galti se koi aisi ek cheez woh kar bhi dete the aur uski ab yaad dehani karayi jaati thi ki to foran woh kaise repentance ya tauba ke usmein aa jaate the aur apne aap ko bahut zyada bura samajhne lagte the. To yeh jo unki sift hai yeh sift hai yeh bahut hi zyada qabile gaur hai. Humein isko bahut apni life mein laane ki koshish karni hai.</w:t>
      </w:r>
      <w:r>
        <w:br/>
      </w:r>
      <w:r>
        <w:rPr>
          <w:sz w:val="20"/>
        </w:rPr>
        <w:t>12:05  Mujhe lagta hai ki humein bhi apni marifat us level par pahunchani hai ki hum Khuda ko uske aala darje ke saath pehchan sakein. Humein utna zyada aware aur utna zyada awakened rehna hai ki har mamlaat ko hum yeh samajhne lagein ki yeh mamla hamara record ho raha hai, Allah ki nazar mein hai. Yeh mamla Allah ki hi saath hai kisi doosre insaan ke saath mein.</w:t>
      </w:r>
      <w:r>
        <w:br/>
      </w:r>
      <w:r>
        <w:rPr>
          <w:sz w:val="20"/>
        </w:rPr>
        <w:t>12:30  Humein koi aisa mamla na ho jisme hum apni badai dikhana chahein ya apni arrogance mein jeena chahein aur jab main itni zyada sensitive ho jaungi to phir main zaroor is accountability ke ehsaas ke saath jeene lag jaungi. Desh ki taur par apna hisab lene lag jaungi ki Allah ke saamne sharmindagi na ho, us bhayanak anjaam tak main na pahunch paun.</w:t>
      </w:r>
      <w:r>
        <w:br/>
      </w:r>
      <w:r>
        <w:rPr>
          <w:sz w:val="20"/>
        </w:rPr>
        <w:t>12:57  Aap isko sochte hue hadith bhi jo Maulana sahab hamein batate the woh mujhe yaad aayi. Kaafi saari kitabon mein hai shayad sahi Muslim mein bhi hai woh. Usmein bataya kya ki qayamat ke din Allah taala ke ek haath mein saara aasman lapeta hua hoga aur doosre haath mein zameen ko lapete hue honge aur Allah taala kahenge ki main badshah hoon. Kahan hain woh log jo taghabbur karte the?</w:t>
      </w:r>
      <w:r>
        <w:br/>
      </w:r>
      <w:r>
        <w:rPr>
          <w:sz w:val="20"/>
        </w:rPr>
        <w:t>13:26  Kahan hai woh log jo zulm karte the? To us hadith ko kehte hue usmein riwayat mein aata hai ki Rasool Allah sallallahu alaihi wasallam hilne lage aur jis jagah woh khade the woh bhi hilne lagi. Jaise woh gir jaayenge. To uski jo shiddat thi woh itni zyada unke upar hui thi.</w:t>
      </w:r>
      <w:r>
        <w:br/>
      </w:r>
      <w:r>
        <w:rPr>
          <w:sz w:val="20"/>
        </w:rPr>
        <w:t>13:46  To main sochti hoon ki yeh zyada kapane wali jo hadith hai, yeh hamein batati hai ki hum kitna kamtar andaaza kiye hue hain Khuda ka. Is dunya mein humne Allah taala ko ek aisi cheez samajhkar apne liye rakha hua hai jo ki izaafi cheez hai. Kabhi jab zikr hua to bol diya, namaz padhi to bita diya.</w:t>
      </w:r>
      <w:r>
        <w:br/>
      </w:r>
      <w:r>
        <w:rPr>
          <w:sz w:val="20"/>
        </w:rPr>
        <w:t>14:10  Har waqt hamare dilon mein Allah ki maujoodgi ka ehsaas hi na, tabhi ho paayega jab hum usko uske usi haq ke saath usko pehchane jo haq uske liye matlab hai aur Suraj Umar mein bhi kaha hai ki tumne meri woh qadr na ki jiska ki haq tha. Shayad main uske alfaaz galat bol rahi hoon.</w:t>
      </w:r>
      <w:r>
        <w:br/>
      </w:r>
      <w:r>
        <w:rPr>
          <w:sz w:val="20"/>
        </w:rPr>
        <w:t>14:33  Lekin yeh insano ki sabse badi mehroomi hogi ki woh dunya mein rehte hue us Khuda ko na pehchan sakein aur apni apni hi khushkhayaliyon mein apni zindagi ko guzaar ke khatm karte hain. To is hadith se bahut zyada yeh bhi andaaza hua ki Allah taala ko hamare andar kisi bhi tarah ki arrogance, kisi bhi tarah ki badai woh bilkul pasand nahi hai aur uski pakad hogi aur us din us pakad se koi bacha nahi paayega.</w:t>
      </w:r>
      <w:r>
        <w:br/>
      </w:r>
      <w:r>
        <w:rPr>
          <w:sz w:val="20"/>
        </w:rPr>
        <w:t>15:03  Mujhe yeh yeh lag raha hai ki humein aaj is iski jab pesh ki taur par hum aware ho gaye hain. To humein aaj yeh thehth lena hai ki hum har mamle mein aise hi sangeet aa rahe hain. Achha.</w:t>
      </w:r>
      <w:r>
        <w:br/>
      </w:r>
      <w:r>
        <w:rPr>
          <w:sz w:val="20"/>
        </w:rPr>
        <w:t>15:15  Hum bahut sensitive rahe hain ki hum jo bhi karein woh waqt hamein dekh raha hai aur saath saath mein main yeh bhi kehna chahungi ki tab jo amle saleh ka zikr Quran mein hai ki amle saleh woh woh bhi koi mysterious cheez nahi hai. To jab amal insaan marifat ke baad karta hai wahi amle saleh hai. Kyunki woh sahi jagah sahi jagah par sahi amal karta hai.</w:t>
      </w:r>
    </w:p>
    <w:p>
      <w:pPr>
        <w:pStyle w:val="Heading2"/>
      </w:pPr>
      <w:r>
        <w:t>Childhood discouragement and the need for ijtihad in science</w:t>
      </w:r>
    </w:p>
    <w:p>
      <w:r>
        <w:rPr>
          <w:color w:val="666666"/>
          <w:sz w:val="18"/>
        </w:rPr>
        <w:t>Eid Message Discover the Ijtihadi Interpretation of Islam 25 May 2020 Maulana Wahiduddin Khan · 5m 28s · at 8:19 · https://youtu.be/mYGzV0rDsC0?t=499</w:t>
      </w:r>
    </w:p>
    <w:p>
      <w:r>
        <w:rPr>
          <w:i/>
        </w:rPr>
        <w:t>“In my childhood, the environment was very discouraging.”</w:t>
      </w:r>
    </w:p>
    <w:p>
      <w:r>
        <w:rPr>
          <w:sz w:val="20"/>
        </w:rPr>
        <w:t>8:19  maaf karne wala hai. misal ke taur par misal deta hoon ke mere bachpan mein, mere bachpan mein agar yeh taleem ka riwaj hua</w:t>
      </w:r>
      <w:r>
        <w:br/>
      </w:r>
      <w:r>
        <w:rPr>
          <w:sz w:val="20"/>
        </w:rPr>
        <w:t>8:34  to us zamane mein mere aas pas jo mahol tha bohat hi discouraging mahol tha, discouraging.</w:t>
      </w:r>
      <w:r>
        <w:br/>
      </w:r>
      <w:r>
        <w:rPr>
          <w:sz w:val="20"/>
        </w:rPr>
        <w:t>8:47  maine sirf ek hamare madarse mein jahan maine parha tha wahan par pajama thoda necha hua karta tha, wahan ke log aise karte the.</w:t>
      </w:r>
      <w:r>
        <w:br/>
      </w:r>
      <w:r>
        <w:rPr>
          <w:sz w:val="20"/>
        </w:rPr>
        <w:t>9:02  itni si baat par</w:t>
      </w:r>
      <w:r>
        <w:br/>
      </w:r>
      <w:r>
        <w:rPr>
          <w:sz w:val="20"/>
        </w:rPr>
        <w:t>9:05  mere ek</w:t>
      </w:r>
      <w:r>
        <w:br/>
      </w:r>
      <w:r>
        <w:rPr>
          <w:sz w:val="20"/>
        </w:rPr>
        <w:t>9:10  buzurg ne kaha ke acha tum bhi</w:t>
      </w:r>
      <w:r>
        <w:br/>
      </w:r>
      <w:r>
        <w:rPr>
          <w:sz w:val="20"/>
        </w:rPr>
        <w:t>9:16  kya lafz bole the woh mujhe yaad nahi, tum bhi</w:t>
      </w:r>
      <w:r>
        <w:br/>
      </w:r>
      <w:r>
        <w:rPr>
          <w:sz w:val="20"/>
        </w:rPr>
        <w:t>9:23  aisa karen.</w:t>
      </w:r>
      <w:r>
        <w:br/>
      </w:r>
      <w:r>
        <w:rPr>
          <w:sz w:val="20"/>
        </w:rPr>
        <w:t>9:30  to pajama necha ho jaye, dadi koi choti ho</w:t>
      </w:r>
      <w:r>
        <w:br/>
      </w:r>
      <w:r>
        <w:rPr>
          <w:sz w:val="20"/>
        </w:rPr>
        <w:t>9:42  ya koi bhi</w:t>
      </w:r>
      <w:r>
        <w:br/>
      </w:r>
      <w:r>
        <w:rPr>
          <w:sz w:val="20"/>
        </w:rPr>
        <w:t>9:45  nai baat, moti moti aadmi ke to samajhte the ke yeh Islam se hat gaya.</w:t>
      </w:r>
      <w:r>
        <w:br/>
      </w:r>
      <w:r>
        <w:rPr>
          <w:sz w:val="20"/>
        </w:rPr>
        <w:t>9:55  to is zamane mein jis mahaul mein meri parvarish hui, koi bhi nayi baat karna</w:t>
      </w:r>
      <w:r>
        <w:br/>
      </w:r>
      <w:r>
        <w:rPr>
          <w:sz w:val="20"/>
        </w:rPr>
        <w:t>10:06  mayus samajhte thay. lekin Allah taala ne Quran mein yaad rakh ke jis tamam logon ko aakhri had tak encourage kiya,</w:t>
      </w:r>
      <w:r>
        <w:br/>
      </w:r>
      <w:r>
        <w:rPr>
          <w:sz w:val="20"/>
        </w:rPr>
        <w:t>10:23  aakhri had tak darwaza khol diya ke khoob ijtihad karo, khoob ijtihad karo. ab dekhiye ke yeh</w:t>
      </w:r>
      <w:r>
        <w:br/>
      </w:r>
      <w:r>
        <w:rPr>
          <w:sz w:val="20"/>
        </w:rPr>
        <w:t>10:37  mein apni misaal deta hoon</w:t>
      </w:r>
      <w:r>
        <w:br/>
      </w:r>
      <w:r>
        <w:rPr>
          <w:sz w:val="20"/>
        </w:rPr>
        <w:t>10:43  ke mujhe shauq hua science parhne ka, mujhe shauq hua science parhne ka aur angrezi parhne ka.</w:t>
      </w:r>
      <w:r>
        <w:br/>
      </w:r>
      <w:r>
        <w:rPr>
          <w:sz w:val="20"/>
        </w:rPr>
        <w:t>10:55  to meri angrezi parhne ko koi logon ne</w:t>
      </w:r>
      <w:r>
        <w:br/>
      </w:r>
      <w:r>
        <w:rPr>
          <w:sz w:val="20"/>
        </w:rPr>
        <w:t>11:00  encourage nahi kiya, mere aas paas ke logon ne aur science ko bhi encourage nahi kiya. ek sahab ne kaha ke tum ab to durust gumrah ho jaoge.</w:t>
      </w:r>
      <w:r>
        <w:br/>
      </w:r>
      <w:r>
        <w:rPr>
          <w:sz w:val="20"/>
        </w:rPr>
        <w:t>11:15  lekin jab maine science parha,</w:t>
      </w:r>
      <w:r>
        <w:br/>
      </w:r>
      <w:r>
        <w:rPr>
          <w:sz w:val="20"/>
        </w:rPr>
        <w:t>11:19  science ke subject ko parha to ek discovery ho gayi.</w:t>
      </w:r>
      <w:r>
        <w:br/>
      </w:r>
      <w:r>
        <w:rPr>
          <w:sz w:val="20"/>
        </w:rPr>
        <w:t>11:27  maine jana ke yeh to science to</w:t>
      </w:r>
      <w:r>
        <w:br/>
      </w:r>
      <w:r>
        <w:rPr>
          <w:sz w:val="20"/>
        </w:rPr>
        <w:t>11:36  Allah taala ne zahir kiya hai,</w:t>
      </w:r>
      <w:r>
        <w:br/>
      </w:r>
      <w:r>
        <w:rPr>
          <w:sz w:val="20"/>
        </w:rPr>
        <w:t>11:41  Quran ke</w:t>
      </w:r>
      <w:r>
        <w:br/>
      </w:r>
      <w:r>
        <w:rPr>
          <w:sz w:val="20"/>
        </w:rPr>
        <w:t>11:50  khule band, Quran ke jo mazameen ab tak nahi khule thay, us ko kholne ke liye aur yeh peshgi, is ki peshgi khabar de di gayi thi.</w:t>
      </w:r>
      <w:r>
        <w:br/>
      </w:r>
      <w:r>
        <w:rPr>
          <w:sz w:val="20"/>
        </w:rPr>
        <w:t>12:18  aalmi satah par, aalmi satah par, aalmi satah par</w:t>
      </w:r>
      <w:r>
        <w:br/>
      </w:r>
      <w:r>
        <w:rPr>
          <w:sz w:val="20"/>
        </w:rPr>
        <w:t>12:27  haqaiq, haqiqatein kholi jayengi, khol di jayengi</w:t>
      </w:r>
      <w:r>
        <w:br/>
      </w:r>
      <w:r>
        <w:rPr>
          <w:sz w:val="20"/>
        </w:rPr>
        <w:t>12:33  taake Allah ki jo sachai hai woh aakhirat tak numayan ho jaye aur Allah ki sachai par koi parda na rahe.</w:t>
      </w:r>
      <w:r>
        <w:br/>
      </w:r>
      <w:r>
        <w:rPr>
          <w:sz w:val="20"/>
        </w:rPr>
        <w:t>12:46  lekin sare musalman ajib o gharib,</w:t>
      </w:r>
      <w:r>
        <w:br/>
      </w:r>
      <w:r>
        <w:rPr>
          <w:sz w:val="20"/>
        </w:rPr>
        <w:t>12:53  yani kuch logon ne to science ko samjha ke yeh</w:t>
      </w:r>
      <w:r>
        <w:br/>
      </w:r>
      <w:r>
        <w:rPr>
          <w:sz w:val="20"/>
        </w:rPr>
        <w:t>12:59  parhne wali koi cheez hi nahi, unhon ne samjha ke yeh</w:t>
      </w:r>
      <w:r>
        <w:br/>
      </w:r>
      <w:r>
        <w:rPr>
          <w:sz w:val="20"/>
        </w:rPr>
        <w:t>13:06  yeh Islam ke khilaf hai. chunache musalmanon mein</w:t>
      </w:r>
      <w:r>
        <w:br/>
      </w:r>
      <w:r>
        <w:rPr>
          <w:sz w:val="20"/>
        </w:rPr>
        <w:t>13:13  science ka develop hi nahi, develop banne hua. ek hi shakhs bechara tha jis ne science mein zyada</w:t>
      </w:r>
      <w:r>
        <w:br/>
      </w:r>
      <w:r>
        <w:rPr>
          <w:sz w:val="20"/>
        </w:rPr>
        <w:t>13:23  parha aur Nobel padhai mila, us ko Dr. Abdus Salam.</w:t>
      </w:r>
      <w:r>
        <w:br/>
      </w:r>
      <w:r>
        <w:rPr>
          <w:sz w:val="20"/>
        </w:rPr>
        <w:t>13:30  to us ko musalmanon ne kufar ka fatwa de diya ke yeh to Qadiani hai. to is ayat se maine yeh samjha ke musalmanon ke liye Allah taala ne ijtihad fikr ka darwaza ek dam khol diya hai.</w:t>
      </w:r>
    </w:p>
    <w:p>
      <w:pPr>
        <w:pStyle w:val="Heading2"/>
      </w:pPr>
      <w:r>
        <w:t>Custom-made universe and shock therapy to learn gratitude</w:t>
      </w:r>
    </w:p>
    <w:p>
      <w:r>
        <w:rPr>
          <w:color w:val="666666"/>
          <w:sz w:val="18"/>
        </w:rPr>
        <w:t>Covid Reminder The Need for Shukr April 12, 2020 Maulana Wahiduddin Khan · 6m 13s · at 7:19 · https://youtu.be/LETHR-bNgtQ?t=439</w:t>
      </w:r>
    </w:p>
    <w:p>
      <w:r>
        <w:rPr>
          <w:i/>
        </w:rPr>
        <w:t>“Itni badi duniya Allah ne banai hai”</w:t>
      </w:r>
    </w:p>
    <w:p>
      <w:r>
        <w:rPr>
          <w:sz w:val="20"/>
        </w:rPr>
        <w:t>7:19  itni bari duniya Allah ne banai hai hamare liye. ghhor kijiye, custom made universe. jab aap paida hue to paida hote hi aap ko ek custom made universe mil gayi.</w:t>
      </w:r>
      <w:r>
        <w:br/>
      </w:r>
      <w:r>
        <w:rPr>
          <w:sz w:val="20"/>
        </w:rPr>
        <w:t>7:39  custom made</w:t>
      </w:r>
      <w:r>
        <w:br/>
      </w:r>
      <w:r>
        <w:rPr>
          <w:sz w:val="20"/>
        </w:rPr>
        <w:t>7:42  suraj system mil gaya. har cheez, har cheez, har cheez. to yeh jo</w:t>
      </w:r>
      <w:r>
        <w:br/>
      </w:r>
      <w:r>
        <w:rPr>
          <w:sz w:val="20"/>
        </w:rPr>
        <w:t>7:56  itni bari bari nematein hain, free mein mil gayi hain. aap se aap par farz hai, aap se.</w:t>
      </w:r>
      <w:r>
        <w:br/>
      </w:r>
      <w:r>
        <w:rPr>
          <w:sz w:val="20"/>
        </w:rPr>
        <w:t>8:08  aap se farz hai ke aap in nematon par shukr karna seekhiye. har har cheez mein</w:t>
      </w:r>
      <w:r>
        <w:br/>
      </w:r>
      <w:r>
        <w:rPr>
          <w:sz w:val="20"/>
        </w:rPr>
        <w:t>8:22  shukr ko daryaft kijiye.</w:t>
      </w:r>
      <w:r>
        <w:br/>
      </w:r>
      <w:r>
        <w:rPr>
          <w:sz w:val="20"/>
        </w:rPr>
        <w:t>8:30  mein to subah ko jo baat ke liye jata hoon</w:t>
      </w:r>
      <w:r>
        <w:br/>
      </w:r>
      <w:r>
        <w:rPr>
          <w:sz w:val="20"/>
        </w:rPr>
        <w:t>8:41  aur zarooriyat se farigh ho kar nah aata hoon, ek button daba diya to garam pani mil raha hai.</w:t>
      </w:r>
      <w:r>
        <w:br/>
      </w:r>
      <w:r>
        <w:rPr>
          <w:sz w:val="20"/>
        </w:rPr>
        <w:t>8:58  aur ek ek button daba diya to sari cheezein baqi chali gayeen.</w:t>
      </w:r>
      <w:r>
        <w:br/>
      </w:r>
      <w:r>
        <w:rPr>
          <w:sz w:val="20"/>
        </w:rPr>
        <w:t>9:13  to meri soch raha tha ke itni bari nemmat ka shukr kaise ada kiya jaye.</w:t>
      </w:r>
      <w:r>
        <w:br/>
      </w:r>
      <w:r>
        <w:rPr>
          <w:sz w:val="20"/>
        </w:rPr>
        <w:t>9:26  to beharhal</w:t>
      </w:r>
      <w:r>
        <w:br/>
      </w:r>
      <w:r>
        <w:rPr>
          <w:sz w:val="20"/>
        </w:rPr>
        <w:t>9:33  yeh ek bohat zabardast, yeh apple shock ki tarah ek jhatka tha. aur hamein hamare upar farz ho gaya hai ke hum is se seekhein</w:t>
      </w:r>
      <w:r>
        <w:br/>
      </w:r>
      <w:r>
        <w:rPr>
          <w:sz w:val="20"/>
        </w:rPr>
        <w:t>9:50  aur shukr karna seekhein.</w:t>
      </w:r>
      <w:r>
        <w:br/>
      </w:r>
      <w:r>
        <w:rPr>
          <w:sz w:val="20"/>
        </w:rPr>
        <w:t>9:57  yani pani, suraj ki roshni aur</w:t>
      </w:r>
      <w:r>
        <w:br/>
      </w:r>
      <w:r>
        <w:rPr>
          <w:sz w:val="20"/>
        </w:rPr>
        <w:t>10:07  itni beshumar cheezein free mein mil rahi hain. ghor kijiye, aakhri din kaisi nemmat hai, kaisi bari nemmat hai.</w:t>
      </w:r>
      <w:r>
        <w:br/>
      </w:r>
      <w:r>
        <w:rPr>
          <w:sz w:val="20"/>
        </w:rPr>
        <w:t>10:19  aakhri din aap ko free mil raha hai. sari duniya mein kahin jahan bhi jayen.</w:t>
      </w:r>
      <w:r>
        <w:br/>
      </w:r>
      <w:r>
        <w:rPr>
          <w:sz w:val="20"/>
        </w:rPr>
        <w:t>10:31  hamare ek saathi gaye germany</w:t>
      </w:r>
      <w:r>
        <w:br/>
      </w:r>
      <w:r>
        <w:rPr>
          <w:sz w:val="20"/>
        </w:rPr>
        <w:t>10:40  to wahan unhon ne ek lady se kuch Khuda ki baat ki.</w:t>
      </w:r>
      <w:r>
        <w:br/>
      </w:r>
      <w:r>
        <w:rPr>
          <w:sz w:val="20"/>
        </w:rPr>
        <w:t>10:52  to unhon ne kaha ke hamein shukr, hamein yeh nemmat to hum ko yeh nematein jo hain yeh to hum ko bazaar se milti hain.</w:t>
      </w:r>
      <w:r>
        <w:br/>
      </w:r>
      <w:r>
        <w:rPr>
          <w:sz w:val="20"/>
        </w:rPr>
        <w:t>11:08  bazaar se mil jati hain.</w:t>
      </w:r>
      <w:r>
        <w:br/>
      </w:r>
      <w:r>
        <w:rPr>
          <w:sz w:val="20"/>
        </w:rPr>
        <w:t>11:11  to hum ko is mein Khuda ko azkar karne ki kaun si baat hai.</w:t>
      </w:r>
      <w:r>
        <w:br/>
      </w:r>
      <w:r>
        <w:rPr>
          <w:sz w:val="20"/>
        </w:rPr>
        <w:t>11:22  yeh sare logon ka haal hai. woh free mein jo cheezein mil rahi theen, us ko forwarded li hui theen. yeh jo milti hain, milti rahen gi.</w:t>
      </w:r>
      <w:r>
        <w:br/>
      </w:r>
      <w:r>
        <w:rPr>
          <w:sz w:val="20"/>
        </w:rPr>
        <w:t>11:38  to yeh jo hum forwarded liye hue the tamam nematon ko, us ko khatam karna hoga. aap ko shukr kaat banana padega. abhi to warning hai, is ke baad is se sakht Khuda na khwasta</w:t>
      </w:r>
      <w:r>
        <w:br/>
      </w:r>
      <w:r>
        <w:rPr>
          <w:sz w:val="20"/>
        </w:rPr>
        <w:t>11:55  ho sakta hai.</w:t>
      </w:r>
      <w:r>
        <w:br/>
      </w:r>
      <w:r>
        <w:rPr>
          <w:sz w:val="20"/>
        </w:rPr>
        <w:t>11:59  Allah bachaye hum ko apni pakar se. Allah bachaye apni pakar se. Allah bachaye hum ko apni pakar se.</w:t>
      </w:r>
      <w:r>
        <w:br/>
      </w:r>
      <w:r>
        <w:rPr>
          <w:sz w:val="20"/>
        </w:rPr>
        <w:t>12:11  koi mamooli si pakar bhi hamari qabil bardasht nahi hai.</w:t>
      </w:r>
      <w:r>
        <w:br/>
      </w:r>
      <w:r>
        <w:rPr>
          <w:sz w:val="20"/>
        </w:rPr>
        <w:t>12:17  mamooli si pakar bhi hamari qabil bardasht nahi hai.</w:t>
      </w:r>
      <w:r>
        <w:br/>
      </w:r>
      <w:r>
        <w:rPr>
          <w:sz w:val="20"/>
        </w:rPr>
        <w:t>12:25  to behal yeh halaat jo hain, yeh jo crash aya hua hai is din mein, is ka</w:t>
      </w:r>
      <w:r>
        <w:br/>
      </w:r>
      <w:r>
        <w:rPr>
          <w:sz w:val="20"/>
        </w:rPr>
        <w:t>12:35  is ka taqaza hai ke hum aap</w:t>
      </w:r>
      <w:r>
        <w:br/>
      </w:r>
      <w:r>
        <w:rPr>
          <w:sz w:val="20"/>
        </w:rPr>
        <w:t>12:45  shukr karna seekhein. shukr ka matlab hai akhdarsh karna. yaani creator ko akhdarsh karna.</w:t>
      </w:r>
      <w:r>
        <w:br/>
      </w:r>
      <w:r>
        <w:rPr>
          <w:sz w:val="20"/>
        </w:rPr>
        <w:t>12:56  creator ko akhdarsh karna.</w:t>
      </w:r>
      <w:r>
        <w:br/>
      </w:r>
      <w:r>
        <w:rPr>
          <w:sz w:val="20"/>
        </w:rPr>
        <w:t>13:06  is yeh jo warning hai, ek chota jhatka hai.</w:t>
      </w:r>
      <w:r>
        <w:br/>
      </w:r>
      <w:r>
        <w:rPr>
          <w:sz w:val="20"/>
        </w:rPr>
        <w:t>13:14  aap ko chahiye ke is ko neutral ki jaye, apple shock samjhein aur bohat jald hoshiyar ho jayein.</w:t>
      </w:r>
    </w:p>
    <w:p>
      <w:pPr>
        <w:pStyle w:val="Heading2"/>
      </w:pPr>
      <w:r>
        <w:t>DNA has no death coded in it — an argument for eternal life</w:t>
      </w:r>
    </w:p>
    <w:p>
      <w:r>
        <w:rPr>
          <w:color w:val="666666"/>
          <w:sz w:val="18"/>
        </w:rPr>
        <w:t>Right Thinking, February 10, 2008 · 4m 40s · at 1:09:15 · https://youtu.be/12Qqn67uhSU?t=4155</w:t>
      </w:r>
    </w:p>
    <w:p>
      <w:r>
        <w:rPr>
          <w:i/>
        </w:rPr>
        <w:t>“Dekhein, aap probability se joda, samajh nahi aata”</w:t>
      </w:r>
    </w:p>
    <w:p>
      <w:r>
        <w:rPr>
          <w:sz w:val="20"/>
        </w:rPr>
        <w:t>1:09:15  then why should we believe in paradise? what are the consequences of setting paradise as a goal of life? dekhein, aap probability se joda, us se samajh mein nahi aa raha.</w:t>
      </w:r>
      <w:r>
        <w:br/>
      </w:r>
      <w:r>
        <w:rPr>
          <w:sz w:val="20"/>
        </w:rPr>
        <w:t>1:09:26  woh confusion ho jata hai. paradise jo hai, woh probability se na joriye,</w:t>
      </w:r>
      <w:r>
        <w:br/>
      </w:r>
      <w:r>
        <w:rPr>
          <w:sz w:val="20"/>
        </w:rPr>
        <w:t>1:09:31  is se confusion ho jata hai. dekhen, paradise jo hai, is tarah samjhiye</w:t>
      </w:r>
      <w:r>
        <w:br/>
      </w:r>
      <w:r>
        <w:rPr>
          <w:sz w:val="20"/>
        </w:rPr>
        <w:t>1:09:39  ke sirf insan hi aisa hai jo in fulfilled unfulfilled desire mein marta hai. is yahan par dekhen, aap material world hai, animal world hai, plant world hai.</w:t>
      </w:r>
      <w:r>
        <w:br/>
      </w:r>
      <w:r>
        <w:rPr>
          <w:sz w:val="20"/>
        </w:rPr>
        <w:t>1:09:53  kisi ka bhi yeh problem nahi ke unfulfilled desire ka problem sirf insan ka hai.</w:t>
      </w:r>
      <w:r>
        <w:br/>
      </w:r>
      <w:r>
        <w:rPr>
          <w:sz w:val="20"/>
        </w:rPr>
        <w:t>1:10:01  to woh kya hai? is ko explain karne ke liye sab best jo hai, yani proposition, woh yahi hai ke hum yeh manen ke jo insan is dunya mein, is limited world mein nahi pa raha hai, woh ek unlimited world samne hai, woh anay wali hai.</w:t>
      </w:r>
      <w:r>
        <w:br/>
      </w:r>
      <w:r>
        <w:rPr>
          <w:sz w:val="20"/>
        </w:rPr>
        <w:t>1:10:23  to yahan par maine pichli bar kaha tha ke insan ka jo dna hai, dna mein bohat hi study hui hai, bohat zyada study hui hai.</w:t>
      </w:r>
      <w:r>
        <w:br/>
      </w:r>
      <w:r>
        <w:rPr>
          <w:sz w:val="20"/>
        </w:rPr>
        <w:t>1:10:35  ab yeh maloom hua hai ke dna aur jo insan ka genetic code hai, is mein sab kuch hota hai, sab kuch hota hai. lekin aap sochiye ke is mein death nahi hai.</w:t>
      </w:r>
      <w:r>
        <w:br/>
      </w:r>
      <w:r>
        <w:rPr>
          <w:sz w:val="20"/>
        </w:rPr>
        <w:t>1:10:49  kaisi ajeeb baat hai ke</w:t>
      </w:r>
      <w:r>
        <w:br/>
      </w:r>
      <w:r>
        <w:rPr>
          <w:sz w:val="20"/>
        </w:rPr>
        <w:t>1:10:52  death nahi hai. is ka matlab yeh hai ke dna ke mutabiq hum ek eternal wajood hain, eternal eternity hai. hamare hum paida ho gaye to hamesha ke liye paida ho gaye, marna nahi hai humein.</w:t>
      </w:r>
      <w:r>
        <w:br/>
      </w:r>
      <w:r>
        <w:rPr>
          <w:sz w:val="20"/>
        </w:rPr>
        <w:t>1:11:06  yeh bohat bari baat hai. is ko sochiye ke dna mein sab kuch likha hua hai,</w:t>
      </w:r>
      <w:r>
        <w:br/>
      </w:r>
      <w:r>
        <w:rPr>
          <w:sz w:val="20"/>
        </w:rPr>
        <w:t>1:11:14  is ko coded language mein is ko decode kiya hai, kiya jaye to yani billion billion pages bante hain. lekin is mein death nahi hai.</w:t>
      </w:r>
      <w:r>
        <w:br/>
      </w:r>
      <w:r>
        <w:rPr>
          <w:sz w:val="20"/>
        </w:rPr>
        <w:t>1:11:26  is matlab ke insan marne ke liye nahi mara hai, jeene ke liye mara hai.</w:t>
      </w:r>
      <w:r>
        <w:br/>
      </w:r>
      <w:r>
        <w:rPr>
          <w:sz w:val="20"/>
        </w:rPr>
        <w:t>1:11:30  ab aap sochiye ke jab is dunya mein hum 60, 70 saal jeete hain aur yahan hum fulfill nahi kar pate aur despair mein marte hain, mother teresa bhi agony aur despair mein mari.</w:t>
      </w:r>
      <w:r>
        <w:br/>
      </w:r>
      <w:r>
        <w:rPr>
          <w:sz w:val="20"/>
        </w:rPr>
        <w:t>1:11:46  to jab mein hoon ek eternal being to koi doosra proposition yahan par yani itna acha explain nahi karta is baat ke siwa ke ke aap bantain zindagi ko do is mein pre death period aur post death period mein.</w:t>
      </w:r>
      <w:r>
        <w:br/>
      </w:r>
      <w:r>
        <w:rPr>
          <w:sz w:val="20"/>
        </w:rPr>
        <w:t>1:12:03  aur aur yeh manen ke pre death period mein jo kuch hum nahi pa sake, woh post death period mein hamein pana hai.</w:t>
      </w:r>
      <w:r>
        <w:br/>
      </w:r>
      <w:r>
        <w:rPr>
          <w:sz w:val="20"/>
        </w:rPr>
        <w:t>1:12:14  yeh ek proposition hai aur jab tak is se better koi proposition na aa jaye, tab tak aap ko is ko manna padega.</w:t>
      </w:r>
      <w:r>
        <w:br/>
      </w:r>
      <w:r>
        <w:rPr>
          <w:sz w:val="20"/>
        </w:rPr>
        <w:t>1:12:24  kyun ke science mein yahi mana jata hai ke kisi bhi situation ko explain karne ke liye agar char proposition hon to is mein jo zyada yani jo is ke jo relevant data hai, us ko zyada explain kar raha ho, us ko man liya jayega fact.</w:t>
      </w:r>
      <w:r>
        <w:br/>
      </w:r>
      <w:r>
        <w:rPr>
          <w:sz w:val="20"/>
        </w:rPr>
        <w:t>1:12:43  isi usool par evolution ko mana gaya hai. kyun ke evolution koi koi is sense mein koi theory nahi hai, scientific sense mein. lekin un ke nazdeek chunke yeh explain kar rahe hain, yeh is liye unhone man liya.</w:t>
      </w:r>
      <w:r>
        <w:br/>
      </w:r>
      <w:r>
        <w:rPr>
          <w:sz w:val="20"/>
        </w:rPr>
        <w:t>1:12:57  to main kehta hoon ke insan ke phenomena par aap sochiye, is ki desire fulfill nahi hoti, is ke dna mein death nahi hai.</w:t>
      </w:r>
      <w:r>
        <w:br/>
      </w:r>
      <w:r>
        <w:rPr>
          <w:sz w:val="20"/>
        </w:rPr>
        <w:t>1:13:08  yeh sab baaten ko le kar ke to phir yeh yeh proposition ke jo kuch yani hum chahte the, ek ideal world, ek perfect world jahan fulfill hon hamari sari desire,</w:t>
      </w:r>
      <w:r>
        <w:br/>
      </w:r>
      <w:r>
        <w:rPr>
          <w:sz w:val="20"/>
        </w:rPr>
        <w:t>1:13:23  to hamari life continue kar rahi hai, continue kar rahi hai, continue ho rahi hai, according to dna. to agle period mein zindagi ke woh dunya ayegi jahan hum fulfill kar saken apne se desire ko</w:t>
      </w:r>
      <w:r>
        <w:br/>
      </w:r>
      <w:r>
        <w:rPr>
          <w:sz w:val="20"/>
        </w:rPr>
        <w:t>1:13:37  . main sirf yeh keh raha hoon ke is proposition ke siwa doosre jitne proposition hain, woh sab yeh explain nahi karte sare cheezon ko.</w:t>
      </w:r>
      <w:r>
        <w:br/>
      </w:r>
      <w:r>
        <w:rPr>
          <w:sz w:val="20"/>
        </w:rPr>
        <w:t>1:13:47  is liye main is ko sahi manta hoon. is is lehaz se main is ko manta hoon ke ek scientific formula hai. yeh</w:t>
      </w:r>
    </w:p>
    <w:p>
      <w:pPr>
        <w:pStyle w:val="Heading2"/>
      </w:pPr>
      <w:r>
        <w:t>A professor's secret week-long job interview</w:t>
      </w:r>
    </w:p>
    <w:p>
      <w:r>
        <w:rPr>
          <w:color w:val="666666"/>
          <w:sz w:val="18"/>
        </w:rPr>
        <w:t>The Concept of Spirituality in Islam June 11, 2006 · 5m 53s · at 46:08 · https://youtu.be/ahSf-4d3AlM?t=2768</w:t>
      </w:r>
    </w:p>
    <w:p>
      <w:r>
        <w:rPr>
          <w:i/>
        </w:rPr>
        <w:t>“He was invited to a US university for a job interview.”</w:t>
      </w:r>
    </w:p>
    <w:p>
      <w:r>
        <w:rPr>
          <w:sz w:val="20"/>
        </w:rPr>
        <w:t>46:08  to wahan se unhein aa gaya invitation, interview card aa gaya interview ke liye ke aap yahan aaiye, hum aap ka interview le kar ke aap ko faisla karenge.</w:t>
      </w:r>
      <w:r>
        <w:br/>
      </w:r>
      <w:r>
        <w:rPr>
          <w:sz w:val="20"/>
        </w:rPr>
        <w:t>46:22  koi professorship ki jagah khali thi, wahan is ke liye bulaye gaye thay. woh to jab wahan pahunche gaye to airport par aik aadmi car le kar maujood tha university ki taraf se.</w:t>
      </w:r>
      <w:r>
        <w:br/>
      </w:r>
      <w:r>
        <w:rPr>
          <w:sz w:val="20"/>
        </w:rPr>
        <w:t>46:36  us ne kaha ke main university ki taraf se bheja gaya hoon aur meri duty yeh hai ke main aap ko yani ghumaun, poori university dikhaun, yeh sab meri duty hai.</w:t>
      </w:r>
      <w:r>
        <w:br/>
      </w:r>
      <w:r>
        <w:rPr>
          <w:sz w:val="20"/>
        </w:rPr>
        <w:t>46:48  to ghraz yeh ke woh un ko airport se le gaya, guest house mein jahan thahran tha, wahan le gaya pehle. phir us ko aik haftay tak university dikhata raha.</w:t>
      </w:r>
      <w:r>
        <w:br/>
      </w:r>
      <w:r>
        <w:rPr>
          <w:sz w:val="20"/>
        </w:rPr>
        <w:t>47:00  university mein class room mein le gaya jahan bachche parh rahe thay, kitchen mein le gaya jahan khane ka intezam ho raha tha, library mein le gaya jahan kitabein rakhi hui theen mutale ke liye.</w:t>
      </w:r>
      <w:r>
        <w:br/>
      </w:r>
      <w:r>
        <w:rPr>
          <w:sz w:val="20"/>
        </w:rPr>
        <w:t>47:13  ghraz yeh ke aik haftay tak woh poori university mein un ko ghumata raha.</w:t>
      </w:r>
      <w:r>
        <w:br/>
      </w:r>
      <w:r>
        <w:rPr>
          <w:sz w:val="20"/>
        </w:rPr>
        <w:t>47:20  aik haftay ke baad unhon ne jo university ka jo chairman tha, us se kaha, us se mil kar ke ke main aik haftay se yahan aa kar baitha hua hoon aur abhi tak mera interview nahi hua, to interview kab hoga?</w:t>
      </w:r>
      <w:r>
        <w:br/>
      </w:r>
      <w:r>
        <w:rPr>
          <w:sz w:val="20"/>
        </w:rPr>
        <w:t>47:40  aik bohat dilchasp kahani hai yeh. yani saat din tak woh is aadmi ke sath university dekhte rahe</w:t>
      </w:r>
      <w:r>
        <w:br/>
      </w:r>
      <w:r>
        <w:rPr>
          <w:sz w:val="20"/>
        </w:rPr>
        <w:t>47:50  jaise ke kisi visitor ko university dikhai jaye. to saatwein din jab chairman se mile, woh unhon ne kaha ke main aik haftay se yahan para hua hoon aur abhi tak mera interview nahi hua, to aakhri interview kab hoga?</w:t>
      </w:r>
      <w:r>
        <w:br/>
      </w:r>
      <w:r>
        <w:rPr>
          <w:sz w:val="20"/>
        </w:rPr>
        <w:t>48:05  to chairman ne kaha ke aap ka interview ho chuka, aap ka interview ho chuka. to unhon ne kaha woh kaise?</w:t>
      </w:r>
      <w:r>
        <w:br/>
      </w:r>
      <w:r>
        <w:rPr>
          <w:sz w:val="20"/>
        </w:rPr>
        <w:t>48:14  woh to abhi to kuch bhi nahi hua.</w:t>
      </w:r>
      <w:r>
        <w:br/>
      </w:r>
      <w:r>
        <w:rPr>
          <w:sz w:val="20"/>
        </w:rPr>
        <w:t>48:17  unhon ne kaha ke jo aadmi</w:t>
      </w:r>
      <w:r>
        <w:br/>
      </w:r>
      <w:r>
        <w:rPr>
          <w:sz w:val="20"/>
        </w:rPr>
        <w:t>48:22  car le kar aap ko receive kiya tha, us ne airport par wahi aap ka interviewer tha. woh woh koi driver nahi tha, woh professor tha us university ka.</w:t>
      </w:r>
      <w:r>
        <w:br/>
      </w:r>
      <w:r>
        <w:rPr>
          <w:sz w:val="20"/>
        </w:rPr>
        <w:t>48:37  woh professor hi aap ka interviewer tha aur saat din aap ka interview leta raha. woh</w:t>
      </w:r>
      <w:r>
        <w:br/>
      </w:r>
      <w:r>
        <w:rPr>
          <w:sz w:val="20"/>
        </w:rPr>
        <w:t>48:48  ke aap kaise behave karenge, students se kaise baat karenge, library mein jayenge to kaise kitab nikalenge, kaise kitab padhenge, dining hall mein aap kaise khana khayenge.</w:t>
      </w:r>
      <w:r>
        <w:br/>
      </w:r>
      <w:r>
        <w:rPr>
          <w:sz w:val="20"/>
        </w:rPr>
        <w:t>49:02  to us ne kaha, is chairman ne ke aap ne jo papers bheje the, bio data, us se aap ki degree hamein maloom ho chuki thi ke aap ki yeh degree hai. to hamein pata ho chuka tha.</w:t>
      </w:r>
      <w:r>
        <w:br/>
      </w:r>
      <w:r>
        <w:rPr>
          <w:sz w:val="20"/>
        </w:rPr>
        <w:t>49:14  ab hamein practical tor par dekhna tha ke aap university mein kaise apna kaam karenge. to aap bilkul theek nikle, sahi tareeqe se behave bhi kiya, har jagah aap ne behave kiya.</w:t>
      </w:r>
      <w:r>
        <w:br/>
      </w:r>
      <w:r>
        <w:rPr>
          <w:sz w:val="20"/>
        </w:rPr>
        <w:t>49:28  to hum aap ka selection kar chuke hain</w:t>
      </w:r>
      <w:r>
        <w:br/>
      </w:r>
      <w:r>
        <w:rPr>
          <w:sz w:val="20"/>
        </w:rPr>
        <w:t>49:36  aur kal se aap ko yahan join karna hai.</w:t>
      </w:r>
      <w:r>
        <w:br/>
      </w:r>
      <w:r>
        <w:rPr>
          <w:sz w:val="20"/>
        </w:rPr>
        <w:t>49:42  jab is aadmi ne yeh waqia bataya mujhe to mujhe quran ki ek ayat yaad aayi.</w:t>
      </w:r>
      <w:r>
        <w:br/>
      </w:r>
      <w:r>
        <w:rPr>
          <w:sz w:val="20"/>
        </w:rPr>
        <w:t>49:51  quran mein hai ke "az yatlq mutlaqiyan an al yameen wa an al shimal qaid". ma yalfuz min qawlin illa laday raqeebun qadeed ke insaan jab dunya mein aata hai to do farishtay saath saath is ke aa jatay hain, dono kandhon par rehtay hain.</w:t>
      </w:r>
      <w:r>
        <w:br/>
      </w:r>
      <w:r>
        <w:rPr>
          <w:sz w:val="20"/>
        </w:rPr>
        <w:t>50:11  wo an al yameen wa an al shimal qaid ke is ke dain kandhay par aur baain kandhay par bethay hotay hain. wo poori zindagi hum is ke saath hotay hain.</w:t>
      </w:r>
      <w:r>
        <w:br/>
      </w:r>
      <w:r>
        <w:rPr>
          <w:sz w:val="20"/>
        </w:rPr>
        <w:t>50:23  to maine socha ke bilkul aise hi mamla khuda ne kiya hai insaan ka</w:t>
      </w:r>
      <w:r>
        <w:br/>
      </w:r>
      <w:r>
        <w:rPr>
          <w:sz w:val="20"/>
        </w:rPr>
        <w:t>50:28  ke jaise aap dunya mein aaye, do farishtay ne aap ko receive kiya, receive kar ke aap ke saath lag gaye.</w:t>
      </w:r>
      <w:r>
        <w:br/>
      </w:r>
      <w:r>
        <w:rPr>
          <w:sz w:val="20"/>
        </w:rPr>
        <w:t>50:37  wo ab 24 ghantay wo aap ko watch kar rahay hain.</w:t>
      </w:r>
      <w:r>
        <w:br/>
      </w:r>
      <w:r>
        <w:rPr>
          <w:sz w:val="20"/>
        </w:rPr>
        <w:t>50:44  is par ghhor kijiye, bohat hi important point hai yeh ke jis tarah america mein wo aadmi jab pohancha to is ka jo interviewer tha, jis ko jis ki report par is ko professor banna tha,</w:t>
      </w:r>
      <w:r>
        <w:br/>
      </w:r>
      <w:r>
        <w:rPr>
          <w:sz w:val="20"/>
        </w:rPr>
        <w:t>50:58  jo aadmi ne is ko airport par receive kiya tha, usi ki report par is aadmi ke baray mein faisla hona tha ke is ko professor banaya jaye ya na banaya jaye.</w:t>
      </w:r>
      <w:r>
        <w:br/>
      </w:r>
      <w:r>
        <w:rPr>
          <w:sz w:val="20"/>
        </w:rPr>
        <w:t>51:10  usi tarah se khuda ne jab bhi koi aadmi, koi mard ya aurat jo dunya mein aata hai to khuda ke do farishtay is ke saath lag jatay hain.</w:t>
      </w:r>
      <w:r>
        <w:br/>
      </w:r>
      <w:r>
        <w:rPr>
          <w:sz w:val="20"/>
        </w:rPr>
        <w:t>51:24  is yatlq al mutlaqiyan an al yameen wa an al shimal qaid ma yalfuz min qawlin illa laday raqeebun qadeed.</w:t>
      </w:r>
      <w:r>
        <w:br/>
      </w:r>
      <w:r>
        <w:rPr>
          <w:sz w:val="20"/>
        </w:rPr>
        <w:t>51:38  to wo professor jo tha, jo interviewer tha, haqeeqatan wo watch kar raha tha is aadmi ka kaise yeh behave karta hai, kaise yeh bolta hai, is student se wo kaise baat karta hai,</w:t>
      </w:r>
      <w:r>
        <w:br/>
      </w:r>
      <w:r>
        <w:rPr>
          <w:sz w:val="20"/>
        </w:rPr>
        <w:t>51:52  ustadon se kaise baat karta hai. poora wo behaviour is ka dekh raha tha jo university mein hoga. is ka</w:t>
      </w:r>
    </w:p>
    <w:p>
      <w:pPr>
        <w:pStyle w:val="Heading2"/>
      </w:pPr>
      <w:r>
        <w:t>Defense of divine inspiration and wrong interpretation</w:t>
      </w:r>
    </w:p>
    <w:p>
      <w:r>
        <w:rPr>
          <w:color w:val="666666"/>
          <w:sz w:val="18"/>
        </w:rPr>
        <w:t>Islamic Pacifism Q&amp;A 8 May 2011 · 4m 28s · at 5:27 · https://youtu.be/5ZersGDNVcw?t=327</w:t>
      </w:r>
    </w:p>
    <w:p>
      <w:r>
        <w:rPr>
          <w:i/>
        </w:rPr>
        <w:t>“Dekhiye, aapne jo baat farmaayi hai to ulama ka stand aisa nahi hai.”</w:t>
      </w:r>
    </w:p>
    <w:p>
      <w:r>
        <w:rPr>
          <w:sz w:val="20"/>
        </w:rPr>
        <w:t>5:27  dekhein, aap ne jo baat farmayi hai to ulma ka stand aisa nahi hai. Yeh aap ka apna zaati khayal hai yeh. Is liye ke Quran mein hai ke "Innal lazina qalu Rabbunallahu thumma istiqamu Allah</w:t>
      </w:r>
      <w:r>
        <w:br/>
      </w:r>
      <w:r>
        <w:rPr>
          <w:sz w:val="20"/>
        </w:rPr>
        <w:t>5:44  takhafu wala tahzanu".</w:t>
      </w:r>
      <w:r>
        <w:br/>
      </w:r>
      <w:r>
        <w:rPr>
          <w:sz w:val="20"/>
        </w:rPr>
        <w:t>5:50  yani farishton ke zariye se aap ko ek cheez ilqa ki jati hai. Hadees mein hai ke "unaji rabbahu".</w:t>
      </w:r>
      <w:r>
        <w:br/>
      </w:r>
      <w:r>
        <w:rPr>
          <w:sz w:val="20"/>
        </w:rPr>
        <w:t>5:59  Allah ki bande ki sargoshi Allah se hoti hai. Bande ki sargoshi Allah se hoti hai. "unaji</w:t>
      </w:r>
      <w:r>
        <w:br/>
      </w:r>
      <w:r>
        <w:rPr>
          <w:sz w:val="20"/>
        </w:rPr>
        <w:t>6:07  rabbahu" . Tamam ulma yeh mante hain ke wahi peghambar ke liye khaas hai. Wahi munqate hui.</w:t>
      </w:r>
      <w:r>
        <w:br/>
      </w:r>
      <w:r>
        <w:rPr>
          <w:sz w:val="20"/>
        </w:rPr>
        <w:t>6:16  lekin ilqa o ilham munqate nahi hua. Maslan Shah Abdullah ne likha hai ke "Alhamdulillah Rabbi".</w:t>
      </w:r>
      <w:r>
        <w:br/>
      </w:r>
      <w:r>
        <w:rPr>
          <w:sz w:val="20"/>
        </w:rPr>
        <w:t>6:24  Shah Abdullah ne apni kitab mein likha hai ke "Alhamdulillah Rabbi" . To koi nahi kehta galat kaha unhone. Koi nahi kehta Shah Abdullah sahab ne galat kaha.</w:t>
      </w:r>
      <w:r>
        <w:br/>
      </w:r>
      <w:r>
        <w:rPr>
          <w:sz w:val="20"/>
        </w:rPr>
        <w:t>6:33  kyun ke sare ulma mante hain ke wahi to nabi ka khasa hai, lekin ilqa o ilham aam hai. Woh har ek ko hota hai.</w:t>
      </w:r>
      <w:r>
        <w:br/>
      </w:r>
      <w:r>
        <w:rPr>
          <w:sz w:val="20"/>
        </w:rPr>
        <w:t>6:43  khwab mein bhi khwab ke liye aata hai ke wahi munqate hogi, lekin khwab ke zariye se Allah ki rehnumayi milti rahegi logon ko.</w:t>
      </w:r>
      <w:r>
        <w:br/>
      </w:r>
      <w:r>
        <w:rPr>
          <w:sz w:val="20"/>
        </w:rPr>
        <w:t>6:52  yeh bhi aap Bukhari mein padh lijiyey. Isi ko "mini inspiration" kaha. Yani aap ko ilqa o ilham</w:t>
      </w:r>
      <w:r>
        <w:br/>
      </w:r>
      <w:r>
        <w:rPr>
          <w:sz w:val="20"/>
        </w:rPr>
        <w:t>7:02  ke maano mein "mini inspiration" kaha. Yeh to sabit shuda hai. Quran se sabit hai, Hadees se sabit hai. Tamam ulma is ko mante hain. Is mein koi khasa nahi hai ke koi mein ne nayi baat keh di hai.</w:t>
      </w:r>
      <w:r>
        <w:br/>
      </w:r>
      <w:r>
        <w:rPr>
          <w:sz w:val="20"/>
        </w:rPr>
        <w:t>7:16  Imam Taimiya itne bade aalim thay, un ko koi ayat samajh mein nahi ayi. To unhone namaz padh kar</w:t>
      </w:r>
      <w:r>
        <w:br/>
      </w:r>
      <w:r>
        <w:rPr>
          <w:sz w:val="20"/>
        </w:rPr>
        <w:t>7:22  do rakat namaz padhi salatul hajat. Us ke baad dua kiya ke "Ya muallim Ibrahima allimni" . Yahi to hai ke Khuda ko muallim qarar de kar un se janna chaha ke is ayat ka matlab kya hai.</w:t>
      </w:r>
      <w:r>
        <w:br/>
      </w:r>
      <w:r>
        <w:rPr>
          <w:sz w:val="20"/>
        </w:rPr>
        <w:t>7:37  "Ya muallim Ibrahima allimni".</w:t>
      </w:r>
      <w:r>
        <w:br/>
      </w:r>
      <w:r>
        <w:rPr>
          <w:sz w:val="20"/>
        </w:rPr>
        <w:t>7:40  yeh to tasdeeq shuda baat hai. Baqi jo aap ne farmaya to is ka taluq wrong interpretation se hai.</w:t>
      </w:r>
      <w:r>
        <w:br/>
      </w:r>
      <w:r>
        <w:rPr>
          <w:sz w:val="20"/>
        </w:rPr>
        <w:t>7:49  aap kuch bhi karein, wrong interpretation ka darwaza band nahi ho sakta. Kabhi band nahi hua. Khud Quran mein tafaseer jo likhi gayi hain, bohat si ajeeb ajeeb tafaseer likhi gayi hain ayaton ki.</w:t>
      </w:r>
      <w:r>
        <w:br/>
      </w:r>
      <w:r>
        <w:rPr>
          <w:sz w:val="20"/>
        </w:rPr>
        <w:t>8:01  to galat tafaseer ka darwaza band nahi ho sakta hai.</w:t>
      </w:r>
      <w:r>
        <w:br/>
      </w:r>
      <w:r>
        <w:rPr>
          <w:sz w:val="20"/>
        </w:rPr>
        <w:t>8:07  yeh yeh aap ka mafroza sahi nahi hai ke inspiration manne se, ilqa o ilham manne se koi darwaza khulega. Darwaza to khulta hai galat interpretation se.</w:t>
      </w:r>
      <w:r>
        <w:br/>
      </w:r>
      <w:r>
        <w:rPr>
          <w:sz w:val="20"/>
        </w:rPr>
        <w:t>8:18  aur is ka darwaza aap kaun band karega? Misal ke taur par dekhein, mere paas ek misal deta hoon aap ko.</w:t>
      </w:r>
      <w:r>
        <w:br/>
      </w:r>
      <w:r>
        <w:rPr>
          <w:sz w:val="20"/>
        </w:rPr>
        <w:t>8:27  yani wrong interpretation ki.</w:t>
      </w:r>
      <w:r>
        <w:br/>
      </w:r>
      <w:r>
        <w:rPr>
          <w:sz w:val="20"/>
        </w:rPr>
        <w:t>8:31  aik bar to iran ke char aalim mere pas aaye. Maine un se kaha ke woh shia thay, woh. Maine kaha ke aap log Hazrat Ali ko bohat ooncha darja dete hain.</w:t>
      </w:r>
      <w:r>
        <w:br/>
      </w:r>
      <w:r>
        <w:rPr>
          <w:sz w:val="20"/>
        </w:rPr>
        <w:t>8:43  to yeh kaise sabit hota hai? Hazrat Ali ka darja jo hai, Hazrat Umar se bhi zyada, Abu Bakr se bhi zyada. To kaise sabit hota hai? Kaha yeh to Quran mein maujood hai.</w:t>
      </w:r>
      <w:r>
        <w:br/>
      </w:r>
      <w:r>
        <w:rPr>
          <w:sz w:val="20"/>
        </w:rPr>
        <w:t>8:53  kahan maujood hai? Kaha Ali kabira. Ali kabir hain. To kya aap rok sakte hain kisi ko? Ke Quran se woh nikal raha hai yeh.</w:t>
      </w:r>
      <w:r>
        <w:br/>
      </w:r>
      <w:r>
        <w:rPr>
          <w:sz w:val="20"/>
        </w:rPr>
        <w:t>9:03  Ali kabira. To dekhein, yeh insaan ko Allah taala azaadi di hai. Aap ka jo mafroza hai, us se nahi rukta insaan ka.</w:t>
      </w:r>
      <w:r>
        <w:br/>
      </w:r>
      <w:r>
        <w:rPr>
          <w:sz w:val="20"/>
        </w:rPr>
        <w:t>9:14  yani bhatakna. Insaan to bhatkega.</w:t>
      </w:r>
      <w:r>
        <w:br/>
      </w:r>
      <w:r>
        <w:rPr>
          <w:sz w:val="20"/>
        </w:rPr>
        <w:t>9:20  to asal cheez yeh hai ke aadmi ke andar sincerity ho. Aadmi sachcha seeker ho. Aadmi Allah se darta ho.</w:t>
      </w:r>
      <w:r>
        <w:br/>
      </w:r>
      <w:r>
        <w:rPr>
          <w:sz w:val="20"/>
        </w:rPr>
        <w:t>9:30  woh samajhta ho ke agar maine galat matlab nikala kisi ayat ka to main Allah ke haan pakda jaunga. Yeh cheez rokti hai. Yeh cheez rokti nahi ke aap yeh kahein ke sahib ab wahi munqata ho gayi to ilqa ya munqata, ilham bhi band, inspiration bhi band.</w:t>
      </w:r>
      <w:r>
        <w:br/>
      </w:r>
      <w:r>
        <w:rPr>
          <w:sz w:val="20"/>
        </w:rPr>
        <w:t>9:45  is se koi farq nahi padta. Yeh soorat-e-haal ka bohat hi, soorat-e-haal ko aap ne underestimate kiya hai.</w:t>
      </w:r>
    </w:p>
    <w:p>
      <w:pPr>
        <w:pStyle w:val="Heading2"/>
      </w:pPr>
      <w:r>
        <w:t>Modern tension as identity crisis, and the real cure</w:t>
      </w:r>
    </w:p>
    <w:p>
      <w:r>
        <w:rPr>
          <w:color w:val="666666"/>
          <w:sz w:val="18"/>
        </w:rPr>
        <w:t>God and Man April 30, 2006 · 5m 54s · at 1:00:07 · https://youtu.be/57HbKTw6Udg?t=3607</w:t>
      </w:r>
    </w:p>
    <w:p>
      <w:r>
        <w:rPr>
          <w:i/>
        </w:rPr>
        <w:t>“Today there's a lot of talk about tension, or stress”</w:t>
      </w:r>
    </w:p>
    <w:p>
      <w:r>
        <w:rPr>
          <w:sz w:val="20"/>
        </w:rPr>
        <w:t>1:00:07  ab mein ek aur baat lena chahta hoon, woh yeh ke aaj kal ek cheez ka bohat charcha hai jis ko kehtay hain tension ya stress.</w:t>
      </w:r>
      <w:r>
        <w:br/>
      </w:r>
      <w:r>
        <w:rPr>
          <w:sz w:val="20"/>
        </w:rPr>
        <w:t>1:00:23  hamaray jo modern life hai, is ka ek bohat hi yani ek aisa phenomena hai jis se ke sari dunya dochar hai.</w:t>
      </w:r>
      <w:r>
        <w:br/>
      </w:r>
      <w:r>
        <w:rPr>
          <w:sz w:val="20"/>
        </w:rPr>
        <w:t>1:00:33  India mein bhi, Europe mein bhi, America mein bhi har jagah log tension ke is se dochar hain. yeh tension jo hai woh kyun hai?</w:t>
      </w:r>
      <w:r>
        <w:br/>
      </w:r>
      <w:r>
        <w:rPr>
          <w:sz w:val="20"/>
        </w:rPr>
        <w:t>1:00:46  wai dis tension?</w:t>
      </w:r>
      <w:r>
        <w:br/>
      </w:r>
      <w:r>
        <w:rPr>
          <w:sz w:val="20"/>
        </w:rPr>
        <w:t>1:00:48  dekhiye, is par maine kafi socha to abhi hal hi mein meri mujhe ek cheez discover hui ke tension darasal naam hai identity crisis ka.</w:t>
      </w:r>
      <w:r>
        <w:br/>
      </w:r>
      <w:r>
        <w:rPr>
          <w:sz w:val="20"/>
        </w:rPr>
        <w:t>1:01:03  aaj ka insan identity crisis mein mubtala hai. isi ko isi ka jo result hai, us ko hum tension kehte hain, yeh stress kehte hain.</w:t>
      </w:r>
      <w:r>
        <w:br/>
      </w:r>
      <w:r>
        <w:rPr>
          <w:sz w:val="20"/>
        </w:rPr>
        <w:t>1:01:15  identity crisis kya hai?</w:t>
      </w:r>
      <w:r>
        <w:br/>
      </w:r>
      <w:r>
        <w:rPr>
          <w:sz w:val="20"/>
        </w:rPr>
        <w:t>1:01:19  identity crisis ka matlab yeh hai ke har aadmi consciously ya unconsciously is question se yani iske mind mein yeh sawal hai ke who i am i?</w:t>
      </w:r>
      <w:r>
        <w:br/>
      </w:r>
      <w:r>
        <w:rPr>
          <w:sz w:val="20"/>
        </w:rPr>
        <w:t>1:01:35  who i am i? yani pehle zamane mein har aadmi Khuda ko manta tha kisi na kisi roop mein, kisi na kisi roop mein.</w:t>
      </w:r>
      <w:r>
        <w:br/>
      </w:r>
      <w:r>
        <w:rPr>
          <w:sz w:val="20"/>
        </w:rPr>
        <w:t>1:01:45  to identity crisis mein nahi pada tha woh.</w:t>
      </w:r>
      <w:r>
        <w:br/>
      </w:r>
      <w:r>
        <w:rPr>
          <w:sz w:val="20"/>
        </w:rPr>
        <w:t>1:01:49  ab jab se yeh modern zamana aaya hai aur log jo hain Khuda ke bare mein yani shakk mein pad gaye hain ya nahi mante hain, to yeh iska phenomena hai.</w:t>
      </w:r>
      <w:r>
        <w:br/>
      </w:r>
      <w:r>
        <w:rPr>
          <w:sz w:val="20"/>
        </w:rPr>
        <w:t>1:02:00  yeh to who i am i? what is what is my place in this world? what is my place in this universe?</w:t>
      </w:r>
      <w:r>
        <w:br/>
      </w:r>
      <w:r>
        <w:rPr>
          <w:sz w:val="20"/>
        </w:rPr>
        <w:t>1:02:10  isi ko main kehta hoon identity crisis ke main kaun hoon? duniya mein meri mera maqam kya hai?</w:t>
      </w:r>
      <w:r>
        <w:br/>
      </w:r>
      <w:r>
        <w:rPr>
          <w:sz w:val="20"/>
        </w:rPr>
        <w:t>1:02:20  who i am i? what is my place in this universe? is sawal ka jawab na paane ki wajah se tension hai. isi ko main keh raha hoon ke aaj ka insan identity crisis mein mubtala hai aur isi ki wajah se woh tension ko bhugat raha hai.</w:t>
      </w:r>
      <w:r>
        <w:br/>
      </w:r>
      <w:r>
        <w:rPr>
          <w:sz w:val="20"/>
        </w:rPr>
        <w:t>1:02:37  main ek dilchasp qissa aap ko arz karoon ke ancient Greece mein ek shakhs tha, uska naam tha Diogenes Laertius.</w:t>
      </w:r>
      <w:r>
        <w:br/>
      </w:r>
      <w:r>
        <w:rPr>
          <w:sz w:val="20"/>
        </w:rPr>
        <w:t>1:02:50  to woh isi yani isi sawal se dochar hua ke main kaun hoon? main kaun hoon?</w:t>
      </w:r>
      <w:r>
        <w:br/>
      </w:r>
      <w:r>
        <w:rPr>
          <w:sz w:val="20"/>
        </w:rPr>
        <w:t>1:02:59  who i am i? to woh is sawal ka jawab nahi pa saka. to kya hua? ek din woh ek peed par chadh gaya, peed ke upar chadh gaya, woh wahan baitha hua hai.</w:t>
      </w:r>
      <w:r>
        <w:br/>
      </w:r>
      <w:r>
        <w:rPr>
          <w:sz w:val="20"/>
        </w:rPr>
        <w:t>1:03:13  to kai din ho gaye usko wahan baithe hue.</w:t>
      </w:r>
      <w:r>
        <w:br/>
      </w:r>
      <w:r>
        <w:rPr>
          <w:sz w:val="20"/>
        </w:rPr>
        <w:t>1:03:17  ek din koi aadmi us se guzra, poocha: "tum kaun ho jo wahan baithe hue ho upar peed ke upar? tum kaun ho?" to usne kaha ke "yahi to nahi maloom ke main kaun hoon.</w:t>
      </w:r>
      <w:r>
        <w:br/>
      </w:r>
      <w:r>
        <w:rPr>
          <w:sz w:val="20"/>
        </w:rPr>
        <w:t>1:03:28  agar main jaanta to main zameen mein aap ki tarah hota."</w:t>
      </w:r>
      <w:r>
        <w:br/>
      </w:r>
      <w:r>
        <w:rPr>
          <w:sz w:val="20"/>
        </w:rPr>
        <w:t>1:03:34  to yeh jo hai nature mein dekhiye, nature mein jo insan ke jo jo woh hoti hai, jo arz hoti hai, jo talab hoti hai,</w:t>
      </w:r>
      <w:r>
        <w:br/>
      </w:r>
      <w:r>
        <w:rPr>
          <w:sz w:val="20"/>
        </w:rPr>
        <w:t>1:03:48  us ka jawab paana chahta hai. woh ke insan apne ko pehchanna chahta hai ke main kaun hoon, meri pehchan kya hai, meri identity kya hai.</w:t>
      </w:r>
      <w:r>
        <w:br/>
      </w:r>
      <w:r>
        <w:rPr>
          <w:sz w:val="20"/>
        </w:rPr>
        <w:t>1:04:01  to chunaanche aadmi is ka jawab nahi pata, is wajah se us ko phir tension ho jata hai. isi liye Quran mein hai ke "Allah bi dhikr Allah tatma'inn al-qulub".</w:t>
      </w:r>
      <w:r>
        <w:br/>
      </w:r>
      <w:r>
        <w:rPr>
          <w:sz w:val="20"/>
        </w:rPr>
        <w:t>1:04:15  yaad rakho ke Khuda ko Khuda ke remembrance se ya Khuda ko manne hi se dilon ko satisfaction milta hai.</w:t>
      </w:r>
      <w:r>
        <w:br/>
      </w:r>
      <w:r>
        <w:rPr>
          <w:sz w:val="20"/>
        </w:rPr>
        <w:t>1:04:26  matlab tumhari identity ki jo search hai, identity crisis ka jo problem tum ko hai, us ka khatma jab hoga?</w:t>
      </w:r>
      <w:r>
        <w:br/>
      </w:r>
      <w:r>
        <w:rPr>
          <w:sz w:val="20"/>
        </w:rPr>
        <w:t>1:04:34  jab tum Khuda ko mano. koi doosri cheez nahi us ka woh ban sakti. kal mein ek sun raha tha, ek ek ek ek jo jo counseling karte hain na, jo counselor kaha jata hai, unka interview aa raha tha.</w:t>
      </w:r>
      <w:r>
        <w:br/>
      </w:r>
      <w:r>
        <w:rPr>
          <w:sz w:val="20"/>
        </w:rPr>
        <w:t>1:04:50  to tension ka woh bata rahe the ke tension ko kaise khatam karo. to woh keh rahe the, woh woh keh rahe the ke "past mein na socho aur na future mein socho, bas present mein socho aur tension khatam ho jayega." bilkul abstract baat hai yeh.</w:t>
      </w:r>
      <w:r>
        <w:br/>
      </w:r>
      <w:r>
        <w:rPr>
          <w:sz w:val="20"/>
        </w:rPr>
        <w:t>1:05:06  yani yeh simple formula yeh bata rahe the tension free life ka ke "past mein bhi na socho, future mein bhi na socho, sirf present mein socho." bhai, present mein socho, present mein to problem mujhe hai.</w:t>
      </w:r>
      <w:r>
        <w:br/>
      </w:r>
      <w:r>
        <w:rPr>
          <w:sz w:val="20"/>
        </w:rPr>
        <w:t>1:05:20  yani problem ya aisa nahi hai ke jo hua aaj nahi hai, woh ya aage hoga aur aaj aaj nahi hai. woh aaj mein ek problem se, woh jis ko kehte hain hindi mein, jujh raha hoon.</w:t>
      </w:r>
      <w:r>
        <w:br/>
      </w:r>
      <w:r>
        <w:rPr>
          <w:sz w:val="20"/>
        </w:rPr>
        <w:t>1:05:32  is ko le kar mere mind mein tension hai. ab woh kehte hain ke "sahib, past mein na jiyo aur future mein na jiyo, present mein jiyo to bas tension nahi rahega." bilkul abstract baat hai yeh.</w:t>
      </w:r>
      <w:r>
        <w:br/>
      </w:r>
      <w:r>
        <w:rPr>
          <w:sz w:val="20"/>
        </w:rPr>
        <w:t>1:05:44  is ka sahi jawab sirf ek hai aur woh hai Khuda mein believe karna.</w:t>
      </w:r>
      <w:r>
        <w:br/>
      </w:r>
      <w:r>
        <w:rPr>
          <w:sz w:val="20"/>
        </w:rPr>
        <w:t>1:05:51  Khuda mein believe karna. dekhen, Khuda mein believe karne ka matlab kya hai? is ka matlab yeh hai ke source of conviction ko pa lena.</w:t>
      </w:r>
    </w:p>
    <w:p>
      <w:pPr>
        <w:pStyle w:val="Heading2"/>
      </w:pPr>
      <w:r>
        <w:t>Shukr as ticket to paradise and inner storm</w:t>
      </w:r>
    </w:p>
    <w:p>
      <w:r>
        <w:rPr>
          <w:color w:val="666666"/>
          <w:sz w:val="18"/>
        </w:rPr>
        <w:t>The Concept of Shukr in Islam | October 30, 2007 · 6m 05s · at 36:30 · https://youtu.be/2Oe5los5oVM?t=2190</w:t>
      </w:r>
    </w:p>
    <w:p>
      <w:r>
        <w:rPr>
          <w:i/>
        </w:rPr>
        <w:t>“Shukr is the ticket to paradise”</w:t>
      </w:r>
    </w:p>
    <w:p>
      <w:r>
        <w:rPr>
          <w:sz w:val="20"/>
        </w:rPr>
        <w:t>36:30  to mein yahan se samajh paya hoon, shukr hi paradise ka ticket hai. paradise ka ticket jo hai wo sirf shukr hai, shukr. aur koi cheez nahin. aap kisi qabar wale ke haan chale jayen. aap kisi buzurg se apne, kisi buzurg ka daman tham len. aap naat khwani karen. yeh sab paradise ka ticket nahin hai.</w:t>
      </w:r>
      <w:r>
        <w:br/>
      </w:r>
      <w:r>
        <w:rPr>
          <w:sz w:val="20"/>
        </w:rPr>
        <w:t>37:00  aap kuch rituals subah se sham dohra rahe hon, yeh, yeh, yeh jannat ka ticket nahin hai. jannat ka ticket hai shukr. yani dil se Allah taala ko acknowledge karna. Khuda ki glory ko, Khuda ke, yani khud yeh ke Khuda giver hai, Khuda creator hai, Khuda sustainer hai. in sab baton ko jan kar ke aap ke andar sp</w:t>
      </w:r>
      <w:r>
        <w:br/>
      </w:r>
      <w:r>
        <w:rPr>
          <w:sz w:val="20"/>
        </w:rPr>
        <w:t>37:30  rat jaagay.</w:t>
      </w:r>
      <w:r>
        <w:br/>
      </w:r>
      <w:r>
        <w:rPr>
          <w:sz w:val="20"/>
        </w:rPr>
        <w:t>37:35  aap ke andar aik, aik thrilling ki kefiyat paida ho.</w:t>
      </w:r>
      <w:r>
        <w:br/>
      </w:r>
      <w:r>
        <w:rPr>
          <w:sz w:val="20"/>
        </w:rPr>
        <w:t>37:39  aap ke andar brainstorming ho.</w:t>
      </w:r>
      <w:r>
        <w:br/>
      </w:r>
      <w:r>
        <w:rPr>
          <w:sz w:val="20"/>
        </w:rPr>
        <w:t>37:43  phir aap kahein ke khudaaya tera shukr hai.</w:t>
      </w:r>
      <w:r>
        <w:br/>
      </w:r>
      <w:r>
        <w:rPr>
          <w:sz w:val="20"/>
        </w:rPr>
        <w:t>37:48  alhamdulillah rabbul alameen.</w:t>
      </w:r>
      <w:r>
        <w:br/>
      </w:r>
      <w:r>
        <w:rPr>
          <w:sz w:val="20"/>
        </w:rPr>
        <w:t>37:52  woh hai shukr.</w:t>
      </w:r>
      <w:r>
        <w:br/>
      </w:r>
      <w:r>
        <w:rPr>
          <w:sz w:val="20"/>
        </w:rPr>
        <w:t>37:57  shukr mein dekhiye, is ko samajh lijiye ke shukr ka, yaani sacha shukr kaise paida hota hai?</w:t>
      </w:r>
      <w:r>
        <w:br/>
      </w:r>
      <w:r>
        <w:rPr>
          <w:sz w:val="20"/>
        </w:rPr>
        <w:t>38:01  sacha shukr jo hai kaise paida hota hai? sacha shukr jo hai is ke peechay hota hai discovery.</w:t>
      </w:r>
      <w:r>
        <w:br/>
      </w:r>
      <w:r>
        <w:rPr>
          <w:sz w:val="20"/>
        </w:rPr>
        <w:t>38:06  is ke peechay hota hai study.</w:t>
      </w:r>
      <w:r>
        <w:br/>
      </w:r>
      <w:r>
        <w:rPr>
          <w:sz w:val="20"/>
        </w:rPr>
        <w:t>38:11  is ke peechay hota hai cheezon se lesson lena.</w:t>
      </w:r>
      <w:r>
        <w:br/>
      </w:r>
      <w:r>
        <w:rPr>
          <w:sz w:val="20"/>
        </w:rPr>
        <w:t>38:16  is ke peechay hota hai cheezon ko deep mein ja kar dekhna.</w:t>
      </w:r>
      <w:r>
        <w:br/>
      </w:r>
      <w:r>
        <w:rPr>
          <w:sz w:val="20"/>
        </w:rPr>
        <w:t>38:21  is ke peechay hota hai objective thinking.</w:t>
      </w:r>
      <w:r>
        <w:br/>
      </w:r>
      <w:r>
        <w:rPr>
          <w:sz w:val="20"/>
        </w:rPr>
        <w:t>38:26  yeh saari cheezein jab aap ke andar hoti hain tab aap ko</w:t>
      </w:r>
      <w:r>
        <w:br/>
      </w:r>
      <w:r>
        <w:rPr>
          <w:sz w:val="20"/>
        </w:rPr>
        <w:t>38:31  aap ke andar woh spirit jaagti hai.</w:t>
      </w:r>
      <w:r>
        <w:br/>
      </w:r>
      <w:r>
        <w:rPr>
          <w:sz w:val="20"/>
        </w:rPr>
        <w:t>38:36  jis spirit ko le kar aap keh parre hain ke alhamdulillah rabbul alameen.</w:t>
      </w:r>
      <w:r>
        <w:br/>
      </w:r>
      <w:r>
        <w:rPr>
          <w:sz w:val="20"/>
        </w:rPr>
        <w:t>38:41  aisa nahi ke kisi kitaab mein parha aap ne, is ko rat liya.</w:t>
      </w:r>
      <w:r>
        <w:br/>
      </w:r>
      <w:r>
        <w:rPr>
          <w:sz w:val="20"/>
        </w:rPr>
        <w:t>38:46  rat kar ke keh diya moqa moqa se, alhamdulillah rabbul alameen.</w:t>
      </w:r>
      <w:r>
        <w:br/>
      </w:r>
      <w:r>
        <w:rPr>
          <w:sz w:val="20"/>
        </w:rPr>
        <w:t>38:51  alhamdulillah rabbul alameen kisi ratay huay alfaz ko dohrane ka naam nahi hai.</w:t>
      </w:r>
      <w:r>
        <w:br/>
      </w:r>
      <w:r>
        <w:rPr>
          <w:sz w:val="20"/>
        </w:rPr>
        <w:t>38:56  alhamdulillah rabbul ala</w:t>
      </w:r>
      <w:r>
        <w:br/>
      </w:r>
      <w:r>
        <w:rPr>
          <w:sz w:val="20"/>
        </w:rPr>
        <w:t>39:01  in kisi rate hue shabdon ko dohrane ka naam nahin hai. Alhamdulillah rabbil alameen to ek, ek andar ek toofan aata hai. is toofan ka ek manifestation hai. jaise farz ki jiye ke ek, ek maa hai. uska beta gum ho gaya tha. bahut talash ke baad</w:t>
      </w:r>
      <w:r>
        <w:br/>
      </w:r>
      <w:r>
        <w:rPr>
          <w:sz w:val="20"/>
        </w:rPr>
        <w:t>39:31  usay mila.</w:t>
      </w:r>
      <w:r>
        <w:br/>
      </w:r>
      <w:r>
        <w:rPr>
          <w:sz w:val="20"/>
        </w:rPr>
        <w:t>39:36  ab is ke samnay jab beta aata hai to haaye mera beta keh kar is ko utha leti hai.</w:t>
      </w:r>
      <w:r>
        <w:br/>
      </w:r>
      <w:r>
        <w:rPr>
          <w:sz w:val="20"/>
        </w:rPr>
        <w:t>39:40  to kya aap samajhte hain jab us ne kaha ke haaye mera beta to yeh koi alfaz hain</w:t>
      </w:r>
      <w:r>
        <w:br/>
      </w:r>
      <w:r>
        <w:rPr>
          <w:sz w:val="20"/>
        </w:rPr>
        <w:t>39:44  khaali? yeh alfaz hain.</w:t>
      </w:r>
      <w:r>
        <w:br/>
      </w:r>
      <w:r>
        <w:rPr>
          <w:sz w:val="20"/>
        </w:rPr>
        <w:t>39:49  yeh to andar ke toofan ka aik, aik andar, andar aik toofan tha jo ubal parra.</w:t>
      </w:r>
      <w:r>
        <w:br/>
      </w:r>
      <w:r>
        <w:rPr>
          <w:sz w:val="20"/>
        </w:rPr>
        <w:t>39:53  mein ne dekha yeh, yeh manzar dekha hai mein ne.</w:t>
      </w:r>
      <w:r>
        <w:br/>
      </w:r>
      <w:r>
        <w:rPr>
          <w:sz w:val="20"/>
        </w:rPr>
        <w:t>39:57  aik baar to aik aadmi, aik maa thi is ka</w:t>
      </w:r>
      <w:r>
        <w:br/>
      </w:r>
      <w:r>
        <w:rPr>
          <w:sz w:val="20"/>
        </w:rPr>
        <w:t>40:01  beta gum ho gaya.</w:t>
      </w:r>
      <w:r>
        <w:br/>
      </w:r>
      <w:r>
        <w:rPr>
          <w:sz w:val="20"/>
        </w:rPr>
        <w:t>40:05  to police ko report ki gayi.</w:t>
      </w:r>
      <w:r>
        <w:br/>
      </w:r>
      <w:r>
        <w:rPr>
          <w:sz w:val="20"/>
        </w:rPr>
        <w:t>40:08  police ne pata nahin kaise kaise pata karte karte karte pata kiya ke is ka beta falan jagah</w:t>
      </w:r>
      <w:r>
        <w:br/>
      </w:r>
      <w:r>
        <w:rPr>
          <w:sz w:val="20"/>
        </w:rPr>
        <w:t>40:12  farm house mein chhupa kar rakha hua hai.</w:t>
      </w:r>
      <w:r>
        <w:br/>
      </w:r>
      <w:r>
        <w:rPr>
          <w:sz w:val="20"/>
        </w:rPr>
        <w:t>40:15  ransom ke liye.</w:t>
      </w:r>
      <w:r>
        <w:br/>
      </w:r>
      <w:r>
        <w:rPr>
          <w:sz w:val="20"/>
        </w:rPr>
        <w:t>40:18  woh ameer ghar ki aurat thi woh.</w:t>
      </w:r>
      <w:r>
        <w:br/>
      </w:r>
      <w:r>
        <w:rPr>
          <w:sz w:val="20"/>
        </w:rPr>
        <w:t>40:22  is se ransom lena tha in ko.</w:t>
      </w:r>
      <w:r>
        <w:br/>
      </w:r>
      <w:r>
        <w:rPr>
          <w:sz w:val="20"/>
        </w:rPr>
        <w:t>40:25  to utha le gaye aur aik farm house mein chhupa rakha tha ke itne paise jab dein ge</w:t>
      </w:r>
      <w:r>
        <w:br/>
      </w:r>
      <w:r>
        <w:rPr>
          <w:sz w:val="20"/>
        </w:rPr>
        <w:t>40:28  tab wapas karein ge. lekin</w:t>
      </w:r>
      <w:r>
        <w:br/>
      </w:r>
      <w:r>
        <w:rPr>
          <w:sz w:val="20"/>
        </w:rPr>
        <w:t>40:32  police ne pata nahin kaise kaise pata kar liya aur wahan se ja kar nikaal layi.</w:t>
      </w:r>
      <w:r>
        <w:br/>
      </w:r>
      <w:r>
        <w:rPr>
          <w:sz w:val="20"/>
        </w:rPr>
        <w:t>40:38  to mein ne dekha ke jab woh larka, abhi chhota bachcha tha woh, jab police afsar is ko</w:t>
      </w:r>
      <w:r>
        <w:br/>
      </w:r>
      <w:r>
        <w:rPr>
          <w:sz w:val="20"/>
        </w:rPr>
        <w:t>40:44  le aaya is ki maa ke, maa ke saamne jab woh bachcha pohncha to maa bilkul, yaani haaye</w:t>
      </w:r>
      <w:r>
        <w:br/>
      </w:r>
      <w:r>
        <w:rPr>
          <w:sz w:val="20"/>
        </w:rPr>
        <w:t>40:50  mera beta kehte hue is aik dam lapat gayi is ke saath.</w:t>
      </w:r>
      <w:r>
        <w:br/>
      </w:r>
      <w:r>
        <w:rPr>
          <w:sz w:val="20"/>
        </w:rPr>
        <w:t>40:57  to kiya aap samajhte hain ke jab is ne kaha tha haaye mera beta to yeh koi shabd the yeh?</w:t>
      </w:r>
      <w:r>
        <w:br/>
      </w:r>
      <w:r>
        <w:rPr>
          <w:sz w:val="20"/>
        </w:rPr>
        <w:t>41:03  yeh shabd nahin the yeh.</w:t>
      </w:r>
      <w:r>
        <w:br/>
      </w:r>
      <w:r>
        <w:rPr>
          <w:sz w:val="20"/>
        </w:rPr>
        <w:t>41:07  andar ke toofan ki aik, aik awaaz thi.</w:t>
      </w:r>
      <w:r>
        <w:br/>
      </w:r>
      <w:r>
        <w:rPr>
          <w:sz w:val="20"/>
        </w:rPr>
        <w:t>41:12  andar aik toofan abla tha is ke andar.</w:t>
      </w:r>
      <w:r>
        <w:br/>
      </w:r>
      <w:r>
        <w:rPr>
          <w:sz w:val="20"/>
        </w:rPr>
        <w:t>41:16  phat, is ka dil phat pada tha.</w:t>
      </w:r>
      <w:r>
        <w:br/>
      </w:r>
      <w:r>
        <w:rPr>
          <w:sz w:val="20"/>
        </w:rPr>
        <w:t>41:20  to isi ki aik awaaz thi yeh, haaye mera beta.</w:t>
      </w:r>
      <w:r>
        <w:br/>
      </w:r>
      <w:r>
        <w:rPr>
          <w:sz w:val="20"/>
        </w:rPr>
        <w:t>41:24  is se billion time bara experience hota hai aadmi ko jab Khuda ko paata hai woh.</w:t>
      </w:r>
      <w:r>
        <w:br/>
      </w:r>
      <w:r>
        <w:rPr>
          <w:sz w:val="20"/>
        </w:rPr>
        <w:t>41:29  woh Khuda jis ne universe ko paida kiya.</w:t>
      </w:r>
      <w:r>
        <w:br/>
      </w:r>
      <w:r>
        <w:rPr>
          <w:sz w:val="20"/>
        </w:rPr>
        <w:t>41:33  woh Khuda jo is ka sustainer hai.</w:t>
      </w:r>
      <w:r>
        <w:br/>
      </w:r>
      <w:r>
        <w:rPr>
          <w:sz w:val="20"/>
        </w:rPr>
        <w:t>41:38  woh Khuda jo jis ko hum kehte hain God Almighty.</w:t>
      </w:r>
      <w:r>
        <w:br/>
      </w:r>
      <w:r>
        <w:rPr>
          <w:sz w:val="20"/>
        </w:rPr>
        <w:t>41:42  saari greatness usi ki hai.</w:t>
      </w:r>
      <w:r>
        <w:br/>
      </w:r>
      <w:r>
        <w:rPr>
          <w:sz w:val="20"/>
        </w:rPr>
        <w:t>41:47  woh khuda, woh khuda, woh khuda.</w:t>
      </w:r>
      <w:r>
        <w:br/>
      </w:r>
      <w:r>
        <w:rPr>
          <w:sz w:val="20"/>
        </w:rPr>
        <w:t>41:51  jab aap dunya mein ghore o fikr karte hain.</w:t>
      </w:r>
      <w:r>
        <w:br/>
      </w:r>
      <w:r>
        <w:rPr>
          <w:sz w:val="20"/>
        </w:rPr>
        <w:t>41:56  nature mein, kainat mein, zameen mein, aasman mein aap sochte hain.</w:t>
      </w:r>
      <w:r>
        <w:br/>
      </w:r>
      <w:r>
        <w:rPr>
          <w:sz w:val="20"/>
        </w:rPr>
        <w:t>42:01  kitabein padhte hain.</w:t>
      </w:r>
      <w:r>
        <w:br/>
      </w:r>
      <w:r>
        <w:rPr>
          <w:sz w:val="20"/>
        </w:rPr>
        <w:t>42:05  ek lambe process ke baad aap discover karte hain khuda ko.</w:t>
      </w:r>
      <w:r>
        <w:br/>
      </w:r>
      <w:r>
        <w:rPr>
          <w:sz w:val="20"/>
        </w:rPr>
        <w:t>42:13  jab aap discover karte hain toh yeh aap mamooli baat samajhte hain is ko? yeh toh ek super</w:t>
      </w:r>
      <w:r>
        <w:br/>
      </w:r>
      <w:r>
        <w:rPr>
          <w:sz w:val="20"/>
        </w:rPr>
        <w:t>42:20  toofan hota hai, ek super staram hota hai jo aap ke andar paida hota hai. super staram.</w:t>
      </w:r>
      <w:r>
        <w:br/>
      </w:r>
      <w:r>
        <w:rPr>
          <w:sz w:val="20"/>
        </w:rPr>
        <w:t>42:28  is super staram ka ek manifestation hai ke aap keh sakte hain ke oh god</w:t>
      </w:r>
    </w:p>
    <w:p>
      <w:pPr>
        <w:pStyle w:val="Heading2"/>
      </w:pPr>
      <w:r>
        <w:t>Justified evils: hate, suicide bombing, and Quranic solution</w:t>
      </w:r>
    </w:p>
    <w:p>
      <w:r>
        <w:rPr>
          <w:color w:val="666666"/>
          <w:sz w:val="18"/>
        </w:rPr>
        <w:t>The Concept of Muhasibah in Islam | August 14, 2007 · 5m 47s · at 11:53 · https://youtu.be/Z4mx_t4useI?t=713</w:t>
      </w:r>
    </w:p>
    <w:p>
      <w:r>
        <w:rPr>
          <w:i/>
        </w:rPr>
        <w:t>“Today I received a book. This book is about a kafir.”</w:t>
      </w:r>
    </w:p>
    <w:p>
      <w:r>
        <w:rPr>
          <w:sz w:val="20"/>
        </w:rPr>
        <w:t>11:53  tries to prove that all those people who are not Muslim they are kafir.</w:t>
      </w:r>
      <w:r>
        <w:br/>
      </w:r>
      <w:r>
        <w:rPr>
          <w:sz w:val="20"/>
        </w:rPr>
        <w:t>12:01  So when by saying this, by this nomenclature he justifies the hate between Muslims and non-Muslims.</w:t>
      </w:r>
      <w:r>
        <w:br/>
      </w:r>
      <w:r>
        <w:rPr>
          <w:sz w:val="20"/>
        </w:rPr>
        <w:t>12:08  You know Muslims hate non-Muslims.</w:t>
      </w:r>
      <w:r>
        <w:br/>
      </w:r>
      <w:r>
        <w:rPr>
          <w:sz w:val="20"/>
        </w:rPr>
        <w:t>12:16  So he says that they are k</w:t>
      </w:r>
      <w:r>
        <w:br/>
      </w:r>
      <w:r>
        <w:rPr>
          <w:sz w:val="20"/>
        </w:rPr>
        <w:t>12:23  afir so we are justified to hate against them.</w:t>
      </w:r>
      <w:r>
        <w:br/>
      </w:r>
      <w:r>
        <w:rPr>
          <w:sz w:val="20"/>
        </w:rPr>
        <w:t>12:27  Why you are saying that they are kafir?</w:t>
      </w:r>
      <w:r>
        <w:br/>
      </w:r>
      <w:r>
        <w:rPr>
          <w:sz w:val="20"/>
        </w:rPr>
        <w:t>12:30  They are not kafir.</w:t>
      </w:r>
      <w:r>
        <w:br/>
      </w:r>
      <w:r>
        <w:rPr>
          <w:sz w:val="20"/>
        </w:rPr>
        <w:t>12:33  They are simply insan.</w:t>
      </w:r>
      <w:r>
        <w:br/>
      </w:r>
      <w:r>
        <w:rPr>
          <w:sz w:val="20"/>
        </w:rPr>
        <w:t>12:37  They are human beings.</w:t>
      </w:r>
      <w:r>
        <w:br/>
      </w:r>
      <w:r>
        <w:rPr>
          <w:sz w:val="20"/>
        </w:rPr>
        <w:t>12:40  No one is kafir.</w:t>
      </w:r>
      <w:r>
        <w:br/>
      </w:r>
      <w:r>
        <w:rPr>
          <w:sz w:val="20"/>
        </w:rPr>
        <w:t>12:43  Everyone is insan.</w:t>
      </w:r>
      <w:r>
        <w:br/>
      </w:r>
      <w:r>
        <w:rPr>
          <w:sz w:val="20"/>
        </w:rPr>
        <w:t>12:47  Everyone is human beings.</w:t>
      </w:r>
      <w:r>
        <w:br/>
      </w:r>
      <w:r>
        <w:rPr>
          <w:sz w:val="20"/>
        </w:rPr>
        <w:t>12:50  So you declared them that they are kafir and then you have justified your hate, your enmity.</w:t>
      </w:r>
      <w:r>
        <w:br/>
      </w:r>
      <w:r>
        <w:rPr>
          <w:sz w:val="20"/>
        </w:rPr>
        <w:t>12:53  This is justified evil.</w:t>
      </w:r>
      <w:r>
        <w:br/>
      </w:r>
      <w:r>
        <w:rPr>
          <w:sz w:val="20"/>
        </w:rPr>
        <w:t>12:59  Hate is unlawful in Islam.</w:t>
      </w:r>
      <w:r>
        <w:br/>
      </w:r>
      <w:r>
        <w:rPr>
          <w:sz w:val="20"/>
        </w:rPr>
        <w:t>13:05  Hate is unlawful in Islam.</w:t>
      </w:r>
      <w:r>
        <w:br/>
      </w:r>
      <w:r>
        <w:rPr>
          <w:sz w:val="20"/>
        </w:rPr>
        <w:t>13:11  But you have declared them that they are kafir then you have justified your hate.</w:t>
      </w:r>
      <w:r>
        <w:br/>
      </w:r>
      <w:r>
        <w:rPr>
          <w:sz w:val="20"/>
        </w:rPr>
        <w:t>13:17  As they are kafir then we are just—our hate is justified against them. So this</w:t>
      </w:r>
      <w:r>
        <w:br/>
      </w:r>
      <w:r>
        <w:rPr>
          <w:sz w:val="20"/>
        </w:rPr>
        <w:t>13:23  is an example, this is an example of justified evil.</w:t>
      </w:r>
      <w:r>
        <w:br/>
      </w:r>
      <w:r>
        <w:rPr>
          <w:sz w:val="20"/>
        </w:rPr>
        <w:t>13:28  According to my knowledge hate is unlawful.</w:t>
      </w:r>
      <w:r>
        <w:br/>
      </w:r>
      <w:r>
        <w:rPr>
          <w:sz w:val="20"/>
        </w:rPr>
        <w:t>13:32  Hate is unlawful in Islam.</w:t>
      </w:r>
      <w:r>
        <w:br/>
      </w:r>
      <w:r>
        <w:rPr>
          <w:sz w:val="20"/>
        </w:rPr>
        <w:t>13:37  Hate is haram in Islam.</w:t>
      </w:r>
      <w:r>
        <w:br/>
      </w:r>
      <w:r>
        <w:rPr>
          <w:sz w:val="20"/>
        </w:rPr>
        <w:t>13:41  So it is also haram to say that all these people are kafir. No.</w:t>
      </w:r>
      <w:r>
        <w:br/>
      </w:r>
      <w:r>
        <w:rPr>
          <w:sz w:val="20"/>
        </w:rPr>
        <w:t>13:45  They are insan.</w:t>
      </w:r>
      <w:r>
        <w:br/>
      </w:r>
      <w:r>
        <w:rPr>
          <w:sz w:val="20"/>
        </w:rPr>
        <w:t>13:50  Once the Prophet of Islam</w:t>
      </w:r>
      <w:r>
        <w:br/>
      </w:r>
      <w:r>
        <w:rPr>
          <w:sz w:val="20"/>
        </w:rPr>
        <w:t>13:54  showed respect to a Jew people said that he is a Jew.</w:t>
      </w:r>
      <w:r>
        <w:br/>
      </w:r>
      <w:r>
        <w:rPr>
          <w:sz w:val="20"/>
        </w:rPr>
        <w:t>13:59  You are paying respect.</w:t>
      </w:r>
      <w:r>
        <w:br/>
      </w:r>
      <w:r>
        <w:rPr>
          <w:sz w:val="20"/>
        </w:rPr>
        <w:t>14:05  The Prophet stood up in respect.</w:t>
      </w:r>
      <w:r>
        <w:br/>
      </w:r>
      <w:r>
        <w:rPr>
          <w:sz w:val="20"/>
        </w:rPr>
        <w:t>14:10  So he said was he not a human being?</w:t>
      </w:r>
      <w:r>
        <w:br/>
      </w:r>
      <w:r>
        <w:rPr>
          <w:sz w:val="20"/>
        </w:rPr>
        <w:t>14:15  It means that I am a human being he is a human being.</w:t>
      </w:r>
      <w:r>
        <w:br/>
      </w:r>
      <w:r>
        <w:rPr>
          <w:sz w:val="20"/>
        </w:rPr>
        <w:t>14:20  So according to the Quran and according to the Hadith no one is a kafir.</w:t>
      </w:r>
      <w:r>
        <w:br/>
      </w:r>
      <w:r>
        <w:rPr>
          <w:sz w:val="20"/>
        </w:rPr>
        <w:t>14:26  Everyone is insan.</w:t>
      </w:r>
      <w:r>
        <w:br/>
      </w:r>
      <w:r>
        <w:rPr>
          <w:sz w:val="20"/>
        </w:rPr>
        <w:t>14:32  Everyone is a human being.</w:t>
      </w:r>
      <w:r>
        <w:br/>
      </w:r>
      <w:r>
        <w:rPr>
          <w:sz w:val="20"/>
        </w:rPr>
        <w:t>14:39  So you have noright to hate.</w:t>
      </w:r>
      <w:r>
        <w:br/>
      </w:r>
      <w:r>
        <w:rPr>
          <w:sz w:val="20"/>
        </w:rPr>
        <w:t>14:45  You have to be well-wisher against all these people.</w:t>
      </w:r>
      <w:r>
        <w:br/>
      </w:r>
      <w:r>
        <w:rPr>
          <w:sz w:val="20"/>
        </w:rPr>
        <w:t>14:51  Then you see there are many Muslims who are engaged in suicide bombing.</w:t>
      </w:r>
      <w:r>
        <w:br/>
      </w:r>
      <w:r>
        <w:rPr>
          <w:sz w:val="20"/>
        </w:rPr>
        <w:t>14:58  Everywhere in the world no one except myself condemns suicide bombing is quite haram in Islam.</w:t>
      </w:r>
      <w:r>
        <w:br/>
      </w:r>
      <w:r>
        <w:rPr>
          <w:sz w:val="20"/>
        </w:rPr>
        <w:t>15:04  There is no doubt about it.</w:t>
      </w:r>
      <w:r>
        <w:br/>
      </w:r>
      <w:r>
        <w:rPr>
          <w:sz w:val="20"/>
        </w:rPr>
        <w:t>15:10  But it is double haram.</w:t>
      </w:r>
      <w:r>
        <w:br/>
      </w:r>
      <w:r>
        <w:rPr>
          <w:sz w:val="20"/>
        </w:rPr>
        <w:t>15:16  Suicide bombing means killing yourself and killing innocent people.</w:t>
      </w:r>
      <w:r>
        <w:br/>
      </w:r>
      <w:r>
        <w:rPr>
          <w:sz w:val="20"/>
        </w:rPr>
        <w:t>15:22  What is suicide bombing?</w:t>
      </w:r>
      <w:r>
        <w:br/>
      </w:r>
      <w:r>
        <w:rPr>
          <w:sz w:val="20"/>
        </w:rPr>
        <w:t>15:28  Suicide bombing means first you kill yourself then you kill some innocent people. Both are haram. Self-killing is also haram and killing innocent people is also haram. So it is double haram. But no one condemns. Except myself no one throughout the Muslim</w:t>
      </w:r>
      <w:r>
        <w:br/>
      </w:r>
      <w:r>
        <w:rPr>
          <w:sz w:val="20"/>
        </w:rPr>
        <w:t>15:58  world condemns. Why?</w:t>
      </w:r>
      <w:r>
        <w:br/>
      </w:r>
      <w:r>
        <w:rPr>
          <w:sz w:val="20"/>
        </w:rPr>
        <w:t>16:03  It is also a justified evil.</w:t>
      </w:r>
      <w:r>
        <w:br/>
      </w:r>
      <w:r>
        <w:rPr>
          <w:sz w:val="20"/>
        </w:rPr>
        <w:t>16:08  Now suicide bombing has become a justified evil. How?</w:t>
      </w:r>
      <w:r>
        <w:br/>
      </w:r>
      <w:r>
        <w:rPr>
          <w:sz w:val="20"/>
        </w:rPr>
        <w:t>16:13  These people have declared that these nations are enemies of Islam.</w:t>
      </w:r>
      <w:r>
        <w:br/>
      </w:r>
      <w:r>
        <w:rPr>
          <w:sz w:val="20"/>
        </w:rPr>
        <w:t>16:18  America is an enemy of Islam.</w:t>
      </w:r>
      <w:r>
        <w:br/>
      </w:r>
      <w:r>
        <w:rPr>
          <w:sz w:val="20"/>
        </w:rPr>
        <w:t>16:23  Jewish people are enemies</w:t>
      </w:r>
      <w:r>
        <w:br/>
      </w:r>
      <w:r>
        <w:rPr>
          <w:sz w:val="20"/>
        </w:rPr>
        <w:t>16:28  of Islam.</w:t>
      </w:r>
      <w:r>
        <w:br/>
      </w:r>
      <w:r>
        <w:rPr>
          <w:sz w:val="20"/>
        </w:rPr>
        <w:t>16:32  This and that people are enemies of Islam.</w:t>
      </w:r>
      <w:r>
        <w:br/>
      </w:r>
      <w:r>
        <w:rPr>
          <w:sz w:val="20"/>
        </w:rPr>
        <w:t>16:37  So they have declared that these people are enemies of Islam.</w:t>
      </w:r>
      <w:r>
        <w:br/>
      </w:r>
      <w:r>
        <w:rPr>
          <w:sz w:val="20"/>
        </w:rPr>
        <w:t>16:41  Thus they have justified their suicide bombing.</w:t>
      </w:r>
      <w:r>
        <w:br/>
      </w:r>
      <w:r>
        <w:rPr>
          <w:sz w:val="20"/>
        </w:rPr>
        <w:t>16:45  As they are enemies so we will kill them.</w:t>
      </w:r>
      <w:r>
        <w:br/>
      </w:r>
      <w:r>
        <w:rPr>
          <w:sz w:val="20"/>
        </w:rPr>
        <w:t>16:50  But I would like to say that it is unjustified.</w:t>
      </w:r>
      <w:r>
        <w:br/>
      </w:r>
      <w:r>
        <w:rPr>
          <w:sz w:val="20"/>
        </w:rPr>
        <w:t>16:54  I would like to say that</w:t>
      </w:r>
      <w:r>
        <w:br/>
      </w:r>
      <w:r>
        <w:rPr>
          <w:sz w:val="20"/>
        </w:rPr>
        <w:t>16:58  this is a justified evil. Why?</w:t>
      </w:r>
      <w:r>
        <w:br/>
      </w:r>
      <w:r>
        <w:rPr>
          <w:sz w:val="20"/>
        </w:rPr>
        <w:t>17:07  Because there is no jihad against enemies.</w:t>
      </w:r>
      <w:r>
        <w:br/>
      </w:r>
      <w:r>
        <w:rPr>
          <w:sz w:val="20"/>
        </w:rPr>
        <w:t>17:15  Jihad is only against attackers.</w:t>
      </w:r>
      <w:r>
        <w:br/>
      </w:r>
      <w:r>
        <w:rPr>
          <w:sz w:val="20"/>
        </w:rPr>
        <w:t>17:24  It is very clear in Islam.</w:t>
      </w:r>
      <w:r>
        <w:br/>
      </w:r>
      <w:r>
        <w:rPr>
          <w:sz w:val="20"/>
        </w:rPr>
        <w:t>17:33  There is a verse in the Quran that</w:t>
      </w:r>
    </w:p>
    <w:p>
      <w:pPr>
        <w:pStyle w:val="Heading2"/>
      </w:pPr>
      <w:r>
        <w:t>Full argument: God's plan was never to punish humanity</w:t>
      </w:r>
    </w:p>
    <w:p>
      <w:r>
        <w:rPr>
          <w:color w:val="666666"/>
          <w:sz w:val="18"/>
        </w:rPr>
        <w:t>The Concept of Paradise and Hell July 22, 2017 Maulana Wahiduddin Khan · 5m 15s · at 0:51 · https://youtu.be/Bcf0rPHGVWg?t=51</w:t>
      </w:r>
    </w:p>
    <w:p>
      <w:r>
        <w:rPr>
          <w:i/>
        </w:rPr>
        <w:t>“Ma yaf'al Allahu bi'azabikum in shakartum wa amantum...”</w:t>
      </w:r>
    </w:p>
    <w:p>
      <w:r>
        <w:rPr>
          <w:sz w:val="20"/>
        </w:rPr>
        <w:t>0:51  Ma yaf'alullahu bi 'adhabikum in shakartum wa amantum, wa kanallahu shakir an 'aliman. Surah Nisa, ayat number 147.</w:t>
      </w:r>
      <w:r>
        <w:br/>
      </w:r>
      <w:r>
        <w:rPr>
          <w:sz w:val="20"/>
        </w:rPr>
        <w:t>1:05  Allah tum ko azab de kar kya karega agar tum shukr guzari karo aur iman lao</w:t>
      </w:r>
      <w:r>
        <w:br/>
      </w:r>
      <w:r>
        <w:rPr>
          <w:sz w:val="20"/>
        </w:rPr>
        <w:t>1:10  ? Allah bara qadr dan hai, sab kuch janne wala hai. Why should God thank you if you render thanks to Him and believe in Him?</w:t>
      </w:r>
      <w:r>
        <w:br/>
      </w:r>
      <w:r>
        <w:rPr>
          <w:sz w:val="20"/>
        </w:rPr>
        <w:t>1:21  God is appreciative and aware. main jahan tak mujhe yaad hai, yeh Quran ki ek anokhi ayat hai.</w:t>
      </w:r>
      <w:r>
        <w:br/>
      </w:r>
      <w:r>
        <w:rPr>
          <w:sz w:val="20"/>
        </w:rPr>
        <w:t>1:32  is tarah ka usloob shayad kisi aur ayat mein nahi</w:t>
      </w:r>
      <w:r>
        <w:br/>
      </w:r>
      <w:r>
        <w:rPr>
          <w:sz w:val="20"/>
        </w:rPr>
        <w:t>1:36  hai. yani yeh ke Khuda tum ko azab de kar kya karega?</w:t>
      </w:r>
      <w:r>
        <w:br/>
      </w:r>
      <w:r>
        <w:rPr>
          <w:sz w:val="20"/>
        </w:rPr>
        <w:t>1:43  yahan tak mujhe yaad hai, is usloob mein koi ayat doosri nahi hai. to aap jante hain, different usloob hamesha mazeed maani par dalalat karta hai.</w:t>
      </w:r>
      <w:r>
        <w:br/>
      </w:r>
      <w:r>
        <w:rPr>
          <w:sz w:val="20"/>
        </w:rPr>
        <w:t>1:57  agar usloob different hai to wahan par meaning bhi kuch different hogi.</w:t>
      </w:r>
      <w:r>
        <w:br/>
      </w:r>
      <w:r>
        <w:rPr>
          <w:sz w:val="20"/>
        </w:rPr>
        <w:t>2:05  to yeh jo farmaya ke Allah tum ko azab de kar kya karega, matlab Allah ki concern nahi ke azab de, yeh concern hi nahi hai.</w:t>
      </w:r>
      <w:r>
        <w:br/>
      </w:r>
      <w:r>
        <w:rPr>
          <w:sz w:val="20"/>
        </w:rPr>
        <w:t>2:22  Allah ka yeh concern hi nahi hai ke tum ko azab de. kyun? agar</w:t>
      </w:r>
      <w:r>
        <w:br/>
      </w:r>
      <w:r>
        <w:rPr>
          <w:sz w:val="20"/>
        </w:rPr>
        <w:t>2:28  Allah ki jo escape of thing hai, jo kahin plan hai, us mein kahin fit nahi hota azab. fit nahi hota.</w:t>
      </w:r>
      <w:r>
        <w:br/>
      </w:r>
      <w:r>
        <w:rPr>
          <w:sz w:val="20"/>
        </w:rPr>
        <w:t>2:40  kyun ke aap Quran ko parhiye to Quran mein bar bar yeh baat kahi gayi hai</w:t>
      </w:r>
      <w:r>
        <w:br/>
      </w:r>
      <w:r>
        <w:rPr>
          <w:sz w:val="20"/>
        </w:rPr>
        <w:t>2:48  keh Allah ne insan ko paida kiya ek behtareen makhlooq ke taur par,</w:t>
      </w:r>
      <w:r>
        <w:br/>
      </w:r>
      <w:r>
        <w:rPr>
          <w:sz w:val="20"/>
        </w:rPr>
        <w:t>2:59  asal taqweem ke taur par. Mukhtalif alfaaz hain,</w:t>
      </w:r>
      <w:r>
        <w:br/>
      </w:r>
      <w:r>
        <w:rPr>
          <w:sz w:val="20"/>
        </w:rPr>
        <w:t>3:07  yaani best creation ke taur par. Doosre lafzon mein yeh keh insan Allah ka master art hai.</w:t>
      </w:r>
      <w:r>
        <w:br/>
      </w:r>
      <w:r>
        <w:rPr>
          <w:sz w:val="20"/>
        </w:rPr>
        <w:t>3:18  Poori kainat insan ka, poori kainat jo hai, woh Allah ke art ka namoona hai. Is mein bhi insan master art hai.</w:t>
      </w:r>
      <w:r>
        <w:br/>
      </w:r>
      <w:r>
        <w:rPr>
          <w:sz w:val="20"/>
        </w:rPr>
        <w:t>3:33  Yeh Quran mein saaf saaf likha hua hai keh Allah ne insan ko paida kiya tamam doosri makhlooqat se behtar.</w:t>
      </w:r>
      <w:r>
        <w:br/>
      </w:r>
      <w:r>
        <w:rPr>
          <w:sz w:val="20"/>
        </w:rPr>
        <w:t>3:45  Toh sawal yeh hai keh jab insan ko Allah ne paida kiya doosri tamam makhlooqat se behtar toh kya Allah yeh chahega keh is ko azab diya jaye?</w:t>
      </w:r>
      <w:r>
        <w:br/>
      </w:r>
      <w:r>
        <w:rPr>
          <w:sz w:val="20"/>
        </w:rPr>
        <w:t>3:56  Kabhi nahin. Allah asal al-khaliqeen hai. Koi bhi artist aisa nahin chahega keh un ka art jo hai, kooday mein phenk diya jaye.</w:t>
      </w:r>
      <w:r>
        <w:br/>
      </w:r>
      <w:r>
        <w:rPr>
          <w:sz w:val="20"/>
        </w:rPr>
        <w:t>4:10  Toh Allah kyun chahega?</w:t>
      </w:r>
      <w:r>
        <w:br/>
      </w:r>
      <w:r>
        <w:rPr>
          <w:sz w:val="20"/>
        </w:rPr>
        <w:t>4:13  Toh Allah ka pehla choice yaqeenan yeh hai keh insan ko is ka proper place mile, yaani paradise.</w:t>
      </w:r>
      <w:r>
        <w:br/>
      </w:r>
      <w:r>
        <w:rPr>
          <w:sz w:val="20"/>
        </w:rPr>
        <w:t>4:25  Paradise insan ka proper place, proper abode hai. Is ka sahi maano mein habitat hai.</w:t>
      </w:r>
      <w:r>
        <w:br/>
      </w:r>
      <w:r>
        <w:rPr>
          <w:sz w:val="20"/>
        </w:rPr>
        <w:t>4:38  Toh Allah ka pehla choice yeh hoga keh insan ko is ka habitat mile, is ka proper abode milay.</w:t>
      </w:r>
      <w:r>
        <w:br/>
      </w:r>
      <w:r>
        <w:rPr>
          <w:sz w:val="20"/>
        </w:rPr>
        <w:t>4:52  Yeh bohat sochne ki baat hai. Toh aage jo yeh hai keh "lan shakkartum", agar tum shukr karo toh "lan shakkartum" yeh bhi saada maano mein nahin ho sakta.</w:t>
      </w:r>
      <w:r>
        <w:br/>
      </w:r>
      <w:r>
        <w:rPr>
          <w:sz w:val="20"/>
        </w:rPr>
        <w:t>5:07  Yaani insani ka insani ke upar nahin maamla hai keh woh shukr kare. Yeh khud Allah ka maamla bhi hai. Yeh insan hi ka concern nahin hai keh woh shukr kare.</w:t>
      </w:r>
      <w:r>
        <w:br/>
      </w:r>
      <w:r>
        <w:rPr>
          <w:sz w:val="20"/>
        </w:rPr>
        <w:t>5:20  Khud Allah concern hai. Shukr kare taake woh select kiya jaye paradise ke liye. Is ka matlab kya hua?</w:t>
      </w:r>
      <w:r>
        <w:br/>
      </w:r>
      <w:r>
        <w:rPr>
          <w:sz w:val="20"/>
        </w:rPr>
        <w:t>5:32  Allah aise asbaab faraham karega dunya mein</w:t>
      </w:r>
      <w:r>
        <w:br/>
      </w:r>
      <w:r>
        <w:rPr>
          <w:sz w:val="20"/>
        </w:rPr>
        <w:t>5:37  jo</w:t>
      </w:r>
      <w:r>
        <w:br/>
      </w:r>
      <w:r>
        <w:rPr>
          <w:sz w:val="20"/>
        </w:rPr>
        <w:t>5:41  shukr ke item</w:t>
      </w:r>
      <w:r>
        <w:br/>
      </w:r>
      <w:r>
        <w:rPr>
          <w:sz w:val="20"/>
        </w:rPr>
        <w:t>5:47  ka kaam karen. Yaani shukr ke asbaab dunya mein paida honge. Insan ko toh sirf avail karna hai. Jab aap shukr karte hain toh haqeeqat mein shukr ke asbaab jo khud Allah ki taraf se paida kiye gaye hain, aap us ko avail karte hain.</w:t>
      </w:r>
    </w:p>
    <w:p>
      <w:pPr>
        <w:pStyle w:val="Heading2"/>
      </w:pPr>
      <w:r>
        <w:t>Derailment from da'wah in Jewish and Muslim history</w:t>
      </w:r>
    </w:p>
    <w:p>
      <w:r>
        <w:rPr>
          <w:color w:val="666666"/>
          <w:sz w:val="18"/>
        </w:rPr>
        <w:t>Dars-e-Quran Chapter 2, Verse 38-39 January 14, 2018 · 5m 40s · at 26:09 · https://youtu.be/mj5trn7tLLg?t=1569</w:t>
      </w:r>
    </w:p>
    <w:p>
      <w:r>
        <w:rPr>
          <w:i/>
        </w:rPr>
        <w:t>“Yahood se kaha gaya tha ke tum is hidayat ko phailao, phailao, phailao”</w:t>
      </w:r>
    </w:p>
    <w:p>
      <w:r>
        <w:rPr>
          <w:sz w:val="20"/>
        </w:rPr>
        <w:t>26:09  musalmanon ne nahi kiya. wajah kya hoti hai? yeh hai derailment. derailment yani yehud ke haan jab jab saltanat aayi, paisa aaya, un ki community ban gayi,</w:t>
      </w:r>
      <w:r>
        <w:br/>
      </w:r>
      <w:r>
        <w:rPr>
          <w:sz w:val="20"/>
        </w:rPr>
        <w:t>26:26  ek ilaaqa un ke paas mil gaya, falasteen aur sham ka, to un ka derailment hua. yani dawat se doori nishane ki taraf pehle tha dawat ka nishana, lekin jab barha un ka power, paisa to derailment ho gaya.</w:t>
      </w:r>
      <w:r>
        <w:br/>
      </w:r>
      <w:r>
        <w:rPr>
          <w:sz w:val="20"/>
        </w:rPr>
        <w:t>26:52  isi ko kaha hai ke "fanozu waraazu". to musalmanon mein dekhiye kya hua ke musalmanon mein Allah taala ne</w:t>
      </w:r>
      <w:r>
        <w:br/>
      </w:r>
      <w:r>
        <w:rPr>
          <w:sz w:val="20"/>
        </w:rPr>
        <w:t>27:05  ek barhe raqbe par un ki saltanat qaim ho gayi. pehle hazrat umar ke zamane mein hui, phir bano umaya ke zamane mein hui, phir abbasi daur mein hui, phir barhti rahi, barhti rahi.</w:t>
      </w:r>
      <w:r>
        <w:br/>
      </w:r>
      <w:r>
        <w:rPr>
          <w:sz w:val="20"/>
        </w:rPr>
        <w:t>27:19  usmani saltanat ke zamane mein, mughal saltanat ke zamane mein, ispani saltanat ke zamane mein, un ko asia, africa ke barhe ilaaqe mein yani siyasi iqtadar bhi aa gaya, paisa bhi aa gaya, aur dabdaba bhi aa gaya, sab kuch aa gaya.</w:t>
      </w:r>
      <w:r>
        <w:br/>
      </w:r>
      <w:r>
        <w:rPr>
          <w:sz w:val="20"/>
        </w:rPr>
        <w:t>27:39  is ke baad aik derailment hua, jaisa ke yahood mein hua tha. kyunke dawat ka kaam dekhiye hota hai khaalis aakhirat ke liye, khaalis Allah ke liye.</w:t>
      </w:r>
      <w:r>
        <w:br/>
      </w:r>
      <w:r>
        <w:rPr>
          <w:sz w:val="20"/>
        </w:rPr>
        <w:t>27:51  isi liye is ko kaha tha, is ko kaha jata hai "dawat il Allah". dawat ka kaam jo hai, is ka naam hai "dawat il Allah".</w:t>
      </w:r>
      <w:r>
        <w:br/>
      </w:r>
      <w:r>
        <w:rPr>
          <w:sz w:val="20"/>
        </w:rPr>
        <w:t>28:00  Allah ki taraf pukaar, Allah ki taraf dawat. yeh Allah oriented kaam hai, yeh insaan oriented nahi hai, dunya oriented nahi hai.</w:t>
      </w:r>
      <w:r>
        <w:br/>
      </w:r>
      <w:r>
        <w:rPr>
          <w:sz w:val="20"/>
        </w:rPr>
        <w:t>28:12  to dawat ka kaam is waqt chalta hai jab aap ummat poori tarah Allah par khari hui ho, dunya maqasid na hon.</w:t>
      </w:r>
      <w:r>
        <w:br/>
      </w:r>
      <w:r>
        <w:rPr>
          <w:sz w:val="20"/>
        </w:rPr>
        <w:t>28:24  jab tak Rasool Allah aur ashaab ke zamane mein sirf aakhirat thi, sirf aakhirat thi, to Musalman khare rahe dawat ke upar.</w:t>
      </w:r>
      <w:r>
        <w:br/>
      </w:r>
      <w:r>
        <w:rPr>
          <w:sz w:val="20"/>
        </w:rPr>
        <w:t>28:34  lekin jab hukoomat aa gayi to derailment hua. ab political power, paisa, izzat, glory, yeh sab nishana ban gaya in ka.</w:t>
      </w:r>
      <w:r>
        <w:br/>
      </w:r>
      <w:r>
        <w:rPr>
          <w:sz w:val="20"/>
        </w:rPr>
        <w:t>28:46  to yeh derailment hua tha yahood mein, same derailment hua Musalmanon mein. to jahan tak mein ne jaana hai, jahan tak parha hai mein ne,</w:t>
      </w:r>
      <w:r>
        <w:br/>
      </w:r>
      <w:r>
        <w:rPr>
          <w:sz w:val="20"/>
        </w:rPr>
        <w:t>29:00  Musalmanon mein chand wajah thi derailment ki. number one to political power, yaani Bani Umayyah ke zamane mein political power un ko bohat bara mil gaya,</w:t>
      </w:r>
      <w:r>
        <w:br/>
      </w:r>
      <w:r>
        <w:rPr>
          <w:sz w:val="20"/>
        </w:rPr>
        <w:t>29:16  jis ka aaghaz hua tha Hazrat Umar ke zamane se. yeh jo political power, political powers ke sath jante hain aap ke bohat se dunya mein faida shamil hote hain: uhda, paisa, izzat, izzat, glory,</w:t>
      </w:r>
      <w:r>
        <w:br/>
      </w:r>
      <w:r>
        <w:rPr>
          <w:sz w:val="20"/>
        </w:rPr>
        <w:t>29:32  taqat. jahan aata hai political power, bohat se worldly faiday aa jate hain, worldly interest.</w:t>
      </w:r>
      <w:r>
        <w:br/>
      </w:r>
      <w:r>
        <w:rPr>
          <w:sz w:val="20"/>
        </w:rPr>
        <w:t>29:42  jahan aaya political power, sath sath aa jata hai worldly interest. jahan bhi aaye ga, kisi bhi jagah aap dekh lijiye ke jab aaye ga political power to aaye ga woh worldly interest.</w:t>
      </w:r>
      <w:r>
        <w:br/>
      </w:r>
      <w:r>
        <w:rPr>
          <w:sz w:val="20"/>
        </w:rPr>
        <w:t>29:58  to yahi hai derailment. to to derailment hua, yaani dawat se worldly interest ki taraf.</w:t>
      </w:r>
      <w:r>
        <w:br/>
      </w:r>
      <w:r>
        <w:rPr>
          <w:sz w:val="20"/>
        </w:rPr>
        <w:t>30:12  dawat se world, yeh dawat il Allah. dawat ka kaam matlab hai dawat il Allah, dawat aakhirat, dawat jannat.</w:t>
      </w:r>
      <w:r>
        <w:br/>
      </w:r>
      <w:r>
        <w:rPr>
          <w:sz w:val="20"/>
        </w:rPr>
        <w:t>30:24  dawat ka nishana hamesha hota hai Allah Rabbul Alameen, aakhirat, jannat, yeh sab hoti hai. lekin jab derailment hota hai to nishana badal jata hai.</w:t>
      </w:r>
      <w:r>
        <w:br/>
      </w:r>
      <w:r>
        <w:rPr>
          <w:sz w:val="20"/>
        </w:rPr>
        <w:t>30:36  naam wahi rakhte hain log.</w:t>
      </w:r>
      <w:r>
        <w:br/>
      </w:r>
      <w:r>
        <w:rPr>
          <w:sz w:val="20"/>
        </w:rPr>
        <w:t>30:40  jab naam agar dawat rakhenge, tab bhi hoga duniyavi nishana.</w:t>
      </w:r>
      <w:r>
        <w:br/>
      </w:r>
      <w:r>
        <w:rPr>
          <w:sz w:val="20"/>
        </w:rPr>
        <w:t>30:48  kitne tareekhein uthi Musalmanon mein ke naam to un ka dawat tha, halanke sar ta sar un ka nishana dunya ka interest tha, abhi bhi hai.</w:t>
      </w:r>
      <w:r>
        <w:br/>
      </w:r>
      <w:r>
        <w:rPr>
          <w:sz w:val="20"/>
        </w:rPr>
        <w:t>31:01  to jahan worldly interest aaya, wahan derailment aaya, yaani dawat se hat kar ke chala gaya duniyavi cheezon ki taraf.</w:t>
      </w:r>
      <w:r>
        <w:br/>
      </w:r>
      <w:r>
        <w:rPr>
          <w:sz w:val="20"/>
        </w:rPr>
        <w:t>31:13  to aik derailment woh tha jo hua us waqt jab Musalmanon ka empire qaim hua dunya mein: Hameed Empire, Abbasi Empire, Ottoman Empire, Spanish Empire, Mughal Empire.</w:t>
      </w:r>
      <w:r>
        <w:br/>
      </w:r>
      <w:r>
        <w:rPr>
          <w:sz w:val="20"/>
        </w:rPr>
        <w:t>31:28  yeh sab jo aaya Musalmanon mein to aik derailment woh hua jo political power aane ke baad hua.</w:t>
      </w:r>
      <w:r>
        <w:br/>
      </w:r>
      <w:r>
        <w:rPr>
          <w:sz w:val="20"/>
        </w:rPr>
        <w:t>31:39  itna zyada derailment hua ke us zamane ke baad literature ka daur aaya, kitabein likhi gayeen, aik bohat bara kutub khana Musalmanon ka ban gaya.</w:t>
      </w:r>
    </w:p>
    <w:p>
      <w:pPr>
        <w:pStyle w:val="Heading2"/>
      </w:pPr>
      <w:r>
        <w:t>envoy Rabi ibn Amir's speech to Persian general Rustam</w:t>
      </w:r>
    </w:p>
    <w:p>
      <w:r>
        <w:rPr>
          <w:color w:val="666666"/>
          <w:sz w:val="18"/>
        </w:rPr>
        <w:t>Ideology of Tawhid June 08, 2008 · 4m 04s · at 31:05 · https://youtu.be/RKhog0mmYGc?t=1865</w:t>
      </w:r>
    </w:p>
    <w:p>
      <w:r>
        <w:rPr>
          <w:i/>
        </w:rPr>
        <w:t>“Hum ko Khuda ne bheja hai insaan ko azaad karne”</w:t>
      </w:r>
    </w:p>
    <w:p>
      <w:r>
        <w:rPr>
          <w:sz w:val="20"/>
        </w:rPr>
        <w:t>31:05  to us ne invite kiya.</w:t>
      </w:r>
      <w:r>
        <w:br/>
      </w:r>
      <w:r>
        <w:rPr>
          <w:sz w:val="20"/>
        </w:rPr>
        <w:t>31:08  to us waqt jo Musalmanon ke jo general the, un ka naam tha Saad bin Aas. to unhon ne kai log bheje, yani deputation ke taur par.</w:t>
      </w:r>
      <w:r>
        <w:br/>
      </w:r>
      <w:r>
        <w:rPr>
          <w:sz w:val="20"/>
        </w:rPr>
        <w:t>31:20  to un mein se ek the Sahabi, un ka naam tha Rabi' bin Aamir. Rabi' bin Aamir yeh Sahabi the, yeh gaye.</w:t>
      </w:r>
      <w:r>
        <w:br/>
      </w:r>
      <w:r>
        <w:rPr>
          <w:sz w:val="20"/>
        </w:rPr>
        <w:t>31:30  to Rustam jo tha, us din jis din woh aanay wale the, woh to us ne apna darbar bohat hi sajaya,</w:t>
      </w:r>
      <w:r>
        <w:br/>
      </w:r>
      <w:r>
        <w:rPr>
          <w:sz w:val="20"/>
        </w:rPr>
        <w:t>31:37  darbar aur bohat achhe qaleen bichhe hue, is par sone shadi ka sab takht baith, is par baitha hua, woh sara taraf shaan o shaukat aur pomp and show ka muzahira tha wahan par.</w:t>
      </w:r>
      <w:r>
        <w:br/>
      </w:r>
      <w:r>
        <w:rPr>
          <w:sz w:val="20"/>
        </w:rPr>
        <w:t>31:50  to Rabi' bin Aamir wahan gaye to yeh chhote se ghore par sawar the, jabke un ke paas bade bade ghore hua karte the. un logon ke paas mamooli kapda tha aur aise hi ek ek ek common man ki tarah se.</w:t>
      </w:r>
      <w:r>
        <w:br/>
      </w:r>
      <w:r>
        <w:rPr>
          <w:sz w:val="20"/>
        </w:rPr>
        <w:t>32:05  to jab wahan pahunche to ghore se utre nahi, woh unhon ne kaha ke utar jao yahan par. unhon ne kaha nahi, ab mein to utroonga nahi, yani ghore hi par baith kar seedhe takht tak jaunga mein.</w:t>
      </w:r>
      <w:r>
        <w:br/>
      </w:r>
      <w:r>
        <w:rPr>
          <w:sz w:val="20"/>
        </w:rPr>
        <w:t>32:16  to ab wahan par yeh hua rok tok kyunke wahan par yeh par, yani yeh is ki permission nahi thi ke koi ghore par baith kar Rustam ke paas jaye jahan woh takht par baitha hua tha.</w:t>
      </w:r>
      <w:r>
        <w:br/>
      </w:r>
      <w:r>
        <w:rPr>
          <w:sz w:val="20"/>
        </w:rPr>
        <w:t>32:27  to Rustam ne woh dekha wahan se to kaha un ko allow kar do, aanay do un ko.</w:t>
      </w:r>
      <w:r>
        <w:br/>
      </w:r>
      <w:r>
        <w:rPr>
          <w:sz w:val="20"/>
        </w:rPr>
        <w:t>32:33  to ghore par baithay baithay woh Rustam ke takht par tak pahunch gaye aur kuch is se kuch nahi ke jhuk kar ke wahan par hota tha ke jhuk kar ke kehte the, aap un ko aadab aur salam karte the, sab kuch bhi nahi, seedhe seedhe baat cheet shuru kar di.</w:t>
      </w:r>
      <w:r>
        <w:br/>
      </w:r>
      <w:r>
        <w:rPr>
          <w:sz w:val="20"/>
        </w:rPr>
        <w:t>32:52  to us ne poocha ke tum kis liye yahan aaye ho? Rustam ne poocha ke tum kis liye yahan aaye ho? to dekhein ke unhon ne jawab kiya diya tha.</w:t>
      </w:r>
      <w:r>
        <w:br/>
      </w:r>
      <w:r>
        <w:rPr>
          <w:sz w:val="20"/>
        </w:rPr>
        <w:t>33:01  wo unhon ne kaha ke hum Allah abtathana liakhrajul ibad min ibadil ibad ila ibad Allah.</w:t>
      </w:r>
      <w:r>
        <w:br/>
      </w:r>
      <w:r>
        <w:rPr>
          <w:sz w:val="20"/>
        </w:rPr>
        <w:t>33:15  hum ko Khuda ne bheja hai,</w:t>
      </w:r>
      <w:r>
        <w:br/>
      </w:r>
      <w:r>
        <w:rPr>
          <w:sz w:val="20"/>
        </w:rPr>
        <w:t>33:18  hum ko Khuda ne bheja hai</w:t>
      </w:r>
      <w:r>
        <w:br/>
      </w:r>
      <w:r>
        <w:rPr>
          <w:sz w:val="20"/>
        </w:rPr>
        <w:t>33:23  taake insaan ko insaan ki ghulami se nikal kar Khuda ki bandagi mein le aaein. hum ko Khuda ne bheja hai taake hum insaan ko insaan ki bandagi se nikal kar Khuda ki bandagi mein le jayein.</w:t>
      </w:r>
      <w:r>
        <w:br/>
      </w:r>
      <w:r>
        <w:rPr>
          <w:sz w:val="20"/>
        </w:rPr>
        <w:t>33:38  yani yeh jo kingship hai, yeh ek slavery system hai, sab ko slave bana rakha hai tum logon ne. ek king hai, baqi sab is ke slave hain.</w:t>
      </w:r>
      <w:r>
        <w:br/>
      </w:r>
      <w:r>
        <w:rPr>
          <w:sz w:val="20"/>
        </w:rPr>
        <w:t>33:47  humein is system ko torna hai, khuda ki badai ko humein qaim karna hai. badai sirf khuda ki hai, king king ki koi badai nahi hai.</w:t>
      </w:r>
      <w:r>
        <w:br/>
      </w:r>
      <w:r>
        <w:rPr>
          <w:sz w:val="20"/>
        </w:rPr>
        <w:t>34:00  to yeh is ne jab wahan par unhon ne kaha ke yeh kitabon mein aap parh sakte hain, mislan al-bidayah wa al-nihayah mein aap parh sakte hain is ko. to log is ko abhi bhi hamare jo hamare historian hain, abhi bhi samjhe nahi</w:t>
      </w:r>
      <w:r>
        <w:br/>
      </w:r>
      <w:r>
        <w:rPr>
          <w:sz w:val="20"/>
        </w:rPr>
        <w:t>34:14  is cheez ko. woh samajhte thay wahan ke matlab aik rule qaim karne ke liye muslim rule, yeh matlab nahi tha is ka hukumat ilahia qaim karne ke liye ya muslim rule qaim kar lein, yeh matlab nahi tha is ka.</w:t>
      </w:r>
      <w:r>
        <w:br/>
      </w:r>
      <w:r>
        <w:rPr>
          <w:sz w:val="20"/>
        </w:rPr>
        <w:t>34:29  kingship ka jo tha age, us ko khatam karna tha, kingship ko khatam karna tha taake insaan free ho jaye, masawat barabari aa jaye.</w:t>
      </w:r>
      <w:r>
        <w:br/>
      </w:r>
      <w:r>
        <w:rPr>
          <w:sz w:val="20"/>
        </w:rPr>
        <w:t>34:45  kingship jo thi, us ne bant rakha tha insaan ko do mein, yani bare mein aur chhote mein. king bara hai aur sab chhote hain, us ko khatam karna tha, us ko khatam karna tha.</w:t>
      </w:r>
      <w:r>
        <w:br/>
      </w:r>
      <w:r>
        <w:rPr>
          <w:sz w:val="20"/>
        </w:rPr>
        <w:t>35:01  is ke liye woh kehte hain, yeh kehte hain ke muslim rule wahan qaim ho, wahan hukumat ilahia qaim ho. yeh sab baat ko logon ne banaye banaye hain, sab theories.</w:t>
      </w:r>
    </w:p>
    <w:p>
      <w:pPr>
        <w:pStyle w:val="Heading2"/>
      </w:pPr>
      <w:r>
        <w:t>Selective reporting and media responsibility</w:t>
      </w:r>
    </w:p>
    <w:p>
      <w:r>
        <w:rPr>
          <w:color w:val="666666"/>
          <w:sz w:val="18"/>
        </w:rPr>
        <w:t>Islamic Pacifism Q&amp;A 8 May 2011 · 4m 24s · at 43:39 · https://youtu.be/5ZersGDNVcw?t=2619</w:t>
      </w:r>
    </w:p>
    <w:p>
      <w:r>
        <w:rPr>
          <w:i/>
        </w:rPr>
        <w:t>“Dekhiye, ye matalaba sahih nahi hai.”</w:t>
      </w:r>
    </w:p>
    <w:p>
      <w:r>
        <w:rPr>
          <w:sz w:val="20"/>
        </w:rPr>
        <w:t>43:39  Mr. Shahroz Khan ne Delhi se likha hai: "insaan ko selective reporting se bachte hue complete reporting karni chahiye." kya is baare mein Quran mein koi rehnumai ki gayi hai?</w:t>
      </w:r>
      <w:r>
        <w:br/>
      </w:r>
      <w:r>
        <w:rPr>
          <w:sz w:val="20"/>
        </w:rPr>
        <w:t>43:55  dekhiye, yeh mutalba sahi nahi hai. aap apni maa se mohabbat karte ho to mujhe bataiye kahan kaam likha hua hai ke aap apni maa se mohabbat karo? koi ayat bata rahi hai mujhe?</w:t>
      </w:r>
      <w:r>
        <w:br/>
      </w:r>
      <w:r>
        <w:rPr>
          <w:sz w:val="20"/>
        </w:rPr>
        <w:t>44:06  yaani rehnumai ho sakti hai ke maujood ho, main sochun to wo ayat bata sakun inshallah. lekin yeh zehan galat hai. har baat ke liye aap kahein Quran ki ayat lao.</w:t>
      </w:r>
      <w:r>
        <w:br/>
      </w:r>
      <w:r>
        <w:rPr>
          <w:sz w:val="20"/>
        </w:rPr>
        <w:t>44:15  to main poochta hoon, aadmi apni maa se mohabbat karta hai to Quran mein kaun si ayat likhi hui hai ke apni maa se mohabbat karo? kahan likha hua hai?</w:t>
      </w:r>
      <w:r>
        <w:br/>
      </w:r>
      <w:r>
        <w:rPr>
          <w:sz w:val="20"/>
        </w:rPr>
        <w:t>44:23  bataiye.</w:t>
      </w:r>
      <w:r>
        <w:br/>
      </w:r>
      <w:r>
        <w:rPr>
          <w:sz w:val="20"/>
        </w:rPr>
        <w:t>44:39  to is mein yaani sirf maadi wo nahi hai. aap ne is mein likha hai. yeh sawal padhiye in ka. insaan ko selective reporting se bachte hue complete reporting karni chahiye. kya is baare mein Quran mein koi rehnumai ki gayi hai?</w:t>
      </w:r>
      <w:r>
        <w:br/>
      </w:r>
      <w:r>
        <w:rPr>
          <w:sz w:val="20"/>
        </w:rPr>
        <w:t>44:50  dekhiye, isi lafz mein to mujhe yaad nahi aa rahi koi ayat. lekin yaani yeh as a principle zaroor Quran mein is ke baare mein mukhtalif aayatein maujood hain.</w:t>
      </w:r>
      <w:r>
        <w:br/>
      </w:r>
      <w:r>
        <w:rPr>
          <w:sz w:val="20"/>
        </w:rPr>
        <w:t>45:04  mislan tatfeef. tatfeef isi ka naam hai.</w:t>
      </w:r>
      <w:r>
        <w:br/>
      </w:r>
      <w:r>
        <w:rPr>
          <w:sz w:val="20"/>
        </w:rPr>
        <w:t>45:08  yaani ek baat ghata kar badha kar pesh karna. kuch ghata kar badhana, kuch badhana. yaani sahi baat na keh kar ke aisi reporting karna jis se galat ta'assur jaata ho.</w:t>
      </w:r>
      <w:r>
        <w:br/>
      </w:r>
      <w:r>
        <w:rPr>
          <w:sz w:val="20"/>
        </w:rPr>
        <w:t>45:18  is ko tatfeef kehte hain aur is ko bahut bura kaha gaya hai Islam mein. to</w:t>
      </w:r>
      <w:r>
        <w:br/>
      </w:r>
      <w:r>
        <w:rPr>
          <w:sz w:val="20"/>
        </w:rPr>
        <w:t>45:25  ma'anvi yeh mafhoom Quran mein aur hadith mein zaroor maujood hai. lekin yeh jo lafz mein bolta hoon, aap chahein ke wahi lafz wahan maujood ho to to yeh bahut mushkil kaam hai.</w:t>
      </w:r>
      <w:r>
        <w:br/>
      </w:r>
      <w:r>
        <w:rPr>
          <w:sz w:val="20"/>
        </w:rPr>
        <w:t>45:39  kyunke bahut si cheezain aisi hain jo quran mein bin satoor hoti hain. jaisa quran hadees mein aaya hai ke: "wo</w:t>
      </w:r>
      <w:r>
        <w:br/>
      </w:r>
      <w:r>
        <w:rPr>
          <w:sz w:val="20"/>
        </w:rPr>
        <w:t>45:50  quran ke kuch mafhoom is ke satoor mein hain, kuch is ke bin satoor mein hain."</w:t>
      </w:r>
      <w:r>
        <w:br/>
      </w:r>
      <w:r>
        <w:rPr>
          <w:sz w:val="20"/>
        </w:rPr>
        <w:t>46:00  kya is ko phir se parhiye is ko?</w:t>
      </w:r>
      <w:r>
        <w:br/>
      </w:r>
      <w:r>
        <w:rPr>
          <w:sz w:val="20"/>
        </w:rPr>
        <w:t>46:03  insan ko selective reporting se bachte hue complete reporting karni chahiye. dekhiye, doosri baat yeh hai ke fitrat khud kafi hai samajhne ke liye ke selective reporting jo hai bohat hi tabah kun hai.</w:t>
      </w:r>
      <w:r>
        <w:br/>
      </w:r>
      <w:r>
        <w:rPr>
          <w:sz w:val="20"/>
        </w:rPr>
        <w:t>46:18  selective reporting se sari kharabian paida hoti hain.</w:t>
      </w:r>
      <w:r>
        <w:br/>
      </w:r>
      <w:r>
        <w:rPr>
          <w:sz w:val="20"/>
        </w:rPr>
        <w:t>46:21  isi se nafrat aati hai, isi se ghussa aata hai, isi se doosre ko dushman samajh lete hain aap. yeh sab isi se hota hai. to is ka result hi kafi hai batane ke liye ke yeh galat tareeqa hai.</w:t>
      </w:r>
      <w:r>
        <w:br/>
      </w:r>
      <w:r>
        <w:rPr>
          <w:sz w:val="20"/>
        </w:rPr>
        <w:t>46:39  to is mein koi shaq nahi ke selective reporting galat hai. aur is se galat yeh hai ke aap is ko maan lain.</w:t>
      </w:r>
      <w:r>
        <w:br/>
      </w:r>
      <w:r>
        <w:rPr>
          <w:sz w:val="20"/>
        </w:rPr>
        <w:t>46:49  mein yaani mera daawa yeh nahi hai ke media kabhi bhi aisa kar sakta hai ke woh selective reporting na karay. mein kabhi aisa nahi kaha ke media ko is se bachna chahiye.</w:t>
      </w:r>
      <w:r>
        <w:br/>
      </w:r>
      <w:r>
        <w:rPr>
          <w:sz w:val="20"/>
        </w:rPr>
        <w:t>46:58  mein kabhi aisa nahi kehta.</w:t>
      </w:r>
      <w:r>
        <w:br/>
      </w:r>
      <w:r>
        <w:rPr>
          <w:sz w:val="20"/>
        </w:rPr>
        <w:t>47:01  kyunke media aik industry hai. woh selective reporting hi karay ga. woh is ki industry band ho jaye gi. mein kehta hoon ke aap khud itna samajhdar hon ke media ki report bura na banain.</w:t>
      </w:r>
      <w:r>
        <w:br/>
      </w:r>
      <w:r>
        <w:rPr>
          <w:sz w:val="20"/>
        </w:rPr>
        <w:t>47:15  dekhiye, mein in logon mein se nahi hoon jo bohat hi nadani ke sath mutalba karte hain ke media jo hai sahi report karay. yeh bilkul galat hai. media koi mission nahi hai.</w:t>
      </w:r>
      <w:r>
        <w:br/>
      </w:r>
      <w:r>
        <w:rPr>
          <w:sz w:val="20"/>
        </w:rPr>
        <w:t>47:24  media aik industry hai. aur industry apne faiday ke lehaz se karay gi. is ko aap ne news sell karna hai. aur news jab market mein wohi khabrein bikti hon jis mein sensation hai to woh sensation laye ga woh.</w:t>
      </w:r>
      <w:r>
        <w:br/>
      </w:r>
      <w:r>
        <w:rPr>
          <w:sz w:val="20"/>
        </w:rPr>
        <w:t>47:39  to mein aisa kabhi mutalba nahi karta media se. mujhe media se koi shikayat nahi. mujhe shikayat un logon se hai jo media ko parh kar ke, media ki reporton ko parh kar ke aur rai banate hain.</w:t>
      </w:r>
      <w:r>
        <w:br/>
      </w:r>
      <w:r>
        <w:rPr>
          <w:sz w:val="20"/>
        </w:rPr>
        <w:t>47:51  rai kyun banate hain aap? aap mazeed tehqeeq kijiye. ya to rai na banaiye ya mazeed tehqeeq kijiye. do mein ka option hai.</w:t>
      </w:r>
      <w:r>
        <w:br/>
      </w:r>
      <w:r>
        <w:rPr>
          <w:sz w:val="20"/>
        </w:rPr>
        <w:t>48:01  ya to rai na banaiye ya mazeed tehqeeq kijiye.</w:t>
      </w:r>
    </w:p>
    <w:p>
      <w:pPr>
        <w:pStyle w:val="Heading2"/>
      </w:pPr>
      <w:r>
        <w:t>Islam's position in modern world and call to action</w:t>
      </w:r>
    </w:p>
    <w:p>
      <w:r>
        <w:rPr>
          <w:color w:val="666666"/>
          <w:sz w:val="18"/>
        </w:rPr>
        <w:t>Journey to a Mediterranean Island | November 23, 2008 · 5m 34s · at 52:08 · https://youtu.be/oE6JQf3sMPg?t=3128</w:t>
      </w:r>
    </w:p>
    <w:p>
      <w:r>
        <w:rPr>
          <w:i/>
        </w:rPr>
        <w:t>“God has brought Islam to a position where reason and science support it”</w:t>
      </w:r>
    </w:p>
    <w:p>
      <w:r>
        <w:rPr>
          <w:sz w:val="20"/>
        </w:rPr>
        <w:t>52:08  jo abhi mein ne kaha ke khuda ne apne deen ko, yaani islam ko, ek lambe historical process</w:t>
      </w:r>
      <w:r>
        <w:br/>
      </w:r>
      <w:r>
        <w:rPr>
          <w:sz w:val="20"/>
        </w:rPr>
        <w:t>52:16  ke baad is position mein pohanchaya hai ke sari reason, sara scientific argument is ke favor mein hai us waqt.</w:t>
      </w:r>
      <w:r>
        <w:br/>
      </w:r>
      <w:r>
        <w:rPr>
          <w:sz w:val="20"/>
        </w:rPr>
        <w:t>52:23  to gaya ke islam un opposed victory ki position mein hai ideological field mein, lekin lekin musalman kya</w:t>
      </w:r>
      <w:r>
        <w:br/>
      </w:r>
      <w:r>
        <w:rPr>
          <w:sz w:val="20"/>
        </w:rPr>
        <w:t>52:31  kar rahe hain ke doosre doosre</w:t>
      </w:r>
      <w:r>
        <w:br/>
      </w:r>
      <w:r>
        <w:rPr>
          <w:sz w:val="20"/>
        </w:rPr>
        <w:t>52:38  field mein, political field mein, social work ki field mein, kis field mein, kis field mein ja kar</w:t>
      </w:r>
      <w:r>
        <w:br/>
      </w:r>
      <w:r>
        <w:rPr>
          <w:sz w:val="20"/>
        </w:rPr>
        <w:t>52:46  ke woh koshishen kar rahe hain apni dawah ki field mein, kuch bhi nahin ho raha hai.</w:t>
      </w:r>
      <w:r>
        <w:br/>
      </w:r>
      <w:r>
        <w:rPr>
          <w:sz w:val="20"/>
        </w:rPr>
        <w:t>52:54  to ideological field mein jo opportunity hamare liye khuli hai, us ko koi avail karne wala nahin hai.</w:t>
      </w:r>
      <w:r>
        <w:br/>
      </w:r>
      <w:r>
        <w:rPr>
          <w:sz w:val="20"/>
        </w:rPr>
        <w:t>53:01  to mein aap logon ko kahunga ke aap is mein is maidan mein zyada se zyada aage badhein. Kal</w:t>
      </w:r>
      <w:r>
        <w:br/>
      </w:r>
      <w:r>
        <w:rPr>
          <w:sz w:val="20"/>
        </w:rPr>
        <w:t>53:09  mere paas types of India ke ek sahib aaye the to mere kaam ke bare mein un se baat hui.</w:t>
      </w:r>
      <w:r>
        <w:br/>
      </w:r>
      <w:r>
        <w:rPr>
          <w:sz w:val="20"/>
        </w:rPr>
        <w:t>53:16  to mein ne kaha ke dekhiye, Mahatma Gandhi jo hai, independence pehle bohat hi successful leader the,</w:t>
      </w:r>
      <w:r>
        <w:br/>
      </w:r>
      <w:r>
        <w:rPr>
          <w:sz w:val="20"/>
        </w:rPr>
        <w:t>53:24  independence ke baad fail ho gaye, woh kuch nahin kar paaye, woh first mure, woh unhon ne kaha</w:t>
      </w:r>
      <w:r>
        <w:br/>
      </w:r>
      <w:r>
        <w:rPr>
          <w:sz w:val="20"/>
        </w:rPr>
        <w:t>53:31  ke ab meri kaun sune ga? Kyun? Unhon ne auto se pehle jo kaam kiya, woh</w:t>
      </w:r>
      <w:r>
        <w:br/>
      </w:r>
      <w:r>
        <w:rPr>
          <w:sz w:val="20"/>
        </w:rPr>
        <w:t>53:39  British Empire ko target kiya tha.</w:t>
      </w:r>
      <w:r>
        <w:br/>
      </w:r>
      <w:r>
        <w:rPr>
          <w:sz w:val="20"/>
        </w:rPr>
        <w:t>53:44  Unhon ne British, yani Quit India, to Quit India par unhon ne phir un ko mobilize kiya aur</w:t>
      </w:r>
      <w:r>
        <w:br/>
      </w:r>
      <w:r>
        <w:rPr>
          <w:sz w:val="20"/>
        </w:rPr>
        <w:t>53:49  bohat bari bheed un ka ikhatta ho gayi.</w:t>
      </w:r>
      <w:r>
        <w:br/>
      </w:r>
      <w:r>
        <w:rPr>
          <w:sz w:val="20"/>
        </w:rPr>
        <w:t>53:55  to is ki taqat se angrezon ko jahan chhodna pada, lekin yani post independence India mein jo kaam</w:t>
      </w:r>
      <w:r>
        <w:br/>
      </w:r>
      <w:r>
        <w:rPr>
          <w:sz w:val="20"/>
        </w:rPr>
        <w:t>54:00  karna tha, us ke liye team chahiye thi.</w:t>
      </w:r>
      <w:r>
        <w:br/>
      </w:r>
      <w:r>
        <w:rPr>
          <w:sz w:val="20"/>
        </w:rPr>
        <w:t>54:05  Team, team thi nahin un ke paas,</w:t>
      </w:r>
      <w:r>
        <w:br/>
      </w:r>
      <w:r>
        <w:rPr>
          <w:sz w:val="20"/>
        </w:rPr>
        <w:t>54:11  gandhi ke paas koi team nahi thi. gandhi to awam ko mobilize karte rahe, bas sadkon par bari bari bheed akhatta ho jaye, jalson par bari bari bheed akhatta ho jaye, aur us us us bheed ko unhon ne ek ek ek taqat ke taur par istemal kiya british british ke khilaf, jis mein woh kamyab hue. lekin baad ka zamana jo tha, yahan to koi aisa nahi tha, koi jis ke jis se aap takkar. takraao</w:t>
      </w:r>
      <w:r>
        <w:br/>
      </w:r>
      <w:r>
        <w:rPr>
          <w:sz w:val="20"/>
        </w:rPr>
        <w:t>54:41  ki policy jo chalayi thi gandhi ne, woh azadi se pehle kaam kar sakti thi. ab to takraao kis se karenge? apne logon se takraao karenge aap? aur kuch log nadani mein kar rahe hain to bhaat band aur chaka jaam karte hain, strike karte hain, desh ko tabah kar rahe hain. to mein ne kaha ke dekhiye, mahatma gandhi ka kaam jahan, yaani jahan khatam hua tha, wahan se hamara kaam shuru hua hai. yaani hum team bana rahe hain, team jo fabric</w:t>
      </w:r>
      <w:r>
        <w:br/>
      </w:r>
      <w:r>
        <w:rPr>
          <w:sz w:val="20"/>
        </w:rPr>
        <w:t>55:11  society ka mein ne hawala diya, jis se England mein kiya tha, unhon ne faber society ne pehle</w:t>
      </w:r>
      <w:r>
        <w:br/>
      </w:r>
      <w:r>
        <w:rPr>
          <w:sz w:val="20"/>
        </w:rPr>
        <w:t>55:15  team banayi, unhon ne phir team ne aage badh kar kaam kiya.</w:t>
      </w:r>
      <w:r>
        <w:br/>
      </w:r>
      <w:r>
        <w:rPr>
          <w:sz w:val="20"/>
        </w:rPr>
        <w:t>55:19  to yeh do phase mein kaam hua un ka.</w:t>
      </w:r>
      <w:r>
        <w:br/>
      </w:r>
      <w:r>
        <w:rPr>
          <w:sz w:val="20"/>
        </w:rPr>
        <w:t>55:24  to hum yeh jo yahan par hum karte hain, yahan par aur is tarah ki doosri activities jo</w:t>
      </w:r>
      <w:r>
        <w:br/>
      </w:r>
      <w:r>
        <w:rPr>
          <w:sz w:val="20"/>
        </w:rPr>
        <w:t>55:28  hamari hain, to ek team banane ke liye aap log woh team hain.</w:t>
      </w:r>
      <w:r>
        <w:br/>
      </w:r>
      <w:r>
        <w:rPr>
          <w:sz w:val="20"/>
        </w:rPr>
        <w:t>55:32  to hamara pehla nishana yeh hai ke ek team ban jaye.</w:t>
      </w:r>
      <w:r>
        <w:br/>
      </w:r>
      <w:r>
        <w:rPr>
          <w:sz w:val="20"/>
        </w:rPr>
        <w:t>55:37  Agla kaam jo hai, woh yeh team anjam degi,</w:t>
      </w:r>
      <w:r>
        <w:br/>
      </w:r>
      <w:r>
        <w:rPr>
          <w:sz w:val="20"/>
        </w:rPr>
        <w:t>55:41  jaisa ke faber society ne kiya England mein.</w:t>
      </w:r>
      <w:r>
        <w:br/>
      </w:r>
      <w:r>
        <w:rPr>
          <w:sz w:val="20"/>
        </w:rPr>
        <w:t>55:46  to aap ko consciously jaanna chahiye ke aap ka mission kya hai, aap ka role kya hai, aap</w:t>
      </w:r>
      <w:r>
        <w:br/>
      </w:r>
      <w:r>
        <w:rPr>
          <w:sz w:val="20"/>
        </w:rPr>
        <w:t>55:51  ko is duniya mein karna kya hai.</w:t>
      </w:r>
      <w:r>
        <w:br/>
      </w:r>
      <w:r>
        <w:rPr>
          <w:sz w:val="20"/>
        </w:rPr>
        <w:t>55:56  Consciously jaanna chahiye, consciously.</w:t>
      </w:r>
      <w:r>
        <w:br/>
      </w:r>
      <w:r>
        <w:rPr>
          <w:sz w:val="20"/>
        </w:rPr>
        <w:t>56:01  Is waqt hamari saari jo phases hain, hamara zor jo hamara hai, woh hai team banane par.</w:t>
      </w:r>
      <w:r>
        <w:br/>
      </w:r>
      <w:r>
        <w:rPr>
          <w:sz w:val="20"/>
        </w:rPr>
        <w:t>56:06  jab tak hum</w:t>
      </w:r>
      <w:r>
        <w:br/>
      </w:r>
      <w:r>
        <w:rPr>
          <w:sz w:val="20"/>
        </w:rPr>
        <w:t>56:11  is mein, yaani jitna hum is mein kamyab honge, yaani team banane mein, utna hi hum agle</w:t>
      </w:r>
      <w:r>
        <w:br/>
      </w:r>
      <w:r>
        <w:rPr>
          <w:sz w:val="20"/>
        </w:rPr>
        <w:t>56:16  marhale mein kamyabi hasil kar sakenge.</w:t>
      </w:r>
      <w:r>
        <w:br/>
      </w:r>
      <w:r>
        <w:rPr>
          <w:sz w:val="20"/>
        </w:rPr>
        <w:t>56:22  yeh rasool Allah salallaho alaihi wasallam ka tareeqa yahi tha.</w:t>
      </w:r>
      <w:r>
        <w:br/>
      </w:r>
      <w:r>
        <w:rPr>
          <w:sz w:val="20"/>
        </w:rPr>
        <w:t>56:27  rasool Allah ne pehle team banai, phir is team ne, isi team ko hum sahaba kehte hain, sahaba</w:t>
      </w:r>
      <w:r>
        <w:br/>
      </w:r>
      <w:r>
        <w:rPr>
          <w:sz w:val="20"/>
        </w:rPr>
        <w:t>56:32  naam hai isi team ka.</w:t>
      </w:r>
      <w:r>
        <w:br/>
      </w:r>
      <w:r>
        <w:rPr>
          <w:sz w:val="20"/>
        </w:rPr>
        <w:t>56:37  is team ne phir aap ke message ko sari duniya mein phailaya.</w:t>
      </w:r>
      <w:r>
        <w:br/>
      </w:r>
      <w:r>
        <w:rPr>
          <w:sz w:val="20"/>
        </w:rPr>
        <w:t>56:43  ab to aap jante hain ke hum internet ka zamana hai, communication ka zamana hai, printing press ka zamana hai. ab to bohat aasani ho chuki hai, bohat aasani ho chuki hai. jab mein wahan dekha, mein ne wahan ka umm e haraam ka maqbara to mein ne socha ke is khatoon ko madina se cyprus pohanchne ke liye kai mahine lage the. kai mahine ke baad woh pohanchi</w:t>
      </w:r>
      <w:r>
        <w:br/>
      </w:r>
      <w:r>
        <w:rPr>
          <w:sz w:val="20"/>
        </w:rPr>
        <w:t>57:13  thi wahan par.</w:t>
      </w:r>
      <w:r>
        <w:br/>
      </w:r>
      <w:r>
        <w:rPr>
          <w:sz w:val="20"/>
        </w:rPr>
        <w:t>57:18  hum to chand ghanton mein pahunch gaye, chand ghanton mein.</w:t>
      </w:r>
      <w:r>
        <w:br/>
      </w:r>
      <w:r>
        <w:rPr>
          <w:sz w:val="20"/>
        </w:rPr>
        <w:t>57:23  to kitna zyada, yaani duniya badal chuki hai, kitna zyada badal chuki hai.</w:t>
      </w:r>
      <w:r>
        <w:br/>
      </w:r>
      <w:r>
        <w:rPr>
          <w:sz w:val="20"/>
        </w:rPr>
        <w:t>57:28  to jo kaam pehle logon ne kiya tha, bohat zyada mashaqqat ke sath, woh aap ko karna hai</w:t>
      </w:r>
      <w:r>
        <w:br/>
      </w:r>
      <w:r>
        <w:rPr>
          <w:sz w:val="20"/>
        </w:rPr>
        <w:t>57:33  aasaaniyon ke sath.</w:t>
      </w:r>
      <w:r>
        <w:br/>
      </w:r>
      <w:r>
        <w:rPr>
          <w:sz w:val="20"/>
        </w:rPr>
        <w:t>57:38  yeh jo quran majeed mein ayat hai: "rabbana wala tahmil alaina isran</w:t>
      </w:r>
    </w:p>
    <w:p>
      <w:pPr>
        <w:pStyle w:val="Heading2"/>
      </w:pPr>
      <w:r>
        <w:t>Big Bang's meaningful order proves a designer</w:t>
      </w:r>
    </w:p>
    <w:p>
      <w:r>
        <w:rPr>
          <w:color w:val="666666"/>
          <w:sz w:val="18"/>
        </w:rPr>
        <w:t>The Glory Of God 5 February 2006 - Maulana Wahiduddin Khan · 4m 13s · at 1:49:24 · https://youtu.be/Yah55gLyV8I?t=6564</w:t>
      </w:r>
    </w:p>
    <w:p>
      <w:r>
        <w:rPr>
          <w:i/>
        </w:rPr>
        <w:t>“Agar big bang without planning tha to itni meaningful universe kaise bani”</w:t>
      </w:r>
    </w:p>
    <w:p>
      <w:r>
        <w:rPr>
          <w:sz w:val="20"/>
        </w:rPr>
        <w:t>1:49:24  aap sochiye ke yeh jo big bang ka jo dhamaka hota big bang ka jo explosion tha agar woh without planning tha to itni itni meaningful universe kaise ban gayi</w:t>
      </w:r>
      <w:r>
        <w:br/>
      </w:r>
      <w:r>
        <w:rPr>
          <w:sz w:val="20"/>
        </w:rPr>
        <w:t>1:49:39  phir to sirf destruction aana chahiye duniya mein destruction ke sath kuch aur nahi aana chahiye</w:t>
      </w:r>
      <w:r>
        <w:br/>
      </w:r>
      <w:r>
        <w:rPr>
          <w:sz w:val="20"/>
        </w:rPr>
        <w:t>1:49:46  yaani planning planning ke sath jo dhamaka kiya jaye is se niklega yaani positive result aur without planning jo dhamaka kiya jaye is se sirf destruction samne aayega to is ko le kar ke is tarah ki bohat si cheezon ko le kar ke aap jante hain ke ek bohat bara scientist hai britain mein stephen hawking stephen hawking jo hai woh theoretical science mein aaj number one samjha jata hai</w:t>
      </w:r>
      <w:r>
        <w:br/>
      </w:r>
      <w:r>
        <w:rPr>
          <w:sz w:val="20"/>
        </w:rPr>
        <w:t>1:50:16  stephen hawking london mein to is ne likha hai ke is ne likha hai ke is ki kitab hai ah theory of time</w:t>
      </w:r>
      <w:r>
        <w:br/>
      </w:r>
      <w:r>
        <w:rPr>
          <w:sz w:val="20"/>
        </w:rPr>
        <w:t>1:50:32  theory of time mein woh likhta hai ke yeh baat bohat zyada sochne ki hai ke jo explosion hua 13 billion saal pehle is ne meaningful course hi kyun liya aisa kyun hua yaani million billion options the is ke liye lekin ek hi ek hi meaningful course</w:t>
      </w:r>
      <w:r>
        <w:br/>
      </w:r>
      <w:r>
        <w:rPr>
          <w:sz w:val="20"/>
        </w:rPr>
        <w:t>1:51:00  is ne liya yaani ek aisa course jis ke baad universe bane stars aur planet bane solar system bane yeh zameen bane is mein insan paida ho insan ke life support system ho yeh sari cheezen ek meaningful world hai</w:t>
      </w:r>
      <w:r>
        <w:br/>
      </w:r>
      <w:r>
        <w:rPr>
          <w:sz w:val="20"/>
        </w:rPr>
        <w:t>1:51:14  to woh yeh kehta hai ke ke jab hum yeh dekhte hain ke jis explosion se duniya wajood mein aayi duniya existence mein aayi to woh explosion ne ek bohat hi meaningful course liya is ke nateejay mein is ke result mein ek bohat hi meaningful duniya ban gayi</w:t>
      </w:r>
      <w:r>
        <w:br/>
      </w:r>
      <w:r>
        <w:rPr>
          <w:sz w:val="20"/>
        </w:rPr>
        <w:t>1:51:40  to woh yeh kehta hai ke yeh baghair is ke ke hum manen ke khuda hai god ka word use karta hai woh stephen hawking theory of time mein ke aur koi explanation possible nahi hai siwaye is ke ke hum god ko manen</w:t>
      </w:r>
      <w:r>
        <w:br/>
      </w:r>
      <w:r>
        <w:rPr>
          <w:sz w:val="20"/>
        </w:rPr>
        <w:t>1:51:58  yeh khud stephen hawking jo jo koi mazhabi religious aadmi nahi hai woh woh secular aadmi hai lekin woh hairaan hai is baat ko study kar ke ke kya wajah hai ke jab jo explosion hua is ne sirf meaningful course liya aur ek positive result tak pahuncha kyun nahi sirf destroy kar ke reh gaya woh destruction hi ka shakal mein is ka result kyun nahi nikla</w:t>
      </w:r>
      <w:r>
        <w:br/>
      </w:r>
      <w:r>
        <w:rPr>
          <w:sz w:val="20"/>
        </w:rPr>
        <w:t>1:52:26  isi tarah se ek scientist hai boltzmann german scientist to us ne study ki universe ki to har taraf us ko jo meaning dikhai pari aur jo</w:t>
      </w:r>
      <w:r>
        <w:br/>
      </w:r>
      <w:r>
        <w:rPr>
          <w:sz w:val="20"/>
        </w:rPr>
        <w:t>1:52:53  to us ko dekh kar us ki us ki zuban se nikla ke who was the god who wrote these signs</w:t>
      </w:r>
      <w:r>
        <w:br/>
      </w:r>
      <w:r>
        <w:rPr>
          <w:sz w:val="20"/>
        </w:rPr>
        <w:t>1:53:07  yani ghaas se le kar ke stars tak har cheez mein ek beautiful design hai</w:t>
      </w:r>
      <w:r>
        <w:br/>
      </w:r>
      <w:r>
        <w:rPr>
          <w:sz w:val="20"/>
        </w:rPr>
        <w:t>1:53:16  ek meaningful ek purpose full is ek is ke andar maujood hai meaning a purpose</w:t>
      </w:r>
      <w:r>
        <w:br/>
      </w:r>
      <w:r>
        <w:rPr>
          <w:sz w:val="20"/>
        </w:rPr>
        <w:t>1:53:25  har cheez mein meaning hai har cheez mein purpose hai har cheez mein beauty hai</w:t>
      </w:r>
      <w:r>
        <w:br/>
      </w:r>
      <w:r>
        <w:rPr>
          <w:sz w:val="20"/>
        </w:rPr>
        <w:t>1:53:30  to is ko is ka jab study ki is ne to is ki zuban se nikla ke who</w:t>
      </w:r>
      <w:r>
        <w:br/>
      </w:r>
      <w:r>
        <w:rPr>
          <w:sz w:val="20"/>
        </w:rPr>
        <w:t>1:53:34  was the god who wrote these signs</w:t>
      </w:r>
    </w:p>
    <w:p>
      <w:pPr>
        <w:pStyle w:val="Heading2"/>
      </w:pPr>
      <w:r>
        <w:t>Humans seek paradise; treat opponents as wrong-choosers not enemies</w:t>
      </w:r>
    </w:p>
    <w:p>
      <w:r>
        <w:rPr>
          <w:color w:val="666666"/>
          <w:sz w:val="18"/>
        </w:rPr>
        <w:t>Pillars of Western Thought October 6, 2013 · 5m 46s · at 10:37 · https://youtu.be/o4WfPvju5_M?t=637</w:t>
      </w:r>
    </w:p>
    <w:p>
      <w:r>
        <w:rPr>
          <w:i/>
        </w:rPr>
        <w:t>“Every human is born a paradise-seeking, ideal-seeking animal”</w:t>
      </w:r>
    </w:p>
    <w:p>
      <w:r>
        <w:rPr>
          <w:sz w:val="20"/>
        </w:rPr>
        <w:t>10:37  taqreeban teen hazar saal ki yahi kahani hai. is par ghor karte hue mujhe samajh aata hai ke asal cheez yeh hai ke insaan jo paida hua hai, woh hai ideal seeking animal.</w:t>
      </w:r>
      <w:r>
        <w:br/>
      </w:r>
      <w:r>
        <w:rPr>
          <w:sz w:val="20"/>
        </w:rPr>
        <w:t>10:54  hum mein se har shakhs ideal chahta, ideal world, ideal system, ideal government, ideal dunya, hum mein se har shakhs ideal basa hua hai.</w:t>
      </w:r>
      <w:r>
        <w:br/>
      </w:r>
      <w:r>
        <w:rPr>
          <w:sz w:val="20"/>
        </w:rPr>
        <w:t>11:07  mazhabi aitbar se agar kahein to main kahunga ke har aadmi paradise seeking animal hai. agar secular term bolein to main kahunga ke har aadmi ideal seeking animal hai.</w:t>
      </w:r>
      <w:r>
        <w:br/>
      </w:r>
      <w:r>
        <w:rPr>
          <w:sz w:val="20"/>
        </w:rPr>
        <w:t>11:20  dono baat ek hi hai. yani mazhabi term mein bolein to hum kahenge paradise seeking animal hai. har aadmi, har aadmi ke zehn mein ek paradise basi hui hai, ek ideal world, us ko chahta hai ke mujhe mil jaye,</w:t>
      </w:r>
      <w:r>
        <w:br/>
      </w:r>
      <w:r>
        <w:rPr>
          <w:sz w:val="20"/>
        </w:rPr>
        <w:t>11:34  unconsciously.</w:t>
      </w:r>
      <w:r>
        <w:br/>
      </w:r>
      <w:r>
        <w:rPr>
          <w:sz w:val="20"/>
        </w:rPr>
        <w:t>11:37  to mazhabi istalah ke aitbar se main kahunga ke paradise seeking aur secular istalah se kahunga ke main ideal seeking hoon. is liye jab bhi koi aadmi idealism ki baat karta hai to log daud padte hain us ki taraf.</w:t>
      </w:r>
      <w:r>
        <w:br/>
      </w:r>
      <w:r>
        <w:rPr>
          <w:sz w:val="20"/>
        </w:rPr>
        <w:t>11:54  daud padte hain kyunke samajhte hain ke woh ideal yeh aadmi de dega mujhe.</w:t>
      </w:r>
      <w:r>
        <w:br/>
      </w:r>
      <w:r>
        <w:rPr>
          <w:sz w:val="20"/>
        </w:rPr>
        <w:t>12:01  lekin maamla kya hai?</w:t>
      </w:r>
      <w:r>
        <w:br/>
      </w:r>
      <w:r>
        <w:rPr>
          <w:sz w:val="20"/>
        </w:rPr>
        <w:t>12:04  is dunya ko banane wale ne is tarah banaya hi nahi hai ke yahan kabhi ideal world bana sake aap, ideal system, ideal government.</w:t>
      </w:r>
      <w:r>
        <w:br/>
      </w:r>
      <w:r>
        <w:rPr>
          <w:sz w:val="20"/>
        </w:rPr>
        <w:t>12:15  yeh is dunya mein possible hi nahi hai. woh possible hai doosri dunya mein jahan paradise hai. yani ideal aap sirf pa sakte hain paradise mein, is dunya mein nahi hai.</w:t>
      </w:r>
      <w:r>
        <w:br/>
      </w:r>
      <w:r>
        <w:rPr>
          <w:sz w:val="20"/>
        </w:rPr>
        <w:t>12:32  to log is farq ko nahi jante.</w:t>
      </w:r>
      <w:r>
        <w:br/>
      </w:r>
      <w:r>
        <w:rPr>
          <w:sz w:val="20"/>
        </w:rPr>
        <w:t>12:34  woh samajhte hain ke mere zehn mein jo basa hua ideal, usi dunya mein pa sakta hoon main, isi liye daudte rehte hain woh. yeh nahi jante ke woh to milega agli dunya mein.</w:t>
      </w:r>
      <w:r>
        <w:br/>
      </w:r>
      <w:r>
        <w:rPr>
          <w:sz w:val="20"/>
        </w:rPr>
        <w:t>12:44  to agli dunya ki soch un ke andar nahi hoti.</w:t>
      </w:r>
      <w:r>
        <w:br/>
      </w:r>
      <w:r>
        <w:rPr>
          <w:sz w:val="20"/>
        </w:rPr>
        <w:t>12:51  to is ke maani kya hue? har aadmi ek aise goal ke to daud daud raha hai jo sarr se achievable nahi hai. achievable nahi hai woh.</w:t>
      </w:r>
      <w:r>
        <w:br/>
      </w:r>
      <w:r>
        <w:rPr>
          <w:sz w:val="20"/>
        </w:rPr>
        <w:t>13:04  isi liye har koshish, be be, yani be be hangamon ke bawajood kya hota hai? in terms of result bilkul fail hoti hai.</w:t>
      </w:r>
      <w:r>
        <w:br/>
      </w:r>
      <w:r>
        <w:rPr>
          <w:sz w:val="20"/>
        </w:rPr>
        <w:t>13:17  yeh hai sochne ki baat.</w:t>
      </w:r>
      <w:r>
        <w:br/>
      </w:r>
      <w:r>
        <w:rPr>
          <w:sz w:val="20"/>
        </w:rPr>
        <w:t>13:23  yeh hai sochne ki baat. ab mein aap ko ek aur point ki taraf le jana chahta hoon.</w:t>
      </w:r>
      <w:r>
        <w:br/>
      </w:r>
      <w:r>
        <w:rPr>
          <w:sz w:val="20"/>
        </w:rPr>
        <w:t>13:32  pichhle hafte aap ne ek ek qissa suna hoga. isi stage se bataya gaya tha ke philippines mein ek priest</w:t>
      </w:r>
      <w:r>
        <w:br/>
      </w:r>
      <w:r>
        <w:rPr>
          <w:sz w:val="20"/>
        </w:rPr>
        <w:t>13:44  ko muqarrar kiya gaya ke woh quran ko padhkar uski ghaltiyan nikale.</w:t>
      </w:r>
      <w:r>
        <w:br/>
      </w:r>
      <w:r>
        <w:rPr>
          <w:sz w:val="20"/>
        </w:rPr>
        <w:t>13:51  chunaanche usne quran padhna shuru kiya, uska translation padhte padhte usko laga ke yeh toh bilkul sachi kitaab hai, ismein toh koi kharabi hai hi nahin.</w:t>
      </w:r>
      <w:r>
        <w:br/>
      </w:r>
      <w:r>
        <w:rPr>
          <w:sz w:val="20"/>
        </w:rPr>
        <w:t>14:01  mein ghalti kahan se nikaloon? toh kya hua? usne islam qubool kar liya. is tarah ke waqiaat bahut se hue hain.</w:t>
      </w:r>
      <w:r>
        <w:br/>
      </w:r>
      <w:r>
        <w:rPr>
          <w:sz w:val="20"/>
        </w:rPr>
        <w:t>14:12  in waqiaat par sochte hue jo baat mujhe samajh mein aati hai, woh yeh hai ke asal masla hai ke har aadmi wrong choice liye hue hai.</w:t>
      </w:r>
      <w:r>
        <w:br/>
      </w:r>
      <w:r>
        <w:rPr>
          <w:sz w:val="20"/>
        </w:rPr>
        <w:t>14:21  basically har aadmi seeker hai. seeker uska idealism, uska target hai. lekin kisi aur cheez ko usne bana rakha hai ideal.</w:t>
      </w:r>
      <w:r>
        <w:br/>
      </w:r>
      <w:r>
        <w:rPr>
          <w:sz w:val="20"/>
        </w:rPr>
        <w:t>14:33  yaani ideal toh hona chahiye paradise, lekin usne kisi aur cheez ko bana liya, samajh liya ke yahan mujhe mil jayegi woh cheez.</w:t>
      </w:r>
      <w:r>
        <w:br/>
      </w:r>
      <w:r>
        <w:rPr>
          <w:sz w:val="20"/>
        </w:rPr>
        <w:t>14:45  toh har aadmi wrong option liye hue hai. aur jab usko pata chalta hai ke mera option wrong option tha, toh usko chhod deta hai. isko sochte hue mujhe quran ki ek aayat yaad aayi.</w:t>
      </w:r>
      <w:r>
        <w:br/>
      </w:r>
      <w:r>
        <w:rPr>
          <w:sz w:val="20"/>
        </w:rPr>
        <w:t>14:59  quran mein chapter 41, verse 31 mein yeh baat aayi hai ke "la tastawi al-hasanatu wa la as-sayyi'ah, idfa' bil-lati hiya ahsan, fa-idha alladhi bainaka wa bainahu 'adawatun, ka'annahu waliyyun hamim".</w:t>
      </w:r>
      <w:r>
        <w:br/>
      </w:r>
      <w:r>
        <w:rPr>
          <w:sz w:val="20"/>
        </w:rPr>
        <w:t>15:16  iska matlab kya hai? iska matlab hai ke jis cheez, jis aadmi ko tum, yaani samajhte ho ke yeh dushman hai, dushman nazar aata hai tum ko, tumhara enemy hai,</w:t>
      </w:r>
      <w:r>
        <w:br/>
      </w:r>
      <w:r>
        <w:rPr>
          <w:sz w:val="20"/>
        </w:rPr>
        <w:t>15:28  us se yaani react na karo. us se positive andaaz mein baat karo, uske saamne sachai pesh karo, uske saath friendly behaviour karo.</w:t>
      </w:r>
      <w:r>
        <w:br/>
      </w:r>
      <w:r>
        <w:rPr>
          <w:sz w:val="20"/>
        </w:rPr>
        <w:t>15:41  toh kya hoga?</w:t>
      </w:r>
      <w:r>
        <w:br/>
      </w:r>
      <w:r>
        <w:rPr>
          <w:sz w:val="20"/>
        </w:rPr>
        <w:t>15:46  woh jo bazoahir dushman tha, woh tumhara dost ban jayega.</w:t>
      </w:r>
      <w:r>
        <w:br/>
      </w:r>
      <w:r>
        <w:rPr>
          <w:sz w:val="20"/>
        </w:rPr>
        <w:t>15:52  iska matlab kya hai?</w:t>
      </w:r>
      <w:r>
        <w:br/>
      </w:r>
      <w:r>
        <w:rPr>
          <w:sz w:val="20"/>
        </w:rPr>
        <w:t>15:55  aap se jab dushmani kiye hue tha, woh toh kisi buniyad pe kiye hue tha, kisi aur system ko, kisi aur nizaam ko lekar ke aap ko mukhalif bana hua tha.</w:t>
      </w:r>
      <w:r>
        <w:br/>
      </w:r>
      <w:r>
        <w:rPr>
          <w:sz w:val="20"/>
        </w:rPr>
        <w:t>16:10  lekin jab aap ne usko samjhaya achhe tarike se, toh usko pata chala ke woh toh wrong choice tha mere liye. jis cheez pe woh khada hua tha, woh mere liye wrong choice tha.</w:t>
      </w:r>
    </w:p>
    <w:p>
      <w:pPr>
        <w:pStyle w:val="Heading2"/>
      </w:pPr>
      <w:r>
        <w:t>Genesis of Muslim militancy: rejecting dynasties as un-Islamic</w:t>
      </w:r>
    </w:p>
    <w:p>
      <w:r>
        <w:rPr>
          <w:color w:val="666666"/>
          <w:sz w:val="18"/>
        </w:rPr>
        <w:t>Religious Understanding October 18, 2015 · 4m 41s · at 13:48 · https://youtu.be/cPqp_bo-GU0?t=828</w:t>
      </w:r>
    </w:p>
    <w:p>
      <w:r>
        <w:rPr>
          <w:i/>
        </w:rPr>
        <w:t>“What is the genesis of all this violence?”</w:t>
      </w:r>
    </w:p>
    <w:p>
      <w:r>
        <w:rPr>
          <w:sz w:val="20"/>
        </w:rPr>
        <w:t>13:48  wohi baad ke daur mein bhi kaamyaab hoga. ab dekhiye, is ka, is ki, is ki genesis kya hai? is ka, is tamam violence ki genesis kya hai?</w:t>
      </w:r>
      <w:r>
        <w:br/>
      </w:r>
      <w:r>
        <w:rPr>
          <w:sz w:val="20"/>
        </w:rPr>
        <w:t>14:00  genesis yeh hai ke maujooda zamanay mein jo muslim hukoomatein hain, jo arab rastay hain, un sab mein dynasty hai.</w:t>
      </w:r>
      <w:r>
        <w:br/>
      </w:r>
      <w:r>
        <w:rPr>
          <w:sz w:val="20"/>
        </w:rPr>
        <w:t>14:11  yehi arab rastay hain, aur jo muslim hukoomatein theen, woh sab dynasty to theen.</w:t>
      </w:r>
      <w:r>
        <w:br/>
      </w:r>
      <w:r>
        <w:rPr>
          <w:sz w:val="20"/>
        </w:rPr>
        <w:t>14:19  woh</w:t>
      </w:r>
      <w:r>
        <w:br/>
      </w:r>
      <w:r>
        <w:rPr>
          <w:sz w:val="20"/>
        </w:rPr>
        <w:t>14:22  ab, abhi jo arab rastay hain, sab mein khandaani badshah, khandaani hukoomatein hain, is ke khilaaf ho gaye. yeh, yeh log aaj ka jo muslim leader hain, aaj ka jo muslim rehnuma hain, woh sab ke sab in hukoomaton ke khilaaf ho gaye.</w:t>
      </w:r>
      <w:r>
        <w:br/>
      </w:r>
      <w:r>
        <w:rPr>
          <w:sz w:val="20"/>
        </w:rPr>
        <w:t>14:40  is se pehle unhon ne misr mein shah farooq ke khilaaf baghaawat ki, us ko khatam kiya.</w:t>
      </w:r>
      <w:r>
        <w:br/>
      </w:r>
      <w:r>
        <w:rPr>
          <w:sz w:val="20"/>
        </w:rPr>
        <w:t>14:46  aisi hi iran mein kiya, aisi hi har jagah kiya, aur aaj bhi woh un ke khilaaf tehreekain chala rahe hain. to in ka kya mafroozah hai?</w:t>
      </w:r>
      <w:r>
        <w:br/>
      </w:r>
      <w:r>
        <w:rPr>
          <w:sz w:val="20"/>
        </w:rPr>
        <w:t>14:58  in ka kya manna hai? woh kehte hain ke maghribi qomon ne in logon ko bitha rakha hai. in ke apne mafad hain, mislan tail ka mafad.</w:t>
      </w:r>
      <w:r>
        <w:br/>
      </w:r>
      <w:r>
        <w:rPr>
          <w:sz w:val="20"/>
        </w:rPr>
        <w:t>15:12  to maghribi qomon ne apne mafad ke tehat in muslim hukmaranon ko shelter de rakha hai. isay humein maghrib ko crush karna hai taake muslim dunya mein yeh ruler, ruler khatam ho.</w:t>
      </w:r>
      <w:r>
        <w:br/>
      </w:r>
      <w:r>
        <w:rPr>
          <w:sz w:val="20"/>
        </w:rPr>
        <w:t>15:31  yeh saara bilkul baseless baat hai.</w:t>
      </w:r>
      <w:r>
        <w:br/>
      </w:r>
      <w:r>
        <w:rPr>
          <w:sz w:val="20"/>
        </w:rPr>
        <w:t>15:35  yeh jo muslim ruler hain, chahe misr ka ruler raha ho ya egypt ka ruler raha ho ya aaj ke jo arab rastay hain, wahan woh sab dynasty to thay.</w:t>
      </w:r>
      <w:r>
        <w:br/>
      </w:r>
      <w:r>
        <w:rPr>
          <w:sz w:val="20"/>
        </w:rPr>
        <w:t>15:47  yani khandaani hukoomat hi to thi, woh jis ko ke tamam fuqaha, tamam ulama, hatta ke sahaba bhi, kyunke hazrat muawiyah ke zamanay mein sahaba maujood thay, sahaba ke ittefaq se muawiyah ka daur shuru hua.</w:t>
      </w:r>
      <w:r>
        <w:br/>
      </w:r>
      <w:r>
        <w:rPr>
          <w:sz w:val="20"/>
        </w:rPr>
        <w:t>16:05  sahaba ne muawiyah ke khilaaf khurooj nahi kiya. to sahaba, tabieen, tabe tabieen, fuqaha, ulama, muhaddiseen, sab ke sab ne is ko endorse kiya.</w:t>
      </w:r>
      <w:r>
        <w:br/>
      </w:r>
      <w:r>
        <w:rPr>
          <w:sz w:val="20"/>
        </w:rPr>
        <w:t>16:18  sab ko, sab ne endorse kiya. woh chalta raha, chalta raha, chalta raha. to maujooda zamanay mein jo baghaawatein hui muslim rulers ke khilaaf, misr mein hui, iran mein hui,</w:t>
      </w:r>
      <w:r>
        <w:br/>
      </w:r>
      <w:r>
        <w:rPr>
          <w:sz w:val="20"/>
        </w:rPr>
        <w:t>16:30  ab arab raston mein andar andar wahan bhi sab chal raha hai. yeh sab, yeh sab jo log kar rahe hain, woh sab log fasaad kar rahe hain.</w:t>
      </w:r>
      <w:r>
        <w:br/>
      </w:r>
      <w:r>
        <w:rPr>
          <w:sz w:val="20"/>
        </w:rPr>
        <w:t>16:41  woh islam nahi hai. woh fasaad mein is liye keh raha hoon ke saaray ulama ne hazaar saal tak accept kiya is, is, is nizaam ko, dynasty ko.</w:t>
      </w:r>
      <w:r>
        <w:br/>
      </w:r>
      <w:r>
        <w:rPr>
          <w:sz w:val="20"/>
        </w:rPr>
        <w:t>16:51  to aaj bhi accept karo.</w:t>
      </w:r>
      <w:r>
        <w:br/>
      </w:r>
      <w:r>
        <w:rPr>
          <w:sz w:val="20"/>
        </w:rPr>
        <w:t>16:56  to hazrat imam malik ka jo qaul maine abhi sunaya aap ko, us ke mutabiq main kahunga ke jis tarah se pichhle daur mein dynasty ko accept kar ke sare kaam hue the,</w:t>
      </w:r>
      <w:r>
        <w:br/>
      </w:r>
      <w:r>
        <w:rPr>
          <w:sz w:val="20"/>
        </w:rPr>
        <w:t>17:15  isi tarah maujooda zamane mein bhi dynasty ko accept kar ke sare kaam ho rahe honge, durust ho gaye.</w:t>
      </w:r>
      <w:r>
        <w:br/>
      </w:r>
      <w:r>
        <w:rPr>
          <w:sz w:val="20"/>
        </w:rPr>
        <w:t>17:23  bilkul yaani literal taur par nikalta hai yeh ke ummat ke pichhle daur mein sare kaam bane, sara kaam hua, islam phaila, quran mehfooz hua, hadith mudabbar hui, fiqh mudabbar hui, sare kaam hue isi daur mein.</w:t>
      </w:r>
      <w:r>
        <w:br/>
      </w:r>
      <w:r>
        <w:rPr>
          <w:sz w:val="20"/>
        </w:rPr>
        <w:t>17:43  namaz ka nizam, hajj ka nizam, har cheez jo qaim hui, isi daur mein hui.</w:t>
      </w:r>
      <w:r>
        <w:br/>
      </w:r>
      <w:r>
        <w:rPr>
          <w:sz w:val="20"/>
        </w:rPr>
        <w:t>17:51  to is qaul ke mutabiq yeh kehna sahi hoga ke jis tarah ummat ke daur awwal mein ulama ne dynasty ko accept kiya, is se stability aayi, peace aaya, normalcy aayi, woh phir sara kaam hua.</w:t>
      </w:r>
      <w:r>
        <w:br/>
      </w:r>
      <w:r>
        <w:rPr>
          <w:sz w:val="20"/>
        </w:rPr>
        <w:t>18:09  aise hi baad ke zamane mein bhi hoga ke ulama ko chahiye, ummat ko chahiye ke woh dynasty ko accept karen.</w:t>
      </w:r>
      <w:r>
        <w:br/>
      </w:r>
      <w:r>
        <w:rPr>
          <w:sz w:val="20"/>
        </w:rPr>
        <w:t>18:19  phir kya hoga?</w:t>
      </w:r>
      <w:r>
        <w:br/>
      </w:r>
      <w:r>
        <w:rPr>
          <w:sz w:val="20"/>
        </w:rPr>
        <w:t>18:20  stability aayegi, peace aayega, normalcy aayegi, phir sare kaam hone lagenge, dawat ka kaam aur tamam deeni idaron ka kaam sab hone lagega.</w:t>
      </w:r>
    </w:p>
    <w:p>
      <w:pPr>
        <w:pStyle w:val="Heading2"/>
      </w:pPr>
      <w:r>
        <w:t>From word-of-mouth to a message reaching the whole globe</w:t>
      </w:r>
    </w:p>
    <w:p>
      <w:r>
        <w:rPr>
          <w:color w:val="666666"/>
          <w:sz w:val="18"/>
        </w:rPr>
        <w:t>Historical Role of Islam November 19, 2006 Maulana Wahiduddin Khan · 4m 58s · at 1:03:57 · https://youtu.be/mBLorblU68E?t=3837</w:t>
      </w:r>
    </w:p>
    <w:p>
      <w:r>
        <w:rPr>
          <w:i/>
        </w:rPr>
        <w:t>“Pehle zamane mein khuda ki baat pahunchana person to person hota tha”</w:t>
      </w:r>
    </w:p>
    <w:p>
      <w:r>
        <w:rPr>
          <w:sz w:val="20"/>
        </w:rPr>
        <w:t>1:03:57  ab chauthi baat mein arz karunga, woh yeh hai ke Khuda ki baat ko pahunchana logon tak. to pehle zamane mein kya tha?</w:t>
      </w:r>
      <w:r>
        <w:br/>
      </w:r>
      <w:r>
        <w:rPr>
          <w:sz w:val="20"/>
        </w:rPr>
        <w:t>1:04:08  pehle zamane mein person to person hua karta tha. ek insan doosre insan ko baat kar ke baat pahunchata tha. ek insan doosre insan ko baat kar ke pahunchata tha.</w:t>
      </w:r>
      <w:r>
        <w:br/>
      </w:r>
      <w:r>
        <w:rPr>
          <w:sz w:val="20"/>
        </w:rPr>
        <w:t>1:04:19  yeh chalta raha bahut dinon tak. yahan tak ke media ka zamana aaya. media.</w:t>
      </w:r>
      <w:r>
        <w:br/>
      </w:r>
      <w:r>
        <w:rPr>
          <w:sz w:val="20"/>
        </w:rPr>
        <w:t>1:04:29  ab media ke zamane mein kya hua?</w:t>
      </w:r>
      <w:r>
        <w:br/>
      </w:r>
      <w:r>
        <w:rPr>
          <w:sz w:val="20"/>
        </w:rPr>
        <w:t>1:04:34  ke aap isi ek kamre mein baith kar ke, ek hi building mein baith kar ke sari dunya mein pahuncha sakte hain. radio ke zariye, TV ke zariye, aur print kar ke book ke zariye.</w:t>
      </w:r>
      <w:r>
        <w:br/>
      </w:r>
      <w:r>
        <w:rPr>
          <w:sz w:val="20"/>
        </w:rPr>
        <w:t>1:04:50  yani print media aur electronic media ne is baat ko mumkin bana diya hai ke aap ko jana na pare. yahin se aap pahuncha saken har jagah.</w:t>
      </w:r>
      <w:r>
        <w:br/>
      </w:r>
      <w:r>
        <w:rPr>
          <w:sz w:val="20"/>
        </w:rPr>
        <w:t>1:04:59  jaisa ke aap padhte hain ke Rasool Allah ke baad jo tabi ka zamana kaha jata hai, ek the Uqba bin Nafi tabi.</w:t>
      </w:r>
      <w:r>
        <w:br/>
      </w:r>
      <w:r>
        <w:rPr>
          <w:sz w:val="20"/>
        </w:rPr>
        <w:t>1:05:09  woh Arab se nikle aur Africa tak pahunche, Islam ko phailate hue. yahan tak ke aap wahan pahunch gaye jahan Atlantic ka samandar hai.</w:t>
      </w:r>
      <w:r>
        <w:br/>
      </w:r>
      <w:r>
        <w:rPr>
          <w:sz w:val="20"/>
        </w:rPr>
        <w:t>1:05:19  aap jante hain ke atlantic hai ek taraf, atlantic ek taraf africa hai, doosri taraf america hai. to wahan tak pahunch gaye.</w:t>
      </w:r>
      <w:r>
        <w:br/>
      </w:r>
      <w:r>
        <w:rPr>
          <w:sz w:val="20"/>
        </w:rPr>
        <w:t>1:05:27  ab dekha ke samandar hi samandar hai sara. is zamane mein kisi ko pata nahi tha ke samandar ke baad bhi kuch hai.</w:t>
      </w:r>
      <w:r>
        <w:br/>
      </w:r>
      <w:r>
        <w:rPr>
          <w:sz w:val="20"/>
        </w:rPr>
        <w:t>1:05:35  to aata hai, wahan ghoṛe par thay woh. is ke is ke sahil par, is ke kinare, ghoṛe par khaṛe ho gaye aur unhon ne kaha, yeh tareekhi kalam</w:t>
      </w:r>
      <w:r>
        <w:br/>
      </w:r>
      <w:r>
        <w:rPr>
          <w:sz w:val="20"/>
        </w:rPr>
        <w:t>1:05:50  kaha unhon ne ke wallah la'alamt anna wara'a hadha al-bahr baladun li-khazat</w:t>
      </w:r>
      <w:r>
        <w:br/>
      </w:r>
      <w:r>
        <w:rPr>
          <w:sz w:val="20"/>
        </w:rPr>
        <w:t>1:06:01  hatta la ya'budu ahadun dunaka</w:t>
      </w:r>
      <w:r>
        <w:br/>
      </w:r>
      <w:r>
        <w:rPr>
          <w:sz w:val="20"/>
        </w:rPr>
        <w:t>1:06:05  khuda ki qasam, agar main janta ke is yeh jo ocean hai, is ocean ke us paar bhi insan rehte hain, to main ghus jata is ocean mein, wahan tak pahunchta taake khuda ke kalam se woh bhi bekhabar na reh jayein.</w:t>
      </w:r>
      <w:r>
        <w:br/>
      </w:r>
      <w:r>
        <w:rPr>
          <w:sz w:val="20"/>
        </w:rPr>
        <w:t>1:06:22  lekin unhein pata nahi tha ke atlantic ocean ke us paar bhi kuch dunya hai. ab bataiye ke woh insan, is generation ka aadmi, yeh soch kar mar gaya.</w:t>
      </w:r>
      <w:r>
        <w:br/>
      </w:r>
      <w:r>
        <w:rPr>
          <w:sz w:val="20"/>
        </w:rPr>
        <w:t>1:06:35  aaj woh, aap aaj ki generation jo hai, aaj aap jo hain, aap ko pata ho chuka hai zameen ke chappe chappe ka. aap jante hain kahan insan hain, kahan kon si country hai, kahan kon si nation rehti hai.</w:t>
      </w:r>
      <w:r>
        <w:br/>
      </w:r>
      <w:r>
        <w:rPr>
          <w:sz w:val="20"/>
        </w:rPr>
        <w:t>1:06:47  aur atlantic us paar ek poora poori dunya hai jis ko hum united states of america kehte hain. aur sath sath transportation itna baṛh gaya hai, communication itna baṛh gaya hai, media itna baṛh gaya hai ke aap ko safar karne ki zaroorat nahi hai.</w:t>
      </w:r>
      <w:r>
        <w:br/>
      </w:r>
      <w:r>
        <w:rPr>
          <w:sz w:val="20"/>
        </w:rPr>
        <w:t>1:07:03  woh to safar kar ke ghoṛe par chal pahunche thay wahan. aaj to aap yahin beṭhe beṭhe sab kuch kar sakte hain. to woh jo hadith mein aata hai ke dunya ka koi kacha ya pakka ghar,</w:t>
      </w:r>
      <w:r>
        <w:br/>
      </w:r>
      <w:r>
        <w:rPr>
          <w:sz w:val="20"/>
        </w:rPr>
        <w:t>1:07:19  koi chhoṭa ya baṛa ghar nahi bachega jahan khuda ka word pahunch na jaye, word of god pahunch na jaye. to pehle zamane mein kaise ho sakta tha?</w:t>
      </w:r>
      <w:r>
        <w:br/>
      </w:r>
      <w:r>
        <w:rPr>
          <w:sz w:val="20"/>
        </w:rPr>
        <w:t>1:07:30  kyun ke wahan to limit aa gayi. 'uqbah nafi' chale to pata chala ke yahan to ocean hai. ab kaise pahunchayein idhar walon ko khuda ki baat?</w:t>
      </w:r>
      <w:r>
        <w:br/>
      </w:r>
      <w:r>
        <w:rPr>
          <w:sz w:val="20"/>
        </w:rPr>
        <w:t>1:07:40  to limitations ha'il theen. rukawatein beech beech mein aati theen. ke jangla hai, kahin pahaṛ hai, kahin ocean hai, kahin samandar hai, kahin kuch hai.</w:t>
      </w:r>
      <w:r>
        <w:br/>
      </w:r>
      <w:r>
        <w:rPr>
          <w:sz w:val="20"/>
        </w:rPr>
        <w:t>1:07:50  aaj kya hai? aaj hawa mein aap ke alfaaz safar karte hain. hawa mein. aap yahan boliye aur hawa mein safar kar ke woh baat aap ko sari dunya mein pahunchegi.</w:t>
      </w:r>
      <w:r>
        <w:br/>
      </w:r>
      <w:r>
        <w:rPr>
          <w:sz w:val="20"/>
        </w:rPr>
        <w:t>1:08:02  is tarah khuda ne rasool Allah ke zariye jo inqalab aaya tha, yeh sab isi ka agla, isi ke process ka agla stage hai.</w:t>
      </w:r>
      <w:r>
        <w:br/>
      </w:r>
      <w:r>
        <w:rPr>
          <w:sz w:val="20"/>
        </w:rPr>
        <w:t>1:08:10  yeh ek process chala tha rasool Allah ke zamane mein. ek process. ek revolutionary process.</w:t>
      </w:r>
      <w:r>
        <w:br/>
      </w:r>
      <w:r>
        <w:rPr>
          <w:sz w:val="20"/>
        </w:rPr>
        <w:t>1:08:18  isi process ke agle stages hain yeh sab.</w:t>
      </w:r>
      <w:r>
        <w:br/>
      </w:r>
      <w:r>
        <w:rPr>
          <w:sz w:val="20"/>
        </w:rPr>
        <w:t>1:08:23  to insan ke liye blessing hai khuda ki taraf se ke ab insan ko ba-khabar karne ke liye, insan ko aware karne ke liye itna baṛe level par sab kuch ho gaya ke akhbar chhapiye, magazine chhapiye, book chhapiye, radio lagaiye, television lagaiye aur sari dunya mein word of god pahuncha diye.</w:t>
      </w:r>
      <w:r>
        <w:br/>
      </w:r>
      <w:r>
        <w:rPr>
          <w:sz w:val="20"/>
        </w:rPr>
        <w:t>1:08:46  koi koi aadmi in aware na rahe, koi aadmi bekhabar na rahe. yeh kitni baṛi blessing hai.</w:t>
      </w:r>
    </w:p>
    <w:p>
      <w:pPr>
        <w:pStyle w:val="Heading2"/>
      </w:pPr>
      <w:r>
        <w:t>Two paradises in Quran and Hadith</w:t>
      </w:r>
    </w:p>
    <w:p>
      <w:r>
        <w:rPr>
          <w:color w:val="666666"/>
          <w:sz w:val="18"/>
        </w:rPr>
        <w:t>Reason and Reality I August 20, 2006 Maulana Wahiduddin Khan · 5m 04s · at 1:12:29 · https://youtu.be/yRGfOhOukS8?t=4349</w:t>
      </w:r>
    </w:p>
    <w:p>
      <w:r>
        <w:rPr>
          <w:i/>
        </w:rPr>
        <w:t>“Quran mein jannatan ka shabd aaya hai.”</w:t>
      </w:r>
    </w:p>
    <w:p>
      <w:r>
        <w:rPr>
          <w:sz w:val="20"/>
        </w:rPr>
        <w:t>1:12:29  dekhein, quran mein</w:t>
      </w:r>
      <w:r>
        <w:br/>
      </w:r>
      <w:r>
        <w:rPr>
          <w:sz w:val="20"/>
        </w:rPr>
        <w:t>1:12:37  jantain ka shabd aaya hai, yani</w:t>
      </w:r>
      <w:r>
        <w:br/>
      </w:r>
      <w:r>
        <w:rPr>
          <w:sz w:val="20"/>
        </w:rPr>
        <w:t>1:12:41  two paradise, do jannatein.</w:t>
      </w:r>
      <w:r>
        <w:br/>
      </w:r>
      <w:r>
        <w:rPr>
          <w:sz w:val="20"/>
        </w:rPr>
        <w:t>1:12:44  to quran se to maloom hota hai ke jannatein do hain.</w:t>
      </w:r>
      <w:r>
        <w:br/>
      </w:r>
      <w:r>
        <w:rPr>
          <w:sz w:val="20"/>
        </w:rPr>
        <w:t>1:12:50  hadith mein aata hai ke do sau jannatein hain.</w:t>
      </w:r>
      <w:r>
        <w:br/>
      </w:r>
      <w:r>
        <w:rPr>
          <w:sz w:val="20"/>
        </w:rPr>
        <w:t>1:12:54  to main samajhta hoon ke broad division mein to jannatein do hain, sub division mein wo 200 hain.</w:t>
      </w:r>
      <w:r>
        <w:br/>
      </w:r>
      <w:r>
        <w:rPr>
          <w:sz w:val="20"/>
        </w:rPr>
        <w:t>1:13:03  aur yeh basically jo difference hai, wo is lihaz se hai ke dawah work kaun karta hai, aur</w:t>
      </w:r>
      <w:r>
        <w:br/>
      </w:r>
      <w:r>
        <w:rPr>
          <w:sz w:val="20"/>
        </w:rPr>
        <w:t>1:13:11  kaun dawah work ko chhod kar doosre work choose karta hai.</w:t>
      </w:r>
      <w:r>
        <w:br/>
      </w:r>
      <w:r>
        <w:rPr>
          <w:sz w:val="20"/>
        </w:rPr>
        <w:t>1:13:15  jo log dawah work karein, doosre work choose karte hue, inhi ke liye top ki paradise hai, jin</w:t>
      </w:r>
      <w:r>
        <w:br/>
      </w:r>
      <w:r>
        <w:rPr>
          <w:sz w:val="20"/>
        </w:rPr>
        <w:t>1:13:24  ko quran mein kaha hai: "Alsabiqun alawwalun",</w:t>
      </w:r>
      <w:r>
        <w:br/>
      </w:r>
      <w:r>
        <w:rPr>
          <w:sz w:val="20"/>
        </w:rPr>
        <w:t>1:13:27  aage badh kar ke kaam karne wale.</w:t>
      </w:r>
      <w:r>
        <w:br/>
      </w:r>
      <w:r>
        <w:rPr>
          <w:sz w:val="20"/>
        </w:rPr>
        <w:t>1:13:29  yani apne jo personal, jo un ka dunya hai, apni zaat ki jo dunya hai, apni family ki</w:t>
      </w:r>
      <w:r>
        <w:br/>
      </w:r>
      <w:r>
        <w:rPr>
          <w:sz w:val="20"/>
        </w:rPr>
        <w:t>1:13:36  jo dunya hai, us se bahar nikal kar.</w:t>
      </w:r>
      <w:r>
        <w:br/>
      </w:r>
      <w:r>
        <w:rPr>
          <w:sz w:val="20"/>
        </w:rPr>
        <w:t>1:13:39  kyun ke jab aap dawah work karte hain to aap apne apna jo self hai, us se bahar aate</w:t>
      </w:r>
      <w:r>
        <w:br/>
      </w:r>
      <w:r>
        <w:rPr>
          <w:sz w:val="20"/>
        </w:rPr>
        <w:t>1:13:44  hain. Har aadmi is dunya mein apne cell mein jeeta hai, apne aap mein, apni family mein, apne</w:t>
      </w:r>
      <w:r>
        <w:br/>
      </w:r>
      <w:r>
        <w:rPr>
          <w:sz w:val="20"/>
        </w:rPr>
        <w:t>1:13:52  relatives mein. To "Assabiqunal Awwal" woh log hain jo is cell se bahar aayein.</w:t>
      </w:r>
      <w:r>
        <w:br/>
      </w:r>
      <w:r>
        <w:rPr>
          <w:sz w:val="20"/>
        </w:rPr>
        <w:t>1:13:58  Bahar kaun aata hai? Jo dawah work karte hain.</w:t>
      </w:r>
      <w:r>
        <w:br/>
      </w:r>
      <w:r>
        <w:rPr>
          <w:sz w:val="20"/>
        </w:rPr>
        <w:t>1:14:02  To main samajhta hoon ke</w:t>
      </w:r>
      <w:r>
        <w:br/>
      </w:r>
      <w:r>
        <w:rPr>
          <w:sz w:val="20"/>
        </w:rPr>
        <w:t>1:14:07  jo top ki paradise hai, woh sirf un logon ko milegi jo dawah work karein.</w:t>
      </w:r>
      <w:r>
        <w:br/>
      </w:r>
      <w:r>
        <w:rPr>
          <w:sz w:val="20"/>
        </w:rPr>
        <w:t>1:14:12  Aur iske ilawa jo paradise hain, woh sab in logon ke liye hain jo sach much, yani</w:t>
      </w:r>
      <w:r>
        <w:br/>
      </w:r>
      <w:r>
        <w:rPr>
          <w:sz w:val="20"/>
        </w:rPr>
        <w:t>1:14:19  jo divine law ko follow karein.</w:t>
      </w:r>
      <w:r>
        <w:br/>
      </w:r>
      <w:r>
        <w:rPr>
          <w:sz w:val="20"/>
        </w:rPr>
        <w:t>1:14:21  Is mein ek baat main arz kar doon ke</w:t>
      </w:r>
      <w:r>
        <w:br/>
      </w:r>
      <w:r>
        <w:rPr>
          <w:sz w:val="20"/>
        </w:rPr>
        <w:t>1:14:26  dishonesty ke liye paradise mein koi jagah nahi hai,</w:t>
      </w:r>
      <w:r>
        <w:br/>
      </w:r>
      <w:r>
        <w:rPr>
          <w:sz w:val="20"/>
        </w:rPr>
        <w:t>1:14:31  koi jagah nahi hai.</w:t>
      </w:r>
      <w:r>
        <w:br/>
      </w:r>
      <w:r>
        <w:rPr>
          <w:sz w:val="20"/>
        </w:rPr>
        <w:t>1:14:32  Dishonesty ke sath agar namaz roza kare aadmi, tab bhi is ke liye paradise mein koi jagah</w:t>
      </w:r>
      <w:r>
        <w:br/>
      </w:r>
      <w:r>
        <w:rPr>
          <w:sz w:val="20"/>
        </w:rPr>
        <w:t>1:14:36  nahi hai. Honest hona yeh bohat hi basic condition hai Islam mein.</w:t>
      </w:r>
      <w:r>
        <w:br/>
      </w:r>
      <w:r>
        <w:rPr>
          <w:sz w:val="20"/>
        </w:rPr>
        <w:t>1:14:46  Honest hone ka matlab yeh hai ke woh double standard na ho.</w:t>
      </w:r>
      <w:r>
        <w:br/>
      </w:r>
      <w:r>
        <w:rPr>
          <w:sz w:val="20"/>
        </w:rPr>
        <w:t>1:14:51  Abhi main aaj hi ke paper mein main ne parha ke jo</w:t>
      </w:r>
      <w:r>
        <w:br/>
      </w:r>
      <w:r>
        <w:rPr>
          <w:sz w:val="20"/>
        </w:rPr>
        <w:t>1:14:57  jo log held up ho gaye thay, is mein</w:t>
      </w:r>
      <w:r>
        <w:br/>
      </w:r>
      <w:r>
        <w:rPr>
          <w:sz w:val="20"/>
        </w:rPr>
        <w:t>1:15:00  woh Amsterdam airport par to teen ghante tak,</w:t>
      </w:r>
      <w:r>
        <w:br/>
      </w:r>
      <w:r>
        <w:rPr>
          <w:sz w:val="20"/>
        </w:rPr>
        <w:t>1:15:07  aur phir un ko jahaz mila aane ka Bombay,</w:t>
      </w:r>
      <w:r>
        <w:br/>
      </w:r>
      <w:r>
        <w:rPr>
          <w:sz w:val="20"/>
        </w:rPr>
        <w:t>1:15:12  to wahan par jo government authorities theen, to woh to bara</w:t>
      </w:r>
      <w:r>
        <w:br/>
      </w:r>
      <w:r>
        <w:rPr>
          <w:sz w:val="20"/>
        </w:rPr>
        <w:t>1:15:16  keh rahe thay un ko ke aap ka bohat thank kar rahe thay, aap ka bohat bohat shukriya,</w:t>
      </w:r>
      <w:r>
        <w:br/>
      </w:r>
      <w:r>
        <w:rPr>
          <w:sz w:val="20"/>
        </w:rPr>
        <w:t>1:15:21  aur administration ne bara acha kaam kiya.</w:t>
      </w:r>
      <w:r>
        <w:br/>
      </w:r>
      <w:r>
        <w:rPr>
          <w:sz w:val="20"/>
        </w:rPr>
        <w:t>1:15:24  To airport authorities ko aur government officers ko khoob khoob thank you kar rahe thay woh, aur ghar</w:t>
      </w:r>
      <w:r>
        <w:br/>
      </w:r>
      <w:r>
        <w:rPr>
          <w:sz w:val="20"/>
        </w:rPr>
        <w:t>1:15:29  mein aa kar shikayat karne lagay.</w:t>
      </w:r>
      <w:r>
        <w:br/>
      </w:r>
      <w:r>
        <w:rPr>
          <w:sz w:val="20"/>
        </w:rPr>
        <w:t>1:15:31  Aaj hi ke paper mein aaye to</w:t>
      </w:r>
      <w:r>
        <w:br/>
      </w:r>
      <w:r>
        <w:rPr>
          <w:sz w:val="20"/>
        </w:rPr>
        <w:t>1:15:34  yeh hai double standard</w:t>
      </w:r>
      <w:r>
        <w:br/>
      </w:r>
      <w:r>
        <w:rPr>
          <w:sz w:val="20"/>
        </w:rPr>
        <w:t>1:15:38  ke wahan par bahar jab khare hain stage par, aap to wahan to aap doosri boli bol rahe</w:t>
      </w:r>
      <w:r>
        <w:br/>
      </w:r>
      <w:r>
        <w:rPr>
          <w:sz w:val="20"/>
        </w:rPr>
        <w:t>1:15:42  hain, ghar mein aap apne bachon ke sath aaye, doosri boli bol rahe hain.</w:t>
      </w:r>
      <w:r>
        <w:br/>
      </w:r>
      <w:r>
        <w:rPr>
          <w:sz w:val="20"/>
        </w:rPr>
        <w:t>1:15:46  yeh hai dishonesty.</w:t>
      </w:r>
      <w:r>
        <w:br/>
      </w:r>
      <w:r>
        <w:rPr>
          <w:sz w:val="20"/>
        </w:rPr>
        <w:t>1:15:49  to aadmi ko, yani yeh yeh pehli condition hai.</w:t>
      </w:r>
      <w:r>
        <w:br/>
      </w:r>
      <w:r>
        <w:rPr>
          <w:sz w:val="20"/>
        </w:rPr>
        <w:t>1:15:54  doosri sari jab baat ko dekhi jayengi,</w:t>
      </w:r>
      <w:r>
        <w:br/>
      </w:r>
      <w:r>
        <w:rPr>
          <w:sz w:val="20"/>
        </w:rPr>
        <w:t>1:15:58  sab se pehla selection hoga jo woh hai honesty ke level par hoga ke aap ke dil mein</w:t>
      </w:r>
      <w:r>
        <w:br/>
      </w:r>
      <w:r>
        <w:rPr>
          <w:sz w:val="20"/>
        </w:rPr>
        <w:t>1:16:04  jo hai wohi munh par ho.</w:t>
      </w:r>
      <w:r>
        <w:br/>
      </w:r>
      <w:r>
        <w:rPr>
          <w:sz w:val="20"/>
        </w:rPr>
        <w:t>1:16:06  yani aap jo bolen wohi karen, aur jo karen wohi aap ne bola ho.</w:t>
      </w:r>
      <w:r>
        <w:br/>
      </w:r>
      <w:r>
        <w:rPr>
          <w:sz w:val="20"/>
        </w:rPr>
        <w:t>1:16:12  aap ka aap ki private life aur public life dono ek ho.</w:t>
      </w:r>
      <w:r>
        <w:br/>
      </w:r>
      <w:r>
        <w:rPr>
          <w:sz w:val="20"/>
        </w:rPr>
        <w:t>1:16:18  aisa nahi ke aap stage par jo kuch boli bolen, aur ghar mein aayen to doosri boli bolne</w:t>
      </w:r>
      <w:r>
        <w:br/>
      </w:r>
      <w:r>
        <w:rPr>
          <w:sz w:val="20"/>
        </w:rPr>
        <w:t>1:16:23  lagain. To jahan tak maine samjha hai</w:t>
      </w:r>
      <w:r>
        <w:br/>
      </w:r>
      <w:r>
        <w:rPr>
          <w:sz w:val="20"/>
        </w:rPr>
        <w:t>1:16:28  ke pehli jo condition hai</w:t>
      </w:r>
      <w:r>
        <w:br/>
      </w:r>
      <w:r>
        <w:rPr>
          <w:sz w:val="20"/>
        </w:rPr>
        <w:t>1:16:32  paradise mein jane walon ke liye, yani pehla jo chunao hoga woh yahan hoga ke aadmi honest tha</w:t>
      </w:r>
      <w:r>
        <w:br/>
      </w:r>
      <w:r>
        <w:rPr>
          <w:sz w:val="20"/>
        </w:rPr>
        <w:t>1:16:37  ke nahi honest tha.</w:t>
      </w:r>
      <w:r>
        <w:br/>
      </w:r>
      <w:r>
        <w:rPr>
          <w:sz w:val="20"/>
        </w:rPr>
        <w:t>1:16:39  Honesty bajap ke test mein jab aap stand kar jayen to phir doosri cheezen dekhi jayengi.</w:t>
      </w:r>
      <w:r>
        <w:br/>
      </w:r>
      <w:r>
        <w:rPr>
          <w:sz w:val="20"/>
        </w:rPr>
        <w:t>1:16:48  to brief yeh hai ke</w:t>
      </w:r>
      <w:r>
        <w:br/>
      </w:r>
      <w:r>
        <w:rPr>
          <w:sz w:val="20"/>
        </w:rPr>
        <w:t>1:16:52  paradise ke jo bare bare darje hain, woh sab dua work walon ke liye hain.</w:t>
      </w:r>
      <w:r>
        <w:br/>
      </w:r>
      <w:r>
        <w:rPr>
          <w:sz w:val="20"/>
        </w:rPr>
        <w:t>1:16:56  is ke baad jo log kaam karen, to agar un mein honesty thi, agar woh sachay thay, to</w:t>
      </w:r>
      <w:r>
        <w:br/>
      </w:r>
      <w:r>
        <w:rPr>
          <w:sz w:val="20"/>
        </w:rPr>
        <w:t>1:17:03  phir jaisa woh karen ge, us ke lehaz se un ko different story par jagah mile gi.</w:t>
      </w:r>
      <w:r>
        <w:br/>
      </w:r>
      <w:r>
        <w:rPr>
          <w:sz w:val="20"/>
        </w:rPr>
        <w:t>1:17:08  samjhen ke 200 stories hain, goya paradise ki.</w:t>
      </w:r>
      <w:r>
        <w:br/>
      </w:r>
      <w:r>
        <w:rPr>
          <w:sz w:val="20"/>
        </w:rPr>
        <w:t>1:17:13  yeh main samjh samjha hoon.</w:t>
      </w:r>
      <w:r>
        <w:br/>
      </w:r>
      <w:r>
        <w:rPr>
          <w:sz w:val="20"/>
        </w:rPr>
        <w:t>1:17:19  das question is from Manju Varmani.</w:t>
      </w:r>
      <w:r>
        <w:br/>
      </w:r>
      <w:r>
        <w:rPr>
          <w:sz w:val="20"/>
        </w:rPr>
        <w:t>1:17:22  In world that is in chaos, politically, socially and environmentally, can the human race survive for another hundred</w:t>
      </w:r>
      <w:r>
        <w:br/>
      </w:r>
      <w:r>
        <w:rPr>
          <w:sz w:val="20"/>
        </w:rPr>
        <w:t>1:17:30  years from now onwards?</w:t>
      </w:r>
    </w:p>
    <w:p>
      <w:pPr>
        <w:pStyle w:val="Heading2"/>
      </w:pPr>
      <w:r>
        <w:t>Bible verse: God's flute and human indifference</w:t>
      </w:r>
    </w:p>
    <w:p>
      <w:r>
        <w:rPr>
          <w:color w:val="666666"/>
          <w:sz w:val="18"/>
        </w:rPr>
        <w:t>Art of Thinking May 7, 2006 Maulana Wahiduddin Khan · 5m 00s · at 4:40 · https://youtu.be/emWaKS55M_o?t=280</w:t>
      </w:r>
    </w:p>
    <w:p>
      <w:r>
        <w:rPr>
          <w:i/>
        </w:rPr>
        <w:t>“Inna zamarna lakum fama raqastum wa nadabna lakum fama baqeetum”</w:t>
      </w:r>
    </w:p>
    <w:p>
      <w:r>
        <w:rPr>
          <w:sz w:val="20"/>
        </w:rPr>
        <w:t>4:40  woh yeh hai inna zammerna lakum fa ma raqastum wa nadabna lakum fa ma baqaytum.</w:t>
      </w:r>
      <w:r>
        <w:br/>
      </w:r>
      <w:r>
        <w:rPr>
          <w:sz w:val="20"/>
        </w:rPr>
        <w:t>4:50  ek ajib ilhami zuban. ek ajib ilhami zuban maloom hoti hai. inna zammerna lakum fa ma raqastum wa nadabna lakum fa ma baqaytum.</w:t>
      </w:r>
      <w:r>
        <w:br/>
      </w:r>
      <w:r>
        <w:rPr>
          <w:sz w:val="20"/>
        </w:rPr>
        <w:t>5:04  is ka translation yeh hai: agar koi aap mein se is ki English janna chahega to main us ko kitab se dekh kar de doonga.</w:t>
      </w:r>
      <w:r>
        <w:br/>
      </w:r>
      <w:r>
        <w:rPr>
          <w:sz w:val="20"/>
        </w:rPr>
        <w:t>5:14  us waqt mujh ko is ki English translation yaad nahi hai. sirf Urdu translation jo hai woh bataunga aap ko. jab main is ko parhta hoon to mera ajib haal hota hai.</w:t>
      </w:r>
      <w:r>
        <w:br/>
      </w:r>
      <w:r>
        <w:rPr>
          <w:sz w:val="20"/>
        </w:rPr>
        <w:t>5:25  inna zammarana lakum faman raqastum wa nadabna lakum faman baqaytum.</w:t>
      </w:r>
      <w:r>
        <w:br/>
      </w:r>
      <w:r>
        <w:rPr>
          <w:sz w:val="20"/>
        </w:rPr>
        <w:t>5:34  hum ne tumhare liye bansri bajai magar tum ne dance nahi kiya.</w:t>
      </w:r>
      <w:r>
        <w:br/>
      </w:r>
      <w:r>
        <w:rPr>
          <w:sz w:val="20"/>
        </w:rPr>
        <w:t>5:43  yeh symbolic language hai.</w:t>
      </w:r>
      <w:r>
        <w:br/>
      </w:r>
      <w:r>
        <w:rPr>
          <w:sz w:val="20"/>
        </w:rPr>
        <w:t>5:48  hum ne tumhare liye bansri bajai magar tum ne dance nahi kiya. hum ne tumhare liye nauha kiya magar tum ne aansu nahi bahaye.</w:t>
      </w:r>
      <w:r>
        <w:br/>
      </w:r>
      <w:r>
        <w:rPr>
          <w:sz w:val="20"/>
        </w:rPr>
        <w:t>5:59  kaisa ajeeb hai yeh. yani khuda ne is dunya mein aise jalwe rakh diye hain.</w:t>
      </w:r>
      <w:r>
        <w:br/>
      </w:r>
      <w:r>
        <w:rPr>
          <w:sz w:val="20"/>
        </w:rPr>
        <w:t>6:09  aise signs, aise signs rakh diye hain. jin ko dekh kar aap thrill karne lago. ek thrilling experience aap ko hone lago.</w:t>
      </w:r>
      <w:r>
        <w:br/>
      </w:r>
      <w:r>
        <w:rPr>
          <w:sz w:val="20"/>
        </w:rPr>
        <w:t>6:19  ke kaisa great hai woh khuda jis ne aisi anokhi cheez banai.</w:t>
      </w:r>
      <w:r>
        <w:br/>
      </w:r>
      <w:r>
        <w:rPr>
          <w:sz w:val="20"/>
        </w:rPr>
        <w:t>6:28  mein aksar dekhta hoon cheezon ko. maslan grass. ghaas ko mein dekhta hoon to mein sochta hoon ke ghaas ka koi doosra model koi bhi artist nahi bana sakta.</w:t>
      </w:r>
      <w:r>
        <w:br/>
      </w:r>
      <w:r>
        <w:rPr>
          <w:sz w:val="20"/>
        </w:rPr>
        <w:t>6:41  yani ghaas ka jo model hai woh apne final model par hai woh. koi doosra model ghaas ka is se acha nahi bana sakta. aap sher ko dekhiye, tiger ko.</w:t>
      </w:r>
      <w:r>
        <w:br/>
      </w:r>
      <w:r>
        <w:rPr>
          <w:sz w:val="20"/>
        </w:rPr>
        <w:t>6:52  tiger ka jo model hai koi artist is se acha model tiger ka nahi bana sakta. apne final model par tiger hai.</w:t>
      </w:r>
      <w:r>
        <w:br/>
      </w:r>
      <w:r>
        <w:rPr>
          <w:sz w:val="20"/>
        </w:rPr>
        <w:t>7:04  aap peed ko dekhiye, machhli ko dekhiye. sun aur moon ko dekhiye. planet star ko dekhiye. kisi bhi cheez ko dekhiye aap.</w:t>
      </w:r>
      <w:r>
        <w:br/>
      </w:r>
      <w:r>
        <w:rPr>
          <w:sz w:val="20"/>
        </w:rPr>
        <w:t>7:14  har cheez apne final model par dikhai degi. is par aap dekh kar thrill paida hona chahiye. jis ko kaha hai ke kaha ke hum ne bansri bajai tum ne dance nahi kiya.</w:t>
      </w:r>
      <w:r>
        <w:br/>
      </w:r>
      <w:r>
        <w:rPr>
          <w:sz w:val="20"/>
        </w:rPr>
        <w:t>7:28  tum ko thrill nahi aaya.</w:t>
      </w:r>
      <w:r>
        <w:br/>
      </w:r>
      <w:r>
        <w:rPr>
          <w:sz w:val="20"/>
        </w:rPr>
        <w:t>7:32  tumhare andar storm hi aa gaya ke khuda ya kaisa ajeeb hoga tu. kaisi is cheezein bana dali tu ne. aur hum to sirf is ka ek fraction jaan paate hain.</w:t>
      </w:r>
      <w:r>
        <w:br/>
      </w:r>
      <w:r>
        <w:rPr>
          <w:sz w:val="20"/>
        </w:rPr>
        <w:t>7:47  warna is mein kya kya cheezein rakhi hui hain.</w:t>
      </w:r>
      <w:r>
        <w:br/>
      </w:r>
      <w:r>
        <w:rPr>
          <w:sz w:val="20"/>
        </w:rPr>
        <w:t>7:53  mein ek parda dekh raha tha TV mein. TV aam tor par nahi dekhta mein. lekin natural scene hota to dekhta hoon is ko. ek jungle ka scene tha is mein.</w:t>
      </w:r>
      <w:r>
        <w:br/>
      </w:r>
      <w:r>
        <w:rPr>
          <w:sz w:val="20"/>
        </w:rPr>
        <w:t>8:02  is mein podey they. is mein animal they, chidiya thi. itna beautiful lag raha tha, beautiful.</w:t>
      </w:r>
      <w:r>
        <w:br/>
      </w:r>
      <w:r>
        <w:rPr>
          <w:sz w:val="20"/>
        </w:rPr>
        <w:t>8:12  ke mein bilkul dekhne mein mahu ho gaya. aap ne bhi kai baar dekha hoga.</w:t>
      </w:r>
      <w:r>
        <w:br/>
      </w:r>
      <w:r>
        <w:rPr>
          <w:sz w:val="20"/>
        </w:rPr>
        <w:t>8:21  to yahi kaha ke inna zammarana lakum faman raqastum. hum ne bansri bajai magar tum ne dance nahi kiya.</w:t>
      </w:r>
      <w:r>
        <w:br/>
      </w:r>
      <w:r>
        <w:rPr>
          <w:sz w:val="20"/>
        </w:rPr>
        <w:t>8:35  mein ek parda radio par sun raha tha. ek ek</w:t>
      </w:r>
      <w:r>
        <w:br/>
      </w:r>
      <w:r>
        <w:rPr>
          <w:sz w:val="20"/>
        </w:rPr>
        <w:t>8:42  ladki ka interview aa raha tha is mein. jo bohat pasand karti hai music ko. to woh keh rahi thi ke kisi ka naam liya us ne ke us ki music mujhe bohat pasand hai.</w:t>
      </w:r>
      <w:r>
        <w:br/>
      </w:r>
      <w:r>
        <w:rPr>
          <w:sz w:val="20"/>
        </w:rPr>
        <w:t>8:54  to kehne lagi ke jab us ki music aati hai TV par to mein nachne lagti hoon. us music ko sun kar ke mujhe yeh haal hota hai ke mein nachne lagti hoon.</w:t>
      </w:r>
      <w:r>
        <w:br/>
      </w:r>
      <w:r>
        <w:rPr>
          <w:sz w:val="20"/>
        </w:rPr>
        <w:t>9:04  to waqai ke mujhe rone laga mein. ke kaise bewakoof log hain. ek insaan ke mamooli music ko sun kar tumhein dance, tumhein thrill aa raha hai.</w:t>
      </w:r>
      <w:r>
        <w:br/>
      </w:r>
      <w:r>
        <w:rPr>
          <w:sz w:val="20"/>
        </w:rPr>
        <w:t>9:16  aur khuda ki billion trillion time zyada jo bari music hai us par tum ko thrill nahi aata. to yahi matlab hai inna zammarana lakum faman raqastum.</w:t>
      </w:r>
      <w:r>
        <w:br/>
      </w:r>
      <w:r>
        <w:rPr>
          <w:sz w:val="20"/>
        </w:rPr>
        <w:t>9:30  hum ne tumhare liye bansri bajai aur tum ne dance nahi kiya. matlab itni beauty paida ki, itni meaning paida ki.</w:t>
      </w:r>
    </w:p>
    <w:p>
      <w:pPr>
        <w:pStyle w:val="Heading2"/>
      </w:pPr>
      <w:r>
        <w:t>Accountability four questions and call to reflection</w:t>
      </w:r>
    </w:p>
    <w:p>
      <w:r>
        <w:rPr>
          <w:color w:val="666666"/>
          <w:sz w:val="18"/>
        </w:rPr>
        <w:t>Akhirat in Islam 12 March 2006 - Maulana Wahiduddin Khan · 5m 26s · at 4:55 · https://youtu.be/XwKgVf_XJs8?t=295</w:t>
      </w:r>
    </w:p>
    <w:p>
      <w:r>
        <w:rPr>
          <w:i/>
        </w:rPr>
        <w:t>“Along with this the concept of accountability is connected.”</w:t>
      </w:r>
    </w:p>
    <w:p>
      <w:r>
        <w:rPr>
          <w:sz w:val="20"/>
        </w:rPr>
        <w:t>4:55  is ke sath dekhen "concept of accountability" jura hua hai. "concept of accountability".</w:t>
      </w:r>
      <w:r>
        <w:br/>
      </w:r>
      <w:r>
        <w:rPr>
          <w:sz w:val="20"/>
        </w:rPr>
        <w:t>5:05  yani</w:t>
      </w:r>
      <w:r>
        <w:br/>
      </w:r>
      <w:r>
        <w:rPr>
          <w:sz w:val="20"/>
        </w:rPr>
        <w:t>5:09  baad maut ka arsa jo hai woh azadi ka arsa hai. aap azad hain ke jo chahen karen. kisi ko loten, kisi ko khatam karen, kisi ko maren, kuch bhi karen.</w:t>
      </w:r>
      <w:r>
        <w:br/>
      </w:r>
      <w:r>
        <w:rPr>
          <w:sz w:val="20"/>
        </w:rPr>
        <w:t>5:24  aap azad hain.</w:t>
      </w:r>
      <w:r>
        <w:br/>
      </w:r>
      <w:r>
        <w:rPr>
          <w:sz w:val="20"/>
        </w:rPr>
        <w:t>5:29  lekin baad mout ke arsay mein aap accountability ka mamla aap ke samne aye ga, is ka aap ko samna karna pare ga.</w:t>
      </w:r>
      <w:r>
        <w:br/>
      </w:r>
      <w:r>
        <w:rPr>
          <w:sz w:val="20"/>
        </w:rPr>
        <w:t>5:40  yani Khuda ke samne aap ko khara hona pare ga aur aap ko jawab dena pare ga ke aap ne apni azadi ko</w:t>
      </w:r>
      <w:r>
        <w:br/>
      </w:r>
      <w:r>
        <w:rPr>
          <w:sz w:val="20"/>
        </w:rPr>
        <w:t>5:52  theek istemal kiya ya galat istemal kiya. Yeh hai. Hadees mein aata hai ke la yazal qadam abde hatta yus'al an arbaeen.</w:t>
      </w:r>
      <w:r>
        <w:br/>
      </w:r>
      <w:r>
        <w:rPr>
          <w:sz w:val="20"/>
        </w:rPr>
        <w:t>6:09  yani akhirat mein insan ka qadam aage nahi barhe ga jab tak us se char baton ke bare mein pooch na liya jaye.</w:t>
      </w:r>
      <w:r>
        <w:br/>
      </w:r>
      <w:r>
        <w:rPr>
          <w:sz w:val="20"/>
        </w:rPr>
        <w:t>6:26  jab tak us se char baton ke bare mein pooch na liya jaye. Woh char baatein kya hain?</w:t>
      </w:r>
      <w:r>
        <w:br/>
      </w:r>
      <w:r>
        <w:rPr>
          <w:sz w:val="20"/>
        </w:rPr>
        <w:t>6:38  kahan se kamaya aur kahan kharch kiya.</w:t>
      </w:r>
      <w:r>
        <w:br/>
      </w:r>
      <w:r>
        <w:rPr>
          <w:sz w:val="20"/>
        </w:rPr>
        <w:t>6:44  kyun ke aap jante hain ke sari zindagi aadmi kamane kamane kamane mein laga rehta hai. To sab se yani jo sargharmiyan hain insan ki woh sab ki sab</w:t>
      </w:r>
      <w:r>
        <w:br/>
      </w:r>
      <w:r>
        <w:rPr>
          <w:sz w:val="20"/>
        </w:rPr>
        <w:t>7:02  sab ke sab sab ka maqsad yahi hota hai kamana. To buniyadi sargharmiyan jo hain woh yahi hain. Aap kisi se poochein ke tum kya karte ho to bataye ga mein yeh job karta hoon, yeh karobar karta hoon.</w:t>
      </w:r>
      <w:r>
        <w:br/>
      </w:r>
      <w:r>
        <w:rPr>
          <w:sz w:val="20"/>
        </w:rPr>
        <w:t>7:15  To kamana ka matlab hai kamana is duniya mein. To farmaya ke ek baat yeh poochi jaye gi ke tum ne jo paisa kamaya woh kahan se kamaya.</w:t>
      </w:r>
      <w:r>
        <w:br/>
      </w:r>
      <w:r>
        <w:rPr>
          <w:sz w:val="20"/>
        </w:rPr>
        <w:t>7:32  ke nafe tareeqe se ya ghair nafe tareeqe se.</w:t>
      </w:r>
      <w:r>
        <w:br/>
      </w:r>
      <w:r>
        <w:rPr>
          <w:sz w:val="20"/>
        </w:rPr>
        <w:t>7:38  Aur doosri baat yeh poochi jaye gi ke jo kamaya us ko kahan kharch kiya. Mun kahan se kamaya aur kahan kharch kiya.</w:t>
      </w:r>
      <w:r>
        <w:br/>
      </w:r>
      <w:r>
        <w:rPr>
          <w:sz w:val="20"/>
        </w:rPr>
        <w:t>7:55  Yeh do baatein huin. Teesri aur chothi baat yeh hai</w:t>
      </w:r>
      <w:r>
        <w:br/>
      </w:r>
      <w:r>
        <w:rPr>
          <w:sz w:val="20"/>
        </w:rPr>
        <w:t>8:03  ke kya jana aur jo jana us ke mutabiq kiya amal kiya.</w:t>
      </w:r>
      <w:r>
        <w:br/>
      </w:r>
      <w:r>
        <w:rPr>
          <w:sz w:val="20"/>
        </w:rPr>
        <w:t>8:11  Do hi cheezein insan ki sari sargharmiyon ka yani woh rehti hain, markaz bani rehti hain.</w:t>
      </w:r>
      <w:r>
        <w:br/>
      </w:r>
      <w:r>
        <w:rPr>
          <w:sz w:val="20"/>
        </w:rPr>
        <w:t>8:21  yani kamana aur seekhna.</w:t>
      </w:r>
      <w:r>
        <w:br/>
      </w:r>
      <w:r>
        <w:rPr>
          <w:sz w:val="20"/>
        </w:rPr>
        <w:t>8:26  Kamana aur seekhna. To kamane mein kya hai kamana aur kharch karna. Seekhne mein kya hai janna aur us ke mutabiq karna.</w:t>
      </w:r>
      <w:r>
        <w:br/>
      </w:r>
      <w:r>
        <w:rPr>
          <w:sz w:val="20"/>
        </w:rPr>
        <w:t>8:37  Yeh char buniyadi sargharmiyan hain insan ki.</w:t>
      </w:r>
      <w:r>
        <w:br/>
      </w:r>
      <w:r>
        <w:rPr>
          <w:sz w:val="20"/>
        </w:rPr>
        <w:t>8:43  To kamane ke do pehlu hain. Seekhne ke bhi do pehlu hain. To kul char hue yeh. To buniyadi tor par jo accountability hai jo faisla sazi hai</w:t>
      </w:r>
      <w:r>
        <w:br/>
      </w:r>
      <w:r>
        <w:rPr>
          <w:sz w:val="20"/>
        </w:rPr>
        <w:t>9:03  baad mout ke arsay mein woh inhi charon sawalon par faisla hoga. Isi par faisla kiya jaye ga ke kaun haqdar hai jannat ke liye aur kaun haqdar nahi karta.</w:t>
      </w:r>
      <w:r>
        <w:br/>
      </w:r>
      <w:r>
        <w:rPr>
          <w:sz w:val="20"/>
        </w:rPr>
        <w:t>9:17  isi par jahannum aur jannat ka</w:t>
      </w:r>
      <w:r>
        <w:br/>
      </w:r>
      <w:r>
        <w:rPr>
          <w:sz w:val="20"/>
        </w:rPr>
        <w:t>9:22  woh kiya jaye ga.</w:t>
      </w:r>
      <w:r>
        <w:br/>
      </w:r>
      <w:r>
        <w:rPr>
          <w:sz w:val="20"/>
        </w:rPr>
        <w:t>9:27  yani in charon sawalon mein jo poora utre ga us ke liye jannat hai. Abdi duniya. Aur jo is mein poora na utre us ke liye jahannum hai.</w:t>
      </w:r>
      <w:r>
        <w:br/>
      </w:r>
      <w:r>
        <w:rPr>
          <w:sz w:val="20"/>
        </w:rPr>
        <w:t>9:42  Isi theory ya aisi tasawwur ka naam hai akhirat.</w:t>
      </w:r>
      <w:r>
        <w:br/>
      </w:r>
      <w:r>
        <w:rPr>
          <w:sz w:val="20"/>
        </w:rPr>
        <w:t>9:53  To dekhein</w:t>
      </w:r>
      <w:r>
        <w:br/>
      </w:r>
      <w:r>
        <w:rPr>
          <w:sz w:val="20"/>
        </w:rPr>
        <w:t>9:57  yeh sochne ki baat hai ke</w:t>
      </w:r>
      <w:r>
        <w:br/>
      </w:r>
      <w:r>
        <w:rPr>
          <w:sz w:val="20"/>
        </w:rPr>
        <w:t>10:06  kaise koi aadmi kamyab hoga baad maut ke arse mein. yeh baat ko janna chahiye. is ko sochna chahiye.</w:t>
      </w:r>
      <w:r>
        <w:br/>
      </w:r>
      <w:r>
        <w:rPr>
          <w:sz w:val="20"/>
        </w:rPr>
        <w:t>10:17  is ko gehrai mein ja kar dekhen.</w:t>
      </w:r>
    </w:p>
    <w:p>
      <w:pPr>
        <w:pStyle w:val="Heading2"/>
      </w:pPr>
      <w:r>
        <w:t>Hadith of political fire before Qiyamah, linked to Arab Spring</w:t>
      </w:r>
    </w:p>
    <w:p>
      <w:r>
        <w:rPr>
          <w:color w:val="666666"/>
          <w:sz w:val="18"/>
        </w:rPr>
        <w:t>From The Spiritual Tree February 20, 2011 · 3m 59s · at 13:56 · https://youtu.be/FzOkE_KElUA?t=836</w:t>
      </w:r>
    </w:p>
    <w:p>
      <w:r>
        <w:rPr>
          <w:i/>
        </w:rPr>
        <w:t>“Qiyamat se pehle Yemen se ek aag uthegi”</w:t>
      </w:r>
    </w:p>
    <w:p>
      <w:r>
        <w:rPr>
          <w:sz w:val="20"/>
        </w:rPr>
        <w:t>13:56  ek pehlu iska ye hai ke hadees mein aaya hai ke qayamat se pehle kuch nishaniyan zaahir hongi, kuch signs. qayamat se pehle</w:t>
      </w:r>
      <w:r>
        <w:br/>
      </w:r>
      <w:r>
        <w:rPr>
          <w:sz w:val="20"/>
        </w:rPr>
        <w:t>14:12  is mein se ek nishani ye batayi gayi hai ke yaman se ek aag aayegi jo poore area ko apni lapet mein le legi.</w:t>
      </w:r>
      <w:r>
        <w:br/>
      </w:r>
      <w:r>
        <w:rPr>
          <w:sz w:val="20"/>
        </w:rPr>
        <w:t>14:21  is area se murad muslim area hai, america, europe nahin hai.</w:t>
      </w:r>
      <w:r>
        <w:br/>
      </w:r>
      <w:r>
        <w:rPr>
          <w:sz w:val="20"/>
        </w:rPr>
        <w:t>14:28  to ye hi to muslim world hai jisko hum world world kehte hain. aur yaman hi se shuru hui ye december 2010 mein.</w:t>
      </w:r>
      <w:r>
        <w:br/>
      </w:r>
      <w:r>
        <w:rPr>
          <w:sz w:val="20"/>
        </w:rPr>
        <w:t>14:39  to ye aag jo hai haqeeqat mein political aag hai. aag se murad wo fiziki aag nahin hai. ye tamsil ki zaban hai.</w:t>
      </w:r>
      <w:r>
        <w:br/>
      </w:r>
      <w:r>
        <w:rPr>
          <w:sz w:val="20"/>
        </w:rPr>
        <w:t>14:51  ye tamsil ki zaban hai. hadees mein jo aag ka lafz aaya hai, naar, noon, alif, re, naar ka lafz, fire, ise bulata hai political fire, siyasi aag.</w:t>
      </w:r>
      <w:r>
        <w:br/>
      </w:r>
      <w:r>
        <w:rPr>
          <w:sz w:val="20"/>
        </w:rPr>
        <w:t>15:03  to ye hi hai siyasi aag.</w:t>
      </w:r>
      <w:r>
        <w:br/>
      </w:r>
      <w:r>
        <w:rPr>
          <w:sz w:val="20"/>
        </w:rPr>
        <w:t>15:08  is siyasi aag ka matlab kya hai? iska matlab hai ke musalman apni bigaad ke aakhri darje mein pahunch chuke honge.</w:t>
      </w:r>
      <w:r>
        <w:br/>
      </w:r>
      <w:r>
        <w:rPr>
          <w:sz w:val="20"/>
        </w:rPr>
        <w:t>15:17  iske aage aag ka koi darja nahin. ye matlab hai iska. ye ek manifestation hai, ek izhaar hai is baat ka. ab musalman jo hain apni bigaad ke aakhri darje mein pahunch chuke hain.</w:t>
      </w:r>
      <w:r>
        <w:br/>
      </w:r>
      <w:r>
        <w:rPr>
          <w:sz w:val="20"/>
        </w:rPr>
        <w:t>15:33  bas nashukri, nashukri, nashukri, nashukri.</w:t>
      </w:r>
      <w:r>
        <w:br/>
      </w:r>
      <w:r>
        <w:rPr>
          <w:sz w:val="20"/>
        </w:rPr>
        <w:t>15:37  bigaad kya hai? nashukri ka naam bigaad hai.</w:t>
      </w:r>
      <w:r>
        <w:br/>
      </w:r>
      <w:r>
        <w:rPr>
          <w:sz w:val="20"/>
        </w:rPr>
        <w:t>15:43  ye Quran majeed ki pehli aayat hai: "alhamdu lillahi rabbil aalameen".</w:t>
      </w:r>
      <w:r>
        <w:br/>
      </w:r>
      <w:r>
        <w:rPr>
          <w:sz w:val="20"/>
        </w:rPr>
        <w:t>15:50  mufassireen ne likha hai ke hamd jo hai is mein shukr ka mafhum ghalib hai.</w:t>
      </w:r>
      <w:r>
        <w:br/>
      </w:r>
      <w:r>
        <w:rPr>
          <w:sz w:val="20"/>
        </w:rPr>
        <w:t>15:57  is mein tareef ka mafhum bhi aata hai lekin shukr ka mafhum ghalib hai. yani grateful-ness ke khuda ya tera shukr hai, tu rabb al-aleen hai.</w:t>
      </w:r>
      <w:r>
        <w:br/>
      </w:r>
      <w:r>
        <w:rPr>
          <w:sz w:val="20"/>
        </w:rPr>
        <w:t>16:08  ye khulasa hai deen khudawandi ka. Allah jo deen chahta hai insaan se, iska khulasa ye hai ke aap hamd ke nafsiyat mein jiyen.</w:t>
      </w:r>
      <w:r>
        <w:br/>
      </w:r>
      <w:r>
        <w:rPr>
          <w:sz w:val="20"/>
        </w:rPr>
        <w:t>16:22  hamd ke sentiment mein jiyen.</w:t>
      </w:r>
      <w:r>
        <w:br/>
      </w:r>
      <w:r>
        <w:rPr>
          <w:sz w:val="20"/>
        </w:rPr>
        <w:t>16:26  hamd ke zehan ke saath jiyo. yani shukr ke: alhamdulillah rabb al-aleen. ye koi koi yani kuch lafzon ki baat nahin hai.</w:t>
      </w:r>
      <w:r>
        <w:br/>
      </w:r>
      <w:r>
        <w:rPr>
          <w:sz w:val="20"/>
        </w:rPr>
        <w:t>16:40  kuch words ki baat nahin hai ke woh aap munh se bol diya, bas nahin. hamd mein jeena. aap ki soch, aap ke jazbaat, aap ka attitude, har cheez: hamd, hamd, hamd, shukr, shukr, shukr.</w:t>
      </w:r>
      <w:r>
        <w:br/>
      </w:r>
      <w:r>
        <w:rPr>
          <w:sz w:val="20"/>
        </w:rPr>
        <w:t>16:56  shukr ka charcha ho, shukr ki soch ho, shukr aap ka har waqt focus mein rahta ho, shukr aap ka concern bana hua ho.</w:t>
      </w:r>
      <w:r>
        <w:br/>
      </w:r>
      <w:r>
        <w:rPr>
          <w:sz w:val="20"/>
        </w:rPr>
        <w:t>17:04  ek ye tareeqa hai. doosra tareeqa ye hai ke aap nashukri mein jeene lagen. to aaj ke musalman duniya mein kahin bhi jayen, ye sab lage ke sab nashukri hi mein je rahe hain.</w:t>
      </w:r>
      <w:r>
        <w:br/>
      </w:r>
      <w:r>
        <w:rPr>
          <w:sz w:val="20"/>
        </w:rPr>
        <w:t>17:18  Sab shikayat ki boli bolein ge, sab protest ki boli bolein ge, sab nafrat ki boli bolein ge.</w:t>
      </w:r>
      <w:r>
        <w:br/>
      </w:r>
      <w:r>
        <w:rPr>
          <w:sz w:val="20"/>
        </w:rPr>
        <w:t>17:27  india se lekar aap america tak chale jayen, koi musalman aap ko nahin milega jo shukr ki boli bolta ho, sab nafrat ki boli.</w:t>
      </w:r>
      <w:r>
        <w:br/>
      </w:r>
      <w:r>
        <w:rPr>
          <w:sz w:val="20"/>
        </w:rPr>
        <w:t>17:36  To ye yeh baat nahi ke duniya aaj ki muslim duniya par shaitan dominate kar raha hai. Angel dominate nahi kar rahe. Satan ka influence hai, ye saari muslim duniya satan ke influence mein aa gayi hai.</w:t>
      </w:r>
    </w:p>
    <w:p>
      <w:pPr>
        <w:pStyle w:val="Heading2"/>
      </w:pPr>
      <w:r>
        <w:t>Science reveals God's glory in nature</w:t>
      </w:r>
    </w:p>
    <w:p>
      <w:r>
        <w:rPr>
          <w:color w:val="666666"/>
          <w:sz w:val="18"/>
        </w:rPr>
        <w:t>Religion in the Age of Science June 15, 2008 · 5m 34s · at 20:59 · https://youtu.be/utKHeKzoGhw?t=1259</w:t>
      </w:r>
    </w:p>
    <w:p>
      <w:r>
        <w:rPr>
          <w:i/>
        </w:rPr>
        <w:t>“Aap jaante hain ke science ka subject kya hai? Nature hai.”</w:t>
      </w:r>
    </w:p>
    <w:p>
      <w:r>
        <w:rPr>
          <w:sz w:val="20"/>
        </w:rPr>
        <w:t>20:59  aap jante hain ke science ka subject kya hai? nature hai. science subject jo hai nature hai. nature mein unhon ne explore kiya.</w:t>
      </w:r>
      <w:r>
        <w:br/>
      </w:r>
      <w:r>
        <w:rPr>
          <w:sz w:val="20"/>
        </w:rPr>
        <w:t>21:08  nature mein unhon ne discover kiya. aur sari baaten pata kien. to mislan aap dekhiye pehle zamane mein pahaar ko log dekhte the ke bas ek ooncha pahaar khara hua hai jaise ek.</w:t>
      </w:r>
      <w:r>
        <w:br/>
      </w:r>
      <w:r>
        <w:rPr>
          <w:sz w:val="20"/>
        </w:rPr>
        <w:t>21:21  lekin science ne discover kiya ke pahaar jo hai yeh bohat meaningful cheez hai yeh. kyun? khuda ne zameen mein jab bohat ziyada pani paida kiya.</w:t>
      </w:r>
      <w:r>
        <w:br/>
      </w:r>
      <w:r>
        <w:rPr>
          <w:sz w:val="20"/>
        </w:rPr>
        <w:t>21:33  aur zameen ka three fourths hissa pani se bhar diya. aap jante hain ke pacific ocean jo hai itna deep hai ke himalaya pahaar jis ki oonchai hai three and half miles high.</w:t>
      </w:r>
      <w:r>
        <w:br/>
      </w:r>
      <w:r>
        <w:rPr>
          <w:sz w:val="20"/>
        </w:rPr>
        <w:t>21:48  saare teen mile ooncha hai himalaya pahaar. is ko aap daal dein pacific ocean mein to doob jaye ga woh. dikhai nahi dega woh. saare teen mile ooncha pahaar aap daal diye pacific ocean mein.</w:t>
      </w:r>
      <w:r>
        <w:br/>
      </w:r>
      <w:r>
        <w:rPr>
          <w:sz w:val="20"/>
        </w:rPr>
        <w:t>22:02  to itna gehra hai ke woh doob jaye ga. to zameen mein jab itni gehrai mein pani khuda ne rakha to zameen mein balance jo tha woh qaim rakhne ke liye khuda ne ubhaar paida kar diye.</w:t>
      </w:r>
      <w:r>
        <w:br/>
      </w:r>
      <w:r>
        <w:rPr>
          <w:sz w:val="20"/>
        </w:rPr>
        <w:t>22:18  pahaar ka ubhaar. quran mein hai ke zameen ka tawazun na toot jaye. zameen ka balance na toot jaye. yeh kis ko pata tha?</w:t>
      </w:r>
      <w:r>
        <w:br/>
      </w:r>
      <w:r>
        <w:rPr>
          <w:sz w:val="20"/>
        </w:rPr>
        <w:t>22:28  yeh science ne paida kiya jis ko kehte hain isosthesy. isosthesy zamane mein kaha jata hai is ko. isosthesy jo hai ek scientific theory hai jo yeh batati hai ke khuda ne zameen ke itne bhari bojh jo zameen mein pani ka hai is ko balance karne ke liye zameen mein khuda ne yeh kiya ke pahaaron ko ubhaar diya.</w:t>
      </w:r>
      <w:r>
        <w:br/>
      </w:r>
      <w:r>
        <w:rPr>
          <w:sz w:val="20"/>
        </w:rPr>
        <w:t>22:54  pahaaron ka ubhaar aur samundaron ka ke gehrai mein pani ka hona dono mil kar ke zameen ka balance banaye hue hain.</w:t>
      </w:r>
      <w:r>
        <w:br/>
      </w:r>
      <w:r>
        <w:rPr>
          <w:sz w:val="20"/>
        </w:rPr>
        <w:t>23:04  yeh to kisi ko pata nahi tha. isosthesy ka isosthesy kisi ko pata nahi tha. to pahaar dekhte the lekin pahaar mein jo jo meaning hai us se bekhabar the.</w:t>
      </w:r>
      <w:r>
        <w:br/>
      </w:r>
      <w:r>
        <w:rPr>
          <w:sz w:val="20"/>
        </w:rPr>
        <w:t>23:17  aise hi samundar dekhte the. samundar ko bas dekhte the ke samundar hai, bohat sara pani. lekin samundar mein jo aur sari cheezen hain woh kisi ko pata nahi tha.</w:t>
      </w:r>
      <w:r>
        <w:br/>
      </w:r>
      <w:r>
        <w:rPr>
          <w:sz w:val="20"/>
        </w:rPr>
        <w:t>23:30  ke kis tarah samundar mein ten percent salt mila hua hai. as a preservative kis tarah se yani woh garmiyon mein bhap uthti hai, pani neeche reh jata hai aur fresh water ooper jata hai.</w:t>
      </w:r>
      <w:r>
        <w:br/>
      </w:r>
      <w:r>
        <w:rPr>
          <w:sz w:val="20"/>
        </w:rPr>
        <w:t>23:46  phir dobara woh rain hoti hai, woh barasta hai, fresh water neeche. ek poora jo ek mechanism hai woh kisi ko pata nahi tha.</w:t>
      </w:r>
      <w:r>
        <w:br/>
      </w:r>
      <w:r>
        <w:rPr>
          <w:sz w:val="20"/>
        </w:rPr>
        <w:t>23:56  main wahan gaya kashmir. to main valley mein tha to himalaya pahaar ooncha khara hua tha.</w:t>
      </w:r>
      <w:r>
        <w:br/>
      </w:r>
      <w:r>
        <w:rPr>
          <w:sz w:val="20"/>
        </w:rPr>
        <w:t>24:07  ooper barf chamak rahi thi. to wahan par barish aayi to lekin barish bohat halki halki phuwar ki shakal mein thi.</w:t>
      </w:r>
      <w:r>
        <w:br/>
      </w:r>
      <w:r>
        <w:rPr>
          <w:sz w:val="20"/>
        </w:rPr>
        <w:t>24:17  phuwar. light shower. to dekhiye yeh jo pahaar hain pahaar ke ooper waisi barish nahi hoti jaise ke hamare haan hoti hai.</w:t>
      </w:r>
      <w:r>
        <w:br/>
      </w:r>
      <w:r>
        <w:rPr>
          <w:sz w:val="20"/>
        </w:rPr>
        <w:t>24:29  dhuwan daar barish hui. jis ko kehte hain mosla dhaar barish. aise nahi hoti. yeh jo kaha jata hai woh idhar hoti hai, pahaaron par nahi hoti hai.</w:t>
      </w:r>
      <w:r>
        <w:br/>
      </w:r>
      <w:r>
        <w:rPr>
          <w:sz w:val="20"/>
        </w:rPr>
        <w:t>24:43  wahan to bohat halka halka phuwar aata hai. kyun? is liye ke woh jo aata hai halka halka usi se wahan barf jamti hai.</w:t>
      </w:r>
      <w:r>
        <w:br/>
      </w:r>
      <w:r>
        <w:rPr>
          <w:sz w:val="20"/>
        </w:rPr>
        <w:t>24:53  dheere dheere aata hai pahaar ke ooper. wahan thandak hoti hai. ise jamta chala jata hai. is se sara yahan se wahan tak barf jam jata hai. phir saal bhar woh suraj ki garmi se halka halka woh yani melt hota hai.</w:t>
      </w:r>
      <w:r>
        <w:br/>
      </w:r>
      <w:r>
        <w:rPr>
          <w:sz w:val="20"/>
        </w:rPr>
        <w:t>25:08  melt ho kar ke woh aata hai stream mein. behte behte phir ise ganga, jamna aur nadiyaan banti hain. yeh kaun janta tha yeh sab baaten? aise hi hum saans lete hain.</w:t>
      </w:r>
      <w:r>
        <w:br/>
      </w:r>
      <w:r>
        <w:rPr>
          <w:sz w:val="20"/>
        </w:rPr>
        <w:t>25:21  kis ko pata tha ke ek bohat bara mechanism hai ke hum apne munh se nikala hum ne carbon dioxide us ke liye liya darakhton ne.</w:t>
      </w:r>
      <w:r>
        <w:br/>
      </w:r>
      <w:r>
        <w:rPr>
          <w:sz w:val="20"/>
        </w:rPr>
        <w:t>25:30  unhon ne is ke badle mein hamein oxygen diya. to hum ne inhale kiya oxygen, exhale kiya hum ne carbon. yeh kaun janta tha?</w:t>
      </w:r>
      <w:r>
        <w:br/>
      </w:r>
      <w:r>
        <w:rPr>
          <w:sz w:val="20"/>
        </w:rPr>
        <w:t>25:41  to yeh dunya jo hai hamare aas paas yeh ek living industry hai, living industry. lekin yeh silent hai. hum hum hum industry lagate hain to us waqt ek noisy industry hoti hai.</w:t>
      </w:r>
      <w:r>
        <w:br/>
      </w:r>
      <w:r>
        <w:rPr>
          <w:sz w:val="20"/>
        </w:rPr>
        <w:t>25:55  woh noisy industry har waqt shor hai, dhuwan hai. bohat sare problem hain. to aap jaan lete hain ke industry lagi hui hai yahan par. yani industry jo hai har waqt batati rehti hai ke main industry hoon.</w:t>
      </w:r>
      <w:r>
        <w:br/>
      </w:r>
      <w:r>
        <w:rPr>
          <w:sz w:val="20"/>
        </w:rPr>
        <w:t>26:09  apne shor se, apne dhuyein se, apne jo problem create karti hai woh. itna bara universe ka karkhana hai. har waqt ek industry, living industry chal rahi hai yahan pe.</w:t>
      </w:r>
      <w:r>
        <w:br/>
      </w:r>
      <w:r>
        <w:rPr>
          <w:sz w:val="20"/>
        </w:rPr>
        <w:t>26:21  aur koi shor nahin hai. to Khuda ki industry noisy industry nahin hai. to hum kaise janen is ko? hum be khabar thay. to Khuda ne science ko paida kiya.</w:t>
      </w:r>
    </w:p>
    <w:p>
      <w:pPr>
        <w:pStyle w:val="Heading2"/>
      </w:pPr>
      <w:r>
        <w:t>Quran as the only authentic source on paradise</w:t>
      </w:r>
    </w:p>
    <w:p>
      <w:r>
        <w:rPr>
          <w:color w:val="666666"/>
          <w:sz w:val="18"/>
        </w:rPr>
        <w:t>Return to Paradise May 30, 2009 · 3m 51s · at 0:24 · https://youtu.be/WnsvBfxBpVQ?t=24</w:t>
      </w:r>
    </w:p>
    <w:p>
      <w:r>
        <w:rPr>
          <w:i/>
        </w:rPr>
        <w:t>“Today's topic for this evening is Return to Paradise”</w:t>
      </w:r>
    </w:p>
    <w:p>
      <w:r>
        <w:rPr>
          <w:sz w:val="20"/>
        </w:rPr>
        <w:t>0:24  da topic for this evening is "return to paradise".</w:t>
      </w:r>
      <w:r>
        <w:br/>
      </w:r>
      <w:r>
        <w:rPr>
          <w:sz w:val="20"/>
        </w:rPr>
        <w:t>0:37  this theme is derived from the Quran.</w:t>
      </w:r>
      <w:r>
        <w:br/>
      </w:r>
      <w:r>
        <w:rPr>
          <w:sz w:val="20"/>
        </w:rPr>
        <w:t>0:46  according to my knowledge, Quran is the only authentic source to understand what is paradise and what were the details of paradise.</w:t>
      </w:r>
      <w:r>
        <w:br/>
      </w:r>
      <w:r>
        <w:rPr>
          <w:sz w:val="20"/>
        </w:rPr>
        <w:t>1:06  if you visit internet and find out how many references are on the internet regarding paradise,</w:t>
      </w:r>
      <w:r>
        <w:br/>
      </w:r>
      <w:r>
        <w:rPr>
          <w:sz w:val="20"/>
        </w:rPr>
        <w:t>1:18  you will be given the answer that there are more than one billion references on the internet.</w:t>
      </w:r>
      <w:r>
        <w:br/>
      </w:r>
      <w:r>
        <w:rPr>
          <w:sz w:val="20"/>
        </w:rPr>
        <w:t>1:28  this answer is only about the English language. if you include other languages, that the number will increase up to several billions.</w:t>
      </w:r>
      <w:r>
        <w:br/>
      </w:r>
      <w:r>
        <w:rPr>
          <w:sz w:val="20"/>
        </w:rPr>
        <w:t>1:46  I have read many literature about paradise, but I found that other than Quran, there is no clear cut picture of the paradise or rationally understandable picture</w:t>
      </w:r>
      <w:r>
        <w:br/>
      </w:r>
      <w:r>
        <w:rPr>
          <w:sz w:val="20"/>
        </w:rPr>
        <w:t>2:13  only Quran gives you the details and all those things that we require this regard.</w:t>
      </w:r>
      <w:r>
        <w:br/>
      </w:r>
      <w:r>
        <w:rPr>
          <w:sz w:val="20"/>
        </w:rPr>
        <w:t>2:23  for example, there is a well known book compiled by John Milton. John Milton was a great English poet</w:t>
      </w:r>
      <w:r>
        <w:br/>
      </w:r>
      <w:r>
        <w:rPr>
          <w:sz w:val="20"/>
        </w:rPr>
        <w:t>2:43  he flourish in seventeen century. he has compiled two volume in this regard.</w:t>
      </w:r>
      <w:r>
        <w:br/>
      </w:r>
      <w:r>
        <w:rPr>
          <w:sz w:val="20"/>
        </w:rPr>
        <w:t>2:58  the title is "paradise lost" and the second title is "paradise regain".</w:t>
      </w:r>
      <w:r>
        <w:br/>
      </w:r>
      <w:r>
        <w:rPr>
          <w:sz w:val="20"/>
        </w:rPr>
        <w:t>3:12  but in this books, you cannot find the details of the paradise. in this books, there are some fixed lies picture of paradise, but you cannot find real picture of paradise in this books.</w:t>
      </w:r>
      <w:r>
        <w:br/>
      </w:r>
      <w:r>
        <w:rPr>
          <w:sz w:val="20"/>
        </w:rPr>
        <w:t>3:31  quran az a preserved book</w:t>
      </w:r>
      <w:r>
        <w:br/>
      </w:r>
      <w:r>
        <w:rPr>
          <w:sz w:val="20"/>
        </w:rPr>
        <w:t>3:36  so what is stated in the quran, we can say that it is authentic statement.</w:t>
      </w:r>
      <w:r>
        <w:br/>
      </w:r>
      <w:r>
        <w:rPr>
          <w:sz w:val="20"/>
        </w:rPr>
        <w:t>3:47  in quran, we find the scheme of god. in quran, we find the creation plan of god. in quran, we find the creation of man and paradise, all these things.</w:t>
      </w:r>
      <w:r>
        <w:br/>
      </w:r>
      <w:r>
        <w:rPr>
          <w:sz w:val="20"/>
        </w:rPr>
        <w:t>4:02  so according to my knowledge, quran is the only source of getting knowledge about paradise.</w:t>
      </w:r>
    </w:p>
    <w:p>
      <w:pPr>
        <w:pStyle w:val="Heading2"/>
      </w:pPr>
      <w:r>
        <w:t>two personal stories on never reacting to avoid conflict</w:t>
      </w:r>
    </w:p>
    <w:p>
      <w:r>
        <w:rPr>
          <w:color w:val="666666"/>
          <w:sz w:val="18"/>
        </w:rPr>
        <w:t>Purpose of Human Life December 2, 2012 · 4m 40s · at 1:58:48 · https://youtu.be/EAoYsEtqWd8?t=7128</w:t>
      </w:r>
    </w:p>
    <w:p>
      <w:r>
        <w:rPr>
          <w:i/>
        </w:rPr>
        <w:t>“Bas car pait band kijiye”</w:t>
      </w:r>
    </w:p>
    <w:p>
      <w:r>
        <w:rPr>
          <w:sz w:val="20"/>
        </w:rPr>
        <w:t>1:58:48  maulana agla sawal dr pardhan ka hai delhi se. Unhone aapse poocha hai ke "How can we avoid conflict with others?" Bas car peet band kijiye.</w:t>
      </w:r>
      <w:r>
        <w:br/>
      </w:r>
      <w:r>
        <w:rPr>
          <w:sz w:val="20"/>
        </w:rPr>
        <w:t>1:59:03  jaise main karta hoon. Main aapko ek dilchasp qissa yahan bata chuka hoon is se pehle.</w:t>
      </w:r>
      <w:r>
        <w:br/>
      </w:r>
      <w:r>
        <w:rPr>
          <w:sz w:val="20"/>
        </w:rPr>
        <w:t>1:59:10  dekhiye, hamare ghar mein peeche ki taraf woh hai, pole hai. To taar udhar se idhar aata hai.</w:t>
      </w:r>
      <w:r>
        <w:br/>
      </w:r>
      <w:r>
        <w:rPr>
          <w:sz w:val="20"/>
        </w:rPr>
        <w:t>1:59:22  to wahan main aksar baithta hoon. To yeh taar udhar se idhar aa raha tha, iske lehrein daudti rehti hain. Main wahan baith kar tamasha dekhta hoon iska.</w:t>
      </w:r>
      <w:r>
        <w:br/>
      </w:r>
      <w:r>
        <w:rPr>
          <w:sz w:val="20"/>
        </w:rPr>
        <w:t>1:59:31  to ek din kya hua ke ek gilhari udhar se aa rahi thi, aur ek gilhari udhar se aa rahi thi. To yahan par takrao hota. To kya hua ke jaise aamne saamne hua, ek gilhari latak gayi.</w:t>
      </w:r>
      <w:r>
        <w:br/>
      </w:r>
      <w:r>
        <w:rPr>
          <w:sz w:val="20"/>
        </w:rPr>
        <w:t>1:59:45  ek jab guzar gayi to phir doosri chali gayi. To maine kaha yeh hai allah taala ki taraf se sabak insan ko ke takrao mat karo, isko jaane do, raasta de do isko.</w:t>
      </w:r>
      <w:r>
        <w:br/>
      </w:r>
      <w:r>
        <w:rPr>
          <w:sz w:val="20"/>
        </w:rPr>
        <w:t>1:59:57  yani baghair kisi behas ke, baghair kisi takrar ke, yani jaise hi woh saamne aayi, jaldi se latak gayi woh neeche. Aur woh chali gayi.</w:t>
      </w:r>
      <w:r>
        <w:br/>
      </w:r>
      <w:r>
        <w:rPr>
          <w:sz w:val="20"/>
        </w:rPr>
        <w:t>2:00:07  yeh kijiye. Yeh to, yeh to, yeh to ghussa log ho jaate hain, mushtael ho jaate hain, bhadak uthte hain.</w:t>
      </w:r>
      <w:r>
        <w:br/>
      </w:r>
      <w:r>
        <w:rPr>
          <w:sz w:val="20"/>
        </w:rPr>
        <w:t>2:00:17  iski wajah se sab baatein paida hoti hain. Aap ghussa na hon, ishtial na paida karein. To aap bhi yeh hi karenge ke jaao tum</w:t>
      </w:r>
      <w:r>
        <w:br/>
      </w:r>
      <w:r>
        <w:rPr>
          <w:sz w:val="20"/>
        </w:rPr>
        <w:t>2:00:25  bhi pehle chale jaao, hum baad ko jayenge. Tum hi pehle chale jaao.</w:t>
      </w:r>
      <w:r>
        <w:br/>
      </w:r>
      <w:r>
        <w:rPr>
          <w:sz w:val="20"/>
        </w:rPr>
        <w:t>2:00:33  to main to, yani yeh yeh gilhari culture maine khud ikhtiyar kar rakha hai bachpan se. Yeh jo gilhari culture hai, jo isko main kahoon ga natural culture, woh zindagi bhar mera tareeqa hi raha hai.</w:t>
      </w:r>
      <w:r>
        <w:br/>
      </w:r>
      <w:r>
        <w:rPr>
          <w:sz w:val="20"/>
        </w:rPr>
        <w:t>2:00:47  main kabhi kisi se takrao nahi karta ke jaao bhai tum hi jaao pehle, main baad ko jaunga.</w:t>
      </w:r>
      <w:r>
        <w:br/>
      </w:r>
      <w:r>
        <w:rPr>
          <w:sz w:val="20"/>
        </w:rPr>
        <w:t>2:00:52  main apna qissa batata hoon aapko ke kingzway camp mein ek qissa hua. Main kisi wajah se wahan gaya, bus se utra, aur is road ki taraf se idhar jaana tha mujhe.</w:t>
      </w:r>
      <w:r>
        <w:br/>
      </w:r>
      <w:r>
        <w:rPr>
          <w:sz w:val="20"/>
        </w:rPr>
        <w:t>2:01:08  jab main idhar park karke ja raha tha to ek cycle wala ek ladka, bohat tez dharradharr aaya, aur mujhse takra gaya woh. To woh bhi gir gaya, main bhi gir gaya.</w:t>
      </w:r>
      <w:r>
        <w:br/>
      </w:r>
      <w:r>
        <w:rPr>
          <w:sz w:val="20"/>
        </w:rPr>
        <w:t>2:01:19  to maine us se ek lafz nahi kaha,</w:t>
      </w:r>
      <w:r>
        <w:br/>
      </w:r>
      <w:r>
        <w:rPr>
          <w:sz w:val="20"/>
        </w:rPr>
        <w:t>2:01:21  chup chap jaa kar road ke kinare baith gaya, aise hi sochne laga ke ab mujhe kya karna chahiye. Kyunke chot bhi lagti thi, khoon bhi beh raha tha. Soch raha hoon, soch raha hoon, soch raha hoon.</w:t>
      </w:r>
      <w:r>
        <w:br/>
      </w:r>
      <w:r>
        <w:rPr>
          <w:sz w:val="20"/>
        </w:rPr>
        <w:t>2:01:31  sham ka waqt tha to ek police wala aaya, lagta mujhse poochne. matlab woh chahta tha ke kuch iske khilaf report kare. to mujhse poocha, ab mein ab kuch bol nahin raha hoon.</w:t>
      </w:r>
      <w:r>
        <w:br/>
      </w:r>
      <w:r>
        <w:rPr>
          <w:sz w:val="20"/>
        </w:rPr>
        <w:t>2:01:44  to yeh keh ke chala gaya ke baba tu kuch boltah nahin. woh police wala jab dekha ke mein koi jawab nahin de raha hoon to yeh keh ke chala gaya ke baba tu kuch boltah nahin.</w:t>
      </w:r>
      <w:r>
        <w:br/>
      </w:r>
      <w:r>
        <w:rPr>
          <w:sz w:val="20"/>
        </w:rPr>
        <w:t>2:01:55  bethe bethe mein ne socha ke sab se pehle mujhe jana chahiye ek doctor ke paas.</w:t>
      </w:r>
      <w:r>
        <w:br/>
      </w:r>
      <w:r>
        <w:rPr>
          <w:sz w:val="20"/>
        </w:rPr>
        <w:t>2:02:00  doctor ke paas ja ke injection lagwaya mein ne, kyun ke lohe ki chot lagne wali chot lagi thi woh. to baat khatam ho gayi. ladta hoon mein to aap jante hain ke matlab breakdown hota.</w:t>
      </w:r>
      <w:r>
        <w:br/>
      </w:r>
      <w:r>
        <w:rPr>
          <w:sz w:val="20"/>
        </w:rPr>
        <w:t>2:02:13  breakdown hota. to kuch nahin, koi kuch aur karna nahin hai siwaye iske ke aap na karein. sab se bara karna yeh hai ke aap na karein.</w:t>
      </w:r>
      <w:r>
        <w:br/>
      </w:r>
      <w:r>
        <w:rPr>
          <w:sz w:val="20"/>
        </w:rPr>
        <w:t>2:02:25  sab se bari ladai yeh hai ke aap na ladein.</w:t>
      </w:r>
      <w:r>
        <w:br/>
      </w:r>
      <w:r>
        <w:rPr>
          <w:sz w:val="20"/>
        </w:rPr>
        <w:t>2:02:29  sab se bara bolna yeh hai ke aap na bolein.</w:t>
      </w:r>
      <w:r>
        <w:br/>
      </w:r>
      <w:r>
        <w:rPr>
          <w:sz w:val="20"/>
        </w:rPr>
        <w:t>2:02:34  hadith mein aata hai ke "man samata naja". jo chup raha usne nijat pai. to kya hai? chup rehna bhi ek kaam hai. lekin log bolne ko kaam samajhte hain.</w:t>
      </w:r>
      <w:r>
        <w:br/>
      </w:r>
      <w:r>
        <w:rPr>
          <w:sz w:val="20"/>
        </w:rPr>
        <w:t>2:02:46  to chup rehna sab se bara bolna hai. na ladna sab se bari ladai hai. takrao na karna sab se bara amal hai.</w:t>
      </w:r>
      <w:r>
        <w:br/>
      </w:r>
      <w:r>
        <w:rPr>
          <w:sz w:val="20"/>
        </w:rPr>
        <w:t>2:02:56  isi raaz ko log jante nahin hain.</w:t>
      </w:r>
      <w:r>
        <w:br/>
      </w:r>
      <w:r>
        <w:rPr>
          <w:sz w:val="20"/>
        </w:rPr>
        <w:t>2:02:59  is raaz ko jaan lein to koi masla nahin zindagi mein zindagi bilkul asan ho jaye gi. bohat asan ho jaye gi.</w:t>
      </w:r>
    </w:p>
    <w:p>
      <w:pPr>
        <w:pStyle w:val="Heading2"/>
      </w:pPr>
      <w:r>
        <w:t>Miss World story inspires Paradise pursuit</w:t>
      </w:r>
    </w:p>
    <w:p>
      <w:r>
        <w:rPr>
          <w:color w:val="666666"/>
          <w:sz w:val="18"/>
        </w:rPr>
        <w:t>From the Spiritual Tree September 8, 2013 Maulana Wahiduddin Khan · 4m 39s · at 6:52 · https://youtu.be/y4bObH7a_64?t=412</w:t>
      </w:r>
    </w:p>
    <w:p>
      <w:r>
        <w:rPr>
          <w:i/>
        </w:rPr>
        <w:t>“Ek khatoon Miss World banne ke liye hero bani”</w:t>
      </w:r>
    </w:p>
    <w:p>
      <w:r>
        <w:rPr>
          <w:sz w:val="20"/>
        </w:rPr>
        <w:t>6:52  is khatoon ko ek contest mein, beauty contest mein, miss India chuna gaya. ab is ke hausle itne barhe, is ka shauq itna barha ke ab woh miss world ke liye candidate bani hui hai.</w:t>
      </w:r>
      <w:r>
        <w:br/>
      </w:r>
      <w:r>
        <w:rPr>
          <w:sz w:val="20"/>
        </w:rPr>
        <w:t>7:09  candidate. sare taqat is ne laga rakhi hai miss world banne ke liye. to is mein woh kehti hai ke "I am living, I am breathing miss world."</w:t>
      </w:r>
      <w:r>
        <w:br/>
      </w:r>
      <w:r>
        <w:rPr>
          <w:sz w:val="20"/>
        </w:rPr>
        <w:t>7:30  Only the crowning is left. ke mein miss world ki saans le raha hoon, miss world ke liye jee raha hoon.</w:t>
      </w:r>
      <w:r>
        <w:br/>
      </w:r>
      <w:r>
        <w:rPr>
          <w:sz w:val="20"/>
        </w:rPr>
        <w:t>7:39  ab sirf crowning baqi hai. itna zyada is ne apne ko involve kar rakha hai. is ke liye hero bani hui hai.</w:t>
      </w:r>
      <w:r>
        <w:br/>
      </w:r>
      <w:r>
        <w:rPr>
          <w:sz w:val="20"/>
        </w:rPr>
        <w:t>7:52  to maine socha ke aakhir kaise log hero ban jate hain? aise bohat se log hain. ek khatoon ki baat nahin hai.</w:t>
      </w:r>
      <w:r>
        <w:br/>
      </w:r>
      <w:r>
        <w:rPr>
          <w:sz w:val="20"/>
        </w:rPr>
        <w:t>8:03  aap material goal ke liye aap bohat se logon ko dekhenge ke woh hero ban gaye hain, is ko achieve karne ke liye. to is ka raaz kya hai?</w:t>
      </w:r>
      <w:r>
        <w:br/>
      </w:r>
      <w:r>
        <w:rPr>
          <w:sz w:val="20"/>
        </w:rPr>
        <w:t>8:23  to isi mein, isi ke interview mein mujhe is ka jawab mila. is khatoon ne mazeed sawal ke dauran kaha ke yeh jo chance hai miss world banne ka, woh to ek hi baar aaye ga mere liye.</w:t>
      </w:r>
      <w:r>
        <w:br/>
      </w:r>
      <w:r>
        <w:rPr>
          <w:sz w:val="20"/>
        </w:rPr>
        <w:t>8:39  do baar to aaye ga nahin.</w:t>
      </w:r>
      <w:r>
        <w:br/>
      </w:r>
      <w:r>
        <w:rPr>
          <w:sz w:val="20"/>
        </w:rPr>
        <w:t>8:44  This is once in a lifetime chance.</w:t>
      </w:r>
      <w:r>
        <w:br/>
      </w:r>
      <w:r>
        <w:rPr>
          <w:sz w:val="20"/>
        </w:rPr>
        <w:t>8:51  This is once in a lifetime chance. So I have to do it.</w:t>
      </w:r>
      <w:r>
        <w:br/>
      </w:r>
      <w:r>
        <w:rPr>
          <w:sz w:val="20"/>
        </w:rPr>
        <w:t>9:01  is ne kaha ke yeh to mere liye ek hi chance hai, phir to do baar aaye ga nahin. ab to mujhe apne aap ko sari energy laga kar mujhe hasil hi karna hai is ke liye.</w:t>
      </w:r>
      <w:r>
        <w:br/>
      </w:r>
      <w:r>
        <w:rPr>
          <w:sz w:val="20"/>
        </w:rPr>
        <w:t>9:15  to maine socha ke kya wajah hai? is se meri samajh mein aaya ke kya wajah hai ke log aakhirat ke liye, jin paradise ke liye, woh hero nahin bante?</w:t>
      </w:r>
      <w:r>
        <w:br/>
      </w:r>
      <w:r>
        <w:rPr>
          <w:sz w:val="20"/>
        </w:rPr>
        <w:t>9:26  koi dikhai nahin deta ke woh miss paradise bana hua hai.</w:t>
      </w:r>
      <w:r>
        <w:br/>
      </w:r>
      <w:r>
        <w:rPr>
          <w:sz w:val="20"/>
        </w:rPr>
        <w:t>9:33  miss paradise. mister paradise banne ke liye, miss paradise banne ke liye apne ko jhuke hue hain. kyun us ko pata hi nahin hai ke aakhirat ki kamyabi jo hai, jannat jo hai, is ka chance bhi ek hi baar aaye ga.</w:t>
      </w:r>
      <w:r>
        <w:br/>
      </w:r>
      <w:r>
        <w:rPr>
          <w:sz w:val="20"/>
        </w:rPr>
        <w:t>9:52  marne ke baad phir do baar hamein lotna nahi hai is duniya mein.</w:t>
      </w:r>
      <w:r>
        <w:br/>
      </w:r>
      <w:r>
        <w:rPr>
          <w:sz w:val="20"/>
        </w:rPr>
        <w:t>9:59  bas idhar hi maut ke baad phir bhugtna hai. ya to reward paana hai ya bhugtna hai.</w:t>
      </w:r>
      <w:r>
        <w:br/>
      </w:r>
      <w:r>
        <w:rPr>
          <w:sz w:val="20"/>
        </w:rPr>
        <w:t>10:09  ek hi chance hai.</w:t>
      </w:r>
      <w:r>
        <w:br/>
      </w:r>
      <w:r>
        <w:rPr>
          <w:sz w:val="20"/>
        </w:rPr>
        <w:t>10:13  to main sochta hoon ke jis tarah logon ko material achievement ke liye, yeh unke mind mein aa jata hai ke yeh ek hi chance hai jo mujhe mil raha hai,</w:t>
      </w:r>
      <w:r>
        <w:br/>
      </w:r>
      <w:r>
        <w:rPr>
          <w:sz w:val="20"/>
        </w:rPr>
        <w:t>10:26  to woh hero ban jate hain.</w:t>
      </w:r>
      <w:r>
        <w:br/>
      </w:r>
      <w:r>
        <w:rPr>
          <w:sz w:val="20"/>
        </w:rPr>
        <w:t>10:33  wohi spirit agar aa jaye logon ke andar jannat ke bare mein, to uske liye bhi hero ban jayenge log.</w:t>
      </w:r>
      <w:r>
        <w:br/>
      </w:r>
      <w:r>
        <w:rPr>
          <w:sz w:val="20"/>
        </w:rPr>
        <w:t>10:46  to uske, uske logon ko daryaft nahi hai, uski discovery nahi hai. usko logon ne realize nahi kiya hai ke maut jo hai,</w:t>
      </w:r>
      <w:r>
        <w:br/>
      </w:r>
      <w:r>
        <w:rPr>
          <w:sz w:val="20"/>
        </w:rPr>
        <w:t>10:58  us yani khatma hai is baat ka ke iske baad phir dobara koi koi chance nahi. yahi ek chance tha, isko avail kiya to kiya, nahi kiya to phir khatam.</w:t>
      </w:r>
      <w:r>
        <w:br/>
      </w:r>
      <w:r>
        <w:rPr>
          <w:sz w:val="20"/>
        </w:rPr>
        <w:t>11:11  iske baad kuch bhi nahi. to ab logon ko maloom ho</w:t>
      </w:r>
      <w:r>
        <w:br/>
      </w:r>
      <w:r>
        <w:rPr>
          <w:sz w:val="20"/>
        </w:rPr>
        <w:t>11:19  ke yahi ek mauka hai jo hamein duniya mein mila hai. isi mein ya to hum Paradise hasil kar lein ya na hasil karein. to super hero ban jaye har aadmi.</w:t>
      </w:r>
    </w:p>
    <w:p>
      <w:pPr>
        <w:pStyle w:val="Heading2"/>
      </w:pPr>
      <w:r>
        <w:t>God's creation plan and human free choice</w:t>
      </w:r>
    </w:p>
    <w:p>
      <w:r>
        <w:rPr>
          <w:color w:val="666666"/>
          <w:sz w:val="18"/>
        </w:rPr>
        <w:t>Dars-e-Quran Chapter 2, Verse 38-39 January 14, 2018 · 4m 35s · at 3:00 · https://youtu.be/mj5trn7tLLg?t=180</w:t>
      </w:r>
    </w:p>
    <w:p>
      <w:r>
        <w:rPr>
          <w:i/>
        </w:rPr>
        <w:t>“Dekhiye, in aayaton mein bazaahir Aadam aur Hawwa ka qissa”</w:t>
      </w:r>
    </w:p>
    <w:p>
      <w:r>
        <w:rPr>
          <w:sz w:val="20"/>
        </w:rPr>
        <w:t>3:00  allah ta'ala ke creation plan ka aelan hai.</w:t>
      </w:r>
      <w:r>
        <w:br/>
      </w:r>
      <w:r>
        <w:rPr>
          <w:sz w:val="20"/>
        </w:rPr>
        <w:t>3:06  yani yeh jo allah ne duniya banayi, solar system banaya, yahan zameen banayi, aur wahan sare halaat jo zindagi ko</w:t>
      </w:r>
      <w:r>
        <w:br/>
      </w:r>
      <w:r>
        <w:rPr>
          <w:sz w:val="20"/>
        </w:rPr>
        <w:t>3:24  sustain karne wale the, woh rakhe. phir yahan ek history chali to yeh pura allah rabb-ul-alameen ke creation plan ke mutabiq ho raha hai.</w:t>
      </w:r>
      <w:r>
        <w:br/>
      </w:r>
      <w:r>
        <w:rPr>
          <w:sz w:val="20"/>
        </w:rPr>
        <w:t>3:40  to yeh jo ayat padhi gayi aap ke samne, bظahir to yeh adam aur hawa ka qissa hai, lekin yeh puri tareekh ke bare mein rabb-ul-alameen ka bayan hai,</w:t>
      </w:r>
      <w:r>
        <w:br/>
      </w:r>
      <w:r>
        <w:rPr>
          <w:sz w:val="20"/>
        </w:rPr>
        <w:t>3:56  puri insani tareekh ke bare mein.</w:t>
      </w:r>
      <w:r>
        <w:br/>
      </w:r>
      <w:r>
        <w:rPr>
          <w:sz w:val="20"/>
        </w:rPr>
        <w:t>4:01  is ka matlab yeh hai ke is zameen par jo insan ko basaya gaya hai, yahan is ki nasal ban rahi hai aur civilization ban rahi hai, qaumein ban rahi hain,</w:t>
      </w:r>
      <w:r>
        <w:br/>
      </w:r>
      <w:r>
        <w:rPr>
          <w:sz w:val="20"/>
        </w:rPr>
        <w:t>4:20  sari ek ek tareekh ban rahi hai. to woh ek bohat hi zyada gehre mansoobe, plan ke tehat hai.</w:t>
      </w:r>
      <w:r>
        <w:br/>
      </w:r>
      <w:r>
        <w:rPr>
          <w:sz w:val="20"/>
        </w:rPr>
        <w:t>4:37  woh yeh hai ke yahan insan</w:t>
      </w:r>
      <w:r>
        <w:br/>
      </w:r>
      <w:r>
        <w:rPr>
          <w:sz w:val="20"/>
        </w:rPr>
        <w:t>4:42  apni</w:t>
      </w:r>
      <w:r>
        <w:br/>
      </w:r>
      <w:r>
        <w:rPr>
          <w:sz w:val="20"/>
        </w:rPr>
        <w:t>4:46  zindagi banaye, yahan tehzeeb banaye, tareekh banaye, aur azadana mahol mein woh zindagi guzare.</w:t>
      </w:r>
      <w:r>
        <w:br/>
      </w:r>
      <w:r>
        <w:rPr>
          <w:sz w:val="20"/>
        </w:rPr>
        <w:t>5:01  aur farishton ke zariye is ki nigrani hoti rahegi, har insan ka record tayyar kiya jayega. to yeh is ke baad phir yeh faisla hoga ke in mein se kaun log aise hain jo is qabil hain ke un ko chuna jaye, un ko select kiya jaye,</w:t>
      </w:r>
      <w:r>
        <w:br/>
      </w:r>
      <w:r>
        <w:rPr>
          <w:sz w:val="20"/>
        </w:rPr>
        <w:t>5:23  final final</w:t>
      </w:r>
      <w:r>
        <w:br/>
      </w:r>
      <w:r>
        <w:rPr>
          <w:sz w:val="20"/>
        </w:rPr>
        <w:t>5:29  settlement ke liye. jannat kya hai? jannat final settlement ki jagah hai. to yeh jo duniya hai, yahan jo zindagi hamari hai, yeh hai jaise</w:t>
      </w:r>
      <w:r>
        <w:br/>
      </w:r>
      <w:r>
        <w:rPr>
          <w:sz w:val="20"/>
        </w:rPr>
        <w:t>5:46  baghbani mein ek istilah hai, ek term hai, yun kehte hain nursery.</w:t>
      </w:r>
      <w:r>
        <w:br/>
      </w:r>
      <w:r>
        <w:rPr>
          <w:sz w:val="20"/>
        </w:rPr>
        <w:t>5:57  yeh duniya jo hai hamari, yeh goya aik human nursery hai, human nursery. yahan insan paida ho rahe hain, paida ho rahe hain, paida ho rahe hain, lekin in mein selection ke qabil to kuch hi insan honge,</w:t>
      </w:r>
      <w:r>
        <w:br/>
      </w:r>
      <w:r>
        <w:rPr>
          <w:sz w:val="20"/>
        </w:rPr>
        <w:t>6:16  jaise nursery mein hota hai. phir final stage jab aye ga to</w:t>
      </w:r>
      <w:r>
        <w:br/>
      </w:r>
      <w:r>
        <w:rPr>
          <w:sz w:val="20"/>
        </w:rPr>
        <w:t>6:26  poori history se, poori human history se, yeh poori human history goya aik bohat bari nursery hogi.</w:t>
      </w:r>
      <w:r>
        <w:br/>
      </w:r>
      <w:r>
        <w:rPr>
          <w:sz w:val="20"/>
        </w:rPr>
        <w:t>6:38  is se jo selection ke qabil jo insan honge, jo aurat mard honge, un ko le liya jaye ga, aur phir jannat ke baghon mein is ko basaya jaye ga.</w:t>
      </w:r>
      <w:r>
        <w:br/>
      </w:r>
      <w:r>
        <w:rPr>
          <w:sz w:val="20"/>
        </w:rPr>
        <w:t>6:53  yeh hai scheme. to yahan par jo zikr hai, woh yeh hai ke insan paida honge azadana mahol mein, aur silt aur poori tareekh mein bar bar aisa hoga ke prophet aayenge,</w:t>
      </w:r>
      <w:r>
        <w:br/>
      </w:r>
      <w:r>
        <w:rPr>
          <w:sz w:val="20"/>
        </w:rPr>
        <w:t>7:11  paighambar aayenge, woh insan ko batayenge ke duniya mein woh kis tarah zindagi guzare, zindagi mein duniya mein is ka life pattern kya ho.</w:t>
      </w:r>
      <w:r>
        <w:br/>
      </w:r>
      <w:r>
        <w:rPr>
          <w:sz w:val="20"/>
        </w:rPr>
        <w:t>7:25  to yeh azadana tor par ikhtiyar karne ka mahol hoga.</w:t>
      </w:r>
    </w:p>
    <w:p>
      <w:pPr>
        <w:pStyle w:val="Heading2"/>
      </w:pPr>
      <w:r>
        <w:t>Ayesha's deathbed wish to be forgotten by the world</w:t>
      </w:r>
    </w:p>
    <w:p>
      <w:r>
        <w:rPr>
          <w:color w:val="666666"/>
          <w:sz w:val="18"/>
        </w:rPr>
        <w:t>Maarifah (God-Realization) December 26, 2021 Dr. Saniyasnain Khan · 4m 58s · at 46:41 · https://youtu.be/cQ9o_l5mrbI?t=2801</w:t>
      </w:r>
    </w:p>
    <w:p>
      <w:r>
        <w:rPr>
          <w:i/>
        </w:rPr>
        <w:t>“حضرت عائشہ رضی اللہ عنہا بہت بیمار تھیں، بالکل آخری وقت”</w:t>
      </w:r>
    </w:p>
    <w:p>
      <w:r>
        <w:rPr>
          <w:sz w:val="20"/>
        </w:rPr>
        <w:t>46:41  ah molana ne ek ah waqia likha hai Hazrat Aisha رضی اللہ عنہ کا</w:t>
      </w:r>
      <w:r>
        <w:br/>
      </w:r>
      <w:r>
        <w:rPr>
          <w:sz w:val="20"/>
        </w:rPr>
        <w:t>46:47  ji kitab marifat mein jo ek bohat achhi ah misaal hai ke aala marifat kiya hoti hai ah yeh waqia kitabon mein bohat lamba aaya hai ah yeh waqia jab ka hai jab ah Aisha Hazrat Aisha رضی اللہ عنہا bohat hi bimar theen aur bilkul aakhri waqt tha un ka hmm</w:t>
      </w:r>
      <w:r>
        <w:br/>
      </w:r>
      <w:r>
        <w:rPr>
          <w:sz w:val="20"/>
        </w:rPr>
        <w:t>47:11  maut se bohat hi qareeb aur aap ko maloom hai ke Hazrat Aisha ah rasool Allah ki spiritual partner bhi theen aur bohat batein seekhi theen aur ah prophet Muhammad ki death ke baad taqreeban pachas saal zinda rahin aur ummat ko bohat guide kiya</w:t>
      </w:r>
      <w:r>
        <w:br/>
      </w:r>
      <w:r>
        <w:rPr>
          <w:sz w:val="20"/>
        </w:rPr>
        <w:t>47:31  she was a great teacher and guide for the community aur bohat aisi aisi batein Hazrat Aisha ne batai hain jis ko istinbat Aisha kaha jata hai ke yani infer kiya ah rasool Allah صلی اللہ علیہ وسلم se ah aur ah woh woh batein bohat hi</w:t>
      </w:r>
      <w:r>
        <w:br/>
      </w:r>
      <w:r>
        <w:rPr>
          <w:sz w:val="20"/>
        </w:rPr>
        <w:t>47:51  aham hain misaal ke tor par molana ne kai bar is ka zikr kiya hai ah ke ma khair li rasool Allah صلی اللہ علیہ وسلم bain amrain ila ikhtar asra hma ke jab bhi prophet ko do cheezon mein se ek cheez ko ah ek option ko lena hota tha to he would always opt for a easier option agar violence aur non violence mein option hai to he would go for non viol</w:t>
      </w:r>
      <w:r>
        <w:br/>
      </w:r>
      <w:r>
        <w:rPr>
          <w:sz w:val="20"/>
        </w:rPr>
        <w:t>48:20  ence ji agar peace aur violence mein option hai to peace yani is tarah ke jab bhi koi mauqa aata tha to woh easier option ko adopt karte the to is lihaz se un ki bohat bari khidmat hain to yeh jo waqia hai jis ko mein bata raha hai batana chahoon ga woh yeh hai ke bohat hi aakhri waqt tha ah maut ke qareeb theen Hazrat Aisha us waqt to</w:t>
      </w:r>
      <w:r>
        <w:br/>
      </w:r>
      <w:r>
        <w:rPr>
          <w:sz w:val="20"/>
        </w:rPr>
        <w:t>48:48  ah is waqt jo un ke darban thay un ka naam zikwan tha to unhon ne bataya ke jab ah hazrat aisha bohat hi beemar theen bilkul aakhri waqt mein to abdullah ibn abbas milne aaye ji to abdullah ibn abbas ne kaha ke main ijazat chahta hoon ghar mein andar jaane ki to jo darban thay unhon ne ah ja ke hazrat aisha se kaha ke ibn abbas aaye hain</w:t>
      </w:r>
      <w:r>
        <w:br/>
      </w:r>
      <w:r>
        <w:rPr>
          <w:sz w:val="20"/>
        </w:rPr>
        <w:t>49:17  to hazrat aisha ne kaha chhod do ibn abbas ko matlab koi zaroorat nahi bulane ki hmm to is waqt wahan par baithe hue thay hazrat aisha ke ah neffu jinka naam tha abdullah abdullah ibn abdulrehman hmm woh غالبا hazrat aisha ke jo bhai thay baray un ke bete thay to unhon ne jab suna ke ibn abbas aaye hain aur hazrat aisha ne kaha ke nahi chhod do ji</w:t>
      </w:r>
      <w:r>
        <w:br/>
      </w:r>
      <w:r>
        <w:rPr>
          <w:sz w:val="20"/>
        </w:rPr>
        <w:t>49:46  to unhon ne kaha ke ah aye meri maan ibn abbas aap ke bete ki tarah aaye hain saleheen mein se hain aur aap se milna chahte hain aap ko salam keh rahe hain to unhon ne kaha hazrat aisha ne acha theek hai agar tum chahte ho to bula lo hmm to hazrat abdullah ibn abbas aaye aur baithe salam kiya aur dekha ke bilkul aakhri waqt hai</w:t>
      </w:r>
      <w:r>
        <w:br/>
      </w:r>
      <w:r>
        <w:rPr>
          <w:sz w:val="20"/>
        </w:rPr>
        <w:t>50:13  to unhon ne kuch taareefi baatein kahin ke ap rasool Allah ki wife theen aur ab ap ah</w:t>
      </w:r>
      <w:r>
        <w:br/>
      </w:r>
      <w:r>
        <w:rPr>
          <w:sz w:val="20"/>
        </w:rPr>
        <w:t>50:21  kuch hi der mein ap ah rasool Allah se milegi sahaba se milegi aur ap ki</w:t>
      </w:r>
      <w:r>
        <w:br/>
      </w:r>
      <w:r>
        <w:rPr>
          <w:sz w:val="20"/>
        </w:rPr>
        <w:t>50:27  wajah se tayammum ki ayat nazil hui humm aur ap ah ke khilaf jin logon ne ek ah</w:t>
      </w:r>
      <w:r>
        <w:br/>
      </w:r>
      <w:r>
        <w:rPr>
          <w:sz w:val="20"/>
        </w:rPr>
        <w:t>50:35  ilzaam lagaya tha us ke jawab mein jibril saatveen asman se aaye wahi le ke aur us se</w:t>
      </w:r>
      <w:r>
        <w:br/>
      </w:r>
      <w:r>
        <w:rPr>
          <w:sz w:val="20"/>
        </w:rPr>
        <w:t>50:40  bari kiya aur ap ki ah is tarah se ap ka zikr masjidon mein hone laga tilawat hone</w:t>
      </w:r>
      <w:r>
        <w:br/>
      </w:r>
      <w:r>
        <w:rPr>
          <w:sz w:val="20"/>
        </w:rPr>
        <w:t>50:46  lagi quran mein</w:t>
      </w:r>
      <w:r>
        <w:br/>
      </w:r>
      <w:r>
        <w:rPr>
          <w:sz w:val="20"/>
        </w:rPr>
        <w:t>50:48  to woh baat hazrat aisha ko pasand nahi aayi unhon ne kaha yeh sab chhod do main to bas yeh chahti hoon ke main naseeh mansiya ban jaon ke koi mujhe jaane nahi koi mera zikr na kare koi mera janne wala nahi ho to jo jo itni bari shakhsiyat thi hazrat aisha jinka itna bara role hai ke bohat ziyada hadeesein un ki taraf se mili hain hamein un ka yeh haal hai woh yeh keh rahi hain ke main to bas chahti hoon ke mujhe koi mera koi janne wala na ho mera koi naam lene wala</w:t>
      </w:r>
      <w:r>
        <w:br/>
      </w:r>
      <w:r>
        <w:rPr>
          <w:sz w:val="20"/>
        </w:rPr>
        <w:t>51:17  nahi ho mashallah bohat acha to is tarah ki yeh hai aala marifat ki ek misaal jo hamein milti hai ji ah doctor sahab mera aakhri sawal aaj ke subject par ke koi aisi koi dua hai marifat ko develop karne ke liye jo aap hum sab se share karna chahenge</w:t>
      </w:r>
    </w:p>
    <w:p>
      <w:pPr>
        <w:pStyle w:val="Heading2"/>
      </w:pPr>
      <w:r>
        <w:t>Why a perfectionist must live in an imperfect world</w:t>
      </w:r>
    </w:p>
    <w:p>
      <w:r>
        <w:rPr>
          <w:color w:val="666666"/>
          <w:sz w:val="18"/>
        </w:rPr>
        <w:t>Powerful Evidence of Life After Death December 6, 2013 Maulana Wahiduddin Khan · 3m 55s · at 14:00 · https://youtu.be/AgjTBIRcWeg?t=840</w:t>
      </w:r>
    </w:p>
    <w:p>
      <w:r>
        <w:rPr>
          <w:i/>
        </w:rPr>
        <w:t>“Every human is born a perfectionist, wishing for an ideal world”</w:t>
      </w:r>
    </w:p>
    <w:p>
      <w:r>
        <w:rPr>
          <w:sz w:val="20"/>
        </w:rPr>
        <w:t>14:00  Quran mein abhi aik concept diya gaya hai ke insaan ke andar aap jante hain ke bohat ziyada wishes hain, bohat ziyada ambitions hain, bohat ziyada insaan bohat ziyada perfectionist hai.</w:t>
      </w:r>
      <w:r>
        <w:br/>
      </w:r>
      <w:r>
        <w:rPr>
          <w:sz w:val="20"/>
        </w:rPr>
        <w:t>14:15  har cheez ko ideal group mein dekhna chahta hai. main as a born perfectionist lekin duniya mein hamein perfection milta nahi.</w:t>
      </w:r>
      <w:r>
        <w:br/>
      </w:r>
      <w:r>
        <w:rPr>
          <w:sz w:val="20"/>
        </w:rPr>
        <w:t>14:26  har hum mein hamesha har shakhs ka yeh experience hai ke "although I am born as a perfectionist but it is impossible to have a perfect world in this here".</w:t>
      </w:r>
      <w:r>
        <w:br/>
      </w:r>
      <w:r>
        <w:rPr>
          <w:sz w:val="20"/>
        </w:rPr>
        <w:t>14:42  to yeh jo yeh jo contradiction hai ke aik perfectionist ko rehna parta hai imperfect world mein, yeh bohat bara question hai.</w:t>
      </w:r>
      <w:r>
        <w:br/>
      </w:r>
      <w:r>
        <w:rPr>
          <w:sz w:val="20"/>
        </w:rPr>
        <w:t>14:53  phir Aristotle aur Plato se le kar aaj tak log is par sochte rahe hain ke kya mamla hai ke perfectionist ko rehna parta hai imperfect world mein?</w:t>
      </w:r>
      <w:r>
        <w:br/>
      </w:r>
      <w:r>
        <w:rPr>
          <w:sz w:val="20"/>
        </w:rPr>
        <w:t>15:03  idealist ko rehna parta hai aik aisi duniya mein jo less than ideal hai. kisi ki bhi fulfillment nahi milti, kisi ko bhi us ki jaza poori nahi hoti.</w:t>
      </w:r>
      <w:r>
        <w:br/>
      </w:r>
      <w:r>
        <w:rPr>
          <w:sz w:val="20"/>
        </w:rPr>
        <w:t>15:13  har aadmi, yeh har aadmi kaise hai,</w:t>
      </w:r>
      <w:r>
        <w:br/>
      </w:r>
      <w:r>
        <w:rPr>
          <w:sz w:val="20"/>
        </w:rPr>
        <w:t>15:15  chahe bara ho ya chota, king ho ya subject, wealthy ho ya poor, yeh sab ke sab ka hai ke kisi ko bhi jo chahta hai woh milta nahin.</w:t>
      </w:r>
      <w:r>
        <w:br/>
      </w:r>
      <w:r>
        <w:rPr>
          <w:sz w:val="20"/>
        </w:rPr>
        <w:t>15:28  to fulfillment kisi ko hasil nahin hota. aisa kyun hai? to Quran mein yeh concept diya gaya hai ke yeh duniya hamari woh nahin hai, asal jagah hamari duniya nahin hai.</w:t>
      </w:r>
      <w:r>
        <w:br/>
      </w:r>
      <w:r>
        <w:rPr>
          <w:sz w:val="20"/>
        </w:rPr>
        <w:t>15:42  asal jagah to hamari duniya jo hai woh paradise hai.</w:t>
      </w:r>
      <w:r>
        <w:br/>
      </w:r>
      <w:r>
        <w:rPr>
          <w:sz w:val="20"/>
        </w:rPr>
        <w:t>15:50  yeh duniya to ek temporary duniya hai jisko kehte hain habitat. yeh duniya hamara habitat nahin hai.</w:t>
      </w:r>
      <w:r>
        <w:br/>
      </w:r>
      <w:r>
        <w:rPr>
          <w:sz w:val="20"/>
        </w:rPr>
        <w:t>16:02  yeh duniya hamara habitat nahin hai kyunke yahan par isi liye hamari koi bhi tamanna, koi bhi desire kabhi poori nahin ho sakti, na na hogi kyunke yeh habitat hai hi nahin hamara.</w:t>
      </w:r>
      <w:r>
        <w:br/>
      </w:r>
      <w:r>
        <w:rPr>
          <w:sz w:val="20"/>
        </w:rPr>
        <w:t>16:14  hamein hamara habitat jo hai paradise. yeh concept Quran mein diya gaya hai.</w:t>
      </w:r>
      <w:r>
        <w:br/>
      </w:r>
      <w:r>
        <w:rPr>
          <w:sz w:val="20"/>
        </w:rPr>
        <w:t>16:21  is ka matlab kya hua? ke hamein apni zindagi ko jo bana is duniya mein jo bitana hai woh paradise oriented life bitana hai,</w:t>
      </w:r>
      <w:r>
        <w:br/>
      </w:r>
      <w:r>
        <w:rPr>
          <w:sz w:val="20"/>
        </w:rPr>
        <w:t>16:35  na ke na ke is duniya mein apne aap ko, yani isi aitbaar se jeena aur phir mar jana.</w:t>
      </w:r>
      <w:r>
        <w:br/>
      </w:r>
      <w:r>
        <w:rPr>
          <w:sz w:val="20"/>
        </w:rPr>
        <w:t>16:45  to kaisa ajeeb, kaisa thrilling concept yeh hai ke thode dinon ki zindagi mein main apne aap ko agar aisa kar sakoon ke woh personality develop karoon mujhe apne andar jo mujhe deserving candidate banaye paradise ke liye to main apne habitat mein ja kar reh sakta hoon.</w:t>
      </w:r>
      <w:r>
        <w:br/>
      </w:r>
      <w:r>
        <w:rPr>
          <w:sz w:val="20"/>
        </w:rPr>
        <w:t>17:08  eternally, eternally apne habitat mein reh sakta hoon.</w:t>
      </w:r>
      <w:r>
        <w:br/>
      </w:r>
      <w:r>
        <w:rPr>
          <w:sz w:val="20"/>
        </w:rPr>
        <w:t>17:13  yeh concept Quran mein diya gaya hai. main samajhta hoon ke har mazhab mein moralist yahi concept hai, yani is mein shabdon mein farq hai, expression mein farq hai, lekin moralist saare mazhabon ka concept yahi hai ke yeh duniya jo hai asal nahin hai.</w:t>
      </w:r>
      <w:r>
        <w:br/>
      </w:r>
      <w:r>
        <w:rPr>
          <w:sz w:val="20"/>
        </w:rPr>
        <w:t>17:33  yeh duniya asal nahin hai. asal duniya woh hai jo jo death ke baad aati hai.</w:t>
      </w:r>
      <w:r>
        <w:br/>
      </w:r>
      <w:r>
        <w:rPr>
          <w:sz w:val="20"/>
        </w:rPr>
        <w:t>17:38  to death is aitbaar se agar dekha jaye to ek ek reminder hai hum sab ke liye. hum sab ke liye reminder hai ke hum hamein baharhal is duniya se jana hai.</w:t>
      </w:r>
    </w:p>
    <w:p>
      <w:pPr>
        <w:pStyle w:val="Heading2"/>
      </w:pPr>
      <w:r>
        <w:t>God not discussed even among religious, fear unites</w:t>
      </w:r>
    </w:p>
    <w:p>
      <w:r>
        <w:rPr>
          <w:color w:val="666666"/>
          <w:sz w:val="18"/>
        </w:rPr>
        <w:t>God and Man July 20, 2008 · 4m 24s · at 39:13 · https://youtu.be/FopZW-keJkY?t=2353</w:t>
      </w:r>
    </w:p>
    <w:p>
      <w:r>
        <w:rPr>
          <w:i/>
        </w:rPr>
        <w:t>“Yeh aisa fitna hai har aadmi ke mind mein.”</w:t>
      </w:r>
    </w:p>
    <w:p>
      <w:r>
        <w:rPr>
          <w:sz w:val="20"/>
        </w:rPr>
        <w:t>39:13  to yeh aik aisa fitna hai har aadmi ke mind mein. ke Khuda ko, ke Khuda hamare na gharon mein is ka charcha hai, na media mein is ka charcha hai.</w:t>
      </w:r>
      <w:r>
        <w:br/>
      </w:r>
      <w:r>
        <w:rPr>
          <w:sz w:val="20"/>
        </w:rPr>
        <w:t>39:27  kahin nahi charcha is ka Khuda ka. kahin charcha hi nahi Khuda ka. yahan tak ke abhi mere pas kuch log aye jo deen daar log kahe jatay hain, mazhabi log.</w:t>
      </w:r>
      <w:r>
        <w:br/>
      </w:r>
      <w:r>
        <w:rPr>
          <w:sz w:val="20"/>
        </w:rPr>
        <w:t>39:43  to der tak apne buzurgon ka charcha karte rahay, apne baṛon ka charcha karte rahay. phir maine Khuda ki baat ki. to aap ta'ajub karein ge ke koi in ko interest nahi aya is mein.</w:t>
      </w:r>
      <w:r>
        <w:br/>
      </w:r>
      <w:r>
        <w:rPr>
          <w:sz w:val="20"/>
        </w:rPr>
        <w:t>39:56  apne baṛon ka, apne buzurgon ka charcha kar rahay thay to khoob baṛay shoq ke sath. hamare Hazrat aisay, hamare Maulana sahib aisay.</w:t>
      </w:r>
      <w:r>
        <w:br/>
      </w:r>
      <w:r>
        <w:rPr>
          <w:sz w:val="20"/>
        </w:rPr>
        <w:t>40:07  lekin jab maine Khuda ka charcha kiya to unhein koi dilchaspi nahi hui. bilkul wahi hai Quran mein ke "as'azzal quloob allazeena kafaroo" wali baat ho gayi.</w:t>
      </w:r>
      <w:r>
        <w:br/>
      </w:r>
      <w:r>
        <w:rPr>
          <w:sz w:val="20"/>
        </w:rPr>
        <w:t>40:19  to secular log to, secular logon ke haan to Khuda ka charcha nahi hai. mazhabi logon ke haan bhi Khuda ka charcha nahi hai. kisi aur cheez ka charcha hai.</w:t>
      </w:r>
      <w:r>
        <w:br/>
      </w:r>
      <w:r>
        <w:rPr>
          <w:sz w:val="20"/>
        </w:rPr>
        <w:t>40:32  aik martaba main aik conference mein tha, yeh madaris conference thi, madaris ki. to wahan kya hua?</w:t>
      </w:r>
      <w:r>
        <w:br/>
      </w:r>
      <w:r>
        <w:rPr>
          <w:sz w:val="20"/>
        </w:rPr>
        <w:t>40:42  ke India bhar ke madaris jo hain, madarisay, un ke, un ke jo, jo zimmedar log hain, khas log aye thay is mein.</w:t>
      </w:r>
      <w:r>
        <w:br/>
      </w:r>
      <w:r>
        <w:rPr>
          <w:sz w:val="20"/>
        </w:rPr>
        <w:t>40:54  aur chahtay thay ke aik aisa banay, aik, aik nizam jis mein sab madaris juṛ jayein. jaisay, jaisay misal ke tor par aik madrasay se nikal kar aadmi doosri jagah ja kar ke admission lay sakay.</w:t>
      </w:r>
      <w:r>
        <w:br/>
      </w:r>
      <w:r>
        <w:rPr>
          <w:sz w:val="20"/>
        </w:rPr>
        <w:t>41:10  aaj kal aap ta'ajub karein ge ke schoolon aur collegeon mein to aisa hai, yahan aap chhoṛ kar wahan ja kar admission lay patay hain. madaris mein yeh system nahi hai.</w:t>
      </w:r>
      <w:r>
        <w:br/>
      </w:r>
      <w:r>
        <w:rPr>
          <w:sz w:val="20"/>
        </w:rPr>
        <w:t>41:22  har madrasay ka apna alag nizam hai. har madrasay ka alag nisaab, alag nizam, alag qanoon o qaa'ida. to wahan pe yeh tha, yeh bahs thi ke aik aisa nizam banaya jaye jis mein sab madaris par koi cover karta ho.</w:t>
      </w:r>
      <w:r>
        <w:br/>
      </w:r>
      <w:r>
        <w:rPr>
          <w:sz w:val="20"/>
        </w:rPr>
        <w:t>41:39  din bhar bahs hoti rahi, kuch tay nahi hua. ab main bohat hi, yani gham ke sath baitha hua tha ke kya bahsein kar rahay hain yeh log.</w:t>
      </w:r>
      <w:r>
        <w:br/>
      </w:r>
      <w:r>
        <w:rPr>
          <w:sz w:val="20"/>
        </w:rPr>
        <w:t>41:51  to aakhir mein mujh se kaha unho ne ke aap kuch kahiye. to main khaṛa hua to main, main to ro raha tha.</w:t>
      </w:r>
      <w:r>
        <w:br/>
      </w:r>
      <w:r>
        <w:rPr>
          <w:sz w:val="20"/>
        </w:rPr>
        <w:t>42:01  main kehta kya? main ne kaha aap log Khuda se darte nahi, is liye itni lambi bahsein kar rahay hain?</w:t>
      </w:r>
      <w:r>
        <w:br/>
      </w:r>
      <w:r>
        <w:rPr>
          <w:sz w:val="20"/>
        </w:rPr>
        <w:t>42:13  us waqt meri zuban se aik jumla nikla tha, shayad aap log na samajh payein is ko. Urdu walay jaan saktay hain. ke itni raayein, itni raayein, itni raayein.</w:t>
      </w:r>
      <w:r>
        <w:br/>
      </w:r>
      <w:r>
        <w:rPr>
          <w:sz w:val="20"/>
        </w:rPr>
        <w:t>42:25  aap aik, aik, aik baat par sab nahi aa rahay hain. har aadmi alag raaye de raha hai. to meri zuban se nikla tha us waqt yeh jumla, maine kaha tha aur main ro raha tha.</w:t>
      </w:r>
      <w:r>
        <w:br/>
      </w:r>
      <w:r>
        <w:rPr>
          <w:sz w:val="20"/>
        </w:rPr>
        <w:t>42:39  ke shiddat-e-khauf raayon ke ta'addud ko khatam kar deta hai.</w:t>
      </w:r>
      <w:r>
        <w:br/>
      </w:r>
      <w:r>
        <w:rPr>
          <w:sz w:val="20"/>
        </w:rPr>
        <w:t>42:46  yeh bohat hi theth Urdu hai, shayad aap log na samajh payein ge. ke shiddat-e-khauf raayon ke ta'addud ko khatam kar deta hai.</w:t>
      </w:r>
      <w:r>
        <w:br/>
      </w:r>
      <w:r>
        <w:rPr>
          <w:sz w:val="20"/>
        </w:rPr>
        <w:t>42:57  to mein ne misaal di thi ke aap log, har aadmi alag alag baatein bol raha hai. har aadmi speaker bana hua hai. suppose yahan par achanak aik, aik woh nikal aaye, aik kabra, kala saanp.</w:t>
      </w:r>
      <w:r>
        <w:br/>
      </w:r>
      <w:r>
        <w:rPr>
          <w:sz w:val="20"/>
        </w:rPr>
        <w:t>43:14  aap dekhein ke woh phan aisa nikali hui hai. to sab ki raayein aik ho jayengi. ke kabra, kabra, apni ko bachao. tab raayein alag alag nahi rahengi.</w:t>
      </w:r>
      <w:r>
        <w:br/>
      </w:r>
      <w:r>
        <w:rPr>
          <w:sz w:val="20"/>
        </w:rPr>
        <w:t>43:26  to sara maamla yeh hai ke log khuda ko ya to mante nahi, ya mante hain to bas formal tor par mante hain.</w:t>
      </w:r>
    </w:p>
    <w:p>
      <w:pPr>
        <w:pStyle w:val="Heading2"/>
      </w:pPr>
      <w:r>
        <w:t>melting glaciers, water crisis, and the case for repentance</w:t>
      </w:r>
    </w:p>
    <w:p>
      <w:r>
        <w:rPr>
          <w:color w:val="666666"/>
          <w:sz w:val="18"/>
        </w:rPr>
        <w:t>Nature of Modern Problem 12 July 2009 · 5m 02s · at 38:42 · https://youtu.be/vcldH1rCExM?t=2322</w:t>
      </w:r>
    </w:p>
    <w:p>
      <w:r>
        <w:rPr>
          <w:i/>
        </w:rPr>
        <w:t>“Glaciers are melting, sweet water is turning salty — no reversing it”</w:t>
      </w:r>
    </w:p>
    <w:p>
      <w:r>
        <w:rPr>
          <w:sz w:val="20"/>
        </w:rPr>
        <w:t>38:42  jahan tak mein ne parha hai aur samjha hai, ab jo jo yaani nature mein jo changes aa chuke hain ke samundaron ka pani aap jante hain ke glacier pighal pighal kar ke pani beh gaya, un ka samundaron mein chala gaya.</w:t>
      </w:r>
      <w:r>
        <w:br/>
      </w:r>
      <w:r>
        <w:rPr>
          <w:sz w:val="20"/>
        </w:rPr>
        <w:t>39:07  is ka matlab jante hain kya hai? meetha pani dobara khari ho gaya.</w:t>
      </w:r>
      <w:r>
        <w:br/>
      </w:r>
      <w:r>
        <w:rPr>
          <w:sz w:val="20"/>
        </w:rPr>
        <w:t>39:14  yaani nature ne bohat bara stock kar rakha tha pahadon ke upar meethay pani ka, bohat bara stock.</w:t>
      </w:r>
      <w:r>
        <w:br/>
      </w:r>
      <w:r>
        <w:rPr>
          <w:sz w:val="20"/>
        </w:rPr>
        <w:t>39:25  yaani pahadon ke upar barf ke pahad the, lekin global warming se kya hua ke pighalne lage aur beh beh kar jaane laga un ka pani samundar mein.</w:t>
      </w:r>
      <w:r>
        <w:br/>
      </w:r>
      <w:r>
        <w:rPr>
          <w:sz w:val="20"/>
        </w:rPr>
        <w:t>39:33  is ka matlab kya hua?</w:t>
      </w:r>
      <w:r>
        <w:br/>
      </w:r>
      <w:r>
        <w:rPr>
          <w:sz w:val="20"/>
        </w:rPr>
        <w:t>39:36  meetha pani jo hai, khari pani ban gaya. yaani fresh water jo hai, woh salty water ban gaya aur samundaron ka level bohat ooncha hota chala ja raha hai, barabar barabar ooncha hota chala ja raha hai.</w:t>
      </w:r>
      <w:r>
        <w:br/>
      </w:r>
      <w:r>
        <w:rPr>
          <w:sz w:val="20"/>
        </w:rPr>
        <w:t>39:55  dekhen kitni kitni dangerous baat hai yeh. abhi kisi ne likha tha ke third war war shayad pani par hogi. pani par</w:t>
      </w:r>
      <w:r>
        <w:br/>
      </w:r>
      <w:r>
        <w:rPr>
          <w:sz w:val="20"/>
        </w:rPr>
        <w:t>40:06  pani jo itna zyada khuda ne paida kiya tha ke three fourth hissa pani tha is zameen ka, yani chaar hisse mein teen hissa pani.</w:t>
      </w:r>
      <w:r>
        <w:br/>
      </w:r>
      <w:r>
        <w:rPr>
          <w:sz w:val="20"/>
        </w:rPr>
        <w:t>40:18  is ki itni ek scarcity ho rahi hai. abhi bhi aap jante hain ke dunya bhar mein aur india mein bhi pani ki bohat kami ho chuki hai.</w:t>
      </w:r>
      <w:r>
        <w:br/>
      </w:r>
      <w:r>
        <w:rPr>
          <w:sz w:val="20"/>
        </w:rPr>
        <w:t>40:27  hum log dilli mein abhi nahi is ko mehsoos kar rahe hain ke dilli capital hai. yahan adjacent jo states hain, un se pani liya ja raha hai.</w:t>
      </w:r>
      <w:r>
        <w:br/>
      </w:r>
      <w:r>
        <w:rPr>
          <w:sz w:val="20"/>
        </w:rPr>
        <w:t>40:39  khud dilli ke paas to itna pani nahi hai, kyunke jamna ka pani bohat kam ho gaya hai. aap jante hain, pollution bhi hai jamna mein aur pani kam bhi ho gaya hai.</w:t>
      </w:r>
      <w:r>
        <w:br/>
      </w:r>
      <w:r>
        <w:rPr>
          <w:sz w:val="20"/>
        </w:rPr>
        <w:t>40:54  to itna zyada aap ghor kijiye. aur yeh scientist yeh keh rahe hain ke aap ab is ko is ko reverse direction mein nahi chala sakta.</w:t>
      </w:r>
      <w:r>
        <w:br/>
      </w:r>
      <w:r>
        <w:rPr>
          <w:sz w:val="20"/>
        </w:rPr>
        <w:t>41:05  yeh garam ho gaya to ab is ko thandak tak nahi le aa sakte. pani beh gaya samundaron mein to is ke glacier nahi bana sakte hum dobara. to jo hum saans lete hain, ab hum ko pure oxygen nahi milta.</w:t>
      </w:r>
      <w:r>
        <w:br/>
      </w:r>
      <w:r>
        <w:rPr>
          <w:sz w:val="20"/>
        </w:rPr>
        <w:t>41:22  jo hum saans lete hain, is mein pure oxygen nahi milta. hum ko polluted oxygen milta hai. aap ko pani ki scarcity hoti hai jo barhti chali ja rahi hai. food ka mamla hai.</w:t>
      </w:r>
      <w:r>
        <w:br/>
      </w:r>
      <w:r>
        <w:rPr>
          <w:sz w:val="20"/>
        </w:rPr>
        <w:t>41:32  food bohat hi jab pani barsay ga to abhi dekhen, aap jante honge ke abhi jo pani jo delay ho raha hai monsoon ki wajah se khane peene ki cheezen double taawun ke ho gaye hain.</w:t>
      </w:r>
      <w:r>
        <w:br/>
      </w:r>
      <w:r>
        <w:rPr>
          <w:sz w:val="20"/>
        </w:rPr>
        <w:t>41:46  double!</w:t>
      </w:r>
      <w:r>
        <w:br/>
      </w:r>
      <w:r>
        <w:rPr>
          <w:sz w:val="20"/>
        </w:rPr>
        <w:t>41:49  yeh sab jo hai barhta hi jayega, barhta hi jayega, barhta hi jayega. is ko aap reverse course mein nahi chala sakte. aap yeh kyun hai?</w:t>
      </w:r>
      <w:r>
        <w:br/>
      </w:r>
      <w:r>
        <w:rPr>
          <w:sz w:val="20"/>
        </w:rPr>
        <w:t>42:02  yeh hai sign. yeh shuru ka yani preliminary sign hai. yeh insan insan jo hai hosh mein aa jaye, hosh mein aa jaye aur woh toba kare.</w:t>
      </w:r>
      <w:r>
        <w:br/>
      </w:r>
      <w:r>
        <w:rPr>
          <w:sz w:val="20"/>
        </w:rPr>
        <w:t>42:15  yaad rakhen, koi bhi jo koshishen ho rahi hain, jo submit ho rahi hain, woh</w:t>
      </w:r>
      <w:r>
        <w:br/>
      </w:r>
      <w:r>
        <w:rPr>
          <w:sz w:val="20"/>
        </w:rPr>
        <w:t>42:25  big nations ki industrialization ki, is se kuch nahi hone wala hai.</w:t>
      </w:r>
      <w:r>
        <w:br/>
      </w:r>
      <w:r>
        <w:rPr>
          <w:sz w:val="20"/>
        </w:rPr>
        <w:t>42:35  jab big woh G8 ho ya G14 ho, un ki submit se kuch bhi nahi hone wala hai, kuch bhi nahi hone wala hai.</w:t>
      </w:r>
      <w:r>
        <w:br/>
      </w:r>
      <w:r>
        <w:rPr>
          <w:sz w:val="20"/>
        </w:rPr>
        <w:t>42:45  ab jo farq par sakta hai, woh sirf toba se farq par sakta hai. toba</w:t>
      </w:r>
      <w:r>
        <w:br/>
      </w:r>
      <w:r>
        <w:rPr>
          <w:sz w:val="20"/>
        </w:rPr>
        <w:t>42:56  G8 ki meeting aur G14 ki meeting ya un ke declaration, is se kuch nahi hone wala hai. kyunke yeh amal, yeh mamla khuda ka mamla</w:t>
      </w:r>
      <w:r>
        <w:br/>
      </w:r>
      <w:r>
        <w:rPr>
          <w:sz w:val="20"/>
        </w:rPr>
        <w:t>43:08  hai. dekhen, Adam ne jab toba kiya, tab un ko maafii mili aur tab un ko is jannat mein rehne ka mauqa diya gaya.</w:t>
      </w:r>
      <w:r>
        <w:br/>
      </w:r>
      <w:r>
        <w:rPr>
          <w:sz w:val="20"/>
        </w:rPr>
        <w:t>43:17  dunya bhi to ek jannat hai, is jannat se to nikal diye gaye woh. lekin is dunya mein un ko rehne ka mauqa mila, jahan kam az kam life support system tha hi.</w:t>
      </w:r>
      <w:r>
        <w:br/>
      </w:r>
      <w:r>
        <w:rPr>
          <w:sz w:val="20"/>
        </w:rPr>
        <w:t>43:29  to aalami toba darkaar hai. aalami toba</w:t>
      </w:r>
      <w:r>
        <w:br/>
      </w:r>
      <w:r>
        <w:rPr>
          <w:sz w:val="20"/>
        </w:rPr>
        <w:t>43:34  wohan ek individual ke toba se un ko Allah taala ki pakar se bach gaye the. woh ab ek universal toba darkaar hai.</w:t>
      </w:r>
      <w:r>
        <w:br/>
      </w:r>
      <w:r>
        <w:rPr>
          <w:sz w:val="20"/>
        </w:rPr>
        <w:t>43:45  toba ka matlab kya hai? toba means hadith mein aata hai ke "al toba al nidaam". "al toba al nidaam" yani toba means repentance.</w:t>
      </w:r>
    </w:p>
    <w:p>
      <w:pPr>
        <w:pStyle w:val="Heading2"/>
      </w:pPr>
      <w:r>
        <w:t>Holding firm conviction while loving and respecting all religions</w:t>
      </w:r>
    </w:p>
    <w:p>
      <w:r>
        <w:rPr>
          <w:color w:val="666666"/>
          <w:sz w:val="18"/>
        </w:rPr>
        <w:t>Interfaith Dialogue (English) February 1, 2014 Maulana Wahiduddin Khan · 5m 14s · at 13:42 · https://youtu.be/esM8RDj_new?t=822</w:t>
      </w:r>
    </w:p>
    <w:p>
      <w:r>
        <w:rPr>
          <w:i/>
        </w:rPr>
        <w:t>“Religion is an issue of conviction.”</w:t>
      </w:r>
    </w:p>
    <w:p>
      <w:r>
        <w:rPr>
          <w:sz w:val="20"/>
        </w:rPr>
        <w:t>13:42  Religion is an issue of conviction</w:t>
      </w:r>
      <w:r>
        <w:br/>
      </w:r>
      <w:r>
        <w:rPr>
          <w:sz w:val="20"/>
        </w:rPr>
        <w:t>13:47  . When I say that I believe in so-and-so religion, then it means that I take it as a truth with a capital T.</w:t>
      </w:r>
      <w:r>
        <w:br/>
      </w:r>
      <w:r>
        <w:rPr>
          <w:sz w:val="20"/>
        </w:rPr>
        <w:t>14:04  Without taking religion in this sense, I cannot establish conviction in my mind.</w:t>
      </w:r>
      <w:r>
        <w:br/>
      </w:r>
      <w:r>
        <w:rPr>
          <w:sz w:val="20"/>
        </w:rPr>
        <w:t>14:14  If religion fails to give you conviction, then it is not religion. Why religion? The basic purpose of religion is to give you conviction regarding truth, regarding reality,</w:t>
      </w:r>
      <w:r>
        <w:br/>
      </w:r>
      <w:r>
        <w:rPr>
          <w:sz w:val="20"/>
        </w:rPr>
        <w:t>14:29  regarding the purpose of life.</w:t>
      </w:r>
      <w:r>
        <w:br/>
      </w:r>
      <w:r>
        <w:rPr>
          <w:sz w:val="20"/>
        </w:rPr>
        <w:t>14:32  So, conviction is an integral part of religion.</w:t>
      </w:r>
      <w:r>
        <w:br/>
      </w:r>
      <w:r>
        <w:rPr>
          <w:sz w:val="20"/>
        </w:rPr>
        <w:t>14:41  And I can say that I</w:t>
      </w:r>
      <w:r>
        <w:br/>
      </w:r>
      <w:r>
        <w:rPr>
          <w:sz w:val="20"/>
        </w:rPr>
        <w:t>14:45  have great conviction in Islam. I have discovered Islam as my faith. I believe in Islam with all convictions.</w:t>
      </w:r>
      <w:r>
        <w:br/>
      </w:r>
      <w:r>
        <w:rPr>
          <w:sz w:val="20"/>
        </w:rPr>
        <w:t>14:58  I have no doubt about it</w:t>
      </w:r>
      <w:r>
        <w:br/>
      </w:r>
      <w:r>
        <w:rPr>
          <w:sz w:val="20"/>
        </w:rPr>
        <w:t>15:00  . According to my perception, Islam is the truth with a capital T.</w:t>
      </w:r>
      <w:r>
        <w:br/>
      </w:r>
      <w:r>
        <w:rPr>
          <w:sz w:val="20"/>
        </w:rPr>
        <w:t>15:10  But I can say that this belief never due to this belief, I never found any hate against anyone.</w:t>
      </w:r>
      <w:r>
        <w:br/>
      </w:r>
      <w:r>
        <w:rPr>
          <w:sz w:val="20"/>
        </w:rPr>
        <w:t>15:26  I can say that I love every human be</w:t>
      </w:r>
      <w:r>
        <w:br/>
      </w:r>
      <w:r>
        <w:rPr>
          <w:sz w:val="20"/>
        </w:rPr>
        <w:t>15:30  ing. I love every religion.</w:t>
      </w:r>
      <w:r>
        <w:br/>
      </w:r>
      <w:r>
        <w:rPr>
          <w:sz w:val="20"/>
        </w:rPr>
        <w:t>15:35  It is a fact. All those people who know about myself can say that I have no outer hate against anyone.</w:t>
      </w:r>
      <w:r>
        <w:br/>
      </w:r>
      <w:r>
        <w:rPr>
          <w:sz w:val="20"/>
        </w:rPr>
        <w:t>15:50  I respect by heart every religion. And I can say that</w:t>
      </w:r>
      <w:r>
        <w:br/>
      </w:r>
      <w:r>
        <w:rPr>
          <w:sz w:val="20"/>
        </w:rPr>
        <w:t>16:01  this is possible for everyone, every human being, because man has a great capacity.</w:t>
      </w:r>
      <w:r>
        <w:br/>
      </w:r>
      <w:r>
        <w:rPr>
          <w:sz w:val="20"/>
        </w:rPr>
        <w:t>16:11  Human beings have enormous capacity.</w:t>
      </w:r>
      <w:r>
        <w:br/>
      </w:r>
      <w:r>
        <w:rPr>
          <w:sz w:val="20"/>
        </w:rPr>
        <w:t>16:19  Man is able to live with contradictions. It is very it is</w:t>
      </w:r>
      <w:r>
        <w:br/>
      </w:r>
      <w:r>
        <w:rPr>
          <w:sz w:val="20"/>
        </w:rPr>
        <w:t>16:30  quite possible for a human being, for a human mind. One American philosopher has rightly said that, "I am large enough to contain all these contradictions."</w:t>
      </w:r>
      <w:r>
        <w:br/>
      </w:r>
      <w:r>
        <w:rPr>
          <w:sz w:val="20"/>
        </w:rPr>
        <w:t>16:49  So, there is no question that if you believe that religion A is truth for you with a capital T, it doesn't mean that you hate other religions, you fail to respect other religions.</w:t>
      </w:r>
      <w:r>
        <w:br/>
      </w:r>
      <w:r>
        <w:rPr>
          <w:sz w:val="20"/>
        </w:rPr>
        <w:t>17:07  Our mind is able to live with both the concep</w:t>
      </w:r>
      <w:r>
        <w:br/>
      </w:r>
      <w:r>
        <w:rPr>
          <w:sz w:val="20"/>
        </w:rPr>
        <w:t>17:19  ts, believing that your religion is true, at the same time giving respect to others by heart, not by lip service.</w:t>
      </w:r>
      <w:r>
        <w:br/>
      </w:r>
      <w:r>
        <w:rPr>
          <w:sz w:val="20"/>
        </w:rPr>
        <w:t>17:32  So, according to my experience, interfaith dialogue means mutual learning. As far as the social harmony is concerned, harmony is another subject.</w:t>
      </w:r>
      <w:r>
        <w:br/>
      </w:r>
      <w:r>
        <w:rPr>
          <w:sz w:val="20"/>
        </w:rPr>
        <w:t>17:48  And I think the best formula for social harmony is given by some reformers in these words: peaceful coexistence.</w:t>
      </w:r>
      <w:r>
        <w:br/>
      </w:r>
      <w:r>
        <w:rPr>
          <w:sz w:val="20"/>
        </w:rPr>
        <w:t>18:03  Social harmony, international harmony, national harmony. In all these matters, the best formula of harmony is peaceful coexistence.</w:t>
      </w:r>
      <w:r>
        <w:br/>
      </w:r>
      <w:r>
        <w:rPr>
          <w:sz w:val="20"/>
        </w:rPr>
        <w:t>18:18  United Nations have adopted this formula. United Nations have already adopted this formula. And the same formula is also applicable to the religious groups.</w:t>
      </w:r>
      <w:r>
        <w:br/>
      </w:r>
      <w:r>
        <w:rPr>
          <w:sz w:val="20"/>
        </w:rPr>
        <w:t>18:37  So, I would say that as far as the social harmony is concerned,</w:t>
      </w:r>
      <w:r>
        <w:br/>
      </w:r>
      <w:r>
        <w:rPr>
          <w:sz w:val="20"/>
        </w:rPr>
        <w:t>18:49  we have to adopt the principle of coexistence.</w:t>
      </w:r>
    </w:p>
    <w:p>
      <w:pPr>
        <w:pStyle w:val="Heading2"/>
      </w:pPr>
      <w:r>
        <w:t>Missing principle of conditioning and deconditioning</w:t>
      </w:r>
    </w:p>
    <w:p>
      <w:r>
        <w:rPr>
          <w:color w:val="666666"/>
          <w:sz w:val="18"/>
        </w:rPr>
        <w:t>About De-Conditioning | April 06, 2008 | Maulana Wahiduddin Khan · 5m 03s · at 12:23 · https://youtu.be/ltg0EF3eK0E?t=743</w:t>
      </w:r>
    </w:p>
    <w:p>
      <w:r>
        <w:rPr>
          <w:i/>
        </w:rPr>
        <w:t>“نہیں سمجھا لوگوں نے The greatest missing principle”</w:t>
      </w:r>
    </w:p>
    <w:p>
      <w:r>
        <w:rPr>
          <w:sz w:val="20"/>
        </w:rPr>
        <w:t>12:23  nahin samjha logon ne. The greatest missing principle in the whole human history was that people failed to understand the problem of conditioning and deconditioning. poori poori History mein bari anokhi baat hai. American Professor jis ka naam Watson tha jo atharah so atthattar mein paida hua us ne</w:t>
      </w:r>
      <w:r>
        <w:br/>
      </w:r>
      <w:r>
        <w:rPr>
          <w:sz w:val="20"/>
        </w:rPr>
        <w:t>12:53  pehli baar is ko Discover kiya ke insaan ki Conditioning hoti hai.</w:t>
      </w:r>
      <w:r>
        <w:br/>
      </w:r>
      <w:r>
        <w:rPr>
          <w:sz w:val="20"/>
        </w:rPr>
        <w:t>12:57  paida hote hi.</w:t>
      </w:r>
      <w:r>
        <w:br/>
      </w:r>
      <w:r>
        <w:rPr>
          <w:sz w:val="20"/>
        </w:rPr>
        <w:t>13:00  lekin woh bhi aadhi baat jaan saka.</w:t>
      </w:r>
      <w:r>
        <w:br/>
      </w:r>
      <w:r>
        <w:rPr>
          <w:sz w:val="20"/>
        </w:rPr>
        <w:t>13:04  Half of the truth ko jaan saka woh.</w:t>
      </w:r>
      <w:r>
        <w:br/>
      </w:r>
      <w:r>
        <w:rPr>
          <w:sz w:val="20"/>
        </w:rPr>
        <w:t>13:08  yani Conditioning ko to jana is ne lekin Deconditioning ke Principle ko nahi jaan saka wo.</w:t>
      </w:r>
      <w:r>
        <w:br/>
      </w:r>
      <w:r>
        <w:rPr>
          <w:sz w:val="20"/>
        </w:rPr>
        <w:t>13:12  Deconditioning ke Principle ko phir bhi nahi jaan saka wo.</w:t>
      </w:r>
      <w:r>
        <w:br/>
      </w:r>
      <w:r>
        <w:rPr>
          <w:sz w:val="20"/>
        </w:rPr>
        <w:t>13:15  to aadhi baat jani is ne aur aadhi baat se be khabar raha wo.</w:t>
      </w:r>
      <w:r>
        <w:br/>
      </w:r>
      <w:r>
        <w:rPr>
          <w:sz w:val="20"/>
        </w:rPr>
        <w:t>13:19  is par mein so</w:t>
      </w:r>
      <w:r>
        <w:br/>
      </w:r>
      <w:r>
        <w:rPr>
          <w:sz w:val="20"/>
        </w:rPr>
        <w:t>13:23  chita raha ke aakhir raaz kya hai? ke log Conditioning ki baat karte hain lekin Deconditioning ki baat</w:t>
      </w:r>
      <w:r>
        <w:br/>
      </w:r>
      <w:r>
        <w:rPr>
          <w:sz w:val="20"/>
        </w:rPr>
        <w:t>13:29  nahi kar paate log.</w:t>
      </w:r>
      <w:r>
        <w:br/>
      </w:r>
      <w:r>
        <w:rPr>
          <w:sz w:val="20"/>
        </w:rPr>
        <w:t>13:35  is ka raaz kya hai? to is ka raaz mujhe abhi kal parson ek mujhe ek ek Experience hua.</w:t>
      </w:r>
      <w:r>
        <w:br/>
      </w:r>
      <w:r>
        <w:rPr>
          <w:sz w:val="20"/>
        </w:rPr>
        <w:t>13:41  mein ek ek aisi Family mein paida hua jahan ke adab aur shayari isi ka charcha tha.</w:t>
      </w:r>
      <w:r>
        <w:br/>
      </w:r>
      <w:r>
        <w:rPr>
          <w:sz w:val="20"/>
        </w:rPr>
        <w:t>13:47  aur hamare ghar mein bohat si kitabein</w:t>
      </w:r>
      <w:r>
        <w:br/>
      </w:r>
      <w:r>
        <w:rPr>
          <w:sz w:val="20"/>
        </w:rPr>
        <w:t>13:53  hoti theen lekin sab wahi adab wali kitabein, sher o shayari wali kitabein, novel yahi sab tha.</w:t>
      </w:r>
      <w:r>
        <w:br/>
      </w:r>
      <w:r>
        <w:rPr>
          <w:sz w:val="20"/>
        </w:rPr>
        <w:t>14:01  ilm ilmi kitab ya science ki kitab wahan par nahi hoti thi.</w:t>
      </w:r>
      <w:r>
        <w:br/>
      </w:r>
      <w:r>
        <w:rPr>
          <w:sz w:val="20"/>
        </w:rPr>
        <w:t>14:09  is zamane mein hum ne parha tha ek mashhoor jo shayar hain zao' un ka yeh sher: "dard</w:t>
      </w:r>
      <w:r>
        <w:br/>
      </w:r>
      <w:r>
        <w:rPr>
          <w:sz w:val="20"/>
        </w:rPr>
        <w:t>14:16  e dil ke waste paida kiya insaan ko warna itaa'at ke liye kuch kam na thay karubiyan." karubiyan matlab Angel</w:t>
      </w:r>
      <w:r>
        <w:br/>
      </w:r>
      <w:r>
        <w:rPr>
          <w:sz w:val="20"/>
        </w:rPr>
        <w:t>14:24  .</w:t>
      </w:r>
      <w:r>
        <w:br/>
      </w:r>
      <w:r>
        <w:rPr>
          <w:sz w:val="20"/>
        </w:rPr>
        <w:t>14:29  ke insaan ko Khuda ne paida kiya to kis liye? yani Pain ka Experience karane ke liye insaan ko.</w:t>
      </w:r>
      <w:r>
        <w:br/>
      </w:r>
      <w:r>
        <w:rPr>
          <w:sz w:val="20"/>
        </w:rPr>
        <w:t>14:33  aur jahan tak ibaadat ki baat hai to bohat se Angel maujood thay wo baat kar hi rahay thay.</w:t>
      </w:r>
      <w:r>
        <w:br/>
      </w:r>
      <w:r>
        <w:rPr>
          <w:sz w:val="20"/>
        </w:rPr>
        <w:t>14:37  to yeh sher mere Mind mein basa hua tha.</w:t>
      </w:r>
      <w:r>
        <w:br/>
      </w:r>
      <w:r>
        <w:rPr>
          <w:sz w:val="20"/>
        </w:rPr>
        <w:t>14:42  itni lambi dhun se basa hua tha.</w:t>
      </w:r>
      <w:r>
        <w:br/>
      </w:r>
      <w:r>
        <w:rPr>
          <w:sz w:val="20"/>
        </w:rPr>
        <w:t>14:46  "dard e dil ke waste paida kiya insaan ko." bohat baad ko maine samjha ke yeh bilkul galat sher hai.</w:t>
      </w:r>
      <w:r>
        <w:br/>
      </w:r>
      <w:r>
        <w:rPr>
          <w:sz w:val="20"/>
        </w:rPr>
        <w:t>14:50  yeh ek Negative Aspect batata hai zindagi</w:t>
      </w:r>
      <w:r>
        <w:br/>
      </w:r>
      <w:r>
        <w:rPr>
          <w:sz w:val="20"/>
        </w:rPr>
        <w:t>14:55  ka.</w:t>
      </w:r>
      <w:r>
        <w:br/>
      </w:r>
      <w:r>
        <w:rPr>
          <w:sz w:val="20"/>
        </w:rPr>
        <w:t>14:58  jab maine yeh Discover kiya ke har cheez mein Negative hota hai, Positive hota hai.</w:t>
      </w:r>
      <w:r>
        <w:br/>
      </w:r>
      <w:r>
        <w:rPr>
          <w:sz w:val="20"/>
        </w:rPr>
        <w:t>15:01  to Negative Aspect ko le lete hain jaldi jaldi se.</w:t>
      </w:r>
      <w:r>
        <w:br/>
      </w:r>
      <w:r>
        <w:rPr>
          <w:sz w:val="20"/>
        </w:rPr>
        <w:t>15:05  Positive Aspect ko mein Discover karne ki koshish karta hoon.</w:t>
      </w:r>
      <w:r>
        <w:br/>
      </w:r>
      <w:r>
        <w:rPr>
          <w:sz w:val="20"/>
        </w:rPr>
        <w:t>15:08  to Positive Aspect kya hai? Khuda ne paida kiya insaan ko ke woh Khuda ko pehchane, Khuda ko</w:t>
      </w:r>
      <w:r>
        <w:br/>
      </w:r>
      <w:r>
        <w:rPr>
          <w:sz w:val="20"/>
        </w:rPr>
        <w:t>15:11  realize kare, khuda ko discover kare.</w:t>
      </w:r>
      <w:r>
        <w:br/>
      </w:r>
      <w:r>
        <w:rPr>
          <w:sz w:val="20"/>
        </w:rPr>
        <w:t>15:15  creator ko jaane.</w:t>
      </w:r>
      <w:r>
        <w:br/>
      </w:r>
      <w:r>
        <w:rPr>
          <w:sz w:val="20"/>
        </w:rPr>
        <w:t>15:18  is ke liye paida kiya.</w:t>
      </w:r>
      <w:r>
        <w:br/>
      </w:r>
      <w:r>
        <w:rPr>
          <w:sz w:val="20"/>
        </w:rPr>
        <w:t>15:21  yeh to koi pur</w:t>
      </w:r>
      <w:r>
        <w:br/>
      </w:r>
      <w:r>
        <w:rPr>
          <w:sz w:val="20"/>
        </w:rPr>
        <w:t>15:25  pose nahin hua paida karne ka ke tarpte tarpte mar jayen aur qissa khatm. yeh to koi Purpose nahin hai. to main khud is tarah ki bohat si cheezon ko maine jaana hai baat ko Deconditioning ke zariye. phir maine socha ke aisa kyun hota hai? asal mein Deconditioning aik Merciless Process hai.</w:t>
      </w:r>
      <w:r>
        <w:br/>
      </w:r>
      <w:r>
        <w:rPr>
          <w:sz w:val="20"/>
        </w:rPr>
        <w:t>15:55  is ke baghair Deconditioning nahin ho sakti. jis ko kehtay hain Introspection. Merciless Introspection. aik hi aik hi Method hai Deconditioning ka. woh hai Merciless Introspection. yani woh hai aik Psychological sense mein Self Killing hai woh. to aadmi kyun aisa kare? It requires a very very str</w:t>
      </w:r>
      <w:r>
        <w:br/>
      </w:r>
      <w:r>
        <w:rPr>
          <w:sz w:val="20"/>
        </w:rPr>
        <w:t>16:25  ong incentive. aadmi Self Killing kyu kare? apni Merciless Introspection kyu kare? yaani Merciless Hammering kyu kare woh? khud apni kyu hai koi koi kare koi? toh main kahunga ke It requires a very very strong incentive. woh Incentive kya hai? Accountability. Accountability. yaani yeh ehsaas ke mujhe Khuda ke saamne</w:t>
      </w:r>
      <w:r>
        <w:br/>
      </w:r>
      <w:r>
        <w:rPr>
          <w:sz w:val="20"/>
        </w:rPr>
        <w:t>16:55  khada hona hai.</w:t>
      </w:r>
      <w:r>
        <w:br/>
      </w:r>
      <w:r>
        <w:rPr>
          <w:sz w:val="20"/>
        </w:rPr>
        <w:t>16:59  mujhe khuda ke samne mera record pesh kiya jayega, wahan par main mera hisab hoga aur phir</w:t>
      </w:r>
      <w:r>
        <w:br/>
      </w:r>
      <w:r>
        <w:rPr>
          <w:sz w:val="20"/>
        </w:rPr>
        <w:t>17:04  ya to hell milegi ya paradise milegi.</w:t>
      </w:r>
      <w:r>
        <w:br/>
      </w:r>
      <w:r>
        <w:rPr>
          <w:sz w:val="20"/>
        </w:rPr>
        <w:t>17:08  yeh jo jo concept of accountability hai yahi aap ko woh spirit deta hai ke aap apni deconditioning karein.</w:t>
      </w:r>
      <w:r>
        <w:br/>
      </w:r>
      <w:r>
        <w:rPr>
          <w:sz w:val="20"/>
        </w:rPr>
        <w:t>17:13  ek hi puri jo missing hai puri history mein woh yahi hai.</w:t>
      </w:r>
      <w:r>
        <w:br/>
      </w:r>
      <w:r>
        <w:rPr>
          <w:sz w:val="20"/>
        </w:rPr>
        <w:t>17:17  concept of accountability.</w:t>
      </w:r>
      <w:r>
        <w:br/>
      </w:r>
      <w:r>
        <w:rPr>
          <w:sz w:val="20"/>
        </w:rPr>
        <w:t>17:21  isi liye log apni deconditioning nahi kar sake.</w:t>
      </w:r>
    </w:p>
    <w:p>
      <w:pPr>
        <w:pStyle w:val="Heading2"/>
      </w:pPr>
      <w:r>
        <w:t>Sufi story and moral about discovery</w:t>
      </w:r>
    </w:p>
    <w:p>
      <w:r>
        <w:rPr>
          <w:color w:val="666666"/>
          <w:sz w:val="18"/>
        </w:rPr>
        <w:t>How to stay away from Distraction November 10, 2018 · 3m 24s · at 3:12 · https://youtu.be/SfVcrBUbvuU?t=192</w:t>
      </w:r>
    </w:p>
    <w:p>
      <w:r>
        <w:rPr>
          <w:i/>
        </w:rPr>
        <w:t>“A story is very illustrative: there was a Sufi.”</w:t>
      </w:r>
    </w:p>
    <w:p>
      <w:r>
        <w:rPr>
          <w:sz w:val="20"/>
        </w:rPr>
        <w:t>3:12  is moamle mein aik qissa bohat ziyada illustrative hai ke pehle zamaney mein aik sufi, sufi buzurg they.</w:t>
      </w:r>
      <w:r>
        <w:br/>
      </w:r>
      <w:r>
        <w:rPr>
          <w:sz w:val="20"/>
        </w:rPr>
        <w:t>3:27  to sofi log jo thay, aap jantay hain ke jo kapra pehan liya, pehan liya, kapra badalna un un ka nahi hota, jab phat phat ke nikal jaye to nikal jaye.</w:t>
      </w:r>
      <w:r>
        <w:br/>
      </w:r>
      <w:r>
        <w:rPr>
          <w:sz w:val="20"/>
        </w:rPr>
        <w:t>3:39  to wo bohat dinon se ek kapra pehantay thay, to pehantay pehantay is mein kuch</w:t>
      </w:r>
      <w:r>
        <w:br/>
      </w:r>
      <w:r>
        <w:rPr>
          <w:sz w:val="20"/>
        </w:rPr>
        <w:t>3:51  ek kapray ke keeRay hotay hain, wo is mein par gaya.</w:t>
      </w:r>
      <w:r>
        <w:br/>
      </w:r>
      <w:r>
        <w:rPr>
          <w:sz w:val="20"/>
        </w:rPr>
        <w:t>4:00  to wo buzurg aur un ke murreed dhoop mein baith kar, jaRay ke zamanay mein dhoop mein baith kar kapray ka keeRa nikaal rahay thay, dono.</w:t>
      </w:r>
      <w:r>
        <w:br/>
      </w:r>
      <w:r>
        <w:rPr>
          <w:sz w:val="20"/>
        </w:rPr>
        <w:t>4:19  to jo un ke murreed thay, achaanak</w:t>
      </w:r>
      <w:r>
        <w:br/>
      </w:r>
      <w:r>
        <w:rPr>
          <w:sz w:val="20"/>
        </w:rPr>
        <w:t>4:27  lagay Hazrat, Hazrat, Hazrat, yani koi bari cheez aa gayi un ke samnay to us ko batane laga.</w:t>
      </w:r>
      <w:r>
        <w:br/>
      </w:r>
      <w:r>
        <w:rPr>
          <w:sz w:val="20"/>
        </w:rPr>
        <w:t>4:36  Hazrat, Hazrat, wo</w:t>
      </w:r>
      <w:r>
        <w:br/>
      </w:r>
      <w:r>
        <w:rPr>
          <w:sz w:val="20"/>
        </w:rPr>
        <w:t>4:42  to Hazrat ne sir nahi uthaya, sir uthaye baghair poocha ke kya baat hai?</w:t>
      </w:r>
      <w:r>
        <w:br/>
      </w:r>
      <w:r>
        <w:rPr>
          <w:sz w:val="20"/>
        </w:rPr>
        <w:t>4:54  to murreed bola ke Hazrat, wo wazir ki sawari aa rahi hai. Pehlay zamanay mein badshah ka sirf ek wazir hota tha,</w:t>
      </w:r>
      <w:r>
        <w:br/>
      </w:r>
      <w:r>
        <w:rPr>
          <w:sz w:val="20"/>
        </w:rPr>
        <w:t>5:10  aaj kal ke lihaaz se wo prime minister ya wazir-e-azam hua karta tha, wo aa raha tha. To us zamanay mein car to hoti nahi thi, to sawari chalti thi,</w:t>
      </w:r>
      <w:r>
        <w:br/>
      </w:r>
      <w:r>
        <w:rPr>
          <w:sz w:val="20"/>
        </w:rPr>
        <w:t>5:25  ghoray bohat se. To wazir sahib aa rahay thay, bohat se ghoray thay, un ke agay peechay bohat se log thay.</w:t>
      </w:r>
      <w:r>
        <w:br/>
      </w:r>
      <w:r>
        <w:rPr>
          <w:sz w:val="20"/>
        </w:rPr>
        <w:t>5:41  to jo buzurg thay,</w:t>
      </w:r>
      <w:r>
        <w:br/>
      </w:r>
      <w:r>
        <w:rPr>
          <w:sz w:val="20"/>
        </w:rPr>
        <w:t>5:48  unhon ne kaha, sir nahi uthaya, unhon ne baghair sir uthaye kaha, main ne to samjha ke tum ko koi bara keeRa mil gaya hai.</w:t>
      </w:r>
      <w:r>
        <w:br/>
      </w:r>
      <w:r>
        <w:rPr>
          <w:sz w:val="20"/>
        </w:rPr>
        <w:t>6:01  to asal cheez hoti hai yeh ke hamari discovery mein kami hoti hai,</w:t>
      </w:r>
      <w:r>
        <w:br/>
      </w:r>
      <w:r>
        <w:rPr>
          <w:sz w:val="20"/>
        </w:rPr>
        <w:t>6:13  discovery mein kami kami hoti hai. Ek God Almighty ko hum sab se baray cases se discover kiye hue nahi hotay, to har cheez hamein bari dikhai parti hai.</w:t>
      </w:r>
    </w:p>
    <w:p>
      <w:pPr>
        <w:pStyle w:val="Heading2"/>
      </w:pPr>
      <w:r>
        <w:t>Hadith on extremism: how politics became faith in Pakistan, Kashmir</w:t>
      </w:r>
    </w:p>
    <w:p>
      <w:r>
        <w:rPr>
          <w:color w:val="666666"/>
          <w:sz w:val="18"/>
        </w:rPr>
        <w:t>The Lesson of History September 21, 2014 · 5m 40s · at 10:40 · https://youtu.be/aMVHLKMkhcQ?t=640</w:t>
      </w:r>
    </w:p>
    <w:p>
      <w:r>
        <w:rPr>
          <w:i/>
        </w:rPr>
        <w:t>“Hadith mein aata hai: iyyakum wal ghuluw fid deen”</w:t>
      </w:r>
    </w:p>
    <w:p>
      <w:r>
        <w:rPr>
          <w:sz w:val="20"/>
        </w:rPr>
        <w:t>10:40  hadees mein aata hai ke ayyakum wal ghuloo fid deen wa innama khaliqa min khaliq min kan qablakum bil ghuloo fid deen ke ummat e muslema ko Allah taala ne farmaya ke dekho, tum ghuloo ka shikar na hona.</w:t>
      </w:r>
      <w:r>
        <w:br/>
      </w:r>
      <w:r>
        <w:rPr>
          <w:sz w:val="20"/>
        </w:rPr>
        <w:t>10:57  kyunke doosri qaumein jo halak huin, ghuloo se halak huin. dekhiye, ghuloo kya hai? ghuloo asal an yahi hai.</w:t>
      </w:r>
      <w:r>
        <w:br/>
      </w:r>
      <w:r>
        <w:rPr>
          <w:sz w:val="20"/>
        </w:rPr>
        <w:t>11:05  ghuloo ke lafzi maani hain extremism, inteha pasandi. lekin inteha pasandi ya extremism aata kaise hai?</w:t>
      </w:r>
      <w:r>
        <w:br/>
      </w:r>
      <w:r>
        <w:rPr>
          <w:sz w:val="20"/>
        </w:rPr>
        <w:t>11:15  aata is tarah ke kisi cheez ko aap bana dete hain aqeeday ka masla. jaise 1927 se pehle mein jo dekhta tha har jagah, ladke dhanda le le kar daurte the aur naare lagate the,</w:t>
      </w:r>
      <w:r>
        <w:br/>
      </w:r>
      <w:r>
        <w:rPr>
          <w:sz w:val="20"/>
        </w:rPr>
        <w:t>11:30  Pakistan ka matlab kya hai? la ilaha illallah Pakistan ka matlab kya hai? la ilaha illallah. yaani Pakistan aik qaumi issue tha, us ko bana diya mazhabi issue.</w:t>
      </w:r>
      <w:r>
        <w:br/>
      </w:r>
      <w:r>
        <w:rPr>
          <w:sz w:val="20"/>
        </w:rPr>
        <w:t>11:43  Pakistan poori tarah se aik qaumi issue tha, is ka Islam se koi taalluq nahin tha. lekin jab aap ne kaha ke Pakistan ka matlab kya hai? la ilaha illallah, to aap ne Pakistani tehreek ko aqeeday ka masla bana diya.</w:t>
      </w:r>
      <w:r>
        <w:br/>
      </w:r>
      <w:r>
        <w:rPr>
          <w:sz w:val="20"/>
        </w:rPr>
        <w:t>11:59  isi liye aaj tak Pakistan mein rethinking nahin aayi. rethinking nahin aayi. aise hi Kashmir mein dekhiye, unhon ne jo tehreek chalayi, us ko naam rakh diya Nizam e Mustafa.</w:t>
      </w:r>
      <w:r>
        <w:br/>
      </w:r>
      <w:r>
        <w:rPr>
          <w:sz w:val="20"/>
        </w:rPr>
        <w:t>12:14  Pakistan ki tarah Kashmir ki tehreek bhi mukammal taur par Kashmiri qaumiyat ki tehreek thi. qaumiyat ki. lekin jab unhon ne kaha ke Nizam e Mustafa, to us ko aap unhon ne aqeeday ka masla bana diya.</w:t>
      </w:r>
      <w:r>
        <w:br/>
      </w:r>
      <w:r>
        <w:rPr>
          <w:sz w:val="20"/>
        </w:rPr>
        <w:t>12:28  aqeeday ka masla. matlab hamare deen ka masla hai, shariyat ka masla hai. isi mein jannat jahannum ka inhisaar hai. to koi sochega nahin.</w:t>
      </w:r>
      <w:r>
        <w:br/>
      </w:r>
      <w:r>
        <w:rPr>
          <w:sz w:val="20"/>
        </w:rPr>
        <w:t>12:37  to aaj tak Kashmiriyon mein sahi maanon mein rethinking nahin aayi. kyunke is ko unhon ne bana diya aqeeday ka masla. yahi ghuloo hai.</w:t>
      </w:r>
      <w:r>
        <w:br/>
      </w:r>
      <w:r>
        <w:rPr>
          <w:sz w:val="20"/>
        </w:rPr>
        <w:t>12:46  Rasool Allah ne farmaya tha ke dekho, ghuloo mat karna. kyunke ghuloo mein qaumein halak hoti hain. ghuloo ka matlab yeh hai ke aik cheez jo aik aik aik aam tarz ki baat ho, aik amli baat ho, aik dunyawi baat ho, aik secular baat ho, us ko aap bana dein aqeeday ki baat.</w:t>
      </w:r>
      <w:r>
        <w:br/>
      </w:r>
      <w:r>
        <w:rPr>
          <w:sz w:val="20"/>
        </w:rPr>
        <w:t>13:07  to aqeeday ki baat sirf wohi hai jo Quran mein hai. aap izafa karenge to aap ghalati karenge. yaad rakhiye, Quran mein kahin likha nahin hai ke Pakistan banwao to woh aqeedah nahin ho sakta.</w:t>
      </w:r>
      <w:r>
        <w:br/>
      </w:r>
      <w:r>
        <w:rPr>
          <w:sz w:val="20"/>
        </w:rPr>
        <w:t>13:24  Quran mein yeh likha hua nahin ke Kashmir mein Nizam e Mustafa chalao to aqeedah nahin ho sakta. aqeedah jitna bhi hai, sab Quran mein bata diya</w:t>
      </w:r>
      <w:r>
        <w:br/>
      </w:r>
      <w:r>
        <w:rPr>
          <w:sz w:val="20"/>
        </w:rPr>
        <w:t>13:34  gaya hai. ab kisi aur cheez ko aap aqeedah banayein to ghalati aap ki hogi, ghuloo hoga woh. aise hi dekhiye, Falasteen ke masle mein ko Arabon mein aaj tak rethinking nahin aayi.</w:t>
      </w:r>
      <w:r>
        <w:br/>
      </w:r>
      <w:r>
        <w:rPr>
          <w:sz w:val="20"/>
        </w:rPr>
        <w:t>13:46  is ki wajah kya hai? Falasteen ka issue mere nazdeek mukammal taur par qaumi issue hai. Arab qaumiyat ka issue hai. bas. is ka Islam se koi taalluq nahin hai.</w:t>
      </w:r>
      <w:r>
        <w:br/>
      </w:r>
      <w:r>
        <w:rPr>
          <w:sz w:val="20"/>
        </w:rPr>
        <w:t>13:57  lekin jitne leader hain, kya karte hain?</w:t>
      </w:r>
      <w:r>
        <w:br/>
      </w:r>
      <w:r>
        <w:rPr>
          <w:sz w:val="20"/>
        </w:rPr>
        <w:t>14:01  woh kehte hain ke yeh Masjid Aqsa ki baazyabi ka masla hai. yaani agar yeh kehte hain ke Arab qaumiyat ka masla hai to woh secular rehta, aap us par rethinking kar sakte the.</w:t>
      </w:r>
      <w:r>
        <w:br/>
      </w:r>
      <w:r>
        <w:rPr>
          <w:sz w:val="20"/>
        </w:rPr>
        <w:t>14:14  lekin jab aap ne yeh keh diya ke yeh to hamari qibla awwal ki baazyabi ka masla hai, to aqeeday ka masla bana diya aap ne. phir aap kabhi rethink nahin karenge.</w:t>
      </w:r>
      <w:r>
        <w:br/>
      </w:r>
      <w:r>
        <w:rPr>
          <w:sz w:val="20"/>
        </w:rPr>
        <w:t>14:24  marein, kaatein, tabaah hon, aap rethink nahin karenge.</w:t>
      </w:r>
      <w:r>
        <w:br/>
      </w:r>
      <w:r>
        <w:rPr>
          <w:sz w:val="20"/>
        </w:rPr>
        <w:t>14:29  jaise Rasool Allah Khatam un Nabiyyin hain, to koi aap ko maare, kaate, kuch bhi kare, aap chhodenge nahin, us ko nahin chhodenge. kyunke ab aqeedah isi se juda hua hai.</w:t>
      </w:r>
      <w:r>
        <w:br/>
      </w:r>
      <w:r>
        <w:rPr>
          <w:sz w:val="20"/>
        </w:rPr>
        <w:t>14:41  to Falasteen ka masla jo yaqeeni taur par tha, Arab qaumiyat ka masla. dekhiye, hota yeh hai, agar aap aqeeday ka masla na banayein to aap result ko le kar sochte hain.</w:t>
      </w:r>
      <w:r>
        <w:br/>
      </w:r>
      <w:r>
        <w:rPr>
          <w:sz w:val="20"/>
        </w:rPr>
        <w:t>14:57  aqeeday ka masla na banayein to result ko le kar sochte hain. Falasteen ka masla agar aap rakhte, Arab qaumiyat ka masla, to aap result ko le kar sochte hain ke sab yeh to tabaahi, tabaahi ho rahi hai, chhod do.</w:t>
      </w:r>
      <w:r>
        <w:br/>
      </w:r>
      <w:r>
        <w:rPr>
          <w:sz w:val="20"/>
        </w:rPr>
        <w:t>15:11  tabahi se kya faida? jab bhi aap dekhiye, aqide se bahar koi masla rahega to woh result ko lekar usko aap judge karenge.</w:t>
      </w:r>
      <w:r>
        <w:br/>
      </w:r>
      <w:r>
        <w:rPr>
          <w:sz w:val="20"/>
        </w:rPr>
        <w:t>15:23  result ko lekar judge karenge.</w:t>
      </w:r>
      <w:r>
        <w:br/>
      </w:r>
      <w:r>
        <w:rPr>
          <w:sz w:val="20"/>
        </w:rPr>
        <w:t>15:25  result nikla to theek hai, nahi nikla to chhod denge isko. lekin jab isko aqide ka masla bana denge aap, to aap kabhi result lekar nahi sochenge.</w:t>
      </w:r>
      <w:r>
        <w:br/>
      </w:r>
      <w:r>
        <w:rPr>
          <w:sz w:val="20"/>
        </w:rPr>
        <w:t>15:35  yeh to marenge, katenge, samajhte hain ke jannat mil to phir bhi mil jayegi, marne ke baad. to yeh hai Allah, Rasool Allah salallahu alaihi wasallam ne isi ko bataya tha ke dekho tum ghalu mat karna.</w:t>
      </w:r>
      <w:r>
        <w:br/>
      </w:r>
      <w:r>
        <w:rPr>
          <w:sz w:val="20"/>
        </w:rPr>
        <w:t>15:48  ghalu ke lafzi maane inteha pasandi, extreme</w:t>
      </w:r>
      <w:r>
        <w:br/>
      </w:r>
      <w:r>
        <w:rPr>
          <w:sz w:val="20"/>
        </w:rPr>
        <w:t>15:51  ism. yani ek cheez jo aqide ka masla nahi hai, usko badalna aqide ka masla hai. yahi to extremism hai. ek cheez jo haqiqatan aqide ka masla nahi hai,</w:t>
      </w:r>
      <w:r>
        <w:br/>
      </w:r>
      <w:r>
        <w:rPr>
          <w:sz w:val="20"/>
        </w:rPr>
        <w:t>16:05  usko aap bana dein aqide ka masla. yeh ghalu hai. maslan koi family ka masla hai, business ka masla hai, job ka masla hai, qaumi masla hai, to usko aap rethinking karenge.</w:t>
      </w:r>
    </w:p>
    <w:p>
      <w:pPr>
        <w:pStyle w:val="Heading2"/>
      </w:pPr>
      <w:r>
        <w:t>As-Sabiqun: the foremost believers nearest to God in paradise</w:t>
      </w:r>
    </w:p>
    <w:p>
      <w:r>
        <w:rPr>
          <w:color w:val="666666"/>
          <w:sz w:val="18"/>
        </w:rPr>
        <w:t>Surah Al-Waqi'ah A Life-Changing Surah (Part 1) March 9, 2025 · 3m 33s · at 33:38 · https://youtu.be/enNA8TyC-Mc?t=2018</w:t>
      </w:r>
    </w:p>
    <w:p>
      <w:r>
        <w:rPr>
          <w:i/>
        </w:rPr>
        <w:t>“The foremost shall be the foremost — the best group of all.”</w:t>
      </w:r>
    </w:p>
    <w:p>
      <w:r>
        <w:rPr>
          <w:sz w:val="20"/>
        </w:rPr>
        <w:t>33:38  Yeah, that is the best group. Verse</w:t>
      </w:r>
      <w:r>
        <w:br/>
      </w:r>
      <w:r>
        <w:rPr>
          <w:sz w:val="20"/>
        </w:rPr>
        <w:t>33:41  number 10 says, was sabiqun al sabiqun The foremost, the foremost shall be the foremost, the forward group.</w:t>
      </w:r>
      <w:r>
        <w:br/>
      </w:r>
      <w:r>
        <w:rPr>
          <w:sz w:val="20"/>
        </w:rPr>
        <w:t>33:51  So how excellent will be the foremost group, the forerunners? So the foremost in faith will be the foremost in paradise.</w:t>
      </w:r>
      <w:r>
        <w:br/>
      </w:r>
      <w:r>
        <w:rPr>
          <w:sz w:val="20"/>
        </w:rPr>
        <w:t>34:02  So this verse introduces the third and the most distinguished group on the Day of Judgment, al sabiqun the foremost.</w:t>
      </w:r>
      <w:r>
        <w:br/>
      </w:r>
      <w:r>
        <w:rPr>
          <w:sz w:val="20"/>
        </w:rPr>
        <w:t>34:11  And the repetition of the word, the foremost shall be the foremost, highlights, uh, their unmatched rank and honor.</w:t>
      </w:r>
      <w:r>
        <w:br/>
      </w:r>
      <w:r>
        <w:rPr>
          <w:sz w:val="20"/>
        </w:rPr>
        <w:t>34:21  And they will attain the highest level of paradise</w:t>
      </w:r>
      <w:r>
        <w:br/>
      </w:r>
      <w:r>
        <w:rPr>
          <w:sz w:val="20"/>
        </w:rPr>
        <w:t>34:25  When we say the highest level of paradise, like we sometimes, uh, if somebody has died, we send a message, "May Allah give him or her the highest level of paradise.</w:t>
      </w:r>
      <w:r>
        <w:br/>
      </w:r>
      <w:r>
        <w:rPr>
          <w:sz w:val="20"/>
        </w:rPr>
        <w:t>34:36  " It means that the paradise which is nearest to the throne of Allah. Mm-hmm. As we know that, uh, prayer of, uh, Pharaoh's wife, Asiyah, she prayed, rabbini li indaka baitan fil jannah My Lord, build me a house in Your nearness in paradise.</w:t>
      </w:r>
      <w:r>
        <w:br/>
      </w:r>
      <w:r>
        <w:rPr>
          <w:sz w:val="20"/>
        </w:rPr>
        <w:t>34:59  So they will, uh, have the al sabiqun, the forerunners, the foremost, will have greater access to divine blessings and divine guidance.</w:t>
      </w:r>
      <w:r>
        <w:br/>
      </w:r>
      <w:r>
        <w:rPr>
          <w:sz w:val="20"/>
        </w:rPr>
        <w:t>35:09  And they are the most beloved and most honored servants of God. So this is the the the greatest blessing and highest achievement one can attain in paradise.</w:t>
      </w:r>
      <w:r>
        <w:br/>
      </w:r>
      <w:r>
        <w:rPr>
          <w:sz w:val="20"/>
        </w:rPr>
        <w:t>35:22  This is a very, very inspiring verse.</w:t>
      </w:r>
      <w:r>
        <w:br/>
      </w:r>
      <w:r>
        <w:rPr>
          <w:sz w:val="20"/>
        </w:rPr>
        <w:t>35:27  Ulaika al muqarrabun Verse number 11. They will be the nearest to Allah. It talks about more about the al sabiqun.</w:t>
      </w:r>
      <w:r>
        <w:br/>
      </w:r>
      <w:r>
        <w:rPr>
          <w:sz w:val="20"/>
        </w:rPr>
        <w:t>35:35  They will be the nearest to Allah. They will be, they will be brought very close to Allah. This verse describes the distinguished status of the al sabiqun, the foremost.</w:t>
      </w:r>
      <w:r>
        <w:br/>
      </w:r>
      <w:r>
        <w:rPr>
          <w:sz w:val="20"/>
        </w:rPr>
        <w:t>35:49  Ulaika al muqarrabun They will be a, they will have a unique privilege.</w:t>
      </w:r>
      <w:r>
        <w:br/>
      </w:r>
      <w:r>
        <w:rPr>
          <w:sz w:val="20"/>
        </w:rPr>
        <w:t>35:54  The foremost will enjoy special proximity to God. And being among, uh, al Muqarrabun is the highest achievement for a believer.</w:t>
      </w:r>
      <w:r>
        <w:br/>
      </w:r>
      <w:r>
        <w:rPr>
          <w:sz w:val="20"/>
        </w:rPr>
        <w:t>36:07  This verse reminds us that true success, that the true success lies in nearness to God.</w:t>
      </w:r>
      <w:r>
        <w:br/>
      </w:r>
      <w:r>
        <w:rPr>
          <w:sz w:val="20"/>
        </w:rPr>
        <w:t>36:16  So, so this closeness to God is not in a physical</w:t>
      </w:r>
      <w:r>
        <w:br/>
      </w:r>
      <w:r>
        <w:rPr>
          <w:sz w:val="20"/>
        </w:rPr>
        <w:t>36:21  sense, it's rather, uh, in a spiritual sense. Because man will, uh, only experience glimpses of God's majesty.</w:t>
      </w:r>
      <w:r>
        <w:br/>
      </w:r>
      <w:r>
        <w:rPr>
          <w:sz w:val="20"/>
        </w:rPr>
        <w:t>36:30  And this will be the pinnacle of success. Verse number 12 says, fi jannatin naim They will dwell in the gardens of delight.</w:t>
      </w:r>
      <w:r>
        <w:br/>
      </w:r>
      <w:r>
        <w:rPr>
          <w:sz w:val="20"/>
        </w:rPr>
        <w:t>36:42  And this verse describes the ultimate reward for the assabiqun, for the foremost. And</w:t>
      </w:r>
      <w:r>
        <w:br/>
      </w:r>
      <w:r>
        <w:rPr>
          <w:sz w:val="20"/>
        </w:rPr>
        <w:t>36:50  these eternal gardens of ultimate beauty, comfort, and joy, they will enjoy unmatched peace and fulfillment.</w:t>
      </w:r>
      <w:r>
        <w:br/>
      </w:r>
      <w:r>
        <w:rPr>
          <w:sz w:val="20"/>
        </w:rPr>
        <w:t>37:01  And it will be bliss beyond imagination. Eternal joy and eternal pleasure will be their reward in paradise.</w:t>
      </w:r>
    </w:p>
    <w:p>
      <w:pPr>
        <w:pStyle w:val="Heading2"/>
      </w:pPr>
      <w:r>
        <w:t>Why small groups defeat big ones — no mystery, just effort</w:t>
      </w:r>
    </w:p>
    <w:p>
      <w:r>
        <w:rPr>
          <w:color w:val="666666"/>
          <w:sz w:val="18"/>
        </w:rPr>
        <w:t>Dars -e-Quran 3 July 2007 Ch. 2 verses 219, 238, 249 &amp; 255 · 5m 41s · at 34:30 · https://youtu.be/R3NkkhEn-XA?t=2070</w:t>
      </w:r>
    </w:p>
    <w:p>
      <w:r>
        <w:rPr>
          <w:i/>
        </w:rPr>
        <w:t>“Chhota guroh bade guroh par ghalib aana koi raaz nahi”</w:t>
      </w:r>
    </w:p>
    <w:p>
      <w:r>
        <w:rPr>
          <w:sz w:val="20"/>
        </w:rPr>
        <w:t>34:30  qanoon se. yahan par dekhen, yeh koi mysterious baat nahi hai, yeh koi purasar baat nahi hai ke chhota groh apne se zyada bade groh par ghalib aa jaye.</w:t>
      </w:r>
      <w:r>
        <w:br/>
      </w:r>
      <w:r>
        <w:rPr>
          <w:sz w:val="20"/>
        </w:rPr>
        <w:t>34:49  to kaise hota hai? yeh mysteriously nahi hota hai, yeh koi purasar baat nahi hai.</w:t>
      </w:r>
      <w:r>
        <w:br/>
      </w:r>
      <w:r>
        <w:rPr>
          <w:sz w:val="20"/>
        </w:rPr>
        <w:t>35:00  yeh khuda ka jo qanoon hai, is duniya mein jo law of nature hai, is ke mutabiq hota hai, bashart ke aadmi is qanoon ko samjhe aur us ko istemal karay.</w:t>
      </w:r>
      <w:r>
        <w:br/>
      </w:r>
      <w:r>
        <w:rPr>
          <w:sz w:val="20"/>
        </w:rPr>
        <w:t>35:12  woh kaise? dekhen, do groh hain, ek chhota hai, ek bada, ek hi area mein.</w:t>
      </w:r>
      <w:r>
        <w:br/>
      </w:r>
      <w:r>
        <w:rPr>
          <w:sz w:val="20"/>
        </w:rPr>
        <w:t>35:23  to kya hota hai?</w:t>
      </w:r>
      <w:r>
        <w:br/>
      </w:r>
      <w:r>
        <w:rPr>
          <w:sz w:val="20"/>
        </w:rPr>
        <w:t>35:25  khuda ka qanoon yeh hai ke chhote groh ke andar compression ki spirit jaagti hai, hard work ki spirit jaagti hai.</w:t>
      </w:r>
      <w:r>
        <w:br/>
      </w:r>
      <w:r>
        <w:rPr>
          <w:sz w:val="20"/>
        </w:rPr>
        <w:t>35:38  yeh law of nature hai, yeh fitrat jo hai, insaan ki fitrat, fitrat khud active ho jati hai</w:t>
      </w:r>
      <w:r>
        <w:br/>
      </w:r>
      <w:r>
        <w:rPr>
          <w:sz w:val="20"/>
        </w:rPr>
        <w:t>35:47  ke jab doosra groh bada hai to mein us ko compensate is tarah kar sakta hoon ke mein apni mehnat ko</w:t>
      </w:r>
      <w:r>
        <w:br/>
      </w:r>
      <w:r>
        <w:rPr>
          <w:sz w:val="20"/>
        </w:rPr>
        <w:t>35:55  zyada kar doon. apni mehnat ko zyada kar ke, apni planning ko zyada behtar kar ke, mein us ki adadi bartari ko, number woh zyada hai to mein apni planning ko zyada behtar bana kar ke us par ghalib aa sakta hoon.</w:t>
      </w:r>
      <w:r>
        <w:br/>
      </w:r>
      <w:r>
        <w:rPr>
          <w:sz w:val="20"/>
        </w:rPr>
        <w:t>36:13  yeh nature mein hai, fitrat mein hai. to woh woh woh hissa active ho jata hai.</w:t>
      </w:r>
      <w:r>
        <w:br/>
      </w:r>
      <w:r>
        <w:rPr>
          <w:sz w:val="20"/>
        </w:rPr>
        <w:t>36:20  isi baat ko sheikh saadi ne ek shair mein is tarah kaha ke: "nabini ke choon gurba ajiz soot, bararat bachingal chashm pulang".</w:t>
      </w:r>
      <w:r>
        <w:br/>
      </w:r>
      <w:r>
        <w:rPr>
          <w:sz w:val="20"/>
        </w:rPr>
        <w:t>36:37  sheikh saadi ki kitab hai "gulistan", is mein bohat wisdom ki baatein hain,</w:t>
      </w:r>
      <w:r>
        <w:br/>
      </w:r>
      <w:r>
        <w:rPr>
          <w:sz w:val="20"/>
        </w:rPr>
        <w:t>36:44  zyada tar tamseel ki zabaan mein hain. to unhon ne kaha ke: "nabini ke jo gurba ajiz shud, bararat bachingal chashm pulang".</w:t>
      </w:r>
      <w:r>
        <w:br/>
      </w:r>
      <w:r>
        <w:rPr>
          <w:sz w:val="20"/>
        </w:rPr>
        <w:t>36:55  kya tum nahi dekhte ke billi jab ajiz ho jati hai to woh sher ki aankh nikal leti hai apne changal se?</w:t>
      </w:r>
      <w:r>
        <w:br/>
      </w:r>
      <w:r>
        <w:rPr>
          <w:sz w:val="20"/>
        </w:rPr>
        <w:t>37:12  woh kya hai?</w:t>
      </w:r>
      <w:r>
        <w:br/>
      </w:r>
      <w:r>
        <w:rPr>
          <w:sz w:val="20"/>
        </w:rPr>
        <w:t>37:13  yani sher ne hamla kiya billi ke upar.</w:t>
      </w:r>
      <w:r>
        <w:br/>
      </w:r>
      <w:r>
        <w:rPr>
          <w:sz w:val="20"/>
        </w:rPr>
        <w:t>37:19  ab billi jo hai, us waqt us ke saari energy jaag pare gi,</w:t>
      </w:r>
      <w:r>
        <w:br/>
      </w:r>
      <w:r>
        <w:rPr>
          <w:sz w:val="20"/>
        </w:rPr>
        <w:t>37:29  jo deshront energy hoti hai har ek ke andar. woh sara windows khul jayen gi aur jhapte gi, jhaapt kar ke us ko changal se us ki aankh nikal sakti hai.</w:t>
      </w:r>
      <w:r>
        <w:br/>
      </w:r>
      <w:r>
        <w:rPr>
          <w:sz w:val="20"/>
        </w:rPr>
        <w:t>37:42  yeh kaha unhon ne. to dekhiye, har insaan ke andar kuch reserved energy hoti hai,</w:t>
      </w:r>
      <w:r>
        <w:br/>
      </w:r>
      <w:r>
        <w:rPr>
          <w:sz w:val="20"/>
        </w:rPr>
        <w:t>37:50  aam halat mein woh release nahi hoti. lekin jab crisis aa jaye, jab challenge aa jaye to mind is energy ko release kar deta hai.</w:t>
      </w:r>
      <w:r>
        <w:br/>
      </w:r>
      <w:r>
        <w:rPr>
          <w:sz w:val="20"/>
        </w:rPr>
        <w:t>38:02  yeh aam aam tor par dekh sakte hain, aap aam tor par aap dekh sakte hain ke ek ghareeb aadmi hero ban jata hai zyada paisa kamane ke liye.</w:t>
      </w:r>
      <w:r>
        <w:br/>
      </w:r>
      <w:r>
        <w:rPr>
          <w:sz w:val="20"/>
        </w:rPr>
        <w:t>38:16  aksar aisa hota hai, aap jante hain. aur jo ameer paida hua, us ke andar woh energy release nahi hoti kyunke us ko challenge nahi pesh aya.</w:t>
      </w:r>
      <w:r>
        <w:br/>
      </w:r>
      <w:r>
        <w:rPr>
          <w:sz w:val="20"/>
        </w:rPr>
        <w:t>38:33  jise kehte hain english mein ke: "he was born with a silver spoon in his mouth". ke woh aadmi paida hua sone ke chamche ko apne munh par le kar.</w:t>
      </w:r>
      <w:r>
        <w:br/>
      </w:r>
      <w:r>
        <w:rPr>
          <w:sz w:val="20"/>
        </w:rPr>
        <w:t>38:49  "he was born with a silver spoon in his mouth".</w:t>
      </w:r>
      <w:r>
        <w:br/>
      </w:r>
      <w:r>
        <w:rPr>
          <w:sz w:val="20"/>
        </w:rPr>
        <w:t>38:54  to jis ka haal yeh ho ke bachpan hi mein is ko sona chandi mil gaya, aram aur sukh mil gaya, to is ko kuch zindagi mein challenge pesh nahin aaya.</w:t>
      </w:r>
      <w:r>
        <w:br/>
      </w:r>
      <w:r>
        <w:rPr>
          <w:sz w:val="20"/>
        </w:rPr>
        <w:t>39:06  jab challenge nahin pesh aaya to kya hoga? is ke mind mein jo reserved energy hai, to mind us ko release nahin karega.</w:t>
      </w:r>
      <w:r>
        <w:br/>
      </w:r>
      <w:r>
        <w:rPr>
          <w:sz w:val="20"/>
        </w:rPr>
        <w:t>39:21  is ke baraks jo aadmi aisa ho ke mushkil halaat mein paida hua, is ko zindagi ka challenge pesh aaya,</w:t>
      </w:r>
      <w:r>
        <w:br/>
      </w:r>
      <w:r>
        <w:rPr>
          <w:sz w:val="20"/>
        </w:rPr>
        <w:t>39:33  to is ke andar jo reserved energy hai, to mind us ko release kar dega.</w:t>
      </w:r>
      <w:r>
        <w:br/>
      </w:r>
      <w:r>
        <w:rPr>
          <w:sz w:val="20"/>
        </w:rPr>
        <w:t>39:42  is tarah woh zyada mehnat karega, zyada hard work karega, zyada achhi planning karega,</w:t>
      </w:r>
      <w:r>
        <w:br/>
      </w:r>
      <w:r>
        <w:rPr>
          <w:sz w:val="20"/>
        </w:rPr>
        <w:t>39:53  zyada acha management karega, zyada achhe tareeqe par apne kaam ko organize karega. kyunke is ki jo jo jo reserved energy thi, woh release ho kar ke us ne us ko man se superman bana diya.</w:t>
      </w:r>
    </w:p>
    <w:p>
      <w:pPr>
        <w:pStyle w:val="Heading2"/>
      </w:pPr>
      <w:r>
        <w:t>Creation plan test nursery examination hall</w:t>
      </w:r>
    </w:p>
    <w:p>
      <w:r>
        <w:rPr>
          <w:color w:val="666666"/>
          <w:sz w:val="18"/>
        </w:rPr>
        <w:t>The Message of the Quran - Part-1 (English) March 07, 2007 Maulana Wahiduddin Khan · 5m 46s · at 4:48 · https://youtu.be/gH4t_7a7ObI?t=288</w:t>
      </w:r>
    </w:p>
    <w:p>
      <w:r>
        <w:rPr>
          <w:i/>
        </w:rPr>
        <w:t>“All those questions related to life are only offshoots of these questions.”</w:t>
      </w:r>
    </w:p>
    <w:p>
      <w:r>
        <w:rPr>
          <w:sz w:val="20"/>
        </w:rPr>
        <w:t>4:48  All those questions related to life are only offshoots of these questions. What is the creation plan of God? So there are many verses in the Qur'an that disclose—that disclose the creation plan of God.</w:t>
      </w:r>
      <w:r>
        <w:br/>
      </w:r>
      <w:r>
        <w:rPr>
          <w:sz w:val="20"/>
        </w:rPr>
        <w:t>5:18  For example, in Surah Al-Mulk, Qur'an says about God: khalaqal maut wal hayat li yablukum ayyukum ahsan amala This is the creation plan of God.</w:t>
      </w:r>
      <w:r>
        <w:br/>
      </w:r>
      <w:r>
        <w:rPr>
          <w:sz w:val="20"/>
        </w:rPr>
        <w:t>5:43  67:2 According to this verse, God created man for test.</w:t>
      </w:r>
      <w:r>
        <w:br/>
      </w:r>
      <w:r>
        <w:rPr>
          <w:sz w:val="20"/>
        </w:rPr>
        <w:t>5:54  God here has put us on test so that He may know who is the best in terms</w:t>
      </w:r>
      <w:r>
        <w:br/>
      </w:r>
      <w:r>
        <w:rPr>
          <w:sz w:val="20"/>
        </w:rPr>
        <w:t>6:05  of His character.</w:t>
      </w:r>
      <w:r>
        <w:br/>
      </w:r>
      <w:r>
        <w:rPr>
          <w:sz w:val="20"/>
        </w:rPr>
        <w:t>6:16  So I can say that the present world is a selective ground.</w:t>
      </w:r>
      <w:r>
        <w:br/>
      </w:r>
      <w:r>
        <w:rPr>
          <w:sz w:val="20"/>
        </w:rPr>
        <w:t>6:24  In this world, everyone is on test, and God tries to select all those people who qualify to</w:t>
      </w:r>
      <w:r>
        <w:br/>
      </w:r>
      <w:r>
        <w:rPr>
          <w:sz w:val="20"/>
        </w:rPr>
        <w:t>6:33  be settled in Paradise.</w:t>
      </w:r>
      <w:r>
        <w:br/>
      </w:r>
      <w:r>
        <w:rPr>
          <w:sz w:val="20"/>
        </w:rPr>
        <w:t>6:41  This is the only purpose of creation.</w:t>
      </w:r>
      <w:r>
        <w:br/>
      </w:r>
      <w:r>
        <w:rPr>
          <w:sz w:val="20"/>
        </w:rPr>
        <w:t>6:50  This is the only purpose of creation.</w:t>
      </w:r>
      <w:r>
        <w:br/>
      </w:r>
      <w:r>
        <w:rPr>
          <w:sz w:val="20"/>
        </w:rPr>
        <w:t>6:58  In other words, you can say that the present world is like a nursery.</w:t>
      </w:r>
      <w:r>
        <w:br/>
      </w:r>
      <w:r>
        <w:rPr>
          <w:sz w:val="20"/>
        </w:rPr>
        <w:t>7:07  There is a very relevant Hadith.</w:t>
      </w:r>
      <w:r>
        <w:br/>
      </w:r>
      <w:r>
        <w:rPr>
          <w:sz w:val="20"/>
        </w:rPr>
        <w:t>7:16  Here I would like to quote that Hadith. The Prophet of Islam says that in the Mi'raj—that was Ascension—he happened to meet Prophet Ibrahim.</w:t>
      </w:r>
      <w:r>
        <w:br/>
      </w:r>
      <w:r>
        <w:rPr>
          <w:sz w:val="20"/>
        </w:rPr>
        <w:t>7:42  Prophet Ibrahim said, "O Muhammad, tell your Ummah—your followers—that Paradise is like a very, very fertile land, but</w:t>
      </w:r>
      <w:r>
        <w:br/>
      </w:r>
      <w:r>
        <w:rPr>
          <w:sz w:val="20"/>
        </w:rPr>
        <w:t>7:54  it is weakened.</w:t>
      </w:r>
      <w:r>
        <w:br/>
      </w:r>
      <w:r>
        <w:rPr>
          <w:sz w:val="20"/>
        </w:rPr>
        <w:t>8:06  Although Paradise is very, very fertile, there is abundant water, everything is there, but it is a weakened land.</w:t>
      </w:r>
      <w:r>
        <w:br/>
      </w:r>
      <w:r>
        <w:rPr>
          <w:sz w:val="20"/>
        </w:rPr>
        <w:t>8:18  Now everyone is sowing his sapling in this.</w:t>
      </w:r>
      <w:r>
        <w:br/>
      </w:r>
      <w:r>
        <w:rPr>
          <w:sz w:val="20"/>
        </w:rPr>
        <w:t>8:33  Everyone who is born in the world, so according to his deed, he is planting his saplings in this land.</w:t>
      </w:r>
      <w:r>
        <w:br/>
      </w:r>
      <w:r>
        <w:rPr>
          <w:sz w:val="20"/>
        </w:rPr>
        <w:t>8:49  So according to this Hadith, the present world is like a nursery.</w:t>
      </w:r>
      <w:r>
        <w:br/>
      </w:r>
      <w:r>
        <w:rPr>
          <w:sz w:val="20"/>
        </w:rPr>
        <w:t>8:55  Everyone is planted here in this nursery.</w:t>
      </w:r>
      <w:r>
        <w:br/>
      </w:r>
      <w:r>
        <w:rPr>
          <w:sz w:val="20"/>
        </w:rPr>
        <w:t>9:02  Then there is transplantation.</w:t>
      </w:r>
      <w:r>
        <w:br/>
      </w:r>
      <w:r>
        <w:rPr>
          <w:sz w:val="20"/>
        </w:rPr>
        <w:t>9:08  Here is the first plantation.</w:t>
      </w:r>
      <w:r>
        <w:br/>
      </w:r>
      <w:r>
        <w:rPr>
          <w:sz w:val="20"/>
        </w:rPr>
        <w:t>9:15  Then there is transplantation.</w:t>
      </w:r>
      <w:r>
        <w:br/>
      </w:r>
      <w:r>
        <w:rPr>
          <w:sz w:val="20"/>
        </w:rPr>
        <w:t>9:21  That is that you will find a place in the land of Paradise.</w:t>
      </w:r>
      <w:r>
        <w:br/>
      </w:r>
      <w:r>
        <w:rPr>
          <w:sz w:val="20"/>
        </w:rPr>
        <w:t>9:28  So this is the best expression of the purpose of life.</w:t>
      </w:r>
      <w:r>
        <w:br/>
      </w:r>
      <w:r>
        <w:rPr>
          <w:sz w:val="20"/>
        </w:rPr>
        <w:t>9:34  The Qur'an tells us that you have to prepare yourself for the life hereafter.</w:t>
      </w:r>
      <w:r>
        <w:br/>
      </w:r>
      <w:r>
        <w:rPr>
          <w:sz w:val="20"/>
        </w:rPr>
        <w:t>9:41  In this world, you are simply on test.</w:t>
      </w:r>
      <w:r>
        <w:br/>
      </w:r>
      <w:r>
        <w:rPr>
          <w:sz w:val="20"/>
        </w:rPr>
        <w:t>9:48  This world is like an examination hall. Here you cannot fulfill your desires. Here you cannot build a Paradise of your own. No. In the examination hall, no student can find a job or business.</w:t>
      </w:r>
      <w:r>
        <w:br/>
      </w:r>
      <w:r>
        <w:rPr>
          <w:sz w:val="20"/>
        </w:rPr>
        <w:t>10:13  So in this world, you are only to prepare yourself, to qualify yourself, to prove yourself a deserving candidate to be settled in Paradise. This is the creation plan of God.</w:t>
      </w:r>
      <w:r>
        <w:br/>
      </w:r>
      <w:r>
        <w:rPr>
          <w:sz w:val="20"/>
        </w:rPr>
        <w:t>10:34  Then there is a chapter in the Qur'an: attayni waz zaytoon wa toor-e-sineen wa hadhal baladil ameen. laqad khalqna</w:t>
      </w:r>
    </w:p>
    <w:p>
      <w:pPr>
        <w:pStyle w:val="Heading2"/>
      </w:pPr>
      <w:r>
        <w:t>Dawah is obligatory on every Muslim, by capacity</w:t>
      </w:r>
    </w:p>
    <w:p>
      <w:r>
        <w:rPr>
          <w:color w:val="666666"/>
          <w:sz w:val="18"/>
        </w:rPr>
        <w:t>An Introduction to Islam (English) July 18, 2008 · 5m 34s · at 36:39 · https://youtu.be/FU4NlA3rUhs?t=2199</w:t>
      </w:r>
    </w:p>
    <w:p>
      <w:r>
        <w:rPr>
          <w:i/>
        </w:rPr>
        <w:t>“Then the fourth principle is dawah.”</w:t>
      </w:r>
    </w:p>
    <w:p>
      <w:r>
        <w:rPr>
          <w:sz w:val="20"/>
        </w:rPr>
        <w:t>36:39  then the fourth talent is da'wah. da'wah is also a very important principle of islam.</w:t>
      </w:r>
      <w:r>
        <w:br/>
      </w:r>
      <w:r>
        <w:rPr>
          <w:sz w:val="20"/>
        </w:rPr>
        <w:t>36:50  da'wah is a duty, duty towards other people. da'wah means the truth you have discovered.</w:t>
      </w:r>
      <w:r>
        <w:br/>
      </w:r>
      <w:r>
        <w:rPr>
          <w:sz w:val="20"/>
        </w:rPr>
        <w:t>37:03  you have to convey the truth which you have discovered to other people.</w:t>
      </w:r>
      <w:r>
        <w:br/>
      </w:r>
      <w:r>
        <w:rPr>
          <w:sz w:val="20"/>
        </w:rPr>
        <w:t>37:14  you can not live with truth alone. you have to invite people.</w:t>
      </w:r>
      <w:r>
        <w:br/>
      </w:r>
      <w:r>
        <w:rPr>
          <w:sz w:val="20"/>
        </w:rPr>
        <w:t>37:24  you have to convey this truth to other people. so, da'wah is also very very important.</w:t>
      </w:r>
      <w:r>
        <w:br/>
      </w:r>
      <w:r>
        <w:rPr>
          <w:sz w:val="20"/>
        </w:rPr>
        <w:t>37:38  there is no excuse</w:t>
      </w:r>
      <w:r>
        <w:br/>
      </w:r>
      <w:r>
        <w:rPr>
          <w:sz w:val="20"/>
        </w:rPr>
        <w:t>37:43  . no excuse can be acceptable. you if you fail to do dawah work.</w:t>
      </w:r>
      <w:r>
        <w:br/>
      </w:r>
      <w:r>
        <w:rPr>
          <w:sz w:val="20"/>
        </w:rPr>
        <w:t>37:54  dawah work is a duty of every momin and muslim towards other people.</w:t>
      </w:r>
      <w:r>
        <w:br/>
      </w:r>
      <w:r>
        <w:rPr>
          <w:sz w:val="20"/>
        </w:rPr>
        <w:t>38:04  now, what is dawah? quran is a book of dawah.</w:t>
      </w:r>
      <w:r>
        <w:br/>
      </w:r>
      <w:r>
        <w:rPr>
          <w:sz w:val="20"/>
        </w:rPr>
        <w:t>38:10  if you, if you want to know what are the principles of dawah, what are the tenets of dawah, you read the quran.</w:t>
      </w:r>
      <w:r>
        <w:br/>
      </w:r>
      <w:r>
        <w:rPr>
          <w:sz w:val="20"/>
        </w:rPr>
        <w:t>38:23  the whole quran is a book of dawah. quran gives you all the details of dawah.</w:t>
      </w:r>
      <w:r>
        <w:br/>
      </w:r>
      <w:r>
        <w:rPr>
          <w:sz w:val="20"/>
        </w:rPr>
        <w:t>38:35  the most important aspect of dawah is that dawah means to make people aware of the creation plan of god.</w:t>
      </w:r>
      <w:r>
        <w:br/>
      </w:r>
      <w:r>
        <w:rPr>
          <w:sz w:val="20"/>
        </w:rPr>
        <w:t>38:51  god created man with a special plan, which i call creation plan of god.</w:t>
      </w:r>
      <w:r>
        <w:br/>
      </w:r>
      <w:r>
        <w:rPr>
          <w:sz w:val="20"/>
        </w:rPr>
        <w:t>39:02  so, all the prophets were sent for this purpose to tell people about this creation plan.</w:t>
      </w:r>
      <w:r>
        <w:br/>
      </w:r>
      <w:r>
        <w:rPr>
          <w:sz w:val="20"/>
        </w:rPr>
        <w:t>39:17  this was the most important duty of every prophet.</w:t>
      </w:r>
      <w:r>
        <w:br/>
      </w:r>
      <w:r>
        <w:rPr>
          <w:sz w:val="20"/>
        </w:rPr>
        <w:t>39:26  now, muhammad was the prophet. muhammad was the last prophet. muhammad was the final prophet. so, this duty is to be performed by his ummah.</w:t>
      </w:r>
      <w:r>
        <w:br/>
      </w:r>
      <w:r>
        <w:rPr>
          <w:sz w:val="20"/>
        </w:rPr>
        <w:t>39:40  now, ummah muhammadi is</w:t>
      </w:r>
      <w:r>
        <w:br/>
      </w:r>
      <w:r>
        <w:rPr>
          <w:sz w:val="20"/>
        </w:rPr>
        <w:t>39:45  bound to to perform this duty.</w:t>
      </w:r>
      <w:r>
        <w:br/>
      </w:r>
      <w:r>
        <w:rPr>
          <w:sz w:val="20"/>
        </w:rPr>
        <w:t>39:51  every member of this ummah, every member of ummah muhammadi</w:t>
      </w:r>
      <w:r>
        <w:br/>
      </w:r>
      <w:r>
        <w:rPr>
          <w:sz w:val="20"/>
        </w:rPr>
        <w:t>40:01  is bound to do dawah work. dawah work for a muslim is not an optional.</w:t>
      </w:r>
      <w:r>
        <w:br/>
      </w:r>
      <w:r>
        <w:rPr>
          <w:sz w:val="20"/>
        </w:rPr>
        <w:t>40:10  it is obligatory, obligatory according to his capacity.</w:t>
      </w:r>
      <w:r>
        <w:br/>
      </w:r>
      <w:r>
        <w:rPr>
          <w:sz w:val="20"/>
        </w:rPr>
        <w:t>40:20  according to his capacity, one who can write books, he must write books.</w:t>
      </w:r>
      <w:r>
        <w:br/>
      </w:r>
      <w:r>
        <w:rPr>
          <w:sz w:val="20"/>
        </w:rPr>
        <w:t>40:30  one who can speak, he must deliver speeches.</w:t>
      </w:r>
      <w:r>
        <w:br/>
      </w:r>
      <w:r>
        <w:rPr>
          <w:sz w:val="20"/>
        </w:rPr>
        <w:t>40:38  one who can not speak and can not write, he must, must.</w:t>
      </w:r>
      <w:r>
        <w:br/>
      </w:r>
      <w:r>
        <w:rPr>
          <w:sz w:val="20"/>
        </w:rPr>
        <w:t>40:49  there are so many islamic books, islamic pamphlets. he can distribute all these pamphlets and books.</w:t>
      </w:r>
      <w:r>
        <w:br/>
      </w:r>
      <w:r>
        <w:rPr>
          <w:sz w:val="20"/>
        </w:rPr>
        <w:t>41:01  so, so those who can not, those who have no capacity to speak, capacity to write, they have to distribute these islamic pamphlets, islamic books to others.</w:t>
      </w:r>
      <w:r>
        <w:br/>
      </w:r>
      <w:r>
        <w:rPr>
          <w:sz w:val="20"/>
        </w:rPr>
        <w:t>41:20  and if there is any one who can not do even this work, and he can not deliver speeches, he can not write, he can not distribute islamic books,</w:t>
      </w:r>
      <w:r>
        <w:br/>
      </w:r>
      <w:r>
        <w:rPr>
          <w:sz w:val="20"/>
        </w:rPr>
        <w:t>41:35  then he make dua.</w:t>
      </w:r>
      <w:r>
        <w:br/>
      </w:r>
      <w:r>
        <w:rPr>
          <w:sz w:val="20"/>
        </w:rPr>
        <w:t>41:40  then he make dua.</w:t>
      </w:r>
      <w:r>
        <w:br/>
      </w:r>
      <w:r>
        <w:rPr>
          <w:sz w:val="20"/>
        </w:rPr>
        <w:t>41:46  so, no one is exempted from dawah work.</w:t>
      </w:r>
      <w:r>
        <w:br/>
      </w:r>
      <w:r>
        <w:rPr>
          <w:sz w:val="20"/>
        </w:rPr>
        <w:t>41:51  either you have to speak, either you have to write, either you have to distribute islamic literatures, or you have to make dua.</w:t>
      </w:r>
      <w:r>
        <w:br/>
      </w:r>
      <w:r>
        <w:rPr>
          <w:sz w:val="20"/>
        </w:rPr>
        <w:t>42:03  so, no one is exempted from this dawah work. dawah work is, is a cup.</w:t>
      </w:r>
    </w:p>
    <w:p>
      <w:pPr>
        <w:pStyle w:val="Heading2"/>
      </w:pPr>
      <w:r>
        <w:t>Billy Graham story and reflection on death's unknown</w:t>
      </w:r>
    </w:p>
    <w:p>
      <w:r>
        <w:rPr>
          <w:color w:val="666666"/>
          <w:sz w:val="18"/>
        </w:rPr>
        <w:t>Death and The Sense of Urgency September 15, 2018 · 4m 38s · at 5:14 · https://youtu.be/XDP_1Q8dE18?t=314</w:t>
      </w:r>
    </w:p>
    <w:p>
      <w:r>
        <w:rPr>
          <w:i/>
        </w:rPr>
        <w:t>“Aaj main soch raha tha maut ke baare mein.”</w:t>
      </w:r>
    </w:p>
    <w:p>
      <w:r>
        <w:rPr>
          <w:sz w:val="20"/>
        </w:rPr>
        <w:t>5:14  misal ke taur par aaj main soch raha tha maut ke baray mein. Ek article maine parhwaya</w:t>
      </w:r>
      <w:r>
        <w:br/>
      </w:r>
      <w:r>
        <w:rPr>
          <w:sz w:val="20"/>
        </w:rPr>
        <w:t>5:24  jo maut par tha.</w:t>
      </w:r>
      <w:r>
        <w:br/>
      </w:r>
      <w:r>
        <w:rPr>
          <w:sz w:val="20"/>
        </w:rPr>
        <w:t>5:30  maut par. To mujhe yaad aaya hai ke maut par shayad poori tareekh mein mere ilm ke mutabiq ek hi shakhs hai, main jaanta hoon, jisne itna gehra remark diya hai jo maine doosre kisi ko suna nahi.</w:t>
      </w:r>
      <w:r>
        <w:br/>
      </w:r>
      <w:r>
        <w:rPr>
          <w:sz w:val="20"/>
        </w:rPr>
        <w:t>5:50  Billy Graham ki umar bohat lambi hui thi, 90 saal se zyada.</w:t>
      </w:r>
      <w:r>
        <w:br/>
      </w:r>
      <w:r>
        <w:rPr>
          <w:sz w:val="20"/>
        </w:rPr>
        <w:t>5:59  to Billy Graham ki ek kitaab hai jis mein uski yaadain hain, tajrubaat hain.</w:t>
      </w:r>
      <w:r>
        <w:br/>
      </w:r>
      <w:r>
        <w:rPr>
          <w:sz w:val="20"/>
        </w:rPr>
        <w:t>6:14  is mein usne likha tha, ab to Billy Graham ki death ho gayi, ke ek bar woh safar mein tha to us ko ek urgent message mila,</w:t>
      </w:r>
      <w:r>
        <w:br/>
      </w:r>
      <w:r>
        <w:rPr>
          <w:sz w:val="20"/>
        </w:rPr>
        <w:t>6:29  kisi top ke aadmi ka, jo bohat hi intelligent, mashhoor tha, us ka.</w:t>
      </w:r>
      <w:r>
        <w:br/>
      </w:r>
      <w:r>
        <w:rPr>
          <w:sz w:val="20"/>
        </w:rPr>
        <w:t>6:40  us ne is ko kaha tha ke foran mere paas aao. to woh top ka aadmi tha.</w:t>
      </w:r>
      <w:r>
        <w:br/>
      </w:r>
      <w:r>
        <w:rPr>
          <w:sz w:val="20"/>
        </w:rPr>
        <w:t>6:51  billi graham ne apne safar ko cut kiya aur seedha woh wapas gaya wahan jahan woh aadmi rehta tha.</w:t>
      </w:r>
      <w:r>
        <w:br/>
      </w:r>
      <w:r>
        <w:rPr>
          <w:sz w:val="20"/>
        </w:rPr>
        <w:t>7:09  to jab woh wahan pahuncha to us ko ek kamre mein le jaya gaya jahan woh tha aur woh aadmi. woh do aadmi the.</w:t>
      </w:r>
      <w:r>
        <w:br/>
      </w:r>
      <w:r>
        <w:rPr>
          <w:sz w:val="20"/>
        </w:rPr>
        <w:t>7:23  ek kursi pe yeh, doosri kursi par woh.</w:t>
      </w:r>
      <w:r>
        <w:br/>
      </w:r>
      <w:r>
        <w:rPr>
          <w:sz w:val="20"/>
        </w:rPr>
        <w:t>7:30  to is aadmi ka jo naqal kiya tha is ne, billi graham ne,</w:t>
      </w:r>
      <w:r>
        <w:br/>
      </w:r>
      <w:r>
        <w:rPr>
          <w:sz w:val="20"/>
        </w:rPr>
        <w:t>7:38  is aadmi ka jab face to face yeh dono, to is aadmi ne kaha</w:t>
      </w:r>
      <w:r>
        <w:br/>
      </w:r>
      <w:r>
        <w:rPr>
          <w:sz w:val="20"/>
        </w:rPr>
        <w:t>7:47  kisi tamheed ke baghair:</w:t>
      </w:r>
      <w:r>
        <w:br/>
      </w:r>
      <w:r>
        <w:rPr>
          <w:sz w:val="20"/>
        </w:rPr>
        <w:t>7:53  "you see, I am, I know, a man.</w:t>
      </w:r>
      <w:r>
        <w:br/>
      </w:r>
      <w:r>
        <w:rPr>
          <w:sz w:val="20"/>
        </w:rPr>
        <w:t>8:01  life has lost all meanings.</w:t>
      </w:r>
      <w:r>
        <w:br/>
      </w:r>
      <w:r>
        <w:rPr>
          <w:sz w:val="20"/>
        </w:rPr>
        <w:t>8:08  i am going to take a fateful leap into the unknown.</w:t>
      </w:r>
      <w:r>
        <w:br/>
      </w:r>
      <w:r>
        <w:rPr>
          <w:sz w:val="20"/>
        </w:rPr>
        <w:t>8:16  young man, can you give me a ray of hope?" phir main dohraunga ke jab woh aadmi pahuncha us ke haan,</w:t>
      </w:r>
      <w:r>
        <w:br/>
      </w:r>
      <w:r>
        <w:rPr>
          <w:sz w:val="20"/>
        </w:rPr>
        <w:t>8:31  us ko face to face baitha woh ek alag kamre mein, to kisi tamheed ke baghair us ne kaha:</w:t>
      </w:r>
      <w:r>
        <w:br/>
      </w:r>
      <w:r>
        <w:rPr>
          <w:sz w:val="20"/>
        </w:rPr>
        <w:t>8:44  "you see, i am, i end old man.</w:t>
      </w:r>
      <w:r>
        <w:br/>
      </w:r>
      <w:r>
        <w:rPr>
          <w:sz w:val="20"/>
        </w:rPr>
        <w:t>8:51  life has lost all meaning.</w:t>
      </w:r>
      <w:r>
        <w:br/>
      </w:r>
      <w:r>
        <w:rPr>
          <w:sz w:val="20"/>
        </w:rPr>
        <w:t>8:58  i am going to take a fateful leap into the unknown.</w:t>
      </w:r>
      <w:r>
        <w:br/>
      </w:r>
      <w:r>
        <w:rPr>
          <w:sz w:val="20"/>
        </w:rPr>
        <w:t>9:06  young man, can you give me a ray of hope?" itna zyada jo us ke andar yani deep, deep</w:t>
      </w:r>
      <w:r>
        <w:br/>
      </w:r>
      <w:r>
        <w:rPr>
          <w:sz w:val="20"/>
        </w:rPr>
        <w:t>9:24  sense hai, deep adrak hai maut ka, woh kam az kam mein ne kahin aur parha nahi jitna is ka.</w:t>
      </w:r>
      <w:r>
        <w:br/>
      </w:r>
      <w:r>
        <w:rPr>
          <w:sz w:val="20"/>
        </w:rPr>
        <w:t>9:34  halankeh woh zahir hai ek secular aadmi tha. lekin us ne kitni gehrai ke sath barhaape ko aur maut ko samjha tha ke us ki zuban se aisa nikla.</w:t>
      </w:r>
    </w:p>
    <w:p>
      <w:pPr>
        <w:pStyle w:val="Heading2"/>
      </w:pPr>
      <w:r>
        <w:t>Consequences after death punishment</w:t>
      </w:r>
    </w:p>
    <w:p>
      <w:r>
        <w:rPr>
          <w:color w:val="666666"/>
          <w:sz w:val="18"/>
        </w:rPr>
        <w:t>Man &amp; the Religion  31 7 08 · 5m 07s · at 35:30 · https://youtu.be/3mQBCB_ZU78?t=2130</w:t>
      </w:r>
    </w:p>
    <w:p>
      <w:r>
        <w:rPr>
          <w:i/>
        </w:rPr>
        <w:t>“Maut ke baad phir do inka anjaam hoga”</w:t>
      </w:r>
    </w:p>
    <w:p>
      <w:r>
        <w:rPr>
          <w:sz w:val="20"/>
        </w:rPr>
        <w:t>35:30  hai, maut bar bar aane wali hai. ab maut ke baad phir logon ke yani do un ka anjam hoga, do qism ka end un ke samne aayega. ek woh log honge jinhon ne banane wale ka, dene wale ka, jo giver hai, giver, jo jo benefactor hai, us ko acknowledge kiya tha.</w:t>
      </w:r>
      <w:r>
        <w:br/>
      </w:r>
      <w:r>
        <w:rPr>
          <w:sz w:val="20"/>
        </w:rPr>
        <w:t>36:01  to us ko abhi to temporary diya gaya tha yeh sab saman, phir us ko permanently diya jayega, eternally de diya jayega. yun kehna chahiye ke abhi insaan ko mili thi ek temporary paradise, yeh dunya ki shakal mein. yeh dunya jo hai, kya hai? yeh ek temporary paradise hai. yeh beautiful dunya hai, sab kuch yahan par hai, lekin yeh temporary paradise hai.</w:t>
      </w:r>
      <w:r>
        <w:br/>
      </w:r>
      <w:r>
        <w:rPr>
          <w:sz w:val="20"/>
        </w:rPr>
        <w:t>36:33  to jo log is temporary paradise mein banane wale ka, dene wale ka, creator ka etraf kiya, uska shukr kiya, uska acknowledge kiya, uske aage surrender kiya, uske jo duty thi, usko poora kiya, to kya hoga? phir unke liye blessing hai. blessing kya hai? phir ek abhi tak the woh temporary parad</w:t>
      </w:r>
      <w:r>
        <w:br/>
      </w:r>
      <w:r>
        <w:rPr>
          <w:sz w:val="20"/>
        </w:rPr>
        <w:t>37:04  ise mein, phir unhein eternal paradise de di jayegi. eternal paradise jahan marna nahi hai, jahan bimari nahi hai, jahan koi limitations nahi hain, koi disadvantage nahi hai, jahan desire ka fulfillment hai, woh eternal paradise. to do category banegi insano ki, do</w:t>
      </w:r>
      <w:r>
        <w:br/>
      </w:r>
      <w:r>
        <w:rPr>
          <w:sz w:val="20"/>
        </w:rPr>
        <w:t>37:34  do category mout ke baad. dekhen, paida karne wale ne hum ko jo paida kiya, to hamara jo life span hai, usko do bhagon mein bant diya, do hisse mein bant diya. life span ko do hisse mein bant diya. ek hai pre death pe</w:t>
      </w:r>
      <w:r>
        <w:br/>
      </w:r>
      <w:r>
        <w:rPr>
          <w:sz w:val="20"/>
        </w:rPr>
        <w:t>38:04  riod, doosra hai post death period. to pre death period jo hai, woh hum ko is temporary duniya mein rehna padta hai. aur pre death period mein hum yahan hain, aaj ki duniya mein, aur post death period mein hum honge eternal duniya mein. to mout jo hai,</w:t>
      </w:r>
      <w:r>
        <w:br/>
      </w:r>
      <w:r>
        <w:rPr>
          <w:sz w:val="20"/>
        </w:rPr>
        <w:t>38:34  mout dono ke beech mein, mout ke baad doosri duniya shuru ho jati hai. to is temporary period jo hai, hamari zindagi ka yahan par jisne yeh dikhaya ke mere andar yeh yeh quality hai ke main ehsan karne wale ka ehsan maan</w:t>
      </w:r>
      <w:r>
        <w:br/>
      </w:r>
      <w:r>
        <w:rPr>
          <w:sz w:val="20"/>
        </w:rPr>
        <w:t>39:04  oon, dene wale ke muqable mein sab mein sar ban kar rahoon, creator ke hukumon ko paalan karoon. yeh jo requirement hain creator ki taraf se, usko main poora karoon, ek sacha insan ban kar rahoon. yaad rakhen, sacha insan wahi hai jo apne benefactor ka ko acknowledge kare.</w:t>
      </w:r>
      <w:r>
        <w:br/>
      </w:r>
      <w:r>
        <w:rPr>
          <w:sz w:val="20"/>
        </w:rPr>
        <w:t>39:36  yeh duniya mein bhi aap dekhiye, kisi kisi insan se aap bohat zyada sulook karen, bohat zyada usko madad karen, bohat zyada uske sath ehsan karen, to aap chahenge woh aap usko maane. agar na maane to aap usko kya karenge? disgrace kar denge. disgrace. yeh duniya mein aap namoona dekhte hain, koi bhi aadmi agar kisi ke sath koi bara sulook karta hai, koi bara ehsan karta hai, aur woh aadmi usko</w:t>
      </w:r>
      <w:r>
        <w:br/>
      </w:r>
      <w:r>
        <w:rPr>
          <w:sz w:val="20"/>
        </w:rPr>
        <w:t>40:07  sarkash ban jata hai, to dene wala phir usko disgrace kar dega. yahi hone wala hai mout ke baad. to mout ke baad kuch log woh honge jin ko Khuda disgrace kar dega ke bas ab tum ko hum ne kuch nahi dena hai. zinda to ab bhi rahoge, tum marne wale nahi ho. mout nahi khatam, mout mout tumhara khatma nahi thi. mout to</w:t>
      </w:r>
    </w:p>
    <w:p>
      <w:pPr>
        <w:pStyle w:val="Heading2"/>
      </w:pPr>
      <w:r>
        <w:t>Jihad hadith reinterpreted for modern da'wah</w:t>
      </w:r>
    </w:p>
    <w:p>
      <w:r>
        <w:rPr>
          <w:color w:val="666666"/>
          <w:sz w:val="18"/>
        </w:rPr>
        <w:t>Quran Lessons (In Conversation with Maulana) 27.12.2010 · 4m 01s · at 5:45 · https://youtu.be/tFU57I6tThk?t=345</w:t>
      </w:r>
    </w:p>
    <w:p>
      <w:r>
        <w:rPr>
          <w:i/>
        </w:rPr>
        <w:t>“Maulana sahib is there any hadith of Prophet Muhammad”</w:t>
      </w:r>
    </w:p>
    <w:p>
      <w:r>
        <w:rPr>
          <w:sz w:val="20"/>
        </w:rPr>
        <w:t>5:45  aldeen from pennsylvania.</w:t>
      </w:r>
      <w:r>
        <w:br/>
      </w:r>
      <w:r>
        <w:rPr>
          <w:sz w:val="20"/>
        </w:rPr>
        <w:t>5:51  مولانا صاحب، is there any hadith of Prophet Muhammad where he said to have said that the value</w:t>
      </w:r>
      <w:r>
        <w:br/>
      </w:r>
      <w:r>
        <w:rPr>
          <w:sz w:val="20"/>
        </w:rPr>
        <w:t>5:57  of jihad is so much that a Momin would want to be born again, even hundred times to</w:t>
      </w:r>
      <w:r>
        <w:br/>
      </w:r>
      <w:r>
        <w:rPr>
          <w:sz w:val="20"/>
        </w:rPr>
        <w:t>6:03  Do it and become shaheed hundred times in the battlefield? If he did say this, then what</w:t>
      </w:r>
      <w:r>
        <w:br/>
      </w:r>
      <w:r>
        <w:rPr>
          <w:sz w:val="20"/>
        </w:rPr>
        <w:t>6:09  is its implication? sahi, yeh hadith hai, maujood hai yeh hadith,</w:t>
      </w:r>
      <w:r>
        <w:br/>
      </w:r>
      <w:r>
        <w:rPr>
          <w:sz w:val="20"/>
        </w:rPr>
        <w:t>6:15  lekin yeh hadith jo hai, yeh, um, woh hai, yani absolute sense mein nahi hai.</w:t>
      </w:r>
      <w:r>
        <w:br/>
      </w:r>
      <w:r>
        <w:rPr>
          <w:sz w:val="20"/>
        </w:rPr>
        <w:t>6:20  jis waqt ladai ho rahi thi, jis waqt islam par attack kiya kiya gaya tha, islam ko mitane,</w:t>
      </w:r>
      <w:r>
        <w:br/>
      </w:r>
      <w:r>
        <w:rPr>
          <w:sz w:val="20"/>
        </w:rPr>
        <w:t>6:25  mitaya ja raha tha, us waqt wahi tha jihad ka istemal.</w:t>
      </w:r>
      <w:r>
        <w:br/>
      </w:r>
      <w:r>
        <w:rPr>
          <w:sz w:val="20"/>
        </w:rPr>
        <w:t>6:30  aaj nahi hai woh.</w:t>
      </w:r>
      <w:r>
        <w:br/>
      </w:r>
      <w:r>
        <w:rPr>
          <w:sz w:val="20"/>
        </w:rPr>
        <w:t>6:35  aaj is hadith ko hum redefine karenge.</w:t>
      </w:r>
      <w:r>
        <w:br/>
      </w:r>
      <w:r>
        <w:rPr>
          <w:sz w:val="20"/>
        </w:rPr>
        <w:t>6:40  is waqt hadith ka application badr aur urein ke refer</w:t>
      </w:r>
      <w:r>
        <w:br/>
      </w:r>
      <w:r>
        <w:rPr>
          <w:sz w:val="20"/>
        </w:rPr>
        <w:t>6:45  ence mein hota tha. Ab is hadith ka reference hoga da'wat o tableegh ke is mein hoga. Aaj dedication ke sense mein hoga, apne aap ko Islam ki da'wat ke liye sacrifice karne ke sense mein hoga. To hadith sahi hai, main manta hoon woh sahi hai hadith, lekin woh absolute sense mein nahi hai. Is ko redefine karna hoga, aur redefine karne ka kaam hamesha kiya gaya hai. Main misaal deta hoon aap ko ke Quran mein hai ke "وَأَعِدُّوا لَهُمْ مَسْتَطَاعًا مِنْ قُوَّةٍ"۔ Rasool Allah ne farmaya ke tum jante ho quwwat kya hai? Aap ne farmaya "Ala innal quwwata ar-ram". Allah "Ala innal quwwata ar-ram" ya'ni Quran mein kaha gaya hai ke tum log apne apne mukhalifeen ke muqable mein quwwat faraham karo, taqat faraham karo. Aur hadith mein kaha gaya hai ke taqat ka matlab kya hai? Teer marna, teer marna, teer marna. To aaj koi karega is ko ke teer</w:t>
      </w:r>
      <w:r>
        <w:br/>
      </w:r>
      <w:r>
        <w:rPr>
          <w:sz w:val="20"/>
        </w:rPr>
        <w:t>7:15  kaman le kar ke apne fauj ko musallah kare? Is se kaun karta hai aisa? Aaj koi duniya ki country aisa nahi hai, Muslim country, jo apni fauj ko teer kaman se musallah kare. To wahan unhon ne redefine kiya is hadith ko, redefine kiya. To hadithon ko redefine karne ka kaam sabhi log karte hain, lekin collective sense mein karte hain, kahin karte hain, kahin nahi karte.</w:t>
      </w:r>
      <w:r>
        <w:br/>
      </w:r>
      <w:r>
        <w:rPr>
          <w:sz w:val="20"/>
        </w:rPr>
        <w:t>7:45  یر کمان لے کر کے اپنے فوج کو مسلح کرے؟ اس سے کون کرتا hai ایسا؟ آج کوئی</w:t>
      </w:r>
      <w:r>
        <w:br/>
      </w:r>
      <w:r>
        <w:rPr>
          <w:sz w:val="20"/>
        </w:rPr>
        <w:t>7:51  duniya ki country aesa nahi hai, muslim country, jo apni fauj ko teer kaman se musallah kare.</w:t>
      </w:r>
      <w:r>
        <w:br/>
      </w:r>
      <w:r>
        <w:rPr>
          <w:sz w:val="20"/>
        </w:rPr>
        <w:t>7:58  to wahan unhon ne redefine kiya is hadith ko, redefine kiya.</w:t>
      </w:r>
      <w:r>
        <w:br/>
      </w:r>
      <w:r>
        <w:rPr>
          <w:sz w:val="20"/>
        </w:rPr>
        <w:t>8:04  to hadithon ko redefine karne ka kaam sabhi log karte hain, lekin collective sense mein karte hain,</w:t>
      </w:r>
      <w:r>
        <w:br/>
      </w:r>
      <w:r>
        <w:rPr>
          <w:sz w:val="20"/>
        </w:rPr>
        <w:t>8:10  kahin karte hain, kahin nahi karte.</w:t>
      </w:r>
      <w:r>
        <w:br/>
      </w:r>
      <w:r>
        <w:rPr>
          <w:sz w:val="20"/>
        </w:rPr>
        <w:t>8:16  main kehta hoon ke jis tarah se aap ne wahan redefine kiya "alā inna al-quwwata ar-ramyu" ke</w:t>
      </w:r>
      <w:r>
        <w:br/>
      </w:r>
      <w:r>
        <w:rPr>
          <w:sz w:val="20"/>
        </w:rPr>
        <w:t>8:21  is mein redefine kiya ke aaj aap, aap ko maloom hai, turkey mein yeh pesh aa chuka hai.</w:t>
      </w:r>
      <w:r>
        <w:br/>
      </w:r>
      <w:r>
        <w:rPr>
          <w:sz w:val="20"/>
        </w:rPr>
        <w:t>8:26  turkey mein aesa hua ke wahan ke ulama, jo traditional ulama the, riwayat parast, unhon ne keh diya</w:t>
      </w:r>
      <w:r>
        <w:br/>
      </w:r>
      <w:r>
        <w:rPr>
          <w:sz w:val="20"/>
        </w:rPr>
        <w:t>8:31  ke nahi, hum to wohi talwar wali ladai ladenge.</w:t>
      </w:r>
      <w:r>
        <w:br/>
      </w:r>
      <w:r>
        <w:rPr>
          <w:sz w:val="20"/>
        </w:rPr>
        <w:t>8:36  bada hungama hua hua, aakhir woh fatwa diya gaya ke nahi, hum is ko aaj ke hathiyar se</w:t>
      </w:r>
      <w:r>
        <w:br/>
      </w:r>
      <w:r>
        <w:rPr>
          <w:sz w:val="20"/>
        </w:rPr>
        <w:t>8:41  apne apni fauj ko musallah</w:t>
      </w:r>
      <w:r>
        <w:br/>
      </w:r>
      <w:r>
        <w:rPr>
          <w:sz w:val="20"/>
        </w:rPr>
        <w:t>8:46  karenge. to chunancha wahan ki, wahan ke, wahan ki fouj jo thi turki ki, woh is ko modernize kiya gaya. to yeh jab aap re define karne ke principle ko apply karte hain doosre mamlaat mein, yahan pe apply kijiye. to beharhaal mein yeh kahunga ke jab jang pesh aa rahi thi, jab islam ko mitane ke liye log tal gaye thay, us waqt is ka application woh tha. aaj application doosra hai. aaj d</w:t>
      </w:r>
      <w:r>
        <w:br/>
      </w:r>
      <w:r>
        <w:rPr>
          <w:sz w:val="20"/>
        </w:rPr>
        <w:t>9:16  dawat ke raste mein aap ko dedicate karna hai, apne aap ko dawat ke liye, apne aap ko</w:t>
      </w:r>
      <w:r>
        <w:br/>
      </w:r>
      <w:r>
        <w:rPr>
          <w:sz w:val="20"/>
        </w:rPr>
        <w:t>9:21  sacrifice dena hai, dawat ke liye apni apni energy ko kharch karna hai.</w:t>
      </w:r>
      <w:r>
        <w:br/>
      </w:r>
      <w:r>
        <w:rPr>
          <w:sz w:val="20"/>
        </w:rPr>
        <w:t>9:26  yeh aaj ke lehaz se hoga is ka matlab.</w:t>
      </w:r>
      <w:r>
        <w:br/>
      </w:r>
      <w:r>
        <w:rPr>
          <w:sz w:val="20"/>
        </w:rPr>
        <w:t>9:31  This question is from Mr. Athar Shamsi from Delhi.</w:t>
      </w:r>
      <w:r>
        <w:br/>
      </w:r>
      <w:r>
        <w:rPr>
          <w:sz w:val="20"/>
        </w:rPr>
        <w:t>9:36  maulana, is criticism a blessing? kindly explain.</w:t>
      </w:r>
      <w:r>
        <w:br/>
      </w:r>
      <w:r>
        <w:rPr>
          <w:sz w:val="20"/>
        </w:rPr>
        <w:t>9:41  main to kahunga superb blessing hai, kyunke</w:t>
      </w:r>
    </w:p>
    <w:p>
      <w:pPr>
        <w:pStyle w:val="Heading2"/>
      </w:pPr>
      <w:r>
        <w:t>How Satan exploits human perfectionism to cause ingratitude</w:t>
      </w:r>
    </w:p>
    <w:p>
      <w:r>
        <w:rPr>
          <w:color w:val="666666"/>
          <w:sz w:val="18"/>
        </w:rPr>
        <w:t>The Concept of Paradise and Hell July 22, 2017 Maulana Wahiduddin Khan · 5m 57s · at 11:13 · https://youtu.be/Bcf0rPHGVWg?t=673</w:t>
      </w:r>
    </w:p>
    <w:p>
      <w:r>
        <w:rPr>
          <w:i/>
        </w:rPr>
        <w:t>“Why do people leave the path to paradise and go astray?”</w:t>
      </w:r>
    </w:p>
    <w:p>
      <w:r>
        <w:rPr>
          <w:sz w:val="20"/>
        </w:rPr>
        <w:t>11:13  ab sawal yeh hai ke aisi halat mein kya baat hai ke log jannat ka rasta chhod dete hain,</w:t>
      </w:r>
      <w:r>
        <w:br/>
      </w:r>
      <w:r>
        <w:rPr>
          <w:sz w:val="20"/>
        </w:rPr>
        <w:t>11:20  ghalat raste par chalne lagte hain? yahan par dekhiye, Shaitan ne Allah, yaani jab Allah ne insan ko paida kiya, us waqt Shaitan ne yeh challenge diya tha, challenge tahaddi ke "la hatta" ne "la hatta" ne kaha "nazratan min khayala",</w:t>
      </w:r>
      <w:r>
        <w:br/>
      </w:r>
      <w:r>
        <w:rPr>
          <w:sz w:val="20"/>
        </w:rPr>
        <w:t>11:46  yaani beshtar insano ko main behka doon ga,</w:t>
      </w:r>
      <w:r>
        <w:br/>
      </w:r>
      <w:r>
        <w:rPr>
          <w:sz w:val="20"/>
        </w:rPr>
        <w:t>11:50  beshtar insano ko main raste se hata doon ga, beshtar insano ko main deal kar doon ga. ab maine yeh socha</w:t>
      </w:r>
      <w:r>
        <w:br/>
      </w:r>
      <w:r>
        <w:rPr>
          <w:sz w:val="20"/>
        </w:rPr>
        <w:t>12:02  ke kaise deal karega Shaitan jab Allah ne itne item bikhair diye hain shukr ke, aur shukr nahin, aur shukr jante hain aap sab, sab se bara jannat ka ticket shukr hai.</w:t>
      </w:r>
      <w:r>
        <w:br/>
      </w:r>
      <w:r>
        <w:rPr>
          <w:sz w:val="20"/>
        </w:rPr>
        <w:t>12:18  jannat ka sab bara ticket shukr hai. real sense mein agar aap karein to jo shukr ke itne zyada item hain, itne mawaqe hain, aur aap ko sirf avail karna hai, aur phir aap shakir bande ban jayenge.</w:t>
      </w:r>
      <w:r>
        <w:br/>
      </w:r>
      <w:r>
        <w:rPr>
          <w:sz w:val="20"/>
        </w:rPr>
        <w:t>12:32  to phir kyun aisa hai ke insan insan bigadta hai, ghalat raste par chalne lagta hai? woh</w:t>
      </w:r>
      <w:r>
        <w:br/>
      </w:r>
      <w:r>
        <w:rPr>
          <w:sz w:val="20"/>
        </w:rPr>
        <w:t>12:43  to is par maine socha,</w:t>
      </w:r>
      <w:r>
        <w:br/>
      </w:r>
      <w:r>
        <w:rPr>
          <w:sz w:val="20"/>
        </w:rPr>
        <w:t>12:48  to main is raah par pahuncha ke is ki wajah insaan ki ka idealism hai, perfectionism.</w:t>
      </w:r>
      <w:r>
        <w:br/>
      </w:r>
      <w:r>
        <w:rPr>
          <w:sz w:val="20"/>
        </w:rPr>
        <w:t>12:59  insaan perfectionist hai, idealist hai, jiska nateeja kya hota hai ke chuki duniya mein koi bhi item aap ko jo milta hai, woh less than ideal hota hai, less than ideal.</w:t>
      </w:r>
      <w:r>
        <w:br/>
      </w:r>
      <w:r>
        <w:rPr>
          <w:sz w:val="20"/>
        </w:rPr>
        <w:t>13:13  hawa milti hai to woh tez fresh nahi hoti, jaisa ke hona chahiye.</w:t>
      </w:r>
      <w:r>
        <w:br/>
      </w:r>
      <w:r>
        <w:rPr>
          <w:sz w:val="20"/>
        </w:rPr>
        <w:t>13:20  aisi jitni cheezein milti hain, is mein kuch na kuch kami rehti hai, kyunke yeh duniya jannat hai nahi. jannat ke misl to zaroor hain aap ke saamaan, lekin jannat jaisa nahi.</w:t>
      </w:r>
      <w:r>
        <w:br/>
      </w:r>
      <w:r>
        <w:rPr>
          <w:sz w:val="20"/>
        </w:rPr>
        <w:t>13:32  to duniya mein jo bhi nemat aap ko milti hai, woh hamesha less than ideal hoti hai. to insaan chuki hai idealist, perfectionist,</w:t>
      </w:r>
      <w:r>
        <w:br/>
      </w:r>
      <w:r>
        <w:rPr>
          <w:sz w:val="20"/>
        </w:rPr>
        <w:t>13:46  to jo mila us ko, us ko lagta hai yeh to jo milna chahiye tha, us se kam hai. yeh yaani hawa bhi us se kam hai, oxygen bhi us se kam hai, food bhi us se kam hai, har cheez.</w:t>
      </w:r>
      <w:r>
        <w:br/>
      </w:r>
      <w:r>
        <w:rPr>
          <w:sz w:val="20"/>
        </w:rPr>
        <w:t>14:02  yahan par detarment hota hai, yahan par nashukri aati hai. us ko aadmi insaan marre nahi kar pata</w:t>
      </w:r>
      <w:r>
        <w:br/>
      </w:r>
      <w:r>
        <w:rPr>
          <w:sz w:val="20"/>
        </w:rPr>
        <w:t>14:12  ke Allah ne aisa is liye rakha hai ke kaamil nemat to Allah ki milegi paradise mein, jannat mein. duniya mein nahi mil sakti.</w:t>
      </w:r>
      <w:r>
        <w:br/>
      </w:r>
      <w:r>
        <w:rPr>
          <w:sz w:val="20"/>
        </w:rPr>
        <w:t>14:22  duniya mein to sirf namoone hain, nishaniyan hain, jo kehte hain hindi zabaan mein "baangi". "baangi" bada achha lafz hai.</w:t>
      </w:r>
      <w:r>
        <w:br/>
      </w:r>
      <w:r>
        <w:rPr>
          <w:sz w:val="20"/>
        </w:rPr>
        <w:t>14:33  yaani duniya mein jannat ki baangi rakh di gayi hai, ibtedai namoona.</w:t>
      </w:r>
      <w:r>
        <w:br/>
      </w:r>
      <w:r>
        <w:rPr>
          <w:sz w:val="20"/>
        </w:rPr>
        <w:t>14:41  to is cheez se, is cheez ko agar insaan jaane ke duniya mein kaamil nemat to milne hi wali nahi hai, chahe main kuch bhi kara loon, chahe main trader of America ban jaaoon, chahe main sab se bada baldi aadmi ban jaaoon, kuch bhi ban jaaoon,</w:t>
      </w:r>
      <w:r>
        <w:br/>
      </w:r>
      <w:r>
        <w:rPr>
          <w:sz w:val="20"/>
        </w:rPr>
        <w:t>14:58  lekin duniya mein ideal nemat, perfect nemat to mile hi ke nahi.</w:t>
      </w:r>
      <w:r>
        <w:br/>
      </w:r>
      <w:r>
        <w:rPr>
          <w:sz w:val="20"/>
        </w:rPr>
        <w:t>15:07  kuch bhi kar raha hoon, tab bhi</w:t>
      </w:r>
      <w:r>
        <w:br/>
      </w:r>
      <w:r>
        <w:rPr>
          <w:sz w:val="20"/>
        </w:rPr>
        <w:t>15:10  to aadmi ke andar kahega "realistic approach" aayega, "realistic approach", haqeeqat pasandi ka mizaj.</w:t>
      </w:r>
      <w:r>
        <w:br/>
      </w:r>
      <w:r>
        <w:rPr>
          <w:sz w:val="20"/>
        </w:rPr>
        <w:t>15:20  to woh yeh sochega ke jo nemat us ko mil rahi hai, wohi is duniya mein mil sakti hai, us se zyada to milne wali nahi. woh</w:t>
      </w:r>
      <w:r>
        <w:br/>
      </w:r>
      <w:r>
        <w:rPr>
          <w:sz w:val="20"/>
        </w:rPr>
        <w:t>15:34  jo ayat hai, kya to nuksaani aur laasi hoga yahan duniya mein?</w:t>
      </w:r>
      <w:r>
        <w:br/>
      </w:r>
      <w:r>
        <w:rPr>
          <w:sz w:val="20"/>
        </w:rPr>
        <w:t>15:42  to bilashuba yeh ek waqea hai ke Allah ne insaan ko duniya mein beshumar nematein di hain. yaani suraj ek nemat hai, hawa ek nemat hai, oxygen ek nemat hai,</w:t>
      </w:r>
      <w:r>
        <w:br/>
      </w:r>
      <w:r>
        <w:rPr>
          <w:sz w:val="20"/>
        </w:rPr>
        <w:t>15:56  food zameen se milta hai, woh nemat hai, phal darakht hota hai, woh nemat hai. lekin har nemat jo hai, less than ideal hai.</w:t>
      </w:r>
      <w:r>
        <w:br/>
      </w:r>
      <w:r>
        <w:rPr>
          <w:sz w:val="20"/>
        </w:rPr>
        <w:t>16:05  yaani insaan ke andar jo mizaj hai perfection ka, is perfection se kam. Allah ne insaan ko banaya hai bohat hi aala mizaj, aala test,</w:t>
      </w:r>
      <w:r>
        <w:br/>
      </w:r>
      <w:r>
        <w:rPr>
          <w:sz w:val="20"/>
        </w:rPr>
        <w:t>16:18  perfectionist. woh hai jannat ke lihaaz se, duniya ke lihaaz se nahi hai.</w:t>
      </w:r>
      <w:r>
        <w:br/>
      </w:r>
      <w:r>
        <w:rPr>
          <w:sz w:val="20"/>
        </w:rPr>
        <w:t>16:26  to dekhiye, is ayat par ghaur karte hue mujhe samajh mein aaya ke insaan ki ek kamzori hai, us ko shaitan exploit karta hai.</w:t>
      </w:r>
      <w:r>
        <w:br/>
      </w:r>
      <w:r>
        <w:rPr>
          <w:sz w:val="20"/>
        </w:rPr>
        <w:t>16:40  insaan ki ek weakness ko shaitan exploit kar</w:t>
      </w:r>
      <w:r>
        <w:br/>
      </w:r>
      <w:r>
        <w:rPr>
          <w:sz w:val="20"/>
        </w:rPr>
        <w:t>16:44  ta hai. woh yahi hai ke ke insaan by birth idealist hai, by birth perfectionist hai. lekin yeh jo hai insaan, woh jannat ke lihaaz se hai.</w:t>
      </w:r>
      <w:r>
        <w:br/>
      </w:r>
      <w:r>
        <w:rPr>
          <w:sz w:val="20"/>
        </w:rPr>
        <w:t>16:57  is lihaaz se hai ke duniya mein aadmi yeh soche ke mujhe dua kare ke Khuda mujhe is perfect world mein pahuncha de, is ideal world mein pahuncha de.</w:t>
      </w:r>
    </w:p>
    <w:p>
      <w:pPr>
        <w:pStyle w:val="Heading2"/>
      </w:pPr>
      <w:r>
        <w:t>Patience as planned action requires intellect</w:t>
      </w:r>
    </w:p>
    <w:p>
      <w:r>
        <w:rPr>
          <w:color w:val="666666"/>
          <w:sz w:val="18"/>
        </w:rPr>
        <w:t>Reason and Islam April 21, 2014 · 5m 25s · at 13:42 · https://youtu.be/snpiJ_AI8wk?t=822</w:t>
      </w:r>
    </w:p>
    <w:p>
      <w:r>
        <w:rPr>
          <w:i/>
        </w:rPr>
        <w:t>“Iski tarah dekhiye, sabr”</w:t>
      </w:r>
    </w:p>
    <w:p>
      <w:r>
        <w:rPr>
          <w:sz w:val="20"/>
        </w:rPr>
        <w:t>13:42  is mein khair ka pehlu shamil ho jayega, husn itaat ban jayega. woh is tarah dekhiye, sabr, sabr ke mani husn sabr, sabr bohat hi aham cheez hai.</w:t>
      </w:r>
      <w:r>
        <w:br/>
      </w:r>
      <w:r>
        <w:rPr>
          <w:sz w:val="20"/>
        </w:rPr>
        <w:t>13:57  yani sabr ka mamla aisa hai ke sara ka sara aql se taluq rakhta hai.</w:t>
      </w:r>
      <w:r>
        <w:br/>
      </w:r>
      <w:r>
        <w:rPr>
          <w:sz w:val="20"/>
        </w:rPr>
        <w:t>14:02  sara ka sara agar aap aql ko istemal na karen to aap samjhenge hi ke nahi ke sabr ki ahmiyat kya hai. aql ko istemal na karen to yeh baat hi mustawar ho jayegi ke kya ahmiyat hai sabr ki.</w:t>
      </w:r>
      <w:r>
        <w:br/>
      </w:r>
      <w:r>
        <w:rPr>
          <w:sz w:val="20"/>
        </w:rPr>
        <w:t>14:22  kyun ke is dunya mein hum rehte hain to kisi nateejay ko hum is tarah nahi hasil kar sakte ke bas kood paden, halaat ke</w:t>
      </w:r>
      <w:r>
        <w:br/>
      </w:r>
      <w:r>
        <w:rPr>
          <w:sz w:val="20"/>
        </w:rPr>
        <w:t>14:31  halaat ke janglat mein kood paden, ya foran nateejay hasil karna chahen, ya doosron ko dhak kar chahen ke apna rishta bana len.</w:t>
      </w:r>
      <w:r>
        <w:br/>
      </w:r>
      <w:r>
        <w:rPr>
          <w:sz w:val="20"/>
        </w:rPr>
        <w:t>14:42  ya bohat se pehlu hain jis ki wajah se jis mein sabr ki zaroorat padti hai. kai humein intezar karna padta hai, kai humein doosron ke doosron ke liye duaen karni padti hain,</w:t>
      </w:r>
      <w:r>
        <w:br/>
      </w:r>
      <w:r>
        <w:rPr>
          <w:sz w:val="20"/>
        </w:rPr>
        <w:t>15:00  kai yeh janna padta hai ke doosre jo hain, un ki un ki planning kya hai, is ko samjhen aur phir is ke mutabiq hum manage karen apne kaam ko.</w:t>
      </w:r>
      <w:r>
        <w:br/>
      </w:r>
      <w:r>
        <w:rPr>
          <w:sz w:val="20"/>
        </w:rPr>
        <w:t>15:12  to bohat se pehlu hain mamlaat mein, un sab ko hum jaan paate hain sabr ke zariye, un ko hum jaan paate hain aql ke zariye se.</w:t>
      </w:r>
      <w:r>
        <w:br/>
      </w:r>
      <w:r>
        <w:rPr>
          <w:sz w:val="20"/>
        </w:rPr>
        <w:t>15:22  to main bataon ke sabr ka matlab hai, sabr ka matlab hai mansoob band amal.</w:t>
      </w:r>
      <w:r>
        <w:br/>
      </w:r>
      <w:r>
        <w:rPr>
          <w:sz w:val="20"/>
        </w:rPr>
        <w:t>15:30  sabr koi mus, sabr koi purasrar cheez nahi hai. sabr koi purasrar cheez nahi hai, na woh munfa'il cheez hai, na passive attitude hai.</w:t>
      </w:r>
      <w:r>
        <w:br/>
      </w:r>
      <w:r>
        <w:rPr>
          <w:sz w:val="20"/>
        </w:rPr>
        <w:t>15:44  sabr darasal mansoob band amal ka naam hai. aap Allah ki marzi ke mutabiq dunya banana chahte hain, aap Allah ke bashan ko dunya mein chalana chahte hain,</w:t>
      </w:r>
      <w:r>
        <w:br/>
      </w:r>
      <w:r>
        <w:rPr>
          <w:sz w:val="20"/>
        </w:rPr>
        <w:t>15:56  aap Allah ke tareeqay ko dunya mein raij karna chahte hain. lekin dunya mein doosre bohat se log hain, akele aap hi nahi hain. to un sab pehluon ko jab aap samne rakhenge, aap to jagah jagah aap ko zaroorat padegi ke doosron ka lihaaz karna.</w:t>
      </w:r>
      <w:r>
        <w:br/>
      </w:r>
      <w:r>
        <w:rPr>
          <w:sz w:val="20"/>
        </w:rPr>
        <w:t>16:15  aap kahin apne ko control karenge, kahin aap apne ko peechay hatayenge, kahin aap yani apne jazbat ko zahir hone se bachayenge.</w:t>
      </w:r>
      <w:r>
        <w:br/>
      </w:r>
      <w:r>
        <w:rPr>
          <w:sz w:val="20"/>
        </w:rPr>
        <w:t>16:28  to yeh sab sabr hai. to is ko aaj kal ki zaban mein agar main kahon to is ka matlab hoga sabr naam hai mansoob band amal ka.</w:t>
      </w:r>
      <w:r>
        <w:br/>
      </w:r>
      <w:r>
        <w:rPr>
          <w:sz w:val="20"/>
        </w:rPr>
        <w:t>16:38  to mansoob band amal kaise hota hai? is woh aql ke zariye hota hai.</w:t>
      </w:r>
      <w:r>
        <w:br/>
      </w:r>
      <w:r>
        <w:rPr>
          <w:sz w:val="20"/>
        </w:rPr>
        <w:t>16:44  haiwanat jo hain, woh mansoob band amal nahi kar sakte. koi haiwan mansoob band mansoob yani shaoori taur par mansoob band amal nahi karta.</w:t>
      </w:r>
      <w:r>
        <w:br/>
      </w:r>
      <w:r>
        <w:rPr>
          <w:sz w:val="20"/>
        </w:rPr>
        <w:t>16:56  yani plan plan bana kar amal karna yeh yeh nahi aata animal ko, kyun ke is ke paas aql nahi hai.</w:t>
      </w:r>
      <w:r>
        <w:br/>
      </w:r>
      <w:r>
        <w:rPr>
          <w:sz w:val="20"/>
        </w:rPr>
        <w:t>17:04  to insan jo hai, jab Allah ke liye kuch karna chahta hai, deen ke liye karna chahta hai, to wahan par is ko aql ko istemal karna hai ta ke achhi planning kare, achha mansooba banaye,</w:t>
      </w:r>
      <w:r>
        <w:br/>
      </w:r>
      <w:r>
        <w:rPr>
          <w:sz w:val="20"/>
        </w:rPr>
        <w:t>17:20  zyada nateejah khair andaaz mein is ka is ka amal, zyada nateejah khair amal ho.</w:t>
      </w:r>
      <w:r>
        <w:br/>
      </w:r>
      <w:r>
        <w:rPr>
          <w:sz w:val="20"/>
        </w:rPr>
        <w:t>17:29  to yeh sab chezen jo hain, in ka taluq hai aql se.</w:t>
      </w:r>
      <w:r>
        <w:br/>
      </w:r>
      <w:r>
        <w:rPr>
          <w:sz w:val="20"/>
        </w:rPr>
        <w:t>17:32  agar aadmi aql na istemal kare to to kabhi bhi woh nateejah khair amal nahi kar sakta, woh mansoob band amal nahi kar sakta.</w:t>
      </w:r>
      <w:r>
        <w:br/>
      </w:r>
      <w:r>
        <w:rPr>
          <w:sz w:val="20"/>
        </w:rPr>
        <w:t>17:45  aur is dunya mein mansoob band amal hi ka naam amal hai. yani planning ke baghair jo kaam kiya jaye, woh amal hi nahi hai, kyun ke woh to waqt ka ko zaya karna hai, paisay ko zaya karna hai, energy ko zaya karna hai.</w:t>
      </w:r>
      <w:r>
        <w:br/>
      </w:r>
      <w:r>
        <w:rPr>
          <w:sz w:val="20"/>
        </w:rPr>
        <w:t>18:03  to jab bhi aap, jab bhi aap koi kaam karna chahen aur is mein aap chahen ke soch samajh kar sahi andaaz mein aap shuru karen, sahi andaaz mein is ko jari karen, sahi andaaz mein aage barhayen is kaam ko, to aql ko istemal karna parta hai.</w:t>
      </w:r>
      <w:r>
        <w:br/>
      </w:r>
      <w:r>
        <w:rPr>
          <w:sz w:val="20"/>
        </w:rPr>
        <w:t>18:23  aql jo hai, bohat ghair mamooli salahiyat is ke andar hai</w:t>
      </w:r>
      <w:r>
        <w:br/>
      </w:r>
      <w:r>
        <w:rPr>
          <w:sz w:val="20"/>
        </w:rPr>
        <w:t>18:27  sochne ki aur cheezon ko gehrai ke sath janne ki. to aql ka istemal jis tarah se marifat mein khobi paida karta hai,</w:t>
      </w:r>
      <w:r>
        <w:br/>
      </w:r>
      <w:r>
        <w:rPr>
          <w:sz w:val="20"/>
        </w:rPr>
        <w:t>18:41  aql ka istemal jis tarah se itaat mein khobi paida karta hai, isi tarah aql ka istemal aap ke mansoobe mein khobi paida karta hai.</w:t>
      </w:r>
      <w:r>
        <w:br/>
      </w:r>
      <w:r>
        <w:rPr>
          <w:sz w:val="20"/>
        </w:rPr>
        <w:t>18:51  sabr ka matlab hai mansoob band amal.</w:t>
      </w:r>
      <w:r>
        <w:br/>
      </w:r>
      <w:r>
        <w:rPr>
          <w:sz w:val="20"/>
        </w:rPr>
        <w:t>18:54  to aap ka jo mansooba hai, woh ho nahi sakta acha aur natija khez jab tak aap is mein apni aql ko istemal na karein.</w:t>
      </w:r>
    </w:p>
    <w:p>
      <w:pPr>
        <w:pStyle w:val="Heading2"/>
      </w:pPr>
      <w:r>
        <w:t>Absolute prohibition with defensive exception</w:t>
      </w:r>
    </w:p>
    <w:p>
      <w:r>
        <w:rPr>
          <w:color w:val="666666"/>
          <w:sz w:val="18"/>
        </w:rPr>
        <w:t>Violence The Second Forbidden Tree 14 June 2009 - Maulana Wahiduddin Khan · 4m 18s · at 41:21 · https://youtu.be/WbN4l7eMBdU?t=2481</w:t>
      </w:r>
    </w:p>
    <w:p>
      <w:r>
        <w:rPr>
          <w:i/>
        </w:rPr>
        <w:t>“Violence in Islam is absolutely forbidden, with only one exception”</w:t>
      </w:r>
    </w:p>
    <w:p>
      <w:r>
        <w:rPr>
          <w:sz w:val="20"/>
        </w:rPr>
        <w:t>41:21  dekhein, mein yeh jo baat kar raha hoon, is ko samjhiye ke violence islam mein absolute sense mein haram hai, absolute sense mein. there is only one exception.</w:t>
      </w:r>
      <w:r>
        <w:br/>
      </w:r>
      <w:r>
        <w:rPr>
          <w:sz w:val="20"/>
        </w:rPr>
        <w:t>41:31  aap jante hain ke every rule has some exceptions. yeh usool hai: every rule has some exceptions.</w:t>
      </w:r>
      <w:r>
        <w:br/>
      </w:r>
      <w:r>
        <w:rPr>
          <w:sz w:val="20"/>
        </w:rPr>
        <w:t>41:41  to is mein sirf ek exception hai, bas aur koi doosra exception nahin. woh hai ke ek established state hai, us par koi bahar se attack karta hai.</w:t>
      </w:r>
      <w:r>
        <w:br/>
      </w:r>
      <w:r>
        <w:rPr>
          <w:sz w:val="20"/>
        </w:rPr>
        <w:t>41:52  to pehle state jo hai, yeh koshish karegi through negotiation, through peaceful dialogue ke kisi tareeqe se mamla tal jaye.</w:t>
      </w:r>
      <w:r>
        <w:br/>
      </w:r>
      <w:r>
        <w:rPr>
          <w:sz w:val="20"/>
        </w:rPr>
        <w:t>42:03  aisa nahin ke dhar se larne lagegi.</w:t>
      </w:r>
      <w:r>
        <w:br/>
      </w:r>
      <w:r>
        <w:rPr>
          <w:sz w:val="20"/>
        </w:rPr>
        <w:t>42:06  agar koi attack karta hai to jitne peaceful means hain, chahe woh dialogue ho, chahe woh baat cheet ho, kuch bhi ho, us ko istemal kiya jayega.</w:t>
      </w:r>
      <w:r>
        <w:br/>
      </w:r>
      <w:r>
        <w:rPr>
          <w:sz w:val="20"/>
        </w:rPr>
        <w:t>42:23  jab peaceful means se kuch kamyabi nahin hogi aur woh us par insist karein ke humein to attack karna hi hai, tumhare upar aggression karna hi hai, tumhare upar, to bohat limited sense mein defensive war ki jayegi.</w:t>
      </w:r>
      <w:r>
        <w:br/>
      </w:r>
      <w:r>
        <w:rPr>
          <w:sz w:val="20"/>
        </w:rPr>
        <w:t>42:39  bohat limited sense mein. limited mein is liye keh raha hoon ke Rasool Allah teen baar, 23 saal mein, teen baar defensive war kiya aap ne under compulsion.</w:t>
      </w:r>
      <w:r>
        <w:br/>
      </w:r>
      <w:r>
        <w:rPr>
          <w:sz w:val="20"/>
        </w:rPr>
        <w:t>42:50  aur teeno war jo hai, adha adha din: Badr mein adha din, Hunain mein adha din, aur Uhud mein adha din. yeh hai limited war.</w:t>
      </w:r>
      <w:r>
        <w:br/>
      </w:r>
      <w:r>
        <w:rPr>
          <w:sz w:val="20"/>
        </w:rPr>
        <w:t>43:02  other than defensive war, there is no war in Islam. achi tarah samajh lijiye ke koi bhi doosra violence jo hai, haram hai Islam mein, except defensive war.</w:t>
      </w:r>
      <w:r>
        <w:br/>
      </w:r>
      <w:r>
        <w:rPr>
          <w:sz w:val="20"/>
        </w:rPr>
        <w:t>43:15  yahan par ek baat aur mein arz kar doon ke</w:t>
      </w:r>
      <w:r>
        <w:br/>
      </w:r>
      <w:r>
        <w:rPr>
          <w:sz w:val="20"/>
        </w:rPr>
        <w:t>43:23  ek Muslim usool hai Islam ka, woh hai al-ri'a lil-imam</w:t>
      </w:r>
      <w:r>
        <w:br/>
      </w:r>
      <w:r>
        <w:rPr>
          <w:sz w:val="20"/>
        </w:rPr>
        <w:t>43:32  to declare a war, to declare defensive war, is a prerogative of state. yani ek defense ki soorat situation hai.</w:t>
      </w:r>
      <w:r>
        <w:br/>
      </w:r>
      <w:r>
        <w:rPr>
          <w:sz w:val="20"/>
        </w:rPr>
        <w:t>43:43  defense ki situation</w:t>
      </w:r>
      <w:r>
        <w:br/>
      </w:r>
      <w:r>
        <w:rPr>
          <w:sz w:val="20"/>
        </w:rPr>
        <w:t>43:45  us waqt ke liye yeh hai: to declare a defensive war, is a prerogative of state. yani state ka mamla yeh hai.</w:t>
      </w:r>
      <w:r>
        <w:br/>
      </w:r>
      <w:r>
        <w:rPr>
          <w:sz w:val="20"/>
        </w:rPr>
        <w:t>43:54  us ko kaha jata hai Arabic mein sawaf al-umara.</w:t>
      </w:r>
      <w:r>
        <w:br/>
      </w:r>
      <w:r>
        <w:rPr>
          <w:sz w:val="20"/>
        </w:rPr>
        <w:t>43:58  sawaf al-umara ka matlab hai yahi. sawaf al-umara ka matlab hai ke woh rulers ka, ke ke ke domain ki baat hai.</w:t>
      </w:r>
      <w:r>
        <w:br/>
      </w:r>
      <w:r>
        <w:rPr>
          <w:sz w:val="20"/>
        </w:rPr>
        <w:t>44:11  woh hakim ke domain ki baat hai. aur agar koi attack karta hai to woh hakim ke domain ki baat hai ke woh ja kar ke lade us se.</w:t>
      </w:r>
      <w:r>
        <w:br/>
      </w:r>
      <w:r>
        <w:rPr>
          <w:sz w:val="20"/>
        </w:rPr>
        <w:t>44:21  hum aap nahin, us ko gun le kar ke marna shuru kar denge.</w:t>
      </w:r>
      <w:r>
        <w:br/>
      </w:r>
      <w:r>
        <w:rPr>
          <w:sz w:val="20"/>
        </w:rPr>
        <w:t>44:26  jis ko aaj kal zuban kaha jata hai NGO, non-governmental organization. aaj kal ek naya term bola jata hai NGO, non-governmental organization.</w:t>
      </w:r>
      <w:r>
        <w:br/>
      </w:r>
      <w:r>
        <w:rPr>
          <w:sz w:val="20"/>
        </w:rPr>
        <w:t>44:39  to kisi bhi NGO ko hargiz ijazat nahin hai ke woh hathiyar uthaye. bilkul mutlaqan haram hai yeh.</w:t>
      </w:r>
      <w:r>
        <w:br/>
      </w:r>
      <w:r>
        <w:rPr>
          <w:sz w:val="20"/>
        </w:rPr>
        <w:t>44:47  al-ri'a lil-imam yani ek genuine war, jis ko hum ek defensive war hum kahenge. yani genuine sense mein ek defensive war agar ati hai usi situation to sirf state us ka is mein defense defense karegi.</w:t>
      </w:r>
      <w:r>
        <w:br/>
      </w:r>
      <w:r>
        <w:rPr>
          <w:sz w:val="20"/>
        </w:rPr>
        <w:t>45:07  koi bhi NGO, koi bhi individual, koi bhi organization bilkul us ko right nahin hai ke hathiyar uthaye. uthata hai to woh haram kaam karta hai.</w:t>
      </w:r>
      <w:r>
        <w:br/>
      </w:r>
      <w:r>
        <w:rPr>
          <w:sz w:val="20"/>
        </w:rPr>
        <w:t>45:17  yani generous explosion wala kaam karta hai. yaad rakhiye,</w:t>
      </w:r>
      <w:r>
        <w:br/>
      </w:r>
      <w:r>
        <w:rPr>
          <w:sz w:val="20"/>
        </w:rPr>
        <w:t>45:24  generous explosion jis tarah se Adam ne co-abidantary ko kha liya to that was a case of explosion from paradise.</w:t>
      </w:r>
      <w:r>
        <w:br/>
      </w:r>
      <w:r>
        <w:rPr>
          <w:sz w:val="20"/>
        </w:rPr>
        <w:t>45:37  un ko jannat se nikal diya gaya.</w:t>
      </w:r>
    </w:p>
    <w:p>
      <w:pPr>
        <w:pStyle w:val="Heading2"/>
      </w:pPr>
      <w:r>
        <w:t>Revenge cycle example illustrating the harm-vs-benefit principle</w:t>
      </w:r>
    </w:p>
    <w:p>
      <w:r>
        <w:rPr>
          <w:color w:val="666666"/>
          <w:sz w:val="18"/>
        </w:rPr>
        <w:t>Dars -e-Quran 3 July 2007 Ch. 2 verses 219, 238, 249 &amp; 255 · 4m 07s · at 11:15 · https://youtu.be/R3NkkhEn-XA?t=675</w:t>
      </w:r>
    </w:p>
    <w:p>
      <w:r>
        <w:rPr>
          <w:i/>
        </w:rPr>
        <w:t>“Kisi ne aapka nuksan kiya — badla lena sahi hai?”</w:t>
      </w:r>
    </w:p>
    <w:p>
      <w:r>
        <w:rPr>
          <w:sz w:val="20"/>
        </w:rPr>
        <w:t>11:15  to yeh ek principle hai jo har cheez mein chalta hai. misaal ke tor par agar aap ko kisi ne nuqsan pohancha diya, farz kiye ke us ne aap ka hazar rupay ka nuqsan pohancha diya.</w:t>
      </w:r>
      <w:r>
        <w:br/>
      </w:r>
      <w:r>
        <w:rPr>
          <w:sz w:val="20"/>
        </w:rPr>
        <w:t>11:31  ab aap is se inteqam lena chahte hain, hazar rupay ko wapas lena chahte hain. to aap ko sochna chahiye ke jo mein action loon ga to woh action mera jo hai is ka result kya hoga?</w:t>
      </w:r>
      <w:r>
        <w:br/>
      </w:r>
      <w:r>
        <w:rPr>
          <w:sz w:val="20"/>
        </w:rPr>
        <w:t>11:47  agar das hazar rupay lene ke chakkar mein aap ka, agar agar ek hazar ek hazar rupay lene ke chakkar mein aap ka das hazar rupay aur bhi chala jaye to to wohi baat ho gayi ke nuqsan zyada aur faida kam.</w:t>
      </w:r>
      <w:r>
        <w:br/>
      </w:r>
      <w:r>
        <w:rPr>
          <w:sz w:val="20"/>
        </w:rPr>
        <w:t>12:06  das hazar rupay kharch kar ke aap apna ek hazar wapas le saken to is se behtar hai ke us ko chhor diya jaye.</w:t>
      </w:r>
      <w:r>
        <w:br/>
      </w:r>
      <w:r>
        <w:rPr>
          <w:sz w:val="20"/>
        </w:rPr>
        <w:t>12:20  jaise aksar hota hai ke jab kisi ko kisi se koi bohat hi bura tajurba hota hai to us ke andar revenge ka jazba rehta hai, inteqam ka jazba ubhar aata hai.</w:t>
      </w:r>
      <w:r>
        <w:br/>
      </w:r>
      <w:r>
        <w:rPr>
          <w:sz w:val="20"/>
        </w:rPr>
        <w:t>12:36  to woh inteqam lene ke liye khara ho jata hai. lekin kya hota hai? inteqam ka bhi inteqam liya jata hai.</w:t>
      </w:r>
      <w:r>
        <w:br/>
      </w:r>
      <w:r>
        <w:rPr>
          <w:sz w:val="20"/>
        </w:rPr>
        <w:t>12:47  aap</w:t>
      </w:r>
      <w:r>
        <w:br/>
      </w:r>
      <w:r>
        <w:rPr>
          <w:sz w:val="20"/>
        </w:rPr>
        <w:t>12:48  ne kisi aadmi ko inteqam ke josh mein maar dala to ab phir kya hoga? us ke bete phir aap ko maren ge. har inteqam ka dobara inteqam liya jata hai.</w:t>
      </w:r>
      <w:r>
        <w:br/>
      </w:r>
      <w:r>
        <w:rPr>
          <w:sz w:val="20"/>
        </w:rPr>
        <w:t>13:02  inteqam ya revenge wohin par khatam nahi hota. har revenge ke baad doosra revenge jata hai, teesra revenge jata hai.</w:t>
      </w:r>
      <w:r>
        <w:br/>
      </w:r>
      <w:r>
        <w:rPr>
          <w:sz w:val="20"/>
        </w:rPr>
        <w:t>13:13  to agar aap hisab lagayen to yahan bhi nuqsan zyada hai, faida kam hai. to yeh ek usool hai zindagi ka, har mamle ke liye.</w:t>
      </w:r>
      <w:r>
        <w:br/>
      </w:r>
      <w:r>
        <w:rPr>
          <w:sz w:val="20"/>
        </w:rPr>
        <w:t>13:26  ek general principle hai ke koi bhi kaam aap karna chahen to pehle yeh sochein ke is ka result kya hai.</w:t>
      </w:r>
      <w:r>
        <w:br/>
      </w:r>
      <w:r>
        <w:rPr>
          <w:sz w:val="20"/>
        </w:rPr>
        <w:t>13:38  kuch faida agar is mein hai aur kuch faide ko le kar aap jump kar ke pohanch jayen,</w:t>
      </w:r>
      <w:r>
        <w:br/>
      </w:r>
      <w:r>
        <w:rPr>
          <w:sz w:val="20"/>
        </w:rPr>
        <w:t>13:50  ek kaam shuru kar dein, yeh sahi nahi hoga.</w:t>
      </w:r>
      <w:r>
        <w:br/>
      </w:r>
      <w:r>
        <w:rPr>
          <w:sz w:val="20"/>
        </w:rPr>
        <w:t>13:54  kuch faide ki wajah se aap shuru kar dein ek kaam aur phir baat ko pata chale ke is mein faida thora tha aur nuqsan zyada tha.</w:t>
      </w:r>
      <w:r>
        <w:br/>
      </w:r>
      <w:r>
        <w:rPr>
          <w:sz w:val="20"/>
        </w:rPr>
        <w:t>14:11  yeh bhi Islam mein is ko bhi mana kiya gaya hai.</w:t>
      </w:r>
      <w:r>
        <w:br/>
      </w:r>
      <w:r>
        <w:rPr>
          <w:sz w:val="20"/>
        </w:rPr>
        <w:t>14:19  nuqsan kam ho, faida zyada ho, tab to aap ko woh kaam karna chahiye.</w:t>
      </w:r>
      <w:r>
        <w:br/>
      </w:r>
      <w:r>
        <w:rPr>
          <w:sz w:val="20"/>
        </w:rPr>
        <w:t>14:28  baaz kaam aise hote hain jis mein faida hi faida ho, woh dobara karna chahiye. kuch kaam aise hote hain jis mein nuqsan kam ho aur faida zyada ho, woh bhi aap ko karna chahiye.</w:t>
      </w:r>
      <w:r>
        <w:br/>
      </w:r>
      <w:r>
        <w:rPr>
          <w:sz w:val="20"/>
        </w:rPr>
        <w:t>14:40  lekin</w:t>
      </w:r>
      <w:r>
        <w:br/>
      </w:r>
      <w:r>
        <w:rPr>
          <w:sz w:val="20"/>
        </w:rPr>
        <w:t>14:42  aisa har kaam jis mein nuqsan zyada ho aur faida kam ho to us ko isi tarah chhor dena chahiye jis tarah aap ek haram cheez ko chhor dete hain.</w:t>
      </w:r>
      <w:r>
        <w:br/>
      </w:r>
      <w:r>
        <w:rPr>
          <w:sz w:val="20"/>
        </w:rPr>
        <w:t>14:55  to yeh hai usool "yashaloonaka ma yafqoon"</w:t>
      </w:r>
      <w:r>
        <w:br/>
      </w:r>
      <w:r>
        <w:rPr>
          <w:sz w:val="20"/>
        </w:rPr>
        <w:t>15:01  jo al-Baqarah ki ayat number 219 mein bataya gaya ke sharab aur jue ka jo faida tum batate ho to us se zyada is ke andar nuqsan hai.</w:t>
      </w:r>
      <w:r>
        <w:br/>
      </w:r>
      <w:r>
        <w:rPr>
          <w:sz w:val="20"/>
        </w:rPr>
        <w:t>15:14  aur jab nuqsan zyada hai to woh is qabil hai ke tum use chhor do, tum us ko haram samjho apne liye.</w:t>
      </w:r>
    </w:p>
    <w:p>
      <w:pPr>
        <w:pStyle w:val="Heading2"/>
      </w:pPr>
      <w:r>
        <w:t>Prophet's example and the only formula of salvation</w:t>
      </w:r>
    </w:p>
    <w:p>
      <w:r>
        <w:rPr>
          <w:color w:val="666666"/>
          <w:sz w:val="18"/>
        </w:rPr>
        <w:t>The Importance of Patience 8 May 2014 - Maulana Wahiduddin Khan · 5m 38s · at 18:33 · https://youtu.be/O6n3siZeKSI?t=1113</w:t>
      </w:r>
    </w:p>
    <w:p>
      <w:r>
        <w:rPr>
          <w:i/>
        </w:rPr>
        <w:t>“Yeh jo test hai, bohat hi sakht test hai”</w:t>
      </w:r>
    </w:p>
    <w:p>
      <w:r>
        <w:rPr>
          <w:sz w:val="20"/>
        </w:rPr>
        <w:t>18:33  Yeh jo test hai, bohat hi sakht test hai. Main aap ko aik misaal deta hoon ke kitna sakht test hai. Yeh prophet ke liye bhi test hai.</w:t>
      </w:r>
      <w:r>
        <w:br/>
      </w:r>
      <w:r>
        <w:rPr>
          <w:sz w:val="20"/>
        </w:rPr>
        <w:t>18:45  Dekhiye, aik jab rasool Allah sal Allah alayhi wasallam ne ghazwa-e-uhud mein shareek hue</w:t>
      </w:r>
      <w:r>
        <w:br/>
      </w:r>
      <w:r>
        <w:rPr>
          <w:sz w:val="20"/>
        </w:rPr>
        <w:t>18:52  to sab log jantay hain ke wahan par, yani bohat, yani shikast hui thi. To kisi ne zor se rasool Allah ko pathar mara, woh aa kar yahan laga aur daarh toot gaya.</w:t>
      </w:r>
      <w:r>
        <w:br/>
      </w:r>
      <w:r>
        <w:rPr>
          <w:sz w:val="20"/>
        </w:rPr>
        <w:t>19:05  Ab zara ghor kijiye ke</w:t>
      </w:r>
      <w:r>
        <w:br/>
      </w:r>
      <w:r>
        <w:rPr>
          <w:sz w:val="20"/>
        </w:rPr>
        <w:t>19:09  daarh tootna koi saada baat nahi hai. Daarh jab toot ta hai to bohat ziyada bleeding hoti hai. Bleeding aisa nahi hai ke daarh tootne ke baad ke nakhun ka toot gaya.</w:t>
      </w:r>
      <w:r>
        <w:br/>
      </w:r>
      <w:r>
        <w:rPr>
          <w:sz w:val="20"/>
        </w:rPr>
        <w:t>19:23  Daarh tootne ke maani hain ke bohat ziyada bleeding hona.</w:t>
      </w:r>
      <w:r>
        <w:br/>
      </w:r>
      <w:r>
        <w:rPr>
          <w:sz w:val="20"/>
        </w:rPr>
        <w:t>19:27  Jahan jahan bleeding hui aur aap, yani kamzori ki wajah se, wahan par gir paray. Yeh sab hua.</w:t>
      </w:r>
      <w:r>
        <w:br/>
      </w:r>
      <w:r>
        <w:rPr>
          <w:sz w:val="20"/>
        </w:rPr>
        <w:t>19:37  Us waqt aap ki zuban se nikal gaya ke aisi qaum kis tarah falaah payegi jo apne paighambar ko lohan karay.</w:t>
      </w:r>
      <w:r>
        <w:br/>
      </w:r>
      <w:r>
        <w:rPr>
          <w:sz w:val="20"/>
        </w:rPr>
        <w:t>19:51  Yeh kitaab mein likha hua hai, aap parh lijiye ke aisi qaum kaise falaah payegi jo apne paighambar ko pathar maar kar lohan karay.</w:t>
      </w:r>
      <w:r>
        <w:br/>
      </w:r>
      <w:r>
        <w:rPr>
          <w:sz w:val="20"/>
        </w:rPr>
        <w:t>20:01  To usi waqt Jibrael aaye</w:t>
      </w:r>
      <w:r>
        <w:br/>
      </w:r>
      <w:r>
        <w:rPr>
          <w:sz w:val="20"/>
        </w:rPr>
        <w:t>20:05  aur aik ayat utri jo Quran mein maujood hai ke aap ko aisa karne ka haq nahi hai. La yusalluka min shay, la yusalluka min shay is maamle mein bolne ka haq nahi hai aap ko kuch bhi.</w:t>
      </w:r>
      <w:r>
        <w:br/>
      </w:r>
      <w:r>
        <w:rPr>
          <w:sz w:val="20"/>
        </w:rPr>
        <w:t>20:21  Yeh Khuda ka faisla hai.</w:t>
      </w:r>
      <w:r>
        <w:br/>
      </w:r>
      <w:r>
        <w:rPr>
          <w:sz w:val="20"/>
        </w:rPr>
        <w:t>20:25  To usi waqt aap ne apni zuban badal di aur kaha: Rabb taqawmi fa innahum la yalamoon yani usi waqt aap ne zuban badal di.</w:t>
      </w:r>
      <w:r>
        <w:br/>
      </w:r>
      <w:r>
        <w:rPr>
          <w:sz w:val="20"/>
        </w:rPr>
        <w:t>20:37  Yeh sab baatein likhi hui kitabon mein aap parh sakte hain. Rabb taqawmi fa innahum la yalamoon aye mere Rab, meri qaum ko maaf farma kyunke woh jantay nahi.</w:t>
      </w:r>
      <w:r>
        <w:br/>
      </w:r>
      <w:r>
        <w:rPr>
          <w:sz w:val="20"/>
        </w:rPr>
        <w:t>20:51  Yani yeh aakhri aakhri test hai yeh ke itnay baray, itna bara, itna ziyada negative experience hota hai lekin haq aap ko haq nahi hai bad dua karne ka.</w:t>
      </w:r>
      <w:r>
        <w:br/>
      </w:r>
      <w:r>
        <w:rPr>
          <w:sz w:val="20"/>
        </w:rPr>
        <w:t>21:03  Aaj kal Musalman jo bad duaen karte hain, saaray duniya mein yeh to gunah ka kaam hai.</w:t>
      </w:r>
      <w:r>
        <w:br/>
      </w:r>
      <w:r>
        <w:rPr>
          <w:sz w:val="20"/>
        </w:rPr>
        <w:t>21:11  Yahan se le kar America tak masjidon mein bad duaen ho rahi hain. Yeh bilashuba gunah ka kaam hai. Yeh Musalman ke apne ulta paray ga un ke ooper. Koi is ka aap dekh lijiye, isi isi duniya mein aap dekh lijiye kya yeh yeh bad duaen qabool ho rahi hain.</w:t>
      </w:r>
      <w:r>
        <w:br/>
      </w:r>
      <w:r>
        <w:rPr>
          <w:sz w:val="20"/>
        </w:rPr>
        <w:t>21:26  un ki</w:t>
      </w:r>
      <w:r>
        <w:br/>
      </w:r>
      <w:r>
        <w:rPr>
          <w:sz w:val="20"/>
        </w:rPr>
        <w:t>21:27  musalman hi mare ja rahe hain aur woh faransh kar rahe hain. to rasool Allah ko is waqt bhi bad dua karne ki hayat nahi thi jab ke kisi ne pathar mar kar aap ko dant tod diye aur bleeding hui.</w:t>
      </w:r>
      <w:r>
        <w:br/>
      </w:r>
      <w:r>
        <w:rPr>
          <w:sz w:val="20"/>
        </w:rPr>
        <w:t>21:43  aur aap ko yeh kehna pada ke rab taqwi fahum la yalamoon yani aap ko sirf aik hi choice hai, woh dua karna.</w:t>
      </w:r>
      <w:r>
        <w:br/>
      </w:r>
      <w:r>
        <w:rPr>
          <w:sz w:val="20"/>
        </w:rPr>
        <w:t>21:52  bad dua ka choice hi nahi hai.</w:t>
      </w:r>
      <w:r>
        <w:br/>
      </w:r>
      <w:r>
        <w:rPr>
          <w:sz w:val="20"/>
        </w:rPr>
        <w:t>21:56  yeh jo masjidon mein bad duaen hoti hain, is ka choice hi nahi hai.</w:t>
      </w:r>
      <w:r>
        <w:br/>
      </w:r>
      <w:r>
        <w:rPr>
          <w:sz w:val="20"/>
        </w:rPr>
        <w:t>22:02  woh kuch bhi karen, aap sirf dua kar sakte hain. woh choice nahi hai aap ko. tab ja kar aisa hota hai ke aap ka tazkiya hota hai, aap ka personality development hota hai.</w:t>
      </w:r>
      <w:r>
        <w:br/>
      </w:r>
      <w:r>
        <w:rPr>
          <w:sz w:val="20"/>
        </w:rPr>
        <w:t>22:15  aap ke andar woh insan emerge karta hai jo insan jannat mein basaye jane ke qabil hai.</w:t>
      </w:r>
      <w:r>
        <w:br/>
      </w:r>
      <w:r>
        <w:rPr>
          <w:sz w:val="20"/>
        </w:rPr>
        <w:t>22:27  to main samajhta hoon ke har aadmi ko aik kaam zaroor karna chahiye. yani aik bar woh sare kaam chhod kar aitkaf kare aur Quran aik bar parhe.</w:t>
      </w:r>
      <w:r>
        <w:br/>
      </w:r>
      <w:r>
        <w:rPr>
          <w:sz w:val="20"/>
        </w:rPr>
        <w:t>22:40  aitkaf kar ke, yani sab kuch chhod kar ke,</w:t>
      </w:r>
      <w:r>
        <w:br/>
      </w:r>
      <w:r>
        <w:rPr>
          <w:sz w:val="20"/>
        </w:rPr>
        <w:t>22:44  family ko chhode, doston ko chhode, business ko chhode, job ko chhode. is waqt tak woh na nikle aitkaf jab tak woh Quran ko khatam na kar le.</w:t>
      </w:r>
      <w:r>
        <w:br/>
      </w:r>
      <w:r>
        <w:rPr>
          <w:sz w:val="20"/>
        </w:rPr>
        <w:t>22:54  aur niyat kya ho ke Quran se ke zariye mujhe yeh janna hai ke meri salvation, meri nijat kaise hogi.</w:t>
      </w:r>
      <w:r>
        <w:br/>
      </w:r>
      <w:r>
        <w:rPr>
          <w:sz w:val="20"/>
        </w:rPr>
        <w:t>23:05  yani what is the formula of salvation, yeh janne ki bas aur kuch nahi.</w:t>
      </w:r>
      <w:r>
        <w:br/>
      </w:r>
      <w:r>
        <w:rPr>
          <w:sz w:val="20"/>
        </w:rPr>
        <w:t>23:13  aur jis ne aisa nahi kiya hai to yaad rakhiye, qayamat mein is ko koi excuse kaam nahi aayega. koi agar kahe ke falane aalim ne aisa keh diya tha, falana jagah aisi to hamein taqreer suni thi,</w:t>
      </w:r>
      <w:r>
        <w:br/>
      </w:r>
      <w:r>
        <w:rPr>
          <w:sz w:val="20"/>
        </w:rPr>
        <w:t>23:28  koi bhi excuse hargiz kaam nahi aayega. Khuda poochega ke jab Quran maujood tha tumhare paas</w:t>
      </w:r>
      <w:r>
        <w:br/>
      </w:r>
      <w:r>
        <w:rPr>
          <w:sz w:val="20"/>
        </w:rPr>
        <w:t>23:35  to tum ne parha kyun nahi? arabi nahi jante the to translation kyun nahi parha?</w:t>
      </w:r>
      <w:r>
        <w:br/>
      </w:r>
      <w:r>
        <w:rPr>
          <w:sz w:val="20"/>
        </w:rPr>
        <w:t>23:47  no excuse whatsoever is acceptable to God almighty in this regard.</w:t>
      </w:r>
      <w:r>
        <w:br/>
      </w:r>
      <w:r>
        <w:rPr>
          <w:sz w:val="20"/>
        </w:rPr>
        <w:t>23:55  to har aadmi ko yeh kaam to karna hi karna hai ke kam az kam aik bar woh Quran ko parh kar yeh samajhne ki koshish kare ke meri salvation, meri falah ka formula Quran kya bata raha hai.</w:t>
      </w:r>
    </w:p>
    <w:p>
      <w:pPr>
        <w:pStyle w:val="Heading2"/>
      </w:pPr>
      <w:r>
        <w:t>Rebirth concept and personality</w:t>
      </w:r>
    </w:p>
    <w:p>
      <w:r>
        <w:rPr>
          <w:color w:val="666666"/>
          <w:sz w:val="18"/>
        </w:rPr>
        <w:t>Reason and Reality I August 20, 2006 Maulana Wahiduddin Khan · 4m 06s · at 1:44:23 · https://youtu.be/yRGfOhOukS8?t=6263</w:t>
      </w:r>
    </w:p>
    <w:p>
      <w:r>
        <w:rPr>
          <w:i/>
        </w:rPr>
        <w:t>“Islam ka belief hai ki personality body nahi hai.”</w:t>
      </w:r>
    </w:p>
    <w:p>
      <w:r>
        <w:rPr>
          <w:sz w:val="20"/>
        </w:rPr>
        <w:t>1:44:23  daikhen, islam ka jo belief hai, islam ki books mein jo bataya gaya hai, woh yeh hai ke</w:t>
      </w:r>
      <w:r>
        <w:br/>
      </w:r>
      <w:r>
        <w:rPr>
          <w:sz w:val="20"/>
        </w:rPr>
        <w:t>1:44:30  hum jo hai, yeh yeh body ka naam personality nahi hai.</w:t>
      </w:r>
      <w:r>
        <w:br/>
      </w:r>
      <w:r>
        <w:rPr>
          <w:sz w:val="20"/>
        </w:rPr>
        <w:t>1:44:36  yeh sab is liye paida hotay hain, sab qissay rebirth ke ke ab isi body ko personality</w:t>
      </w:r>
      <w:r>
        <w:br/>
      </w:r>
      <w:r>
        <w:rPr>
          <w:sz w:val="20"/>
        </w:rPr>
        <w:t>1:44:40  samajh letay hain.</w:t>
      </w:r>
      <w:r>
        <w:br/>
      </w:r>
      <w:r>
        <w:rPr>
          <w:sz w:val="20"/>
        </w:rPr>
        <w:t>1:44:42  yeh to vehicle hai,</w:t>
      </w:r>
      <w:r>
        <w:br/>
      </w:r>
      <w:r>
        <w:rPr>
          <w:sz w:val="20"/>
        </w:rPr>
        <w:t>1:44:44  asal personality abhi bhi wohi hai jo andar hai, abhi bhi aur merne ke baad bhi wohi rahe</w:t>
      </w:r>
      <w:r>
        <w:br/>
      </w:r>
      <w:r>
        <w:rPr>
          <w:sz w:val="20"/>
        </w:rPr>
        <w:t>1:44:49  gi. jo meri soul hai, andar ki, wohi to personality meri hai.</w:t>
      </w:r>
      <w:r>
        <w:br/>
      </w:r>
      <w:r>
        <w:rPr>
          <w:sz w:val="20"/>
        </w:rPr>
        <w:t>1:44:56  is personality ka vehicle hai yeh body aur rebirth to hamara daily hota rehta hai.</w:t>
      </w:r>
      <w:r>
        <w:br/>
      </w:r>
      <w:r>
        <w:rPr>
          <w:sz w:val="20"/>
        </w:rPr>
        <w:t>1:45:02  woh jo 82 lakh saal ki zaroorat hi nahi hai hamein, kyunke aap jantay hain ke living cells</w:t>
      </w:r>
      <w:r>
        <w:br/>
      </w:r>
      <w:r>
        <w:rPr>
          <w:sz w:val="20"/>
        </w:rPr>
        <w:t>1:45:06  jo hain, woh toot-te hain.</w:t>
      </w:r>
      <w:r>
        <w:br/>
      </w:r>
      <w:r>
        <w:rPr>
          <w:sz w:val="20"/>
        </w:rPr>
        <w:t>1:45:08  cells jo hamare body ke toot-te rehte hain, toot-te rehte hain, toot-te rehte hain.</w:t>
      </w:r>
      <w:r>
        <w:br/>
      </w:r>
      <w:r>
        <w:rPr>
          <w:sz w:val="20"/>
        </w:rPr>
        <w:t>1:45:13  to lag bhag har das saal ke baad mera poora body mar chuka hota hai aur phir phir</w:t>
      </w:r>
      <w:r>
        <w:br/>
      </w:r>
      <w:r>
        <w:rPr>
          <w:sz w:val="20"/>
        </w:rPr>
        <w:t>1:45:19  rebirth hota hai.</w:t>
      </w:r>
      <w:r>
        <w:br/>
      </w:r>
      <w:r>
        <w:rPr>
          <w:sz w:val="20"/>
        </w:rPr>
        <w:t>1:45:21  to body ka to body to khatam hoti rehti hai meri.</w:t>
      </w:r>
      <w:r>
        <w:br/>
      </w:r>
      <w:r>
        <w:rPr>
          <w:sz w:val="20"/>
        </w:rPr>
        <w:t>1:45:25  woh jo personality meri hai, woh aisi ki waisi intact rehti hai.</w:t>
      </w:r>
      <w:r>
        <w:br/>
      </w:r>
      <w:r>
        <w:rPr>
          <w:sz w:val="20"/>
        </w:rPr>
        <w:t>1:45:31  to sirf yeh hoga ke maut ke waqt body jo hai, apna vehicle badal legi.</w:t>
      </w:r>
      <w:r>
        <w:br/>
      </w:r>
      <w:r>
        <w:rPr>
          <w:sz w:val="20"/>
        </w:rPr>
        <w:t>1:45:36  is vehicle ko chhod kar ke ek aur vehicle badal legi.</w:t>
      </w:r>
      <w:r>
        <w:br/>
      </w:r>
      <w:r>
        <w:rPr>
          <w:sz w:val="20"/>
        </w:rPr>
        <w:t>1:45:40  jaise ke aap ek safar karte hain ke ek hawa jahaz se jatay hain, aap london tak, doosre</w:t>
      </w:r>
      <w:r>
        <w:br/>
      </w:r>
      <w:r>
        <w:rPr>
          <w:sz w:val="20"/>
        </w:rPr>
        <w:t>1:45:46  hawa jahaz se aap safar ko paris jatay hain, wahan ek vehicle chhod detay hain, doosra vehicle letay</w:t>
      </w:r>
      <w:r>
        <w:br/>
      </w:r>
      <w:r>
        <w:rPr>
          <w:sz w:val="20"/>
        </w:rPr>
        <w:t>1:45:50  hain. train mein aap ek vehicle se jatay hain, yahan se lucknow tak, lucknow se doosra vehicle letay</w:t>
      </w:r>
      <w:r>
        <w:br/>
      </w:r>
      <w:r>
        <w:rPr>
          <w:sz w:val="20"/>
        </w:rPr>
        <w:t>1:45:56  hain. to maut ke waqt mera jo personality hai, woh vehicle badalti hai sirf</w:t>
      </w:r>
      <w:r>
        <w:br/>
      </w:r>
      <w:r>
        <w:rPr>
          <w:sz w:val="20"/>
        </w:rPr>
        <w:t>1:46:04  aur doosre vehicle ko le leti hai.</w:t>
      </w:r>
      <w:r>
        <w:br/>
      </w:r>
      <w:r>
        <w:rPr>
          <w:sz w:val="20"/>
        </w:rPr>
        <w:t>1:46:06  is wajah se ek hi baat jeena hai, ek hi baat marna hai.</w:t>
      </w:r>
      <w:r>
        <w:br/>
      </w:r>
      <w:r>
        <w:rPr>
          <w:sz w:val="20"/>
        </w:rPr>
        <w:t>1:46:10  maut, maut jo hai, woh agli yani agli jo agla jo period hai life ka, us ka shuru</w:t>
      </w:r>
      <w:r>
        <w:br/>
      </w:r>
      <w:r>
        <w:rPr>
          <w:sz w:val="20"/>
        </w:rPr>
        <w:t>1:46:17  ho jana hai.</w:t>
      </w:r>
      <w:r>
        <w:br/>
      </w:r>
      <w:r>
        <w:rPr>
          <w:sz w:val="20"/>
        </w:rPr>
        <w:t>1:46:18  aur koi islam mein rebirth nahi hai, koi islam mein 80 lakh aur 82 lakh saal jeena</w:t>
      </w:r>
      <w:r>
        <w:br/>
      </w:r>
      <w:r>
        <w:rPr>
          <w:sz w:val="20"/>
        </w:rPr>
        <w:t>1:46:23  nahi hai. Aur woh khud hi khud is mazhabon mein bhi saabit nahi hai.</w:t>
      </w:r>
      <w:r>
        <w:br/>
      </w:r>
      <w:r>
        <w:rPr>
          <w:sz w:val="20"/>
        </w:rPr>
        <w:t>1:46:28  unki secret books mein dekhein, ek cheez hai, baat ko unhon ne banaya hai, jaise jaise ke</w:t>
      </w:r>
      <w:r>
        <w:br/>
      </w:r>
      <w:r>
        <w:rPr>
          <w:sz w:val="20"/>
        </w:rPr>
        <w:t>1:46:34  christianity mein trinity ko maante hain.</w:t>
      </w:r>
      <w:r>
        <w:br/>
      </w:r>
      <w:r>
        <w:rPr>
          <w:sz w:val="20"/>
        </w:rPr>
        <w:t>1:46:37  trinity hai hi nahi bible mein.</w:t>
      </w:r>
      <w:r>
        <w:br/>
      </w:r>
      <w:r>
        <w:rPr>
          <w:sz w:val="20"/>
        </w:rPr>
        <w:t>1:46:41  ek sahib mere paas aaye, ek ek american padri, american father.</w:t>
      </w:r>
      <w:r>
        <w:br/>
      </w:r>
      <w:r>
        <w:rPr>
          <w:sz w:val="20"/>
        </w:rPr>
        <w:t>1:46:46  maine unse kaha ke trinity kahan hai bible mein? Dikhaiye mujhe.</w:t>
      </w:r>
      <w:r>
        <w:br/>
      </w:r>
      <w:r>
        <w:rPr>
          <w:sz w:val="20"/>
        </w:rPr>
        <w:t>1:46:50  ek ghante tak ulte palte rahe aur nahi bata saka.</w:t>
      </w:r>
      <w:r>
        <w:br/>
      </w:r>
      <w:r>
        <w:rPr>
          <w:sz w:val="20"/>
        </w:rPr>
        <w:t>1:46:53  aur phir yeh keh kar chale gaye ke is par phir baat hogi.</w:t>
      </w:r>
      <w:r>
        <w:br/>
      </w:r>
      <w:r>
        <w:rPr>
          <w:sz w:val="20"/>
        </w:rPr>
        <w:t>1:46:59  quran mein aap kisi se poochein ke quran mein oneness of god kahan hai? Ek second mein khol</w:t>
      </w:r>
      <w:r>
        <w:br/>
      </w:r>
      <w:r>
        <w:rPr>
          <w:sz w:val="20"/>
        </w:rPr>
        <w:t>1:47:04  ke dikha dega, dekho qulhu allah ahad.</w:t>
      </w:r>
      <w:r>
        <w:br/>
      </w:r>
      <w:r>
        <w:rPr>
          <w:sz w:val="20"/>
        </w:rPr>
        <w:t>1:47:08  toh aaj har mazhab mein, yaani quran ke siwa jitne mazhab hain, har mazhab mein logon ne apni</w:t>
      </w:r>
      <w:r>
        <w:br/>
      </w:r>
      <w:r>
        <w:rPr>
          <w:sz w:val="20"/>
        </w:rPr>
        <w:t>1:47:16  taraf se aisi aisi bana rakhi hai jo khud unki book mein nahi hai.</w:t>
      </w:r>
      <w:r>
        <w:br/>
      </w:r>
      <w:r>
        <w:rPr>
          <w:sz w:val="20"/>
        </w:rPr>
        <w:t>1:47:21  toh yaad rakhiye, jo book hai, woh source hai.</w:t>
      </w:r>
      <w:r>
        <w:br/>
      </w:r>
      <w:r>
        <w:rPr>
          <w:sz w:val="20"/>
        </w:rPr>
        <w:t>1:47:24  logon ki apni jo inventions hain, woh source nahi hain.</w:t>
      </w:r>
      <w:r>
        <w:br/>
      </w:r>
      <w:r>
        <w:rPr>
          <w:sz w:val="20"/>
        </w:rPr>
        <w:t>1:47:28  islam mein bhi jo logon ne invent kar rakha hai, ek naya mazhab, koi naat khwani kar raha</w:t>
      </w:r>
      <w:r>
        <w:br/>
      </w:r>
      <w:r>
        <w:rPr>
          <w:sz w:val="20"/>
        </w:rPr>
        <w:t>1:47:33  hai, koi dargahon mein ja raha hai, koi milad un nabi jaisa nikal raha hai, koi shaban mein miraj</w:t>
      </w:r>
      <w:r>
        <w:br/>
      </w:r>
      <w:r>
        <w:rPr>
          <w:sz w:val="20"/>
        </w:rPr>
        <w:t>1:47:41  ka dhoom macha raha hai, yeh sab logon ki apni invention hai, innovation hai.</w:t>
      </w:r>
      <w:r>
        <w:br/>
      </w:r>
      <w:r>
        <w:rPr>
          <w:sz w:val="20"/>
        </w:rPr>
        <w:t>1:47:46  innovation toh innovation jo hai, woh mazhab nahi hai.</w:t>
      </w:r>
      <w:r>
        <w:br/>
      </w:r>
      <w:r>
        <w:rPr>
          <w:sz w:val="20"/>
        </w:rPr>
        <w:t>1:47:50  mazhab woh hai jo hamari books mein hai, chahe islam ho, chahe doosre mazhab hon.</w:t>
      </w:r>
      <w:r>
        <w:br/>
      </w:r>
      <w:r>
        <w:rPr>
          <w:sz w:val="20"/>
        </w:rPr>
        <w:t>1:47:57  is wajah se hum jo samajhte hain, woh yeh hai ke</w:t>
      </w:r>
      <w:r>
        <w:br/>
      </w:r>
      <w:r>
        <w:rPr>
          <w:sz w:val="20"/>
        </w:rPr>
        <w:t>1:48:01  ek hi janam hai, wohi doosra janam nahi, balkeh vehicle badalna hai.</w:t>
      </w:r>
      <w:r>
        <w:br/>
      </w:r>
      <w:r>
        <w:rPr>
          <w:sz w:val="20"/>
        </w:rPr>
        <w:t>1:48:07  maut ke baad jo aadmi doosra jo rahega, woh isne sirf vehicle badal liya hoga.</w:t>
      </w:r>
      <w:r>
        <w:br/>
      </w:r>
      <w:r>
        <w:rPr>
          <w:sz w:val="20"/>
        </w:rPr>
        <w:t>1:48:15  yahi yahi personality jo aaj hai, wahi personality wahan bhi rahegi.</w:t>
      </w:r>
      <w:r>
        <w:br/>
      </w:r>
      <w:r>
        <w:rPr>
          <w:sz w:val="20"/>
        </w:rPr>
        <w:t>1:48:19  yeh hamara manna hai.</w:t>
      </w:r>
      <w:r>
        <w:br/>
      </w:r>
      <w:r>
        <w:rPr>
          <w:sz w:val="20"/>
        </w:rPr>
        <w:t>1:48:22  we end the session here.</w:t>
      </w:r>
      <w:r>
        <w:br/>
      </w:r>
      <w:r>
        <w:rPr>
          <w:sz w:val="20"/>
        </w:rPr>
        <w:t>1:48:24  You can take the volunteer forms from me and we will immediately have the prayer session now.</w:t>
      </w:r>
      <w:r>
        <w:br/>
      </w:r>
      <w:r>
        <w:rPr>
          <w:sz w:val="20"/>
        </w:rPr>
        <w:t>1:48:29  Thank you.</w:t>
      </w:r>
    </w:p>
    <w:p>
      <w:pPr>
        <w:pStyle w:val="Heading2"/>
      </w:pPr>
      <w:r>
        <w:t>Following one imam ends all rivalry and fighting</w:t>
      </w:r>
    </w:p>
    <w:p>
      <w:r>
        <w:rPr>
          <w:color w:val="666666"/>
          <w:sz w:val="18"/>
        </w:rPr>
        <w:t>Islam in Daily Life December 26, 2010 · 3m 13s · at 31:46 · https://youtu.be/H0VYpUX3q3Q?t=1906</w:t>
      </w:r>
    </w:p>
    <w:p>
      <w:r>
        <w:rPr>
          <w:i/>
        </w:rPr>
        <w:t>“Jab namaz padhte hain jamaat mein, ek imam khada hai”</w:t>
      </w:r>
    </w:p>
    <w:p>
      <w:r>
        <w:rPr>
          <w:sz w:val="20"/>
        </w:rPr>
        <w:t>31:46  phir jab namaz padhte hain aap jamaat mein , ek imam khada hai aage . aur peeche saare log , sab baandh liya hai logon ne . iska matlab kya hua ?</w:t>
      </w:r>
      <w:r>
        <w:br/>
      </w:r>
      <w:r>
        <w:rPr>
          <w:sz w:val="20"/>
        </w:rPr>
        <w:t>31:57  ek ko aage karke sab back seat pe chale jao . kaisi ajeeb baat hai .</w:t>
      </w:r>
      <w:r>
        <w:br/>
      </w:r>
      <w:r>
        <w:rPr>
          <w:sz w:val="20"/>
        </w:rPr>
        <w:t>32:05  ek ko aage karke sab back seat pe chale jao . yeh spirit paida ho , jhagda saara khatm . jhagde hote hain kis liye ?</w:t>
      </w:r>
      <w:r>
        <w:br/>
      </w:r>
      <w:r>
        <w:rPr>
          <w:sz w:val="20"/>
        </w:rPr>
        <w:t>32:13  koi sadr banna chahta hai , koi secretary banna chahta hai , koi chairman banna chahta hai . yeh toh jhagde hote hain . is par aap raazi ho jayen ke ek sadr hai , baqi sab uske follower hain .</w:t>
      </w:r>
      <w:r>
        <w:br/>
      </w:r>
      <w:r>
        <w:rPr>
          <w:sz w:val="20"/>
        </w:rPr>
        <w:t>32:36  jab Japan par ek baar mein ek research ki kitab likhi hai , "the Japanese society"</w:t>
      </w:r>
      <w:r>
        <w:br/>
      </w:r>
      <w:r>
        <w:rPr>
          <w:sz w:val="20"/>
        </w:rPr>
        <w:t>32:42  . ismein likha hai ke japaniyon ki mizaj kya hota hai . ek lafz mein isne bataya . "I am under someone" . main kisi ke mahtahat hoon .</w:t>
      </w:r>
      <w:r>
        <w:br/>
      </w:r>
      <w:r>
        <w:rPr>
          <w:sz w:val="20"/>
        </w:rPr>
        <w:t>32:55  yeh mizaj hai japaniyon ka .</w:t>
      </w:r>
      <w:r>
        <w:br/>
      </w:r>
      <w:r>
        <w:rPr>
          <w:sz w:val="20"/>
        </w:rPr>
        <w:t>33:00  toh woh mizaj jo hai fitrat ka mizaj hai . woh islam bhi chahta hai . toh islam kya chahta hai ?</w:t>
      </w:r>
      <w:r>
        <w:br/>
      </w:r>
      <w:r>
        <w:rPr>
          <w:sz w:val="20"/>
        </w:rPr>
        <w:t>33:08  namaz padhi aap ne , ek imam aage khada tha , peeche aap usko follow karte rahe . iska matlab kya hua ? toh "I am under my imam" . yeh matlab woh hua .</w:t>
      </w:r>
      <w:r>
        <w:br/>
      </w:r>
      <w:r>
        <w:rPr>
          <w:sz w:val="20"/>
        </w:rPr>
        <w:t>33:23  "I am under my imam" . kaisi ajeeb baat hai .</w:t>
      </w:r>
      <w:r>
        <w:br/>
      </w:r>
      <w:r>
        <w:rPr>
          <w:sz w:val="20"/>
        </w:rPr>
        <w:t>33:30  agar logon ke andar yeh spirit aa jaye ke ek shakhs jisko imam bana diya gaya toh bas theek hai , hum uske peeche chalna hai humko . toh saara jhagda khatm , nafratein khatm , violence khatm .</w:t>
      </w:r>
      <w:r>
        <w:br/>
      </w:r>
      <w:r>
        <w:rPr>
          <w:sz w:val="20"/>
        </w:rPr>
        <w:t>33:50  badnazmi khatm . indiscipline khatm .</w:t>
      </w:r>
      <w:r>
        <w:br/>
      </w:r>
      <w:r>
        <w:rPr>
          <w:sz w:val="20"/>
        </w:rPr>
        <w:t>33:57  yeh hai woh namaz jiske upar kaha gaya ke "man salla al-barada dakhala al-jannah".</w:t>
      </w:r>
      <w:r>
        <w:br/>
      </w:r>
      <w:r>
        <w:rPr>
          <w:sz w:val="20"/>
        </w:rPr>
        <w:t>34:08  jisne subah ki namaz aur sham ki namaz padh li uske is spirit ke sath to uske andar aisi personality banegi jiske liye jannat hi jannat hai.</w:t>
      </w:r>
      <w:r>
        <w:br/>
      </w:r>
      <w:r>
        <w:rPr>
          <w:sz w:val="20"/>
        </w:rPr>
        <w:t>34:23  yani jannat ke liye woh deserving candidate ban gaya.</w:t>
      </w:r>
      <w:r>
        <w:br/>
      </w:r>
      <w:r>
        <w:rPr>
          <w:sz w:val="20"/>
        </w:rPr>
        <w:t>34:27  iska matlab yeh hoga ke jisne is spirit ke sath yeh namazein padh li to goya ke woh jannat ke liye ek deserving candidate ban gaya.</w:t>
      </w:r>
      <w:r>
        <w:br/>
      </w:r>
      <w:r>
        <w:rPr>
          <w:sz w:val="20"/>
        </w:rPr>
        <w:t>34:43  to maut ke baad farishte aayenge aur usko khushkhabri denge. khushkhabri denge. ke aao aaj tumhare liye jannat ke darwaze khol diye gaye hain.</w:t>
      </w:r>
    </w:p>
    <w:p>
      <w:pPr>
        <w:pStyle w:val="Heading2"/>
      </w:pPr>
      <w:r>
        <w:t>False accusations, the Day of Judgment, and losing the fear of God</w:t>
      </w:r>
    </w:p>
    <w:p>
      <w:r>
        <w:rPr>
          <w:color w:val="666666"/>
          <w:sz w:val="18"/>
        </w:rPr>
        <w:t>The Spirit of Islam June 10, 2012 · 4m 53s · at 37:27 · https://youtu.be/WqEq_ba1T0M?t=2247</w:t>
      </w:r>
    </w:p>
    <w:p>
      <w:r>
        <w:rPr>
          <w:i/>
        </w:rPr>
        <w:t>“Aaj ek sahab ka telephone aaya mere paas, Dilli ke bahar se”</w:t>
      </w:r>
    </w:p>
    <w:p>
      <w:r>
        <w:rPr>
          <w:sz w:val="20"/>
        </w:rPr>
        <w:t>37:27  ab ab aaj ek aaj ka ek tajurba main arz karta hoon .</w:t>
      </w:r>
      <w:r>
        <w:br/>
      </w:r>
      <w:r>
        <w:rPr>
          <w:sz w:val="20"/>
        </w:rPr>
        <w:t>37:31  aaj ek sahib ka telephone aaya mere paas, Dilli ke bahar se .</w:t>
      </w:r>
      <w:r>
        <w:br/>
      </w:r>
      <w:r>
        <w:rPr>
          <w:sz w:val="20"/>
        </w:rPr>
        <w:t>37:40  to unhone kaha ke balkeh India ke bahar se tha woh telephone . unhone kaha ke hamare yahan ek sahib hain jo risala bohat padhte the aur bohat unki tareefein karte the pehle ,</w:t>
      </w:r>
      <w:r>
        <w:br/>
      </w:r>
      <w:r>
        <w:rPr>
          <w:sz w:val="20"/>
        </w:rPr>
        <w:t>37:54  ab woh mukhalif ban gaye hain . ab woh mukhalif ban gaye hain .</w:t>
      </w:r>
      <w:r>
        <w:br/>
      </w:r>
      <w:r>
        <w:rPr>
          <w:sz w:val="20"/>
        </w:rPr>
        <w:t>38:00  to main ne poocha ke kyun mukhalif ho gaye? to unhone kaha ke is liye mukhalif ho gaye ke koi sahib ne unko bataya ke risale wale hamare aaye the .</w:t>
      </w:r>
      <w:r>
        <w:br/>
      </w:r>
      <w:r>
        <w:rPr>
          <w:sz w:val="20"/>
        </w:rPr>
        <w:t>38:12  main unke yahan gaya tha, unke shehar mein kisi program mein . to unhone kaha ke unko to main ne dekha ke woh wuzu kiya, unhone aur paaon dhoye nahin .</w:t>
      </w:r>
      <w:r>
        <w:br/>
      </w:r>
      <w:r>
        <w:rPr>
          <w:sz w:val="20"/>
        </w:rPr>
        <w:t>38:21  baghair paaon dhoye masjid chale gaye aur namaz padh liya .</w:t>
      </w:r>
      <w:r>
        <w:br/>
      </w:r>
      <w:r>
        <w:rPr>
          <w:sz w:val="20"/>
        </w:rPr>
        <w:t>38:26  ab dekhein, choti baat hai ke zuban aasman kahe ke yeh jhoot hai, lekin woh maan liya is ko . unhone ek insan ke kehne se kaise maan liya? unhone kaha main ne aisa kiya .</w:t>
      </w:r>
      <w:r>
        <w:br/>
      </w:r>
      <w:r>
        <w:rPr>
          <w:sz w:val="20"/>
        </w:rPr>
        <w:t>38:37  yeh daur hai telephone ka, yeh daur hai communication ka . unhone na to mere paas khat likha, na mujhe telephone kiya .</w:t>
      </w:r>
      <w:r>
        <w:br/>
      </w:r>
      <w:r>
        <w:rPr>
          <w:sz w:val="20"/>
        </w:rPr>
        <w:t>38:46  mujhe telephone karke poochte hain ke bhai, hum ne suna hai ke aap falan jagah gaye aur aap ne wuzu kiya to paaon dhoye nahin . ab paaon dhoye baghair aap masjid mein ja ke namaz padhne lage .</w:t>
      </w:r>
      <w:r>
        <w:br/>
      </w:r>
      <w:r>
        <w:rPr>
          <w:sz w:val="20"/>
        </w:rPr>
        <w:t>38:57  to mujh se kyun nahin poocha unhone ke kyun Allah ka khauf nahin hai?</w:t>
      </w:r>
      <w:r>
        <w:br/>
      </w:r>
      <w:r>
        <w:rPr>
          <w:sz w:val="20"/>
        </w:rPr>
        <w:t>39:03  dekhein, ek hadith hai, bohat hi darane wali . koi shakhs jab kisi par jhoota ilzaam lagaye aur woh aadmi waisa na ho to woh ilzaam usi ke toloot aaye ga .</w:t>
      </w:r>
      <w:r>
        <w:br/>
      </w:r>
      <w:r>
        <w:rPr>
          <w:sz w:val="20"/>
        </w:rPr>
        <w:t>39:19  hadith ke alfaaz yeh hain: jo aadmi kisi ko fasiq kahe, munafiq kahe, kafir kahe aur woh waisa na ho to uska kaha hua usi ki taraf loot aaye ga . yaani woh khud kafir ban jaye ga, khud munafiq ban jaye ga, khud fasiq ban jaye ga .</w:t>
      </w:r>
      <w:r>
        <w:br/>
      </w:r>
      <w:r>
        <w:rPr>
          <w:sz w:val="20"/>
        </w:rPr>
        <w:t>39:38  yeh boomerang mamla hai . ab ghore karein, koi aadmi agar Allah ki pakad se darta ho, us ke yaqeen ho ke ek zinda zinda Khuda maujood</w:t>
      </w:r>
      <w:r>
        <w:br/>
      </w:r>
      <w:r>
        <w:rPr>
          <w:sz w:val="20"/>
        </w:rPr>
        <w:t>39:48  hai, Al-Hayyul-Qayyum, ek zinda Khuda maujood hai jo saare insanon ko hajj ke maidan mein ikhatta kare ga .</w:t>
      </w:r>
      <w:r>
        <w:br/>
      </w:r>
      <w:r>
        <w:rPr>
          <w:sz w:val="20"/>
        </w:rPr>
        <w:t>39:58  aur sab se hadith mein aata hai ke sab se us ki baat hogi Allah se . ab beech mein koi tarjuman nahin hoga . kaisi ajeeb hadith hai ke waqt aane wala hai jab ke har insan se Khuda ki baat cheet ho gaya aur beech mein koi tarjuman nahin hoga .</w:t>
      </w:r>
      <w:r>
        <w:br/>
      </w:r>
      <w:r>
        <w:rPr>
          <w:sz w:val="20"/>
        </w:rPr>
        <w:t>40:16  us waqt Allah pooche ga ke tum se kisi ne agar aisa kaha, tum ne kyun nahin maan liya? tum ne kyun nahin telephone karke poocha us aadmi se ?</w:t>
      </w:r>
      <w:r>
        <w:br/>
      </w:r>
      <w:r>
        <w:rPr>
          <w:sz w:val="20"/>
        </w:rPr>
        <w:t>40:26  telephone karke kyun nahin poocha? to ab is aadmi kya jawab de ga? to straight straight na hone ka matlab kya hai</w:t>
      </w:r>
      <w:r>
        <w:br/>
      </w:r>
      <w:r>
        <w:rPr>
          <w:sz w:val="20"/>
        </w:rPr>
        <w:t>40:36  ? Khuda ka khauf na hona, Khuda ki mohabbat na hona, Khuda ka taqwa na hona, mawakhza ka ehsaas na hona .</w:t>
      </w:r>
      <w:r>
        <w:br/>
      </w:r>
      <w:r>
        <w:rPr>
          <w:sz w:val="20"/>
        </w:rPr>
        <w:t>40:44  hajj ke maidan mein khade honge hum Allah ke samne . yeh is is zehan mein woh gum ho jana . yeh baat straight na hone ka yeh matlab hai .</w:t>
      </w:r>
      <w:r>
        <w:br/>
      </w:r>
      <w:r>
        <w:rPr>
          <w:sz w:val="20"/>
        </w:rPr>
        <w:t>40:57  mere khilaf itna zyada log propaganda karte hain ke shayad tareekh mein kisi ke khilaf itna propaganda nahin kiya gaya jitna mere khilaf ho raha ho .</w:t>
      </w:r>
      <w:r>
        <w:br/>
      </w:r>
      <w:r>
        <w:rPr>
          <w:sz w:val="20"/>
        </w:rPr>
        <w:t>41:09  lekin ek bhi is mein se misaal aisi nahin hai jo jo sachi baat, jhooti baat karte the . log jhoota propaganda .</w:t>
      </w:r>
      <w:r>
        <w:br/>
      </w:r>
      <w:r>
        <w:rPr>
          <w:sz w:val="20"/>
        </w:rPr>
        <w:t>41:20  aik sahib aaye mujh se milne ke liye jahan mein rehta hoon, C2 9 mein.</w:t>
      </w:r>
      <w:r>
        <w:br/>
      </w:r>
      <w:r>
        <w:rPr>
          <w:sz w:val="20"/>
        </w:rPr>
        <w:t>41:25  to aaye, darwaze pe khare hue hain. Main akela tha us waqt. Maine kaha andar aaiye. To woh khare khare dekh rahe hain. Bas kaafi der ke baad woh andar aaye.</w:t>
      </w:r>
      <w:r>
        <w:br/>
      </w:r>
      <w:r>
        <w:rPr>
          <w:sz w:val="20"/>
        </w:rPr>
        <w:t>41:37  to Maine kaha bhai kya maamla hai? Unhone kaha humne suna tha ke aap ek kothi banate hain jo fully air conditioned hai aur is mein yeh sofa se laga hua aur is mein yeh shahana sab cheezein hain.</w:t>
      </w:r>
      <w:r>
        <w:br/>
      </w:r>
      <w:r>
        <w:rPr>
          <w:sz w:val="20"/>
        </w:rPr>
        <w:t>41:49  yeh toh yahan toh kuch bhi nahin hai. Toh bilkul saada, ek bilkul saada ghar banate hain aap yahan par.</w:t>
      </w:r>
      <w:r>
        <w:br/>
      </w:r>
      <w:r>
        <w:rPr>
          <w:sz w:val="20"/>
        </w:rPr>
        <w:t>41:55  is tarah ki beshumar jhooti baatein mere khayal mein phaila rakhi hain. Ek bhi sachi baat nahin. Iska matlab kya hai?</w:t>
      </w:r>
      <w:r>
        <w:br/>
      </w:r>
      <w:r>
        <w:rPr>
          <w:sz w:val="20"/>
        </w:rPr>
        <w:t>42:06  logon ke dilon se Allah ka darr nikal gaya hai, mawakhiza ka khauf nikal gaya hai. Inko yeh yaad nahin raha ke haj ke maidan mein khare honge hum aur Allah poochega ke tum ne kyun aisi aisi jhooti baatein phailai?</w:t>
      </w:r>
    </w:p>
    <w:p>
      <w:pPr>
        <w:pStyle w:val="Heading2"/>
      </w:pPr>
      <w:r>
        <w:t>Hyderabad Hindu-Muslim dialogue reframes Islam positively</w:t>
      </w:r>
    </w:p>
    <w:p>
      <w:r>
        <w:rPr>
          <w:color w:val="666666"/>
          <w:sz w:val="18"/>
        </w:rPr>
        <w:t>Islam in Daily Life December 26, 2010 · 4m 27s · at 0:38 · https://youtu.be/H0VYpUX3q3Q?t=38</w:t>
      </w:r>
    </w:p>
    <w:p>
      <w:r>
        <w:rPr>
          <w:i/>
        </w:rPr>
        <w:t>“Aaj ka topic hai: Islam in Daily Life”</w:t>
      </w:r>
    </w:p>
    <w:p>
      <w:r>
        <w:rPr>
          <w:sz w:val="20"/>
        </w:rPr>
        <w:t>0:38  aaj ka topic hai: islam in daily life.</w:t>
      </w:r>
      <w:r>
        <w:br/>
      </w:r>
      <w:r>
        <w:rPr>
          <w:sz w:val="20"/>
        </w:rPr>
        <w:t>0:46  islam roz marra ki zindagi mein, yani subah aur shaam, raat aur din, hum islam ke sath kis tarah rahein?</w:t>
      </w:r>
      <w:r>
        <w:br/>
      </w:r>
      <w:r>
        <w:rPr>
          <w:sz w:val="20"/>
        </w:rPr>
        <w:t>1:08  ghar pe hoon ya safar mein hoon, islam ko kis tarah follow karein,</w:t>
      </w:r>
      <w:r>
        <w:br/>
      </w:r>
      <w:r>
        <w:rPr>
          <w:sz w:val="20"/>
        </w:rPr>
        <w:t>1:16  iske bare mein is waqt mein kuch kehna chahta hoon.</w:t>
      </w:r>
      <w:r>
        <w:br/>
      </w:r>
      <w:r>
        <w:rPr>
          <w:sz w:val="20"/>
        </w:rPr>
        <w:t>1:22  iska main aaghaz karunga apne do tajurbe se.</w:t>
      </w:r>
      <w:r>
        <w:br/>
      </w:r>
      <w:r>
        <w:rPr>
          <w:sz w:val="20"/>
        </w:rPr>
        <w:t>1:30  ek bar, kai saal pehle ki baat hai,</w:t>
      </w:r>
      <w:r>
        <w:br/>
      </w:r>
      <w:r>
        <w:rPr>
          <w:sz w:val="20"/>
        </w:rPr>
        <w:t>1:36  hyderabad mein ek</w:t>
      </w:r>
      <w:r>
        <w:br/>
      </w:r>
      <w:r>
        <w:rPr>
          <w:sz w:val="20"/>
        </w:rPr>
        <w:t>1:42  hindu muslim dialogue khagaya.</w:t>
      </w:r>
      <w:r>
        <w:br/>
      </w:r>
      <w:r>
        <w:rPr>
          <w:sz w:val="20"/>
        </w:rPr>
        <w:t>1:46  hindu ki numaindagi kar rahe the mr arun shori, jo baad ko minister bane. islam ki numaindagi mein kar raha tha.</w:t>
      </w:r>
      <w:r>
        <w:br/>
      </w:r>
      <w:r>
        <w:rPr>
          <w:sz w:val="20"/>
        </w:rPr>
        <w:t>2:01  to iska jo topic khagaya tha, woh tha: "Living with Islam in India ".</w:t>
      </w:r>
      <w:r>
        <w:br/>
      </w:r>
      <w:r>
        <w:rPr>
          <w:sz w:val="20"/>
        </w:rPr>
        <w:t>2:14  "Living with Islam in India ".</w:t>
      </w:r>
      <w:r>
        <w:br/>
      </w:r>
      <w:r>
        <w:rPr>
          <w:sz w:val="20"/>
        </w:rPr>
        <w:t>2:20  to arun shori sahib ne jo baatein kahi, woh aisi thi jaise ke "Living with problem Islam in India".</w:t>
      </w:r>
      <w:r>
        <w:br/>
      </w:r>
      <w:r>
        <w:rPr>
          <w:sz w:val="20"/>
        </w:rPr>
        <w:t>2:32  yani ek aisa mazhab jo problem hai, uske sath kaise india mein rahein?</w:t>
      </w:r>
      <w:r>
        <w:br/>
      </w:r>
      <w:r>
        <w:rPr>
          <w:sz w:val="20"/>
        </w:rPr>
        <w:t>2:42  to maine kaha ke dekhein, yeh jo hai, musalmanon ke kuch baaton ko lekar yeh mujhe bani hai ke islam ek problem religion hai.</w:t>
      </w:r>
      <w:r>
        <w:br/>
      </w:r>
      <w:r>
        <w:rPr>
          <w:sz w:val="20"/>
        </w:rPr>
        <w:t>2:54  theek hai? ek musalmanon ko alag kar ke dekhein aap, to islam jo hai, woh no problem religion hai.</w:t>
      </w:r>
      <w:r>
        <w:br/>
      </w:r>
      <w:r>
        <w:rPr>
          <w:sz w:val="20"/>
        </w:rPr>
        <w:t>3:05  yani ulta hai. so we have to differentiate between islam and muslims.</w:t>
      </w:r>
      <w:r>
        <w:br/>
      </w:r>
      <w:r>
        <w:rPr>
          <w:sz w:val="20"/>
        </w:rPr>
        <w:t>3:12  yuhaiyutojjmusilmaz and the light of Islam teachings, and not to us or sa.</w:t>
      </w:r>
      <w:r>
        <w:br/>
      </w:r>
      <w:r>
        <w:rPr>
          <w:sz w:val="20"/>
        </w:rPr>
        <w:t>3:20  tumainnebtaya keh "Living with Islam inIndia" ek negitiv tonmeinheyeh topic.</w:t>
      </w:r>
      <w:r>
        <w:br/>
      </w:r>
      <w:r>
        <w:rPr>
          <w:sz w:val="20"/>
        </w:rPr>
        <w:t>3:29  lekin sahihbatiyeh hai keh islam ke saat rehna</w:t>
      </w:r>
      <w:r>
        <w:br/>
      </w:r>
      <w:r>
        <w:rPr>
          <w:sz w:val="20"/>
        </w:rPr>
        <w:t>3:37  ,peace ke saat rehna hai, tolerance ke saat rehna hai, compassion ke saat rehna hai.</w:t>
      </w:r>
      <w:r>
        <w:br/>
      </w:r>
      <w:r>
        <w:rPr>
          <w:sz w:val="20"/>
        </w:rPr>
        <w:t>3:45  tumainneapni baat ka, abislam kesprt ko lete huwe, mainnebaat shuru ki tumainnekeh keh dekhen, yeh koi debatenahi hai.</w:t>
      </w:r>
      <w:r>
        <w:br/>
      </w:r>
      <w:r>
        <w:rPr>
          <w:sz w:val="20"/>
        </w:rPr>
        <w:t>3:59  yeh piyar ka, piyar ke saat exchange hai. mainnekeh keh mister aron shure ke paas bhi piyar ki baaten hongi to woh kahein.</w:t>
      </w:r>
      <w:r>
        <w:br/>
      </w:r>
      <w:r>
        <w:rPr>
          <w:sz w:val="20"/>
        </w:rPr>
        <w:t>4:08  main islam ko lekar piyar ki baaten kahunga. to yeh piyar ke saat, yani zindagi jo hai poori, woh piyar ke saat rehne ka name hai.</w:t>
      </w:r>
      <w:r>
        <w:br/>
      </w:r>
      <w:r>
        <w:rPr>
          <w:sz w:val="20"/>
        </w:rPr>
        <w:t>4:20  yeh i slam hai.</w:t>
      </w:r>
      <w:r>
        <w:br/>
      </w:r>
      <w:r>
        <w:rPr>
          <w:sz w:val="20"/>
        </w:rPr>
        <w:t>4:26  toloogon ko bahut taajjub hua.</w:t>
      </w:r>
      <w:r>
        <w:br/>
      </w:r>
      <w:r>
        <w:rPr>
          <w:sz w:val="20"/>
        </w:rPr>
        <w:t>4:29  woh hindu logon ne warnizekya tha isko. unhon ne aur bhi kuch program rakhe. yani is ek program ke ilawa bhi unhon ne kuch program rakhe.</w:t>
      </w:r>
      <w:r>
        <w:br/>
      </w:r>
      <w:r>
        <w:rPr>
          <w:sz w:val="20"/>
        </w:rPr>
        <w:t>4:40  kyunkeh islam ki yeh image jo hai, woh dil ko choti hai. woh nature ko address karti hai. islam ke kaj o asal tasveer hai, woh insaan ke mind ko appeal karta hai.</w:t>
      </w:r>
      <w:r>
        <w:br/>
      </w:r>
      <w:r>
        <w:rPr>
          <w:sz w:val="20"/>
        </w:rPr>
        <w:t>4:58  to woh log bahut khush hue.</w:t>
      </w:r>
    </w:p>
    <w:p>
      <w:pPr>
        <w:pStyle w:val="Heading2"/>
      </w:pPr>
      <w:r>
        <w:t>Dreams prove God and warn of rejection</w:t>
      </w:r>
    </w:p>
    <w:p>
      <w:r>
        <w:rPr>
          <w:color w:val="666666"/>
          <w:sz w:val="18"/>
        </w:rPr>
        <w:t>Good Tidings and Warnings for Dayees | June 2, 2006 | Maulana Wahiduddin Khan · 5m 41s · at 8:56 · https://youtu.be/Cnoe4ckWtrg?t=536</w:t>
      </w:r>
    </w:p>
    <w:p>
      <w:r>
        <w:rPr>
          <w:i/>
        </w:rPr>
        <w:t>“Yeh dream jo aapne sune, do sahibaan ke, jo humari team ke member hain”</w:t>
      </w:r>
    </w:p>
    <w:p>
      <w:r>
        <w:rPr>
          <w:sz w:val="20"/>
        </w:rPr>
        <w:t>8:56  yeh dream jo aap ne sune, do sahibaan ke, jo hamari team ke member hain, mujhe aisa lagta hai ke yeh sab dream ek doosre se jure hue hain. Aur bohat zyada lesson hai is mein hamare liye. Dekhiye, woh</w:t>
      </w:r>
      <w:r>
        <w:br/>
      </w:r>
      <w:r>
        <w:rPr>
          <w:sz w:val="20"/>
        </w:rPr>
        <w:t>9:26  dream jis mein ke Rachna ki bachi apni bachi ke liye Rachna dream mein dekhti hain ke woh gir padi hai aur khoon se tarabtar hai, yeh dream dekhti hain, aur us ke teen din ke baad theek wahi ho jata hai, waisi hi ka waisi hi.</w:t>
      </w:r>
      <w:r>
        <w:br/>
      </w:r>
      <w:r>
        <w:rPr>
          <w:sz w:val="20"/>
        </w:rPr>
        <w:t>9:57  Dekhiye, yeh dream jo hai is baat ka clear proof hai ke hamare upar ek aur force hai, ek aur hasti hai, yani Khuda, jo aage tak ko dekhta hai. Aap sochiye ke teen din pehle, teen din ke baad jo baat</w:t>
      </w:r>
      <w:r>
        <w:br/>
      </w:r>
      <w:r>
        <w:rPr>
          <w:sz w:val="20"/>
        </w:rPr>
        <w:t>10:28  waqea banne wali hai, us ko teen din pehle theek isi tarah dream mein dekhna, to kis ne dikhaya? Yeh dikhaya Khuda ne. Khuda ne yeh dream dikha kar bataya ke yahan tumhare siwa bhi ek superpower hai, tumhare upar bhi ek bari taqat hai jo mazi, jo past, jo present, jo future sab ko janti</w:t>
      </w:r>
      <w:r>
        <w:br/>
      </w:r>
      <w:r>
        <w:rPr>
          <w:sz w:val="20"/>
        </w:rPr>
        <w:t>10:58  hai. Haalat sab ke sab, sari universe us ke control mein hai. To ek superior hasti ka hamare upar hona, jis ko hum Khuda kehte hain, us ka ek clear proof hai. Kyun ke koi bhi insan future ki baat ko is tarah</w:t>
      </w:r>
      <w:r>
        <w:br/>
      </w:r>
      <w:r>
        <w:rPr>
          <w:sz w:val="20"/>
        </w:rPr>
        <w:t>11:28  pehlay se dekh nahi sakta, impossible hai. To ek baat yeh hai. Doosri baat yeh hai ke main samajhta hoon ke Mr. Rajat ke bhai ne jin logon ko dekha paradise ki taraf jate hue, to meri dua hai ke woh hamari CPS ki team ke afraad hon. Mujhe aisa gumaan hai, aisa main hope rakhta hoon Khuda se,</w:t>
      </w:r>
      <w:r>
        <w:br/>
      </w:r>
      <w:r>
        <w:rPr>
          <w:sz w:val="20"/>
        </w:rPr>
        <w:t>11:59  ke CPS ki team ko woh paradise mein dakhil karega. Lekin isi mein ek aur jo pehlu hai woh yeh hai ke ek shakhs is mein gate par pahunch kar lota diya jata hai. Yeh kisi ek baat, ek insan ki baat nahi balke sabhi ki baat hai. Kyun ke dekhiye, hadith mein aata hai</w:t>
      </w:r>
      <w:r>
        <w:br/>
      </w:r>
      <w:r>
        <w:rPr>
          <w:sz w:val="20"/>
        </w:rPr>
        <w:t>12:30  ke day of the judgment jo hoga, to angel kuch logon ko pakad kar hell ki taraf le aa rahe honge. To prophet kahenge ke yeh to mere companions hain. Yani prophet ke jo companions the, ek lakh pachis hazar, is mein se woh honge. To angel kahenge ke aap</w:t>
      </w:r>
      <w:r>
        <w:br/>
      </w:r>
      <w:r>
        <w:rPr>
          <w:sz w:val="20"/>
        </w:rPr>
        <w:t>13:00  ke baad, yani aap ki death ke baad, yeh hat gaye raste se, unhon ne badal dala jo pledge liya tha, us pledge se hat gaye yeh. To prophet kahenge ke fasuhaqqan sohaqqan woh door hon, woh door hon. To prophet ka ke jo companions the, un ke liye bhi yeh</w:t>
      </w:r>
      <w:r>
        <w:br/>
      </w:r>
      <w:r>
        <w:rPr>
          <w:sz w:val="20"/>
        </w:rPr>
        <w:t>13:33  yeh risk hai ke agar woh raste se haten to companion hote bhi, hue bhi, woh hell mein daal diye jayenge. To yeh ek warning hai hum sab ke liye. Yani ek taraf to good tidings hai ke inshallah Khuda hamare liye paradise ka faisla farmaye ga. Aur doosri taraf is mein yeh bhi</w:t>
      </w:r>
      <w:r>
        <w:br/>
      </w:r>
      <w:r>
        <w:rPr>
          <w:sz w:val="20"/>
        </w:rPr>
        <w:t>14:05  ek warning hai ke paradise kisi ka right nahi hai. Jaise aap ek ghar khareeden, registry karwa len apne naam se, sare papers ko poora kar len, to aap ka us par right ho jata hai. Lekin paradise ke upar kisi ka right nahi hai. Prophet ne khud apne bare mein kaha,</w:t>
      </w:r>
    </w:p>
    <w:p>
      <w:pPr>
        <w:pStyle w:val="Heading2"/>
      </w:pPr>
      <w:r>
        <w:t>Spirit of Hajj and spreading message</w:t>
      </w:r>
    </w:p>
    <w:p>
      <w:r>
        <w:rPr>
          <w:color w:val="666666"/>
          <w:sz w:val="18"/>
        </w:rPr>
        <w:t>Exploring the Deeper Meaning and Spiritual Significance of Hajj May 18, 2025 · 3m 54s · at 45:38 · https://youtu.be/1MTGv2sJn5I?t=2738</w:t>
      </w:r>
    </w:p>
    <w:p>
      <w:r>
        <w:rPr>
          <w:i/>
        </w:rPr>
        <w:t>“Yeah, this is very exemplary”</w:t>
      </w:r>
    </w:p>
    <w:p>
      <w:r>
        <w:rPr>
          <w:sz w:val="20"/>
        </w:rPr>
        <w:t>45:38  Please tell us about that. Yeah, this is very exemplary. Because when the prophet Sallallahu Alaihi Wasallam said to the people in Arafah, "Let those who are present inform those who are absent," very simple and short sentence</w:t>
      </w:r>
      <w:r>
        <w:br/>
      </w:r>
      <w:r>
        <w:rPr>
          <w:sz w:val="20"/>
        </w:rPr>
        <w:t>45:55  , "Let those who are present inform those who are absent." And it's a very powerful instruction.</w:t>
      </w:r>
      <w:r>
        <w:br/>
      </w:r>
      <w:r>
        <w:rPr>
          <w:sz w:val="20"/>
        </w:rPr>
        <w:t>46:04  And the Sahaba took it very seriously. And they understood it is a mission from Allah. And after the Hajj, after completing the Hajj, most of the Sahaba didn't stay in Mecca or Madinah.</w:t>
      </w:r>
      <w:r>
        <w:br/>
      </w:r>
      <w:r>
        <w:rPr>
          <w:sz w:val="20"/>
        </w:rPr>
        <w:t>46:20  They traveled to distant lands to spread the message. And even today, we find graves in places like China, even in India, in many countries, you will find the graves because the Sahaba moved to all countries.</w:t>
      </w:r>
      <w:r>
        <w:br/>
      </w:r>
      <w:r>
        <w:rPr>
          <w:sz w:val="20"/>
        </w:rPr>
        <w:t>46:37  So this shows how they lived and died for the mission</w:t>
      </w:r>
      <w:r>
        <w:br/>
      </w:r>
      <w:r>
        <w:rPr>
          <w:sz w:val="20"/>
        </w:rPr>
        <w:t>46:42  . Today, pilgrims should carry the same spirit and spread the message of oneness of God.</w:t>
      </w:r>
      <w:r>
        <w:br/>
      </w:r>
      <w:r>
        <w:rPr>
          <w:sz w:val="20"/>
        </w:rPr>
        <w:t>46:51  And we don't need to travel like the Sahaba used to travel. Today, we are living in a different age, different time.</w:t>
      </w:r>
      <w:r>
        <w:br/>
      </w:r>
      <w:r>
        <w:rPr>
          <w:sz w:val="20"/>
        </w:rPr>
        <w:t>47:00  Maulana used to say, "Neighbor and e-neighbor." So everyone is our e-neighbor. So we can pass on the message by the click of a but</w:t>
      </w:r>
      <w:r>
        <w:br/>
      </w:r>
      <w:r>
        <w:rPr>
          <w:sz w:val="20"/>
        </w:rPr>
        <w:t>47:11  ton. So it is very important that we share the message of truth, the message of the Quran, to make understand God's creation plan.</w:t>
      </w:r>
      <w:r>
        <w:br/>
      </w:r>
      <w:r>
        <w:rPr>
          <w:sz w:val="20"/>
        </w:rPr>
        <w:t>47:25  And so you are walking in the footsteps of the Sahaba. When the prophet gave this command, the Sahaba mounted their horses and their camels immedi</w:t>
      </w:r>
      <w:r>
        <w:br/>
      </w:r>
      <w:r>
        <w:rPr>
          <w:sz w:val="20"/>
        </w:rPr>
        <w:t>47:37  ately. Hadith mein aata hai ki jiska ghoda jiss taraf tha, woh udhar hi chala gaya. Symbolic hadith hai, ghalaaban yeah, jiska oont jiss taraf tha, udhar hi chala gaya. Yani they decided that from now onwards, their mission will be conveying the message of truth to all people.</w:t>
      </w:r>
      <w:r>
        <w:br/>
      </w:r>
      <w:r>
        <w:rPr>
          <w:sz w:val="20"/>
        </w:rPr>
        <w:t>47:54  And so this is, I think, the most important message and most important lesson of Arafah, to live with this spirit.</w:t>
      </w:r>
      <w:r>
        <w:br/>
      </w:r>
      <w:r>
        <w:rPr>
          <w:sz w:val="20"/>
        </w:rPr>
        <w:t>48:08  And</w:t>
      </w:r>
      <w:r>
        <w:br/>
      </w:r>
      <w:r>
        <w:rPr>
          <w:sz w:val="20"/>
        </w:rPr>
        <w:t>48:11  the whole idea is to understand the spiritual purpose of Hajj. Hajj has become like a ritualistic exercise.</w:t>
      </w:r>
      <w:r>
        <w:br/>
      </w:r>
      <w:r>
        <w:rPr>
          <w:sz w:val="20"/>
        </w:rPr>
        <w:t>48:22  People go there and do Tawaf and do Sai and go to Muzdalifah and Minna and do Qurbani and all that, Rami and Arafah, and they come back.</w:t>
      </w:r>
      <w:r>
        <w:br/>
      </w:r>
      <w:r>
        <w:rPr>
          <w:sz w:val="20"/>
        </w:rPr>
        <w:t>48:31  So they think that this is just a ritualistic exerc</w:t>
      </w:r>
      <w:r>
        <w:br/>
      </w:r>
      <w:r>
        <w:rPr>
          <w:sz w:val="20"/>
        </w:rPr>
        <w:t>48:34  ise they have completed and they have done the Hajj. But this is not a ritualistic exercise. You have to understand the profound lesson.</w:t>
      </w:r>
      <w:r>
        <w:br/>
      </w:r>
      <w:r>
        <w:rPr>
          <w:sz w:val="20"/>
        </w:rPr>
        <w:t>48:44  And</w:t>
      </w:r>
      <w:r>
        <w:br/>
      </w:r>
      <w:r>
        <w:rPr>
          <w:sz w:val="20"/>
        </w:rPr>
        <w:t>48:48  then only you can make the real benefit from this pil</w:t>
      </w:r>
      <w:r>
        <w:br/>
      </w:r>
      <w:r>
        <w:rPr>
          <w:sz w:val="20"/>
        </w:rPr>
        <w:t>48:58  grimage. And these are some of the basic aspects of Hajj. And the whole idea is to understand the deeper meaning of this incredible journey.</w:t>
      </w:r>
      <w:r>
        <w:br/>
      </w:r>
      <w:r>
        <w:rPr>
          <w:sz w:val="20"/>
        </w:rPr>
        <w:t>49:11  And not just following the footsteps correctly.</w:t>
      </w:r>
      <w:r>
        <w:br/>
      </w:r>
      <w:r>
        <w:rPr>
          <w:sz w:val="20"/>
        </w:rPr>
        <w:t>49:15  And I hope and pray that may Allah accept Hajj of those who have visited. And may Allah allow us also to visit and perform Hajj, In Shaa Allah, and learn the profound lessons.</w:t>
      </w:r>
    </w:p>
    <w:p>
      <w:pPr>
        <w:pStyle w:val="Heading2"/>
      </w:pPr>
      <w:r>
        <w:t>Colonial powers rise as sword-based Muslim empires collapse</w:t>
      </w:r>
    </w:p>
    <w:p>
      <w:r>
        <w:rPr>
          <w:color w:val="666666"/>
          <w:sz w:val="18"/>
        </w:rPr>
        <w:t>Islam in 21st Century April 3, 2011 · 3m 47s · at 25:50 · https://youtu.be/nEyNMORoPc4?t=1550</w:t>
      </w:r>
    </w:p>
    <w:p>
      <w:r>
        <w:rPr>
          <w:i/>
        </w:rPr>
        <w:t>“Yeh saltanat Musalmano ne qaim ki thi, Western nations ne tod diya”</w:t>
      </w:r>
    </w:p>
    <w:p>
      <w:r>
        <w:rPr>
          <w:sz w:val="20"/>
        </w:rPr>
        <w:t>25:50  to yeh jo saltanat musalmanon ne qaim ki thi, empire, iss empire ko Western nations ne tod diya yaani colonial powers jo thi.</w:t>
      </w:r>
      <w:r>
        <w:br/>
      </w:r>
      <w:r>
        <w:rPr>
          <w:sz w:val="20"/>
        </w:rPr>
        <w:t>26:01  isko kaha jaata hai colonialism. colonialism kya hai? dekhiye, in logon ne jab discoveries ki to modern industry wajood mein aayi.</w:t>
      </w:r>
      <w:r>
        <w:br/>
      </w:r>
      <w:r>
        <w:rPr>
          <w:sz w:val="20"/>
        </w:rPr>
        <w:t>26:11  modern industry, modern industry ka matlab kya tha?</w:t>
      </w:r>
      <w:r>
        <w:br/>
      </w:r>
      <w:r>
        <w:rPr>
          <w:sz w:val="20"/>
        </w:rPr>
        <w:t>26:17  iska matlab hai jaise yeh, yeh, yeh glass hai.</w:t>
      </w:r>
      <w:r>
        <w:br/>
      </w:r>
      <w:r>
        <w:rPr>
          <w:sz w:val="20"/>
        </w:rPr>
        <w:t>26:22  hamare bachpan mein mitti ka glass hua karta tha. matlab main gaon mein tha, abhi wahan par tehzeeb phaili pahunchi nahi thi.</w:t>
      </w:r>
      <w:r>
        <w:br/>
      </w:r>
      <w:r>
        <w:rPr>
          <w:sz w:val="20"/>
        </w:rPr>
        <w:t>26:33  to ek zaman tha ke mitti ke kooze bante the, usmein log paani piya karte the. to kumhar din raat mehnat karke do chaar kooze banata tha.</w:t>
      </w:r>
      <w:r>
        <w:br/>
      </w:r>
      <w:r>
        <w:rPr>
          <w:sz w:val="20"/>
        </w:rPr>
        <w:t>26:43  to jab industrial lagi to industry mein is qism ke glass har din hazaron hazar banne laga. jisko kehte hain mass production.</w:t>
      </w:r>
      <w:r>
        <w:br/>
      </w:r>
      <w:r>
        <w:rPr>
          <w:sz w:val="20"/>
        </w:rPr>
        <w:t>26:54  mass production yaani modern industry ka phenomenon tha mass production. to woh kahan khapte? woh pehle jo kooze bante the to woh khap jaate the aas paas jo kumhar jo banata tha.</w:t>
      </w:r>
      <w:r>
        <w:br/>
      </w:r>
      <w:r>
        <w:rPr>
          <w:sz w:val="20"/>
        </w:rPr>
        <w:t>27:09  lekin jo modern industry ne jo production nikala mass level par, usko khapane ke liye to poori duniya chahiye thi.</w:t>
      </w:r>
      <w:r>
        <w:br/>
      </w:r>
      <w:r>
        <w:rPr>
          <w:sz w:val="20"/>
        </w:rPr>
        <w:t>27:20  to woh nikle, yeh log apni colony banayi, unhone jagah jagah taake apne apne production ko woh market kar sakein doosre countries mein.</w:t>
      </w:r>
      <w:r>
        <w:br/>
      </w:r>
      <w:r>
        <w:rPr>
          <w:sz w:val="20"/>
        </w:rPr>
        <w:t>27:33  yeh ek naya phenomenon tha, isi ko kehte hain colonialism.</w:t>
      </w:r>
      <w:r>
        <w:br/>
      </w:r>
      <w:r>
        <w:rPr>
          <w:sz w:val="20"/>
        </w:rPr>
        <w:t>27:39  yeh aaya to chuki jab woh log aaye to us waqt Muslim empire qaim tha. Muslim empire ke paas yeh sab taaqatein nahi thi. Muslim empire jo tha, woh sirf talwar ke bal par qaim tha. bas Muslim empire jo tha, uski wahid taaqat talwar thi.</w:t>
      </w:r>
      <w:r>
        <w:br/>
      </w:r>
      <w:r>
        <w:rPr>
          <w:sz w:val="20"/>
        </w:rPr>
        <w:t>27:58  is zamanay mein shair ne kaha tha: "har ke shamshir zard, sikka ba naam arsh khanam."</w:t>
      </w:r>
      <w:r>
        <w:br/>
      </w:r>
      <w:r>
        <w:rPr>
          <w:sz w:val="20"/>
        </w:rPr>
        <w:t>28:04  matlab jo talwar chalta hai, wohi rol karta hai. jo talwar chalata hai, wohi rol karta hai. woh daur tha. woh</w:t>
      </w:r>
      <w:r>
        <w:br/>
      </w:r>
      <w:r>
        <w:rPr>
          <w:sz w:val="20"/>
        </w:rPr>
        <w:t>28:13  har ke shamshir zard, sikka ba naam arsh khanam. jis ghar mein talwar hoti hai, wohi rol karta hai. toh daur hi sakht meh ho gaya.</w:t>
      </w:r>
      <w:r>
        <w:br/>
      </w:r>
      <w:r>
        <w:rPr>
          <w:sz w:val="20"/>
        </w:rPr>
        <w:t>28:23  ab logon ne nai taqat daryaft ki,</w:t>
      </w:r>
      <w:r>
        <w:br/>
      </w:r>
      <w:r>
        <w:rPr>
          <w:sz w:val="20"/>
        </w:rPr>
        <w:t>28:28  naye hathiyar, nai technology, nai industry, nai science. toh woh barh gaye yaani balance of power toot gaya.</w:t>
      </w:r>
      <w:r>
        <w:br/>
      </w:r>
      <w:r>
        <w:rPr>
          <w:sz w:val="20"/>
        </w:rPr>
        <w:t>28:40  balance of power jo tha pehle, woh toot gaya. toh it was a bit natural ke dunya par chha jaye.</w:t>
      </w:r>
      <w:r>
        <w:br/>
      </w:r>
      <w:r>
        <w:rPr>
          <w:sz w:val="20"/>
        </w:rPr>
        <w:t>28:48  toh jitne bhi muslims the, saari dunya ke musalman isko samjhe na. woh samjhe ke bas yeh ek attack ka mamla hai. attack kar diya, isse lado aur ladne lage.</w:t>
      </w:r>
      <w:r>
        <w:br/>
      </w:r>
      <w:r>
        <w:rPr>
          <w:sz w:val="20"/>
        </w:rPr>
        <w:t>29:01  jihad ki dhoom machadi.</w:t>
      </w:r>
      <w:r>
        <w:br/>
      </w:r>
      <w:r>
        <w:rPr>
          <w:sz w:val="20"/>
        </w:rPr>
        <w:t>29:04  yaani do sau saal mein musalmanon ne is so called jihad par itni qurbaniyan ki hain, jaan ka nuksan, maal ka nuksan, properties ka nuksan ke poore poore muslim tareekh mein rasool Allah ke zamane se le kar ab tak kabhi aisa nahi hua tha.</w:t>
      </w:r>
      <w:r>
        <w:br/>
      </w:r>
      <w:r>
        <w:rPr>
          <w:sz w:val="20"/>
        </w:rPr>
        <w:t>29:21  itna nuksan,</w:t>
      </w:r>
      <w:r>
        <w:br/>
      </w:r>
      <w:r>
        <w:rPr>
          <w:sz w:val="20"/>
        </w:rPr>
        <w:t>29:26  hazaron guna zyada qurbani, lekin natija zero, natija zero. kuch bhi nahi hua, kuch bhi nahi hua.</w:t>
      </w:r>
    </w:p>
    <w:p>
      <w:pPr>
        <w:pStyle w:val="Heading2"/>
      </w:pPr>
      <w:r>
        <w:t>Arafah climax and divine forgiveness</w:t>
      </w:r>
    </w:p>
    <w:p>
      <w:r>
        <w:rPr>
          <w:color w:val="666666"/>
          <w:sz w:val="18"/>
        </w:rPr>
        <w:t>Exploring the Deeper Meaning and Spiritual Significance of Hajj May 18, 2025 · 3m 15s · at 38:02 · https://youtu.be/1MTGv2sJn5I?t=2282</w:t>
      </w:r>
    </w:p>
    <w:p>
      <w:r>
        <w:rPr>
          <w:i/>
        </w:rPr>
        <w:t>“Yes, because Arafah is the most important aspect of Hajj”</w:t>
      </w:r>
    </w:p>
    <w:p>
      <w:r>
        <w:rPr>
          <w:sz w:val="20"/>
        </w:rPr>
        <w:t>38:02  Yes, because Arafah is the most important aspect of Hajj. The cornerstone of Hajj pilgrimage. If someone skips it, his Hajj will not be complete.</w:t>
      </w:r>
      <w:r>
        <w:br/>
      </w:r>
      <w:r>
        <w:rPr>
          <w:sz w:val="20"/>
        </w:rPr>
        <w:t>38:15  So this is the most important climax of Hajj. And as you said, the prophet Sallallahu Alaihi Wasallam said, "Al-Hajj Arafah." Presence in Arafah is Hajj.</w:t>
      </w:r>
      <w:r>
        <w:br/>
      </w:r>
      <w:r>
        <w:rPr>
          <w:sz w:val="20"/>
        </w:rPr>
        <w:t>38:25  So you can understand it is so import</w:t>
      </w:r>
      <w:r>
        <w:br/>
      </w:r>
      <w:r>
        <w:rPr>
          <w:sz w:val="20"/>
        </w:rPr>
        <w:t>38:29  ant. On the ninth of Dhul Hijjah, Prophet Muhammad Sallallahu Alaihi Wasallam went to Arafah. And he stayed in a valley called Arna, in a small tent.</w:t>
      </w:r>
      <w:r>
        <w:br/>
      </w:r>
      <w:r>
        <w:rPr>
          <w:sz w:val="20"/>
        </w:rPr>
        <w:t>38:39  And in the afternoon, he rode his camel to the middle of Arafah, where he gave the famous farewell sermon.</w:t>
      </w:r>
      <w:r>
        <w:br/>
      </w:r>
      <w:r>
        <w:rPr>
          <w:sz w:val="20"/>
        </w:rPr>
        <w:t>38:49  And today, a mosque stands at that very same place. It is called the Mosque Nimra, Masjid Nimra, the Mosque of Nimra.</w:t>
      </w:r>
      <w:r>
        <w:br/>
      </w:r>
      <w:r>
        <w:rPr>
          <w:sz w:val="20"/>
        </w:rPr>
        <w:t>39:01  And the main message of the final farewell sermon was, "All humans are equal.</w:t>
      </w:r>
      <w:r>
        <w:br/>
      </w:r>
      <w:r>
        <w:rPr>
          <w:sz w:val="20"/>
        </w:rPr>
        <w:t>39:12  And no Arab is better than a non-Arab. And no non-Arab is better than an Arab. No black man is better than a white man.</w:t>
      </w:r>
      <w:r>
        <w:br/>
      </w:r>
      <w:r>
        <w:rPr>
          <w:sz w:val="20"/>
        </w:rPr>
        <w:t>39:21  And no white man is better than a black.</w:t>
      </w:r>
      <w:r>
        <w:br/>
      </w:r>
      <w:r>
        <w:rPr>
          <w:sz w:val="20"/>
        </w:rPr>
        <w:t>39:24  No race is better than another race, except by taqwa, by piety." So only taqwa, or fear of God, makes one superior.</w:t>
      </w:r>
      <w:r>
        <w:br/>
      </w:r>
      <w:r>
        <w:rPr>
          <w:sz w:val="20"/>
        </w:rPr>
        <w:t>39:35  And the noblest person is the one who is deeply aware of Allah, who has deep taqwa.</w:t>
      </w:r>
      <w:r>
        <w:br/>
      </w:r>
      <w:r>
        <w:rPr>
          <w:sz w:val="20"/>
        </w:rPr>
        <w:t>39:46  So while praying at Arafah, the last verse of the Quran was revealed. This is also important that when the prophet was in Arafah, the Quran was completed there.</w:t>
      </w:r>
      <w:r>
        <w:br/>
      </w:r>
      <w:r>
        <w:rPr>
          <w:sz w:val="20"/>
        </w:rPr>
        <w:t>39:59  The last verse was revealed. And it was a sort of consolidation of the religion.</w:t>
      </w:r>
      <w:r>
        <w:br/>
      </w:r>
      <w:r>
        <w:rPr>
          <w:sz w:val="20"/>
        </w:rPr>
        <w:t>40:08  So this completed the Quran at the place of Arafah. And after the sermon, the prophet prayed two namaz together, combined,</w:t>
      </w:r>
      <w:r>
        <w:br/>
      </w:r>
      <w:r>
        <w:rPr>
          <w:sz w:val="20"/>
        </w:rPr>
        <w:t>40:21  Zuhr and Asr, combined together. He prayed. And then he went to a place which is called Maqam Arafah and continued praying till the sunset.</w:t>
      </w:r>
      <w:r>
        <w:br/>
      </w:r>
      <w:r>
        <w:rPr>
          <w:sz w:val="20"/>
        </w:rPr>
        <w:t>40:35  Almost eight, nine hours, he was standing and praying very deep</w:t>
      </w:r>
      <w:r>
        <w:br/>
      </w:r>
      <w:r>
        <w:rPr>
          <w:sz w:val="20"/>
        </w:rPr>
        <w:t>40:41  , deep dua. Today, even people, they cry and they stand. And it's a very amazing scene. He said these kinds of duas, "O Allah, You see me.</w:t>
      </w:r>
      <w:r>
        <w:br/>
      </w:r>
      <w:r>
        <w:rPr>
          <w:sz w:val="20"/>
        </w:rPr>
        <w:t>40:52  You know my hidden and open affairs. I am needy. I am helpless, calling on You for help.</w:t>
      </w:r>
      <w:r>
        <w:br/>
      </w:r>
      <w:r>
        <w:rPr>
          <w:sz w:val="20"/>
        </w:rPr>
        <w:t>40:59  " So on this day, pilgrims weep and cry and make dua and seek forgiveness. And the prophet said, "The prayer of this day is the best of all prayers," because of the feelings and the spirit that comes in that place.</w:t>
      </w:r>
    </w:p>
    <w:p>
      <w:pPr>
        <w:pStyle w:val="Heading2"/>
      </w:pPr>
      <w:r>
        <w:t>Death is not programmed into human consciousness like sleep</w:t>
      </w:r>
    </w:p>
    <w:p>
      <w:r>
        <w:rPr>
          <w:color w:val="666666"/>
          <w:sz w:val="18"/>
        </w:rPr>
        <w:t>Computer A Sign of God January 27, 2008 Maulana Wahiduddin Khan · 5m 44s · at 32:50 · https://youtu.be/MdBcX_Q_rWg?t=1970</w:t>
      </w:r>
    </w:p>
    <w:p>
      <w:r>
        <w:rPr>
          <w:i/>
        </w:rPr>
        <w:t>“Computer ne is sawal ko hal kiya, woh hai programming”</w:t>
      </w:r>
    </w:p>
    <w:p>
      <w:r>
        <w:rPr>
          <w:sz w:val="20"/>
        </w:rPr>
        <w:t>32:50  to computer ne is sawal ko hal kiya. woh hai programming ka jo concept hai computer mein. programming, yani dekhein, computer mein jo programming ki aati hai,</w:t>
      </w:r>
      <w:r>
        <w:br/>
      </w:r>
      <w:r>
        <w:rPr>
          <w:sz w:val="20"/>
        </w:rPr>
        <w:t>33:07  ise ke mutabiq computer jo hai, woh work karta hai. yani computer ke jo mechanical source hai, isi pe chalti hai.</w:t>
      </w:r>
      <w:r>
        <w:br/>
      </w:r>
      <w:r>
        <w:rPr>
          <w:sz w:val="20"/>
        </w:rPr>
        <w:t>33:18  agar ek ek word ya ek concept aap ne computer mein feed na kiya ho, farz kijiye death, d e a t h, death ka word computer mein feed na kiya ho ya uska koi concept na dala ho uske andar aap,</w:t>
      </w:r>
      <w:r>
        <w:br/>
      </w:r>
      <w:r>
        <w:rPr>
          <w:sz w:val="20"/>
        </w:rPr>
        <w:t>33:34  to kitne hi aap poochte rahiye, computer kuch nahi batayega aap ko, kyunke death ke baray mein uske paas maloomat nahi hain.</w:t>
      </w:r>
      <w:r>
        <w:br/>
      </w:r>
      <w:r>
        <w:rPr>
          <w:sz w:val="20"/>
        </w:rPr>
        <w:t>33:45  uski programming mein death nahi hai, to woh death ke baray mein kuch batayega bhi nahi. jaise aaj subah maine jab budhiya ka type kiya gaya, woh aa gaya is mein to ek even ult aap kuch word unhon ne use kiye,</w:t>
      </w:r>
      <w:r>
        <w:br/>
      </w:r>
      <w:r>
        <w:rPr>
          <w:sz w:val="20"/>
        </w:rPr>
        <w:t>34:02  aise hi awc, ahr, kuch aise hi idhar udhar ke at random tor par. to wahan par yeh aaye ke ke computer ne wahan par inkar kar diya ke hamare paas uske baray mein koi jankari nahi hai,</w:t>
      </w:r>
      <w:r>
        <w:br/>
      </w:r>
      <w:r>
        <w:rPr>
          <w:sz w:val="20"/>
        </w:rPr>
        <w:t>34:19  kyunke woh feed nahi kiya gaya tha.</w:t>
      </w:r>
      <w:r>
        <w:br/>
      </w:r>
      <w:r>
        <w:rPr>
          <w:sz w:val="20"/>
        </w:rPr>
        <w:t>34:23  to dekhiye, programming ka jo concept hai, is se yeh baat maine jaani ke computer ki programming mein jo baat feed ki gayi hai,</w:t>
      </w:r>
      <w:r>
        <w:br/>
      </w:r>
      <w:r>
        <w:rPr>
          <w:sz w:val="20"/>
        </w:rPr>
        <w:t>34:40  uske baray mein to woh khoob batayega aap ko, lekin jo cheez feed nahi ki gayi hai, us se woh unaware rahega, bilkul unaware rahega.</w:t>
      </w:r>
      <w:r>
        <w:br/>
      </w:r>
      <w:r>
        <w:rPr>
          <w:sz w:val="20"/>
        </w:rPr>
        <w:t>34:51  is se maine yeh baat samjhi ke insaan ki jo programming nature mein ki gayi hai, Khuda ne jo ki hai, us mein maut ka concept maujood hi nahi hai.</w:t>
      </w:r>
      <w:r>
        <w:br/>
      </w:r>
      <w:r>
        <w:rPr>
          <w:sz w:val="20"/>
        </w:rPr>
        <w:t>35:02  maut ka lafz, word maujood nahi hai. kyun? Khuda ne paida kiya insaan ko ek eternal being ke tor par.</w:t>
      </w:r>
      <w:r>
        <w:br/>
      </w:r>
      <w:r>
        <w:rPr>
          <w:sz w:val="20"/>
        </w:rPr>
        <w:t>35:13  ab jaise aaiye ek misaal lijiye, jaise neend hai. neend ki programming har aadmi ke andar hoti hai. shaam aayi, raat hui to har aadmi ko neend aane lagti hai,</w:t>
      </w:r>
      <w:r>
        <w:br/>
      </w:r>
      <w:r>
        <w:rPr>
          <w:sz w:val="20"/>
        </w:rPr>
        <w:t>35:29  kyunke hamari jo programming hai, us mein yeh hai ke raat aaye to so jao, raat aaye to so jao, raat aaye to so jao.</w:t>
      </w:r>
      <w:r>
        <w:br/>
      </w:r>
      <w:r>
        <w:rPr>
          <w:sz w:val="20"/>
        </w:rPr>
        <w:t>35:37  to hamare jo mind ki jo programming hai, us mein neend ko is tarah se shamil kar diya gaya hai ke raat aaye to so jao.</w:t>
      </w:r>
      <w:r>
        <w:br/>
      </w:r>
      <w:r>
        <w:rPr>
          <w:sz w:val="20"/>
        </w:rPr>
        <w:t>35:50  isi tarah se maut ki programming nahi hai ke tumhari umar jab das saal ki hogi to mar jaoge, ya pachaas saal hogi to mar jaoge, saath baras hogi to mar jaoge,</w:t>
      </w:r>
      <w:r>
        <w:br/>
      </w:r>
      <w:r>
        <w:rPr>
          <w:sz w:val="20"/>
        </w:rPr>
        <w:t>36:04  do hazar aath mein tum mar jaoge.</w:t>
      </w:r>
      <w:r>
        <w:br/>
      </w:r>
      <w:r>
        <w:rPr>
          <w:sz w:val="20"/>
        </w:rPr>
        <w:t>36:06  aisi koi programming hamare mind mein nahi hai. isi liye dekhiye, is par boht research hui hai.</w:t>
      </w:r>
      <w:r>
        <w:br/>
      </w:r>
      <w:r>
        <w:rPr>
          <w:sz w:val="20"/>
        </w:rPr>
        <w:t>36:15  jo jo scholars hain psychology aur biology ke, woh kehte hain ke maut ke baray mein hum ne bohat research ki, magar aaj tak yeh nahi jaan paaye hum ke maut kyun hoti hai.</w:t>
      </w:r>
      <w:r>
        <w:br/>
      </w:r>
      <w:r>
        <w:rPr>
          <w:sz w:val="20"/>
        </w:rPr>
        <w:t>36:31  hamaray researchers jo hain, woh batatay hain ke maut ke ko hum predict nahi kar sakte. kuch bhi nahi maloom ke maut kab aati hai, kyun aati hai.</w:t>
      </w:r>
      <w:r>
        <w:br/>
      </w:r>
      <w:r>
        <w:rPr>
          <w:sz w:val="20"/>
        </w:rPr>
        <w:t>36:41  kyun ke aap jantay hain ke koi koi bachcha hai, woh bachche mein mar gaya, bachche ki umar mein mar gaya. koi bachpan ki umar mein marta hai, koi naujawani ki umar mein marta hai, koi jawan ho kar marta hai, koi boorha ho kar marta hai.</w:t>
      </w:r>
      <w:r>
        <w:br/>
      </w:r>
      <w:r>
        <w:rPr>
          <w:sz w:val="20"/>
        </w:rPr>
        <w:t>36:56  kisi ki umar ka koi pata nahi, kisi ki maut kab aayegi, is ka kuch pata nahi.</w:t>
      </w:r>
      <w:r>
        <w:br/>
      </w:r>
      <w:r>
        <w:rPr>
          <w:sz w:val="20"/>
        </w:rPr>
        <w:t>37:01  to baat kya hai? maut hamari programming mein shamil nahi hai, jis tarah neend shamil hai. maut Khuda ke direct verdict ke tehat aati hai.</w:t>
      </w:r>
      <w:r>
        <w:br/>
      </w:r>
      <w:r>
        <w:rPr>
          <w:sz w:val="20"/>
        </w:rPr>
        <w:t>37:16  direct tor par Khuda aik faisla karta hai ke abhi is insaan ko is dunya se utha lena hai.</w:t>
      </w:r>
      <w:r>
        <w:br/>
      </w:r>
      <w:r>
        <w:rPr>
          <w:sz w:val="20"/>
        </w:rPr>
        <w:t>37:23  to sari baatein doosri, maslan bhook lagna, pyaas lagna, neend aana waghera waghera, yeh sab hamaray mind ki programming mein shamil hain.</w:t>
      </w:r>
      <w:r>
        <w:br/>
      </w:r>
      <w:r>
        <w:rPr>
          <w:sz w:val="20"/>
        </w:rPr>
        <w:t>37:39  lekin maut ya death hamaray mind ki programming mein shamil hai nahi. to humein khabar kaise ho? woh to achanak,</w:t>
      </w:r>
      <w:r>
        <w:br/>
      </w:r>
      <w:r>
        <w:rPr>
          <w:sz w:val="20"/>
        </w:rPr>
        <w:t>37:52  achanak kisi waqt maut aa jati hai.</w:t>
      </w:r>
      <w:r>
        <w:br/>
      </w:r>
      <w:r>
        <w:rPr>
          <w:sz w:val="20"/>
        </w:rPr>
        <w:t>37:57  achanak aa jati hai. la tadri bi ayi urdun tamut, la tadri nafs maddah taqisib ghada, la tadri nafs bi ayi urdun tamut.</w:t>
      </w:r>
      <w:r>
        <w:br/>
      </w:r>
      <w:r>
        <w:rPr>
          <w:sz w:val="20"/>
        </w:rPr>
        <w:t>38:11  kisi insaan ko yeh pata nahi ke woh kab mar jayega.</w:t>
      </w:r>
      <w:r>
        <w:br/>
      </w:r>
      <w:r>
        <w:rPr>
          <w:sz w:val="20"/>
        </w:rPr>
        <w:t>38:17  maut har insaan ke liye poori tarah aik un known cheez hai. un known sab kuch jo hum is dunya mein karte hain, woh is ki programming hamaray nature mein maujood hai.</w:t>
      </w:r>
    </w:p>
    <w:p>
      <w:pPr>
        <w:pStyle w:val="Heading2"/>
      </w:pPr>
      <w:r>
        <w:t>Tribute to Dr. Siddiqui and voices after death</w:t>
      </w:r>
    </w:p>
    <w:p>
      <w:r>
        <w:rPr>
          <w:color w:val="666666"/>
          <w:sz w:val="18"/>
        </w:rPr>
        <w:t>Powerful Evidence of Life After Death December 6, 2013 Maulana Wahiduddin Khan · 4m 20s · at 0:14 · https://youtu.be/AgjTBIRcWeg?t=14</w:t>
      </w:r>
    </w:p>
    <w:p>
      <w:r>
        <w:rPr>
          <w:i/>
        </w:rPr>
        <w:t>“Bismillah. We're gathered here in memory of Dr. Siddiqui”</w:t>
      </w:r>
    </w:p>
    <w:p>
      <w:r>
        <w:rPr>
          <w:sz w:val="20"/>
        </w:rPr>
        <w:t>0:14  Bismillah Rehmanur Rahim. aaj hum yahan ikatthe hue hain Dr. Muhammad Naseeb Siddiqui ki yaad mein.</w:t>
      </w:r>
      <w:r>
        <w:br/>
      </w:r>
      <w:r>
        <w:rPr>
          <w:sz w:val="20"/>
        </w:rPr>
        <w:t>0:30  Dr. Siddiqui mere mission se, hamara jo mission hai spiritual mission, is mein bohat actively woh jure hue thay aur is ke program mein bohat regular taur par saath dete thay woh.</w:t>
      </w:r>
      <w:r>
        <w:br/>
      </w:r>
      <w:r>
        <w:rPr>
          <w:sz w:val="20"/>
        </w:rPr>
        <w:t>0:52  to, aur bohat, hamare mission ke bohat hi zyada nobel aadmi the woh, bohat nobel member the woh.</w:t>
      </w:r>
      <w:r>
        <w:br/>
      </w:r>
      <w:r>
        <w:rPr>
          <w:sz w:val="20"/>
        </w:rPr>
        <w:t>1:03  to un ki yaad mere liye bohat tadpa dene wali hai ke aaj woh hamare, aaj alam ko miss kar rahe hain.</w:t>
      </w:r>
      <w:r>
        <w:br/>
      </w:r>
      <w:r>
        <w:rPr>
          <w:sz w:val="20"/>
        </w:rPr>
        <w:t>1:19  aaj subah aisa hua ke main subah ko morning news sunta hoon radio par, to jab maine radio khola to pehli news yeh thi ke South Africa ke leader Nelson Mandela ki death ho gayi.</w:t>
      </w:r>
      <w:r>
        <w:br/>
      </w:r>
      <w:r>
        <w:rPr>
          <w:sz w:val="20"/>
        </w:rPr>
        <w:t>1:39  aaj subah yeh khabar thi.</w:t>
      </w:r>
      <w:r>
        <w:br/>
      </w:r>
      <w:r>
        <w:rPr>
          <w:sz w:val="20"/>
        </w:rPr>
        <w:t>1:43  is ke baad hi aisa hua ke Nelson Mandela ki ek speech jo unhon ne parliament mein di thi, woh sunai gayi.</w:t>
      </w:r>
      <w:r>
        <w:br/>
      </w:r>
      <w:r>
        <w:rPr>
          <w:sz w:val="20"/>
        </w:rPr>
        <w:t>1:53  bohat hi saaf, waisi awaz jaise ke jab dunya mein the woh, tab. to achaanak mujhe khayal hua ke dekhen, insaan to chala gaya, lekin voice, us ki awaz, waisi ki waisi aaj bhi maujood hai.</w:t>
      </w:r>
      <w:r>
        <w:br/>
      </w:r>
      <w:r>
        <w:rPr>
          <w:sz w:val="20"/>
        </w:rPr>
        <w:t>2:13  phir mujhe yaad aaya ke abhi pichhle mahine 12 November ko jab maine radio khola to 12 November 2013 ko aisa hi waqea pesh aaya.</w:t>
      </w:r>
      <w:r>
        <w:br/>
      </w:r>
      <w:r>
        <w:rPr>
          <w:sz w:val="20"/>
        </w:rPr>
        <w:t>2:29  Mahatma Gandhi ki awaz aane lagi.</w:t>
      </w:r>
      <w:r>
        <w:br/>
      </w:r>
      <w:r>
        <w:rPr>
          <w:sz w:val="20"/>
        </w:rPr>
        <w:t>2:32  Mahatma Gandhi ek hi baar gaye the All India Radio ke mein, 12 November 1947 ko, 1947.</w:t>
      </w:r>
      <w:r>
        <w:br/>
      </w:r>
      <w:r>
        <w:rPr>
          <w:sz w:val="20"/>
        </w:rPr>
        <w:t>2:45  us waqt Haryana mein ek camp tha Pakistan se aaye hue sharnarkiyon ka, to us ko unhon ne radio station se address kiya, 20 minute tak.</w:t>
      </w:r>
      <w:r>
        <w:br/>
      </w:r>
      <w:r>
        <w:rPr>
          <w:sz w:val="20"/>
        </w:rPr>
        <w:t>3:01  to woh awaz waisi ki waisi maine suni. phir maine socha ke insaan chala gaya, lekin us ki awaz to waqai hai.</w:t>
      </w:r>
      <w:r>
        <w:br/>
      </w:r>
      <w:r>
        <w:rPr>
          <w:sz w:val="20"/>
        </w:rPr>
        <w:t>3:12  yeh sochate hue mujhe Quran ki ek ayat yaad aayi. Quran mein dekhen, life and death ka ek jagah zikr hai, p</w:t>
      </w:r>
      <w:r>
        <w:br/>
      </w:r>
      <w:r>
        <w:rPr>
          <w:sz w:val="20"/>
        </w:rPr>
        <w:t>3:23  har wahan par yeh ayat hai ke "إنّه الحق مثل ما أنتم تتقون".</w:t>
      </w:r>
      <w:r>
        <w:br/>
      </w:r>
      <w:r>
        <w:rPr>
          <w:sz w:val="20"/>
        </w:rPr>
        <w:t>3:33  is ka matlab yeh hai ke life after death itna hi real hai jis tarah tumhara bolna.</w:t>
      </w:r>
      <w:r>
        <w:br/>
      </w:r>
      <w:r>
        <w:rPr>
          <w:sz w:val="20"/>
        </w:rPr>
        <w:t>3:43  is ka matlab mein yeh samjha ke jis tarah aadmi jab dunya se chala jata hai, phir bhi us ki awaz, voice, us ki awaz recorded shakal mein baqi rehti hai.</w:t>
      </w:r>
      <w:r>
        <w:br/>
      </w:r>
      <w:r>
        <w:rPr>
          <w:sz w:val="20"/>
        </w:rPr>
        <w:t>3:57  yeh ek partial evidence hai is baat ka ke jab partial sense mein personality baqi hai to total sense mein baqi reh sakti hai woh.</w:t>
      </w:r>
      <w:r>
        <w:br/>
      </w:r>
      <w:r>
        <w:rPr>
          <w:sz w:val="20"/>
        </w:rPr>
        <w:t>4:11  to mujhe hairani ho gayi yeh soch kar ke woh soul aaj bhi hamare saath hai, woh chali nahi gayi hai.</w:t>
      </w:r>
      <w:r>
        <w:br/>
      </w:r>
      <w:r>
        <w:rPr>
          <w:sz w:val="20"/>
        </w:rPr>
        <w:t>4:22  us ki awaz hai to us ki personality bhi hamare saath hai. in sab baaton ko sochate hue mujhe phir khayal aaya ke death kya hai.</w:t>
      </w:r>
    </w:p>
    <w:p>
      <w:pPr>
        <w:pStyle w:val="Heading2"/>
      </w:pPr>
      <w:r>
        <w:t>From complaining about bread to true gratitude to God</w:t>
      </w:r>
    </w:p>
    <w:p>
      <w:r>
        <w:rPr>
          <w:color w:val="666666"/>
          <w:sz w:val="18"/>
        </w:rPr>
        <w:t>God and Man April 30, 2006 · 4m 56s · at 4:47 · https://youtu.be/57HbKTw6Udg?t=287</w:t>
      </w:r>
    </w:p>
    <w:p>
      <w:r>
        <w:rPr>
          <w:i/>
        </w:rPr>
        <w:t>“This morning, when the bread came, I started thinking”</w:t>
      </w:r>
    </w:p>
    <w:p>
      <w:r>
        <w:rPr>
          <w:sz w:val="20"/>
        </w:rPr>
        <w:t>4:47  jaise aaj mere samne, main subah ka nashta aksar yeh karta hoon ke roti kha kar chai pee leta hoon.</w:t>
      </w:r>
      <w:r>
        <w:br/>
      </w:r>
      <w:r>
        <w:rPr>
          <w:sz w:val="20"/>
        </w:rPr>
        <w:t>4:56  to aaj kya hua? jab roti mere samne aayi to main sochne laga ke generally kya hota hai?</w:t>
      </w:r>
      <w:r>
        <w:br/>
      </w:r>
      <w:r>
        <w:rPr>
          <w:sz w:val="20"/>
        </w:rPr>
        <w:t>5:07  roti samne aayi to un ko nazar aayega ke bhai roti to jal gayi hai, bhai roti to kachi reh gayi hai, yeh kaisi roti hai? is mein kuch ghee to lagaya nahi.</w:t>
      </w:r>
      <w:r>
        <w:br/>
      </w:r>
      <w:r>
        <w:rPr>
          <w:sz w:val="20"/>
        </w:rPr>
        <w:t>5:18  in sab baaton par mind chala jata hai.</w:t>
      </w:r>
      <w:r>
        <w:br/>
      </w:r>
      <w:r>
        <w:rPr>
          <w:sz w:val="20"/>
        </w:rPr>
        <w:t>5:21  to roti laane wale ko aadmi acknowledge nahi kar pata. woh complaint mein jeeta hai. kyunke kuch na kuch kami to zaroor rahe gi.</w:t>
      </w:r>
      <w:r>
        <w:br/>
      </w:r>
      <w:r>
        <w:rPr>
          <w:sz w:val="20"/>
        </w:rPr>
        <w:t>5:32  is duniya mein dekhein, perfect cheez koi bhi nahi hoti. to roti perfect kaise hogi? to kuch na kuch kami hai, bas isi par aap chale aate hain.</w:t>
      </w:r>
      <w:r>
        <w:br/>
      </w:r>
      <w:r>
        <w:rPr>
          <w:sz w:val="20"/>
        </w:rPr>
        <w:t>5:43  bas complaint, complaint, complaint. maine kya socha?</w:t>
      </w:r>
      <w:r>
        <w:br/>
      </w:r>
      <w:r>
        <w:rPr>
          <w:sz w:val="20"/>
        </w:rPr>
        <w:t>5:51  main yeh sochne laga ke roti kya hai? roti non food ko food mein convert karna hai.</w:t>
      </w:r>
      <w:r>
        <w:br/>
      </w:r>
      <w:r>
        <w:rPr>
          <w:sz w:val="20"/>
        </w:rPr>
        <w:t>6:05  yani kaisi anokhi baat hai yeh?</w:t>
      </w:r>
      <w:r>
        <w:br/>
      </w:r>
      <w:r>
        <w:rPr>
          <w:sz w:val="20"/>
        </w:rPr>
        <w:t>6:09  ke roti kaise bani? gehoon kaise bana? aur jo cheezein hain woh kaise bani? to non food thi pehle woh.</w:t>
      </w:r>
      <w:r>
        <w:br/>
      </w:r>
      <w:r>
        <w:rPr>
          <w:sz w:val="20"/>
        </w:rPr>
        <w:t>6:19  to non food, food mein convert hua to hamein roti mili. yeh sab kis ne kiya? yeh sab khuda ne kiya.</w:t>
      </w:r>
      <w:r>
        <w:br/>
      </w:r>
      <w:r>
        <w:rPr>
          <w:sz w:val="20"/>
        </w:rPr>
        <w:t>6:29  ek universal planning thi khuda ki, jo million billion saal tak chalti rahi. tab woh zamana aaya jab ke is duniya par agriculture ho.</w:t>
      </w:r>
      <w:r>
        <w:br/>
      </w:r>
      <w:r>
        <w:rPr>
          <w:sz w:val="20"/>
        </w:rPr>
        <w:t>6:44  roti bane, chawal bane. woh cheezein banein jis ko hum khate hain.</w:t>
      </w:r>
      <w:r>
        <w:br/>
      </w:r>
      <w:r>
        <w:rPr>
          <w:sz w:val="20"/>
        </w:rPr>
        <w:t>6:51  to dekhein, maine yeh socha ke agar main acknowledge karoon ke roti banane wale ko kahoon ke tum ne bari achi roti banai, to waise dekhne mein lagega ke main ek insan ko acknowledge kar raha hoon.</w:t>
      </w:r>
      <w:r>
        <w:br/>
      </w:r>
      <w:r>
        <w:rPr>
          <w:sz w:val="20"/>
        </w:rPr>
        <w:t>7:05  isi liye main kar nahin pata. kyunke har aadmi egoist hai. har aadmi. apni badhai mein jeena, yeh sab se bari weakness hai insaan ki.</w:t>
      </w:r>
      <w:r>
        <w:br/>
      </w:r>
      <w:r>
        <w:rPr>
          <w:sz w:val="20"/>
        </w:rPr>
        <w:t>7:18  ana khairun min quran mein aaya hai ke satan ne adam ko sajda nahin kiya to yeh kaha ke ana khairun min.</w:t>
      </w:r>
      <w:r>
        <w:br/>
      </w:r>
      <w:r>
        <w:rPr>
          <w:sz w:val="20"/>
        </w:rPr>
        <w:t>7:29  main is se superior hoon, main is se behtar hoon.</w:t>
      </w:r>
      <w:r>
        <w:br/>
      </w:r>
      <w:r>
        <w:rPr>
          <w:sz w:val="20"/>
        </w:rPr>
        <w:t>7:36  to yahi psychology har insan mein hai.</w:t>
      </w:r>
      <w:r>
        <w:br/>
      </w:r>
      <w:r>
        <w:rPr>
          <w:sz w:val="20"/>
        </w:rPr>
        <w:t>7:42  satan har aadmi ke andar yahi bharta hai, yahi cheez. main tum se acha hoon.</w:t>
      </w:r>
      <w:r>
        <w:br/>
      </w:r>
      <w:r>
        <w:rPr>
          <w:sz w:val="20"/>
        </w:rPr>
        <w:t>7:48  to jab acknowledge karna ho to aadmi ko dar lag jata hai ke agar main acknowledge karoon to kya hoga? main is ke muqable mein chota ho jaunga.</w:t>
      </w:r>
      <w:r>
        <w:br/>
      </w:r>
      <w:r>
        <w:rPr>
          <w:sz w:val="20"/>
        </w:rPr>
        <w:t>7:59  aisa lagta hai is ko. lekin agar yeh soche ke main acknowledge kar raha hoon insan ko, lekin sach poochhein to main Khuda ka shukar kar raha hoon. Khuda ko acknowledge kar raha hoon.</w:t>
      </w:r>
      <w:r>
        <w:br/>
      </w:r>
      <w:r>
        <w:rPr>
          <w:sz w:val="20"/>
        </w:rPr>
        <w:t>8:11  kyunke cheezein chahe roti ho ya aur koi cheez ho, aakhir mein to banane wala Khuda hi hai.</w:t>
      </w:r>
      <w:r>
        <w:br/>
      </w:r>
      <w:r>
        <w:rPr>
          <w:sz w:val="20"/>
        </w:rPr>
        <w:t>8:18  to hamare society mein logon ko acknowledge karne ka riwaj khatam ho gaya. bohat se bohat aaj kal jo English culture hai, thank you keh denge.</w:t>
      </w:r>
      <w:r>
        <w:br/>
      </w:r>
      <w:r>
        <w:rPr>
          <w:sz w:val="20"/>
        </w:rPr>
        <w:t>8:28  dekhein, thank you kehna ya acknowledge karna nahin hai. yeh to ek ritual hai. sorry kehna ya thank you kehna ek ritual hai.</w:t>
      </w:r>
      <w:r>
        <w:br/>
      </w:r>
      <w:r>
        <w:rPr>
          <w:sz w:val="20"/>
        </w:rPr>
        <w:t>8:39  dil ki gehrai ke sath jo acknowledgment nikle, woh hai acknowledge karna. sach much dil mein ek ehsas jaag uthe.</w:t>
      </w:r>
      <w:r>
        <w:br/>
      </w:r>
      <w:r>
        <w:rPr>
          <w:sz w:val="20"/>
        </w:rPr>
        <w:t>8:50  ke aap ke soch ke thrill paida ho ke woh kaisa Khuda hai jis ne is zameen par gehoon banaya. woh kaisa Khuda hai jis ne aise, is duniya mein aise cheezein keen ke woh roti mein convert ho saken.</w:t>
      </w:r>
      <w:r>
        <w:br/>
      </w:r>
      <w:r>
        <w:rPr>
          <w:sz w:val="20"/>
        </w:rPr>
        <w:t>9:03  aur phir main is ko digest kar sakoon. yeh soch kar ab thrill aa jaye aap ko, phir aap acknowledge karein to woh acknowledge karna hua.</w:t>
      </w:r>
      <w:r>
        <w:br/>
      </w:r>
      <w:r>
        <w:rPr>
          <w:sz w:val="20"/>
        </w:rPr>
        <w:t>9:14  log simply kehte hain sorry, thank you.</w:t>
      </w:r>
      <w:r>
        <w:br/>
      </w:r>
      <w:r>
        <w:rPr>
          <w:sz w:val="20"/>
        </w:rPr>
        <w:t>9:18  main is ko kuch bhi nahin samajhta. main is ko lip service samajhta hoon.</w:t>
      </w:r>
      <w:r>
        <w:br/>
      </w:r>
      <w:r>
        <w:rPr>
          <w:sz w:val="20"/>
        </w:rPr>
        <w:t>9:25  to agar aap ko duniya mein, agar aap chahte hain ke aap sach much aap ka spiritual development ho, aap ka intellectual development ho, aap ka personality development ho, to sahi maano mein acknowledge karna seekhein.</w:t>
      </w:r>
    </w:p>
    <w:p>
      <w:pPr>
        <w:pStyle w:val="Heading2"/>
      </w:pPr>
      <w:r>
        <w:t>How Muslims misread history from British India to Salahuddin</w:t>
      </w:r>
    </w:p>
    <w:p>
      <w:r>
        <w:rPr>
          <w:color w:val="666666"/>
          <w:sz w:val="18"/>
        </w:rPr>
        <w:t>Age of Democracy May 25, 2014 · 5m 40s · at 17:54 · https://youtu.be/pyZy1-EhW1Q?t=1074</w:t>
      </w:r>
    </w:p>
    <w:p>
      <w:r>
        <w:rPr>
          <w:i/>
        </w:rPr>
        <w:t>“Jab British India mein aaye to saare Musalman bas anti-British ban gaye”</w:t>
      </w:r>
    </w:p>
    <w:p>
      <w:r>
        <w:rPr>
          <w:sz w:val="20"/>
        </w:rPr>
        <w:t>17:54  dekhiye, jab british India mein aaye to saaray musalman bas anti-british ban gaye. bas angrezon ke khilaaf jihad, angrezon ke khilaaf jihad.</w:t>
      </w:r>
      <w:r>
        <w:br/>
      </w:r>
      <w:r>
        <w:rPr>
          <w:sz w:val="20"/>
        </w:rPr>
        <w:t>18:07  ab beshumar logon ne apnay ko marwa</w:t>
      </w:r>
      <w:r>
        <w:br/>
      </w:r>
      <w:r>
        <w:rPr>
          <w:sz w:val="20"/>
        </w:rPr>
        <w:t>18:09  liya. main is ko shahadat nahi kehta, marwaana kehta hoon apnay aap ko. phir kehtay hain ke beshumar itnay log shaheed ho gaye, woh shaheed nahi hue, apnay ko marwaya unhon ne khwah makhwah.</w:t>
      </w:r>
      <w:r>
        <w:br/>
      </w:r>
      <w:r>
        <w:rPr>
          <w:sz w:val="20"/>
        </w:rPr>
        <w:t>18:19  aik hi aadmi tha mere ilm mein, Maulana Altaf Hussain Haali, us ne sachi baat kahi thi. hukoomat ne azadiyan tum ko di hain, taraqqi ki raahein sarasar khuli hain.</w:t>
      </w:r>
      <w:r>
        <w:br/>
      </w:r>
      <w:r>
        <w:rPr>
          <w:sz w:val="20"/>
        </w:rPr>
        <w:t>18:33  Maulana Altaf Hussain Haali, dedh so saal ka zamana hai un ka, pehlay ka.</w:t>
      </w:r>
      <w:r>
        <w:br/>
      </w:r>
      <w:r>
        <w:rPr>
          <w:sz w:val="20"/>
        </w:rPr>
        <w:t>18:39  apni kitaab mein unhon ne bohat si achi baatein kahi theen. is mein aik yeh tha, yahan hukoomat se muraad hai British government. hukoomat ne azadiyan tum ko di hain, taraqqi ki raahein sarasar khuli hain.</w:t>
      </w:r>
      <w:r>
        <w:br/>
      </w:r>
      <w:r>
        <w:rPr>
          <w:sz w:val="20"/>
        </w:rPr>
        <w:t>18:52  yani British period mein main bhi paida hua hoon, isi mein maine dekha woh zamana. aap ko education ki azadi, aap ko business ki azadi, aap ko job ki azadi, aap ko dawat ki azadi.</w:t>
      </w:r>
      <w:r>
        <w:br/>
      </w:r>
      <w:r>
        <w:rPr>
          <w:sz w:val="20"/>
        </w:rPr>
        <w:t>19:04  yani koi bhi aisi cheez nahi jis ki azadi na ho, siwaye is ke ke aap violence karein to us ki azadi nahi rahay gi. except violence in every aspect, you are free.</w:t>
      </w:r>
      <w:r>
        <w:br/>
      </w:r>
      <w:r>
        <w:rPr>
          <w:sz w:val="20"/>
        </w:rPr>
        <w:t>19:19  lekin Haali Haali ko kaha gaya ke Haali hi jo hai, government ka patto hai, government is ka zar-khez molvi hai. keh kar un ki baat ko nahi maana gaya.</w:t>
      </w:r>
      <w:r>
        <w:br/>
      </w:r>
      <w:r>
        <w:rPr>
          <w:sz w:val="20"/>
        </w:rPr>
        <w:t>19:30  to musalmanon ki jo backwardness jo hai, yeh chalta hai wahan se dedh so saal se. yeh jo opportunity laaye thay Britishers, us se unhon ne faida nahi uthaya, us se larnay lagay khali.</w:t>
      </w:r>
      <w:r>
        <w:br/>
      </w:r>
      <w:r>
        <w:rPr>
          <w:sz w:val="20"/>
        </w:rPr>
        <w:t>19:45  woh laaye thay modern age Britishers se, to modern age laaye thay woh. woh science laaye thay, woh modern education laaye thay, modern opportunity laaye thay.</w:t>
      </w:r>
      <w:r>
        <w:br/>
      </w:r>
      <w:r>
        <w:rPr>
          <w:sz w:val="20"/>
        </w:rPr>
        <w:t>19:59  lekin is ko avail nahi kiya musalmanon ne, sirf laraai, laraai, laraai, laraai. to bohat se log is se maare gaye. musalman likhtay hain apni kitabon mein ke taraf shaheed hue, main kehta hoon shaheed nahi hue, apnay ko marwaya unhon ne khwah makhwah.</w:t>
      </w:r>
      <w:r>
        <w:br/>
      </w:r>
      <w:r>
        <w:rPr>
          <w:sz w:val="20"/>
        </w:rPr>
        <w:t>20:15  Maulana Altaf Hussain Haali ne jo baat kahi thi, us ko suna nahi kisi ne, balkay mazaaq uraya. aap ko main aik qissa batata hoon ke Maulana Altaf Hussain Haali ne Sir Syed ki life likhi thi.</w:t>
      </w:r>
      <w:r>
        <w:br/>
      </w:r>
      <w:r>
        <w:rPr>
          <w:sz w:val="20"/>
        </w:rPr>
        <w:t>20:31  life to us zamanay mein Sir Syed ko hi bohat bara samajhtay thay, log bohat bara. to aik thay Akbar Allahabadi,</w:t>
      </w:r>
      <w:r>
        <w:br/>
      </w:r>
      <w:r>
        <w:rPr>
          <w:sz w:val="20"/>
        </w:rPr>
        <w:t>20:43  to unhon ne Maulana Altaf Hussain Haali ke baray mein yeh likha tha: "Syed ki dastaan ko Haali se poochay, Ghazi Mian ka haal Daffali se poochay." yani kis qadar ziyada bekhabar thay log haqiqaton se ke Britishers laaye thay modern opportunities, woh samajhtay hain ke woh hamara dushman hai aur hum ko khatam karna chahta hai.</w:t>
      </w:r>
      <w:r>
        <w:br/>
      </w:r>
      <w:r>
        <w:rPr>
          <w:sz w:val="20"/>
        </w:rPr>
        <w:t>21:09  aisay hi dekhiye, 1948 mein Arab world mein Israel qaaim hua, Balfour Declaration ke tehat.</w:t>
      </w:r>
      <w:r>
        <w:br/>
      </w:r>
      <w:r>
        <w:rPr>
          <w:sz w:val="20"/>
        </w:rPr>
        <w:t>21:19  mere nazdeek Balfour Declaration bilkul sahi tha, us mein koi ghalati nahi thi aur Quran ke mutabiq bhi tha. lekin saaray Arab world ka dushman ban gaya, maro un ko, nikalo un ko, un ko samandar mein dhak kar lo.</w:t>
      </w:r>
      <w:r>
        <w:br/>
      </w:r>
      <w:r>
        <w:rPr>
          <w:sz w:val="20"/>
        </w:rPr>
        <w:t>21:34  us waqt aik aalim tha, sirf Arab, aik Arab aalim, us ne kaha ke tum jeet nahi pao gay, tumhari tabaahi mein aur izafa ho jaye ga.</w:t>
      </w:r>
      <w:r>
        <w:br/>
      </w:r>
      <w:r>
        <w:rPr>
          <w:sz w:val="20"/>
        </w:rPr>
        <w:t>21:43  accept karo Israel ke qaayam ko, accept karo. magar sab ne kaha ke ghaddar hai, yeh ghaddar hai,</w:t>
      </w:r>
      <w:r>
        <w:br/>
      </w:r>
      <w:r>
        <w:rPr>
          <w:sz w:val="20"/>
        </w:rPr>
        <w:t>21:52  woh bechara mar gaya. yeh shair parhtay huay ke sajalam qawmi sajalam qawmi andani la ghish wa ma istataala lafz yani meri qaum jaan legi ke meri qaum se ghaddari nahi ki hai.</w:t>
      </w:r>
      <w:r>
        <w:br/>
      </w:r>
      <w:r>
        <w:rPr>
          <w:sz w:val="20"/>
        </w:rPr>
        <w:t>22:19  raat kitni lambi ho, aakhir kaar to subah ho kar rahay gi.</w:t>
      </w:r>
      <w:r>
        <w:br/>
      </w:r>
      <w:r>
        <w:rPr>
          <w:sz w:val="20"/>
        </w:rPr>
        <w:t>22:23  aik poora daur guzra hai, yeh jo French aaye, Afirqi mulkon mein, Britishers aaye, Ashiai mulkon mein, Israel aaya, Palestine mein.</w:t>
      </w:r>
      <w:r>
        <w:br/>
      </w:r>
      <w:r>
        <w:rPr>
          <w:sz w:val="20"/>
        </w:rPr>
        <w:t>22:36  to aik shair thay, Arab shair, un ka shair is tarah goonja, har aadmi us shair ko parhta tha: Hata salāḥ ad-dīn thanī tanfīnā jiddī ḥattayn wa shaf ḥattayn</w:t>
      </w:r>
      <w:r>
        <w:br/>
      </w:r>
      <w:r>
        <w:rPr>
          <w:sz w:val="20"/>
        </w:rPr>
        <w:t>22:50  phir se hamein lao, phir salahuddin ko, aur phir se jang ke maidan garam karo. hamare india ke maulana ali miyan the, woh gaye sham, wahan salahuddin ayubi ki qabr hai, to unhon ne taqreer ki.</w:t>
      </w:r>
      <w:r>
        <w:br/>
      </w:r>
      <w:r>
        <w:rPr>
          <w:sz w:val="20"/>
        </w:rPr>
        <w:t>23:08  unhon ne kaha ke hamein salahuddin ayubi ki talwar ki zaroorat hai. yeh kis qadar be khabar the yeh log, yaani mor din blind the yeh log. yaani zamana keh raha tha ke azadi</w:t>
      </w:r>
      <w:r>
        <w:br/>
      </w:r>
      <w:r>
        <w:rPr>
          <w:sz w:val="20"/>
        </w:rPr>
        <w:t>23:19  aa gayi duniya mein, khoob da'wati kaam karo, khoob Allah ka paigham phailao. age of islam aa gaya, ab in ko talwar chahiye taake mare logon ko.</w:t>
      </w:r>
    </w:p>
    <w:p>
      <w:pPr>
        <w:pStyle w:val="Heading2"/>
      </w:pPr>
      <w:r>
        <w:t>Abu Bakr story and two forces of ego and conscience</w:t>
      </w:r>
    </w:p>
    <w:p>
      <w:r>
        <w:rPr>
          <w:color w:val="666666"/>
          <w:sz w:val="18"/>
        </w:rPr>
        <w:t>ABC of Life | December 3, 2007 · 4m 38s · at 13:24 · https://youtu.be/SNkPFmNjhjY?t=804</w:t>
      </w:r>
    </w:p>
    <w:p>
      <w:r>
        <w:rPr>
          <w:i/>
        </w:rPr>
        <w:t>“In the time of the Prophet, in Medina”</w:t>
      </w:r>
    </w:p>
    <w:p>
      <w:r>
        <w:rPr>
          <w:sz w:val="20"/>
        </w:rPr>
        <w:t>13:24  ego kya hai, consciousness kya hai.</w:t>
      </w:r>
      <w:r>
        <w:br/>
      </w:r>
      <w:r>
        <w:rPr>
          <w:sz w:val="20"/>
        </w:rPr>
        <w:t>13:32  rasool Allah ke zamanay mein, prophet alehالسلام ke zamanay mein aik baar madine mein aisa hua ke</w:t>
      </w:r>
      <w:r>
        <w:br/>
      </w:r>
      <w:r>
        <w:rPr>
          <w:sz w:val="20"/>
        </w:rPr>
        <w:t>13:39  aap ke aik companion thay jin ko hum sahabi kehte hain.</w:t>
      </w:r>
      <w:r>
        <w:br/>
      </w:r>
      <w:r>
        <w:rPr>
          <w:sz w:val="20"/>
        </w:rPr>
        <w:t>13:47  aik aadmi in ko bohat ziyada bura kehne laga,</w:t>
      </w:r>
      <w:r>
        <w:br/>
      </w:r>
      <w:r>
        <w:rPr>
          <w:sz w:val="20"/>
        </w:rPr>
        <w:t>13:54  ya'ni provoke karne laga, tarah tarah ki baatein keh kar ke. to pehle to Abu Bakr Siddiq jo hain woh chup chap sunte rahe, chup chap sunte rahe. jab us ne bohat zyada kaha to woh woh bhi bhadak gaye, woh bhi lage kuch jawab dene, matlab unhone react kiya. to jab react kiya unhone to wahan Rasool Allah the, woh wahan se chale gaye. to baad ko Abu Bakr</w:t>
      </w:r>
      <w:r>
        <w:br/>
      </w:r>
      <w:r>
        <w:rPr>
          <w:sz w:val="20"/>
        </w:rPr>
        <w:t>14:24  Siddiq ne un se poocha ke jab tak woh aadmi mujh ko keh raha tha bura bhala, tab tak to aap wahan khade hue the. ab main jab kuch bola to aap wahan se chale gaye. to aap ne kaha ke jab tum chup the aur woh bol raha tha to wahan par ek angel tha jo tumhari taraf se jawab de raha tha. ke tum chup the, bol raha tha woh to tumhari</w:t>
      </w:r>
      <w:r>
        <w:br/>
      </w:r>
      <w:r>
        <w:rPr>
          <w:sz w:val="20"/>
        </w:rPr>
        <w:t>14:54  taraf se jawab de raha tha angel.</w:t>
      </w:r>
      <w:r>
        <w:br/>
      </w:r>
      <w:r>
        <w:rPr>
          <w:sz w:val="20"/>
        </w:rPr>
        <w:t>14:59  aur jab tum bolne lage to tab satan aa gaya wahan par.</w:t>
      </w:r>
      <w:r>
        <w:br/>
      </w:r>
      <w:r>
        <w:rPr>
          <w:sz w:val="20"/>
        </w:rPr>
        <w:t>15:04  jab satan aa gaya to phir mera rehne ka wahan koi matlab nahi tha, mein wahan se hat gaya.</w:t>
      </w:r>
      <w:r>
        <w:br/>
      </w:r>
      <w:r>
        <w:rPr>
          <w:sz w:val="20"/>
        </w:rPr>
        <w:t>15:09  dekhein, yeh kya matlab? yeh koi mysterious baat nahi hai, yeh koi mysterious baat nahi hai.</w:t>
      </w:r>
      <w:r>
        <w:br/>
      </w:r>
      <w:r>
        <w:rPr>
          <w:sz w:val="20"/>
        </w:rPr>
        <w:t>15:14  jab abubakar siddiq chup thay aur angel bol raha tha to is ka matlab kya hai? is ka</w:t>
      </w:r>
      <w:r>
        <w:br/>
      </w:r>
      <w:r>
        <w:rPr>
          <w:sz w:val="20"/>
        </w:rPr>
        <w:t>15:19  matlab yeh hai ke</w:t>
      </w:r>
      <w:r>
        <w:br/>
      </w:r>
      <w:r>
        <w:rPr>
          <w:sz w:val="20"/>
        </w:rPr>
        <w:t>15:25  angel is aadmi ke, woh jo aadmi bol raha tha, us aadmi ke conscience ko activate kar raha</w:t>
      </w:r>
      <w:r>
        <w:br/>
      </w:r>
      <w:r>
        <w:rPr>
          <w:sz w:val="20"/>
        </w:rPr>
        <w:t>15:31  tha ke dekho, tum kitna galat kaam kar rahe ho.</w:t>
      </w:r>
      <w:r>
        <w:br/>
      </w:r>
      <w:r>
        <w:rPr>
          <w:sz w:val="20"/>
        </w:rPr>
        <w:t>15:37  yani woh angel aik taraf abubakar siddiq ki dignity ko highlight kar raha tha ke dekho, aik</w:t>
      </w:r>
      <w:r>
        <w:br/>
      </w:r>
      <w:r>
        <w:rPr>
          <w:sz w:val="20"/>
        </w:rPr>
        <w:t>15:43  taraf yeh aadmi hai jo kuch bol nahi raha, koi react nahi kar raha hai, aur tum</w:t>
      </w:r>
      <w:r>
        <w:br/>
      </w:r>
      <w:r>
        <w:rPr>
          <w:sz w:val="20"/>
        </w:rPr>
        <w:t>15:50  ho kitne, yani</w:t>
      </w:r>
      <w:r>
        <w:br/>
      </w:r>
      <w:r>
        <w:rPr>
          <w:sz w:val="20"/>
        </w:rPr>
        <w:t>15:56  galat aadmi ke us ko bura bhala keh rahe ho. to angel ko us waqt mauqa tha ke ek taraf Abu Bakr Siddiq ko dignify kare aur doosri taraf us aadmi ka past hona dikhaye us ko. to andar se is ka, is ka jo conscience tha, woh us ko bura bhala keh raha tha through angel. jab tak Abu Bakr Siddiq nahi us ko keh rahe the kuch, to</w:t>
      </w:r>
      <w:r>
        <w:br/>
      </w:r>
      <w:r>
        <w:rPr>
          <w:sz w:val="20"/>
        </w:rPr>
        <w:t>16:26  is ka apna consciousness keh raha tha is se ke tum kitna galat aadmi ho, aik aise aadmi</w:t>
      </w:r>
      <w:r>
        <w:br/>
      </w:r>
      <w:r>
        <w:rPr>
          <w:sz w:val="20"/>
        </w:rPr>
        <w:t>16:31  ko bura bhala keh rahe ho jo chup chap hai, innocent hai.</w:t>
      </w:r>
      <w:r>
        <w:br/>
      </w:r>
      <w:r>
        <w:rPr>
          <w:sz w:val="20"/>
        </w:rPr>
        <w:t>16:36  to angel activate karte hain ya satan activate karta hai aadmi ko.</w:t>
      </w:r>
      <w:r>
        <w:br/>
      </w:r>
      <w:r>
        <w:rPr>
          <w:sz w:val="20"/>
        </w:rPr>
        <w:t>16:41  to jab tak abubakar siddiq khud chup thay, to angel jo hai is aadmi ke consciousness ke through</w:t>
      </w:r>
      <w:r>
        <w:br/>
      </w:r>
      <w:r>
        <w:rPr>
          <w:sz w:val="20"/>
        </w:rPr>
        <w:t>16:46  is ko keh raha tha ke tum bohat galat aadmi ho.</w:t>
      </w:r>
      <w:r>
        <w:br/>
      </w:r>
      <w:r>
        <w:rPr>
          <w:sz w:val="20"/>
        </w:rPr>
        <w:t>16:51  lekin jab aap lage bolne to phir</w:t>
      </w:r>
      <w:r>
        <w:br/>
      </w:r>
      <w:r>
        <w:rPr>
          <w:sz w:val="20"/>
        </w:rPr>
        <w:t>16:56  satan ki bari aa gayi, satan ka window khul gaya, satan ko entry point mil gaya.</w:t>
      </w:r>
      <w:r>
        <w:br/>
      </w:r>
      <w:r>
        <w:rPr>
          <w:sz w:val="20"/>
        </w:rPr>
        <w:t>17:02  phir angel ka kaam wahan par ruk gaya.</w:t>
      </w:r>
      <w:r>
        <w:br/>
      </w:r>
      <w:r>
        <w:rPr>
          <w:sz w:val="20"/>
        </w:rPr>
        <w:t>17:09  yeh matlab hai.</w:t>
      </w:r>
      <w:r>
        <w:br/>
      </w:r>
      <w:r>
        <w:rPr>
          <w:sz w:val="20"/>
        </w:rPr>
        <w:t>17:15  to dekhiye, jab bhi koi controversy aati hai, do aadmi mein koi takrao hota hai, kisi bhi qism</w:t>
      </w:r>
      <w:r>
        <w:br/>
      </w:r>
      <w:r>
        <w:rPr>
          <w:sz w:val="20"/>
        </w:rPr>
        <w:t>17:21  ka koi do aadmi mein koi, yaani larai hoti hai, to</w:t>
      </w:r>
      <w:r>
        <w:br/>
      </w:r>
      <w:r>
        <w:rPr>
          <w:sz w:val="20"/>
        </w:rPr>
        <w:t>17:27  wahan par ego aur consciousness ko mauqa hota hai.</w:t>
      </w:r>
      <w:r>
        <w:br/>
      </w:r>
      <w:r>
        <w:rPr>
          <w:sz w:val="20"/>
        </w:rPr>
        <w:t>17:34  agar aap negative attitude ikhtiyar karein to iska matlab yeh hai ke aap ka ego jaag pada hai.</w:t>
      </w:r>
      <w:r>
        <w:br/>
      </w:r>
      <w:r>
        <w:rPr>
          <w:sz w:val="20"/>
        </w:rPr>
        <w:t>17:41  ab agar aap positive attitude ikhtiyar karein to iska matlab yeh hai ke aap ka consciousness jaaga hua hai.</w:t>
      </w:r>
      <w:r>
        <w:br/>
      </w:r>
      <w:r>
        <w:rPr>
          <w:sz w:val="20"/>
        </w:rPr>
        <w:t>17:48  to consciousness ko jagate hain angel, ego ko jagata hai satan.</w:t>
      </w:r>
      <w:r>
        <w:br/>
      </w:r>
      <w:r>
        <w:rPr>
          <w:sz w:val="20"/>
        </w:rPr>
        <w:t>17:55  yeh hai do taqaton ka duniya mein takrana jo koi mysterious cheez nahi hai.</w:t>
      </w:r>
    </w:p>
    <w:p>
      <w:pPr>
        <w:pStyle w:val="Heading2"/>
      </w:pPr>
      <w:r>
        <w:t>From God-centered to self-centered thinking</w:t>
      </w:r>
    </w:p>
    <w:p>
      <w:r>
        <w:rPr>
          <w:color w:val="666666"/>
          <w:sz w:val="18"/>
        </w:rPr>
        <w:t>Why this Ethical Crisis (Moral Crisis) I December 16, 2007 - Maulana Wahiduddin Khan · 4m 53s · at 31:53 · https://youtu.be/00lGcZ0tyyg?t=1913</w:t>
      </w:r>
    </w:p>
    <w:p>
      <w:r>
        <w:rPr>
          <w:i/>
        </w:rPr>
        <w:t>“Yeh tha God-based culture, ab khuda ko alag kar diya”</w:t>
      </w:r>
    </w:p>
    <w:p>
      <w:r>
        <w:rPr>
          <w:sz w:val="20"/>
        </w:rPr>
        <w:t>31:53  yeh tha god based culture, god based thinking, khuda ko le kar sochna. ab jo khuda ko alag kar diya gaya, cheezon se alag kar diya gaya, to kya hua?</w:t>
      </w:r>
      <w:r>
        <w:br/>
      </w:r>
      <w:r>
        <w:rPr>
          <w:sz w:val="20"/>
        </w:rPr>
        <w:t>32:06  har aadmi</w:t>
      </w:r>
      <w:r>
        <w:br/>
      </w:r>
      <w:r>
        <w:rPr>
          <w:sz w:val="20"/>
        </w:rPr>
        <w:t>32:10  yeh mehsoos karne laga ke main kisi ka accountable nahi hoon. accountability ka ehsaas khatm ho gaya, responsibility ka ehsaas khatm ho gaya.</w:t>
      </w:r>
      <w:r>
        <w:br/>
      </w:r>
      <w:r>
        <w:rPr>
          <w:sz w:val="20"/>
        </w:rPr>
        <w:t>32:20  ab yahi hai mamla: apne mind ko istemal kar ke bacha lo apne aap ko, paisa kharch kar ke bacha lo apne aap ko. is se aage to kuch hone wala hai nahi.</w:t>
      </w:r>
      <w:r>
        <w:br/>
      </w:r>
      <w:r>
        <w:rPr>
          <w:sz w:val="20"/>
        </w:rPr>
        <w:t>32:31  to yeh jo mizaj aaya hai, is ka aaghaz hua hai seventeen century mein galileo ke nazariye se.</w:t>
      </w:r>
      <w:r>
        <w:br/>
      </w:r>
      <w:r>
        <w:rPr>
          <w:sz w:val="20"/>
        </w:rPr>
        <w:t>32:40  galileo ne ek taraf to yeh kiya ke mathematics ko physics ko mila diya, aur doosri taraf</w:t>
      </w:r>
      <w:r>
        <w:br/>
      </w:r>
      <w:r>
        <w:rPr>
          <w:sz w:val="20"/>
        </w:rPr>
        <w:t>32:47  kya kiya? quantity ko quality ko alag alag kar diya. do kaam kiya us ne.</w:t>
      </w:r>
      <w:r>
        <w:br/>
      </w:r>
      <w:r>
        <w:rPr>
          <w:sz w:val="20"/>
        </w:rPr>
        <w:t>32:57  to aakhir umar mein aap jante hain, galileo andha ho gaya tha, completely blind. wahan bhi us ne socha nahi ke dekho, koi aur taqat hai jis ki wajah se mujhe aankh mili thi.</w:t>
      </w:r>
      <w:r>
        <w:br/>
      </w:r>
      <w:r>
        <w:rPr>
          <w:sz w:val="20"/>
        </w:rPr>
        <w:t>33:07  ab mujhe mere paas aankh nahi hai. us ko sochna chahiye tha ke aankh jis se main dekhta tha, jis se maine itni kitaben likhin, itna main research kiya.</w:t>
      </w:r>
      <w:r>
        <w:br/>
      </w:r>
      <w:r>
        <w:rPr>
          <w:sz w:val="20"/>
        </w:rPr>
        <w:t>33:17  aap jante hain, galileo pehla shakhs hai jis ne ke telescope se sitaron ko dekha aur yeh bataya ke zameen jo hai, woh center nahi hai balkeh sun jo hai, woh center hai.</w:t>
      </w:r>
      <w:r>
        <w:br/>
      </w:r>
      <w:r>
        <w:rPr>
          <w:sz w:val="20"/>
        </w:rPr>
        <w:t>33:32  to itni door tak dekh saka woh, lekin khud apne ko nahi dekh saka woh</w:t>
      </w:r>
      <w:r>
        <w:br/>
      </w:r>
      <w:r>
        <w:rPr>
          <w:sz w:val="20"/>
        </w:rPr>
        <w:t>33:37  ke main jo blind ho gaya to waqt koi aur hai jo control kar raha hai. us ke dene se aankh milti hai, us ko na de to mujhe aankh nahi rahegi mere paas.</w:t>
      </w:r>
      <w:r>
        <w:br/>
      </w:r>
      <w:r>
        <w:rPr>
          <w:sz w:val="20"/>
        </w:rPr>
        <w:t>33:48  to behal, us ke baad bohat se log paida hue isi rukh par,</w:t>
      </w:r>
      <w:r>
        <w:br/>
      </w:r>
      <w:r>
        <w:rPr>
          <w:sz w:val="20"/>
        </w:rPr>
        <w:t>33:55  aur phir yeh silsila chalta raha is separation ka. to aaj yahi haal hai ke aap aap ek ghar banate hain, ek car kharidte hain, ek business karte hain, to us ko samajhte hain ke meri apni kamai ka nateeja hai, meri apni aqal ka nateeja hai,</w:t>
      </w:r>
      <w:r>
        <w:br/>
      </w:r>
      <w:r>
        <w:rPr>
          <w:sz w:val="20"/>
        </w:rPr>
        <w:t>34:13  aur is mein jo khuda ka hissa hai, us ko aap bhool jate hain. halanke hamara hissa is mein ek percent se bhi bohat hi kam hai, balkeh kuch bhi nahi hai.</w:t>
      </w:r>
      <w:r>
        <w:br/>
      </w:r>
      <w:r>
        <w:rPr>
          <w:sz w:val="20"/>
        </w:rPr>
        <w:t>34:23  agar aap mind ko le kar sochen to hamara hissa kuch bhi nahi hai. mind bhi khuda ka diya hua hai.</w:t>
      </w:r>
      <w:r>
        <w:br/>
      </w:r>
      <w:r>
        <w:rPr>
          <w:sz w:val="20"/>
        </w:rPr>
        <w:t>34:30  aap ne jo business kiya, jo car kharidi, jo ghar banaya, bachon ko education dilwai, aur waghera waghera, to woh sab ka sab god given hai.</w:t>
      </w:r>
      <w:r>
        <w:br/>
      </w:r>
      <w:r>
        <w:rPr>
          <w:sz w:val="20"/>
        </w:rPr>
        <w:t>34:44  yani is mein koi bhi aap ka hissa kuch bhi nahi hai, kyunke jis ko aap apna hissa samajhte hain, woh aap ke mind ki wajah se hai. to mind bhi to khuda ka diya hua hai,</w:t>
      </w:r>
      <w:r>
        <w:br/>
      </w:r>
      <w:r>
        <w:rPr>
          <w:sz w:val="20"/>
        </w:rPr>
        <w:t>34:53  woh bhi khuda ka diya hua hai. to maine arz kiya tha is se pehle ke main wahan manchester gaya, wahan ek arab se mulaqat hui, to us ne isi baat ko is tarah kaha ke us zamane ka us ne kaha ke main arab mein tha, phir main yahan</w:t>
      </w:r>
      <w:r>
        <w:br/>
      </w:r>
      <w:r>
        <w:rPr>
          <w:sz w:val="20"/>
        </w:rPr>
        <w:t>35:11  britain mein aaya to ek cheez mujhe mehsoos hui ke kya raaz hai ke us zamane mein aadmi itna materialistic ho gaya hai.</w:t>
      </w:r>
      <w:r>
        <w:br/>
      </w:r>
      <w:r>
        <w:rPr>
          <w:sz w:val="20"/>
        </w:rPr>
        <w:t>35:21  to us ne kaha ke is zamane mein yeh hua hai ke inaam ko moniem se alag kar diya gaya.</w:t>
      </w:r>
      <w:r>
        <w:br/>
      </w:r>
      <w:r>
        <w:rPr>
          <w:sz w:val="20"/>
        </w:rPr>
        <w:t>35:27  inaam matlab inaam ka to hota hai blessing, munim ka to hota hai giver. ek hai giver, ek hai blessing. to is ne kaha ke munim ko inaam se alag kar diya gaya.</w:t>
      </w:r>
      <w:r>
        <w:br/>
      </w:r>
      <w:r>
        <w:rPr>
          <w:sz w:val="20"/>
        </w:rPr>
        <w:t>35:40  yani hum blessing ko to le rahe hain,</w:t>
      </w:r>
      <w:r>
        <w:br/>
      </w:r>
      <w:r>
        <w:rPr>
          <w:sz w:val="20"/>
        </w:rPr>
        <w:t>35:43  lekin hum giver ko nahi sochte, inaam ko le rahe hain, munim ko nahi sochte. khoob khush ho rahe hain ghar bana kar ke, khoob khush ho rahe hain bari bari carain khareed kar ke, khoob khush ho rahe hain apne bachon ko taraqqi dilwa kar ke, lekin yeh sochte hain ke bachcha kis ne diya hai,</w:t>
      </w:r>
      <w:r>
        <w:br/>
      </w:r>
      <w:r>
        <w:rPr>
          <w:sz w:val="20"/>
        </w:rPr>
        <w:t>36:04  yeh sari cheezain kis ne di hain, jis ki wajah se hum yahan dunya mein jee rahe hain. to jab aap inaam ko alag kar dein, munim ko alag kar dein, yani blessing ko alag kar dein, aur giver ko alag kar dein, to kya hoga?</w:t>
      </w:r>
      <w:r>
        <w:br/>
      </w:r>
      <w:r>
        <w:rPr>
          <w:sz w:val="20"/>
        </w:rPr>
        <w:t>36:17  phir aap god oriented soch khatam ho jayegi aap ke andar, phir self oriented soch banegi aap ke andar ke main main hi sab kuch hoon.</w:t>
      </w:r>
      <w:r>
        <w:br/>
      </w:r>
      <w:r>
        <w:rPr>
          <w:sz w:val="20"/>
        </w:rPr>
        <w:t>36:27  to agar agar do lafz mein kaha jaye to jo jo pehle jo culture tha hamare pichli history mein, to woh tha god centered thinking.</w:t>
      </w:r>
      <w:r>
        <w:br/>
      </w:r>
      <w:r>
        <w:rPr>
          <w:sz w:val="20"/>
        </w:rPr>
        <w:t>36:39  ab kya hai? self centered thinking. yeh sara maamla badal gaya.</w:t>
      </w:r>
    </w:p>
    <w:p>
      <w:pPr>
        <w:pStyle w:val="Heading2"/>
      </w:pPr>
      <w:r>
        <w:t>Unique gathering and prophecy of Islam's spread</w:t>
      </w:r>
    </w:p>
    <w:p>
      <w:r>
        <w:rPr>
          <w:color w:val="666666"/>
          <w:sz w:val="18"/>
        </w:rPr>
        <w:t>CPS Peace Conference 2019, Day 1. Session 2 (Remembrance of God) · 4m 16s · at 21:30 · https://youtu.be/MaqHmFTbIqk?t=1290</w:t>
      </w:r>
    </w:p>
    <w:p>
      <w:r>
        <w:rPr>
          <w:i/>
        </w:rPr>
        <w:t>“Aise waqt mein jab ke log zikr kar rahe hain, jahan bhi”</w:t>
      </w:r>
    </w:p>
    <w:p>
      <w:r>
        <w:rPr>
          <w:sz w:val="20"/>
        </w:rPr>
        <w:t>21:30  Aise waqt mein jab ke log zikr kar rahe hain, jahan bhi, jahan bhi, har saari dunya mein jagah jagah chirche ke majlis hain, conference hain, jalsa hai,</w:t>
      </w:r>
      <w:r>
        <w:br/>
      </w:r>
      <w:r>
        <w:rPr>
          <w:sz w:val="20"/>
        </w:rPr>
        <w:t>21:45  workshop hai, aur pata nahi kya kya ho raha hai, har taraf chircha hai, chircha hai, chircha hai. Lekin aap un ko survey kijiye, har jagah apni graduations bayan karte hain log,</w:t>
      </w:r>
      <w:r>
        <w:br/>
      </w:r>
      <w:r>
        <w:rPr>
          <w:sz w:val="20"/>
        </w:rPr>
        <w:t>21:58  apni graduations ke hamare khilaf sazish ho rahi hai, "we are under siege" waghera. Saare log isi mein mashgool hain, saare log, jahan tak mein jaanta hoon, without any exception, isi mein mashgool hain ke doosron ki,</w:t>
      </w:r>
      <w:r>
        <w:br/>
      </w:r>
      <w:r>
        <w:rPr>
          <w:sz w:val="20"/>
        </w:rPr>
        <w:t>22:21  doosron ki sazishon ko, doosron ki adawat ko, doosron ke zulm ko bayan karen. Is ke liye ikhatta hote hain woh. Hum Allah ke fazal se, hamare dil mein bhi nahi hai ke hamare khilaf koi sazish hai, hamare dil mein bhi nahi hai.</w:t>
      </w:r>
      <w:r>
        <w:br/>
      </w:r>
      <w:r>
        <w:rPr>
          <w:sz w:val="20"/>
        </w:rPr>
        <w:t>22:38  Hum sirf Allah ki glory bayan karne ke liye yahan ikhatta hue hain, Allah ki azmat ko bayan karne ke liye yahan ikhatta hue hain. Bilkul anokha ijtima hai, yeh anokha ijtima hai.</w:t>
      </w:r>
      <w:r>
        <w:br/>
      </w:r>
      <w:r>
        <w:rPr>
          <w:sz w:val="20"/>
        </w:rPr>
        <w:t>22:51  yeh wohi ijtima hai jis ke liye inshallah farishtay kehtay honge ke "halum al hajatukum, halum al</w:t>
      </w:r>
      <w:r>
        <w:br/>
      </w:r>
      <w:r>
        <w:rPr>
          <w:sz w:val="20"/>
        </w:rPr>
        <w:t>22:57  hajatukum, yahan aao, yahan hai woh</w:t>
      </w:r>
      <w:r>
        <w:br/>
      </w:r>
      <w:r>
        <w:rPr>
          <w:sz w:val="20"/>
        </w:rPr>
        <w:t>23:00  jis ko tum talash kar rahay thay."</w:t>
      </w:r>
      <w:r>
        <w:br/>
      </w:r>
      <w:r>
        <w:rPr>
          <w:sz w:val="20"/>
        </w:rPr>
        <w:t>23:03  to main dua karta hoon ke Allah taala hum sab ko is mein shamil farmaye jis ke baray</w:t>
      </w:r>
      <w:r>
        <w:br/>
      </w:r>
      <w:r>
        <w:rPr>
          <w:sz w:val="20"/>
        </w:rPr>
        <w:t>23:09  mein farishtay kahengay ke "halum al hajatukum, halum al hajatukum."</w:t>
      </w:r>
      <w:r>
        <w:br/>
      </w:r>
      <w:r>
        <w:rPr>
          <w:sz w:val="20"/>
        </w:rPr>
        <w:t>23:16  to main aap se kahunga, dua karunga ke mazeed josh ke sath, mazeed yaqeen ke sath</w:t>
      </w:r>
      <w:r>
        <w:br/>
      </w:r>
      <w:r>
        <w:rPr>
          <w:sz w:val="20"/>
        </w:rPr>
        <w:t>23:24  is mein lag jaiye,</w:t>
      </w:r>
      <w:r>
        <w:br/>
      </w:r>
      <w:r>
        <w:rPr>
          <w:sz w:val="20"/>
        </w:rPr>
        <w:t>23:27  is waqt tak jab tak ke woh, is ka woh hadith</w:t>
      </w:r>
      <w:r>
        <w:br/>
      </w:r>
      <w:r>
        <w:rPr>
          <w:sz w:val="20"/>
        </w:rPr>
        <w:t>23:33  poori ho jaye.</w:t>
      </w:r>
      <w:r>
        <w:br/>
      </w:r>
      <w:r>
        <w:rPr>
          <w:sz w:val="20"/>
        </w:rPr>
        <w:t>23:34  woh hadith ke alfaaz parhiye ke "har ghar mein puhanchay ga quran, kalma islam."</w:t>
      </w:r>
      <w:r>
        <w:br/>
      </w:r>
      <w:r>
        <w:rPr>
          <w:sz w:val="20"/>
        </w:rPr>
        <w:t>23:39  an al-miqdad ibn al-aswad yaqool: "samt rasool Allah sal-Allah alayh wasalam yaqool: la yabqa ala zahar al-ard</w:t>
      </w:r>
      <w:r>
        <w:br/>
      </w:r>
      <w:r>
        <w:rPr>
          <w:sz w:val="20"/>
        </w:rPr>
        <w:t>23:46  bayt madr wa la wabr illa adkhalahu Allah kalimat al-islam."</w:t>
      </w:r>
      <w:r>
        <w:br/>
      </w:r>
      <w:r>
        <w:rPr>
          <w:sz w:val="20"/>
        </w:rPr>
        <w:t>23:53  musnad ahmad hadith number 23814.</w:t>
      </w:r>
      <w:r>
        <w:br/>
      </w:r>
      <w:r>
        <w:rPr>
          <w:sz w:val="20"/>
        </w:rPr>
        <w:t>23:58  Miqdad bin al-Aswad se riwayat hai ke unhon ne kaha: "Maine Rasul Allah Sallallahu 'Alayhi Wasallam ko kehte hue suna: Rooh-e-zameen par koi bhi chota ya bara ghar nahi bachega magar Allah taala is mein Islam ke kalme ko dakhil karega." Dekhiye,</w:t>
      </w:r>
      <w:r>
        <w:br/>
      </w:r>
      <w:r>
        <w:rPr>
          <w:sz w:val="20"/>
        </w:rPr>
        <w:t>24:16  is hadith mein ek process ka zikr hai, process yaani ek waqt aayega jab ke communication dunya mein aa jayega, peace aa jayega,</w:t>
      </w:r>
      <w:r>
        <w:br/>
      </w:r>
      <w:r>
        <w:rPr>
          <w:sz w:val="20"/>
        </w:rPr>
        <w:t>24:30  saare woh asbab ikhatta ho jayenge jo tabligh aam ke liye zaroori hain. Kuch log is ko discover karenge,</w:t>
      </w:r>
      <w:r>
        <w:br/>
      </w:r>
      <w:r>
        <w:rPr>
          <w:sz w:val="20"/>
        </w:rPr>
        <w:t>24:43  jis tarah farishtay kahenge: "Halumma ila hajatikum." Kuch log discover kar ke kahenge: "Ae mere sath</w:t>
      </w:r>
      <w:r>
        <w:br/>
      </w:r>
      <w:r>
        <w:rPr>
          <w:sz w:val="20"/>
        </w:rPr>
        <w:t>24:50  yun! Yeh dekho, yeh hai, khol diya Allah taala ne, tamam rastay hain, aao is ko hum avail karen." To yeh jo hai, is ka culmination hai, culmination ke har ghar mein pahunch jayega,</w:t>
      </w:r>
      <w:r>
        <w:br/>
      </w:r>
      <w:r>
        <w:rPr>
          <w:sz w:val="20"/>
        </w:rPr>
        <w:t>25:07  har maqam par pohnch jaye ga, har library mein, har school mein, har college mein, har jagah.</w:t>
      </w:r>
      <w:r>
        <w:br/>
      </w:r>
      <w:r>
        <w:rPr>
          <w:sz w:val="20"/>
        </w:rPr>
        <w:t>25:16  to Allah taala aap ko zariya banaye,</w:t>
      </w:r>
    </w:p>
    <w:p>
      <w:pPr>
        <w:pStyle w:val="Heading2"/>
      </w:pPr>
      <w:r>
        <w:t>Cultural practice of using 'Allah' is not Islamic</w:t>
      </w:r>
    </w:p>
    <w:p>
      <w:r>
        <w:rPr>
          <w:color w:val="666666"/>
          <w:sz w:val="18"/>
        </w:rPr>
        <w:t>Understanding Islam (In Conversation with Maulana) March 14, 2011 · 3m 01s · at 37:13 · https://youtu.be/OMaWHBc_3XM?t=2233</w:t>
      </w:r>
    </w:p>
    <w:p>
      <w:r>
        <w:rPr>
          <w:i/>
        </w:rPr>
        <w:t>“Yeh sab jhoot Pakistan ne nikala hai, Pakistani culture hai.”</w:t>
      </w:r>
    </w:p>
    <w:p>
      <w:r>
        <w:rPr>
          <w:sz w:val="20"/>
        </w:rPr>
        <w:t xml:space="preserve">37:13  </w:t>
      </w:r>
      <w:r>
        <w:br/>
      </w:r>
      <w:r>
        <w:rPr>
          <w:sz w:val="20"/>
        </w:rPr>
        <w:t>37:17  maulana, unhon ne ek aur suggestion ke taur par ek cheez likhi hai ke hamein Khuda aur God</w:t>
      </w:r>
      <w:r>
        <w:br/>
      </w:r>
      <w:r>
        <w:rPr>
          <w:sz w:val="20"/>
        </w:rPr>
        <w:t>37:21  ke lafz ki bajaye Allah ka lafz istemal karna chahiye.</w:t>
      </w:r>
      <w:r>
        <w:br/>
      </w:r>
      <w:r>
        <w:rPr>
          <w:sz w:val="20"/>
        </w:rPr>
        <w:t>37:24  yeh sab jhoot Pakistan ne nikala hai, Pakistani culture hai.</w:t>
      </w:r>
      <w:r>
        <w:br/>
      </w:r>
      <w:r>
        <w:rPr>
          <w:sz w:val="20"/>
        </w:rPr>
        <w:t>37:28  main is ke sakht khilaf hoon.</w:t>
      </w:r>
      <w:r>
        <w:br/>
      </w:r>
      <w:r>
        <w:rPr>
          <w:sz w:val="20"/>
        </w:rPr>
        <w:t>37:32  Allah ka lafz mushrik bolte the wahan par.</w:t>
      </w:r>
      <w:r>
        <w:br/>
      </w:r>
      <w:r>
        <w:rPr>
          <w:sz w:val="20"/>
        </w:rPr>
        <w:t>37:36  un logon ko pata nahin un un un un zalimon ko ke lafz Allah Rasool Allah ne thori nikala tha.</w:t>
      </w:r>
      <w:r>
        <w:br/>
      </w:r>
      <w:r>
        <w:rPr>
          <w:sz w:val="20"/>
        </w:rPr>
        <w:t>37:39  Makkah ke mushrikeen, Arab ke mushrikeen, Allah to Allah</w:t>
      </w:r>
      <w:r>
        <w:br/>
      </w:r>
      <w:r>
        <w:rPr>
          <w:sz w:val="20"/>
        </w:rPr>
        <w:t>37:43  bolte the, to bhi galat tha.</w:t>
      </w:r>
      <w:r>
        <w:br/>
      </w:r>
      <w:r>
        <w:rPr>
          <w:sz w:val="20"/>
        </w:rPr>
        <w:t>37:47  Rasool Allah ko koi aur ajeeb ghareeb lafz nikalna chahiye the kahin se.</w:t>
      </w:r>
      <w:r>
        <w:br/>
      </w:r>
      <w:r>
        <w:rPr>
          <w:sz w:val="20"/>
        </w:rPr>
        <w:t>37:51  Allah Hafiz nikala hai.</w:t>
      </w:r>
      <w:r>
        <w:br/>
      </w:r>
      <w:r>
        <w:rPr>
          <w:sz w:val="20"/>
        </w:rPr>
        <w:t>37:55  yeh sab bilkul main is ko bilkul hi ek qoumi culture samajhta hoon.</w:t>
      </w:r>
      <w:r>
        <w:br/>
      </w:r>
      <w:r>
        <w:rPr>
          <w:sz w:val="20"/>
        </w:rPr>
        <w:t>37:58  qoumi culture jis ka Islam se koi talluq nahin hai.</w:t>
      </w:r>
      <w:r>
        <w:br/>
      </w:r>
      <w:r>
        <w:rPr>
          <w:sz w:val="20"/>
        </w:rPr>
        <w:t>38:02  musalmanon ne isi ko apni pehchan bana rakha hai ke hamara yeh hamari yeh culture hai.</w:t>
      </w:r>
      <w:r>
        <w:br/>
      </w:r>
      <w:r>
        <w:rPr>
          <w:sz w:val="20"/>
        </w:rPr>
        <w:t>38:06  hum Allah Hafiz kehte hain, Khuda Hafiz bilkul theek the.</w:t>
      </w:r>
      <w:r>
        <w:br/>
      </w:r>
      <w:r>
        <w:rPr>
          <w:sz w:val="20"/>
        </w:rPr>
        <w:t>38:10  aur yeh kar rakha hai unhon ne.</w:t>
      </w:r>
      <w:r>
        <w:br/>
      </w:r>
      <w:r>
        <w:rPr>
          <w:sz w:val="20"/>
        </w:rPr>
        <w:t>38:13  dekhiye, musalman jab yaani Arab mein mushrik jo the, woh Allah bolte the.</w:t>
      </w:r>
      <w:r>
        <w:br/>
      </w:r>
      <w:r>
        <w:rPr>
          <w:sz w:val="20"/>
        </w:rPr>
        <w:t>38:18  Rasool Allah sal Allah alaihi wasallam bhi Allah bole kyunke dono ki zuban ek thi.</w:t>
      </w:r>
      <w:r>
        <w:br/>
      </w:r>
      <w:r>
        <w:rPr>
          <w:sz w:val="20"/>
        </w:rPr>
        <w:t>38:22  phir yeh log jab Iran gaye to Iran wahan Khuda ka lafz chalta tha.</w:t>
      </w:r>
      <w:r>
        <w:br/>
      </w:r>
      <w:r>
        <w:rPr>
          <w:sz w:val="20"/>
        </w:rPr>
        <w:t>38:26  to unhi musalmanon ne khuda ka lafz istemal kiya.</w:t>
      </w:r>
      <w:r>
        <w:br/>
      </w:r>
      <w:r>
        <w:rPr>
          <w:sz w:val="20"/>
        </w:rPr>
        <w:t>38:31  sara persian literature bhara hua hai lafz khuda se.</w:t>
      </w:r>
      <w:r>
        <w:br/>
      </w:r>
      <w:r>
        <w:rPr>
          <w:sz w:val="20"/>
        </w:rPr>
        <w:t>38:35  bade bade ulma, bade bade akabir ne kitaben likhin, is mein khuda ka lafz istemal kiya unhon ne.</w:t>
      </w:r>
      <w:r>
        <w:br/>
      </w:r>
      <w:r>
        <w:rPr>
          <w:sz w:val="20"/>
        </w:rPr>
        <w:t>38:39  to kya yeh</w:t>
      </w:r>
      <w:r>
        <w:br/>
      </w:r>
      <w:r>
        <w:rPr>
          <w:sz w:val="20"/>
        </w:rPr>
        <w:t>38:43  history ko in cheezon mein phansa rakha hai musalmanon ko? badi badi cheezen jo hain, is mein use hatate hain.</w:t>
      </w:r>
      <w:r>
        <w:br/>
      </w:r>
      <w:r>
        <w:rPr>
          <w:sz w:val="20"/>
        </w:rPr>
        <w:t>38:48  yeh travel better se phansa rakha hai musalmanon ko.</w:t>
      </w:r>
      <w:r>
        <w:br/>
      </w:r>
      <w:r>
        <w:rPr>
          <w:sz w:val="20"/>
        </w:rPr>
        <w:t>38:52  unhi logon ne yeh badi badi cheezen jo sochne ki hain, is is par nahin.</w:t>
      </w:r>
      <w:r>
        <w:br/>
      </w:r>
      <w:r>
        <w:rPr>
          <w:sz w:val="20"/>
        </w:rPr>
        <w:t>38:57  is par unhon ne ke hum hum Allah Hafiz hum kahenge, hum God nahin istemal karenge,</w:t>
      </w:r>
      <w:r>
        <w:br/>
      </w:r>
      <w:r>
        <w:rPr>
          <w:sz w:val="20"/>
        </w:rPr>
        <w:t>39:01  hum Allah kahenge.</w:t>
      </w:r>
      <w:r>
        <w:br/>
      </w:r>
      <w:r>
        <w:rPr>
          <w:sz w:val="20"/>
        </w:rPr>
        <w:t>39:06  yeh sab bilkul yani travel cheezon mein phansana hai musalmanon ko.</w:t>
      </w:r>
      <w:r>
        <w:br/>
      </w:r>
      <w:r>
        <w:rPr>
          <w:sz w:val="20"/>
        </w:rPr>
        <w:t>39:10  aur badi badi baaten jo hain, is ki unhein khabar bhi nahin hai aur na musalmanon ko</w:t>
      </w:r>
      <w:r>
        <w:br/>
      </w:r>
      <w:r>
        <w:rPr>
          <w:sz w:val="20"/>
        </w:rPr>
        <w:t>39:15  is ko soch paida karte hain musalmanon ke andar.</w:t>
      </w:r>
      <w:r>
        <w:br/>
      </w:r>
      <w:r>
        <w:rPr>
          <w:sz w:val="20"/>
        </w:rPr>
        <w:t>39:18  bas mein is ke sakht khilaf hoon.</w:t>
      </w:r>
      <w:r>
        <w:br/>
      </w:r>
      <w:r>
        <w:rPr>
          <w:sz w:val="20"/>
        </w:rPr>
        <w:t>39:21  is is is zehan ke, is is is culture ke ke qaumi hai, yeh sirtasar ek qaumi phenomena</w:t>
      </w:r>
      <w:r>
        <w:br/>
      </w:r>
      <w:r>
        <w:rPr>
          <w:sz w:val="20"/>
        </w:rPr>
        <w:t>39:25  hai, is ka Islam se koi talluq nahin hai.</w:t>
      </w:r>
      <w:r>
        <w:br/>
      </w:r>
      <w:r>
        <w:rPr>
          <w:sz w:val="20"/>
        </w:rPr>
        <w:t>39:28  yani in logon ko pata hi nahin ke Rasool Allah ne lafz Allah istemal kiya ya Quran ka</w:t>
      </w:r>
      <w:r>
        <w:br/>
      </w:r>
      <w:r>
        <w:rPr>
          <w:sz w:val="20"/>
        </w:rPr>
        <w:t>39:31  lafz Allah istemal hua.</w:t>
      </w:r>
      <w:r>
        <w:br/>
      </w:r>
      <w:r>
        <w:rPr>
          <w:sz w:val="20"/>
        </w:rPr>
        <w:t>39:35  to yeh mushrik bhi pehle bolte the lafz Allah.</w:t>
      </w:r>
      <w:r>
        <w:br/>
      </w:r>
      <w:r>
        <w:rPr>
          <w:sz w:val="20"/>
        </w:rPr>
        <w:t>39:38  yeh thodi ke woh jannat se yeh lafz aaya tha.</w:t>
      </w:r>
      <w:r>
        <w:br/>
      </w:r>
      <w:r>
        <w:rPr>
          <w:sz w:val="20"/>
        </w:rPr>
        <w:t>39:41  kaise ajeeb ghareeb log hain, yeh</w:t>
      </w:r>
      <w:r>
        <w:br/>
      </w:r>
      <w:r>
        <w:rPr>
          <w:sz w:val="20"/>
        </w:rPr>
        <w:t>39:45  kuchh jante nahin kuchh baaton ko. khud Quran se sabit hai ke Allah ka bolte the woh ke agar un se poochho ke kis ne paida kiya zameen o aasman ko to Allah kahenge. yeh mushrikeen ke bare mein aaya hai. yeh bilkul yeh sab qaumi baaten hain. hamein is se bahar aa kar ke zyada se zyada bade bade masail is par sochna chahiye. maulana amanullah mathi ne Dilli se likha hai: "al risala mission mein ulama faida</w:t>
      </w:r>
    </w:p>
    <w:p>
      <w:pPr>
        <w:pStyle w:val="Heading2"/>
      </w:pPr>
      <w:r>
        <w:t>Da'wah responsibility after divine preparation</w:t>
      </w:r>
    </w:p>
    <w:p>
      <w:r>
        <w:rPr>
          <w:color w:val="666666"/>
          <w:sz w:val="18"/>
        </w:rPr>
        <w:t>Journey of History I 23 Dec, 2012 - Maulana Wahiduddin Khan · 5m 51s · at 38:29 · https://youtu.be/1NvRxiYKTnc?t=2309</w:t>
      </w:r>
    </w:p>
    <w:p>
      <w:r>
        <w:rPr>
          <w:i/>
        </w:rPr>
        <w:t>“Ab kaam karna hai da'iyon ko.”</w:t>
      </w:r>
    </w:p>
    <w:p>
      <w:r>
        <w:rPr>
          <w:sz w:val="20"/>
        </w:rPr>
        <w:t>38:29  Allah kay deen ko. Woh ho gaya. Ab kya karna hai? Ab jo kaam karna hai woh daaiyon ko karna hai.</w:t>
      </w:r>
      <w:r>
        <w:br/>
      </w:r>
      <w:r>
        <w:rPr>
          <w:sz w:val="20"/>
        </w:rPr>
        <w:t>38:40  Peghambaron nay apna kaam kar diya. Historical process apnay culmination tak puhanch chuka. Allah nay supporting, yaani jo jo support kay liye jo uss ki darkaar thi woh wajood mein aa gayi woh.</w:t>
      </w:r>
      <w:r>
        <w:br/>
      </w:r>
      <w:r>
        <w:rPr>
          <w:sz w:val="20"/>
        </w:rPr>
        <w:t>38:58  Ab kaam karna hai daaiyon ko. Yaani aikeesween sadi mein jo log hain, jo ahl-e-imaan hain, jo Allah say dartay hain.</w:t>
      </w:r>
      <w:r>
        <w:br/>
      </w:r>
      <w:r>
        <w:rPr>
          <w:sz w:val="20"/>
        </w:rPr>
        <w:t>39:08  jin ko yeh baat lagi rehti hai kay humein Allah kay samnay khara hona hai. Allah ko face karna hai.</w:t>
      </w:r>
      <w:r>
        <w:br/>
      </w:r>
      <w:r>
        <w:rPr>
          <w:sz w:val="20"/>
        </w:rPr>
        <w:t>39:18  Un ka kaam hai. Woh yeh sochen kay jab kuch ho chuka to ab tab meri zimmedari shuru ho jati hai.</w:t>
      </w:r>
      <w:r>
        <w:br/>
      </w:r>
      <w:r>
        <w:rPr>
          <w:sz w:val="20"/>
        </w:rPr>
        <w:t>39:27  Jis tarah petrol bharne kay baad driver ki zimmedari shuru ho jati hai gaari mein.</w:t>
      </w:r>
      <w:r>
        <w:br/>
      </w:r>
      <w:r>
        <w:rPr>
          <w:sz w:val="20"/>
        </w:rPr>
        <w:t>39:35  Ab jo itnay saray kaam jo ho chukay hain to ab aagay ka kaam ki zimmedari kaun le? Woh daai. Aaj jo log zinda hain, twenty first century mein.</w:t>
      </w:r>
      <w:r>
        <w:br/>
      </w:r>
      <w:r>
        <w:rPr>
          <w:sz w:val="20"/>
        </w:rPr>
        <w:t>39:48  Jo ahl-e-imaan. Jo Allah say reward chahtay hain.</w:t>
      </w:r>
      <w:r>
        <w:br/>
      </w:r>
      <w:r>
        <w:rPr>
          <w:sz w:val="20"/>
        </w:rPr>
        <w:t>39:54  Jin ko yeh lagi hui hai kay akhirat mein jab tamam insaan ikhatta hon. Hashr kay maidan mein. To Khuda awaaz day kay iss banday ko lao.</w:t>
      </w:r>
      <w:r>
        <w:br/>
      </w:r>
      <w:r>
        <w:rPr>
          <w:sz w:val="20"/>
        </w:rPr>
        <w:t>40:04  Iss banday ko mein reward doonga. Kyun kay is nay</w:t>
      </w:r>
      <w:r>
        <w:br/>
      </w:r>
      <w:r>
        <w:rPr>
          <w:sz w:val="20"/>
        </w:rPr>
        <w:t>40:11  situation ko pehchana. Jo mawaqay paida kiye gaye thay mein nay uss ko pehchana hai is nay. Aur is nay dawat ka kaam kiya. Dawat ka kaam kya hai?</w:t>
      </w:r>
      <w:r>
        <w:br/>
      </w:r>
      <w:r>
        <w:rPr>
          <w:sz w:val="20"/>
        </w:rPr>
        <w:t>40:21  Dawat ka matlab hai Allah kay creation plan say logon ko ba-khabar karna.</w:t>
      </w:r>
      <w:r>
        <w:br/>
      </w:r>
      <w:r>
        <w:rPr>
          <w:sz w:val="20"/>
        </w:rPr>
        <w:t>40:29  Yehi dawat ka kaam hai. Allah nay kyun paida kiya? Pre-death period mein kya hai?</w:t>
      </w:r>
      <w:r>
        <w:br/>
      </w:r>
      <w:r>
        <w:rPr>
          <w:sz w:val="20"/>
        </w:rPr>
        <w:t>40:39  Post-death period mein kya hai? Aakhirat mein accountability jo hai woh kis ussool par hogi?</w:t>
      </w:r>
      <w:r>
        <w:br/>
      </w:r>
      <w:r>
        <w:rPr>
          <w:sz w:val="20"/>
        </w:rPr>
        <w:t>40:47  Jannat mein kaun janay wala hai? Jahannum mein kaun janay wala hai?</w:t>
      </w:r>
      <w:r>
        <w:br/>
      </w:r>
      <w:r>
        <w:rPr>
          <w:sz w:val="20"/>
        </w:rPr>
        <w:t>40:54  Kis ko success milegi? Kaun fail ho kar reh jaye ga? Yeh sari baatein jo hain isi ko mein kehta hoon creation plan of God.</w:t>
      </w:r>
      <w:r>
        <w:br/>
      </w:r>
      <w:r>
        <w:rPr>
          <w:sz w:val="20"/>
        </w:rPr>
        <w:t>41:03  Isi ko batana yehi dawat hai Allah ki. To saray saray asbaab, saray asbaab, saray asbaab Allah nay paida jama kar diye.</w:t>
      </w:r>
      <w:r>
        <w:br/>
      </w:r>
      <w:r>
        <w:rPr>
          <w:sz w:val="20"/>
        </w:rPr>
        <w:t>41:16  ab koi kami nahi reh gai.</w:t>
      </w:r>
      <w:r>
        <w:br/>
      </w:r>
      <w:r>
        <w:rPr>
          <w:sz w:val="20"/>
        </w:rPr>
        <w:t>41:21  dekhen yeh saada baat nahi hai. yeh saada baat nahi hai. is ka mani kya hai? agar dawat dene wale na uthen to jante hain kya hoga?</w:t>
      </w:r>
      <w:r>
        <w:br/>
      </w:r>
      <w:r>
        <w:rPr>
          <w:sz w:val="20"/>
        </w:rPr>
        <w:t>41:35  madu ki pakar to baad ko hogi. daaiyon ki pakar pehle hogi.</w:t>
      </w:r>
      <w:r>
        <w:br/>
      </w:r>
      <w:r>
        <w:rPr>
          <w:sz w:val="20"/>
        </w:rPr>
        <w:t>41:46  yani jo nahi jante un ki pakar baad ko hogi. jinhon ne janne ke bawajood dawat ka kaam nahi kiya un ki pakar pehle hogi.</w:t>
      </w:r>
      <w:r>
        <w:br/>
      </w:r>
      <w:r>
        <w:rPr>
          <w:sz w:val="20"/>
        </w:rPr>
        <w:t>41:56  yeh saada baat nahi yaad rakhi. yeh saada baat nahi hai.</w:t>
      </w:r>
      <w:r>
        <w:br/>
      </w:r>
      <w:r>
        <w:rPr>
          <w:sz w:val="20"/>
        </w:rPr>
        <w:t>42:05  ek to woh insan hain. dunya mein</w:t>
      </w:r>
      <w:r>
        <w:br/>
      </w:r>
      <w:r>
        <w:rPr>
          <w:sz w:val="20"/>
        </w:rPr>
        <w:t>42:12  billion nahi billion insan hain. to yeh woh log hain jinhein abhi sachai ki khabar nahi.</w:t>
      </w:r>
      <w:r>
        <w:br/>
      </w:r>
      <w:r>
        <w:rPr>
          <w:sz w:val="20"/>
        </w:rPr>
        <w:t>42:22  sachai se bekhabar bhi sachai se bekhabar ho kar woh subah karte hain. sachai se bekhabar ho kar woh sham karte hain. sachai se bekhabri mein un ke din guzarte hain.</w:t>
      </w:r>
      <w:r>
        <w:br/>
      </w:r>
      <w:r>
        <w:rPr>
          <w:sz w:val="20"/>
        </w:rPr>
        <w:t>42:33  sachai se bekhabri mein un ki raat guzarti hai. sachai se bekhabri mein woh jeete hain. aur sachai se bekhabri mein woh mar jate hain. ek woh insan hain.</w:t>
      </w:r>
      <w:r>
        <w:br/>
      </w:r>
      <w:r>
        <w:rPr>
          <w:sz w:val="20"/>
        </w:rPr>
        <w:t>42:45  dusre woh insan hain jin ke pas quran hai. jin ke pas Allah ki wahi hai. jin ko ilm hai ke Allah ka mansooba kya hai?</w:t>
      </w:r>
      <w:r>
        <w:br/>
      </w:r>
      <w:r>
        <w:rPr>
          <w:sz w:val="20"/>
        </w:rPr>
        <w:t>42:58  Allah ka creation plan kya hai?</w:t>
      </w:r>
      <w:r>
        <w:br/>
      </w:r>
      <w:r>
        <w:rPr>
          <w:sz w:val="20"/>
        </w:rPr>
        <w:t>43:01  maut ke baad kya kuch hone wala hai? jante hain un ko mein daai keh raha hoon. dusre insan madu keh raha hoon. to madu jo hain jo bekhabri mein jee rahe hain.</w:t>
      </w:r>
      <w:r>
        <w:br/>
      </w:r>
      <w:r>
        <w:rPr>
          <w:sz w:val="20"/>
        </w:rPr>
        <w:t>43:15  un ki pakar to baad ko hogi.</w:t>
      </w:r>
      <w:r>
        <w:br/>
      </w:r>
      <w:r>
        <w:rPr>
          <w:sz w:val="20"/>
        </w:rPr>
        <w:t>43:18  sab se pehle pakar un logon ki hogi jin ko mein daai keh raha hoon jin ko jante hain aur phir bhi woh kuch kar nahi rahe hain.</w:t>
      </w:r>
      <w:r>
        <w:br/>
      </w:r>
      <w:r>
        <w:rPr>
          <w:sz w:val="20"/>
        </w:rPr>
        <w:t>43:30  yaqeen kijiye is mein zara bhi shaq nahi. ke aap ki jannat is par munhasir hai ke aap dusron ko jannat ka rasta dikhaen.</w:t>
      </w:r>
      <w:r>
        <w:br/>
      </w:r>
      <w:r>
        <w:rPr>
          <w:sz w:val="20"/>
        </w:rPr>
        <w:t>43:44  agar aap ne dusron ko jannat ka rasta nahi dikhaya to aap ki jannat bhi doubt full hai.</w:t>
      </w:r>
      <w:r>
        <w:br/>
      </w:r>
      <w:r>
        <w:rPr>
          <w:sz w:val="20"/>
        </w:rPr>
        <w:t>43:50  koi khushkhwahi agar ho ke hamari jannat reserve hai. hum dusron ko bataen ya na bataen. har giz reserve nahi hai. batana parega aap ko.</w:t>
      </w:r>
      <w:r>
        <w:br/>
      </w:r>
      <w:r>
        <w:rPr>
          <w:sz w:val="20"/>
        </w:rPr>
        <w:t>44:01  uthna parega aap ko. logon ko ba khabar karna parega aap ko. aap ka paisa, aap ki energy, aap ka waqt is mein lagana parega.</w:t>
      </w:r>
    </w:p>
    <w:p>
      <w:pPr>
        <w:pStyle w:val="Heading2"/>
      </w:pPr>
      <w:r>
        <w:t>Science, faith, and true spirit of Islam</w:t>
      </w:r>
    </w:p>
    <w:p>
      <w:r>
        <w:rPr>
          <w:color w:val="666666"/>
          <w:sz w:val="18"/>
        </w:rPr>
        <w:t>Divine Guidance November 20, 2016 · 6m 45s · at 47:06 · https://youtu.be/tbcloc-fvSE?t=2826</w:t>
      </w:r>
    </w:p>
    <w:p>
      <w:r>
        <w:rPr>
          <w:i/>
        </w:rPr>
        <w:t>“Nahi, dekhiye, yeh baat aap ki jo hai sahi nahi hai”</w:t>
      </w:r>
    </w:p>
    <w:p>
      <w:r>
        <w:rPr>
          <w:sz w:val="20"/>
        </w:rPr>
        <w:t>47:06  " nahi, dekhen, yeh baat aap ki jo hai sahi nahi hai.</w:t>
      </w:r>
      <w:r>
        <w:br/>
      </w:r>
      <w:r>
        <w:rPr>
          <w:sz w:val="20"/>
        </w:rPr>
        <w:t>47:10  koi aik bhi scientist atheist nahi hai.</w:t>
      </w:r>
      <w:r>
        <w:br/>
      </w:r>
      <w:r>
        <w:rPr>
          <w:sz w:val="20"/>
        </w:rPr>
        <w:t>47:15  koi bhi nahi.</w:t>
      </w:r>
      <w:r>
        <w:br/>
      </w:r>
      <w:r>
        <w:rPr>
          <w:sz w:val="20"/>
        </w:rPr>
        <w:t>47:20  yeh bilkul hi khilaf waqea baat hai.</w:t>
      </w:r>
      <w:r>
        <w:br/>
      </w:r>
      <w:r>
        <w:rPr>
          <w:sz w:val="20"/>
        </w:rPr>
        <w:t>47:24  Einstein ke baray mein aik shakhs ko shubah tha ke woh atheist ho gaya hai to us ne</w:t>
      </w:r>
      <w:r>
        <w:br/>
      </w:r>
      <w:r>
        <w:rPr>
          <w:sz w:val="20"/>
        </w:rPr>
        <w:t>47:29  letter likha tha us ke dost ne.</w:t>
      </w:r>
      <w:r>
        <w:br/>
      </w:r>
      <w:r>
        <w:rPr>
          <w:sz w:val="20"/>
        </w:rPr>
        <w:t>47:34  woh letter bhai chapta hai risalay ne.</w:t>
      </w:r>
      <w:r>
        <w:br/>
      </w:r>
      <w:r>
        <w:rPr>
          <w:sz w:val="20"/>
        </w:rPr>
        <w:t>47:39  us ne jawab diya ke mein atheist nahi hoon, mein agnostic hoon.</w:t>
      </w:r>
      <w:r>
        <w:br/>
      </w:r>
      <w:r>
        <w:rPr>
          <w:sz w:val="20"/>
        </w:rPr>
        <w:t>47:43  jo sab ka scientist banaya jata hai, us ne likha tha ke mein atheist nahi hoon, scientist agnostic hoon.</w:t>
      </w:r>
      <w:r>
        <w:br/>
      </w:r>
      <w:r>
        <w:rPr>
          <w:sz w:val="20"/>
        </w:rPr>
        <w:t>47:48  to sare hi sare hi scientist indirectly mante hain khuda ko.</w:t>
      </w:r>
      <w:r>
        <w:br/>
      </w:r>
      <w:r>
        <w:rPr>
          <w:sz w:val="20"/>
        </w:rPr>
        <w:t>47:53  yani Newton se le kar.</w:t>
      </w:r>
      <w:r>
        <w:br/>
      </w:r>
      <w:r>
        <w:rPr>
          <w:sz w:val="20"/>
        </w:rPr>
        <w:t>47:57  isi liye aik commentator ne likha hai ke yeh scientist jo west mein paida hue, yani Christian mahol</w:t>
      </w:r>
      <w:r>
        <w:br/>
      </w:r>
      <w:r>
        <w:rPr>
          <w:sz w:val="20"/>
        </w:rPr>
        <w:t>48:02  mein paida hue, to un ka Christian nature yahan par kaam kar raha hai.</w:t>
      </w:r>
      <w:r>
        <w:br/>
      </w:r>
      <w:r>
        <w:rPr>
          <w:sz w:val="20"/>
        </w:rPr>
        <w:t>48:07  yeh to aik haqeeqat hai ke kisi bhi scientist ko aap nahi keh sakte ke woh atheist tha.</w:t>
      </w:r>
      <w:r>
        <w:br/>
      </w:r>
      <w:r>
        <w:rPr>
          <w:sz w:val="20"/>
        </w:rPr>
        <w:t>48:12  wohi agnostic keh sakte hain aap.</w:t>
      </w:r>
      <w:r>
        <w:br/>
      </w:r>
      <w:r>
        <w:rPr>
          <w:sz w:val="20"/>
        </w:rPr>
        <w:t>48:16  to us ko commentator ne yeh likha hai ke yeh jo mizaj hai, yani ke un ka aik</w:t>
      </w:r>
      <w:r>
        <w:br/>
      </w:r>
      <w:r>
        <w:rPr>
          <w:sz w:val="20"/>
        </w:rPr>
        <w:t>48:21  khuda ka inkar nahi kar patay, woh us ki wajah us ka Christian nature bol raha hai.</w:t>
      </w:r>
      <w:r>
        <w:br/>
      </w:r>
      <w:r>
        <w:rPr>
          <w:sz w:val="20"/>
        </w:rPr>
        <w:t>48:26  lekin yeh to galat baat hai.</w:t>
      </w:r>
      <w:r>
        <w:br/>
      </w:r>
      <w:r>
        <w:rPr>
          <w:sz w:val="20"/>
        </w:rPr>
        <w:t>48:31  in ka Christian ka aik nature bol raha hai, haqaiq bol rahe hain.</w:t>
      </w:r>
      <w:r>
        <w:br/>
      </w:r>
      <w:r>
        <w:rPr>
          <w:sz w:val="20"/>
        </w:rPr>
        <w:t>48:35  mere ilm ke mutabiq koi bhi scientist aisa nahi hai jo atheist ho.</w:t>
      </w:r>
      <w:r>
        <w:br/>
      </w:r>
      <w:r>
        <w:rPr>
          <w:sz w:val="20"/>
        </w:rPr>
        <w:t>48:40  sab ka case wahi hai.</w:t>
      </w:r>
      <w:r>
        <w:br/>
      </w:r>
      <w:r>
        <w:rPr>
          <w:sz w:val="20"/>
        </w:rPr>
        <w:t>48:45  ya to chup rehte hain woh, ya to chup rehte hain.</w:t>
      </w:r>
      <w:r>
        <w:br/>
      </w:r>
      <w:r>
        <w:rPr>
          <w:sz w:val="20"/>
        </w:rPr>
        <w:t>48:49  jaise Newton chup raha.</w:t>
      </w:r>
      <w:r>
        <w:br/>
      </w:r>
      <w:r>
        <w:rPr>
          <w:sz w:val="20"/>
        </w:rPr>
        <w:t>48:54  Newton ne koi statement nahi diya.</w:t>
      </w:r>
      <w:r>
        <w:br/>
      </w:r>
      <w:r>
        <w:rPr>
          <w:sz w:val="20"/>
        </w:rPr>
        <w:t>48:59  aur Einstein ne yeh keh diya ke main agnostic hoon. bas.</w:t>
      </w:r>
      <w:r>
        <w:br/>
      </w:r>
      <w:r>
        <w:rPr>
          <w:sz w:val="20"/>
        </w:rPr>
        <w:t>49:04  saare scientists jo hain, un ka case yeh do category mein aata hai.</w:t>
      </w:r>
      <w:r>
        <w:br/>
      </w:r>
      <w:r>
        <w:rPr>
          <w:sz w:val="20"/>
        </w:rPr>
        <w:t>49:08  Maulana, agla sawal ah Miss Shabana Ansari ne kiya hai Pakistan se.</w:t>
      </w:r>
      <w:r>
        <w:br/>
      </w:r>
      <w:r>
        <w:rPr>
          <w:sz w:val="20"/>
        </w:rPr>
        <w:t>49:13  aur unhon ne likha hai: "Moulana Sahib, would our entry in Paradise be doubtful unless and until we</w:t>
      </w:r>
      <w:r>
        <w:br/>
      </w:r>
      <w:r>
        <w:rPr>
          <w:sz w:val="20"/>
        </w:rPr>
        <w:t>49:18  convey the message of God to humanity?</w:t>
      </w:r>
      <w:r>
        <w:br/>
      </w:r>
      <w:r>
        <w:rPr>
          <w:sz w:val="20"/>
        </w:rPr>
        <w:t>49:23  What is your opinion on this?</w:t>
      </w:r>
      <w:r>
        <w:br/>
      </w:r>
      <w:r>
        <w:rPr>
          <w:sz w:val="20"/>
        </w:rPr>
        <w:t>49:29  " bhai, main Quran o Hadees ki roshni mein yahi keh sakta hoon ke dawat ke baghair insan</w:t>
      </w:r>
      <w:r>
        <w:br/>
      </w:r>
      <w:r>
        <w:rPr>
          <w:sz w:val="20"/>
        </w:rPr>
        <w:t>49:35  ka, yaani insan ka imaan mukammal nahi hota.</w:t>
      </w:r>
      <w:r>
        <w:br/>
      </w:r>
      <w:r>
        <w:rPr>
          <w:sz w:val="20"/>
        </w:rPr>
        <w:t>49:41  is liye dekhiye, momin ki aik sifat hai ke woh naseeh ho.</w:t>
      </w:r>
      <w:r>
        <w:br/>
      </w:r>
      <w:r>
        <w:rPr>
          <w:sz w:val="20"/>
        </w:rPr>
        <w:t>49:47  naseeh maani khair khwah.</w:t>
      </w:r>
      <w:r>
        <w:br/>
      </w:r>
      <w:r>
        <w:rPr>
          <w:sz w:val="20"/>
        </w:rPr>
        <w:t>49:53  momin ki aik sifat hai ke woh naseeh ho. khair khwah.</w:t>
      </w:r>
      <w:r>
        <w:br/>
      </w:r>
      <w:r>
        <w:rPr>
          <w:sz w:val="20"/>
        </w:rPr>
        <w:t>49:59  to aap ghor kijiye ke aik sacha momin, jis ko yeh daryaft ho ke jannat ka dakhla un</w:t>
      </w:r>
      <w:r>
        <w:br/>
      </w:r>
      <w:r>
        <w:rPr>
          <w:sz w:val="20"/>
        </w:rPr>
        <w:t>50:05  logon ke liye hai jo sache believer bane, jo God ko maane sache maano mein, to woh kaise</w:t>
      </w:r>
      <w:r>
        <w:br/>
      </w:r>
      <w:r>
        <w:rPr>
          <w:sz w:val="20"/>
        </w:rPr>
        <w:t>50:11  chup rahega? is ka khair khwahi ka jazba kahega ke daud daud ke pahunchao, batao, batao.</w:t>
      </w:r>
      <w:r>
        <w:br/>
      </w:r>
      <w:r>
        <w:rPr>
          <w:sz w:val="20"/>
        </w:rPr>
        <w:t>50:17  jab hum ne, jab hum madrasay mein parhte thay to balaghat ki kitab mein aik aik masla bataya gaya tha.</w:t>
      </w:r>
      <w:r>
        <w:br/>
      </w:r>
      <w:r>
        <w:rPr>
          <w:sz w:val="20"/>
        </w:rPr>
        <w:t>50:24  balaghat ki kitab mein ke agar aik andha aadmi ja raha hai aur samne kuwan hai to us</w:t>
      </w:r>
      <w:r>
        <w:br/>
      </w:r>
      <w:r>
        <w:rPr>
          <w:sz w:val="20"/>
        </w:rPr>
        <w:t>50:30  ke waqt sirf aik lafz bola jayega: "al-bir, al-bir, kuwan, kuwan." yeh nahi ke: "ae mere bhai,</w:t>
      </w:r>
      <w:r>
        <w:br/>
      </w:r>
      <w:r>
        <w:rPr>
          <w:sz w:val="20"/>
        </w:rPr>
        <w:t>50:36  ae buzurg, dunya bhar ke ilqab ke sath kahein: ya sheikh, ya sheikh." kuch nahi.</w:t>
      </w:r>
      <w:r>
        <w:br/>
      </w:r>
      <w:r>
        <w:rPr>
          <w:sz w:val="20"/>
        </w:rPr>
        <w:t>50:42  jaldi se chalaiye ke kuwan hai aap ke samne.</w:t>
      </w:r>
      <w:r>
        <w:br/>
      </w:r>
      <w:r>
        <w:rPr>
          <w:sz w:val="20"/>
        </w:rPr>
        <w:t>50:48  to is waqt musalmanon ko, jo imaan rakhte hain qayamat par, akhirat par, aur is baat par ke</w:t>
      </w:r>
      <w:r>
        <w:br/>
      </w:r>
      <w:r>
        <w:rPr>
          <w:sz w:val="20"/>
        </w:rPr>
        <w:t>50:54  insaniyat ki nijaat isi mein hai, to un ko bilkul isi spirit ke sath, "Albair, Albair" ke spirit</w:t>
      </w:r>
      <w:r>
        <w:br/>
      </w:r>
      <w:r>
        <w:rPr>
          <w:sz w:val="20"/>
        </w:rPr>
        <w:t>51:00  ke sath kaam karna chahiye.</w:t>
      </w:r>
      <w:r>
        <w:br/>
      </w:r>
      <w:r>
        <w:rPr>
          <w:sz w:val="20"/>
        </w:rPr>
        <w:t>51:06  yeh badqirat hai.</w:t>
      </w:r>
      <w:r>
        <w:br/>
      </w:r>
      <w:r>
        <w:rPr>
          <w:sz w:val="20"/>
        </w:rPr>
        <w:t>51:12  ji ji, Maulana.</w:t>
      </w:r>
      <w:r>
        <w:br/>
      </w:r>
      <w:r>
        <w:rPr>
          <w:sz w:val="20"/>
        </w:rPr>
        <w:t>51:18  Maulana, agla sawal lene se pehle ek comment parhna chahenge jo Maulana Abdul Basit Umri ne bheja hai</w:t>
      </w:r>
      <w:r>
        <w:br/>
      </w:r>
      <w:r>
        <w:rPr>
          <w:sz w:val="20"/>
        </w:rPr>
        <w:t>51:25  Doha, Qatar se.</w:t>
      </w:r>
      <w:r>
        <w:br/>
      </w:r>
      <w:r>
        <w:rPr>
          <w:sz w:val="20"/>
        </w:rPr>
        <w:t>51:31  unhon ne likha hai: "Maulana, aaj ka lecture bohat zabardast tha.</w:t>
      </w:r>
      <w:r>
        <w:br/>
      </w:r>
      <w:r>
        <w:rPr>
          <w:sz w:val="20"/>
        </w:rPr>
        <w:t>51:37  hum musalmanon ki aankhein kholne wala tha.</w:t>
      </w:r>
      <w:r>
        <w:br/>
      </w:r>
      <w:r>
        <w:rPr>
          <w:sz w:val="20"/>
        </w:rPr>
        <w:t>51:43  aaj tak hum musalman sirf maslak, jamaat ki tableegh mein jeete rahe.</w:t>
      </w:r>
      <w:r>
        <w:br/>
      </w:r>
      <w:r>
        <w:rPr>
          <w:sz w:val="20"/>
        </w:rPr>
        <w:t>51:49  asal jo tableegh thi Islam ka, woh na kar sake.</w:t>
      </w:r>
      <w:r>
        <w:br/>
      </w:r>
      <w:r>
        <w:rPr>
          <w:sz w:val="20"/>
        </w:rPr>
        <w:t>51:55  kyunke hum masail mein atak kar reh gaye.</w:t>
      </w:r>
      <w:r>
        <w:br/>
      </w:r>
      <w:r>
        <w:rPr>
          <w:sz w:val="20"/>
        </w:rPr>
        <w:t>52:01  mawaqe ko pehchan na sake.</w:t>
      </w:r>
      <w:r>
        <w:br/>
      </w:r>
      <w:r>
        <w:rPr>
          <w:sz w:val="20"/>
        </w:rPr>
        <w:t>52:07  jazak Allah khaira." Maulana, agla sawal Dilli se kiya hai Dr. Fareeda Khanam ne.</w:t>
      </w:r>
      <w:r>
        <w:br/>
      </w:r>
      <w:r>
        <w:rPr>
          <w:sz w:val="20"/>
        </w:rPr>
        <w:t>52:13  unhon ne likha hai: "What is the difference between the Sahaba and present day Muslims?</w:t>
      </w:r>
      <w:r>
        <w:br/>
      </w:r>
      <w:r>
        <w:rPr>
          <w:sz w:val="20"/>
        </w:rPr>
        <w:t>52:20  The Sahaba moved by Islam, possessed positive mindset, and spread positivity all over the world. But Muslims of today who claim to be followers of Islam are spreading negativity and hatred everywhere. What is your opinion on this?</w:t>
      </w:r>
      <w:r>
        <w:br/>
      </w:r>
      <w:r>
        <w:rPr>
          <w:sz w:val="20"/>
        </w:rPr>
        <w:t>52:39  " main yeh sochta hoon ke asli spirit thi, is pe emphasis nahi diya gaya baad ke zamaney mein.</w:t>
      </w:r>
      <w:r>
        <w:br/>
      </w:r>
      <w:r>
        <w:rPr>
          <w:sz w:val="20"/>
        </w:rPr>
        <w:t>52:45  form par sara emphasis chala gaya.</w:t>
      </w:r>
      <w:r>
        <w:br/>
      </w:r>
      <w:r>
        <w:rPr>
          <w:sz w:val="20"/>
        </w:rPr>
        <w:t>52:51  to Sahaba ki spirit to wohi hai jo unhon ne bataya.</w:t>
      </w:r>
      <w:r>
        <w:br/>
      </w:r>
      <w:r>
        <w:rPr>
          <w:sz w:val="20"/>
        </w:rPr>
        <w:t>52:57  lekin jab form ko emphasis di gayi to form ko ko follow kar ke unho ne samjha ke</w:t>
      </w:r>
      <w:r>
        <w:br/>
      </w:r>
      <w:r>
        <w:rPr>
          <w:sz w:val="20"/>
        </w:rPr>
        <w:t>53:03  hum ne Islam ko follow kar liya.</w:t>
      </w:r>
      <w:r>
        <w:br/>
      </w:r>
      <w:r>
        <w:rPr>
          <w:sz w:val="20"/>
        </w:rPr>
        <w:t>53:09  waise Sahaba ki spirit to wohi thi jo bataya unhon ne.</w:t>
      </w:r>
      <w:r>
        <w:br/>
      </w:r>
      <w:r>
        <w:rPr>
          <w:sz w:val="20"/>
        </w:rPr>
        <w:t>53:15  lekin jab form ko asal maan liya jaye to yeh baat kamzor pad jayegi ke hamein is</w:t>
      </w:r>
      <w:r>
        <w:br/>
      </w:r>
      <w:r>
        <w:rPr>
          <w:sz w:val="20"/>
        </w:rPr>
        <w:t>53:21  tarah banna hai.</w:t>
      </w:r>
      <w:r>
        <w:br/>
      </w:r>
      <w:r>
        <w:rPr>
          <w:sz w:val="20"/>
        </w:rPr>
        <w:t>53:27  insan ko khair khwah banna hai, hamein peaceful banna hai waghera.</w:t>
      </w:r>
      <w:r>
        <w:br/>
      </w:r>
      <w:r>
        <w:rPr>
          <w:sz w:val="20"/>
        </w:rPr>
        <w:t>53:33  Maulana, agla sawal lete hain jo Guwahati se bheja hai Saifullah Sahab ne.</w:t>
      </w:r>
      <w:r>
        <w:br/>
      </w:r>
      <w:r>
        <w:rPr>
          <w:sz w:val="20"/>
        </w:rPr>
        <w:t>53:39  unhon ne likha hai: "Moulana Sahib, many atheists say that if there is a probability on God's existence,</w:t>
      </w:r>
      <w:r>
        <w:br/>
      </w:r>
      <w:r>
        <w:rPr>
          <w:sz w:val="20"/>
        </w:rPr>
        <w:t>53:45  then there is also an equal probability that God does not exist.</w:t>
      </w:r>
      <w:r>
        <w:br/>
      </w:r>
      <w:r>
        <w:rPr>
          <w:sz w:val="20"/>
        </w:rPr>
        <w:t>53:51  So how should we address such questions?</w:t>
      </w:r>
    </w:p>
    <w:p>
      <w:pPr>
        <w:pStyle w:val="Heading2"/>
      </w:pPr>
      <w:r>
        <w:t>Abu Bakr's oath, Aisha's slander, and the Quran's rebuke</w:t>
      </w:r>
    </w:p>
    <w:p>
      <w:r>
        <w:rPr>
          <w:color w:val="666666"/>
          <w:sz w:val="18"/>
        </w:rPr>
        <w:t>Love of God June 12, 2011 Maulana Wahiduddin Khan · 4m 47s · at 11:22 · https://youtu.be/TmcYUtTqQCg?t=682</w:t>
      </w:r>
    </w:p>
    <w:p>
      <w:r>
        <w:rPr>
          <w:i/>
        </w:rPr>
        <w:t>“Hazrat Abu Bakr Siddiq ka waqia lijiye”</w:t>
      </w:r>
    </w:p>
    <w:p>
      <w:r>
        <w:rPr>
          <w:sz w:val="20"/>
        </w:rPr>
        <w:t>11:22  mein aap ko chand hawale deta hoon. dekhiye, hazrat abubakar siddiq ka waqia le lijiye. un ki sahibzadi theen aisha, jo rasool Allah ki alia theen.</w:t>
      </w:r>
      <w:r>
        <w:br/>
      </w:r>
      <w:r>
        <w:rPr>
          <w:sz w:val="20"/>
        </w:rPr>
        <w:t>11:37  to madine ke kuch ghalat logon ne hazrat aisha ke khilaf bohat hi bura, bohat hi ganda ilzam lagaya, jo sab se bura ilzam ek aurat ke liye ho sakta hai, woh laga diya.</w:t>
      </w:r>
      <w:r>
        <w:br/>
      </w:r>
      <w:r>
        <w:rPr>
          <w:sz w:val="20"/>
        </w:rPr>
        <w:t>11:52  zahair hai ke yeh bohat hi, aur woh bohat masoom theen, woh burai ko janti bhi nahi theen. to hazrat abubakar jo the, un ko zahair hai ke bohat ziyada dukh hua.</w:t>
      </w:r>
      <w:r>
        <w:br/>
      </w:r>
      <w:r>
        <w:rPr>
          <w:sz w:val="20"/>
        </w:rPr>
        <w:t>12:04  to un ko ek ghareeb aadmi the, wahan ke madine mein, un ka naam tha mista, musalman the woh. to unhon ne bhi is mein sath de diya un logon ka, un shareer logon ka,</w:t>
      </w:r>
      <w:r>
        <w:br/>
      </w:r>
      <w:r>
        <w:rPr>
          <w:sz w:val="20"/>
        </w:rPr>
        <w:t>12:19  jo hazrat aisha ko badnaam kar rahe the.</w:t>
      </w:r>
      <w:r>
        <w:br/>
      </w:r>
      <w:r>
        <w:rPr>
          <w:sz w:val="20"/>
        </w:rPr>
        <w:t>12:25  to jab maloom hua hazrat abubakar ko, to un ki madad kiya karte? hazrat abubakar jo the, woh tajir the. to mista ki woh har mahine kuch un ko raqam dete the, madad ke taur par.</w:t>
      </w:r>
      <w:r>
        <w:br/>
      </w:r>
      <w:r>
        <w:rPr>
          <w:sz w:val="20"/>
        </w:rPr>
        <w:t>12:39  to jab maloom hua hazrat abubakar ko, to unhon ne qasam kha kar kaha ke mein ab mista ki koi madad nahi karoon ga. qasam kha kar kaha ke ab mista ki koi madad nahi karoon ga.</w:t>
      </w:r>
      <w:r>
        <w:br/>
      </w:r>
      <w:r>
        <w:rPr>
          <w:sz w:val="20"/>
        </w:rPr>
        <w:t>12:52  is ke baad surah al noor aap parhiye, is mein ek ayat utri is waqie ke background mein</w:t>
      </w:r>
      <w:r>
        <w:br/>
      </w:r>
      <w:r>
        <w:rPr>
          <w:sz w:val="20"/>
        </w:rPr>
        <w:t>13:02  ke jo log</w:t>
      </w:r>
      <w:r>
        <w:br/>
      </w:r>
      <w:r>
        <w:rPr>
          <w:sz w:val="20"/>
        </w:rPr>
        <w:t>13:07  madad karte hain kamzor logon ki, to qasam na khayein ke woh is ko madad na karen ge, chahe woh kuch bhi kar rahe hon.</w:t>
      </w:r>
      <w:r>
        <w:br/>
      </w:r>
      <w:r>
        <w:rPr>
          <w:sz w:val="20"/>
        </w:rPr>
        <w:t>13:20  to is mein aya hai ke "ala tuhibboona an yaghfirallahu lakum". kya tum ko yeh pasand nahi ke Allah tumhein bakhsh de?</w:t>
      </w:r>
      <w:r>
        <w:br/>
      </w:r>
      <w:r>
        <w:rPr>
          <w:sz w:val="20"/>
        </w:rPr>
        <w:t>13:31  yani Allah tum ko apne best logon mein shamil kare, Allah un logon mein shamil kare jin ko khuda ki blessing mile gi.</w:t>
      </w:r>
      <w:r>
        <w:br/>
      </w:r>
      <w:r>
        <w:rPr>
          <w:sz w:val="20"/>
        </w:rPr>
        <w:t>13:45  sunte hi jaise ayat utri, yeh sunte hi hazrat abubakar ne kaha ke "khudaya, hum teri maghfirat chahte hain, teri blessing chahte hain, teri rehmat chahte hain".</w:t>
      </w:r>
      <w:r>
        <w:br/>
      </w:r>
      <w:r>
        <w:rPr>
          <w:sz w:val="20"/>
        </w:rPr>
        <w:t>13:57  isi waqt unhon ne ailaan kar diya ke "main apni qasam todta hoon aur main us ko barabar jo deta tha, madad karta rahoon ga".</w:t>
      </w:r>
      <w:r>
        <w:br/>
      </w:r>
      <w:r>
        <w:rPr>
          <w:sz w:val="20"/>
        </w:rPr>
        <w:t>14:07  kyun? dekhiye, yahan par khuda ki mohabbat at stake thi. yaad rakhiye,</w:t>
      </w:r>
      <w:r>
        <w:br/>
      </w:r>
      <w:r>
        <w:rPr>
          <w:sz w:val="20"/>
        </w:rPr>
        <w:t>14:14  masla musta ka nahi tha, masla musta ka nahi tha, khud apna masla tha. khuda ki blessing at stake ho gayi ke agar woh musta se nafrat karein to khuda ki blessing unhein nahi milne wali hai.</w:t>
      </w:r>
      <w:r>
        <w:br/>
      </w:r>
      <w:r>
        <w:rPr>
          <w:sz w:val="20"/>
        </w:rPr>
        <w:t>14:34  to woh afford nahi kar sakte thay ke khuda ki blessing se un se chhin jaye.</w:t>
      </w:r>
      <w:r>
        <w:br/>
      </w:r>
      <w:r>
        <w:rPr>
          <w:sz w:val="20"/>
        </w:rPr>
        <w:t>14:40  to yeh saada masla nahi hai. jo log nafratein karte hain, to saada masla nahi. yaad rakhiye, nafratein kar ke woh apne aap ko allah ki blessing se mehroom kar rahe hain.</w:t>
      </w:r>
      <w:r>
        <w:br/>
      </w:r>
      <w:r>
        <w:rPr>
          <w:sz w:val="20"/>
        </w:rPr>
        <w:t>14:59  to kaun afford kar sakta hai itni bari mehroomi ko</w:t>
      </w:r>
      <w:r>
        <w:br/>
      </w:r>
      <w:r>
        <w:rPr>
          <w:sz w:val="20"/>
        </w:rPr>
        <w:t>15:03  ? to dekhiye, agar aap allah ki blessing chahte hain to aap ko unilateral tor par logon ko maaf karna pare ga, chahe woh isai log hon, chahe america ho,</w:t>
      </w:r>
      <w:r>
        <w:br/>
      </w:r>
      <w:r>
        <w:rPr>
          <w:sz w:val="20"/>
        </w:rPr>
        <w:t>15:17  chahe koi bhi ho. xyz, aap is mein koi exception nahi hai. to masla yeh nahi ke doosra aadmi kya zulm kar raha hai,</w:t>
      </w:r>
      <w:r>
        <w:br/>
      </w:r>
      <w:r>
        <w:rPr>
          <w:sz w:val="20"/>
        </w:rPr>
        <w:t>15:29  masla yeh hai ke aap ka apna jo divine blessing hai, woh at stake hai.</w:t>
      </w:r>
      <w:r>
        <w:br/>
      </w:r>
      <w:r>
        <w:rPr>
          <w:sz w:val="20"/>
        </w:rPr>
        <w:t>15:39  to yeh masla to billion trillion time zyada bara hai.</w:t>
      </w:r>
      <w:r>
        <w:br/>
      </w:r>
      <w:r>
        <w:rPr>
          <w:sz w:val="20"/>
        </w:rPr>
        <w:t>15:44  kisi ne jo kiya hai, so called zulm, atrocity ya conspiracy, woh to bohat choti hai.</w:t>
      </w:r>
      <w:r>
        <w:br/>
      </w:r>
      <w:r>
        <w:rPr>
          <w:sz w:val="20"/>
        </w:rPr>
        <w:t>15:53  aur aap eternally khuda ki blessing se mehroom ho jayein, yeh to billion billion billion time zyada bara masla hai.</w:t>
      </w:r>
      <w:r>
        <w:br/>
      </w:r>
      <w:r>
        <w:rPr>
          <w:sz w:val="20"/>
        </w:rPr>
        <w:t>16:04  kaun is ko afford kar sakta hai?</w:t>
      </w:r>
    </w:p>
    <w:p>
      <w:pPr>
        <w:pStyle w:val="Heading2"/>
      </w:pPr>
      <w:r>
        <w:t>Companions' self-watch mindset illustrated through two stories</w:t>
      </w:r>
    </w:p>
    <w:p>
      <w:r>
        <w:rPr>
          <w:color w:val="666666"/>
          <w:sz w:val="18"/>
        </w:rPr>
        <w:t>Akhirat Oriented Life June 24, 2008 · 5m 37s · at 36:00 · https://youtu.be/_U1zElDN9eM?t=2160</w:t>
      </w:r>
    </w:p>
    <w:p>
      <w:r>
        <w:rPr>
          <w:i/>
        </w:rPr>
        <w:t>“Why were the Prophet's companions history's best people?”</w:t>
      </w:r>
    </w:p>
    <w:p>
      <w:r>
        <w:rPr>
          <w:sz w:val="20"/>
        </w:rPr>
        <w:t>36:00  tamam historian yeh mante hain ke prophet Muhammad sallallahu alaihi wasallam ke jo companion the,</w:t>
      </w:r>
      <w:r>
        <w:br/>
      </w:r>
      <w:r>
        <w:rPr>
          <w:sz w:val="20"/>
        </w:rPr>
        <w:t>36:09  woh history mein best log the, best apne character ke lehaz se, apne character ke lehaz se best log the.</w:t>
      </w:r>
      <w:r>
        <w:br/>
      </w:r>
      <w:r>
        <w:rPr>
          <w:sz w:val="20"/>
        </w:rPr>
        <w:t>36:20  aisee achi team nahi is se pehle kabhi dekhi gayi aur na baad ko dekhi gayi. To kyun aisa hua?</w:t>
      </w:r>
      <w:r>
        <w:br/>
      </w:r>
      <w:r>
        <w:rPr>
          <w:sz w:val="20"/>
        </w:rPr>
        <w:t>36:29  prophet ne un ke andar yahi spirit jaga di thi, yeh soch un ke andar paida kar di thi,</w:t>
      </w:r>
      <w:r>
        <w:br/>
      </w:r>
      <w:r>
        <w:rPr>
          <w:sz w:val="20"/>
        </w:rPr>
        <w:t>36:37  yeh soch un ke andar paida kar di thi. Har waqt woh khud hi apna apna woh bane hue the, har waqt khud hi apne ko watch karte the, khud hi</w:t>
      </w:r>
      <w:r>
        <w:br/>
      </w:r>
      <w:r>
        <w:rPr>
          <w:sz w:val="20"/>
        </w:rPr>
        <w:t>36:55  yani self watch system un ke andar aa gaya tha</w:t>
      </w:r>
      <w:r>
        <w:br/>
      </w:r>
      <w:r>
        <w:rPr>
          <w:sz w:val="20"/>
        </w:rPr>
        <w:t>36:59  har waqt ke main mujhe paradise agar lena hai to is moment mein mujhe is tarah rehna hai. Agar main aisa nahi raha to mujhe paradise nahi mile gi.</w:t>
      </w:r>
      <w:r>
        <w:br/>
      </w:r>
      <w:r>
        <w:rPr>
          <w:sz w:val="20"/>
        </w:rPr>
        <w:t>37:12  jitne sahib aate, har waqt un ki soch par hi chhaya rehta tha. woh rehte the isi duniya mein,</w:t>
      </w:r>
      <w:r>
        <w:br/>
      </w:r>
      <w:r>
        <w:rPr>
          <w:sz w:val="20"/>
        </w:rPr>
        <w:t>37:20  aisa nahi ke woh kahin jangl mein chale gaye hon, pahaad mein chale gaye hon, kahin ja kar ke kisi door ke corner mein chale gaye hon.</w:t>
      </w:r>
      <w:r>
        <w:br/>
      </w:r>
      <w:r>
        <w:rPr>
          <w:sz w:val="20"/>
        </w:rPr>
        <w:t>37:31  sab ke beech mein rehte the, sab ke beech mein.</w:t>
      </w:r>
      <w:r>
        <w:br/>
      </w:r>
      <w:r>
        <w:rPr>
          <w:sz w:val="20"/>
        </w:rPr>
        <w:t>37:38  lekin chuki un ke mind mein ek chhaya rehta tha ke khuda ke farishte hamein dekh rahe hain, har woh, har munh, har hamare, har jo yani hamari har movement, hamari har tamam activities ko woh watch kar rahe hain ke kya is tarah se yeh reh raha hai yeh aadmi is situation mein</w:t>
      </w:r>
      <w:r>
        <w:br/>
      </w:r>
      <w:r>
        <w:rPr>
          <w:sz w:val="20"/>
        </w:rPr>
        <w:t>38:04  , kyunke same situation wahan pesh aane wali hai aakhirat mein. toh jis situation pe wahan aadmi se khuda yeh chahega ke woh ideal tareeqe se rahe, usi situation pe yahan woh kaise reh raha hai?</w:t>
      </w:r>
      <w:r>
        <w:br/>
      </w:r>
      <w:r>
        <w:rPr>
          <w:sz w:val="20"/>
        </w:rPr>
        <w:t>38:20  sach bolta hai, honesty karta hai ya kya karta hai?</w:t>
      </w:r>
      <w:r>
        <w:br/>
      </w:r>
      <w:r>
        <w:rPr>
          <w:sz w:val="20"/>
        </w:rPr>
        <w:t>38:29  toh yeh cheez un ke mind pe chha gayi thi.</w:t>
      </w:r>
      <w:r>
        <w:br/>
      </w:r>
      <w:r>
        <w:rPr>
          <w:sz w:val="20"/>
        </w:rPr>
        <w:t>38:36  ek tabai ne kaha, tabai kehte hain un logon ko jinhone sahaba ko dekha aur rasool Allah ko nahi dekha.</w:t>
      </w:r>
      <w:r>
        <w:br/>
      </w:r>
      <w:r>
        <w:rPr>
          <w:sz w:val="20"/>
        </w:rPr>
        <w:t>38:49  toh ek tabai jo boodhe ho chuke the, toh apne zamane mein woh dochaari asr ho raha kehte hain jo sahabi ko dekhne wale,</w:t>
      </w:r>
      <w:r>
        <w:br/>
      </w:r>
      <w:r>
        <w:rPr>
          <w:sz w:val="20"/>
        </w:rPr>
        <w:t>39:00  unhone apne zamane ke logon se kaha ke sahaba jo hain kaise the? toh unhone kaha ke aisa tum samajhte the ke 24 ghante bas namaz padhte rahein, roza roza rakhte rahein, har waqt tilawat karte rahein, har waqt tasbeeh padhte rahein.</w:t>
      </w:r>
      <w:r>
        <w:br/>
      </w:r>
      <w:r>
        <w:rPr>
          <w:sz w:val="20"/>
        </w:rPr>
        <w:t>39:18  toh yeh saare hi sahaba karte the, yeh sab tareeqa nahi tha un ka.</w:t>
      </w:r>
      <w:r>
        <w:br/>
      </w:r>
      <w:r>
        <w:rPr>
          <w:sz w:val="20"/>
        </w:rPr>
        <w:t>39:25  baat baat mein Allah Allah, subhan Allah, alhamdulillah, yeh sab nahi tareeqa tha un ka jo tum karte ho. toh unhone poocha ke phir kya farq tha un mein?</w:t>
      </w:r>
      <w:r>
        <w:br/>
      </w:r>
      <w:r>
        <w:rPr>
          <w:sz w:val="20"/>
        </w:rPr>
        <w:t>39:38  unhone kaha ke un ke dilon mein basa hua tha ke mujhe is tarah rehna hai jis tarah se mujhe khuda chahta hai ke main rahoon, kyunke phir phir mujhe jannat nahi milne wali hai.</w:t>
      </w:r>
      <w:r>
        <w:br/>
      </w:r>
      <w:r>
        <w:rPr>
          <w:sz w:val="20"/>
        </w:rPr>
        <w:t>39:51  toh jo cheez tum zahir kar ke karte ho, woh un ke dilon mein basa hua tha.</w:t>
      </w:r>
      <w:r>
        <w:br/>
      </w:r>
      <w:r>
        <w:rPr>
          <w:sz w:val="20"/>
        </w:rPr>
        <w:t>40:01  toh jab tak yeh soch dilon mein na bas jaye, tab tak aadmi ki zindagi mein koi bada change nahi aata.</w:t>
      </w:r>
      <w:r>
        <w:br/>
      </w:r>
      <w:r>
        <w:rPr>
          <w:sz w:val="20"/>
        </w:rPr>
        <w:t>40:09  ek sahabi the, toh abhi un ki zyada umar nahi thi, un ki shadi hui toh biwi aayi.</w:t>
      </w:r>
      <w:r>
        <w:br/>
      </w:r>
      <w:r>
        <w:rPr>
          <w:sz w:val="20"/>
        </w:rPr>
        <w:t>40:20  toh biwi thoda naaz andaz wali biwi thi, toh us ne kaha ke mujhe aisa kapda chahiye, mujhe aisa khana chahiye, aisa ghar chahiye, is tarah ke maang.</w:t>
      </w:r>
      <w:r>
        <w:br/>
      </w:r>
      <w:r>
        <w:rPr>
          <w:sz w:val="20"/>
        </w:rPr>
        <w:t>40:37  toh unhone kaha ke dekho bhai, yeh sab toh main nahi kar sakta.</w:t>
      </w:r>
      <w:r>
        <w:br/>
      </w:r>
      <w:r>
        <w:rPr>
          <w:sz w:val="20"/>
        </w:rPr>
        <w:t>40:42  jab us ne zid ki toh us ne kaha ke yaad rakho, main tumhare liye jannat ko nahi kho sakta ke tumhari maangein poori karoon, tumhari demand ko poora karoon aur jannat mujh se kho hi jaye.</w:t>
      </w:r>
      <w:r>
        <w:br/>
      </w:r>
      <w:r>
        <w:rPr>
          <w:sz w:val="20"/>
        </w:rPr>
        <w:t>40:56  aisa main nahi kar sakta, mujhe toh jannat ko lena hai. un ki zindagi bohat simple life thi, bohat simple thi.</w:t>
      </w:r>
      <w:r>
        <w:br/>
      </w:r>
      <w:r>
        <w:rPr>
          <w:sz w:val="20"/>
        </w:rPr>
        <w:t>41:06  toh unhone kaha ya toh tum meri simple life jo hai, usi par raho contentment ke sath, aur agar tum chahte ho ke main tumhari demand ko poora karoon toh main woh poora karne wala nahi hoon, kyunke mujhe toh jannat mein jana hai.</w:t>
      </w:r>
      <w:r>
        <w:br/>
      </w:r>
      <w:r>
        <w:rPr>
          <w:sz w:val="20"/>
        </w:rPr>
        <w:t>41:26  tumhare sath karte rahunga das bees saal, lekin jo eternal life hai, woh toh jannat mein hai, us ko main kaise kho doonga?</w:t>
      </w:r>
    </w:p>
    <w:p>
      <w:pPr>
        <w:pStyle w:val="Heading2"/>
      </w:pPr>
      <w:r>
        <w:t>Permissible activities can become destructive distractions</w:t>
      </w:r>
    </w:p>
    <w:p>
      <w:r>
        <w:rPr>
          <w:color w:val="666666"/>
          <w:sz w:val="18"/>
        </w:rPr>
        <w:t>Q&amp;A 11 Mar 2012 Maulana Wahiduddin Khan · 3m 08s · at 10:44 · https://youtu.be/8_-rLeTGm0o?t=644</w:t>
      </w:r>
    </w:p>
    <w:p>
      <w:r>
        <w:rPr>
          <w:i/>
        </w:rPr>
        <w:t>“Yeh to jaiz hai”</w:t>
      </w:r>
    </w:p>
    <w:p>
      <w:r>
        <w:rPr>
          <w:sz w:val="20"/>
        </w:rPr>
        <w:t>10:44  yeh to jaayaz hai. haan, dekhiye,</w:t>
      </w:r>
      <w:r>
        <w:br/>
      </w:r>
      <w:r>
        <w:rPr>
          <w:sz w:val="20"/>
        </w:rPr>
        <w:t>10:51  ek hai haram aur halaal ka farq. ek hai haram aur halaal ka farq. ek khud quran, khud sabit hai quran hadees se ki iske sawab mein ek farq hota hai. wo ban mustahabaat ek hadees mein aata hai,</w:t>
      </w:r>
      <w:r>
        <w:br/>
      </w:r>
      <w:r>
        <w:rPr>
          <w:sz w:val="20"/>
        </w:rPr>
        <w:t>11:10  al haram ban mustahabaat. to wo kya hai?</w:t>
      </w:r>
      <w:r>
        <w:br/>
      </w:r>
      <w:r>
        <w:rPr>
          <w:sz w:val="20"/>
        </w:rPr>
        <w:t>11:19  wo usi usi mein log phas jaate hain. usi ko main kehta hoon destruction. usi ko main mustahabaat jo hadees mein aaya hai, usi ko main destruction kehta hoon. kyunki dekhiye, jo log banao singar karte hain, to aisa nahi ki jis par unhone jo hai wo latka liya.</w:t>
      </w:r>
      <w:r>
        <w:br/>
      </w:r>
      <w:r>
        <w:rPr>
          <w:sz w:val="20"/>
        </w:rPr>
        <w:t>11:37  se nahi hota. apna mind ki soch jo hai, uska focus badal jata hai. jab aap beauty parlor jaate hain, jab aap banao shikar karte hain,</w:t>
      </w:r>
      <w:r>
        <w:br/>
      </w:r>
      <w:r>
        <w:rPr>
          <w:sz w:val="20"/>
        </w:rPr>
        <w:t>11:50  jab in sab cheezon mein waqt lagate hain, to poora poora focus aapka usi par chala aata hai, fashion par. halanki focus karne ke liye doosri cheezein zyada zaroori hain.</w:t>
      </w:r>
      <w:r>
        <w:br/>
      </w:r>
      <w:r>
        <w:rPr>
          <w:sz w:val="20"/>
        </w:rPr>
        <w:t>12:03  aap quran aur allah ke bare mein sochein, aap rasoolullah ke bare mein sochein, zindagi ke bare mein sochein, maut ke bare mein sochein, jannat aur jahannum ke bare mein sochein. in sab cheezon se dhyan hat jata hai. koi bhi aadmi, jo koi bhi khatoon ya koi mard, jo in cheezon mein waqt guzarta hai, wo khud apne bare mein soche, kya destruction nahi hota?</w:t>
      </w:r>
      <w:r>
        <w:br/>
      </w:r>
      <w:r>
        <w:rPr>
          <w:sz w:val="20"/>
        </w:rPr>
        <w:t>12:25  to haram halali nahi mana hai, balki destruction bhi mana hai.</w:t>
      </w:r>
      <w:r>
        <w:br/>
      </w:r>
      <w:r>
        <w:rPr>
          <w:sz w:val="20"/>
        </w:rPr>
        <w:t>12:35  yaani jo aapke focus ko hataye, to focus to hat hi hatata hi hatata hai. aap ab jo ismein waqt lagate hain, use pooch lijiye, unse focus hatata hai ki nahi hatata. ek hadees mein aata hai, ek riwayat mein,</w:t>
      </w:r>
      <w:r>
        <w:br/>
      </w:r>
      <w:r>
        <w:rPr>
          <w:sz w:val="20"/>
        </w:rPr>
        <w:t>12:52  ek tabeen ne kaha baad ke zamane ke logon se ki jin cheezon ko tum log mamooli samajhte ho, mamooli, to hum rasoolullah ke zamane mein, ek ek sahabi ne kaha, tabeen ke daur mein ki jin cheezon ko tum mamooli samajhte ho,</w:t>
      </w:r>
      <w:r>
        <w:br/>
      </w:r>
      <w:r>
        <w:rPr>
          <w:sz w:val="20"/>
        </w:rPr>
        <w:t>13:11  una nau bakat yaad rasoolullah sallallahu alaihi wasallam. rasoolullah ke zamane mein usko hum samajhte the ki hum halak ho jayenge aisa karne se. to wo kya cheez thi?</w:t>
      </w:r>
      <w:r>
        <w:br/>
      </w:r>
      <w:r>
        <w:rPr>
          <w:sz w:val="20"/>
        </w:rPr>
        <w:t>13:21  wo halak jo ho jayenge, wo destruction tha. wo sharab aur khajoor nahi tha. to yaad rakhiye, deen mein ek hai taqseem haram aur halaal ki, aur doosri taqseem hai ki aapka focus jo cheez hataye,</w:t>
      </w:r>
      <w:r>
        <w:br/>
      </w:r>
      <w:r>
        <w:rPr>
          <w:sz w:val="20"/>
        </w:rPr>
        <w:t>13:37  jis jo distract kare aapko, wo bhi utna hi maulik hai jitna ki haram cheezein.</w:t>
      </w:r>
      <w:r>
        <w:br/>
      </w:r>
      <w:r>
        <w:rPr>
          <w:sz w:val="20"/>
        </w:rPr>
        <w:t>13:47  yeh baatein sabit hain quran hadees se. aisa nahi ki main aisa kehta hoon.</w:t>
      </w:r>
    </w:p>
    <w:p>
      <w:pPr>
        <w:pStyle w:val="Heading2"/>
      </w:pPr>
      <w:r>
        <w:t>Islamic flexibility in greeting for talfi qalb</w:t>
      </w:r>
    </w:p>
    <w:p>
      <w:r>
        <w:rPr>
          <w:color w:val="666666"/>
          <w:sz w:val="18"/>
        </w:rPr>
        <w:t>Muslims in 21st Century (In Conversation with Maulana) 11 04 10 · 4m 01s · at 21:32 · https://youtu.be/MkMop0icjSc?t=1292</w:t>
      </w:r>
    </w:p>
    <w:p>
      <w:r>
        <w:rPr>
          <w:i/>
        </w:rPr>
        <w:t>“Arab mein log jab salam kehte the to haath nahi uthate the”</w:t>
      </w:r>
    </w:p>
    <w:p>
      <w:r>
        <w:rPr>
          <w:sz w:val="20"/>
        </w:rPr>
        <w:t>21:32  dekhiye, arab mein log jab salam kehte thay to hath nahi uthate thay.</w:t>
      </w:r>
      <w:r>
        <w:br/>
      </w:r>
      <w:r>
        <w:rPr>
          <w:sz w:val="20"/>
        </w:rPr>
        <w:t>21:38  hath uthane ka riwaj arab mein nahi tha.</w:t>
      </w:r>
      <w:r>
        <w:br/>
      </w:r>
      <w:r>
        <w:rPr>
          <w:sz w:val="20"/>
        </w:rPr>
        <w:t>21:44  musalman jab Iran mein gaye to Iran mein hath uthane ka riwaj tha, lekin ek hath uthate thay.</w:t>
      </w:r>
      <w:r>
        <w:br/>
      </w:r>
      <w:r>
        <w:rPr>
          <w:sz w:val="20"/>
        </w:rPr>
        <w:t>21:50  Iran mein ek hath uthate thay to musalmanon ne bhi is ka ikhtiyar kar liya tareeqa.</w:t>
      </w:r>
      <w:r>
        <w:br/>
      </w:r>
      <w:r>
        <w:rPr>
          <w:sz w:val="20"/>
        </w:rPr>
        <w:t>21:56  wo India mein</w:t>
      </w:r>
      <w:r>
        <w:br/>
      </w:r>
      <w:r>
        <w:rPr>
          <w:sz w:val="20"/>
        </w:rPr>
        <w:t>22:02  bhi aya to main kehta hoon ke agar ek hath hath uthana jaiz hai to do hath uthana</w:t>
      </w:r>
      <w:r>
        <w:br/>
      </w:r>
      <w:r>
        <w:rPr>
          <w:sz w:val="20"/>
        </w:rPr>
        <w:t>22:08  kyun nahi jaiz hai? yeh yeh yeh yeh jo do aur wo Hindu log dono hath uthate hain</w:t>
      </w:r>
      <w:r>
        <w:br/>
      </w:r>
      <w:r>
        <w:rPr>
          <w:sz w:val="20"/>
        </w:rPr>
        <w:t>22:14  to Iran mein musalmanon ne dono ek hath uthaya, India mein agar dono hath uthaye to is mein</w:t>
      </w:r>
      <w:r>
        <w:br/>
      </w:r>
      <w:r>
        <w:rPr>
          <w:sz w:val="20"/>
        </w:rPr>
        <w:t>22:20  is mein is mein haram halal kya masla hai? yeh to culture hai, yeh to culture hai.</w:t>
      </w:r>
      <w:r>
        <w:br/>
      </w:r>
      <w:r>
        <w:rPr>
          <w:sz w:val="20"/>
        </w:rPr>
        <w:t>22:27  dekhein, talif e qalb ka ek bohat bara yani bari taleem Islam mein di gayi hai.</w:t>
      </w:r>
      <w:r>
        <w:br/>
      </w:r>
      <w:r>
        <w:rPr>
          <w:sz w:val="20"/>
        </w:rPr>
        <w:t>22:33  talif e qalb ka itni ahmiyat hai, itni ahmiyat hai, itni ahmiyat hai ke Rasool Allah Salallahu Alaihi</w:t>
      </w:r>
      <w:r>
        <w:br/>
      </w:r>
      <w:r>
        <w:rPr>
          <w:sz w:val="20"/>
        </w:rPr>
        <w:t>22:39  Wasallam ne dekhe, jis ko hum kehte hain Ashura ka roza, wo kya hai? wo talif e qalb ke liye tha.</w:t>
      </w:r>
      <w:r>
        <w:br/>
      </w:r>
      <w:r>
        <w:rPr>
          <w:sz w:val="20"/>
        </w:rPr>
        <w:t>22:45  Yahood chunaanche rakhte thay yeh roza Ashura wala, to jab Madina mein agar Rasool Allah Salallahu Alaihi</w:t>
      </w:r>
      <w:r>
        <w:br/>
      </w:r>
      <w:r>
        <w:rPr>
          <w:sz w:val="20"/>
        </w:rPr>
        <w:t>22:51  Wasallam gaye to aap bhi rakhne lagay is ko.</w:t>
      </w:r>
      <w:r>
        <w:br/>
      </w:r>
      <w:r>
        <w:rPr>
          <w:sz w:val="20"/>
        </w:rPr>
        <w:t>22:57  aise hi dekhiye, Yahood log jo thay, un ka jo qibla tha ibadat ka, wo Qiblatul Sakhrat tha.</w:t>
      </w:r>
      <w:r>
        <w:br/>
      </w:r>
      <w:r>
        <w:rPr>
          <w:sz w:val="20"/>
        </w:rPr>
        <w:t>23:03  aap ne inhi qible ko apna qibla bana liya.</w:t>
      </w:r>
      <w:r>
        <w:br/>
      </w:r>
      <w:r>
        <w:rPr>
          <w:sz w:val="20"/>
        </w:rPr>
        <w:t>23:07  is ko aap parh lijiye, quran ki jo surah woh hai parah: sayaqool as-safa' min an-nas ma wallah</w:t>
      </w:r>
      <w:r>
        <w:br/>
      </w:r>
      <w:r>
        <w:rPr>
          <w:sz w:val="20"/>
        </w:rPr>
        <w:t>23:11  an qiblatuhum al-irtikal.</w:t>
      </w:r>
      <w:r>
        <w:br/>
      </w:r>
      <w:r>
        <w:rPr>
          <w:sz w:val="20"/>
        </w:rPr>
        <w:t>23:14  to is tarah ke bohat sare waqiat hain ke rasool Allah sal Allah alaihi wasallam ne out of</w:t>
      </w:r>
      <w:r>
        <w:br/>
      </w:r>
      <w:r>
        <w:rPr>
          <w:sz w:val="20"/>
        </w:rPr>
        <w:t>23:18  da way ja kar ke talif-e-qalb ki.</w:t>
      </w:r>
      <w:r>
        <w:br/>
      </w:r>
      <w:r>
        <w:rPr>
          <w:sz w:val="20"/>
        </w:rPr>
        <w:t>23:22  yeh jo aap ne qibla bana liya, yahoodi qible ko apna qibla, yeh out of da way ja</w:t>
      </w:r>
      <w:r>
        <w:br/>
      </w:r>
      <w:r>
        <w:rPr>
          <w:sz w:val="20"/>
        </w:rPr>
        <w:t>23:26  kar ke aap ne aisa kiya.</w:t>
      </w:r>
      <w:r>
        <w:br/>
      </w:r>
      <w:r>
        <w:rPr>
          <w:sz w:val="20"/>
        </w:rPr>
        <w:t>23:30  to talif-e-qalb to bohat wasee cheez</w:t>
      </w:r>
      <w:r>
        <w:br/>
      </w:r>
      <w:r>
        <w:rPr>
          <w:sz w:val="20"/>
        </w:rPr>
        <w:t>23:33  hai.</w:t>
      </w:r>
      <w:r>
        <w:br/>
      </w:r>
      <w:r>
        <w:rPr>
          <w:sz w:val="20"/>
        </w:rPr>
        <w:t>24:03  alif ka jo tareeqa hai, woh is se bekhabar hain bilkul, is wajah se bhadakte hain in cheezon par.</w:t>
      </w:r>
      <w:r>
        <w:br/>
      </w:r>
      <w:r>
        <w:rPr>
          <w:sz w:val="20"/>
        </w:rPr>
        <w:t>24:09  yani is bhadakne ki wajah yeh nahi ke islam ne aisa talif diye, har giz nahi, har giz nahi, har giz nahi.</w:t>
      </w:r>
      <w:r>
        <w:br/>
      </w:r>
      <w:r>
        <w:rPr>
          <w:sz w:val="20"/>
        </w:rPr>
        <w:t>24:15  jab yahood ke qible ko qibla bana sakta hai to yeh to bohat mamooli si baat hai, bohat</w:t>
      </w:r>
      <w:r>
        <w:br/>
      </w:r>
      <w:r>
        <w:rPr>
          <w:sz w:val="20"/>
        </w:rPr>
        <w:t>24:21  choti si baat hai.</w:t>
      </w:r>
      <w:r>
        <w:br/>
      </w:r>
      <w:r>
        <w:rPr>
          <w:sz w:val="20"/>
        </w:rPr>
        <w:t>24:27  yeh jis ibadat par, jis namaz par is ka inhisaar hai, yani akhirat ki</w:t>
      </w:r>
      <w:r>
        <w:br/>
      </w:r>
      <w:r>
        <w:rPr>
          <w:sz w:val="20"/>
        </w:rPr>
        <w:t>24:33  nijaat ka, kyunke Quran mein dekhen ke woh qalu lam nakum al musalleen, hum namaz parhne wale bhi na thay ke namaz nahi parhne wale thay, to jahannum mein gaye. Woh to jis ibaadat ki itni ahmiyat ho, us ibaadat mein qibla bana liya Yahood ka 16 mahine tak. To agar ibaadat ka qibla banaya ja sakta hai talif qalb ke taur par, to yeh to bohat choti</w:t>
      </w:r>
      <w:r>
        <w:br/>
      </w:r>
      <w:r>
        <w:rPr>
          <w:sz w:val="20"/>
        </w:rPr>
        <w:t>25:03  si baat hai.</w:t>
      </w:r>
      <w:r>
        <w:br/>
      </w:r>
      <w:r>
        <w:rPr>
          <w:sz w:val="20"/>
        </w:rPr>
        <w:t>25:08  mein is ko bilkul jaiz samajhta hoon, jaiz kahan? mein is ko samajhta hoon ke sawab hoga jo</w:t>
      </w:r>
      <w:r>
        <w:br/>
      </w:r>
      <w:r>
        <w:rPr>
          <w:sz w:val="20"/>
        </w:rPr>
        <w:t>25:13  log aisa karein, kyunke woh niyat un ki dawat hogi.</w:t>
      </w:r>
      <w:r>
        <w:br/>
      </w:r>
      <w:r>
        <w:rPr>
          <w:sz w:val="20"/>
        </w:rPr>
        <w:t>25:18  This question is from Mr. Naeem Hasan from Ghaziabad: Quran ki ek ayat mein Allah ki pindli</w:t>
      </w:r>
      <w:r>
        <w:br/>
      </w:r>
      <w:r>
        <w:rPr>
          <w:sz w:val="20"/>
        </w:rPr>
        <w:t>25:24  shabd aaya hai.</w:t>
      </w:r>
      <w:r>
        <w:br/>
      </w:r>
      <w:r>
        <w:rPr>
          <w:sz w:val="20"/>
        </w:rPr>
        <w:t>25:29  logon ko is shabd ka matlab kaise samjhaya ja sakta hai jabke Allah ek</w:t>
      </w:r>
    </w:p>
    <w:p>
      <w:pPr>
        <w:pStyle w:val="Heading2"/>
      </w:pPr>
      <w:r>
        <w:t>witnessing death as a countdown warning, and the burial ritual</w:t>
      </w:r>
    </w:p>
    <w:p>
      <w:r>
        <w:rPr>
          <w:color w:val="666666"/>
          <w:sz w:val="18"/>
        </w:rPr>
        <w:t>The Concept of Death in Islam August 28, 2008 · 3m 08s · at 23:50 · https://youtu.be/mIfQQj-a_4M?t=1430</w:t>
      </w:r>
    </w:p>
    <w:p>
      <w:r>
        <w:rPr>
          <w:i/>
        </w:rPr>
        <w:t>“Seeing someone die should remind you: your countdown is near”</w:t>
      </w:r>
    </w:p>
    <w:p>
      <w:r>
        <w:rPr>
          <w:sz w:val="20"/>
        </w:rPr>
        <w:t>23:50  is tarah se dekhiye jab koi aadmi marta he to marta he aadmi kis liye?</w:t>
      </w:r>
      <w:r>
        <w:br/>
      </w:r>
      <w:r>
        <w:rPr>
          <w:sz w:val="20"/>
        </w:rPr>
        <w:t>24:01  aap ko aap ki maut yaad dilane ke liye, aap ko aap ki maut yaad dilane ke liye ke isi tarah main bhi marunga.</w:t>
      </w:r>
      <w:r>
        <w:br/>
      </w:r>
      <w:r>
        <w:rPr>
          <w:sz w:val="20"/>
        </w:rPr>
        <w:t>24:12  har insan ko jab dekhen aap marte hue to</w:t>
      </w:r>
      <w:r>
        <w:br/>
      </w:r>
      <w:r>
        <w:rPr>
          <w:sz w:val="20"/>
        </w:rPr>
        <w:t>24:18  aap ko yeh yaad aana chahiye ke countdown apni aakhri ginti tak pahunch chuka, last bit on tak pahunch chuka.</w:t>
      </w:r>
      <w:r>
        <w:br/>
      </w:r>
      <w:r>
        <w:rPr>
          <w:sz w:val="20"/>
        </w:rPr>
        <w:t>24:29  countdown ki ginti last bit on tak pahunch chuki yani aaj woh kal hamari bari he.</w:t>
      </w:r>
      <w:r>
        <w:br/>
      </w:r>
      <w:r>
        <w:rPr>
          <w:sz w:val="20"/>
        </w:rPr>
        <w:t>24:38  koi jab mare to aap ko sochna chahiye ke aaj woh kal hamari bari he</w:t>
      </w:r>
      <w:r>
        <w:br/>
      </w:r>
      <w:r>
        <w:rPr>
          <w:sz w:val="20"/>
        </w:rPr>
        <w:t>24:44  yani countdown ki ginti last bit on tak pahunch chuki. Yeh he sahi sabq lena kisi ki maut ko dekh kar.</w:t>
      </w:r>
      <w:r>
        <w:br/>
      </w:r>
      <w:r>
        <w:rPr>
          <w:sz w:val="20"/>
        </w:rPr>
        <w:t>24:58  dekhen jo tareeqa he dafan ka, aap jante hain ke Islam mein dafan karne ka tareeqa he</w:t>
      </w:r>
      <w:r>
        <w:br/>
      </w:r>
      <w:r>
        <w:rPr>
          <w:sz w:val="20"/>
        </w:rPr>
        <w:t>25:06  yani qabar khodi jati he, is mein body ko rakha jata he, phir usko barabar kar diya jata he. Usko kehte hain tadfeen.</w:t>
      </w:r>
      <w:r>
        <w:br/>
      </w:r>
      <w:r>
        <w:rPr>
          <w:sz w:val="20"/>
        </w:rPr>
        <w:t>25:19  to jab aap tadfeen karte hain to teen bar mitti dalte hain. Jo log wahan jate hain woh teen bar mitti dalte hain. To pehli bar jab mitti dalte hain to kya kehte hain?</w:t>
      </w:r>
      <w:r>
        <w:br/>
      </w:r>
      <w:r>
        <w:rPr>
          <w:sz w:val="20"/>
        </w:rPr>
        <w:t>25:31  "min ha khalaq na kum, min ha khalaq na kum". Dusri bar kehte hain "wa min ha nu eed kum". Teesri bar kehte hain "wa min ha nahi, min ha khalaq na kum wa fi ha nu eed kum wa min ha nakhraj kum tarah a khari" yani isi mitti se humne paida kiya. To yeh teenon ayaten hain Quran majeed ki,</w:t>
      </w:r>
      <w:r>
        <w:br/>
      </w:r>
      <w:r>
        <w:rPr>
          <w:sz w:val="20"/>
        </w:rPr>
        <w:t>26:00  yeh teenon Quran ki ayaten hain: "min ha khalaq na kum wa fi ha nu eed kum wa min ha nakhraj kum tarah a khari" yani isi mitti se paida kiya humne tum ko aur phir isi mein tum ko dalenge, isi mitti mein aur phir isi se tum ko nikalenge world hereafter mein.</w:t>
      </w:r>
      <w:r>
        <w:br/>
      </w:r>
      <w:r>
        <w:rPr>
          <w:sz w:val="20"/>
        </w:rPr>
        <w:t>26:26  to har bar jab koi aadmi marta he to aap ko yaad dilata he ke countdown ki ginti last bit on tak pahunch</w:t>
      </w:r>
      <w:r>
        <w:br/>
      </w:r>
      <w:r>
        <w:rPr>
          <w:sz w:val="20"/>
        </w:rPr>
        <w:t>26:36  chuki. Har bar jab aap, har bar jab aap tadfeen karte hain apne murde ki to yeh jo system rakh gaya he woh yaad dilata he ke hum mitti se paida hue, mitti mein jane wale hain aur phir isi mitti se dobara zinda karke humein le jayajayega is duniya mein jahan hisab kitab he.</w:t>
      </w:r>
    </w:p>
    <w:p>
      <w:pPr>
        <w:pStyle w:val="Heading2"/>
      </w:pPr>
      <w:r>
        <w:t>Pharaoh's magicians, Moses's staff, and instant faith</w:t>
      </w:r>
    </w:p>
    <w:p>
      <w:r>
        <w:rPr>
          <w:color w:val="666666"/>
          <w:sz w:val="18"/>
        </w:rPr>
        <w:t>How To Realise God August 29, 2008 · 5m 47s · at 38:19 · https://youtu.be/cbjyJhhS1vI?t=2299</w:t>
      </w:r>
    </w:p>
    <w:p>
      <w:r>
        <w:rPr>
          <w:i/>
        </w:rPr>
        <w:t>“Egypt mein king tha Firaun, uske zamane mein Hazrat Moosa aaye”</w:t>
      </w:r>
    </w:p>
    <w:p>
      <w:r>
        <w:rPr>
          <w:sz w:val="20"/>
        </w:rPr>
        <w:t>38:19  egypt mein king tha firo, jis ko firon kaha jata hai. to us ke zamane mein hazrat moosa aaye, mozez, aur us ko dawat di.</w:t>
      </w:r>
      <w:r>
        <w:br/>
      </w:r>
      <w:r>
        <w:rPr>
          <w:sz w:val="20"/>
        </w:rPr>
        <w:t>38:33  unhon ne toheed ki.</w:t>
      </w:r>
      <w:r>
        <w:br/>
      </w:r>
      <w:r>
        <w:rPr>
          <w:sz w:val="20"/>
        </w:rPr>
        <w:t>38:38  to hazrat moosa ne apna jo un ke paas woh tha, un ka asaa, staff, us ko zameen par dala aur saanp ban gaya.</w:t>
      </w:r>
      <w:r>
        <w:br/>
      </w:r>
      <w:r>
        <w:rPr>
          <w:sz w:val="20"/>
        </w:rPr>
        <w:t>38:47  woh</w:t>
      </w:r>
      <w:r>
        <w:br/>
      </w:r>
      <w:r>
        <w:rPr>
          <w:sz w:val="20"/>
        </w:rPr>
        <w:t>38:49  to is zamane mein egypt mein ja magic ka bara zaroorat tha. bare bare magician hua karte the egypt mein. to firon ne kaha ke main tum ko magician ke zariye tum ko defeat doonga.</w:t>
      </w:r>
      <w:r>
        <w:br/>
      </w:r>
      <w:r>
        <w:rPr>
          <w:sz w:val="20"/>
        </w:rPr>
        <w:t>39:07  to ek din tay hua aur poore egypt ke bare bare magician bulaye gaye wahan par.</w:t>
      </w:r>
      <w:r>
        <w:br/>
      </w:r>
      <w:r>
        <w:rPr>
          <w:sz w:val="20"/>
        </w:rPr>
        <w:t>39:16  aur wahan par moosa ko bulaya</w:t>
      </w:r>
      <w:r>
        <w:br/>
      </w:r>
      <w:r>
        <w:rPr>
          <w:sz w:val="20"/>
        </w:rPr>
        <w:t>39:18  gaya. ek bohat bara maidan tha, us maidan mein log bhare hue the tamasha dekhne ke liye. to kiya hua?</w:t>
      </w:r>
      <w:r>
        <w:br/>
      </w:r>
      <w:r>
        <w:rPr>
          <w:sz w:val="20"/>
        </w:rPr>
        <w:t>39:29  jo magician aaye the, bare bare, un ke haath mein koi koi rassi thi, koi lakri thi, maidan mein dala unhon ne. to woh us saanp ki tarah woh sab chalne lage.</w:t>
      </w:r>
      <w:r>
        <w:br/>
      </w:r>
      <w:r>
        <w:rPr>
          <w:sz w:val="20"/>
        </w:rPr>
        <w:t>39:40  woh saanp, woh woh woh lakri aur aur rassi jo laga ke saanp chal raha hai is mein maidan mein.</w:t>
      </w:r>
      <w:r>
        <w:br/>
      </w:r>
      <w:r>
        <w:rPr>
          <w:sz w:val="20"/>
        </w:rPr>
        <w:t>39:51  to is ke baad moosa ne kaha ke theek hai, ab main dalta hoon. to moosa ne apna jo un ka jo staff tha, jo un ka jo asaa tha, woh dala.</w:t>
      </w:r>
      <w:r>
        <w:br/>
      </w:r>
      <w:r>
        <w:rPr>
          <w:sz w:val="20"/>
        </w:rPr>
        <w:t>40:02  to faizah ya talakhf yafqoon, woh to khuda ka moajza tha, khuda ka miracle tha.</w:t>
      </w:r>
      <w:r>
        <w:br/>
      </w:r>
      <w:r>
        <w:rPr>
          <w:sz w:val="20"/>
        </w:rPr>
        <w:t>40:09  to quran mein ek faizah hai: "talakhf yafqoon". un ke dale hue cheezon ko woh saanp nigal gaya, nigal gaya, khatam ho gaya.</w:t>
      </w:r>
      <w:r>
        <w:br/>
      </w:r>
      <w:r>
        <w:rPr>
          <w:sz w:val="20"/>
        </w:rPr>
        <w:t>40:19  woh</w:t>
      </w:r>
      <w:r>
        <w:br/>
      </w:r>
      <w:r>
        <w:rPr>
          <w:sz w:val="20"/>
        </w:rPr>
        <w:t>40:24  nighal gaya ka matlab koi log samajhte hain ke woh kha gaya, yeh matlab nahi hai. woh saaf saaf, woh jo dikhai de rahe the, woh sab saanp, woh sab lakri aur aur rassi ban gaye.</w:t>
      </w:r>
      <w:r>
        <w:br/>
      </w:r>
      <w:r>
        <w:rPr>
          <w:sz w:val="20"/>
        </w:rPr>
        <w:t>40:35  woh</w:t>
      </w:r>
      <w:r>
        <w:br/>
      </w:r>
      <w:r>
        <w:rPr>
          <w:sz w:val="20"/>
        </w:rPr>
        <w:t>40:36  jab woh chala, moosa ka saanp, to un ka jadoo khatam kar diya us ne. to saanp to lakri lakri reh gayi aur aur aur aur aur rassi rassi reh gayi.</w:t>
      </w:r>
      <w:r>
        <w:br/>
      </w:r>
      <w:r>
        <w:rPr>
          <w:sz w:val="20"/>
        </w:rPr>
        <w:t>40:50  yeh jab dekha jadoogaron ne, magician jo the wahan ke, to woh woh woh jante the ke jadoo ki ek limit hai.</w:t>
      </w:r>
      <w:r>
        <w:br/>
      </w:r>
      <w:r>
        <w:rPr>
          <w:sz w:val="20"/>
        </w:rPr>
        <w:t>40:59  to woh samjhe ke jo moosa ne jo jo dikhai hai, "that beyond that limit", yeh jadoo nahi hai, yeh is se oopar ki cheez hai.</w:t>
      </w:r>
      <w:r>
        <w:br/>
      </w:r>
      <w:r>
        <w:rPr>
          <w:sz w:val="20"/>
        </w:rPr>
        <w:t>41:10  chunki woh apne apne jo art tha, un ka art mein woh expert thay, woh to un ko yeh samajhne mein ek second mein hi nahi laga ke yeh jo Musa dikha rahe hain, yeh to jadu hai nahi, jadu se bohat upar ki cheez hai.</w:t>
      </w:r>
      <w:r>
        <w:br/>
      </w:r>
      <w:r>
        <w:rPr>
          <w:sz w:val="20"/>
        </w:rPr>
        <w:t>41:26  isi waqt woh un ka amna, apne babu sahib, haroon,</w:t>
      </w:r>
      <w:r>
        <w:br/>
      </w:r>
      <w:r>
        <w:rPr>
          <w:sz w:val="20"/>
        </w:rPr>
        <w:t>41:34  isi waqt unhon ne keh diya ke hum Musa ke rab par iman laye.</w:t>
      </w:r>
      <w:r>
        <w:br/>
      </w:r>
      <w:r>
        <w:rPr>
          <w:sz w:val="20"/>
        </w:rPr>
        <w:t>41:40  isi waqt wahin par bol diya unhon ne ke hum Musa ke rab par iman laye. to Firon jo tha, Firo, bohat ghusa hua.</w:t>
      </w:r>
      <w:r>
        <w:br/>
      </w:r>
      <w:r>
        <w:rPr>
          <w:sz w:val="20"/>
        </w:rPr>
        <w:t>41:48  woh</w:t>
      </w:r>
      <w:r>
        <w:br/>
      </w:r>
      <w:r>
        <w:rPr>
          <w:sz w:val="20"/>
        </w:rPr>
        <w:t>41:51  us ne kaha ke tum bulaya tha hum ne tum ko, ab is ka tod karne ke liye, to tum isi ka sath dene lage. tum tum sab ko main marwa dalunga.</w:t>
      </w:r>
      <w:r>
        <w:br/>
      </w:r>
      <w:r>
        <w:rPr>
          <w:sz w:val="20"/>
        </w:rPr>
        <w:t>42:06  to dekhiye, woh jadugar jo thay, jab aaye thay to unhon ne kaha tha ke "ain Allah lajurn", yani badshah ki khushamad kar rahe thay, kya hum ko kuch inam o ikram milega?</w:t>
      </w:r>
      <w:r>
        <w:br/>
      </w:r>
      <w:r>
        <w:rPr>
          <w:sz w:val="20"/>
        </w:rPr>
        <w:t>42:21  shuru mein "ain lana lajurn", in kunna ahl al ghalibeen, agar hum jeet jayein to kya hum ko kuch inam milega?</w:t>
      </w:r>
      <w:r>
        <w:br/>
      </w:r>
      <w:r>
        <w:rPr>
          <w:sz w:val="20"/>
        </w:rPr>
        <w:t>42:32  to badshah ne kaha haan,</w:t>
      </w:r>
      <w:r>
        <w:br/>
      </w:r>
      <w:r>
        <w:rPr>
          <w:sz w:val="20"/>
        </w:rPr>
        <w:t>42:38  yeh tha beginning mein. lekin jab yeh sab dekha aur un ko sachai khul gayi, Khuda ko unhon ne discover kar liya aur is ka ailan kar diya.</w:t>
      </w:r>
      <w:r>
        <w:br/>
      </w:r>
      <w:r>
        <w:rPr>
          <w:sz w:val="20"/>
        </w:rPr>
        <w:t>42:49  tab kya hua?</w:t>
      </w:r>
      <w:r>
        <w:br/>
      </w:r>
      <w:r>
        <w:rPr>
          <w:sz w:val="20"/>
        </w:rPr>
        <w:t>42:51  jab king ne kaha ke main tum sab ko marwa dalunga,</w:t>
      </w:r>
      <w:r>
        <w:br/>
      </w:r>
      <w:r>
        <w:rPr>
          <w:sz w:val="20"/>
        </w:rPr>
        <w:t>42:57  yeh zinda nahi chhodunga, to unhon ne kaha ke "faqad faqad mantaqat", inka taqdi hasil hai duniya.</w:t>
      </w:r>
      <w:r>
        <w:br/>
      </w:r>
      <w:r>
        <w:rPr>
          <w:sz w:val="20"/>
        </w:rPr>
        <w:t>43:08  jo karna hai, karo tum, isi duniya ke liye tum kar sakte ho na? zindagi to life after tak jati hai.</w:t>
      </w:r>
      <w:r>
        <w:br/>
      </w:r>
      <w:r>
        <w:rPr>
          <w:sz w:val="20"/>
        </w:rPr>
        <w:t>43:20  faqad mantaqat, inka taqdi</w:t>
      </w:r>
      <w:r>
        <w:br/>
      </w:r>
      <w:r>
        <w:rPr>
          <w:sz w:val="20"/>
        </w:rPr>
        <w:t>43:22  hasil hai duniya. jo karna hai, to kar lo, isi duniya mein tum kar sakte ho.</w:t>
      </w:r>
      <w:r>
        <w:br/>
      </w:r>
      <w:r>
        <w:rPr>
          <w:sz w:val="20"/>
        </w:rPr>
        <w:t>43:30  chand minute ki, chand ghante ki duniya hai. to jab discovery hoti hai to yeh aadmi ka haal hota hai, kyunke sari lakeerein jo hain, choti ho jati hain.</w:t>
      </w:r>
      <w:r>
        <w:br/>
      </w:r>
      <w:r>
        <w:rPr>
          <w:sz w:val="20"/>
        </w:rPr>
        <w:t>43:41  ek bari lakeer jab ek bari lakeer jo mil gayi hai, aap jante hain ke choti line ke aage bari line kheench di jaye to apne aap choti line choti line ban jati hai.</w:t>
      </w:r>
      <w:r>
        <w:br/>
      </w:r>
      <w:r>
        <w:rPr>
          <w:sz w:val="20"/>
        </w:rPr>
        <w:t>43:55  to jab Khuda ko discover kar liya unhon ne to har line choti ho gayi, king bhi chhota ho gaya.</w:t>
      </w:r>
    </w:p>
    <w:p>
      <w:pPr>
        <w:pStyle w:val="Heading2"/>
      </w:pPr>
      <w:r>
        <w:t>Dual being and personality building concept</w:t>
      </w:r>
    </w:p>
    <w:p>
      <w:r>
        <w:rPr>
          <w:color w:val="666666"/>
          <w:sz w:val="18"/>
        </w:rPr>
        <w:t>People of Paradise February 17, 2019 Maulana Wahiduddin Khan · 6m 18s · at 19:59 · https://youtu.be/zAJQJjX2PCI?t=1199</w:t>
      </w:r>
    </w:p>
    <w:p>
      <w:r>
        <w:rPr>
          <w:i/>
        </w:rPr>
        <w:t>“Mera experience hua, woh ye tha ke main ek dual being hoon.”</w:t>
      </w:r>
    </w:p>
    <w:p>
      <w:r>
        <w:rPr>
          <w:sz w:val="20"/>
        </w:rPr>
        <w:t>19:59  mera jo experience hua us waqt, woh yeh tha ke main ek dual being hoon.</w:t>
      </w:r>
      <w:r>
        <w:br/>
      </w:r>
      <w:r>
        <w:rPr>
          <w:sz w:val="20"/>
        </w:rPr>
        <w:t>20:12  mere do personality hain. ek hai physical personality, ek hai spiritual personality. physical personality yahan padi hui hai aur spiritual personality wahan mujhe dekh rahi khadi hogi.</w:t>
      </w:r>
      <w:r>
        <w:br/>
      </w:r>
      <w:r>
        <w:rPr>
          <w:sz w:val="20"/>
        </w:rPr>
        <w:t>20:32  to khulasa yeh ke is tajurbe ko le kar aur science ki study ko le kar jo meri soch bani hai, woh yeh hai ke insaan paida hota hai to bazahir woh sirf ek physical being hota hai,</w:t>
      </w:r>
      <w:r>
        <w:br/>
      </w:r>
      <w:r>
        <w:rPr>
          <w:sz w:val="20"/>
        </w:rPr>
        <w:t>20:54  ek physical wajood hota hai. bachcha hota hai, phir badhte badhte badhte poora insaan banta hai. woh hai physical being.</w:t>
      </w:r>
      <w:r>
        <w:br/>
      </w:r>
      <w:r>
        <w:rPr>
          <w:sz w:val="20"/>
        </w:rPr>
        <w:t>21:05  isi ke sath insan apni ek spiritual being banata hai.</w:t>
      </w:r>
      <w:r>
        <w:br/>
      </w:r>
      <w:r>
        <w:rPr>
          <w:sz w:val="20"/>
        </w:rPr>
        <w:t>21:14  is dunya mein jo experience hote hain, is dunya mein jo guzarta hai is ke sath, to is ke response ke mutabiq kabhi response deta hai positive,</w:t>
      </w:r>
      <w:r>
        <w:br/>
      </w:r>
      <w:r>
        <w:rPr>
          <w:sz w:val="20"/>
        </w:rPr>
        <w:t>21:30  kabhi negative.</w:t>
      </w:r>
      <w:r>
        <w:br/>
      </w:r>
      <w:r>
        <w:rPr>
          <w:sz w:val="20"/>
        </w:rPr>
        <w:t>21:35  to in dunya ke</w:t>
      </w:r>
      <w:r>
        <w:br/>
      </w:r>
      <w:r>
        <w:rPr>
          <w:sz w:val="20"/>
        </w:rPr>
        <w:t>21:40  dunya ke tajribat, dunya ke waqiat, dunya ki happening, is ke darmiyan is ki ek aur hasti banti hai.</w:t>
      </w:r>
      <w:r>
        <w:br/>
      </w:r>
      <w:r>
        <w:rPr>
          <w:sz w:val="20"/>
        </w:rPr>
        <w:t>21:50  ek to yeh hasti jo paida hui hai, is ko main kahunga ke physical hasti. Is physical hasti ke sath sath jo tajribat hote hain, is mein main koi response deta hoon.</w:t>
      </w:r>
      <w:r>
        <w:br/>
      </w:r>
      <w:r>
        <w:rPr>
          <w:sz w:val="20"/>
        </w:rPr>
        <w:t>22:04  is response ko le kar ek aur hasti banti rehti hai, banti rehti hai, banti rehti hai.</w:t>
      </w:r>
      <w:r>
        <w:br/>
      </w:r>
      <w:r>
        <w:rPr>
          <w:sz w:val="20"/>
        </w:rPr>
        <w:t>22:14  yani woh doosri hasti jo hai, woh spiritual hasti hoti hai. Misal ke taur par kisi ne mujhe takleef pahunchai aur main us ke liye dua kar raha hoon to meri ek hasti ban rahi hai.</w:t>
      </w:r>
      <w:r>
        <w:br/>
      </w:r>
      <w:r>
        <w:rPr>
          <w:sz w:val="20"/>
        </w:rPr>
        <w:t>22:34  takleef ek physical waqia hai. Us ne pathar mara aur mera choot lagi hai mujhe. To that is physical event.</w:t>
      </w:r>
      <w:r>
        <w:br/>
      </w:r>
      <w:r>
        <w:rPr>
          <w:sz w:val="20"/>
        </w:rPr>
        <w:t>22:46  isi ke sath main kya response deta hoon, woh banta rehta hai ke ghussa aaya to main ne maaf kar diya.</w:t>
      </w:r>
      <w:r>
        <w:br/>
      </w:r>
      <w:r>
        <w:rPr>
          <w:sz w:val="20"/>
        </w:rPr>
        <w:t>22:57  pathar mara to main ne us ki duain keen.</w:t>
      </w:r>
      <w:r>
        <w:br/>
      </w:r>
      <w:r>
        <w:rPr>
          <w:sz w:val="20"/>
        </w:rPr>
        <w:t>23:04  us ne zulm kiya to main ne us ko inna lakum nas. Main us ke liye khair khwah banna laga.</w:t>
      </w:r>
      <w:r>
        <w:br/>
      </w:r>
      <w:r>
        <w:rPr>
          <w:sz w:val="20"/>
        </w:rPr>
        <w:t>23:16  jo sifat Quran mein batai gayi hain, dozaq ke bhi aur aur jannat ke bhi, woh isi isi isi par guzarti hain spiritual insan par.</w:t>
      </w:r>
      <w:r>
        <w:br/>
      </w:r>
      <w:r>
        <w:rPr>
          <w:sz w:val="20"/>
        </w:rPr>
        <w:t>23:33  yani agar aap doosre ko doosre se nafrat karen, us ko pathar maren, us ko bomb se urayen, to chahe aap daawa kar rahe hon jannat ka, aap ja rahe hain jahannum mein.</w:t>
      </w:r>
      <w:r>
        <w:br/>
      </w:r>
      <w:r>
        <w:rPr>
          <w:sz w:val="20"/>
        </w:rPr>
        <w:t>23:54  yani negative response aur positive response ka farq hota hai ke jo kuch guzra aap ke upar,</w:t>
      </w:r>
      <w:r>
        <w:br/>
      </w:r>
      <w:r>
        <w:rPr>
          <w:sz w:val="20"/>
        </w:rPr>
        <w:t>24:06  woh aap ko farz kijiye ke negative experience hai lekin response aap ka positive aap de rahe hain.</w:t>
      </w:r>
      <w:r>
        <w:br/>
      </w:r>
      <w:r>
        <w:rPr>
          <w:sz w:val="20"/>
        </w:rPr>
        <w:t>24:21  yani ghussa ke jawab mein maafi, zulm ke jawab mein dua.</w:t>
      </w:r>
      <w:r>
        <w:br/>
      </w:r>
      <w:r>
        <w:rPr>
          <w:sz w:val="20"/>
        </w:rPr>
        <w:t>24:31  jaise peghambar ko pathar mara gaya, khoon beh raha hai aur peghambar keh raha hai: "Rabbighfir li qaumi fa-innahum la ya'lamoon".</w:t>
      </w:r>
      <w:r>
        <w:br/>
      </w:r>
      <w:r>
        <w:rPr>
          <w:sz w:val="20"/>
        </w:rPr>
        <w:t>24:45  ae mere rab</w:t>
      </w:r>
      <w:r>
        <w:br/>
      </w:r>
      <w:r>
        <w:rPr>
          <w:sz w:val="20"/>
        </w:rPr>
        <w:t>24:46  , meri meri qaum ko phir bhi aap meri qaum bol rahe hain. Yeh nahi ke yeh zalim,</w:t>
      </w:r>
      <w:r>
        <w:br/>
      </w:r>
      <w:r>
        <w:rPr>
          <w:sz w:val="20"/>
        </w:rPr>
        <w:t>24:57  ae ae mere</w:t>
      </w:r>
      <w:r>
        <w:br/>
      </w:r>
      <w:r>
        <w:rPr>
          <w:sz w:val="20"/>
        </w:rPr>
        <w:t>24:59  rab, meri qaum ko hidayat de. Yeh nahi kahe ke us ko barbaad kar de kyunke woh jante nahi.</w:t>
      </w:r>
      <w:r>
        <w:br/>
      </w:r>
      <w:r>
        <w:rPr>
          <w:sz w:val="20"/>
        </w:rPr>
        <w:t>25:11  us ko in awareness ke khane mein daal diya peghambar ne, zulm ke khane mein nahi dala. Yani jin logon ne us ko pathar mara tha aur khoon beh raha tha aur peghambar gir pada tha,</w:t>
      </w:r>
      <w:r>
        <w:br/>
      </w:r>
      <w:r>
        <w:rPr>
          <w:sz w:val="20"/>
        </w:rPr>
        <w:t>25:27  tab bhi peghambar us ke jo kiya hai, us ne us ke us ko us ke in awareness ke khane mein daal raha hai, zulm ke khane mein nahi.</w:t>
      </w:r>
      <w:r>
        <w:br/>
      </w:r>
      <w:r>
        <w:rPr>
          <w:sz w:val="20"/>
        </w:rPr>
        <w:t>25:41  yeh hai waqiat ka, yeh hai waqiat ke darmiyan personality ka banna. In waqiat ke darmiyan agar negative personality ban rahi hai to woh jahannami personality hai.</w:t>
      </w:r>
      <w:r>
        <w:br/>
      </w:r>
      <w:r>
        <w:rPr>
          <w:sz w:val="20"/>
        </w:rPr>
        <w:t>25:57  aur in waqiat ke darmiyan agar positive personality ban rahi hai to woh jannati personality hai. yeh sab bilkul irrelevant baatein hain ke is ummat ke liye jannat hai, is is ummat ke liye yani kafiron ke liye jahannum hai,</w:t>
      </w:r>
    </w:p>
    <w:p>
      <w:pPr>
        <w:pStyle w:val="Heading2"/>
      </w:pPr>
      <w:r>
        <w:t>Conviction through God as captain of ship</w:t>
      </w:r>
    </w:p>
    <w:p>
      <w:r>
        <w:rPr>
          <w:color w:val="666666"/>
          <w:sz w:val="18"/>
        </w:rPr>
        <w:t>Living with Angels April 24, 2007 Maulana Wahiduddin Kha · 5m 13s · at 52:40 · https://youtu.be/vftCoFxsQFw?t=3160</w:t>
      </w:r>
    </w:p>
    <w:p>
      <w:r>
        <w:rPr>
          <w:i/>
        </w:rPr>
        <w:t>“Here, I would like to add a very relevant story.”</w:t>
      </w:r>
    </w:p>
    <w:p>
      <w:r>
        <w:rPr>
          <w:sz w:val="20"/>
        </w:rPr>
        <w:t>52:40  Here, I would like to add a very relevant story.</w:t>
      </w:r>
      <w:r>
        <w:br/>
      </w:r>
      <w:r>
        <w:rPr>
          <w:sz w:val="20"/>
        </w:rPr>
        <w:t>52:49  Sometime, a ship sailed from</w:t>
      </w:r>
      <w:r>
        <w:br/>
      </w:r>
      <w:r>
        <w:rPr>
          <w:sz w:val="20"/>
        </w:rPr>
        <w:t>52:55  the American coast to Africa. You know, between Africa and America, there is the Atlantic Ocean.</w:t>
      </w:r>
      <w:r>
        <w:br/>
      </w:r>
      <w:r>
        <w:rPr>
          <w:sz w:val="20"/>
        </w:rPr>
        <w:t>53:05  So, this ship was sailing in the Atlantic to reach Africa. So, during this journey, there was a storm.</w:t>
      </w:r>
      <w:r>
        <w:br/>
      </w:r>
      <w:r>
        <w:rPr>
          <w:sz w:val="20"/>
        </w:rPr>
        <w:t>53:21  The ship was caught with the storm. There was jolt. It was a very dangerous situation. So, one passenger says that one passenger narrates a story that during this jolt and this storm,</w:t>
      </w:r>
      <w:r>
        <w:br/>
      </w:r>
      <w:r>
        <w:rPr>
          <w:sz w:val="20"/>
        </w:rPr>
        <w:t>53:41  everyone was in fear. Everyone was living in anxiety. So, he says that this passenger says that he was</w:t>
      </w:r>
      <w:r>
        <w:br/>
      </w:r>
      <w:r>
        <w:rPr>
          <w:sz w:val="20"/>
        </w:rPr>
        <w:t>53:59  running in the ship</w:t>
      </w:r>
      <w:r>
        <w:br/>
      </w:r>
      <w:r>
        <w:rPr>
          <w:sz w:val="20"/>
        </w:rPr>
        <w:t>54:05  . "I noticed that in a corner of that ship, there is a little girl sitting in the corner and playing with dolls." This little girl was at that moment of crisis.</w:t>
      </w:r>
      <w:r>
        <w:br/>
      </w:r>
      <w:r>
        <w:rPr>
          <w:sz w:val="20"/>
        </w:rPr>
        <w:t>54:28  That little girl was playing with her dolls. So, this passenger said to this girl, "Do you know what is happening in this ship</w:t>
      </w:r>
      <w:r>
        <w:br/>
      </w:r>
      <w:r>
        <w:rPr>
          <w:sz w:val="20"/>
        </w:rPr>
        <w:t>54:44  ?" She said, "What?" He said that, "Our ship has caught a storm.</w:t>
      </w:r>
      <w:r>
        <w:br/>
      </w:r>
      <w:r>
        <w:rPr>
          <w:sz w:val="20"/>
        </w:rPr>
        <w:t>54:54  We are going to sink. Our ship is going to sink.</w:t>
      </w:r>
      <w:r>
        <w:br/>
      </w:r>
      <w:r>
        <w:rPr>
          <w:sz w:val="20"/>
        </w:rPr>
        <w:t>54:58  We are in danger."</w:t>
      </w:r>
      <w:r>
        <w:br/>
      </w:r>
      <w:r>
        <w:rPr>
          <w:sz w:val="20"/>
        </w:rPr>
        <w:t>55:03  So, that girl said, "Don't fear.</w:t>
      </w:r>
      <w:r>
        <w:br/>
      </w:r>
      <w:r>
        <w:rPr>
          <w:sz w:val="20"/>
        </w:rPr>
        <w:t>55:11  The captain of this ship is my father is the captain of this ship." That little girl said because the little girl has great faith upon her father.</w:t>
      </w:r>
      <w:r>
        <w:br/>
      </w:r>
      <w:r>
        <w:rPr>
          <w:sz w:val="20"/>
        </w:rPr>
        <w:t>55:27  She said that, "My father is the captain of this ship</w:t>
      </w:r>
      <w:r>
        <w:br/>
      </w:r>
      <w:r>
        <w:rPr>
          <w:sz w:val="20"/>
        </w:rPr>
        <w:t>55:35  . He is not going to let it sink. My father is the captain of this ship.</w:t>
      </w:r>
      <w:r>
        <w:br/>
      </w:r>
      <w:r>
        <w:rPr>
          <w:sz w:val="20"/>
        </w:rPr>
        <w:t>55:45  He is not going to let it sink." This is conviction.</w:t>
      </w:r>
      <w:r>
        <w:br/>
      </w:r>
      <w:r>
        <w:rPr>
          <w:sz w:val="20"/>
        </w:rPr>
        <w:t>55:54  So, a believer, a true believer feels that God is the captain of my ship.</w:t>
      </w:r>
      <w:r>
        <w:br/>
      </w:r>
      <w:r>
        <w:rPr>
          <w:sz w:val="20"/>
        </w:rPr>
        <w:t>56:06  A true believer has this conviction. A true believer lives in this conviction that God is the captain of my ship.</w:t>
      </w:r>
      <w:r>
        <w:br/>
      </w:r>
      <w:r>
        <w:rPr>
          <w:sz w:val="20"/>
        </w:rPr>
        <w:t>56:21  So, he is not going to let it sink. This formula we find in this sentence, Ar-Rahman Ar-Rahim.</w:t>
      </w:r>
      <w:r>
        <w:br/>
      </w:r>
      <w:r>
        <w:rPr>
          <w:sz w:val="20"/>
        </w:rPr>
        <w:t>56:32  God God is Rahman. God is Rahim, most merciful, most compassionate. And also, He is powerful.</w:t>
      </w:r>
      <w:r>
        <w:br/>
      </w:r>
      <w:r>
        <w:rPr>
          <w:sz w:val="20"/>
        </w:rPr>
        <w:t>56:46  At that at once. And God is all-powerful. God is all-powerful. At the same time, He is all-merciful.</w:t>
      </w:r>
      <w:r>
        <w:br/>
      </w:r>
      <w:r>
        <w:rPr>
          <w:sz w:val="20"/>
        </w:rPr>
        <w:t>57:00  This sentence gives you this belief, this notion that God is all-powerful.</w:t>
      </w:r>
      <w:r>
        <w:br/>
      </w:r>
      <w:r>
        <w:rPr>
          <w:sz w:val="20"/>
        </w:rPr>
        <w:t>57:10  At the same time, God is all-merciful. This is a source of conviction of a believer.</w:t>
      </w:r>
      <w:r>
        <w:br/>
      </w:r>
      <w:r>
        <w:rPr>
          <w:sz w:val="20"/>
        </w:rPr>
        <w:t>57:20  This is a source of conviction of a believer. Believer lives in this conviction.</w:t>
      </w:r>
      <w:r>
        <w:br/>
      </w:r>
      <w:r>
        <w:rPr>
          <w:sz w:val="20"/>
        </w:rPr>
        <w:t>57:31  A true believer lives in this conviction that God is the captain of my ship. He is not going to sink.</w:t>
      </w:r>
      <w:r>
        <w:br/>
      </w:r>
      <w:r>
        <w:rPr>
          <w:sz w:val="20"/>
        </w:rPr>
        <w:t>57:41  His God is not going to let it sink.</w:t>
      </w:r>
      <w:r>
        <w:br/>
      </w:r>
      <w:r>
        <w:rPr>
          <w:sz w:val="20"/>
        </w:rPr>
        <w:t>57:46  So, this is the true meaning of Bismillahir-Rahmanir-Rahim.</w:t>
      </w:r>
    </w:p>
    <w:p>
      <w:pPr>
        <w:pStyle w:val="Heading2"/>
      </w:pPr>
      <w:r>
        <w:t>gardening-book analogy: knowledge of Quran alone doesn't make you spiritual</w:t>
      </w:r>
    </w:p>
    <w:p>
      <w:r>
        <w:rPr>
          <w:color w:val="666666"/>
          <w:sz w:val="18"/>
        </w:rPr>
        <w:t>Realization of God September 15, 2013 · 3m 49s · at 8:47 · https://youtu.be/CNEEeM5uyi8?t=527</w:t>
      </w:r>
    </w:p>
    <w:p>
      <w:r>
        <w:rPr>
          <w:i/>
        </w:rPr>
        <w:t>“Aaj main apne Spiritual Tree ke samne khada tha”</w:t>
      </w:r>
    </w:p>
    <w:p>
      <w:r>
        <w:rPr>
          <w:sz w:val="20"/>
        </w:rPr>
        <w:t>8:47  aaj main apne, jo mere haan jo Spiritual Tree hai, us ke saamne khada tha</w:t>
      </w:r>
      <w:r>
        <w:br/>
      </w:r>
      <w:r>
        <w:rPr>
          <w:sz w:val="20"/>
        </w:rPr>
        <w:t>8:56  to ek ajeeb cheez samajh mein aayi.</w:t>
      </w:r>
      <w:r>
        <w:br/>
      </w:r>
      <w:r>
        <w:rPr>
          <w:sz w:val="20"/>
        </w:rPr>
        <w:t>9:02  ke agar ek bahut zabardast kitaab likhi jaye, Horticulture par, ke darakht kaise tayyar kiya jata hai, to us mein Soil ko kaise banaya jaye,</w:t>
      </w:r>
      <w:r>
        <w:br/>
      </w:r>
      <w:r>
        <w:rPr>
          <w:sz w:val="20"/>
        </w:rPr>
        <w:t>9:18  pani ka intezam kaise kiya jaye, beej achha kaun sa hota hai,</w:t>
      </w:r>
      <w:r>
        <w:br/>
      </w:r>
      <w:r>
        <w:rPr>
          <w:sz w:val="20"/>
        </w:rPr>
        <w:t>9:23  yeh saare jo details hain horticulture ki, fun-e-baghbani ki, woh is kitaab mein maujood hain. aur phir woh kisaan ko de diya jaye.</w:t>
      </w:r>
      <w:r>
        <w:br/>
      </w:r>
      <w:r>
        <w:rPr>
          <w:sz w:val="20"/>
        </w:rPr>
        <w:t>9:37  toh kya mahaz kitaab ki wajah se koi shakhs baagh ka maalik ban sakta hai?</w:t>
      </w:r>
      <w:r>
        <w:br/>
      </w:r>
      <w:r>
        <w:rPr>
          <w:sz w:val="20"/>
        </w:rPr>
        <w:t>9:45  nahin. toh Quran mein Allah Ta'ala ne fun-e-ma'rifat jo hai, ilm-e-ma'rifat, likh diya hai sab.</w:t>
      </w:r>
      <w:r>
        <w:br/>
      </w:r>
      <w:r>
        <w:rPr>
          <w:sz w:val="20"/>
        </w:rPr>
        <w:t>9:58  Hadees mein maujood hai. fun-e-ma'rifat Quran aur Hadees mein maujood hai, saara ka saara. lekin kya likhe hone se aap ko mil jayega woh?</w:t>
      </w:r>
      <w:r>
        <w:br/>
      </w:r>
      <w:r>
        <w:rPr>
          <w:sz w:val="20"/>
        </w:rPr>
        <w:t>10:13  toh Quran mein hai ke: "yudalli bihi katheerun wa yahdi bihi katheerun". isi same Quran se kuch logon ko hidayat milti hai, kuch logon ko gumrahi milti hai.</w:t>
      </w:r>
      <w:r>
        <w:br/>
      </w:r>
      <w:r>
        <w:rPr>
          <w:sz w:val="20"/>
        </w:rPr>
        <w:t>10:24  gumrahi kis ko milegi? isi misaal se samjhiye ke fun-e-baghbani yaani horticulture par bohat achhi kitaab kisi ke kisaan ko mil jaye, woh apne ghar mein rakh de toh kya us ke paas baagh ho jayega?</w:t>
      </w:r>
      <w:r>
        <w:br/>
      </w:r>
      <w:r>
        <w:rPr>
          <w:sz w:val="20"/>
        </w:rPr>
        <w:t>10:42  baagh nahin hoga. baagh ka tareeqa yeh hai ke us kitaab ko parhe, us ke fun ko seekhe, aur saara jo us ke andar bataya gaya hai method, us ko dohraaye, aur intezaar bhi kare.</w:t>
      </w:r>
      <w:r>
        <w:br/>
      </w:r>
      <w:r>
        <w:rPr>
          <w:sz w:val="20"/>
        </w:rPr>
        <w:t>10:56  das bees saal lag jaate hain baagh tayyar hone mein. tab woh baagh ka maalik banega. toh Allah Ta'ala ne Quran utaar diya.</w:t>
      </w:r>
      <w:r>
        <w:br/>
      </w:r>
      <w:r>
        <w:rPr>
          <w:sz w:val="20"/>
        </w:rPr>
        <w:t>11:09  Rasool Allah (SAW) ne is ki tafseelaat bayan kar di Hadeeson mein. toh sab kuch kitaab ki shakal mein maujood hai.</w:t>
      </w:r>
      <w:r>
        <w:br/>
      </w:r>
      <w:r>
        <w:rPr>
          <w:sz w:val="20"/>
        </w:rPr>
        <w:t>11:17  lekin is ka matlab nahin ke aap sahib-e-ma'rifat hi ban jayein. aap sahib-e-jannat hi ban jayein. aap sahib-e-hidayat hi ban jayein.</w:t>
      </w:r>
      <w:r>
        <w:br/>
      </w:r>
      <w:r>
        <w:rPr>
          <w:sz w:val="20"/>
        </w:rPr>
        <w:t>11:28  woh toh us waqt hoga jab ke jis tarah se kisaan apne upar is saare tareeqon ko istemaal karta hai, us ke liye barson mehnat karta hai,</w:t>
      </w:r>
      <w:r>
        <w:br/>
      </w:r>
      <w:r>
        <w:rPr>
          <w:sz w:val="20"/>
        </w:rPr>
        <w:t>11:43  tab woh baaghbaan banta hai, maalik banta hai baagh ka. toh aap ko bhi yahi karna padega.</w:t>
      </w:r>
      <w:r>
        <w:br/>
      </w:r>
      <w:r>
        <w:rPr>
          <w:sz w:val="20"/>
        </w:rPr>
        <w:t>11:54  aur koi dohra tareeqa is ka nahin hai.</w:t>
      </w:r>
      <w:r>
        <w:br/>
      </w:r>
      <w:r>
        <w:rPr>
          <w:sz w:val="20"/>
        </w:rPr>
        <w:t>12:01  main jab dekhta hoon logon ko toh in saari baaton se bekhabar kisi aur cheezon ke liye daud rahe hain. paise ke liye, ghar ke liye, tijarat ke liye, job ke liye.</w:t>
      </w:r>
      <w:r>
        <w:br/>
      </w:r>
      <w:r>
        <w:rPr>
          <w:sz w:val="20"/>
        </w:rPr>
        <w:t>12:13  toh mujhe bohat ajeeb lagta hai.</w:t>
      </w:r>
      <w:r>
        <w:br/>
      </w:r>
      <w:r>
        <w:rPr>
          <w:sz w:val="20"/>
        </w:rPr>
        <w:t>12:19  kyunki mujhe lagta hai ke woh andhe pan mein jee rahe hain. toh "man kaana fee ha dunya aama, fa huwa fil aakhirati aamaa".</w:t>
      </w:r>
      <w:r>
        <w:br/>
      </w:r>
      <w:r>
        <w:rPr>
          <w:sz w:val="20"/>
        </w:rPr>
        <w:t>12:30  yahan andha pan, wahan andha pan bana rahega.</w:t>
      </w:r>
    </w:p>
    <w:p>
      <w:pPr>
        <w:pStyle w:val="Heading2"/>
      </w:pPr>
      <w:r>
        <w:t>Refuting sectarianism in prayer leadership</w:t>
      </w:r>
    </w:p>
    <w:p>
      <w:r>
        <w:rPr>
          <w:color w:val="666666"/>
          <w:sz w:val="18"/>
        </w:rPr>
        <w:t>Q&amp;A 06 Feb 2011 Maulana Wahiduddin Khan · 4m 41s · at 10:58 · https://youtu.be/FrKaSxe9INc?t=658</w:t>
      </w:r>
    </w:p>
    <w:p>
      <w:r>
        <w:rPr>
          <w:i/>
        </w:rPr>
        <w:t>“This is a satanic problem - praying behind certain imams.”</w:t>
      </w:r>
    </w:p>
    <w:p>
      <w:r>
        <w:rPr>
          <w:sz w:val="20"/>
        </w:rPr>
        <w:t>10:58  dekhen, yeh bilashuba shaitani masla hai yeh ke falan imam ke peeche namaz nahi hogi. yeh shaitani masla hai. kyunke sahi sunan abi dawood jo kitaab hai, us mein saaf saaf aap parhiye, us mein bab hai baqayda:</w:t>
      </w:r>
      <w:r>
        <w:br/>
      </w:r>
      <w:r>
        <w:rPr>
          <w:sz w:val="20"/>
        </w:rPr>
        <w:t>11:12  salu khalfa kulli bir wa fujir.</w:t>
      </w:r>
      <w:r>
        <w:br/>
      </w:r>
      <w:r>
        <w:rPr>
          <w:sz w:val="20"/>
        </w:rPr>
        <w:t>11:15  yeh masla hi nahi hai ke falan ke peeche namaz jaiz nahi hai. yeh jhoota masla hai, batil masla hai, shaitani masla hai yeh. namaz har ek ke peeche jaiz hai.</w:t>
      </w:r>
      <w:r>
        <w:br/>
      </w:r>
      <w:r>
        <w:rPr>
          <w:sz w:val="20"/>
        </w:rPr>
        <w:t>11:26  har ek ke peeche namaz jaiz hai: salu khalfa kulli bir wa fujir. kyun? namaz imam jo hai, baraye tanzeem hota hai.</w:t>
      </w:r>
      <w:r>
        <w:br/>
      </w:r>
      <w:r>
        <w:rPr>
          <w:sz w:val="20"/>
        </w:rPr>
        <w:t>11:34  aap ki namaz ko jaiz banane ke liye nahi hota hai, woh yaad rakhiye. is ka aap ki namaz ke jaiz hone se kuch bhi nahi hai. tanzeem ke liye, yaani jamaat ke sath namaz parhna hai to ek aadmi chahiye.</w:t>
      </w:r>
      <w:r>
        <w:br/>
      </w:r>
      <w:r>
        <w:rPr>
          <w:sz w:val="20"/>
        </w:rPr>
        <w:t>11:49  is ko aap khara kar diya aage.</w:t>
      </w:r>
      <w:r>
        <w:br/>
      </w:r>
      <w:r>
        <w:rPr>
          <w:sz w:val="20"/>
        </w:rPr>
        <w:t>11:51  is ka umra allah taala ke upar hai, aap ke upar nahi hai.</w:t>
      </w:r>
      <w:r>
        <w:br/>
      </w:r>
      <w:r>
        <w:rPr>
          <w:sz w:val="20"/>
        </w:rPr>
        <w:t>11:57  hargiz hargiz aap ki namaz ka kuch bhi taaluq imam se nahi hai. aap abu dawood mein parh lijiye, baqayda is par hadeesen, kai riwayatein mojood hain: salu khalfa kulli bir wa fujir.</w:t>
      </w:r>
      <w:r>
        <w:br/>
      </w:r>
      <w:r>
        <w:rPr>
          <w:sz w:val="20"/>
        </w:rPr>
        <w:t>12:11  kya matlab kya hai? is ka matlab nahi ke woh sach much hi fujir hoga. yeh matlab nahi samjhiye is ka.</w:t>
      </w:r>
      <w:r>
        <w:br/>
      </w:r>
      <w:r>
        <w:rPr>
          <w:sz w:val="20"/>
        </w:rPr>
        <w:t>12:17  jo riwayat aayi hai, us ka matlab yeh nahi ke sach much hi woh fujir hoga, woh imam. yeh matlab nahi hai.</w:t>
      </w:r>
      <w:r>
        <w:br/>
      </w:r>
      <w:r>
        <w:rPr>
          <w:sz w:val="20"/>
        </w:rPr>
        <w:t>12:25  yeh samajh lijiye is is hadees ka matlab. yaani hota hai ke tumhare nazdeek bil farz woh fujir ho: salu khalfa kulli bir fujir.</w:t>
      </w:r>
      <w:r>
        <w:br/>
      </w:r>
      <w:r>
        <w:rPr>
          <w:sz w:val="20"/>
        </w:rPr>
        <w:t>12:35  maani yeh nahi ke woh sach much hi fujir hai. nahi, tum ne baraye khud yeh farz kar liya hai ke woh fujir hai, tab bhi namaz parho us ke peeche. yeh matlab hai is ka.</w:t>
      </w:r>
      <w:r>
        <w:br/>
      </w:r>
      <w:r>
        <w:rPr>
          <w:sz w:val="20"/>
        </w:rPr>
        <w:t>12:46  logon ne hadeeson ko bhi nahi samjha aur misaal galat bana rakhe hain aur jhoote fatwe dete hain aur poori ummat ko tabaah kar rakha hai.</w:t>
      </w:r>
      <w:r>
        <w:br/>
      </w:r>
      <w:r>
        <w:rPr>
          <w:sz w:val="20"/>
        </w:rPr>
        <w:t>12:57  ek baat aur arz karoon, meri kitaab parhen: tajdeedeen. tajdeedeen mein yeh masla maine tafseel se likha hai ke jo ikhtilafat hain, us ka taaluq hargiz hargiz is se nahi hai.</w:t>
      </w:r>
      <w:r>
        <w:br/>
      </w:r>
      <w:r>
        <w:rPr>
          <w:sz w:val="20"/>
        </w:rPr>
        <w:t>13:10  wo ikhtilafat hain, is wo tosee ke liye hain.</w:t>
      </w:r>
      <w:r>
        <w:br/>
      </w:r>
      <w:r>
        <w:rPr>
          <w:sz w:val="20"/>
        </w:rPr>
        <w:t>13:15  matlab yeh bhi theek hai, wo bhi theek hai. aamir bester bhi theek hai, aamir bejar bhi theek hai. yeh matlab hai is ka. yeh nahi ke ek theek hai, doosra galat hai.</w:t>
      </w:r>
      <w:r>
        <w:br/>
      </w:r>
      <w:r>
        <w:rPr>
          <w:sz w:val="20"/>
        </w:rPr>
        <w:t>13:25  hargiz hargiz nahi. jo jo jata hai, wo deen ko samajhte nahi hain. wo wo tosee ke</w:t>
      </w:r>
      <w:r>
        <w:br/>
      </w:r>
      <w:r>
        <w:rPr>
          <w:sz w:val="20"/>
        </w:rPr>
        <w:t>13:33  tor par hai. yeh bhi theek hai, wo bhi theek hai. kyun? sab juzviyat ke jitne ikhtilafat hain, wo juzviyat par hain. koi fiqah ka hissa mukhtalif hai ke maghrib ki namaz char rak'at parho aur fajar ki namaz teen rak'at parho.</w:t>
      </w:r>
      <w:r>
        <w:br/>
      </w:r>
      <w:r>
        <w:rPr>
          <w:sz w:val="20"/>
        </w:rPr>
        <w:t>13:51  aisa koi bhi nahi milega.</w:t>
      </w:r>
      <w:r>
        <w:br/>
      </w:r>
      <w:r>
        <w:rPr>
          <w:sz w:val="20"/>
        </w:rPr>
        <w:t>13:53  to is mani hai ke jo ikhtilafat hain, wo nan basics par hain, basics par nahi hain. juzviyat par hain, kulliyat par nahi hain.</w:t>
      </w:r>
      <w:r>
        <w:br/>
      </w:r>
      <w:r>
        <w:rPr>
          <w:sz w:val="20"/>
        </w:rPr>
        <w:t>14:04  kulliyat mein dekhiye, to tawaddud hota hai. juzviyat mein tawaddud hota hai. yaad rakhiye is baat ko.</w:t>
      </w:r>
      <w:r>
        <w:br/>
      </w:r>
      <w:r>
        <w:rPr>
          <w:sz w:val="20"/>
        </w:rPr>
        <w:t>14:12  mislan yahan itne log baithe hue hain, ek aadmi aaye, ek statement de, yahan itne aadmi baithe hue hain. to kya sab sab ek hi waza se baithe hue hain?</w:t>
      </w:r>
      <w:r>
        <w:br/>
      </w:r>
      <w:r>
        <w:rPr>
          <w:sz w:val="20"/>
        </w:rPr>
        <w:t>14:25  baithne ki waza alag alag hai. to baithna mushtarak hai, waza mein ishtirak nahi hai.</w:t>
      </w:r>
      <w:r>
        <w:br/>
      </w:r>
      <w:r>
        <w:rPr>
          <w:sz w:val="20"/>
        </w:rPr>
        <w:t>14:33  to baithna jo hai, is mein tawaddud hai, waza mein ta'addud hai, diversity hai. to jo juzviyat hain, un ka ta'alluq tosee se hai.</w:t>
      </w:r>
      <w:r>
        <w:br/>
      </w:r>
      <w:r>
        <w:rPr>
          <w:sz w:val="20"/>
        </w:rPr>
        <w:t>14:45  isi liye hadith mein aata hai ke bi'aym iqtadaytum azdidtum. bi'aym iqtadaytum azdidtum.</w:t>
      </w:r>
      <w:r>
        <w:br/>
      </w:r>
      <w:r>
        <w:rPr>
          <w:sz w:val="20"/>
        </w:rPr>
        <w:t>14:53  mere sahaba jo hain,</w:t>
      </w:r>
      <w:r>
        <w:br/>
      </w:r>
      <w:r>
        <w:rPr>
          <w:sz w:val="20"/>
        </w:rPr>
        <w:t>14:56  wo sitaron ke mind hain: ashab-e-najm.</w:t>
      </w:r>
      <w:r>
        <w:br/>
      </w:r>
      <w:r>
        <w:rPr>
          <w:sz w:val="20"/>
        </w:rPr>
        <w:t>15:05  bi'aym iqtadaytum azdidtum. kuch log is hadith ki kuch jarah karte hain ke yeh hadith jo hai, yeh bilkul be-mani bahas hai. itni laghv bahasain kar rakhi hain logon ne ke deen ko tabaah kar rakha hai.</w:t>
      </w:r>
      <w:r>
        <w:br/>
      </w:r>
      <w:r>
        <w:rPr>
          <w:sz w:val="20"/>
        </w:rPr>
        <w:t>15:14  yeh hadith bilkul sahi hai aur bilkul sahi baat hai ke juzviyat mein aap chahiye mazhab pakrein, wo mazhab pakrein, sab theek hai.</w:t>
      </w:r>
      <w:r>
        <w:br/>
      </w:r>
      <w:r>
        <w:rPr>
          <w:sz w:val="20"/>
        </w:rPr>
        <w:t>15:25  itna tabaahi hai muslim muashre mein har jagah. india mein bhi tabaahi hai, pakistan mein bohat zyada hai. bhai, is ki tafseel jo na janna chahe to meri kitab jo hai, tajdeed-e-deen, us ko parhe.</w:t>
      </w:r>
    </w:p>
    <w:p>
      <w:pPr>
        <w:pStyle w:val="Heading2"/>
      </w:pPr>
      <w:r>
        <w:t>thought particles, dua, and cosmic proof of God</w:t>
      </w:r>
    </w:p>
    <w:p>
      <w:r>
        <w:rPr>
          <w:color w:val="666666"/>
          <w:sz w:val="18"/>
        </w:rPr>
        <w:t>Road to God July 25, 2010 Maulana Wahiduddin Khan · 6m 10s · at 16:44 · https://youtu.be/1kLAQHcFaFk?t=1004</w:t>
      </w:r>
    </w:p>
    <w:p>
      <w:r>
        <w:rPr>
          <w:i/>
        </w:rPr>
        <w:t>“New thoughts don't come from you, they come from God”</w:t>
      </w:r>
    </w:p>
    <w:p>
      <w:r>
        <w:rPr>
          <w:sz w:val="20"/>
        </w:rPr>
        <w:t>16:44  meri hasti ka juz ban gaya. yani beshumar baar aisa hua hai keh mein dua ki aur is ke baad aik is cheez mere mind mein aa gayi jo mein janta nahin tha pehle se.</w:t>
      </w:r>
      <w:r>
        <w:br/>
      </w:r>
      <w:r>
        <w:rPr>
          <w:sz w:val="20"/>
        </w:rPr>
        <w:t>16:55  to kaise maine jaana? yeh khuda ki taraf se aaya.</w:t>
      </w:r>
      <w:r>
        <w:br/>
      </w:r>
      <w:r>
        <w:rPr>
          <w:sz w:val="20"/>
        </w:rPr>
        <w:t>17:02  dekhein science mein aik cheez accept ki jaati hai keh is universe mein saare insan mil kar aik particle ko izafa nahin kar sakte.</w:t>
      </w:r>
      <w:r>
        <w:br/>
      </w:r>
      <w:r>
        <w:rPr>
          <w:sz w:val="20"/>
        </w:rPr>
        <w:t>17:13  jitne particle hain universe mein, woh utne hi rahen ge. aap chahein keh is mein se aik particle barha dein to saare insanon ke bas mein nahin hai.</w:t>
      </w:r>
      <w:r>
        <w:br/>
      </w:r>
      <w:r>
        <w:rPr>
          <w:sz w:val="20"/>
        </w:rPr>
        <w:t>17:25  to jis tarah se physical particle ko barhana aap ke bas mein nahin hai, aise hi thought particle barha barhana bas mein nahin hai aap ke.</w:t>
      </w:r>
      <w:r>
        <w:br/>
      </w:r>
      <w:r>
        <w:rPr>
          <w:sz w:val="20"/>
        </w:rPr>
        <w:t>17:38  physical particle jitne hain, woh utne hi rahen ge. baqi ki taqat hai to khuda ke andar hai, aap ke andar nahin.</w:t>
      </w:r>
      <w:r>
        <w:br/>
      </w:r>
      <w:r>
        <w:rPr>
          <w:sz w:val="20"/>
        </w:rPr>
        <w:t>17:47  aise hi thought particle jo hain, woh bhi jo aap ke andar hain, woh hain. naye thought aayenge to khuda ki taraf se aayenge.</w:t>
      </w:r>
      <w:r>
        <w:br/>
      </w:r>
      <w:r>
        <w:rPr>
          <w:sz w:val="20"/>
        </w:rPr>
        <w:t>18:01  to jab mein dua karta hoon aur mein ne jaise keh arz kiya keh dua aur zikr to meri rag rag mein samaya hua hai. yani "god runs in my blood".</w:t>
      </w:r>
      <w:r>
        <w:br/>
      </w:r>
      <w:r>
        <w:rPr>
          <w:sz w:val="20"/>
        </w:rPr>
        <w:t>18:13  raat din, subah shaam, meri meri zindagi jo guzarti hai, allah ki yaad mein, allah ki dua mein, allah se mangne mein.</w:t>
      </w:r>
      <w:r>
        <w:br/>
      </w:r>
      <w:r>
        <w:rPr>
          <w:sz w:val="20"/>
        </w:rPr>
        <w:t>18:23  yani har waqt focus mein allah rehta hai mere liye. to aisi anokhe taur par nai baatein aati hain. to kahan se aayin?</w:t>
      </w:r>
      <w:r>
        <w:br/>
      </w:r>
      <w:r>
        <w:rPr>
          <w:sz w:val="20"/>
        </w:rPr>
        <w:t>18:34  jab physical particles ko mein add nahin kar sakta to thought particle kahan se aa gayi hai? kahan se aa gayi?</w:t>
      </w:r>
      <w:r>
        <w:br/>
      </w:r>
      <w:r>
        <w:rPr>
          <w:sz w:val="20"/>
        </w:rPr>
        <w:t>18:45  aur dekhein aik baat mein arz karoon keh yeh process bohat hi lamba hota hai. discovery aik bohat hi lambe process ke baad hoti hai.</w:t>
      </w:r>
      <w:r>
        <w:br/>
      </w:r>
      <w:r>
        <w:rPr>
          <w:sz w:val="20"/>
        </w:rPr>
        <w:t>18:55  yeh mat samjhiye keh aap ne dua kiya, idhar udhar se woh woh kaam ho gaya. dua aik process hai, zikr aik process hai, allah ki yaad aik process hai.</w:t>
      </w:r>
      <w:r>
        <w:br/>
      </w:r>
      <w:r>
        <w:rPr>
          <w:sz w:val="20"/>
        </w:rPr>
        <w:t>19:08  aksar bohat lamba hota hai woh process.</w:t>
      </w:r>
      <w:r>
        <w:br/>
      </w:r>
      <w:r>
        <w:rPr>
          <w:sz w:val="20"/>
        </w:rPr>
        <w:t>19:13  ab dekhen kal mein ek quran ki ek ayat ko soch raha tha ke "awwalul lazina kafaru inna samawati wal arz".</w:t>
      </w:r>
      <w:r>
        <w:br/>
      </w:r>
      <w:r>
        <w:rPr>
          <w:sz w:val="20"/>
        </w:rPr>
        <w:t>19:27  kya inkar karna hua? nahin dekha ke zameen o aasman jure hue the, phir hum ko phaar diya? ab dekhen maine lafz "dekha" is mein istemal hua.</w:t>
      </w:r>
      <w:r>
        <w:br/>
      </w:r>
      <w:r>
        <w:rPr>
          <w:sz w:val="20"/>
        </w:rPr>
        <w:t>19:38  "awwalair" kya dekha nahin unhon ne?</w:t>
      </w:r>
      <w:r>
        <w:br/>
      </w:r>
      <w:r>
        <w:rPr>
          <w:sz w:val="20"/>
        </w:rPr>
        <w:t>19:44  is dekhne mein 13 billion saal lag gae.</w:t>
      </w:r>
      <w:r>
        <w:br/>
      </w:r>
      <w:r>
        <w:rPr>
          <w:sz w:val="20"/>
        </w:rPr>
        <w:t>19:52  is mein ayat, is ayat mein is mauqe ki taraf ishara hai ke bilkul shuru mein jab ke yeh kainat nahin thi, sirf khuda tha.</w:t>
      </w:r>
      <w:r>
        <w:br/>
      </w:r>
      <w:r>
        <w:rPr>
          <w:sz w:val="20"/>
        </w:rPr>
        <w:t>20:02  ek hi cheez exist kar rahi thi, woh Allah ka wajood. baqi yeh woh nahin tha. is is ka woh</w:t>
      </w:r>
      <w:r>
        <w:br/>
      </w:r>
      <w:r>
        <w:rPr>
          <w:sz w:val="20"/>
        </w:rPr>
        <w:t>20:10  to Allah ne paida kiya. ek ek sare particle jo hain, woh paida kiya Allah taala ne. sab se pehle universe mein jo particle hain, woh is ko paida kiya Allah taala ne.</w:t>
      </w:r>
      <w:r>
        <w:br/>
      </w:r>
      <w:r>
        <w:rPr>
          <w:sz w:val="20"/>
        </w:rPr>
        <w:t>20:22  woh particle the pehle ek mile hue, ek super atom kaha jata hai is ko. yeh sare particle aise mile hue.</w:t>
      </w:r>
      <w:r>
        <w:br/>
      </w:r>
      <w:r>
        <w:rPr>
          <w:sz w:val="20"/>
        </w:rPr>
        <w:t>20:35  is ki film banai gai hai, to woh main ne dekha hai washington mein ke faza mein, khala mein ek particle ek zahir hota hai, ek ek bohat bara super atom.</w:t>
      </w:r>
      <w:r>
        <w:br/>
      </w:r>
      <w:r>
        <w:rPr>
          <w:sz w:val="20"/>
        </w:rPr>
        <w:t>20:45  phir is mein explosion hota hai, is ke baad sari kainat ban jati hai. particle bikhartay hain.</w:t>
      </w:r>
      <w:r>
        <w:br/>
      </w:r>
      <w:r>
        <w:rPr>
          <w:sz w:val="20"/>
        </w:rPr>
        <w:t>20:53  to yeh jo waqea hua, yeh 13 billion saal pehle hua.</w:t>
      </w:r>
      <w:r>
        <w:br/>
      </w:r>
      <w:r>
        <w:rPr>
          <w:sz w:val="20"/>
        </w:rPr>
        <w:t>21:00  aur abhi yani 20 century ke first aakhri quarter mein pata hua hai ke woh jo explosion hua tha, to is ke jo kehte hain background radiation,</w:t>
      </w:r>
      <w:r>
        <w:br/>
      </w:r>
      <w:r>
        <w:rPr>
          <w:sz w:val="20"/>
        </w:rPr>
        <w:t>21:17  is ke phatne se, is ke explosion se jo radiation hua, to woh us waqt se ab maujood tha khala mein.</w:t>
      </w:r>
      <w:r>
        <w:br/>
      </w:r>
      <w:r>
        <w:rPr>
          <w:sz w:val="20"/>
        </w:rPr>
        <w:t>21:27  jo kehte hain background radiation, woh exist kar raha tha. is ke proof ke taur par ke yahan par ek ek aisa waqea hua hai explosion ka.</w:t>
      </w:r>
      <w:r>
        <w:br/>
      </w:r>
      <w:r>
        <w:rPr>
          <w:sz w:val="20"/>
        </w:rPr>
        <w:t>21:38  abhi haal mein is ko bohat hi khas tarah ke yani electronic telescope, telescope ke zariye se is ko photo liye gae, is ko discover kiya gaya.</w:t>
      </w:r>
      <w:r>
        <w:br/>
      </w:r>
      <w:r>
        <w:rPr>
          <w:sz w:val="20"/>
        </w:rPr>
        <w:t>21:52  to jab woh scientists ke samne woh aya, is ka photo to ek scientist ki zuban se nikla, woh ripple ki shakal mein hai, laharon ki shakal mein.</w:t>
      </w:r>
      <w:r>
        <w:br/>
      </w:r>
      <w:r>
        <w:rPr>
          <w:sz w:val="20"/>
        </w:rPr>
        <w:t>22:03  ripple, woh jo background radiation hai, woh ripple ki shakal mein hai, yani laharon ki shakal mein. jaise koi khat shikasht ho, is tarah ki samajh lijiye.</w:t>
      </w:r>
      <w:r>
        <w:br/>
      </w:r>
      <w:r>
        <w:rPr>
          <w:sz w:val="20"/>
        </w:rPr>
        <w:t>22:17  to is ne dekha to is ne kaha ke "it is like seeing the handwriting of god".</w:t>
      </w:r>
      <w:r>
        <w:br/>
      </w:r>
      <w:r>
        <w:rPr>
          <w:sz w:val="20"/>
        </w:rPr>
        <w:t>22:26  "it is like seeing the handwriting of god". ab dekhen ke yeh hai roiyat jo hone wali thi.</w:t>
      </w:r>
      <w:r>
        <w:br/>
      </w:r>
      <w:r>
        <w:rPr>
          <w:sz w:val="20"/>
        </w:rPr>
        <w:t>22:36  lekin ek bohat hi ek gradual process tha discovery ka.</w:t>
      </w:r>
      <w:r>
        <w:br/>
      </w:r>
      <w:r>
        <w:rPr>
          <w:sz w:val="20"/>
        </w:rPr>
        <w:t>22:41  13 billion saal ke baad yeh mumkin hua ke insan is is is ripple ko discover kare, khuda ki is handwriting ko jaane. yeh hai discovery ka process.</w:t>
      </w:r>
    </w:p>
    <w:p>
      <w:pPr>
        <w:pStyle w:val="Heading2"/>
      </w:pPr>
      <w:r>
        <w:t>UN climate report and hadith predictions align</w:t>
      </w:r>
    </w:p>
    <w:p>
      <w:r>
        <w:rPr>
          <w:color w:val="666666"/>
          <w:sz w:val="18"/>
        </w:rPr>
        <w:t>Warning Signs of Doomsday February 4, 2007 · 5m 15s · at 18:58 · https://youtu.be/gU74yV1td-I?t=1138</w:t>
      </w:r>
    </w:p>
    <w:p>
      <w:r>
        <w:rPr>
          <w:i/>
        </w:rPr>
        <w:t>“130 countries ke scientists ne warning di duniya ko”</w:t>
      </w:r>
    </w:p>
    <w:p>
      <w:r>
        <w:rPr>
          <w:sz w:val="20"/>
        </w:rPr>
        <w:t>18:58  kyunke abhi kal parson jo khabrein aayi hain, jo aap ne sab log padha hoga, ke united nations ne jo international body hai, us ne 130 countries ke scientist ko ek panel banaya,</w:t>
      </w:r>
      <w:r>
        <w:br/>
      </w:r>
      <w:r>
        <w:rPr>
          <w:sz w:val="20"/>
        </w:rPr>
        <w:t>19:21  130 mulkon ke scientist ka panel, aur dhai hazar scientist the, more than 2000 scientist.</w:t>
      </w:r>
      <w:r>
        <w:br/>
      </w:r>
      <w:r>
        <w:rPr>
          <w:sz w:val="20"/>
        </w:rPr>
        <w:t>19:31  to more than 2000 scientist, international report ke log, aur 130 countries ke, aur kai baras tak inhon ne research ki, research ki, research ki, jis ka result aap ne dekha hoga ke kal media mein aaya hai.</w:t>
      </w:r>
      <w:r>
        <w:br/>
      </w:r>
      <w:r>
        <w:rPr>
          <w:sz w:val="20"/>
        </w:rPr>
        <w:t>19:52  aur woh bohat hi, yani bohat hi mayoos kun picture, bohat hi mayusi ka picture bataya hai inhon ne zameen ke bare mein.</w:t>
      </w:r>
      <w:r>
        <w:br/>
      </w:r>
      <w:r>
        <w:rPr>
          <w:sz w:val="20"/>
        </w:rPr>
        <w:t>20:04  zameen ke bare mein. is mein dekhein, yeh jo times of india kal ka jo issue hai, yaani kal ka matlab hai february third, february third ka jo times of india hai, is mein bohat si news isi ke bare mein hai.</w:t>
      </w:r>
      <w:r>
        <w:br/>
      </w:r>
      <w:r>
        <w:rPr>
          <w:sz w:val="20"/>
        </w:rPr>
        <w:t>20:22  jo report aayi hai in scientist ya is panel ki, to is ki main unhon ne jo title banaya hai, is ka woh hai "warning, warning signs", s i g n s,</w:t>
      </w:r>
      <w:r>
        <w:br/>
      </w:r>
      <w:r>
        <w:rPr>
          <w:sz w:val="20"/>
        </w:rPr>
        <w:t>20:41  "warning ki nishaniyan". to warning signs, mein is mein add karunga ke "warning signs of toms day".</w:t>
      </w:r>
      <w:r>
        <w:br/>
      </w:r>
      <w:r>
        <w:rPr>
          <w:sz w:val="20"/>
        </w:rPr>
        <w:t>20:51  is mein to jo hai warning signs, s i g n s, "warning ki nishaniyan".</w:t>
      </w:r>
      <w:r>
        <w:br/>
      </w:r>
      <w:r>
        <w:rPr>
          <w:sz w:val="20"/>
        </w:rPr>
        <w:t>21:01  to mein ne izafa kar ke kahunga ke jo hai "warning signs of toms day". kyunke jo aaya hai, woh aap sab logon ne parha hoga aur aur tv mein dekha hoga ke bohat hi dangerous situation ki taraf hum ja rahe hain.</w:t>
      </w:r>
      <w:r>
        <w:br/>
      </w:r>
      <w:r>
        <w:rPr>
          <w:sz w:val="20"/>
        </w:rPr>
        <w:t>21:15  aur yeh bhi keh rahe hain ke "irreversible" hai. woh ab hum loot nahi sakte peeche ki taraf.</w:t>
      </w:r>
      <w:r>
        <w:br/>
      </w:r>
      <w:r>
        <w:rPr>
          <w:sz w:val="20"/>
        </w:rPr>
        <w:t>21:22  yaani pre industrial era mein yeh situation jo thi ke carbon dioxide ab double, is ke muqable mein double hua ja raha hai hamare atmosphere mein.</w:t>
      </w:r>
      <w:r>
        <w:br/>
      </w:r>
      <w:r>
        <w:rPr>
          <w:sz w:val="20"/>
        </w:rPr>
        <w:t>21:34  pre industrial era mein jitna carbon dioxide hua karta tha atmosphere mein, to is ka double hua ja raha hai. sea level jo hai, 80 centimeter ooncha hone wala hai,</w:t>
      </w:r>
      <w:r>
        <w:br/>
      </w:r>
      <w:r>
        <w:rPr>
          <w:sz w:val="20"/>
        </w:rPr>
        <w:t>21:49  barh raha hai, barh raha hai, barh raha hai.</w:t>
      </w:r>
      <w:r>
        <w:br/>
      </w:r>
      <w:r>
        <w:rPr>
          <w:sz w:val="20"/>
        </w:rPr>
        <w:t>21:51  aur bohat jald yeh hoga ke 80 centimeter sea level ooncha ho jayega. kitne sare log doob jayenge. yeh kya hai?</w:t>
      </w:r>
      <w:r>
        <w:br/>
      </w:r>
      <w:r>
        <w:rPr>
          <w:sz w:val="20"/>
        </w:rPr>
        <w:t>22:00  yeh wahi to hai qayamat ke asar. to asar qayamat par bohat si kitabein hamare likhi gayi thin aur bohat is mein riwayatein hain.</w:t>
      </w:r>
      <w:r>
        <w:br/>
      </w:r>
      <w:r>
        <w:rPr>
          <w:sz w:val="20"/>
        </w:rPr>
        <w:t>22:10  to sari riwayatein jo hain, is mein woh aaj waqea ban rahi hain.</w:t>
      </w:r>
      <w:r>
        <w:br/>
      </w:r>
      <w:r>
        <w:rPr>
          <w:sz w:val="20"/>
        </w:rPr>
        <w:t>22:16  mein samajhta hoon koi aadmi agar sirf yeh kare ke in hadithon ko parhe aur aaj ke jo aaj kal jo media mein aa rahi hain cheezein, is se dekhe milakar ke, to dil pukarega is ka ke bilashuba yeh khuda ke rasool the.</w:t>
      </w:r>
      <w:r>
        <w:br/>
      </w:r>
      <w:r>
        <w:rPr>
          <w:sz w:val="20"/>
        </w:rPr>
        <w:t>22:32  kaun janta tha is se pehle in baton ko jo abhi aa rahi hain kuch dinon se? kuch scientist logon ko pata nahi tha.</w:t>
      </w:r>
      <w:r>
        <w:br/>
      </w:r>
      <w:r>
        <w:rPr>
          <w:sz w:val="20"/>
        </w:rPr>
        <w:t>22:43  yaani hum ne pehle jab bachpan mein, nawajwani ki umar mein jab hum parhna shuru kiya, to hum ne parha tha ek bar germany ke bare mein ke germany mein jab shuru mein factory bani to aap jante hain ke factory se dhuan niklta tha.</w:t>
      </w:r>
      <w:r>
        <w:br/>
      </w:r>
      <w:r>
        <w:rPr>
          <w:sz w:val="20"/>
        </w:rPr>
        <w:t>23:04  yaani coal ki energy jo thi, coal se hasil ki jati thi. to dhuan.</w:t>
      </w:r>
      <w:r>
        <w:br/>
      </w:r>
      <w:r>
        <w:rPr>
          <w:sz w:val="20"/>
        </w:rPr>
        <w:t>23:11  to logon ne samjha ke dhuan nikal kar ke hamare sona ugal raha hai woh, kyunke paisa mil raha tha is se. to germanon ne kaha ke jab tak hamari chamanian dhuan ugal rahi hain, tab tak hamare liye koi koi problem nahi hai.</w:t>
      </w:r>
      <w:r>
        <w:br/>
      </w:r>
      <w:r>
        <w:rPr>
          <w:sz w:val="20"/>
        </w:rPr>
        <w:t>23:29  to is ko prosperity ki pehchan samajhte the is ko.</w:t>
      </w:r>
      <w:r>
        <w:br/>
      </w:r>
      <w:r>
        <w:rPr>
          <w:sz w:val="20"/>
        </w:rPr>
        <w:t>23:34  aaj woh dhuan jo yeh keh raha hai ke zindagi is is is is globe par zindagi hi possible nahi rahi. kyunke is dhuein ne, industrial dhuein ne kya kiya?</w:t>
      </w:r>
      <w:r>
        <w:br/>
      </w:r>
      <w:r>
        <w:rPr>
          <w:sz w:val="20"/>
        </w:rPr>
        <w:t>23:45  yeh kya ke ke carbon dioxide ka jo content hai hamare atmosphere mein, is ko ab double karne ja raha hai.</w:t>
      </w:r>
      <w:r>
        <w:br/>
      </w:r>
      <w:r>
        <w:rPr>
          <w:sz w:val="20"/>
        </w:rPr>
        <w:t>23:55  double. pata hai yeh kitni kitna bara danger yeh hai. kyunke zehriili gases hoti hain, aap jante hain,</w:t>
      </w:r>
      <w:r>
        <w:br/>
      </w:r>
      <w:r>
        <w:rPr>
          <w:sz w:val="20"/>
        </w:rPr>
        <w:t>24:02  agar in ki barh jaye in ki quantity to kya hoga? to mein samajhta hoon ke yeh jo hai baat ke qayamat se pehle dajali o dajal aur mehdi zahir honge.</w:t>
      </w:r>
    </w:p>
    <w:p>
      <w:pPr>
        <w:pStyle w:val="Heading2"/>
      </w:pPr>
      <w:r>
        <w:t>Hadith: the four daily moments of a God-conscious life</w:t>
      </w:r>
    </w:p>
    <w:p>
      <w:r>
        <w:rPr>
          <w:color w:val="666666"/>
          <w:sz w:val="18"/>
        </w:rPr>
        <w:t>God oriented Life January 6, 2007 · 5m 38s · at 47:48 · https://youtu.be/UdJ9eWU_OCo?t=2868</w:t>
      </w:r>
    </w:p>
    <w:p>
      <w:r>
        <w:rPr>
          <w:i/>
        </w:rPr>
        <w:t>“Yahan main ek hadith sunana chahoonga, bahut hi comprehensive”</w:t>
      </w:r>
    </w:p>
    <w:p>
      <w:r>
        <w:rPr>
          <w:sz w:val="20"/>
        </w:rPr>
        <w:t>47:48  yahan mein ek, ek hadith sunana chahunga, yeh bohat hi comprehensive way mein bataya gaya hai, ek, ek islamic life kya hoti hai.</w:t>
      </w:r>
      <w:r>
        <w:br/>
      </w:r>
      <w:r>
        <w:rPr>
          <w:sz w:val="20"/>
        </w:rPr>
        <w:t>48:00  god oriented life ya khuda rakhi zindagi ke bare mein ek bohat hi جامع ya comprehensive formula hadith mein milta hai.</w:t>
      </w:r>
      <w:r>
        <w:br/>
      </w:r>
      <w:r>
        <w:rPr>
          <w:sz w:val="20"/>
        </w:rPr>
        <w:t>48:23  agar aadmi is formula ko pakad le, samajh kar, aur is ko follow kare to mein samajhta hoon ke isi mein is ki poori zindagi sudhar jaye gi, is ki poori zindagi khuda rakhi zindagi ban jaye gi,</w:t>
      </w:r>
      <w:r>
        <w:br/>
      </w:r>
      <w:r>
        <w:rPr>
          <w:sz w:val="20"/>
        </w:rPr>
        <w:t>48:41  jo aadmi ko jannat tak pahunchane wali hai.</w:t>
      </w:r>
      <w:r>
        <w:br/>
      </w:r>
      <w:r>
        <w:rPr>
          <w:sz w:val="20"/>
        </w:rPr>
        <w:t>48:49  woh hadith is tarah hai:</w:t>
      </w:r>
      <w:r>
        <w:br/>
      </w:r>
      <w:r>
        <w:rPr>
          <w:sz w:val="20"/>
        </w:rPr>
        <w:t>48:51  "wal aaqil malam yakun maghlooban ala aqlih</w:t>
      </w:r>
      <w:r>
        <w:br/>
      </w:r>
      <w:r>
        <w:rPr>
          <w:sz w:val="20"/>
        </w:rPr>
        <w:t>48:58  an takuna lahu sa'aat sa'aat</w:t>
      </w:r>
      <w:r>
        <w:br/>
      </w:r>
      <w:r>
        <w:rPr>
          <w:sz w:val="20"/>
        </w:rPr>
        <w:t>49:02  wa naj fiha rubba wa sa'aat</w:t>
      </w:r>
      <w:r>
        <w:br/>
      </w:r>
      <w:r>
        <w:rPr>
          <w:sz w:val="20"/>
        </w:rPr>
        <w:t>49:07  yuhasib fiha nafsa wa sa'aat yatafakkar fiha fi sunnillah wa sa'aat yakhlu fiha li hajatih min al matb wal mashraq".</w:t>
      </w:r>
      <w:r>
        <w:br/>
      </w:r>
      <w:r>
        <w:rPr>
          <w:sz w:val="20"/>
        </w:rPr>
        <w:t>49:22  is ka transition yeh hai ke har aqalmand aadmi, har samajhdar aadmi, ya doosre lafzon mein har, har believer, sachha believer ko chahiye ke woh aisa bane</w:t>
      </w:r>
      <w:r>
        <w:br/>
      </w:r>
      <w:r>
        <w:rPr>
          <w:sz w:val="20"/>
        </w:rPr>
        <w:t>49:41  ke is ki zindagi mein char lamhaat hon, char moments hon, yani 24 ghante ki zindagi jo guzarta hai, woh is mein char qism ke experience us ko hote rahen.</w:t>
      </w:r>
      <w:r>
        <w:br/>
      </w:r>
      <w:r>
        <w:rPr>
          <w:sz w:val="20"/>
        </w:rPr>
        <w:t>49:56  woh kya?</w:t>
      </w:r>
      <w:r>
        <w:br/>
      </w:r>
      <w:r>
        <w:rPr>
          <w:sz w:val="20"/>
        </w:rPr>
        <w:t>49:57  number ek: "yunaji fiha rabban". khuda se is ki sargoshiyan hoti hon, khuda se is ka whisper hota ho.</w:t>
      </w:r>
      <w:r>
        <w:br/>
      </w:r>
      <w:r>
        <w:rPr>
          <w:sz w:val="20"/>
        </w:rPr>
        <w:t>50:12  aur doosra yeh ke woh apna muhasiba kar raha ho, yani apna introspection kar raha ho.</w:t>
      </w:r>
      <w:r>
        <w:br/>
      </w:r>
      <w:r>
        <w:rPr>
          <w:sz w:val="20"/>
        </w:rPr>
        <w:t>50:22  teesra yeh ke woh khuda ki karigari mein, khuda ki creation mein soch raha ho.</w:t>
      </w:r>
      <w:r>
        <w:br/>
      </w:r>
      <w:r>
        <w:rPr>
          <w:sz w:val="20"/>
        </w:rPr>
        <w:t>50:34  aur chautha yeh ke woh apne aap ko apne khane peene ke liye waqt nikale.</w:t>
      </w:r>
      <w:r>
        <w:br/>
      </w:r>
      <w:r>
        <w:rPr>
          <w:sz w:val="20"/>
        </w:rPr>
        <w:t>50:45  yeh char baaten hain.</w:t>
      </w:r>
      <w:r>
        <w:br/>
      </w:r>
      <w:r>
        <w:rPr>
          <w:sz w:val="20"/>
        </w:rPr>
        <w:t>50:51  pehla yeh ke khuda se insaan ki sargoshi ho rahi ho, is ka whisper ho raha ho. yeh kya cheez hai?</w:t>
      </w:r>
      <w:r>
        <w:br/>
      </w:r>
      <w:r>
        <w:rPr>
          <w:sz w:val="20"/>
        </w:rPr>
        <w:t>51:02  yeh koi banawati cheez nahi hai, koi masnooi cheez nahi hai, yeh koi lip service nahi hai. haqeeqat yeh hai ke jab aadmi khuda ko discover karta hai aur sach mach khuda is ke liye marifat ban jata hai,</w:t>
      </w:r>
      <w:r>
        <w:br/>
      </w:r>
      <w:r>
        <w:rPr>
          <w:sz w:val="20"/>
        </w:rPr>
        <w:t>51:17  khuda ko woh sach mach realize kar leta hai ke khuda creator hai is universe ka, woh sustainer hai universe ka, woh all powerful hai.</w:t>
      </w:r>
      <w:r>
        <w:br/>
      </w:r>
      <w:r>
        <w:rPr>
          <w:sz w:val="20"/>
        </w:rPr>
        <w:t>51:29  is ke sare jo qualities hain, khudai qualities, is ke sath woh is ko jaan leta hai.</w:t>
      </w:r>
      <w:r>
        <w:br/>
      </w:r>
      <w:r>
        <w:rPr>
          <w:sz w:val="20"/>
        </w:rPr>
        <w:t>51:39  to yahi us ki zindagi ban jati hai ke woh har waqt sochta hai Khuda mein, har waqt Khuda se duaen karta hai, har waqt Khuda ko yaad karta hai, har waqt Khuda se kuch kehta rehta hai.</w:t>
      </w:r>
      <w:r>
        <w:br/>
      </w:r>
      <w:r>
        <w:rPr>
          <w:sz w:val="20"/>
        </w:rPr>
        <w:t>51:53  woh</w:t>
      </w:r>
      <w:r>
        <w:br/>
      </w:r>
      <w:r>
        <w:rPr>
          <w:sz w:val="20"/>
        </w:rPr>
        <w:t>51:57  aisi zindagi ban jati hai is ki,</w:t>
      </w:r>
      <w:r>
        <w:br/>
      </w:r>
      <w:r>
        <w:rPr>
          <w:sz w:val="20"/>
        </w:rPr>
        <w:t>52:01  yani Khuda mein jeene wala insan ban jata hai. Woh khulasa is ka yeh hai ke pehli sifat yeh hai ke aadmi ko itna zyada Khuda ka ke presence ka ehsas hone lage,</w:t>
      </w:r>
      <w:r>
        <w:br/>
      </w:r>
      <w:r>
        <w:rPr>
          <w:sz w:val="20"/>
        </w:rPr>
        <w:t>52:18  itna zyada woh Khuda ko pa chuka ho ke isi mein jeene wala ban jae. Woh</w:t>
      </w:r>
      <w:r>
        <w:br/>
      </w:r>
      <w:r>
        <w:rPr>
          <w:sz w:val="20"/>
        </w:rPr>
        <w:t>52:26  isi mein sochna, isi mein sona, isi mein uthna, isi mein raat, isi mein din. To is ke mind par, is ke dil par Khuda ka aqeedah chhaya hua rahe, Khuda ka wajood chhaya hua rahe.</w:t>
      </w:r>
      <w:r>
        <w:br/>
      </w:r>
      <w:r>
        <w:rPr>
          <w:sz w:val="20"/>
        </w:rPr>
        <w:t>52:40  To us waqt yahi hoga ke woh Khuda se har waqt yaad karega. To ek lafz mein mein yeh keh sakta hoon ke pehli cheez yeh hai ke woh Khuda mein jeene wala insan ban jae.</w:t>
      </w:r>
      <w:r>
        <w:br/>
      </w:r>
      <w:r>
        <w:rPr>
          <w:sz w:val="20"/>
        </w:rPr>
        <w:t>52:58  Jis tarah ek maa apne bete mein jeeti hai, ek shohar apni biwi mein jeeta hai, ek businessman apni business mein jeeta hai,</w:t>
      </w:r>
      <w:r>
        <w:br/>
      </w:r>
      <w:r>
        <w:rPr>
          <w:sz w:val="20"/>
        </w:rPr>
        <w:t>53:11  isi tarah se Khuda is ka soul consent ban jae. Itna zyada is ke upar Khuda ki yaad chha jae ke woh Khuda mein jeene wala insan ban jae.</w:t>
      </w:r>
    </w:p>
    <w:p>
      <w:pPr>
        <w:pStyle w:val="Heading2"/>
      </w:pPr>
      <w:r>
        <w:t>Book title is wrong, self-made claim</w:t>
      </w:r>
    </w:p>
    <w:p>
      <w:r>
        <w:rPr>
          <w:color w:val="666666"/>
          <w:sz w:val="18"/>
        </w:rPr>
        <w:t>Example of the Prophet March 20, 2016 · 3m 05s · at 1:35:48 · https://youtu.be/79HmhzXU41w?t=5748</w:t>
      </w:r>
    </w:p>
    <w:p>
      <w:r>
        <w:rPr>
          <w:i/>
        </w:rPr>
        <w:t>“Is kitaab ka title hi galat hai”</w:t>
      </w:r>
    </w:p>
    <w:p>
      <w:r>
        <w:rPr>
          <w:sz w:val="20"/>
        </w:rPr>
        <w:t>1:35:48  n? is kitab ka title hi galat hai,</w:t>
      </w:r>
      <w:r>
        <w:br/>
      </w:r>
      <w:r>
        <w:rPr>
          <w:sz w:val="20"/>
        </w:rPr>
        <w:t>1:35:52  seerat ka koi clash nahi, interest clash hai, clash of interest hai.</w:t>
      </w:r>
      <w:r>
        <w:br/>
      </w:r>
      <w:r>
        <w:rPr>
          <w:sz w:val="20"/>
        </w:rPr>
        <w:t>1:35:59  yeh is musannif ne is ko secularize karne ke liye keh diya, clash of seerat.</w:t>
      </w:r>
      <w:r>
        <w:br/>
      </w:r>
      <w:r>
        <w:rPr>
          <w:sz w:val="20"/>
        </w:rPr>
        <w:t>1:36:07  mein is kitab ke bare mein yahi be lagaya ke woh naam is ka hai clash of seerat,</w:t>
      </w:r>
      <w:r>
        <w:br/>
      </w:r>
      <w:r>
        <w:rPr>
          <w:sz w:val="20"/>
        </w:rPr>
        <w:t>1:36:15  haqeeqat mein woh hai clash of interest.</w:t>
      </w:r>
      <w:r>
        <w:br/>
      </w:r>
      <w:r>
        <w:rPr>
          <w:sz w:val="20"/>
        </w:rPr>
        <w:t>1:36:20  seerat clash hoti hai to bari achi baat hai,</w:t>
      </w:r>
      <w:r>
        <w:br/>
      </w:r>
      <w:r>
        <w:rPr>
          <w:sz w:val="20"/>
        </w:rPr>
        <w:t>1:36:23  woh to hum ko moqa deta hai ke hum apne point of view ko logon ke samne pesh</w:t>
      </w:r>
      <w:r>
        <w:br/>
      </w:r>
      <w:r>
        <w:rPr>
          <w:sz w:val="20"/>
        </w:rPr>
        <w:t>1:36:27  karen, woh to bari achi baat hai.</w:t>
      </w:r>
      <w:r>
        <w:br/>
      </w:r>
      <w:r>
        <w:rPr>
          <w:sz w:val="20"/>
        </w:rPr>
        <w:t>1:36:32  tehzeeb ki jang kabhi bhi violent jang nahi hogi,</w:t>
      </w:r>
      <w:r>
        <w:br/>
      </w:r>
      <w:r>
        <w:rPr>
          <w:sz w:val="20"/>
        </w:rPr>
        <w:t>1:36:38  kabhi bhi violent jang agar hai to woh interest ki jang hai,</w:t>
      </w:r>
      <w:r>
        <w:br/>
      </w:r>
      <w:r>
        <w:rPr>
          <w:sz w:val="20"/>
        </w:rPr>
        <w:t>1:36:43  violent jang agar hai to woh interest ki jang hai.</w:t>
      </w:r>
      <w:r>
        <w:br/>
      </w:r>
      <w:r>
        <w:rPr>
          <w:sz w:val="20"/>
        </w:rPr>
        <w:t>1:36:47  tehzeeb, tehzeeb ke naam par ho to is se koi farq nahi parta.</w:t>
      </w:r>
      <w:r>
        <w:br/>
      </w:r>
      <w:r>
        <w:rPr>
          <w:sz w:val="20"/>
        </w:rPr>
        <w:t>1:36:52  maulana, agla sawal kiya hai inam ul haq sahab ne lahore se, aur unhon ne likha hai marifat ilahi</w:t>
      </w:r>
      <w:r>
        <w:br/>
      </w:r>
      <w:r>
        <w:rPr>
          <w:sz w:val="20"/>
        </w:rPr>
        <w:t>1:37:00  kaise hasil hoti hai, aur tasawwuf ke islam mein, tasawwuf ki islam mein kya hesiyat hai, wazahat farmayen.</w:t>
      </w:r>
      <w:r>
        <w:br/>
      </w:r>
      <w:r>
        <w:rPr>
          <w:sz w:val="20"/>
        </w:rPr>
        <w:t>1:37:11  is par hamari kitab hai, is ka naam hai kitab marifat,</w:t>
      </w:r>
      <w:r>
        <w:br/>
      </w:r>
      <w:r>
        <w:rPr>
          <w:sz w:val="20"/>
        </w:rPr>
        <w:t>1:37:16  is ko aap parhiye,</w:t>
      </w:r>
      <w:r>
        <w:br/>
      </w:r>
      <w:r>
        <w:rPr>
          <w:sz w:val="20"/>
        </w:rPr>
        <w:t>1:37:19  bahut achhi, bahut achhi kitab hai, kitab marifat.</w:t>
      </w:r>
      <w:r>
        <w:br/>
      </w:r>
      <w:r>
        <w:rPr>
          <w:sz w:val="20"/>
        </w:rPr>
        <w:t>1:37:26  aur mukhtasar mein yeh kahunga ke marifat ka sab se bada rukawat jo hai, woh hai distraction.</w:t>
      </w:r>
      <w:r>
        <w:br/>
      </w:r>
      <w:r>
        <w:rPr>
          <w:sz w:val="20"/>
        </w:rPr>
        <w:t>1:37:36  agar aap ko marifat ilahi chahiye to aap ko apne aap ko distraction se bachana hoga,</w:t>
      </w:r>
      <w:r>
        <w:br/>
      </w:r>
      <w:r>
        <w:rPr>
          <w:sz w:val="20"/>
        </w:rPr>
        <w:t>1:37:43  ڈسٹریکشن میں بھی پھنسے رہیں، اور معرفت میں ہو جائے، یہ یہ possible ہے۔</w:t>
      </w:r>
      <w:r>
        <w:br/>
      </w:r>
      <w:r>
        <w:rPr>
          <w:sz w:val="20"/>
        </w:rPr>
        <w:t>1:37:48  maulana, agla sawal lene se pehle ek comment padhna chahenge jo saifullah sahab ne bheja hai</w:t>
      </w:r>
      <w:r>
        <w:br/>
      </w:r>
      <w:r>
        <w:rPr>
          <w:sz w:val="20"/>
        </w:rPr>
        <w:t>1:37:54  lahore pakistan se, aur unhon ne likha hai maulana, aap ka aaj ka lecture bahut zyada spirituality aur</w:t>
      </w:r>
      <w:r>
        <w:br/>
      </w:r>
      <w:r>
        <w:rPr>
          <w:sz w:val="20"/>
        </w:rPr>
        <w:t>1:38:03  wisdom se bharpoor tha.</w:t>
      </w:r>
      <w:r>
        <w:br/>
      </w:r>
      <w:r>
        <w:rPr>
          <w:sz w:val="20"/>
        </w:rPr>
        <w:t>1:38:05  aaj maine jana ke musalman ki asal zimmedari dawat aur khair khwahi hai.</w:t>
      </w:r>
      <w:r>
        <w:br/>
      </w:r>
      <w:r>
        <w:rPr>
          <w:sz w:val="20"/>
        </w:rPr>
        <w:t>1:38:13  maulana Allah aap ko jaza de.</w:t>
      </w:r>
      <w:r>
        <w:br/>
      </w:r>
      <w:r>
        <w:rPr>
          <w:sz w:val="20"/>
        </w:rPr>
        <w:t>1:38:18  agla sawal maulana iqbal umri ka hai chennai se, aur unhon ne likha hai</w:t>
      </w:r>
      <w:r>
        <w:br/>
      </w:r>
      <w:r>
        <w:rPr>
          <w:sz w:val="20"/>
        </w:rPr>
        <w:t>1:38:25  maulana ek sahab ne kaha ke aaj dawat toheed ko inqalab ke darje tak pahunchana hai.</w:t>
      </w:r>
      <w:r>
        <w:br/>
      </w:r>
      <w:r>
        <w:rPr>
          <w:sz w:val="20"/>
        </w:rPr>
        <w:t>1:38:32  inqalab ka matlab unhon ne kaha ke iqtadar ke darje tak.</w:t>
      </w:r>
      <w:r>
        <w:br/>
      </w:r>
      <w:r>
        <w:rPr>
          <w:sz w:val="20"/>
        </w:rPr>
        <w:t>1:38:37  maulana is mein jo mughalta hai, us ko wazeh karen.</w:t>
      </w:r>
      <w:r>
        <w:br/>
      </w:r>
      <w:r>
        <w:rPr>
          <w:sz w:val="20"/>
        </w:rPr>
        <w:t>1:38:41  Nahi yeh to khud sakhta baat hai kahan likha hua hai Quran mein Hadees mein aur kis paighambar ne pahunchaya iqtidaar ke darje par kisi paighambar ne nahi pahunchaya yaani agar.</w:t>
      </w:r>
    </w:p>
    <w:p>
      <w:pPr>
        <w:pStyle w:val="Heading2"/>
      </w:pPr>
      <w:r>
        <w:t>why early Sufis withdrew from a morally decayed empire</w:t>
      </w:r>
    </w:p>
    <w:p>
      <w:r>
        <w:rPr>
          <w:color w:val="666666"/>
          <w:sz w:val="18"/>
        </w:rPr>
        <w:t>Understanding Sufism August 7, 2022 Prof. Farida Khanam · 4m 29s · at 12:37 · https://youtu.be/6J2Bb3Ypf2Y?t=757</w:t>
      </w:r>
    </w:p>
    <w:p>
      <w:r>
        <w:rPr>
          <w:i/>
        </w:rPr>
        <w:t>“Jab Banu Umayya ka daur aaya, ek badi empire ban gaya tha”</w:t>
      </w:r>
    </w:p>
    <w:p>
      <w:r>
        <w:rPr>
          <w:sz w:val="20"/>
        </w:rPr>
        <w:t>12:37  aisa hua ki jab banumaiyya ka daur aaya to un logon ne bahut hi zyada aisa hua ki bahut badi empire ban gaya tha. ji. islam ne bahut sare momalik fatah ho gaye the aur ek badi empire muslim empire ho gaya tha. to us empire ki wajah se bahut daulat ki rail pel ho gayi thi. log bahut zyada shandar zindagi guzarne lage.</w:t>
      </w:r>
      <w:r>
        <w:br/>
      </w:r>
      <w:r>
        <w:rPr>
          <w:sz w:val="20"/>
        </w:rPr>
        <w:t>13:07  duniya dar ho gaye aur khas taur par jo rulers the unhone mahal banaye aur jo bhi jo islam ke ek ruler ke liye jo talimat thi woh unhone us par amal nahin kiya. misal ke taur par khulfa e rashideen jo the ab poori tarike se musabad par qaim the, adal par qaim the. agar koi cheez aati baitulmal mein to sabko barabar barabar di jati.</w:t>
      </w:r>
      <w:r>
        <w:br/>
      </w:r>
      <w:r>
        <w:rPr>
          <w:sz w:val="20"/>
        </w:rPr>
        <w:t>13:35  yeh nahin dekha jata ki koi ameer gareeb hai, koi hamara rishtedar hai, koi rishtedar wagairah. shura doosre jo bahut hi important state chalane ka usool hai woh shura hai. shura ke naam par poori chapter hai quran mein. to har kaam khulfa e rashideen ke zamane mein shura ke zariye hota tha. baqayda mashwara hota tha.</w:t>
      </w:r>
      <w:r>
        <w:br/>
      </w:r>
      <w:r>
        <w:rPr>
          <w:sz w:val="20"/>
        </w:rPr>
        <w:t>13:59  koi bada masla hota tha to zyada log bulaya jaate to unse mashwara kiya jaata tha aur khaleefa</w:t>
      </w:r>
      <w:r>
        <w:br/>
      </w:r>
      <w:r>
        <w:rPr>
          <w:sz w:val="20"/>
        </w:rPr>
        <w:t>14:09  usmein maujood hota tha.</w:t>
      </w:r>
      <w:r>
        <w:br/>
      </w:r>
      <w:r>
        <w:rPr>
          <w:sz w:val="20"/>
        </w:rPr>
        <w:t>14:19  sabki rai sunta tha aur jo rai best hoti thi usko accept kar liya karta tha.</w:t>
      </w:r>
      <w:r>
        <w:br/>
      </w:r>
      <w:r>
        <w:rPr>
          <w:sz w:val="20"/>
        </w:rPr>
        <w:t>14:30  masla jab hua jab yeh log duniya dar ho gaye aur agar unke upar criticism ki jati to unhone jalad rakh rakhe the aur woh sar kalam kar dete sakht sadayein dete. kisi ko bhi spare nahin karte the. yahan tak ki mamabu hanifa ko kaha gaya ki tum qadi ka ohda qubool kar lo. unhone isiliye ohda qubool nahin kiya ki yeh log pressure dal ke apne matlab ka faisla lenge.</w:t>
      </w:r>
      <w:r>
        <w:br/>
      </w:r>
      <w:r>
        <w:rPr>
          <w:sz w:val="20"/>
        </w:rPr>
        <w:t>14:58  to unko bhi sakhtsadayein di gayin. kode mare gaye. to yeh halat thi. ab do option the. ya to woh un logon ka woh karte un logon se un logon ke khilaf tehreek chalate jaise aajkal hota hai. fauran khilaf tehreek chala dete hain. to yeh jo khilaf hukoomat ek established hukoomat ke khilaf tehreek chalana, yeh islam mein bilkul mana hai.</w:t>
      </w:r>
      <w:r>
        <w:br/>
      </w:r>
      <w:r>
        <w:rPr>
          <w:sz w:val="20"/>
        </w:rPr>
        <w:t>15:27  to rasoolullah sallallahu alaihi wasallam ne farmaya ki kitne hi bure tumhare ruler hon. tum log furz mat karna. yahan tak ke tum log apni talwar tod dena, jangal chale jana, ghosa gir ho jana lekin unke khilaf tehreek mat chalana kyunki isse bahut barbadi aayegi. to tum log talwar ke bajaye sabr se kaam lena.</w:t>
      </w:r>
      <w:r>
        <w:br/>
      </w:r>
      <w:r>
        <w:rPr>
          <w:sz w:val="20"/>
        </w:rPr>
        <w:t>15:52  to yeh log islam ki talimat par jo log the us waqt unhone yahi socha ki agar hum aisa karte hain in logon ke khilaf tareek chalate hain to yeh log sirf barbadi barbadi hogi, halakat hogi.</w:t>
      </w:r>
      <w:r>
        <w:br/>
      </w:r>
      <w:r>
        <w:rPr>
          <w:sz w:val="20"/>
        </w:rPr>
        <w:t>16:07  to isse achha unhone socha ke un logon se alag ho jayen aur ghoshagiri ki zindagi akhtiyar karen</w:t>
      </w:r>
      <w:r>
        <w:br/>
      </w:r>
      <w:r>
        <w:rPr>
          <w:sz w:val="20"/>
        </w:rPr>
        <w:t>16:14  aur ibadat karen jo spirit logon se ja rahi hai kyunke daulat bahut zyada aa gayi thi.</w:t>
      </w:r>
      <w:r>
        <w:br/>
      </w:r>
      <w:r>
        <w:rPr>
          <w:sz w:val="20"/>
        </w:rPr>
        <w:t>16:22  to jo spirit ja rahi hai logon se usko logon mein awami tareeq chala kar logon mein woh spirit awaken karen.</w:t>
      </w:r>
      <w:r>
        <w:br/>
      </w:r>
      <w:r>
        <w:rPr>
          <w:sz w:val="20"/>
        </w:rPr>
        <w:t>16:30  to is tarike se yeh hua.</w:t>
      </w:r>
      <w:r>
        <w:br/>
      </w:r>
      <w:r>
        <w:rPr>
          <w:sz w:val="20"/>
        </w:rPr>
        <w:t>16:38  to log yeh jo hai na jo background yahi hai ke woh mahaul se dil bardaashta ho gaye the. mahaul se un ko itna zyada takleef ho rahi thi ke unhon ne socha ke yahi behtar hai ke alag ho jayen aur apna aibadat karen aur jitne log un ke contact mein ayen un ko islam ki talimat, us ki spirit ke sath un ko batayen ta ke kam se kam aisa na lage ke islam ko hi sirf syasat aur hugoomat ke liye aaya hai.</w:t>
      </w:r>
      <w:r>
        <w:br/>
      </w:r>
      <w:r>
        <w:rPr>
          <w:sz w:val="20"/>
        </w:rPr>
        <w:t>17:06  to yeh tha us ka background. ji ji. to papa aap ne kaha ke alag ho jayen aur lekin phir bhi jo log un ke taluqat mein ayen, to un ko islam ki talimat batayen. to kuch early sufi characteristics us ke bare mein aap hum sab ko batayen? early sufis mein aata hai, owaishkarni ka naam khaja fuzail, ibrahim adam, hasan basri, rabia basri.</w:t>
      </w:r>
    </w:p>
    <w:p>
      <w:pPr>
        <w:pStyle w:val="Heading2"/>
      </w:pPr>
      <w:r>
        <w:t>The complementarity system proves paradise must exist</w:t>
      </w:r>
    </w:p>
    <w:p>
      <w:r>
        <w:rPr>
          <w:color w:val="666666"/>
          <w:sz w:val="18"/>
        </w:rPr>
        <w:t>Return to Paradise May 30, 2009 · 4m 35s · at 17:01 · https://youtu.be/WnsvBfxBpVQ?t=1021</w:t>
      </w:r>
    </w:p>
    <w:p>
      <w:r>
        <w:rPr>
          <w:i/>
        </w:rPr>
        <w:t>“Let's see the atom — every atom has two parts”</w:t>
      </w:r>
    </w:p>
    <w:p>
      <w:r>
        <w:rPr>
          <w:sz w:val="20"/>
        </w:rPr>
        <w:t>17:01  complementary part. for example, see let's see the atom.</w:t>
      </w:r>
      <w:r>
        <w:br/>
      </w:r>
      <w:r>
        <w:rPr>
          <w:sz w:val="20"/>
        </w:rPr>
        <w:t>17:10  every atom have two two part. negative particle and positive particle. without positive particle, negative particle is nothing.</w:t>
      </w:r>
      <w:r>
        <w:br/>
      </w:r>
      <w:r>
        <w:rPr>
          <w:sz w:val="20"/>
        </w:rPr>
        <w:t>17:22  and without negative particle, positive particle is nothing. both are complementary to each other.</w:t>
      </w:r>
      <w:r>
        <w:br/>
      </w:r>
      <w:r>
        <w:rPr>
          <w:sz w:val="20"/>
        </w:rPr>
        <w:t>17:32  so is the case of plant kingdom. in plant, there are female plant and male plant.</w:t>
      </w:r>
      <w:r>
        <w:br/>
      </w:r>
      <w:r>
        <w:rPr>
          <w:sz w:val="20"/>
        </w:rPr>
        <w:t>17:45  without male plant, female plant is useless. and without female plant, male plant is useless.</w:t>
      </w:r>
      <w:r>
        <w:br/>
      </w:r>
      <w:r>
        <w:rPr>
          <w:sz w:val="20"/>
        </w:rPr>
        <w:t>17:57  das system is. you can find every where in the world. in animal, you know that there are he animal and she animal.</w:t>
      </w:r>
      <w:r>
        <w:br/>
      </w:r>
      <w:r>
        <w:rPr>
          <w:sz w:val="20"/>
        </w:rPr>
        <w:t>18:10  so it is, i would like to say complementarity system. system of complementarity.</w:t>
      </w:r>
      <w:r>
        <w:br/>
      </w:r>
      <w:r>
        <w:rPr>
          <w:sz w:val="20"/>
        </w:rPr>
        <w:t>18:18  then when you, when we study man, we find that man was born as a perfectionist.</w:t>
      </w:r>
      <w:r>
        <w:br/>
      </w:r>
      <w:r>
        <w:rPr>
          <w:sz w:val="20"/>
        </w:rPr>
        <w:t>18:31  man is a perfection seeking animal. man is a perfection seeking animal. is inherent.</w:t>
      </w:r>
      <w:r>
        <w:br/>
      </w:r>
      <w:r>
        <w:rPr>
          <w:sz w:val="20"/>
        </w:rPr>
        <w:t>18:42  perfection is inherent in his nature.</w:t>
      </w:r>
      <w:r>
        <w:br/>
      </w:r>
      <w:r>
        <w:rPr>
          <w:sz w:val="20"/>
        </w:rPr>
        <w:t>18:45  to every one want perfection. a perfect world. to where is that perfect world? it must be there some perfect world.</w:t>
      </w:r>
      <w:r>
        <w:br/>
      </w:r>
      <w:r>
        <w:rPr>
          <w:sz w:val="20"/>
        </w:rPr>
        <w:t>18:57  that is its its other part of human being. so that principle that i call it complementarity system must be here also.</w:t>
      </w:r>
      <w:r>
        <w:br/>
      </w:r>
      <w:r>
        <w:rPr>
          <w:sz w:val="20"/>
        </w:rPr>
        <w:t>19:12  that is paradise.</w:t>
      </w:r>
      <w:r>
        <w:br/>
      </w:r>
      <w:r>
        <w:rPr>
          <w:sz w:val="20"/>
        </w:rPr>
        <w:t>19:18  with the only difference that</w:t>
      </w:r>
      <w:r>
        <w:br/>
      </w:r>
      <w:r>
        <w:rPr>
          <w:sz w:val="20"/>
        </w:rPr>
        <w:t>19:23  man is man was born in this world, and the other part of his life that is paradise lies in the next world.</w:t>
      </w:r>
      <w:r>
        <w:br/>
      </w:r>
      <w:r>
        <w:rPr>
          <w:sz w:val="20"/>
        </w:rPr>
        <w:t>19:37  man is a man is a paradise seeking animal.</w:t>
      </w:r>
      <w:r>
        <w:br/>
      </w:r>
      <w:r>
        <w:rPr>
          <w:sz w:val="20"/>
        </w:rPr>
        <w:t>19:43  man is a paradise seeking animal.</w:t>
      </w:r>
      <w:r>
        <w:br/>
      </w:r>
      <w:r>
        <w:rPr>
          <w:sz w:val="20"/>
        </w:rPr>
        <w:t>19:46  but according to the causal plan of god, paradise lies in the post death period, in the day, in the world here after.</w:t>
      </w:r>
      <w:r>
        <w:br/>
      </w:r>
      <w:r>
        <w:rPr>
          <w:sz w:val="20"/>
        </w:rPr>
        <w:t>20:02  so system of complementarity is a proof that there must be a paradise. otherwise, man is nothing.</w:t>
      </w:r>
      <w:r>
        <w:br/>
      </w:r>
      <w:r>
        <w:rPr>
          <w:sz w:val="20"/>
        </w:rPr>
        <w:t>20:14  man is yearning less.</w:t>
      </w:r>
      <w:r>
        <w:br/>
      </w:r>
      <w:r>
        <w:rPr>
          <w:sz w:val="20"/>
        </w:rPr>
        <w:t>20:16  the existence of man is meaning less if there is no paradise.</w:t>
      </w:r>
      <w:r>
        <w:br/>
      </w:r>
      <w:r>
        <w:rPr>
          <w:sz w:val="20"/>
        </w:rPr>
        <w:t>20:23  so when we believe that there is a paradise, we only claim that man is not a reception.</w:t>
      </w:r>
      <w:r>
        <w:br/>
      </w:r>
      <w:r>
        <w:rPr>
          <w:sz w:val="20"/>
        </w:rPr>
        <w:t>20:35  as other part of the universe, like atom, like planet, like animal, find their fulfillment, their complementary part.</w:t>
      </w:r>
      <w:r>
        <w:br/>
      </w:r>
      <w:r>
        <w:rPr>
          <w:sz w:val="20"/>
        </w:rPr>
        <w:t>20:47  so man is man is also complementary part. that is paradise.</w:t>
      </w:r>
      <w:r>
        <w:br/>
      </w:r>
      <w:r>
        <w:rPr>
          <w:sz w:val="20"/>
        </w:rPr>
        <w:t>20:55  this this principle is given in the quran.</w:t>
      </w:r>
      <w:r>
        <w:br/>
      </w:r>
      <w:r>
        <w:rPr>
          <w:sz w:val="20"/>
        </w:rPr>
        <w:t>21:04  we have create everything pair pairs in pairs,</w:t>
      </w:r>
      <w:r>
        <w:br/>
      </w:r>
      <w:r>
        <w:rPr>
          <w:sz w:val="20"/>
        </w:rPr>
        <w:t>21:10  so that you may, you may, you may contemplate very the pair of human being.</w:t>
      </w:r>
      <w:r>
        <w:br/>
      </w:r>
      <w:r>
        <w:rPr>
          <w:sz w:val="20"/>
        </w:rPr>
        <w:t>21:21  so pair system are complementary, are complementary system in the in the world. is itself a proof that there is a paradise.</w:t>
      </w:r>
    </w:p>
    <w:p>
      <w:pPr>
        <w:pStyle w:val="Heading2"/>
      </w:pPr>
      <w:r>
        <w:t>Freud, eternal memory, and dark matter as the afterlife</w:t>
      </w:r>
    </w:p>
    <w:p>
      <w:r>
        <w:rPr>
          <w:color w:val="666666"/>
          <w:sz w:val="18"/>
        </w:rPr>
        <w:t>Life and Death December 8, 2013 · 4m 46s · at 33:05 · https://youtu.be/scYn0iBgP4E?t=1985</w:t>
      </w:r>
    </w:p>
    <w:p>
      <w:r>
        <w:rPr>
          <w:i/>
        </w:rPr>
        <w:t>“Sigmund Freud ne is par research kiya hai”</w:t>
      </w:r>
    </w:p>
    <w:p>
      <w:r>
        <w:rPr>
          <w:sz w:val="20"/>
        </w:rPr>
        <w:t>33:05  Sigmund Freud ne is par research kiya hai. To is ne bataya hai ke insaan ki jo memory hai, is mein kuch bhi kami nahi hoti.</w:t>
      </w:r>
      <w:r>
        <w:br/>
      </w:r>
      <w:r>
        <w:rPr>
          <w:sz w:val="20"/>
        </w:rPr>
        <w:t>33:17  memory kuch bhi kami nahi hoti. Jaisay mujhe apne aik aisa waqia bilkul aankhon ke samnay dikhai deta hai jab ke woh meri sirf paanch saal thi.</w:t>
      </w:r>
      <w:r>
        <w:br/>
      </w:r>
      <w:r>
        <w:rPr>
          <w:sz w:val="20"/>
        </w:rPr>
        <w:t>33:29  paanch saal ki umer mein mere sir mein yahan par aik phora ho gaya tha, abhi is ke nishan hain. To wahan par jarrah ne is ko nashtar chalaya tha, abhi bhi nishan yahan par hai.</w:t>
      </w:r>
      <w:r>
        <w:br/>
      </w:r>
      <w:r>
        <w:rPr>
          <w:sz w:val="20"/>
        </w:rPr>
        <w:t>33:39  to mujhe abhi dikhai deta hai ke mere baap jo thay, mujhe god mein liye hue hain aur jarrah nashtar kar raha hai. Aur woh lafz bhi mujhe yaad hain jo mein bola tha us waqt.</w:t>
      </w:r>
      <w:r>
        <w:br/>
      </w:r>
      <w:r>
        <w:rPr>
          <w:sz w:val="20"/>
        </w:rPr>
        <w:t>33:52  us waqt kya bola tha mein?</w:t>
      </w:r>
      <w:r>
        <w:br/>
      </w:r>
      <w:r>
        <w:rPr>
          <w:sz w:val="20"/>
        </w:rPr>
        <w:t>33:56  to yeh kahan? Woh yeh memory mein, yeh woh memory kahan hai jis mein yeh yeh yaad-dasht mehfooz hai? Body to khatam ho gaya.</w:t>
      </w:r>
      <w:r>
        <w:br/>
      </w:r>
      <w:r>
        <w:rPr>
          <w:sz w:val="20"/>
        </w:rPr>
        <w:t>34:06  body to woh maujood nahi hai jo body us waqt tha.</w:t>
      </w:r>
      <w:r>
        <w:br/>
      </w:r>
      <w:r>
        <w:rPr>
          <w:sz w:val="20"/>
        </w:rPr>
        <w:t>34:09  to Sigmund Freud ka manna hai yeh, aur is par ab sab log mantay hain is ko ke hamari memory independently exist karti hai hamaray andar.</w:t>
      </w:r>
      <w:r>
        <w:br/>
      </w:r>
      <w:r>
        <w:rPr>
          <w:sz w:val="20"/>
        </w:rPr>
        <w:t>34:21  yani is body ke se azaad ho kar woh maujood hai hamari personality mein. To memory hamari personality ka hissa hai.</w:t>
      </w:r>
      <w:r>
        <w:br/>
      </w:r>
      <w:r>
        <w:rPr>
          <w:sz w:val="20"/>
        </w:rPr>
        <w:t>34:32  is ka matlab yeh hai ke body se alag exist kar rahi hai meri personality, real personality.</w:t>
      </w:r>
      <w:r>
        <w:br/>
      </w:r>
      <w:r>
        <w:rPr>
          <w:sz w:val="20"/>
        </w:rPr>
        <w:t>34:40  mera soch, mera mind, meri memory jo yani body ke ilawa jo aik mere andar aik personality hai, woh musalsal exist kar rahi hai.</w:t>
      </w:r>
      <w:r>
        <w:br/>
      </w:r>
      <w:r>
        <w:rPr>
          <w:sz w:val="20"/>
        </w:rPr>
        <w:t>34:51  agarche mera body toot phoot raha hai, naye naye body aa rahe hain. is se yeh sabit hua ke hamara ek alag wajood hai body ke ilawa.</w:t>
      </w:r>
      <w:r>
        <w:br/>
      </w:r>
      <w:r>
        <w:rPr>
          <w:sz w:val="20"/>
        </w:rPr>
        <w:t>35:05  dekh, philosopher ne is ko, main is ko in lafzon mein kaha ke personality change lies in change.</w:t>
      </w:r>
      <w:r>
        <w:br/>
      </w:r>
      <w:r>
        <w:rPr>
          <w:sz w:val="20"/>
        </w:rPr>
        <w:t>35:16  personality change lies in change. insaan ki personality ek badalti hui cheez ke darmiyan ek na badalne wali cheez hai, ghair mubaddal.</w:t>
      </w:r>
      <w:r>
        <w:br/>
      </w:r>
      <w:r>
        <w:rPr>
          <w:sz w:val="20"/>
        </w:rPr>
        <w:t>35:34  jis ka matlab kya hua</w:t>
      </w:r>
      <w:r>
        <w:br/>
      </w:r>
      <w:r>
        <w:rPr>
          <w:sz w:val="20"/>
        </w:rPr>
        <w:t>35:35  ? aaj bhi hum is baat ka ek experience kar rahe hain, aaj bhi ke hamare andar ek eternal being hai.</w:t>
      </w:r>
      <w:r>
        <w:br/>
      </w:r>
      <w:r>
        <w:rPr>
          <w:sz w:val="20"/>
        </w:rPr>
        <w:t>35:45  aaj bhi to eternal being jo hai, maut ke baad kahan chali gayi? maut jab aayi to hamara body to daal diya gaya qabr mein.</w:t>
      </w:r>
      <w:r>
        <w:br/>
      </w:r>
      <w:r>
        <w:rPr>
          <w:sz w:val="20"/>
        </w:rPr>
        <w:t>35:55  wo wo eternal being kahan gayi? wo eternal being</w:t>
      </w:r>
      <w:r>
        <w:br/>
      </w:r>
      <w:r>
        <w:rPr>
          <w:sz w:val="20"/>
        </w:rPr>
        <w:t>36:03  to yahan jaiz taur par yeh kaha sakta hai ke visible birds, visible world se nikal kar wo invisible mein chali gayi.</w:t>
      </w:r>
      <w:r>
        <w:br/>
      </w:r>
      <w:r>
        <w:rPr>
          <w:sz w:val="20"/>
        </w:rPr>
        <w:t>36:15  wohi cheez jis ko hum kehte hain dark matter. to dark matter ke bare mein yeh nazariya hai ke hamare visible world se bohat zyada bada hai, wo bohat zyada bada hai.</w:t>
      </w:r>
      <w:r>
        <w:br/>
      </w:r>
      <w:r>
        <w:rPr>
          <w:sz w:val="20"/>
        </w:rPr>
        <w:t>36:28  to quran mein jo hai ke jannat ke bare mein arz o samawat wards,</w:t>
      </w:r>
      <w:r>
        <w:br/>
      </w:r>
      <w:r>
        <w:rPr>
          <w:sz w:val="20"/>
        </w:rPr>
        <w:t>36:37  jannat</w:t>
      </w:r>
      <w:r>
        <w:br/>
      </w:r>
      <w:r>
        <w:rPr>
          <w:sz w:val="20"/>
        </w:rPr>
        <w:t>36:38  ke bare mein tasawwur diya gaya hai ke zameen o aasman sab tak phaila hua hai. is ka is ka area bohat ajeeb baat hai,</w:t>
      </w:r>
      <w:r>
        <w:br/>
      </w:r>
      <w:r>
        <w:rPr>
          <w:sz w:val="20"/>
        </w:rPr>
        <w:t>36:52  bohat ajeeb baat hai. saar'u ila maghfirat wa jannat arz o samawat wal arz,</w:t>
      </w:r>
      <w:r>
        <w:br/>
      </w:r>
      <w:r>
        <w:rPr>
          <w:sz w:val="20"/>
        </w:rPr>
        <w:t>37:00  daudo ek kayi jannat ki taraf jis ke jis ka expansion, jis ki tauseeat poori zameen o aasman tak phaili hui hain. to dark matter ka tasawwur to yahi hai ke poori kainat mein phaila hua hai.</w:t>
      </w:r>
      <w:r>
        <w:br/>
      </w:r>
      <w:r>
        <w:rPr>
          <w:sz w:val="20"/>
        </w:rPr>
        <w:t>37:14  wo main yeh nahi kehta ke yahi, yaani main is ko is mani mein le raha hoon ke yeh is se wo cheez understandable ho jati hai.</w:t>
      </w:r>
      <w:r>
        <w:br/>
      </w:r>
      <w:r>
        <w:rPr>
          <w:sz w:val="20"/>
        </w:rPr>
        <w:t>37:24  bas isi mani mein le</w:t>
      </w:r>
      <w:r>
        <w:br/>
      </w:r>
      <w:r>
        <w:rPr>
          <w:sz w:val="20"/>
        </w:rPr>
        <w:t>37:25  raha hoon main. main yeh nahi kehta ke directly matter hai wo wo cheez jis ko quran mein bataya gaya hai. main sirf yeh kehta hoon ke quran mein jo baat batayi gayi hai, wo hamare liye</w:t>
      </w:r>
      <w:r>
        <w:br/>
      </w:r>
      <w:r>
        <w:rPr>
          <w:sz w:val="20"/>
        </w:rPr>
        <w:t>37:38  understandable ho jati hai, qabil e fahm ho jati hai. to main sirf is ko qabil e fahm banane ke liye yeh baat keh raha hoon. haqeeqat mein kya hai, wo sirf Allah ko pata hai.</w:t>
      </w:r>
    </w:p>
    <w:p>
      <w:pPr>
        <w:pStyle w:val="Heading2"/>
      </w:pPr>
      <w:r>
        <w:t>Prophet never called Mecca dar-ul-kufr; it is human innovation</w:t>
      </w:r>
    </w:p>
    <w:p>
      <w:r>
        <w:rPr>
          <w:color w:val="666666"/>
          <w:sz w:val="18"/>
        </w:rPr>
        <w:t>Rediscovering Islam From Its Original Sources | January 10, 2007 | Maulana Wahiduddin Khan · 5m 35s · at 30:42 · https://youtu.be/Ll8MnnJp_T0?t=1842</w:t>
      </w:r>
    </w:p>
    <w:p>
      <w:r>
        <w:rPr>
          <w:i/>
        </w:rPr>
        <w:t>“Aur saari duniya dar-ul-kufr hai, dar-ul-harb hai”</w:t>
      </w:r>
    </w:p>
    <w:p>
      <w:r>
        <w:rPr>
          <w:sz w:val="20"/>
        </w:rPr>
        <w:t>30:42  h mein nahi aata. to kuch logon ne mujh se yeh baat kahi ke kya yeh to unhon ne kaha ke yeh to purane zamane ka mazhab maloom hota hai hum ko. ab to is ka united nations ke zamane mein to aisa mazhab chal nahi sakta hai, kyunke united nations ke mutabiq sare insan ek hain, sab mulk barabar hain. aaj koi darul-islam nahi, koi darulkafir nahi, koi darulharb nahi, aqwam-e-mutahidda ya united nations</w:t>
      </w:r>
      <w:r>
        <w:br/>
      </w:r>
      <w:r>
        <w:rPr>
          <w:sz w:val="20"/>
        </w:rPr>
        <w:t>31:12  ke criterion ke mutabiq aaj ka insan sochta hai, jis criterion se us par judge karta hai, woh yeh sab baatein us ko bilkul farsooda maloom hoti hain, obsolete maloom hoti hain, bekar maloom hoti hain. main ne us ko samjhaya ke dekhiye, yeh quran o hadith mein kahin hai hi nahi. yeh jo categorization hai, yeh hai hi nahi islam mein, yeh to logon ne bana liya hai.</w:t>
      </w:r>
      <w:r>
        <w:br/>
      </w:r>
      <w:r>
        <w:rPr>
          <w:sz w:val="20"/>
        </w:rPr>
        <w:t>31:42  aur woh bohat acha bhau mein par gaya, woh woh samajhta tha ke yeh to islam hai. main ne kaha sare quran mein aap dekh daliye, kahin bhi nahi hai yeh categorization, na hadith mein yeh categorization, yeh to banawati hai. baad ke musalmanon ne bana liya, ab woh chala rahe hain, chala rahe hain, chala rahe hain is ko. phir main ne un ko misaal di ke dekhiye, rasool allah sallallahu alaihi wasallam jab makkah mein</w:t>
      </w:r>
      <w:r>
        <w:br/>
      </w:r>
      <w:r>
        <w:rPr>
          <w:sz w:val="20"/>
        </w:rPr>
        <w:t>32:13  the, yeh seven century ke first quarter ki baat hai, to us waqt makkah mein sab ke sab jo the, woh ghair muslim the, woh mushrik the. to aaj kal jo bana rakha hai logon ne, jo baad ko jo fiqh ke zariye bana, yeh fiqhi islam hai, yeh yeh quraani islam nahi hai. yaad rakhiye, ek hai fiqhi islam, ek hai quraani islam.</w:t>
      </w:r>
      <w:r>
        <w:br/>
      </w:r>
      <w:r>
        <w:rPr>
          <w:sz w:val="20"/>
        </w:rPr>
        <w:t>32:43  yeh categorization jo hai, yeh fiqhi islam hai, yeh quraani islam nahi hai. to fiqhi islam ko phenkiye. to main ne bataya ke dekhiye, rasool allah sallallahu alaihi wasallam ke zamane mein arab jo makkah tha, jahan aap the, ya jo arab tha, to sare arab mein including makkah, log mushrik the aur non-muslim the. to ras</w:t>
      </w:r>
      <w:r>
        <w:br/>
      </w:r>
      <w:r>
        <w:rPr>
          <w:sz w:val="20"/>
        </w:rPr>
        <w:t>33:16  ool allah ne to yeh nahi kaha ke makkah darulkafir hai. aap yeh boli nahi bole, aaj kal ki istilaah ke mutabiq makkah darulkafir tha, lekin aap yeh boli nahi bole, aap simply aap ne makkah kaha, us ko makkah bas, yani jo namaz jo naam us ka chala raha hai, woh naam bole, aap khud se aap ne ek term ne us par chaspah kiya ke makkah darulkafir hai, yeh bidat hai. yeh</w:t>
      </w:r>
      <w:r>
        <w:br/>
      </w:r>
      <w:r>
        <w:rPr>
          <w:sz w:val="20"/>
        </w:rPr>
        <w:t>33:46  jab rasool allah ne us ko makkah kaha to ab tum bhi makkah kaho, tum bhi dunya ko wohi naam do jo unhon ne khud naam de rakha hai, denmark ko denmark kaho, india ko india kaho, lanka ko lanka kaho, america ko america kaho. yeh yeh jo hai ke hum khud se ek term banate hain, darulkafir, aur us ko apply karte hain, yeh yeh kahan hai? yeh to musalmanon ka apna addition hai. to main ne kaha ke dekhiye,</w:t>
      </w:r>
      <w:r>
        <w:br/>
      </w:r>
      <w:r>
        <w:rPr>
          <w:sz w:val="20"/>
        </w:rPr>
        <w:t>34:16  makkah jo tha, us mein non-muslim the, arab tha, non-muslim the us waqt, lekin aap ne un ko sirf makkah kaha, sirf arab kaha, sirf taif kaha, aap ne kisi ko bhi darulkafir nahi kaha. is se kya nikla? jo naam kisi ne khud apna le rakha hai, wohi naam aap bhi boliye, khud se ek naam bana kar ke us pe chaspah karein, yeh yeh aap ko haq nahi hai aisa karne ka.</w:t>
      </w:r>
      <w:r>
        <w:br/>
      </w:r>
      <w:r>
        <w:rPr>
          <w:sz w:val="20"/>
        </w:rPr>
        <w:t>34:47  phir main ne kaha ke dekhiye, jab rasool allah sallallahu alaihi wasallam ne migrate kiya, hijrat ki, hijrat kar ke aap gaye madinah, to kya hua? makkah walon ne ladaai chhed di. aaj kal ke term ke mutabiq makkah jo hai, darulharb ban gaya, darulharb ban gaya, lekin aap ne ailaan nahi kiya hijrat ke baad ke makkah</w:t>
      </w:r>
      <w:r>
        <w:br/>
      </w:r>
      <w:r>
        <w:rPr>
          <w:sz w:val="20"/>
        </w:rPr>
        <w:t>35:18  ab darulharb hai, kuch bhi nahi. tab bhi makkah hi makkah kaha, aap ne aap ne ailaan nahi kiya ke makkah darulharb ho chuka hai, kuch bhi nahi. to pehle bhi makkah tha, ab bhi makkah hai, na aap darulkafir bole, na darulharb kaha us ko. phir main ne kaha ke dekhiye, madinah mein aap ne us zamane ki islami ek state banai, magar yeh ailaan nahi kiya ke madinah darul</w:t>
      </w:r>
      <w:r>
        <w:br/>
      </w:r>
      <w:r>
        <w:rPr>
          <w:sz w:val="20"/>
        </w:rPr>
        <w:t>35:48  islam ho gaya hai. madinah ko aap ne darul-islam nahi kaha, halanke aaj kal ke jo tareeqa hai, jo nomenclature hum ne bana rakha hai, yani fiqhi nomenclature jo hai, us ke mutabiq madinah darul-islam ho gaya tha, lekin aap ne madinah ko darul-islam nahi kaha, islami jamhuriya madinah nahi kaha. to sab bidat hai, yeh aaj kisi ko right nahi hai ke islami jamhuriya falan, islami jamhuriya falan ka</w:t>
      </w:r>
    </w:p>
    <w:p>
      <w:pPr>
        <w:pStyle w:val="Heading2"/>
      </w:pPr>
      <w:r>
        <w:t>Don't wait to become perfect before starting dawah</w:t>
      </w:r>
    </w:p>
    <w:p>
      <w:r>
        <w:rPr>
          <w:color w:val="666666"/>
          <w:sz w:val="18"/>
        </w:rPr>
        <w:t>Duties of Ummat-e-Wasat (The Middle Nation) September 25, 2022 · 4m 19s · at 22:31 · https://youtu.be/pIZGjyY5Zv4?t=1351</w:t>
      </w:r>
    </w:p>
    <w:p>
      <w:r>
        <w:rPr>
          <w:i/>
        </w:rPr>
        <w:t>“Some say we must first make ourselves good practicing Muslims.”</w:t>
      </w:r>
    </w:p>
    <w:p>
      <w:r>
        <w:rPr>
          <w:sz w:val="20"/>
        </w:rPr>
        <w:t>22:31  apa, yeh isi se ek related ek aur question aaya hai, doctor naghma siddiqui ne bheja hai dilli se, aur apa, yeh bhi bohat aham sawal hai. unhon ne yeh likha hai ke "some people say that we need to first make our self good practicing muslims before we can start doing dawah work." to what is the islamic perspective?</w:t>
      </w:r>
      <w:r>
        <w:br/>
      </w:r>
      <w:r>
        <w:rPr>
          <w:sz w:val="20"/>
        </w:rPr>
        <w:t>22:52  aksar log yeh kehtay hain ke arey hum to abhi tayyar hi nahi hain, to hum kaisay dawah work karein? aur is wajah se woh un ke andar ek hesitation rehta hai, ek reluctance rehta hai.</w:t>
      </w:r>
      <w:r>
        <w:br/>
      </w:r>
      <w:r>
        <w:rPr>
          <w:sz w:val="20"/>
        </w:rPr>
        <w:t>23:01  woh kharay hi nahi hotay, woh tayyar hi nahi hotay, kyunke woh kehtay hain pehlay hum apnay aap ko tayyar karein gay. to apa, yeh ek bohat bara jo ek rukawat hai zehan mein, is ko aap zaroor address karein.</w:t>
      </w:r>
      <w:r>
        <w:br/>
      </w:r>
      <w:r>
        <w:rPr>
          <w:sz w:val="20"/>
        </w:rPr>
        <w:t>23:15  to aisa to kabhi nahi hoga.</w:t>
      </w:r>
      <w:r>
        <w:br/>
      </w:r>
      <w:r>
        <w:rPr>
          <w:sz w:val="20"/>
        </w:rPr>
        <w:t>23:17  mere khayal mein koi bhi insan yeh kehne ki position mein nahi hai ke aaj se hum bilkul perfect ho gaye hain, hamaray andar koi kami nahi hai. yeh to kabhi hoga hi nahi.</w:t>
      </w:r>
      <w:r>
        <w:br/>
      </w:r>
      <w:r>
        <w:rPr>
          <w:sz w:val="20"/>
        </w:rPr>
        <w:t>23:27  ji, insan to ke andar bohat ziyada weaknesses hain, desires hain, aur tarah tarah ki is se aisi baatein zahir hoti hain ke jo abhi is ke andar bohat ziyada kami hai.</w:t>
      </w:r>
      <w:r>
        <w:br/>
      </w:r>
      <w:r>
        <w:rPr>
          <w:sz w:val="20"/>
        </w:rPr>
        <w:t>23:40  ab prophet se bhi ghaltiyan hui hain, to phir hamari kya hesiyat hai?</w:t>
      </w:r>
      <w:r>
        <w:br/>
      </w:r>
      <w:r>
        <w:rPr>
          <w:sz w:val="20"/>
        </w:rPr>
        <w:t>23:45  to yeh to kabhi nahi hoga ke hum poori tarah se perfect ho jayein aur phir dawah karein hum mar jayein ge, aur woh waqt kabhi nahi aye ga ke hum dawah karein.</w:t>
      </w:r>
      <w:r>
        <w:br/>
      </w:r>
      <w:r>
        <w:rPr>
          <w:sz w:val="20"/>
        </w:rPr>
        <w:t>23:55  to yeh to is mein kai log aisa kehtay hain ke jab tak hum perfect na ho jayein, hum poore tarah se har cheez par amal na ho jayein, tab tak hum dawah nahi karna chahiye.</w:t>
      </w:r>
      <w:r>
        <w:br/>
      </w:r>
      <w:r>
        <w:rPr>
          <w:sz w:val="20"/>
        </w:rPr>
        <w:t>24:05  lekin hum ko har mamlay mein rasool Allah Salallaho Alaihe Wasallam ki zindagi se seekhna hai. rasool Allah Salallaho Alaihe Wasallam ke haan</w:t>
      </w:r>
      <w:r>
        <w:br/>
      </w:r>
      <w:r>
        <w:rPr>
          <w:sz w:val="20"/>
        </w:rPr>
        <w:t>24:14  log atay thay, aur aap jo bhi suntay thay, do char aayaten hi sun letay thay, isi ko lay kar chalay jatay thay, phir apnay logon ko bata detay thay. kyunke dawah jo hai, intezar nahi karna hai ke kal doosra aadmi jo hai, woh khatam ho jaye.</w:t>
      </w:r>
      <w:r>
        <w:br/>
      </w:r>
      <w:r>
        <w:rPr>
          <w:sz w:val="20"/>
        </w:rPr>
        <w:t>24:29  to hum ko afsos hi reh jayega ke hum ne kaash ke hum ne yeh baat us ko bata di hoti</w:t>
      </w:r>
      <w:r>
        <w:br/>
      </w:r>
      <w:r>
        <w:rPr>
          <w:sz w:val="20"/>
        </w:rPr>
        <w:t>24:34  . bilkul to humain baghair intezar kiye hue, humain yeh baat doosron ko batani hai, aur dawah work karne se hamara character bhi improve hoga.</w:t>
      </w:r>
      <w:r>
        <w:br/>
      </w:r>
      <w:r>
        <w:rPr>
          <w:sz w:val="20"/>
        </w:rPr>
        <w:t>24:43  kyunke jab hum koi kaam mein engaged rehtay hain na, to isi ke mutabiq hamara character bhi banta hai. ji, to jo rasool Allah Salallaho Alaihe Wasallam ke baray mein aata hai ke woh 70 bar istighfar karte thay, to aisay to hum hum to kabhi bhi nahi hum kaam kar payein ge, kyunke hum to 700 bar bhi istighfar karein to kam hai.</w:t>
      </w:r>
      <w:r>
        <w:br/>
      </w:r>
      <w:r>
        <w:rPr>
          <w:sz w:val="20"/>
        </w:rPr>
        <w:t>25:04  ji, aur is ke baray mein Maulana ne likha hai apni kitab dawah haq mein ke ek saeed bin jubair ek sahabi thay, to unhon ne kaha ke agar hum intezar karein ke jab tak hum poori tarah amal na karein ge, to aisa phir hum kabhi bhi dawah work na kar sakein ge.</w:t>
      </w:r>
      <w:r>
        <w:br/>
      </w:r>
      <w:r>
        <w:rPr>
          <w:sz w:val="20"/>
        </w:rPr>
        <w:t>25:22  to is tareeqay se humain har halat mein dawah work karna hai. humain sirf ek hi baat achi maloom hai, to humain isi ko bata dena</w:t>
      </w:r>
      <w:r>
        <w:br/>
      </w:r>
      <w:r>
        <w:rPr>
          <w:sz w:val="20"/>
        </w:rPr>
        <w:t>25:31  hai doosron ko. ho sakta hai ke doosra jo hai, woh ziyada behtar tareeqay par is is par amal karne wala ban jaye. ji, bilkul apa, bohat important cheez aap ne wazeh kari.</w:t>
      </w:r>
      <w:r>
        <w:br/>
      </w:r>
      <w:r>
        <w:rPr>
          <w:sz w:val="20"/>
        </w:rPr>
        <w:t>25:44  in fact, agar apa hum dekhein khud, agar hum apni zindagi mein introspection karein, to hum log working life ya professional life mein aisay thori kehtay hain ke pehlay hum kaam ko bahar seekhein ge, phir h</w:t>
      </w:r>
      <w:r>
        <w:br/>
      </w:r>
      <w:r>
        <w:rPr>
          <w:sz w:val="20"/>
        </w:rPr>
        <w:t>25:55  um job karein ge. to isi job mein rehtay hue, jo hai, har koi shakhs seekhta hai aur agay barhta hai.</w:t>
      </w:r>
      <w:r>
        <w:br/>
      </w:r>
      <w:r>
        <w:rPr>
          <w:sz w:val="20"/>
        </w:rPr>
        <w:t>26:03  Maulana Wahiduddin Khan sahib itna emphasize karte thay, kehtay thay har situation ko aap experience samjhiye, is se aap discourage mat huiye.</w:t>
      </w:r>
      <w:r>
        <w:br/>
      </w:r>
      <w:r>
        <w:rPr>
          <w:sz w:val="20"/>
        </w:rPr>
        <w:t>26:12  aur apa, doosri yeh bhi cheez hai ke is mein hum Allah Ta'ala ki madad ko underestimate kar rahay hain. jab</w:t>
      </w:r>
      <w:r>
        <w:br/>
      </w:r>
      <w:r>
        <w:rPr>
          <w:sz w:val="20"/>
        </w:rPr>
        <w:t>26:19  hum is allah ke kaam ke liye khade honge, to yaqeenan god send help aayegi, aur aise jagahon se aayegi jahan pe guman bhi nahi hoga.</w:t>
      </w:r>
      <w:r>
        <w:br/>
      </w:r>
      <w:r>
        <w:rPr>
          <w:sz w:val="20"/>
        </w:rPr>
        <w:t>26:28  firishte madad ke liye toot padenge. to maulana to bahut kehte the ke bas bilkul deri mat kijiye, foran khade ho jaiye, aur angels ki fauj aap ki madad ke liye khadi hogi.</w:t>
      </w:r>
      <w:r>
        <w:br/>
      </w:r>
      <w:r>
        <w:rPr>
          <w:sz w:val="20"/>
        </w:rPr>
        <w:t>26:41  to is liye yeh bahut hi, yeh dono sawal bahut aham sawal the. aap ne bahut acche se is ko wazeh kiya. apa, ek comment padhna chahunga, aur sawal bhi hai.</w:t>
      </w:r>
      <w:r>
        <w:br/>
      </w:r>
      <w:r>
        <w:rPr>
          <w:sz w:val="20"/>
        </w:rPr>
        <w:t>26:51  yeh dilli se imran ahmed sahab ne bheja hai. unhone likha hai: "mashallah, yeh bahut hi aham baat hai. muslim hona koi fazilat ya fakhr ki baat nahi</w:t>
      </w:r>
    </w:p>
    <w:p>
      <w:pPr>
        <w:pStyle w:val="Heading2"/>
      </w:pPr>
      <w:r>
        <w:t>Stories illustrating divine love through reflection</w:t>
      </w:r>
    </w:p>
    <w:p>
      <w:r>
        <w:rPr>
          <w:color w:val="666666"/>
          <w:sz w:val="18"/>
        </w:rPr>
        <w:t>Divine Love 19 Oct, 2019 - Maulana Wahiduddin Khan · 3m 45s · at 16:10 · https://youtu.be/PBiwMk_tLH8?t=970</w:t>
      </w:r>
    </w:p>
    <w:p>
      <w:r>
        <w:rPr>
          <w:i/>
        </w:rPr>
        <w:t>“Main ek baar gaya ek khanqah mein”</w:t>
      </w:r>
    </w:p>
    <w:p>
      <w:r>
        <w:rPr>
          <w:sz w:val="20"/>
        </w:rPr>
        <w:t>16:10  mein ek bar gaya ek khangah mein, ek bahut mashhoor buzurg ki khangah. to wahan maine dekha ke wahan par woh kuch log,</w:t>
      </w:r>
      <w:r>
        <w:br/>
      </w:r>
      <w:r>
        <w:rPr>
          <w:sz w:val="20"/>
        </w:rPr>
        <w:t>16:29  kayi log the wahan par jo bari bari Allah ho, Allah ho karte the.</w:t>
      </w:r>
      <w:r>
        <w:br/>
      </w:r>
      <w:r>
        <w:rPr>
          <w:sz w:val="20"/>
        </w:rPr>
        <w:t>16:39  yani ek ghanta kisi kya to doosra aya, usne ek aisa kiya, phir teesra aya, usne kiya. is tarah se 24 ghanta wahan par hi chalta tha.</w:t>
      </w:r>
      <w:r>
        <w:br/>
      </w:r>
      <w:r>
        <w:rPr>
          <w:sz w:val="20"/>
        </w:rPr>
        <w:t>16:53  24 ghanta. to maine poocha ke yeh kyun hai aisa?</w:t>
      </w:r>
      <w:r>
        <w:br/>
      </w:r>
      <w:r>
        <w:rPr>
          <w:sz w:val="20"/>
        </w:rPr>
        <w:t>17:02  to unhone kaha ke is se Allah se mohabbat paida hoti hai.</w:t>
      </w:r>
      <w:r>
        <w:br/>
      </w:r>
      <w:r>
        <w:rPr>
          <w:sz w:val="20"/>
        </w:rPr>
        <w:t>17:09  to mein usko samajh nahi paya. repeat naam ko repeat karne se Allah se mohabbat kaise paida ho jayegi?</w:t>
      </w:r>
      <w:r>
        <w:br/>
      </w:r>
      <w:r>
        <w:rPr>
          <w:sz w:val="20"/>
        </w:rPr>
        <w:t>17:23  to allah ki jo</w:t>
      </w:r>
      <w:r>
        <w:br/>
      </w:r>
      <w:r>
        <w:rPr>
          <w:sz w:val="20"/>
        </w:rPr>
        <w:t>17:29  takhleeq hai, is mein jo wisdom hai, is mein jo</w:t>
      </w:r>
      <w:r>
        <w:br/>
      </w:r>
      <w:r>
        <w:rPr>
          <w:sz w:val="20"/>
        </w:rPr>
        <w:t>17:38  anokhay, jo jo breakless cheezain hain, is par jo aadmi sochta hai,</w:t>
      </w:r>
      <w:r>
        <w:br/>
      </w:r>
      <w:r>
        <w:rPr>
          <w:sz w:val="20"/>
        </w:rPr>
        <w:t>17:53  misalan dekhen, dunya mein bohat saray test hain, test hamaray liye.</w:t>
      </w:r>
      <w:r>
        <w:br/>
      </w:r>
      <w:r>
        <w:rPr>
          <w:sz w:val="20"/>
        </w:rPr>
        <w:t>18:05  to aik taraf dunya mein test hai, doosri taraf insaan ke andar taqreeban das hazar test birds hain.</w:t>
      </w:r>
      <w:r>
        <w:br/>
      </w:r>
      <w:r>
        <w:rPr>
          <w:sz w:val="20"/>
        </w:rPr>
        <w:t>18:18  yani bahar jab test ke sources hain to andar bhi test birds hain. to maine socha ke agar</w:t>
      </w:r>
      <w:r>
        <w:br/>
      </w:r>
      <w:r>
        <w:rPr>
          <w:sz w:val="20"/>
        </w:rPr>
        <w:t>18:32  mere bahar test ke sources mojood hon, lekin mere andar test birds na hon to main yeh kaise enjoy karoon ga?</w:t>
      </w:r>
      <w:r>
        <w:br/>
      </w:r>
      <w:r>
        <w:rPr>
          <w:sz w:val="20"/>
        </w:rPr>
        <w:t>18:42  to do cheezain hain. yani aik aik taraf test ke sources hain, doosri taraf test birds hain.</w:t>
      </w:r>
      <w:r>
        <w:br/>
      </w:r>
      <w:r>
        <w:rPr>
          <w:sz w:val="20"/>
        </w:rPr>
        <w:t>18:54  to test birds hain, is liye hum in ko enjoy kar paate hain. to ab yeh maine socha ke khaliq ka kitna bara ehsan hai ke us ne aik taraf jab test ke sources paida kiye to usi ke sath hamare andar test birds bhi paida kiye thay.</w:t>
      </w:r>
      <w:r>
        <w:br/>
      </w:r>
      <w:r>
        <w:rPr>
          <w:sz w:val="20"/>
        </w:rPr>
        <w:t>19:22  agar aik hota aur doosri cheez na hoti to hum koi usay enjoy nahi kar sakte thay.</w:t>
      </w:r>
      <w:r>
        <w:br/>
      </w:r>
      <w:r>
        <w:rPr>
          <w:sz w:val="20"/>
        </w:rPr>
        <w:t>19:34  to is tarah se aadmi sochta hai to us ko allah se, khaliq se, rab se mohabbat paida hoti hai.</w:t>
      </w:r>
      <w:r>
        <w:br/>
      </w:r>
      <w:r>
        <w:rPr>
          <w:sz w:val="20"/>
        </w:rPr>
        <w:t>19:46  kisi aur tadbeer se main nahi samajhta ke mohabbat paida hogi.</w:t>
      </w:r>
    </w:p>
    <w:p>
      <w:pPr>
        <w:pStyle w:val="Heading2"/>
      </w:pPr>
      <w:r>
        <w:t>Observing that no one ever discusses their own death</w:t>
      </w:r>
    </w:p>
    <w:p>
      <w:r>
        <w:rPr>
          <w:color w:val="666666"/>
          <w:sz w:val="18"/>
        </w:rPr>
        <w:t>Computer A Sign of God January 27, 2008 Maulana Wahiduddin Khan · 3m 07s · at 29:42 · https://youtu.be/MdBcX_Q_rWg?t=1782</w:t>
      </w:r>
    </w:p>
    <w:p>
      <w:r>
        <w:rPr>
          <w:i/>
        </w:rPr>
        <w:t>“Maine dekha koi bhi maut ki baat nahi karta”</w:t>
      </w:r>
    </w:p>
    <w:p>
      <w:r>
        <w:rPr>
          <w:sz w:val="20"/>
        </w:rPr>
        <w:t>29:42  mein ne dekha ke koi bhi maut ki baat nahi karta. mein khud to maut ke bare mein sochta hoon, lekin jo log wahan ekhatta hue hain, woh maut ka koi charcha nahi karte.</w:t>
      </w:r>
      <w:r>
        <w:br/>
      </w:r>
      <w:r>
        <w:rPr>
          <w:sz w:val="20"/>
        </w:rPr>
        <w:t>29:58  is koi relative mein se koi mar jaye to log wahan aate hain, jis ko kehte hain taaziyat. taaziyat ke liye aate hain.</w:t>
      </w:r>
      <w:r>
        <w:br/>
      </w:r>
      <w:r>
        <w:rPr>
          <w:sz w:val="20"/>
        </w:rPr>
        <w:t>30:09  is tareeqe se condolence meeting hoti hai, koi mar jaye to. to mein ne dekha ke log taaziyat ke liye aate hain ghar mein aur kuch bhi nahi idhar udhar ki baatein kiya aur chale gaye.</w:t>
      </w:r>
      <w:r>
        <w:br/>
      </w:r>
      <w:r>
        <w:rPr>
          <w:sz w:val="20"/>
        </w:rPr>
        <w:t>30:21  condolence ki meetingon mein bar bar mein shareek hua. to wahan mein ne dekha kya marne wale ka bakhaan, marne wale ki tareef, marne wala ka praise aise the, woh waise the, lekin maut ka koi charcha nahi.</w:t>
      </w:r>
      <w:r>
        <w:br/>
      </w:r>
      <w:r>
        <w:rPr>
          <w:sz w:val="20"/>
        </w:rPr>
        <w:t>30:39  maut ka koi charcha nahi. aise hi dekhein, hamare jo papers hain, jo magazine hai, is mein koi marta hai to is is ke bare mein chhappta hai, jis ko kehte hain ab churi.</w:t>
      </w:r>
      <w:r>
        <w:br/>
      </w:r>
      <w:r>
        <w:rPr>
          <w:sz w:val="20"/>
        </w:rPr>
        <w:t>30:56  mein ne kitne saare parhe is tarah ke article, lekin is mein sirf woh marne wale ka tha ke woh aisa tha, woh waisa tha, us ki praise, lekin maut ka koi charcha nahi ke maut kaisi cheez hai.</w:t>
      </w:r>
      <w:r>
        <w:br/>
      </w:r>
      <w:r>
        <w:rPr>
          <w:sz w:val="20"/>
        </w:rPr>
        <w:t>31:12  kitni baar aisa hua ke mein kisi ke marne par tajheez o takfeen ke liye qabristan gaya, wahan par janaza aaya, qabr khodi gayi, dafan kiye gaye.</w:t>
      </w:r>
      <w:r>
        <w:br/>
      </w:r>
      <w:r>
        <w:rPr>
          <w:sz w:val="20"/>
        </w:rPr>
        <w:t>31:24  yeh sari cheezein samne huien.</w:t>
      </w:r>
      <w:r>
        <w:br/>
      </w:r>
      <w:r>
        <w:rPr>
          <w:sz w:val="20"/>
        </w:rPr>
        <w:t>31:26  boht se log wahan aur bhi thay. maine dekha ke koi bhi aisa nahi paya maine ke koi maut ka charcha karta ho. maut ki koi baat hi nahi.</w:t>
      </w:r>
      <w:r>
        <w:br/>
      </w:r>
      <w:r>
        <w:rPr>
          <w:sz w:val="20"/>
        </w:rPr>
        <w:t>31:39  main akela hota tha jo maut ke baray mein sochta tha, chup chap bilkul maut ke baray mein sochta tha.</w:t>
      </w:r>
      <w:r>
        <w:br/>
      </w:r>
      <w:r>
        <w:rPr>
          <w:sz w:val="20"/>
        </w:rPr>
        <w:t>31:49  to yeh mere mind mein ek sawal tha ke kya wajah hai ke log maut ko dekhte hain, phir bhi apne baray mein nahi sochte? apne ko woh jaise ke exclude kar lete hain.</w:t>
      </w:r>
      <w:r>
        <w:br/>
      </w:r>
      <w:r>
        <w:rPr>
          <w:sz w:val="20"/>
        </w:rPr>
        <w:t>32:04  log dekhte hain ke road par accident hua, mar gaya aadmi, hospital mein aadmi mar gaya, apni family mein koi mar gaya,</w:t>
      </w:r>
      <w:r>
        <w:br/>
      </w:r>
      <w:r>
        <w:rPr>
          <w:sz w:val="20"/>
        </w:rPr>
        <w:t>32:16  paper mein news aayi ke falan aadmi mar gaya,</w:t>
      </w:r>
      <w:r>
        <w:br/>
      </w:r>
      <w:r>
        <w:rPr>
          <w:sz w:val="20"/>
        </w:rPr>
        <w:t>32:20  qabristan mein gaye to wahan kafan dafan mein dekha ke ek aadmi ko jo chalta phirta tha, woh zameen mein dafan kiya ja raha hai.</w:t>
      </w:r>
      <w:r>
        <w:br/>
      </w:r>
      <w:r>
        <w:rPr>
          <w:sz w:val="20"/>
        </w:rPr>
        <w:t>32:31  yeh sari baatein maine paya ke log dekhte hain, lekin maut ka koi charcha nahi. to aisa kyun hota hai?</w:t>
      </w:r>
      <w:r>
        <w:br/>
      </w:r>
      <w:r>
        <w:rPr>
          <w:sz w:val="20"/>
        </w:rPr>
        <w:t>32:42  is sawal se boht dinon se main is sawal par main boht dinon se sochta tha.</w:t>
      </w:r>
    </w:p>
    <w:p>
      <w:pPr>
        <w:pStyle w:val="Heading2"/>
      </w:pPr>
      <w:r>
        <w:t>this world as a preview of paradise</w:t>
      </w:r>
    </w:p>
    <w:p>
      <w:r>
        <w:rPr>
          <w:color w:val="666666"/>
          <w:sz w:val="18"/>
        </w:rPr>
        <w:t>Introduction to Paradise December 18, 2022 · 3m 38s · at 29:36 · https://youtu.be/82pHJMz7OHs?t=1776</w:t>
      </w:r>
    </w:p>
    <w:p>
      <w:r>
        <w:rPr>
          <w:i/>
        </w:rPr>
        <w:t>“The Quran says God admits those He has made recognize Paradise”</w:t>
      </w:r>
    </w:p>
    <w:p>
      <w:r>
        <w:rPr>
          <w:sz w:val="20"/>
        </w:rPr>
        <w:t>29:36  to akhir quran mein aya hai ke allah unko jannat mein dakhil karega, jis ki usne unhein pehchan kara di hai. chapter 47. to jannat ko pehchan karne ka matlab kya hai?</w:t>
      </w:r>
      <w:r>
        <w:br/>
      </w:r>
      <w:r>
        <w:rPr>
          <w:sz w:val="20"/>
        </w:rPr>
        <w:t>29:49  ke jab hum bahut zyada cheezon par gaur karenge. kyunke kehte hain ke yeh jo duniya hai, yeh similar hai jannat ke. bas farq yeh hai ke yeh imperfect hai aur jannat perfect hai. to jab hum bahut gehri hamari marifat ho</w:t>
      </w:r>
      <w:r>
        <w:br/>
      </w:r>
      <w:r>
        <w:rPr>
          <w:sz w:val="20"/>
        </w:rPr>
        <w:t>30:05  jayegi, jab hum har waqt jannat ke bare mein soch rahe honge, to tab hamein gehrai se baaton ko samajh mein ayegi. jaise misal ke taur par, hamein thandi hawa garmi mein kitni achhi lagti hai. thandi hawa chal rahi ho, to hamein lage ke yeh jannat se hawa aayi hai hamare liye. allah taala ne hamein bheji hai. ab garmi mein jab us early sun hota hai, early sunshine hoti hai, to kitna achha lagta hai. to subah-subah ki dhoop</w:t>
      </w:r>
      <w:r>
        <w:br/>
      </w:r>
      <w:r>
        <w:rPr>
          <w:sz w:val="20"/>
        </w:rPr>
        <w:t>30:34  । to yeh sari cheezein jo hain, jannat mein perfect shakal mein milengi aur aur duniya mein imperfect shakal mein. bas itna hi farq hai. to jo manazir-e-fitrat hain, jo nature hai, yeh sab jannat ka ek bae taaruf, matlab taaruf far hamein distance kara rahi hai.</w:t>
      </w:r>
      <w:r>
        <w:br/>
      </w:r>
      <w:r>
        <w:rPr>
          <w:sz w:val="20"/>
        </w:rPr>
        <w:t>30:52  to jab hum bahut gaur se cheezon ko dekhenge, tabhi hum in baaton ko samajh sakte hain. aur aajkal to samajhna aur aasan hai. kyunke jo industrial civilization aayi hai, jo technology aayi hai, usne har kaam itna zyada aasan kar diya hai ke bas ek push-push button civilization ho gayi hai. hamari tamam museebatein khatam ho gayi hain. pehle log qafil par safar karte the, ghode-gaadi par safar karte the,</w:t>
      </w:r>
      <w:r>
        <w:br/>
      </w:r>
      <w:r>
        <w:rPr>
          <w:sz w:val="20"/>
        </w:rPr>
        <w:t>31:21  kitni museebaton se paidal safar karte the. har kaam itna mushkil tha. ab gaadi mein baithte hain, hawai jahaz mein baithte hain aur har cheez jo hai, lift hai. pehle seedhiyan chadhna kitna mushkil hota tha. 100-100 manzil building banti hai, lift se do minute mein upar chale jate hain. to yeh sari cheezein hamein yaad dila</w:t>
      </w:r>
      <w:r>
        <w:br/>
      </w:r>
      <w:r>
        <w:rPr>
          <w:sz w:val="20"/>
        </w:rPr>
        <w:t>31:43  e. yaad tabhi dilayenge jab hum bahut zyada khuda ke bare mein, akhirat ke bare mein, jannat ke bare mein soch rahe honge. tab hamein yeh sari cheezein mein hamein khuda ki jannat ki jhalakiyan nazar aney lagengi. to hamein apni soch ko badhana hai, bahut zyada sochna hai,</w:t>
      </w:r>
      <w:r>
        <w:br/>
      </w:r>
      <w:r>
        <w:rPr>
          <w:sz w:val="20"/>
        </w:rPr>
        <w:t>32:02  gaur-fikr karna hai. main Maulana ko dekhti thi, musalsal sochte rehte the. ab jaakar barze mein baithe rehte the, nature mein wahan sochte rehte the, sochte rehte the.</w:t>
      </w:r>
      <w:r>
        <w:br/>
      </w:r>
      <w:r>
        <w:rPr>
          <w:sz w:val="20"/>
        </w:rPr>
        <w:t>32:12  to yahi sab sochte the ke unko har cheez mein khuda ki jhalak, akhirat ki jhalak, jannat ki</w:t>
      </w:r>
      <w:r>
        <w:br/>
      </w:r>
      <w:r>
        <w:rPr>
          <w:sz w:val="20"/>
        </w:rPr>
        <w:t>32:18  jhalak nazar aati thi.</w:t>
      </w:r>
      <w:r>
        <w:br/>
      </w:r>
      <w:r>
        <w:rPr>
          <w:sz w:val="20"/>
        </w:rPr>
        <w:t>32:19  to wahi, jab tak hum is duniya mein jannat ko nahi dekh lenge, jiski jis ko quran mein kaha</w:t>
      </w:r>
      <w:r>
        <w:br/>
      </w:r>
      <w:r>
        <w:rPr>
          <w:sz w:val="20"/>
        </w:rPr>
        <w:t>32:26  gaya pehchan karana, to jab tab tak hamein woh akhirat mein jannat nahi milegi.</w:t>
      </w:r>
      <w:r>
        <w:br/>
      </w:r>
      <w:r>
        <w:rPr>
          <w:sz w:val="20"/>
        </w:rPr>
        <w:t>32:32  kyunki jannat ka bahut zyada shauk hona chahiye, jannat ki hamein haris hona chahiye, tabhi hamein jannat milegi.</w:t>
      </w:r>
      <w:r>
        <w:br/>
      </w:r>
      <w:r>
        <w:rPr>
          <w:sz w:val="20"/>
        </w:rPr>
        <w:t>32:39  ji, jazaakallah aap.</w:t>
      </w:r>
      <w:r>
        <w:br/>
      </w:r>
      <w:r>
        <w:rPr>
          <w:sz w:val="20"/>
        </w:rPr>
        <w:t>32:41  bahut achhe se aapne waze kiya isko.</w:t>
      </w:r>
      <w:r>
        <w:br/>
      </w:r>
      <w:r>
        <w:rPr>
          <w:sz w:val="20"/>
        </w:rPr>
        <w:t>32:44  kuch comments padhna chahunga agla sawal lene se pehle. yeh comment bheja hai islamabad pakistan se miss farida kamran ne. unhone likha hai, "hamein jannat ki khwahish rakhni chahiye. allah hum sab se jannat wale aamal karne ki taufeeq de. aameen." syed haseeb shah naqvi sahab ne pakistan se likha hai, "the way to heaven is only self control. self control is the key of today's age."</w:t>
      </w:r>
    </w:p>
    <w:p>
      <w:pPr>
        <w:pStyle w:val="Heading2"/>
      </w:pPr>
      <w:r>
        <w:t>Build an ideological empire of the mind, not material wealth</w:t>
      </w:r>
    </w:p>
    <w:p>
      <w:r>
        <w:rPr>
          <w:color w:val="666666"/>
          <w:sz w:val="18"/>
        </w:rPr>
        <w:t>The Purpose of Existence September9, 2012 · 4m 41s · at 52:20 · https://youtu.be/GB_OC-LeGCE?t=3140</w:t>
      </w:r>
    </w:p>
    <w:p>
      <w:r>
        <w:rPr>
          <w:i/>
        </w:rPr>
        <w:t>“Quran ki ek ayat hai: rizq rabbik khair”</w:t>
      </w:r>
    </w:p>
    <w:p>
      <w:r>
        <w:rPr>
          <w:sz w:val="20"/>
        </w:rPr>
        <w:t>52:20  ek aur baat mein arz kar doon, Quran ki ek aayat hai: "min</w:t>
      </w:r>
      <w:r>
        <w:br/>
      </w:r>
      <w:r>
        <w:rPr>
          <w:sz w:val="20"/>
        </w:rPr>
        <w:t>52:30  hum ayat dunya fihorz qurbak khair". is</w:t>
      </w:r>
      <w:r>
        <w:br/>
      </w:r>
      <w:r>
        <w:rPr>
          <w:sz w:val="20"/>
        </w:rPr>
        <w:t>52:36  ka matlab hai ki duniya mein log jo bade bade material achievement kiye hue hain, bade bade kaam ke mahal banaye hue hain, to iski taraf mat dekho,</w:t>
      </w:r>
      <w:r>
        <w:br/>
      </w:r>
      <w:r>
        <w:rPr>
          <w:sz w:val="20"/>
        </w:rPr>
        <w:t>52:54  balkeh rizq qurb ki talash karo.</w:t>
      </w:r>
      <w:r>
        <w:br/>
      </w:r>
      <w:r>
        <w:rPr>
          <w:sz w:val="20"/>
        </w:rPr>
        <w:t>52:57  yeh saada baat nahin hai, yeh is baat ki ismein ek bahut badi baat hai ki agar tumhare paas maal na ho, tumhare paas empire na ho, tab bhi tum ek bahut badi cheez pa sakte ho,</w:t>
      </w:r>
      <w:r>
        <w:br/>
      </w:r>
      <w:r>
        <w:rPr>
          <w:sz w:val="20"/>
        </w:rPr>
        <w:t>53:13  woh hai ideology. ek aisi ideology hai jo universal hai, jo poori universe ko muheet hai, yaani apne mind ko istemal karna.</w:t>
      </w:r>
      <w:r>
        <w:br/>
      </w:r>
      <w:r>
        <w:rPr>
          <w:sz w:val="20"/>
        </w:rPr>
        <w:t>53:26  agar aap apne soch ko develop karen, agar aap apni thinking ko develop karen, aur is ideology ko aap daryaft kar saken,</w:t>
      </w:r>
      <w:r>
        <w:br/>
      </w:r>
      <w:r>
        <w:rPr>
          <w:sz w:val="20"/>
        </w:rPr>
        <w:t>53:40  to ideological level par aap ek poori universe aap ki hai. hukoomat kiske paas hai? yeh ek aap ke liye irrelevant ban jaayega, yaani kiske paas government hai,</w:t>
      </w:r>
      <w:r>
        <w:br/>
      </w:r>
      <w:r>
        <w:rPr>
          <w:sz w:val="20"/>
        </w:rPr>
        <w:t>53:56  kiske paas, yaani kaun bade bade fame ka malik hai, kaun bade bade stage ka malik hai, kaun material cheezon ka champion bana hua hai, yeh aap ke liye ban jaayega bilkul, yaani unimportant,</w:t>
      </w:r>
      <w:r>
        <w:br/>
      </w:r>
      <w:r>
        <w:rPr>
          <w:sz w:val="20"/>
        </w:rPr>
        <w:t>54:13  kyunki poori universe khuli hui hai aap ke liye. aap ka jo mind hai, aap ki jo soch hai, iske liye to poori universe mein koi restriction nahin hai.</w:t>
      </w:r>
      <w:r>
        <w:br/>
      </w:r>
      <w:r>
        <w:rPr>
          <w:sz w:val="20"/>
        </w:rPr>
        <w:t>54:24  jaise mein hoon, mujhe koi shauk nahin ki mujhe koi hukoomat mein kuch mile, mujhe koi daulat mein hissa mile, mere paas koi bahut bada maal ho, kyunki woh to sab limited cheezain hain. limited mere liye to, yaani mein soch ke level par jeeta hoon, to soch ka jo level hai, iske liye poori universe khuli hui hai,</w:t>
      </w:r>
      <w:r>
        <w:br/>
      </w:r>
      <w:r>
        <w:rPr>
          <w:sz w:val="20"/>
        </w:rPr>
        <w:t>54:47  poori universe khuli hui hai.</w:t>
      </w:r>
      <w:r>
        <w:br/>
      </w:r>
      <w:r>
        <w:rPr>
          <w:sz w:val="20"/>
        </w:rPr>
        <w:t>54:50  aap kahan ka shauk? galaxies ke nizaam par sochiye, aap solar system ke nizaam par sochiye, aap poori universe mein jo laws rule kar rahe hain, us par sochiye.</w:t>
      </w:r>
      <w:r>
        <w:br/>
      </w:r>
      <w:r>
        <w:rPr>
          <w:sz w:val="20"/>
        </w:rPr>
        <w:t>55:02  Allah ke jo, yaani ya Allah ke jo, jisko Quran mein kaha gaya "ala Allah", jo "ala Allah" poori kainat mein jalwa-gar hain, un par sochiye to poori kainat aap ki ideological empire hai,</w:t>
      </w:r>
      <w:r>
        <w:br/>
      </w:r>
      <w:r>
        <w:rPr>
          <w:sz w:val="20"/>
        </w:rPr>
        <w:t>55:20  yaani ek aap apni, aap khud apni buniyad par ek ek universal level par ek ideological empire banana chahte hain, bana sakte hain.</w:t>
      </w:r>
      <w:r>
        <w:br/>
      </w:r>
      <w:r>
        <w:rPr>
          <w:sz w:val="20"/>
        </w:rPr>
        <w:t>55:30  yaani poori duniya aap ke liye ek ideological empire ban jaayegi, jismein aap jeeyenge, jiske aap emperor rahenge.</w:t>
      </w:r>
      <w:r>
        <w:br/>
      </w:r>
      <w:r>
        <w:rPr>
          <w:sz w:val="20"/>
        </w:rPr>
        <w:t>55:43  aisa insaan Allah ta'ala ko matloob hai, aur Allah ta'ala ne mumkin bana diya ek aise insaan ke liye ki uske paas hukoomat ho ya na ho, daulat ho ya na ho, uske paas maal ho ya na ho, phir bhi apni apni development ka kaam aakhri had tak kar sakta hai.</w:t>
      </w:r>
      <w:r>
        <w:br/>
      </w:r>
      <w:r>
        <w:rPr>
          <w:sz w:val="20"/>
        </w:rPr>
        <w:t>56:00  woh asal masla dekhiye, apna, yaani intellectual development hai, apna personal development hai, apna spiritual development hai,</w:t>
      </w:r>
      <w:r>
        <w:br/>
      </w:r>
      <w:r>
        <w:rPr>
          <w:sz w:val="20"/>
        </w:rPr>
        <w:t>56:13  iske liye koi record nahi hai, iske liye kisi cheez ki zaroorat nahi hai . iske liye nah imapire chahiye, nah hukoomat chahiye, nah daulat chahiye, nah kothi chahiye, kuch bhi nahi chahiye.</w:t>
      </w:r>
      <w:r>
        <w:br/>
      </w:r>
      <w:r>
        <w:rPr>
          <w:sz w:val="20"/>
        </w:rPr>
        <w:t>56:29  to saara jo saari universe Allah ta'ala ne khol di, asan insaan ke liye yeh mind de kar ke, mind de kar ke, yeh mind jo hai, kisi sher ke paas nahi, kisi hathi ke paas nahi ,</w:t>
      </w:r>
      <w:r>
        <w:br/>
      </w:r>
      <w:r>
        <w:rPr>
          <w:sz w:val="20"/>
        </w:rPr>
        <w:t>56:43  kahi mind de kar ke Allah ta'ala ne poori universe khol di, aise insaan ke liye kahi universal level par apna development kare, woh</w:t>
      </w:r>
      <w:r>
        <w:br/>
      </w:r>
      <w:r>
        <w:rPr>
          <w:sz w:val="20"/>
        </w:rPr>
        <w:t>56:54  is tarah se woh personality banaye apne andar jo jannat mein basane ke qabil ho .</w:t>
      </w:r>
    </w:p>
    <w:p>
      <w:pPr>
        <w:pStyle w:val="Heading2"/>
      </w:pPr>
      <w:r>
        <w:t>practical path to paradise: desires, gratitude, character, reward</w:t>
      </w:r>
    </w:p>
    <w:p>
      <w:r>
        <w:rPr>
          <w:color w:val="666666"/>
          <w:sz w:val="18"/>
        </w:rPr>
        <w:t>Concept of Paradise 26 Sept 2021 - Prof. Farida Khanam · 4m 03s · at 9:43 · https://youtu.be/a9bQN23LYPE?t=583</w:t>
      </w:r>
    </w:p>
    <w:p>
      <w:r>
        <w:rPr>
          <w:i/>
        </w:rPr>
        <w:t>“Hum hamesha apni khwahishaat ko control mein rakhein”</w:t>
      </w:r>
    </w:p>
    <w:p>
      <w:r>
        <w:rPr>
          <w:sz w:val="20"/>
        </w:rPr>
        <w:t>9:43  To hum hamesha apni khwahishat ko control mein rakhein, sirf zaroorat ke upar itfa karein. Aur kyunke dimaagh jo hai, insan ka woh focus karta hai.</w:t>
      </w:r>
      <w:r>
        <w:br/>
      </w:r>
      <w:r>
        <w:rPr>
          <w:sz w:val="20"/>
        </w:rPr>
        <w:t>9:55  Agar woh focus, is ko focus nahi karne diya jayega, to woh bilkul ah barsark ho jayega. Woh har taraf daurega.</w:t>
      </w:r>
      <w:r>
        <w:br/>
      </w:r>
      <w:r>
        <w:rPr>
          <w:sz w:val="20"/>
        </w:rPr>
        <w:t>10:04  Woh Khuda ka jo ek sirat-e-mustaqeem hai, us par is ke liye chalna dushwar ho jayega. To Allah taala ne itna aasan kar diya hai jannat mein dakhla ke sirf Khuda ko acknowledge karna hai, Khuda ki hamd karna hai, Khuda ki yaad karna hai.</w:t>
      </w:r>
      <w:r>
        <w:br/>
      </w:r>
      <w:r>
        <w:rPr>
          <w:sz w:val="20"/>
        </w:rPr>
        <w:t>10:22  To yeh to kuch bhi mushkil nahi hai. Duniya ke kaam karne ko Allah ne kabhi mana nahi kiya. Har kaam karo, lekin Khuda ko yaad rakho, Khuda ki hamd karo.</w:t>
      </w:r>
      <w:r>
        <w:br/>
      </w:r>
      <w:r>
        <w:rPr>
          <w:sz w:val="20"/>
        </w:rPr>
        <w:t>10:32  To yahi jannat ki qeemat hai. To Allah taala ne kaha hai ke "LAN SHAKARTUM LA AZIDANNAKUM" chapter 14 verse seven ke tum agar shukr ada karoge to hum tum ko aur ziyada denge.</w:t>
      </w:r>
      <w:r>
        <w:br/>
      </w:r>
      <w:r>
        <w:rPr>
          <w:sz w:val="20"/>
        </w:rPr>
        <w:t>10:48  Yeh jannat jo hai, yeh aur ziyada hai ke jab insan is duniya mein dikha dega ke woh Khuda ka ek shukr guzar banda hai, to woh poori tareeqe se is qabil ho jayega ke Allah taala us ko jannat ki nematon se sarfraz farmaye.</w:t>
      </w:r>
      <w:r>
        <w:br/>
      </w:r>
      <w:r>
        <w:rPr>
          <w:sz w:val="20"/>
        </w:rPr>
        <w:t>11:05  Lekin duniya bohat hi haseen hai, bohat attractive hai. To insan har cheez ko bilkul materialise kar leta hai.</w:t>
      </w:r>
      <w:r>
        <w:br/>
      </w:r>
      <w:r>
        <w:rPr>
          <w:sz w:val="20"/>
        </w:rPr>
        <w:t>11:14  Koi jo duaein hoti hain, us ko bhi material shakal mein pesh karta hai. Jaise ek dua hai jo taqreeban sabhi log padhte hain namaz mein: "Rabbana atina fid-dunya hasanataw wa fil-akhirati hasanataw wa qina azaban-nar".</w:t>
      </w:r>
      <w:r>
        <w:br/>
      </w:r>
      <w:r>
        <w:rPr>
          <w:sz w:val="20"/>
        </w:rPr>
        <w:t>11:30  To yeh duniya mein log samajhte hain, kehte hain ke dua karein. Maulana ke paas ek lady hamari family ki aati thi ke aap dua karein ke hum ko duniya mein bhi Allah hasna de aur akhirat mein bhi hasna de.</w:t>
      </w:r>
      <w:r>
        <w:br/>
      </w:r>
      <w:r>
        <w:rPr>
          <w:sz w:val="20"/>
        </w:rPr>
        <w:t>11:47  To is ka matlab woh yeh lete hain ke duniya mein saari jo hain, duniya ki cheezein, maal o daulat hai, aulad hai, yeh saari jo cheezein hain, woh duniya mein bhi hamein milein aur akhirat mein bhi jannat mile.</w:t>
      </w:r>
      <w:r>
        <w:br/>
      </w:r>
      <w:r>
        <w:rPr>
          <w:sz w:val="20"/>
        </w:rPr>
        <w:t>12:00  To yeh hasna Allah ke nazdeek hasna hai. Matlab jannati aamal ki tofeeq. Hum jannat ke liye amal karein.</w:t>
      </w:r>
      <w:r>
        <w:br/>
      </w:r>
      <w:r>
        <w:rPr>
          <w:sz w:val="20"/>
        </w:rPr>
        <w:t>12:11  Hum isi Allah ki marzi ke mutabiq is duniya mein zindagi guzarein. Hum talib-e-jannat banein. Hum apna character aisa banayein jaise ke bird ka bird hoti hai.</w:t>
      </w:r>
      <w:r>
        <w:br/>
      </w:r>
      <w:r>
        <w:rPr>
          <w:sz w:val="20"/>
        </w:rPr>
        <w:t>12:25  To bird like character ek hadith hai ke jannatiyon ka dil chidiyon ki manind hoga. Aap chidiyon ke upar pathar mariye, kankri mariye, woh ek ek branch se uth ud ke doosri branch mein ja ke baith jati hai aur us ke dil mein koi nafrat nahi, koi inteqaam nahi.</w:t>
      </w:r>
      <w:r>
        <w:br/>
      </w:r>
      <w:r>
        <w:rPr>
          <w:sz w:val="20"/>
        </w:rPr>
        <w:t>12:44  To isi tareeqe se hum ko ek symbol of peace banna hai, no problem person banna hai. Kisi tareeqe se kisi ko koi harm nahi pahunchana hai.</w:t>
      </w:r>
      <w:r>
        <w:br/>
      </w:r>
      <w:r>
        <w:rPr>
          <w:sz w:val="20"/>
        </w:rPr>
        <w:t>12:55  Kyunke yahi Allah taala ke nazdeek yahi character hai jo Allah taala approve karega jannat mein jaane ke liye. To hamein musalsal Khuda ki marifat hasil karte rehna hai, apna tazkiya karte rehna hai aur Allah se dar ke ek zindagi guzarni hai.</w:t>
      </w:r>
      <w:r>
        <w:br/>
      </w:r>
      <w:r>
        <w:rPr>
          <w:sz w:val="20"/>
        </w:rPr>
        <w:t>13:15  to yeh hai jannat. jannat bohat hi ziyada bari cheez hai. aik eternal life, hamesha hamesha ki khushiyan.</w:t>
      </w:r>
      <w:r>
        <w:br/>
      </w:r>
      <w:r>
        <w:rPr>
          <w:sz w:val="20"/>
        </w:rPr>
        <w:t>13:24  wahan koi bimari nahi hogi, koi barhapa nahi hoga, kisi qism ki koi takleef nahi hogi. wahan sari activities hongi, joyful activities.</w:t>
      </w:r>
      <w:r>
        <w:br/>
      </w:r>
      <w:r>
        <w:rPr>
          <w:sz w:val="20"/>
        </w:rPr>
        <w:t>13:35  to hum ko chahiye ke hum pore tareeqe se Allah ki ki jannat mein jagah panay ke liye apna poori zindagi ko dedicate kar dein.</w:t>
      </w:r>
    </w:p>
    <w:p>
      <w:pPr>
        <w:pStyle w:val="Heading2"/>
      </w:pPr>
      <w:r>
        <w:t>Call to worship: creation, earth, and the process of discovery</w:t>
      </w:r>
    </w:p>
    <w:p>
      <w:r>
        <w:rPr>
          <w:color w:val="666666"/>
          <w:sz w:val="18"/>
        </w:rPr>
        <w:t>Dars-e-Quran (Al-Baqarah (The Heifer) 2 20-29 August 2, 2015 · 5m 30s · at 6:53 · https://youtu.be/HHIsKpSiODQ?t=413</w:t>
      </w:r>
    </w:p>
    <w:p>
      <w:r>
        <w:rPr>
          <w:i/>
        </w:rPr>
        <w:t>“Ae logo, apne Rab ki ibadat karo jisne tumhe paida kiya”</w:t>
      </w:r>
    </w:p>
    <w:p>
      <w:r>
        <w:rPr>
          <w:sz w:val="20"/>
        </w:rPr>
        <w:t>6:53  tab usko Allah ta'ala maaf kar deta hai. Ya ayyuhannasu abdu rabbakum alladhi</w:t>
      </w:r>
      <w:r>
        <w:br/>
      </w:r>
      <w:r>
        <w:rPr>
          <w:sz w:val="20"/>
        </w:rPr>
        <w:t>7:00  khalakum. Ae logon! Ibadat karo Allah ki jisne tum ko paida kiya hai. Walladhina min qablikum la'allakum tattaqun. Aur tum se pichhle logon ko paida kiya hai.</w:t>
      </w:r>
      <w:r>
        <w:br/>
      </w:r>
      <w:r>
        <w:rPr>
          <w:sz w:val="20"/>
        </w:rPr>
        <w:t>7:15  shayad tum muttaqi insan ban jao. Ab yahan par dawat shuru ho rahi hai ke dawat-e-Quran ki kya hai?</w:t>
      </w:r>
      <w:r>
        <w:br/>
      </w:r>
      <w:r>
        <w:rPr>
          <w:sz w:val="20"/>
        </w:rPr>
        <w:t>7:25  woh sirf ek hai: insan Allah ki ibadat kare.</w:t>
      </w:r>
      <w:r>
        <w:br/>
      </w:r>
      <w:r>
        <w:rPr>
          <w:sz w:val="20"/>
        </w:rPr>
        <w:t>7:30  kyun kare? Is liye ke Allah ne paida kiya usko. Jo khaliq hai, jo malik hai, jo raziq hai, usi ka haq hai ke hum uski ibadat karen.</w:t>
      </w:r>
      <w:r>
        <w:br/>
      </w:r>
      <w:r>
        <w:rPr>
          <w:sz w:val="20"/>
        </w:rPr>
        <w:t>7:41  Ibadat ke maani dekhen, ibadat ki ek shakal hoti hai jis ko hum dekhte hain masjidon mein, ibadat khano mein, lekin woh woh woh asal shakal nahi hai, koi farigh asal nahi hai.</w:t>
      </w:r>
      <w:r>
        <w:br/>
      </w:r>
      <w:r>
        <w:rPr>
          <w:sz w:val="20"/>
        </w:rPr>
        <w:t>7:57  is farigh ke peeche jo yeh spirit hai, woh asal hai. Woh spirit kya hai? Taqwa. Yani Allah ki daryaft karna is aitbaar se ke Allah hamara khaliq hai, woh hamara raziq hai, hamara malik hai, aur phir usko apna concern banana,</w:t>
      </w:r>
      <w:r>
        <w:br/>
      </w:r>
      <w:r>
        <w:rPr>
          <w:sz w:val="20"/>
        </w:rPr>
        <w:t>8:16  uska yani woh ibadat guzar ban jana.</w:t>
      </w:r>
      <w:r>
        <w:br/>
      </w:r>
      <w:r>
        <w:rPr>
          <w:sz w:val="20"/>
        </w:rPr>
        <w:t>8:20  jab aisa karenge to uska ek form bhi hoga, lekin jab aisa karenge to ek spirit andar aayegi insan ke.</w:t>
      </w:r>
      <w:r>
        <w:br/>
      </w:r>
      <w:r>
        <w:rPr>
          <w:sz w:val="20"/>
        </w:rPr>
        <w:t>8:29  woh spirit taqwa ki spirit hogi. Taqwa ka matlab yeh hai ke Allah se insan ko mohabbat ho jaye, Allah se insan darne lage, Allah ke aage insan apne ko accountable banane lage,</w:t>
      </w:r>
      <w:r>
        <w:br/>
      </w:r>
      <w:r>
        <w:rPr>
          <w:sz w:val="20"/>
        </w:rPr>
        <w:t>8:43  accountable samajhne lage. Yeh sab hoga.</w:t>
      </w:r>
      <w:r>
        <w:br/>
      </w:r>
      <w:r>
        <w:rPr>
          <w:sz w:val="20"/>
        </w:rPr>
        <w:t>8:46  to pehli baat jo hai woh yeh hai ke insan daryaft kare Allah ko creator ki haisiyat se, phir daryaft kare ke wohi malik hai, wohi raziq hai, wohi dene wala hai.</w:t>
      </w:r>
      <w:r>
        <w:br/>
      </w:r>
      <w:r>
        <w:rPr>
          <w:sz w:val="20"/>
        </w:rPr>
        <w:t>8:58  to phir uska ta'alluq qaim hoga Allah se ibadat ka. Jab ta'alluq qaim hoga aur ibadat guzar banega woh, to phir kya hoga?</w:t>
      </w:r>
      <w:r>
        <w:br/>
      </w:r>
      <w:r>
        <w:rPr>
          <w:sz w:val="20"/>
        </w:rPr>
        <w:t>9:09  uska taqwa paida hoga.</w:t>
      </w:r>
      <w:r>
        <w:br/>
      </w:r>
      <w:r>
        <w:rPr>
          <w:sz w:val="20"/>
        </w:rPr>
        <w:t>9:11  yani woh spirit jis ko do lafzon mein kaha jata hai ke Allah se mohabbat aur Allah se khauf. Alladhi yaj'al lakum al-arda firaashan was-samaa'a binaa'.</w:t>
      </w:r>
      <w:r>
        <w:br/>
      </w:r>
      <w:r>
        <w:rPr>
          <w:sz w:val="20"/>
        </w:rPr>
        <w:t>9:22  haan, jisne zameen banai to wali farsh aur aasman ko banaya to wali chhat. Yeh farsh aur chhat yeh tafsir ki zuban hai.</w:t>
      </w:r>
      <w:r>
        <w:br/>
      </w:r>
      <w:r>
        <w:rPr>
          <w:sz w:val="20"/>
        </w:rPr>
        <w:t>9:34  matlab yeh jo planet earth hai, yeh bohat hi unique</w:t>
      </w:r>
      <w:r>
        <w:br/>
      </w:r>
      <w:r>
        <w:rPr>
          <w:sz w:val="20"/>
        </w:rPr>
        <w:t>9:38  planet hai. Shayad duniya mein beshumar stars hain aur planets hain, lekin zameen jaisa koi nahi hai ab tak ki discovery ke mutabiq.</w:t>
      </w:r>
      <w:r>
        <w:br/>
      </w:r>
      <w:r>
        <w:rPr>
          <w:sz w:val="20"/>
        </w:rPr>
        <w:t>9:48  to yeh tum ko banaya. Yani insan agar paida kar diya jata aur kuch iske liye planet earth na hoti to kya hota?</w:t>
      </w:r>
      <w:r>
        <w:br/>
      </w:r>
      <w:r>
        <w:rPr>
          <w:sz w:val="20"/>
        </w:rPr>
        <w:t>10:00  tamam jo universe hai phaili hui, ismein ya to stars hain jo aage aage hain, aage aage hain, ismein aap reh nahi sakte, ya planet hai jo chattan hai, khushk chattanein hain, wahan bhi nahi reh sakte.</w:t>
      </w:r>
      <w:r>
        <w:br/>
      </w:r>
      <w:r>
        <w:rPr>
          <w:sz w:val="20"/>
        </w:rPr>
        <w:t>10:16  to zameen ek aisa kura hai jahan hamare liye life support system hai. Yahan pani hai, yahan ghalla paida hota hai, yahan roshni hai jis ko kehte hain life support system.</w:t>
      </w:r>
      <w:r>
        <w:br/>
      </w:r>
      <w:r>
        <w:rPr>
          <w:sz w:val="20"/>
        </w:rPr>
        <w:t>10:30  tu</w:t>
      </w:r>
      <w:r>
        <w:br/>
      </w:r>
      <w:r>
        <w:rPr>
          <w:sz w:val="20"/>
        </w:rPr>
        <w:t>10:33  planet Earth with life system. Yeh diya to aapko isko discover karo aur isko mano, tab tum Allah ke ibadat karnay walay bano gay.</w:t>
      </w:r>
      <w:r>
        <w:br/>
      </w:r>
      <w:r>
        <w:rPr>
          <w:sz w:val="20"/>
        </w:rPr>
        <w:t>10:46  wanzalna min al-sama min al-thmarat rizq. aur aasman say utara pani, aasman say utara pani aur phir tumharay liye rizq paida kiya.</w:t>
      </w:r>
      <w:r>
        <w:br/>
      </w:r>
      <w:r>
        <w:rPr>
          <w:sz w:val="20"/>
        </w:rPr>
        <w:t>11:00  tu</w:t>
      </w:r>
      <w:r>
        <w:br/>
      </w:r>
      <w:r>
        <w:rPr>
          <w:sz w:val="20"/>
        </w:rPr>
        <w:t>11:03  Allah ka kisi ko aik walih na banao, humsar na banao, haal ankay tum jantay ho.</w:t>
      </w:r>
      <w:r>
        <w:br/>
      </w:r>
      <w:r>
        <w:rPr>
          <w:sz w:val="20"/>
        </w:rPr>
        <w:t>11:12  abhi yahan per dekhiye, Allah ko humain kyun khaliq manna hai? Allah ko humain kyun ilah manna hai? iski waja batayi hai.</w:t>
      </w:r>
      <w:r>
        <w:br/>
      </w:r>
      <w:r>
        <w:rPr>
          <w:sz w:val="20"/>
        </w:rPr>
        <w:t>11:23  ilah is liye manna hai ke is ne to sab kuch diya tum ko.</w:t>
      </w:r>
      <w:r>
        <w:br/>
      </w:r>
      <w:r>
        <w:rPr>
          <w:sz w:val="20"/>
        </w:rPr>
        <w:t>11:27  sab kuch denay wala wohi hai. tu jab denay wala Khuda hai to kisi aur ko kaisay ilah bana saktay ho? koi aur kaisay tumhara ilah ban sakta hai?</w:t>
      </w:r>
      <w:r>
        <w:br/>
      </w:r>
      <w:r>
        <w:rPr>
          <w:sz w:val="20"/>
        </w:rPr>
        <w:t>11:40  yeh alfaaz batatay hain ke humain hamara, yani marifat ka process kiya hona chahiye?</w:t>
      </w:r>
      <w:r>
        <w:br/>
      </w:r>
      <w:r>
        <w:rPr>
          <w:sz w:val="20"/>
        </w:rPr>
        <w:t>11:47  chahiye? marifat ka process, yani hum apnay baray mein sochay, phir khaliq ko daryaft karay, phir daryaft karay zameen ko ke hamaray liye bohat hi muafiq zameen di gayi hai.</w:t>
      </w:r>
      <w:r>
        <w:br/>
      </w:r>
      <w:r>
        <w:rPr>
          <w:sz w:val="20"/>
        </w:rPr>
        <w:t>11:59  phir daryaft karay ke kiya kiya nam thay Allah ta'ala ke? pani hai, roshni hai, phall hai, khana khanay ka saman hai. tu sari cheezain jab daryaft karay gay hum to isi daryaft ka naam</w:t>
      </w:r>
      <w:r>
        <w:br/>
      </w:r>
      <w:r>
        <w:rPr>
          <w:sz w:val="20"/>
        </w:rPr>
        <w:t>12:11  hai marifat. isi marifat se niklay ga woh sara jazba jis ko ibadat kaha jata hai. wa in kuntum fi rabb mimma nazzalna 'ala 'abdina.</w:t>
      </w:r>
    </w:p>
    <w:p>
      <w:pPr>
        <w:pStyle w:val="Heading2"/>
      </w:pPr>
      <w:r>
        <w:t>Why philosophy and science fail to provide answers</w:t>
      </w:r>
    </w:p>
    <w:p>
      <w:r>
        <w:rPr>
          <w:color w:val="666666"/>
          <w:sz w:val="18"/>
        </w:rPr>
        <w:t>Creation Plan of God December 4, 2007 · 5m 51s · at 25:36 · https://youtu.be/aSR7zWVopSE?t=1536</w:t>
      </w:r>
    </w:p>
    <w:p>
      <w:r>
        <w:rPr>
          <w:i/>
        </w:rPr>
        <w:t>“Possible sources are philosophy, science, religion”</w:t>
      </w:r>
    </w:p>
    <w:p>
      <w:r>
        <w:rPr>
          <w:sz w:val="20"/>
        </w:rPr>
        <w:t>25:36  yani Khuda ka mansooba ab hamare bare mein kya hai? toh yahan mein yeh kahunga ke hamare paas jo mumkin alagav hain woh chand hain.</w:t>
      </w:r>
      <w:r>
        <w:br/>
      </w:r>
      <w:r>
        <w:rPr>
          <w:sz w:val="20"/>
        </w:rPr>
        <w:t>25:48  jaise falsafa hai, science hai, mazhab hai. ab aap dekhiye. falsafa hum ko is mamle mein koi jawab nahi de sakti.</w:t>
      </w:r>
      <w:r>
        <w:br/>
      </w:r>
      <w:r>
        <w:rPr>
          <w:sz w:val="20"/>
        </w:rPr>
        <w:t>25:59  kyun? falsafe ki tareekh kam az kam paanch hazar saal tak jati hai. kam az kam. is beech mein itne falsafi hue hain.</w:t>
      </w:r>
      <w:r>
        <w:br/>
      </w:r>
      <w:r>
        <w:rPr>
          <w:sz w:val="20"/>
        </w:rPr>
        <w:t>26:09  kisi falsafi ko koi falsafi aisa nahi hua jo yaqeen ke sath bol sake. koi falsafi nahi jo yaqeen ke sath bol sake.</w:t>
      </w:r>
      <w:r>
        <w:br/>
      </w:r>
      <w:r>
        <w:rPr>
          <w:sz w:val="20"/>
        </w:rPr>
        <w:t>26:22  saare falsafi jo hain woh jeete rahe kis mein? shakkon mein. shakkon mein, shakkon mein, shakkon mein. o mar gaye woh.</w:t>
      </w:r>
      <w:r>
        <w:br/>
      </w:r>
      <w:r>
        <w:rPr>
          <w:sz w:val="20"/>
        </w:rPr>
        <w:t>26:34  toh woh falsafi shakkon ke bajaye falsafi yaqeen ke thay.</w:t>
      </w:r>
      <w:r>
        <w:br/>
      </w:r>
      <w:r>
        <w:rPr>
          <w:sz w:val="20"/>
        </w:rPr>
        <w:t>26:40  yani tamam woh falsafi falsafi shakkon ke bajaye falsafi yaqeen ke thay. isi liye jab aap falsafe ko padhte hain toh wahan aap ko kya milta hai?</w:t>
      </w:r>
      <w:r>
        <w:br/>
      </w:r>
      <w:r>
        <w:rPr>
          <w:sz w:val="20"/>
        </w:rPr>
        <w:t>26:53  uljhan milta hai. aur kuch nahi.</w:t>
      </w:r>
      <w:r>
        <w:br/>
      </w:r>
      <w:r>
        <w:rPr>
          <w:sz w:val="20"/>
        </w:rPr>
        <w:t>26:59  Aik European mahir falsafa ne likha hai Bert Russell ke baray mein. Aap jante hain ke Bert Russell bohat bara falsafi tha.</w:t>
      </w:r>
      <w:r>
        <w:br/>
      </w:r>
      <w:r>
        <w:rPr>
          <w:sz w:val="20"/>
        </w:rPr>
        <w:t>27:10  British falsafi. To is ke baray mein likha hai ke Bert Russell tha falsafi bila falsafa. Ke Bert Russell ka koi falsafa nahi tha.</w:t>
      </w:r>
      <w:r>
        <w:br/>
      </w:r>
      <w:r>
        <w:rPr>
          <w:sz w:val="20"/>
        </w:rPr>
        <w:t>27:22  Woh falsafi bila falsafa tha. Mein kehta hoon ke saaray falsafiyon ka case yahi hai. Tamam falsafi falsafi bila falsafa thay.</w:t>
      </w:r>
      <w:r>
        <w:br/>
      </w:r>
      <w:r>
        <w:rPr>
          <w:sz w:val="20"/>
        </w:rPr>
        <w:t>27:33  Kyun ke jab woh yaqeen ke sath bolne ki position mein nahi hain jab koi aisa nizaam nahi bana paya woh jis par ittifaq ho doosre falsafiyon ka.</w:t>
      </w:r>
      <w:r>
        <w:br/>
      </w:r>
      <w:r>
        <w:rPr>
          <w:sz w:val="20"/>
        </w:rPr>
        <w:t>27:47  Har aadmi alag alag boli bol raha hai. To kaise hum aap wahan par us ko nuqta-e-hawala banayenge?</w:t>
      </w:r>
      <w:r>
        <w:br/>
      </w:r>
      <w:r>
        <w:rPr>
          <w:sz w:val="20"/>
        </w:rPr>
        <w:t>27:57  Misal ke tor par aik zamanay mein yeh behas thi ke kya hum sabit kar sakte hain ke hum hain? Yani insaan ka wajood hai, insaan hai.</w:t>
      </w:r>
      <w:r>
        <w:br/>
      </w:r>
      <w:r>
        <w:rPr>
          <w:sz w:val="20"/>
        </w:rPr>
        <w:t>28:07  Kya is ka koi saboot diya ja sakta hai? To bari behasein huien. Bari behasein huien. Yahan tak ke Descartes jo bohat bara falsafi tha us ne kaha ke haan is ka aik saboot hai.</w:t>
      </w:r>
      <w:r>
        <w:br/>
      </w:r>
      <w:r>
        <w:rPr>
          <w:sz w:val="20"/>
        </w:rPr>
        <w:t>28:21  To us ne saboot yeh diya ke mein sochta hoon</w:t>
      </w:r>
      <w:r>
        <w:br/>
      </w:r>
      <w:r>
        <w:rPr>
          <w:sz w:val="20"/>
        </w:rPr>
        <w:t>28:28  Is liye mein hoon. Mein sochta hoon is liye mein maujood hoon. To doosre falsafiyon ne kya kaha?</w:t>
      </w:r>
      <w:r>
        <w:br/>
      </w:r>
      <w:r>
        <w:rPr>
          <w:sz w:val="20"/>
        </w:rPr>
        <w:t>28:37  Nahi yeh koi saboot nahi hai. Yeh ke sochna tumhara mawzu'i function hai. Sochna jo hai woh aik mawzu'i cheez hai.</w:t>
      </w:r>
      <w:r>
        <w:br/>
      </w:r>
      <w:r>
        <w:rPr>
          <w:sz w:val="20"/>
        </w:rPr>
        <w:t>28:47  woh suboot kaisay banay ga? suboot toh mawzu'i hona chahiye. yani suboot woh hai jo mawzu'i ho. aur sochana aik mawzu'i fe'l hai.</w:t>
      </w:r>
      <w:r>
        <w:br/>
      </w:r>
      <w:r>
        <w:rPr>
          <w:sz w:val="20"/>
        </w:rPr>
        <w:t>28:58  toh tum kehtay ho kay mein sochta hoon is liye mein maujood hoon</w:t>
      </w:r>
      <w:r>
        <w:br/>
      </w:r>
      <w:r>
        <w:rPr>
          <w:sz w:val="20"/>
        </w:rPr>
        <w:t>29:03  . toh tum nay mawzu'i suboot diya. aur humein jo chahiye woh mawzu'i suboot chahiye. toh woh bhi nahi hua. toh falsafi yeh bhi sabit nahi kar saki kay mein hoon.</w:t>
      </w:r>
      <w:r>
        <w:br/>
      </w:r>
      <w:r>
        <w:rPr>
          <w:sz w:val="20"/>
        </w:rPr>
        <w:t>29:15  insan hai. yani falsafi khud apnay wajood ka bhi suboot nahi day saka. khud apnay yani aik falsafi apna wajood hai uska woh maujood karta hai.</w:t>
      </w:r>
      <w:r>
        <w:br/>
      </w:r>
      <w:r>
        <w:rPr>
          <w:sz w:val="20"/>
        </w:rPr>
        <w:t>29:28  iska suboot bhi falsafiana istilaah mein nahi diya saka. toh aap bataiye kay falsafi kaisay nuqtah hawala ban sakti hai is maamlay mein?</w:t>
      </w:r>
      <w:r>
        <w:br/>
      </w:r>
      <w:r>
        <w:rPr>
          <w:sz w:val="20"/>
        </w:rPr>
        <w:t>29:39  nahi ban sakti.</w:t>
      </w:r>
      <w:r>
        <w:br/>
      </w:r>
      <w:r>
        <w:rPr>
          <w:sz w:val="20"/>
        </w:rPr>
        <w:t>29:44  ab dekhiye kay jab falsafi kay baad aata hai doosra number science ka. science say meri murad hai ayn science hai. yani jis ko kehtay hain riyaziyati science ya tajribati science.</w:t>
      </w:r>
      <w:r>
        <w:br/>
      </w:r>
      <w:r>
        <w:rPr>
          <w:sz w:val="20"/>
        </w:rPr>
        <w:t>29:57  jis ko kehtay hain ayn science. is say meri murad hai. toh aap dekhiye science nay kya kiya? science nay khud hi yeh keh diya, yeh ailaan kar diya kay science deti hai humein juzwi ilm haqeeqat ka.</w:t>
      </w:r>
      <w:r>
        <w:br/>
      </w:r>
      <w:r>
        <w:rPr>
          <w:sz w:val="20"/>
        </w:rPr>
        <w:t>30:11  yani science nay khud hi ailaan kar diya kay hum phool ki chemistry toh bata saktay hain. phool ki khushboo kay baray mein humein kuch pata nahi. science khud hi yeh keh rahi hai kay cheezon ki keifiyat kay baray mein humein koi ilm nahi hai.</w:t>
      </w:r>
      <w:r>
        <w:br/>
      </w:r>
      <w:r>
        <w:rPr>
          <w:sz w:val="20"/>
        </w:rPr>
        <w:t>30:26  cheezon ki chemistry kay baray mein humein ilm hai woh hum bata saktay hain aap ko. toh is baray mein science pehlay hi qadam par is baat ka inkaar kar rahi hai kay woh nuqtah hawala ban sakti hai.</w:t>
      </w:r>
      <w:r>
        <w:br/>
      </w:r>
      <w:r>
        <w:rPr>
          <w:sz w:val="20"/>
        </w:rPr>
        <w:t>30:41  aap sochiye kay humein zindagi ka masla janna hai. kay takhleeq ka mansoobah janna hai. aur maqsad zindagi janna hai. zindagi aur maut ko janna hai.</w:t>
      </w:r>
      <w:r>
        <w:br/>
      </w:r>
      <w:r>
        <w:rPr>
          <w:sz w:val="20"/>
        </w:rPr>
        <w:t>30:52  toh aisa nizaam jis kay paas sirf juzwi ilm ho woh kaisay humaray liye zarye ban sakta hai? woh kaisay humaray liye zarye ban sakta hai?</w:t>
      </w:r>
      <w:r>
        <w:br/>
      </w:r>
      <w:r>
        <w:rPr>
          <w:sz w:val="20"/>
        </w:rPr>
        <w:t>31:02  kaisay humaray liye nuqtah hawala ban sakta hai?</w:t>
      </w:r>
      <w:r>
        <w:br/>
      </w:r>
      <w:r>
        <w:rPr>
          <w:sz w:val="20"/>
        </w:rPr>
        <w:t>31:08  isi liye aik scientist nay doctor Alexis Carrel aik scientist tha us nay kitaab likhi Man the Unknown.</w:t>
      </w:r>
      <w:r>
        <w:br/>
      </w:r>
      <w:r>
        <w:rPr>
          <w:sz w:val="20"/>
        </w:rPr>
        <w:t>31:21  Man the Unknown. yani aik taraf toh kitaab woh likhi ja rahi thi kay Nature the Known. Nature the Known.</w:t>
      </w:r>
    </w:p>
    <w:p>
      <w:pPr>
        <w:pStyle w:val="Heading2"/>
      </w:pPr>
      <w:r>
        <w:t>Story of believing in God's existence</w:t>
      </w:r>
    </w:p>
    <w:p>
      <w:r>
        <w:rPr>
          <w:color w:val="666666"/>
          <w:sz w:val="18"/>
        </w:rPr>
        <w:t>Nature And Spirituality June 04, 2006 Maulana Wahiduddin Khan · 5m 14s · at 12:35 · https://youtu.be/i-c2g6Ip_SY?t=755</w:t>
      </w:r>
    </w:p>
    <w:p>
      <w:r>
        <w:rPr>
          <w:i/>
        </w:rPr>
        <w:t>“Let me tell you a story.”</w:t>
      </w:r>
    </w:p>
    <w:p>
      <w:r>
        <w:rPr>
          <w:sz w:val="20"/>
        </w:rPr>
        <w:t>12:35  main aap ko ek apna qissa arz karun. ek sahab jo unhone philosophy mein MA kiya tha un se meri baat cheet hui Khuda par.</w:t>
      </w:r>
      <w:r>
        <w:br/>
      </w:r>
      <w:r>
        <w:rPr>
          <w:sz w:val="20"/>
        </w:rPr>
        <w:t>12:50  to woh Khuda ko nahi mante the. aap jante hain ke philosophy jo log padhte hain woh sab mostly agnostic ho jate hain.</w:t>
      </w:r>
      <w:r>
        <w:br/>
      </w:r>
      <w:r>
        <w:rPr>
          <w:sz w:val="20"/>
        </w:rPr>
        <w:t>12:59  ya theist ya agnostic. kyunke philosophy jo hai confusion deti hai. aur confusion ki wajah se aisa ho jata hai.</w:t>
      </w:r>
      <w:r>
        <w:br/>
      </w:r>
      <w:r>
        <w:rPr>
          <w:sz w:val="20"/>
        </w:rPr>
        <w:t>13:08  yani kisi conviction ki wajah se woh theist nahi bante hain. balkeh out of confusion bante hain. to behal main ne bohat si baatein un ko kahein.</w:t>
      </w:r>
      <w:r>
        <w:br/>
      </w:r>
      <w:r>
        <w:rPr>
          <w:sz w:val="20"/>
        </w:rPr>
        <w:t>13:19  to woh behas karte rahe. aakhir mein maine kaha ke dekhiye</w:t>
      </w:r>
      <w:r>
        <w:br/>
      </w:r>
      <w:r>
        <w:rPr>
          <w:sz w:val="20"/>
        </w:rPr>
        <w:t>13:28  ek formula maine un ko diya ke main kyun Khuda ko manta hun. aur sab se bada jo logical formula mere pas hai apne liye jis ne mujhe convince kiya ke Khuda exist karta hai us ko maine bataya un ko.</w:t>
      </w:r>
      <w:r>
        <w:br/>
      </w:r>
      <w:r>
        <w:rPr>
          <w:sz w:val="20"/>
        </w:rPr>
        <w:t>13:48  woh yeh bataya maine un ko ke unhe bohat ajib lagta tha ke Khuda kaise manein hum. bohat hi strange baat. to maine kaha ke believing in God is strange.</w:t>
      </w:r>
      <w:r>
        <w:br/>
      </w:r>
      <w:r>
        <w:rPr>
          <w:sz w:val="20"/>
        </w:rPr>
        <w:t>14:06  but not to believe in God is stranger still.</w:t>
      </w:r>
      <w:r>
        <w:br/>
      </w:r>
      <w:r>
        <w:rPr>
          <w:sz w:val="20"/>
        </w:rPr>
        <w:t>14:16  So when I say that I believe in God, I simply say that</w:t>
      </w:r>
      <w:r>
        <w:br/>
      </w:r>
      <w:r>
        <w:rPr>
          <w:sz w:val="20"/>
        </w:rPr>
        <w:t>14:29  I have preferred the strong rather than the stranger.</w:t>
      </w:r>
      <w:r>
        <w:br/>
      </w:r>
      <w:r>
        <w:rPr>
          <w:sz w:val="20"/>
        </w:rPr>
        <w:t>14:38  yani urdu mein mein kahunga ke ke khuda ko manna ajib hai. lekin khuda ko na manna is se bhi zyada ajib hai.</w:t>
      </w:r>
      <w:r>
        <w:br/>
      </w:r>
      <w:r>
        <w:rPr>
          <w:sz w:val="20"/>
        </w:rPr>
        <w:t>14:52  yeh woh lajik hai jis ne mujhe mutmaen kiya. yeh mein ne kaha in se ke mein ne boht is pe astadi ki hai. lekin jis lajik ne mujhe setsifai kiya woh yeh thi.</w:t>
      </w:r>
      <w:r>
        <w:br/>
      </w:r>
      <w:r>
        <w:rPr>
          <w:sz w:val="20"/>
        </w:rPr>
        <w:t>15:05  kyunke mein boht hi zyada rational aadmi hun. kabhi kabhi khyal hota hai ke shayad mujh se bara rationalist koi dunya mein paida nahi hua.</w:t>
      </w:r>
      <w:r>
        <w:br/>
      </w:r>
      <w:r>
        <w:rPr>
          <w:sz w:val="20"/>
        </w:rPr>
        <w:t>15:17  boht hi zyada rationalist aadmi hun. kisi bhi cheez ko mein rezin ke baghair nahi manta.</w:t>
      </w:r>
      <w:r>
        <w:br/>
      </w:r>
      <w:r>
        <w:rPr>
          <w:sz w:val="20"/>
        </w:rPr>
        <w:t>15:25  to mein ne kaha ke meri astadi ne jahan tak mujhe pohanchaya to jis cheez se mein mutmaen hua woh yeh thi.</w:t>
      </w:r>
      <w:r>
        <w:br/>
      </w:r>
      <w:r>
        <w:rPr>
          <w:sz w:val="20"/>
        </w:rPr>
        <w:t>15:35  woh yeh formula tha ke khuda ko manna ajib hai. lekin khuda ko na manna is se bhi zyada ajib hai.</w:t>
      </w:r>
      <w:r>
        <w:br/>
      </w:r>
      <w:r>
        <w:rPr>
          <w:sz w:val="20"/>
        </w:rPr>
        <w:t>15:49  jab mein yeh kehta hun ke mein khuda ko manta hun to mein ajib tar ke muqable mein ajib ko tarjih deta hun.</w:t>
      </w:r>
      <w:r>
        <w:br/>
      </w:r>
      <w:r>
        <w:rPr>
          <w:sz w:val="20"/>
        </w:rPr>
        <w:t>16:02  phir mein ne kaha ke yahan aap ke liye choais in do ke beech mein woh samjhiye aap. aap samajhte hain ke choais is mein hai ke khuda ko manen ya khuda ko na manen.</w:t>
      </w:r>
      <w:r>
        <w:br/>
      </w:r>
      <w:r>
        <w:rPr>
          <w:sz w:val="20"/>
        </w:rPr>
        <w:t>16:13  yeh choais hi nahi hai.</w:t>
      </w:r>
      <w:r>
        <w:br/>
      </w:r>
      <w:r>
        <w:rPr>
          <w:sz w:val="20"/>
        </w:rPr>
        <w:t>16:19  choais yeh hai ke ajib ko manen ya ajib tar ko manen. yani estrang ko manen ya estrangar ko manen. to zahir hai koi bhi aadmi estrangar ke muqable mein estrang ko manega.</w:t>
      </w:r>
      <w:r>
        <w:br/>
      </w:r>
      <w:r>
        <w:rPr>
          <w:sz w:val="20"/>
        </w:rPr>
        <w:t>16:33  kyunke woh aizar choais hai. to aap taajub karenge ke is lajik ko unhon ne mana aur woh khamosh ho gae.</w:t>
      </w:r>
      <w:r>
        <w:br/>
      </w:r>
      <w:r>
        <w:rPr>
          <w:sz w:val="20"/>
        </w:rPr>
        <w:t>16:44  shayad unhon ne yeh to nahi kaha ke mein aaj se</w:t>
      </w:r>
      <w:r>
        <w:br/>
      </w:r>
      <w:r>
        <w:rPr>
          <w:sz w:val="20"/>
        </w:rPr>
        <w:t>16:52  yani shayad unhon ne yeh to nahi kaha ke mein mein ghalt tha ab tak. aaj mein ne sachai ko paya hai. lekin woh chup ho gae.</w:t>
      </w:r>
      <w:r>
        <w:br/>
      </w:r>
      <w:r>
        <w:rPr>
          <w:sz w:val="20"/>
        </w:rPr>
        <w:t>17:06  jab ek intalectual ya educated aadmi chup ho jaye to samajh lijiye ke is ka dil is ke dil ne is ko man liya.</w:t>
      </w:r>
      <w:r>
        <w:br/>
      </w:r>
      <w:r>
        <w:rPr>
          <w:sz w:val="20"/>
        </w:rPr>
        <w:t>17:17  is ke dil ne is ko man liya. to mujhe yeh formula boht hi strong maloom hota hai.</w:t>
      </w:r>
      <w:r>
        <w:br/>
      </w:r>
      <w:r>
        <w:rPr>
          <w:sz w:val="20"/>
        </w:rPr>
        <w:t>17:27  ke khuda ko manna ajib hai lekin khuda ko na manna is se bhi zyada ajib hai.</w:t>
      </w:r>
      <w:r>
        <w:br/>
      </w:r>
      <w:r>
        <w:rPr>
          <w:sz w:val="20"/>
        </w:rPr>
        <w:t>17:35  to jab mein khuda ko manta hun to mein ajib tar ko chhod kar ajib ko ka choais leta hun.</w:t>
      </w:r>
    </w:p>
    <w:p>
      <w:pPr>
        <w:pStyle w:val="Heading2"/>
      </w:pPr>
      <w:r>
        <w:t>Judging by merit alone, illustrated through Jesus</w:t>
      </w:r>
    </w:p>
    <w:p>
      <w:r>
        <w:rPr>
          <w:color w:val="666666"/>
          <w:sz w:val="18"/>
        </w:rPr>
        <w:t>Four Phases of Human History July 13, 2008 · 3m 27s · at 1:07:00 · https://youtu.be/sb24VHKydog?t=4020</w:t>
      </w:r>
    </w:p>
    <w:p>
      <w:r>
        <w:rPr>
          <w:i/>
        </w:rPr>
        <w:t>“How can we judge someone completely on the basis of merit?”</w:t>
      </w:r>
    </w:p>
    <w:p>
      <w:r>
        <w:rPr>
          <w:sz w:val="20"/>
        </w:rPr>
        <w:t>1:07:00  how can we judge someone completely on the basis of his merit? dekhein, ideal sense mein kaun kaisa hai, kaun kaisa hai, yeh to khuda hi janta hai.</w:t>
      </w:r>
      <w:r>
        <w:br/>
      </w:r>
      <w:r>
        <w:rPr>
          <w:sz w:val="20"/>
        </w:rPr>
        <w:t>1:07:14  to main yeh word jo maine use kiya hai, woh absolute sense mein nahi use kiya hai. absolute sense mein hum nahi keh sakte ke kaun kaisa hai, kaun kaisa hai.</w:t>
      </w:r>
      <w:r>
        <w:br/>
      </w:r>
      <w:r>
        <w:rPr>
          <w:sz w:val="20"/>
        </w:rPr>
        <w:t>1:07:27  basically baat yeh hai ke hum kisi ka saath dein ya saath na dein, to is mein hamara incentive kya hota hai? koi interest, material interest hota hai, ya ek is aadmi qadar hum ne merit ki base par koi cheez pai ke sacha insan hai ya honest insan hai.</w:t>
      </w:r>
      <w:r>
        <w:br/>
      </w:r>
      <w:r>
        <w:rPr>
          <w:sz w:val="20"/>
        </w:rPr>
        <w:t>1:07:46  to yeh aap har aadmi ki zindagi mein dekh lijiye, har aadmi ki zindagi mein.</w:t>
      </w:r>
      <w:r>
        <w:br/>
      </w:r>
      <w:r>
        <w:rPr>
          <w:sz w:val="20"/>
        </w:rPr>
        <w:t>1:07:53  to mera matlab yeh hai ke ke ke prophet ko jo nahi log samajh paye, saath nahi diya.</w:t>
      </w:r>
      <w:r>
        <w:br/>
      </w:r>
      <w:r>
        <w:rPr>
          <w:sz w:val="20"/>
        </w:rPr>
        <w:t>1:08:02  isi liye ke prophet kya the? hamein aap jaise insan the, bas un ke paas building thi, na un ke paas center tha, na un ke paas na media mein un ki un ke photo log chhapte the, kuch bhi nahi tha, koi crowd bhi nahi tha un ke sath.</w:t>
      </w:r>
      <w:r>
        <w:br/>
      </w:r>
      <w:r>
        <w:rPr>
          <w:sz w:val="20"/>
        </w:rPr>
        <w:t>1:08:20  bible mein ek paighambar kehta hai, woh kehte hain ke "o gaud, i am alone". aap sochen, is paighambar ko jo khuda ne bheja, jis ko khuda ne bheja, us ko khuda ne reveal kiya, us ko sachai.</w:t>
      </w:r>
      <w:r>
        <w:br/>
      </w:r>
      <w:r>
        <w:rPr>
          <w:sz w:val="20"/>
        </w:rPr>
        <w:t>1:08:37  woh kehta hai "khudaya, main akela hoon". to kyun? aap jante hain ke jesus christ ka haal kya tha?</w:t>
      </w:r>
      <w:r>
        <w:br/>
      </w:r>
      <w:r>
        <w:rPr>
          <w:sz w:val="20"/>
        </w:rPr>
        <w:t>1:08:46  koi ghar nahi tha jesus christ ke pa</w:t>
      </w:r>
      <w:r>
        <w:br/>
      </w:r>
      <w:r>
        <w:rPr>
          <w:sz w:val="20"/>
        </w:rPr>
        <w:t>1:08:48  as, garh ke neeche sote the. woh</w:t>
      </w:r>
      <w:r>
        <w:br/>
      </w:r>
      <w:r>
        <w:rPr>
          <w:sz w:val="20"/>
        </w:rPr>
        <w:t>1:08:53  jesus christ, jo un ke manne wale aaj dunya bhar mein hain, un ke naam par badi badi building bani hui hain. un ke paas jerusalem mein koi rohani ghar nahi tha.</w:t>
      </w:r>
      <w:r>
        <w:br/>
      </w:r>
      <w:r>
        <w:rPr>
          <w:sz w:val="20"/>
        </w:rPr>
        <w:t>1:09:05  ek aadmi aaya aur jesus christ ko us ne kaha ke "main aap par manta hoon, aap ko accept karta hoon, aur main aap ke sath rehna chahta hoon".</w:t>
      </w:r>
      <w:r>
        <w:br/>
      </w:r>
      <w:r>
        <w:rPr>
          <w:sz w:val="20"/>
        </w:rPr>
        <w:t>1:09:14  to unhon ne kaha ke "mere paas to koi ghar nahi, main to peed ke neeche sota hoon". aap sochen ke jo is tarah se rehta ho, us ko sirf merit ke base par aap sab pehchan sakte hain.</w:t>
      </w:r>
      <w:r>
        <w:br/>
      </w:r>
      <w:r>
        <w:rPr>
          <w:sz w:val="20"/>
        </w:rPr>
        <w:t>1:09:28  koi dhoom dham, koi audambar, koi tamasha un ke sath hota hi nahi tha.</w:t>
      </w:r>
      <w:r>
        <w:br/>
      </w:r>
      <w:r>
        <w:rPr>
          <w:sz w:val="20"/>
        </w:rPr>
        <w:t>1:09:36  kyun? khuda chahta tha ke aadmi jo hai, purely merit ke base par us ko samjhe aur aur oopar maane.</w:t>
      </w:r>
      <w:r>
        <w:br/>
      </w:r>
      <w:r>
        <w:rPr>
          <w:sz w:val="20"/>
        </w:rPr>
        <w:t>1:09:46  un ko nahi to agar dhoom dham ke sath bhejta paighambar ko to phir faida kya tha? dhoom dham ke sath har ek ko maan leta hai.</w:t>
      </w:r>
      <w:r>
        <w:br/>
      </w:r>
      <w:r>
        <w:rPr>
          <w:sz w:val="20"/>
        </w:rPr>
        <w:t>1:09:55  aadmi jo bhi dhoom dham ke sath aata hai, us ke peeche dorne lagte hain log. to khuda aise logon ko le ke kya karega?</w:t>
      </w:r>
      <w:r>
        <w:br/>
      </w:r>
      <w:r>
        <w:rPr>
          <w:sz w:val="20"/>
        </w:rPr>
        <w:t>1:10:03  aisi bheed ko khuda kya karega? le kar</w:t>
      </w:r>
      <w:r>
        <w:br/>
      </w:r>
      <w:r>
        <w:rPr>
          <w:sz w:val="20"/>
        </w:rPr>
        <w:t>1:10:05  khuda ko aisi bheed ki koi zaroorat nahi hai. to maine yeh lafz absolute sense mein nahi istemal kiya hai. haan, das question is from miss maria.</w:t>
      </w:r>
      <w:r>
        <w:br/>
      </w:r>
      <w:r>
        <w:rPr>
          <w:sz w:val="20"/>
        </w:rPr>
        <w:t>1:10:18  please explain the phase of realization through total uncovering of truth. ab total uncovering to shuru ho gayi hai.</w:t>
      </w:r>
    </w:p>
    <w:p>
      <w:pPr>
        <w:pStyle w:val="Heading2"/>
      </w:pPr>
      <w:r>
        <w:t>Al-Hamdulillah example: gratitude requires a purified heart</w:t>
      </w:r>
    </w:p>
    <w:p>
      <w:r>
        <w:rPr>
          <w:color w:val="666666"/>
          <w:sz w:val="18"/>
        </w:rPr>
        <w:t>The Importance of Tadabbur December 5, 2010 · 3m 52s · at 5:39 · https://youtu.be/VEhC8W1mfSY?t=339</w:t>
      </w:r>
    </w:p>
    <w:p>
      <w:r>
        <w:rPr>
          <w:i/>
        </w:rPr>
        <w:t>“Main ek misaal deta hoon: Quran ki pehli ayat Alhamdulillah”</w:t>
      </w:r>
    </w:p>
    <w:p>
      <w:r>
        <w:rPr>
          <w:sz w:val="20"/>
        </w:rPr>
        <w:t>5:39  to mein ek misaal deta hoon. dekhen, Quran ki pehli ayat hai Alhamdulillah Rabb al 'alameen.</w:t>
      </w:r>
      <w:r>
        <w:br/>
      </w:r>
      <w:r>
        <w:rPr>
          <w:sz w:val="20"/>
        </w:rPr>
        <w:t>5:50  to ek woh hai ke aap ungli ghuma dein is ke upar ke yeh Allah ka kalam hai. ya aap behtar tarah isko acharan karein. ek yeh hua.</w:t>
      </w:r>
      <w:r>
        <w:br/>
      </w:r>
      <w:r>
        <w:rPr>
          <w:sz w:val="20"/>
        </w:rPr>
        <w:t>6:01  ek yeh ke aap isko sochen. dekhen, is ayat ka matlab kya hai? yeh hai acknowledge karna. Allah ki hamd ko karne ke ma'ani hain.</w:t>
      </w:r>
      <w:r>
        <w:br/>
      </w:r>
      <w:r>
        <w:rPr>
          <w:sz w:val="20"/>
        </w:rPr>
        <w:t>6:12  Allah ki glory ko acknowledge karna.</w:t>
      </w:r>
      <w:r>
        <w:br/>
      </w:r>
      <w:r>
        <w:rPr>
          <w:sz w:val="20"/>
        </w:rPr>
        <w:t>6:18  aap isko tarjuma chahe kahein ke sari tareef Allah ke liye hai. sara shukr Allah ke liye hai. matlab kya hua? itraaf, acknowledgement.</w:t>
      </w:r>
      <w:r>
        <w:br/>
      </w:r>
      <w:r>
        <w:rPr>
          <w:sz w:val="20"/>
        </w:rPr>
        <w:t>6:29  kiska? Allah ki glory ka. Allah ke Rabb al 'alameen hone ka. ab aap dekhiye ke yeh jo kaam hai, woh kaun karega? pathar ya star aur planet nahin keh rahe hain ke insaan karega.</w:t>
      </w:r>
      <w:r>
        <w:br/>
      </w:r>
      <w:r>
        <w:rPr>
          <w:sz w:val="20"/>
        </w:rPr>
        <w:t>6:43  insaan. insaan rehta hai society mein. insanon ke darmiyan.</w:t>
      </w:r>
      <w:r>
        <w:br/>
      </w:r>
      <w:r>
        <w:rPr>
          <w:sz w:val="20"/>
        </w:rPr>
        <w:t>6:49  har waqt isko aisi baatein pesh aati hain jis se is dil mein shikayat aa jati hai. complaint aa jati hai. nafrat aa jati hai, hate aa jati hai.</w:t>
      </w:r>
      <w:r>
        <w:br/>
      </w:r>
      <w:r>
        <w:rPr>
          <w:sz w:val="20"/>
        </w:rPr>
        <w:t>7:02  yeh bilkul ataz bat natural. yeh hota hai. kyun ke society mein yeh society ka matlab hi yahi hai ke har ek ko doosre se kuch na kuch hogi shikayat.</w:t>
      </w:r>
      <w:r>
        <w:br/>
      </w:r>
      <w:r>
        <w:rPr>
          <w:sz w:val="20"/>
        </w:rPr>
        <w:t>7:16  namumkin hai ke shikayat na ho.</w:t>
      </w:r>
      <w:r>
        <w:br/>
      </w:r>
      <w:r>
        <w:rPr>
          <w:sz w:val="20"/>
        </w:rPr>
        <w:t>7:19  aap sochen ke jab dil shikayat se bhara hua hai to kaise kahega aadmi Alhamdulillah Rabb al 'alameen? phir to sirf lafz ko dohraega.</w:t>
      </w:r>
      <w:r>
        <w:br/>
      </w:r>
      <w:r>
        <w:rPr>
          <w:sz w:val="20"/>
        </w:rPr>
        <w:t>7:32  kyun ke yeh kehne ke liye ke Khuda tera shukr hai, bohat hi positive dil chahiye. bohat hi open mind chahiye.</w:t>
      </w:r>
      <w:r>
        <w:br/>
      </w:r>
      <w:r>
        <w:rPr>
          <w:sz w:val="20"/>
        </w:rPr>
        <w:t>7:42  dil mein na bughz ho, na nafrat ho, na ghussa ho, na complaint ho.</w:t>
      </w:r>
      <w:r>
        <w:br/>
      </w:r>
      <w:r>
        <w:rPr>
          <w:sz w:val="20"/>
        </w:rPr>
        <w:t>7:52  tab sahi ma'non mein aadmi keh payega Khuda ya tera shukr hai, mein acknowledge karta hoon teri glory ka. teri boundaries ka.</w:t>
      </w:r>
      <w:r>
        <w:br/>
      </w:r>
      <w:r>
        <w:rPr>
          <w:sz w:val="20"/>
        </w:rPr>
        <w:t>8:07  to kaise kahega aadmi? is</w:t>
      </w:r>
      <w:r>
        <w:br/>
      </w:r>
      <w:r>
        <w:rPr>
          <w:sz w:val="20"/>
        </w:rPr>
        <w:t>8:10  mein yeh cheez, iske ma'ni ka implicit hai is mein ke pehle apne aapko tayyar karo, prepare karo yeh kehne ke liye.</w:t>
      </w:r>
      <w:r>
        <w:br/>
      </w:r>
      <w:r>
        <w:rPr>
          <w:sz w:val="20"/>
        </w:rPr>
        <w:t>8:24  yani Alhamdulillah Rabb al 'alameen se pehle ek ek precondition hai. pre Alhamdulillah ek. woh kya hai? soch soch kar, soch soch kar ke meaning karna.</w:t>
      </w:r>
      <w:r>
        <w:br/>
      </w:r>
      <w:r>
        <w:rPr>
          <w:sz w:val="20"/>
        </w:rPr>
        <w:t>8:40  you have to learn the art of problem management, complaint management, hate management.</w:t>
      </w:r>
      <w:r>
        <w:br/>
      </w:r>
      <w:r>
        <w:rPr>
          <w:sz w:val="20"/>
        </w:rPr>
        <w:t>8:50  yani jo aap ke dil mein aaya negative thought, pehle isko manage kijiye. apne aapko ek dam</w:t>
      </w:r>
      <w:r>
        <w:br/>
      </w:r>
      <w:r>
        <w:rPr>
          <w:sz w:val="20"/>
        </w:rPr>
        <w:t>9:03  positive banaiye.</w:t>
      </w:r>
      <w:r>
        <w:br/>
      </w:r>
      <w:r>
        <w:rPr>
          <w:sz w:val="20"/>
        </w:rPr>
        <w:t>9:06  bohat ziyada aap apne dil ko saaf kijiye, purify kijiye. tab aap is qabil honge ke aap kahein Alhamdulillah Rabb al-Alameen.</w:t>
      </w:r>
      <w:r>
        <w:br/>
      </w:r>
      <w:r>
        <w:rPr>
          <w:sz w:val="20"/>
        </w:rPr>
        <w:t>9:17  abhi sari baatein soch ke maloom hoti hain. aap na sochein to bas samjhenge ke zubaan se bol diya, isko uchar nahi kiya to bas ho gaya.</w:t>
      </w:r>
    </w:p>
    <w:p>
      <w:pPr>
        <w:pStyle w:val="Heading2"/>
      </w:pPr>
      <w:r>
        <w:t>Moinuddin Chishti's journey from merchant's son to saint of Ajmer</w:t>
      </w:r>
    </w:p>
    <w:p>
      <w:r>
        <w:rPr>
          <w:color w:val="666666"/>
          <w:sz w:val="18"/>
        </w:rPr>
        <w:t>Understanding Sufism August 7, 2022 Prof. Farida Khanam · 5m 56s · at 34:31 · https://youtu.be/6J2Bb3Ypf2Y?t=2071</w:t>
      </w:r>
    </w:p>
    <w:p>
      <w:r>
        <w:rPr>
          <w:i/>
        </w:rPr>
        <w:t>“Inke walid ek daulatmand tajir the, bees saal ki umar mein intekaal ho gaya”</w:t>
      </w:r>
    </w:p>
    <w:p>
      <w:r>
        <w:rPr>
          <w:sz w:val="20"/>
        </w:rPr>
        <w:t>34:31  to inke walid ek daulatmand tazir the sista ki yeh rehne wale the. to aisa hua ki yeh bees saal ke the ki walid ka inteqal ho gaya. to walid ke jo ek bagh chhodkar unka inteqal bagh unhone chhoda tha virse mein aur ek ek chakki thi. to woh bagh ke dekhbhal yahi karte the walid ke baad.</w:t>
      </w:r>
      <w:r>
        <w:br/>
      </w:r>
      <w:r>
        <w:rPr>
          <w:sz w:val="20"/>
        </w:rPr>
        <w:t>34:56  to aisa hua ki jo soofiyan hote hain woh mustaqil safar mein rehte hain. safar mein rehte hain aur raaste mein jo bhi soofiyan hote hain milte hain woh unse milte jaate hain us unse woh mustafiz hote hain. in logon ka ek yeh bhi hai ki ilm seena. ki soofiyan ka jo ilm hai woh unke seene mein hota hai. to jab woh unse milenge unki sohbat mein rahenge to us ilm se unko fayda hoga.</w:t>
      </w:r>
      <w:r>
        <w:br/>
      </w:r>
      <w:r>
        <w:rPr>
          <w:sz w:val="20"/>
        </w:rPr>
        <w:t>35:25  to bohat sare aise soofiyan the jo musalsal safar mein rehte the. to isi tarah ke ek soofi the ibrahim kandoji. to woh ek baar inke bagh mein aaye.</w:t>
      </w:r>
      <w:r>
        <w:br/>
      </w:r>
      <w:r>
        <w:rPr>
          <w:sz w:val="20"/>
        </w:rPr>
        <w:t>35:52  apna ghar bahar chhod diya, bagh bech diya aur woh bhi safar mein nikal pade. us zamane mein raaste safe the koi problem nahi tha. to us zamane mein log ek doosre ka khyal bhi rakhte the. woh zamana tha ki teen din to aap kisi ke bhi ghar mein jaakar mehman reh sakte the. aise hi kehte hain bina badouda ne poori duniya ka poori muslim world ka safar kar liya tha.</w:t>
      </w:r>
      <w:r>
        <w:br/>
      </w:r>
      <w:r>
        <w:rPr>
          <w:sz w:val="20"/>
        </w:rPr>
        <w:t>36:17  aise hi teen teen din ab sab jagah reh rahe the unhone bohat zyada safar kar liya tha aur chuki woh bohat padha likha aadmi the. to unko kai jagah jo muslim saltanatein thi unhone kaam bhi diya tha. to unhone poori us waqt ki jo muslim aabad duniya thi safar kar liya tha. to isi tarah se soofiyan bhi safar kiya karte the. to woh samarkand gaye bukhara gaye.</w:t>
      </w:r>
      <w:r>
        <w:br/>
      </w:r>
      <w:r>
        <w:rPr>
          <w:sz w:val="20"/>
        </w:rPr>
        <w:t>36:42  to wahan par jagah jagah unhone mazhabi taalim hasil ki. achha ek baat aur dekhne ki hai ki soofiyan jo hai woh zamane ke sabke sab us zamane ke hisab se aala taalim yafta the. us zamane mein jo bhi mazhabi taalim available thi woh unhone hasil ki thi. to ek hoti thi jo personally woh soofiyan se milkar unse seekhte the.</w:t>
      </w:r>
      <w:r>
        <w:br/>
      </w:r>
      <w:r>
        <w:rPr>
          <w:sz w:val="20"/>
        </w:rPr>
        <w:t>37:08  tasawwuf ka ilm aur doosre woh madarson mein bhi jaakar padhai karte the. to isi safar mein unko ek doosre soofi mile. khwaja usman harmony. to unke saath bhi woh bees saal rahe. phir wahan se woh ajmer aaye. to ajmer jab aaye unke kuch miracles waghera hain. to miracles ki wajah se woh bohat zyada wahan par mashhoor ho gaye.</w:t>
      </w:r>
      <w:r>
        <w:br/>
      </w:r>
      <w:r>
        <w:rPr>
          <w:sz w:val="20"/>
        </w:rPr>
        <w:t>37:35  kehte hain ke yeh log jab ajmer aaye to inke sath chalis log the.</w:t>
      </w:r>
      <w:r>
        <w:br/>
      </w:r>
      <w:r>
        <w:rPr>
          <w:sz w:val="20"/>
        </w:rPr>
        <w:t>37:41  to chalis logon ke liye kuch jagah chahiye thi baithne ki.</w:t>
      </w:r>
      <w:r>
        <w:br/>
      </w:r>
      <w:r>
        <w:rPr>
          <w:sz w:val="20"/>
        </w:rPr>
        <w:t>37:48  ab jab thak jaate hain safar se to kahin padaav daalte hain.</w:t>
      </w:r>
      <w:r>
        <w:br/>
      </w:r>
      <w:r>
        <w:rPr>
          <w:sz w:val="20"/>
        </w:rPr>
        <w:t>37:55  to vah kahin baith gae.</w:t>
      </w:r>
      <w:r>
        <w:br/>
      </w:r>
      <w:r>
        <w:rPr>
          <w:sz w:val="20"/>
        </w:rPr>
        <w:t>38:02  to wahan baithe to vah raja ke oonton ke baithne ki jagah thi vah.</w:t>
      </w:r>
      <w:r>
        <w:br/>
      </w:r>
      <w:r>
        <w:rPr>
          <w:sz w:val="20"/>
        </w:rPr>
        <w:t>38:09  to yeh log yeh keh ke uth gae ke jao ab oont hi baithenge.</w:t>
      </w:r>
      <w:r>
        <w:br/>
      </w:r>
      <w:r>
        <w:rPr>
          <w:sz w:val="20"/>
        </w:rPr>
        <w:t>38:20  to ab kya hua ke ab inka baat ka asar aisa hua ke jab dobara subah ko vah</w:t>
      </w:r>
      <w:r>
        <w:br/>
      </w:r>
      <w:r>
        <w:rPr>
          <w:sz w:val="20"/>
        </w:rPr>
        <w:t>38:32  oont ko lene aaya jab raja ka to phir vo oont uth kar tehal rahe the.</w:t>
      </w:r>
      <w:r>
        <w:br/>
      </w:r>
      <w:r>
        <w:rPr>
          <w:sz w:val="20"/>
        </w:rPr>
        <w:t>38:44  to is tareeqe se woh itna zyada woh popular ho gaye, itna zyada log unke asar mein aa gaye. hindu, muslim, saare log unke asar mein aa gaye. to saare log unke khanqah mein aate. to yahan tak aur doosra ek baat yeh hai ke sufiyan jo hain woh koi tafreekh nahi karte the doosri qaumon mein. jaise ulma hai sirf apna masjid mother se mein rehte the wahin kaam karte the. yeh log awam se milte the.</w:t>
      </w:r>
      <w:r>
        <w:br/>
      </w:r>
      <w:r>
        <w:rPr>
          <w:sz w:val="20"/>
        </w:rPr>
        <w:t>39:12  har mazhab ke logon se woh milte the aur khaastor par gareeb tabqe se. to gareeb tabqe ko woh bahut zyada madad karte the aur unke saath uthna, baithna. us zamane mein jabke bahut zyada fark tha ameer gareeb mein to us zamane mein jab in logon ne yeh musabad ki aur bilkul real dil se agar woh khana kha rahe hote aur koi gareeb aadmi aa jata to woh apna khana usko khila dete hain.</w:t>
      </w:r>
      <w:r>
        <w:br/>
      </w:r>
      <w:r>
        <w:rPr>
          <w:sz w:val="20"/>
        </w:rPr>
        <w:t>39:39  to bahut zyada in logon ne jisko khidmat khal kehte hain bahut zyada uske liye kaam kiya hai. in logon ke andar bahut gehra insani jazba tha. to is wajah se in logon ke itne zyada murid ho gaye. hindu, muslim, tamam log. jhuk dar jhuk unke khanqah mein aate aur wahin se langar ka shuru hua. to saare logon ko free khana diya jata.</w:t>
      </w:r>
      <w:r>
        <w:br/>
      </w:r>
      <w:r>
        <w:rPr>
          <w:sz w:val="20"/>
        </w:rPr>
        <w:t>40:04  in logon ko jo bhi donation wagera milta hai yeh log apne paas kuch nahi rakhte the. kehte the yeh tawakkul yaani khuda par trust ke khilaf hai ke hum bacha bacha ke rakhen. to woh bilkul rakhte nahi the. woh sab logon mein distribute kar dete the. ek niyamir bahut mashhoor sufi jinhone punjab mein golden temple ki buniyad rakhi hai.</w:t>
      </w:r>
      <w:r>
        <w:br/>
      </w:r>
      <w:r>
        <w:rPr>
          <w:sz w:val="20"/>
        </w:rPr>
        <w:t>40:27  to woh to kehte hain ke pani bhi phenk dete the ke pani rakhne ka matlab humne tabakkul kiya ke humne pani hamare paas rakha hua hai. to woh sirf aur sirf khuda par bharosa karte the. to yeh saari jo khushusiyad thi iski wajah se us zamane ke aap sochiye ke us zamane ke awam jinko koi poochta nahi tha. ameer gareeb mein bahut zyada fark tha.</w:t>
      </w:r>
    </w:p>
    <w:p>
      <w:pPr>
        <w:pStyle w:val="Heading2"/>
      </w:pPr>
      <w:r>
        <w:t>The final role of the prophetic mission — from peel to juice</w:t>
      </w:r>
    </w:p>
    <w:p>
      <w:r>
        <w:rPr>
          <w:color w:val="666666"/>
          <w:sz w:val="18"/>
        </w:rPr>
        <w:t>Final Role of Prophetic Mission June 1, 2008 · 6m 31s · at 50:43 · https://youtu.be/JDqiRm5Jbm8?t=3043</w:t>
      </w:r>
    </w:p>
    <w:p>
      <w:r>
        <w:rPr>
          <w:i/>
        </w:rPr>
        <w:t>“There's one final role left in the prophetic mission”</w:t>
      </w:r>
    </w:p>
    <w:p>
      <w:r>
        <w:rPr>
          <w:sz w:val="20"/>
        </w:rPr>
        <w:t>50:43  to yeh main samajhta hoon ke ek aakhri role baqi hai, kuch kuch kuch khushkhabri insanon ke liye.</w:t>
      </w:r>
      <w:r>
        <w:br/>
      </w:r>
      <w:r>
        <w:rPr>
          <w:sz w:val="20"/>
        </w:rPr>
        <w:t>50:54  ek aakhri role. isi liye maine kaha ke final role of the prophetic mission. to prophetic mission chal raha hai hazaron saal se, bohat sare role is mein ada hue, bohat se role is mein ada hue,</w:t>
      </w:r>
      <w:r>
        <w:br/>
      </w:r>
      <w:r>
        <w:rPr>
          <w:sz w:val="20"/>
        </w:rPr>
        <w:t>51:10  lekin ek final role baqi</w:t>
      </w:r>
      <w:r>
        <w:br/>
      </w:r>
      <w:r>
        <w:rPr>
          <w:sz w:val="20"/>
        </w:rPr>
        <w:t>51:12  hai. woh final role yahi hai ke yeh jo opportunity khuli hai, kai so saal ke yani mehnat ke baad, to is ka sirf chhilka logon ne le le le rakha hai.</w:t>
      </w:r>
      <w:r>
        <w:br/>
      </w:r>
      <w:r>
        <w:rPr>
          <w:sz w:val="20"/>
        </w:rPr>
        <w:t>51:26  logon ne yani material comfort, material comfort is ka sirf chhilka hai.</w:t>
      </w:r>
      <w:r>
        <w:br/>
      </w:r>
      <w:r>
        <w:rPr>
          <w:sz w:val="20"/>
        </w:rPr>
        <w:t>51:35  jaise aap kabhi aap ne daikha hoga, yeh ganda jo hota hai, is ka ras nikalte hain.</w:t>
      </w:r>
      <w:r>
        <w:br/>
      </w:r>
      <w:r>
        <w:rPr>
          <w:sz w:val="20"/>
        </w:rPr>
        <w:t>51:41  maine kai baar daikha hai to machine mein dalte hain is ko, to machine jo hai ras nikal leti hai aur chhilka alag kar deti hai.</w:t>
      </w:r>
      <w:r>
        <w:br/>
      </w:r>
      <w:r>
        <w:rPr>
          <w:sz w:val="20"/>
        </w:rPr>
        <w:t>51:51  to yeh jo yeh material comfort jo jis ko ne ke taur par jo log kar le rahe hain, is ko woh sirf is ka chhilka le rahe hain. is ka jo ras hai, woh is ko abhi tak to istemal hi nahi hua.</w:t>
      </w:r>
      <w:r>
        <w:br/>
      </w:r>
      <w:r>
        <w:rPr>
          <w:sz w:val="20"/>
        </w:rPr>
        <w:t>52:02  woh</w:t>
      </w:r>
      <w:r>
        <w:br/>
      </w:r>
      <w:r>
        <w:rPr>
          <w:sz w:val="20"/>
        </w:rPr>
        <w:t>52:06  to asal jo is ka hai, main samajhta hoon scientific discoveries ka, woh yeh hai ke is mein Khuda ki discovery ka naya saman, Khuda ki relation ka naya pehlu, Khuda ki Khuda ke message ko phailane ke naye awqaaf, yeh hai is ka asal.</w:t>
      </w:r>
      <w:r>
        <w:br/>
      </w:r>
      <w:r>
        <w:rPr>
          <w:sz w:val="20"/>
        </w:rPr>
        <w:t>52:27  to main samajhta hoon ke jo log is baat ke yani apne ko is baat ka candidate banana chahain ke Khuda ke haan un ka woh darja mile ke farishte ke paighambar bhi un ke upar rash karain, to un ko yeh is opportunity ko unhein avail karna chahiye.</w:t>
      </w:r>
      <w:r>
        <w:br/>
      </w:r>
      <w:r>
        <w:rPr>
          <w:sz w:val="20"/>
        </w:rPr>
        <w:t>52:45  unhi ke liye opportunity khuli gayi hai.</w:t>
      </w:r>
      <w:r>
        <w:br/>
      </w:r>
      <w:r>
        <w:rPr>
          <w:sz w:val="20"/>
        </w:rPr>
        <w:t>52:49  scientific revolution ka abhi tak logon ne sirf chhilka istemal kiya hai yani material comfort ke liye aur is ko Khuda ki pehchan ke liye, Khuda ki marifat ke liye abhi tak istemal hi nahi hua.</w:t>
      </w:r>
      <w:r>
        <w:br/>
      </w:r>
      <w:r>
        <w:rPr>
          <w:sz w:val="20"/>
        </w:rPr>
        <w:t>53:05  aur is waqt tak qayamat nahi aayegi jab tak yeh na ho jaye. qayamat is waqt tak ruki rahegi jab tak ke aap is is mein jo marifat ka jo content hai, us ko le le sakain.</w:t>
      </w:r>
      <w:r>
        <w:br/>
      </w:r>
      <w:r>
        <w:rPr>
          <w:sz w:val="20"/>
        </w:rPr>
        <w:t>53:19  yani is mein jo scientific discoveries hain, is mein ek taraf hum ko Khuda ki marifat ka saman hai, doosri taraf dawat ka saman hai.</w:t>
      </w:r>
      <w:r>
        <w:br/>
      </w:r>
      <w:r>
        <w:rPr>
          <w:sz w:val="20"/>
        </w:rPr>
        <w:t>53:28  is mein do cheezain hain. Khuda ki marifat aap ghhor kijiye ke pehle insan jitna janta tha nature ke baray mein, us se Khuda ki azmat qaim nahi ho pati thi.</w:t>
      </w:r>
      <w:r>
        <w:br/>
      </w:r>
      <w:r>
        <w:rPr>
          <w:sz w:val="20"/>
        </w:rPr>
        <w:t>53:42  ab jo jo science ne daryaft kiya hai, dunya woh itni bari ke four percent jo hum daikhte hain, wohi bohat hi bari hai aur 96 percent to aap daikh hi nahi rahe hain.</w:t>
      </w:r>
      <w:r>
        <w:br/>
      </w:r>
      <w:r>
        <w:rPr>
          <w:sz w:val="20"/>
        </w:rPr>
        <w:t>53:53  to aap zara ghhor kijiye ke science ne bataya ke dunya to bohat hi bari hai, woh conceivable hi nahi hai. woh tab ja ke insan samajh paya ke Khuda kitna bara hai.</w:t>
      </w:r>
      <w:r>
        <w:br/>
      </w:r>
      <w:r>
        <w:rPr>
          <w:sz w:val="20"/>
        </w:rPr>
        <w:t>54:04  yani gloria of God jo hai, woh chhipi hui thi abhi tak.</w:t>
      </w:r>
      <w:r>
        <w:br/>
      </w:r>
      <w:r>
        <w:rPr>
          <w:sz w:val="20"/>
        </w:rPr>
        <w:t>54:09  is hatta ke solar system ko ek kisi ko pata nahi tha. woh yeh samajhte the ke chhota suraj hai, woh idhar se nikla, idhar chala gaya, idhar se nikla, idhar chala gaya.</w:t>
      </w:r>
      <w:r>
        <w:br/>
      </w:r>
      <w:r>
        <w:rPr>
          <w:sz w:val="20"/>
        </w:rPr>
        <w:t>54:18  lekin poora jo solar system, poori galaxy aur sari universe aur yeh sara jo hai, iske is is ko kaun janta tha is se pehle?</w:t>
      </w:r>
      <w:r>
        <w:br/>
      </w:r>
      <w:r>
        <w:rPr>
          <w:sz w:val="20"/>
        </w:rPr>
        <w:t>54:32  is wajah se jo Khuda ki jo blessing hai, misaal ke taur par Khuda ki yeh blessing hai ke sare darakht jo hain, hamare yani hamare hamari saans se nikle hue carbon ko le lete hain aur khud woh hum ko oxygen supply karte hain.</w:t>
      </w:r>
      <w:r>
        <w:br/>
      </w:r>
      <w:r>
        <w:rPr>
          <w:sz w:val="20"/>
        </w:rPr>
        <w:t>54:47  yeh kaun janta tha is ke pehle? koi nahi janta tha. aisi million trillion baatein jo science ne batayi hain humein. toh Khuda ki blessing ka is se pehle bohat hi kam andaza hota tha.</w:t>
      </w:r>
      <w:r>
        <w:br/>
      </w:r>
      <w:r>
        <w:rPr>
          <w:sz w:val="20"/>
        </w:rPr>
        <w:t>55:00  Khuda ki glory ka bohat hi kam andaza hota tha.</w:t>
      </w:r>
      <w:r>
        <w:br/>
      </w:r>
      <w:r>
        <w:rPr>
          <w:sz w:val="20"/>
        </w:rPr>
        <w:t>55:03  Khuda ki creation ka bohat hi kam andaza hota tha. science ne bataya ke Khuda ki glory is se bohat zyada bari hai. jab tak tum is se pehle samajhte the, toh ek taraf science ne Khuda ki azmat ko pehli baar establish kiya aur doosri taraf science ne jo discoveries kin, is se dawat ke opportunities humein mili.</w:t>
      </w:r>
      <w:r>
        <w:br/>
      </w:r>
      <w:r>
        <w:rPr>
          <w:sz w:val="20"/>
        </w:rPr>
        <w:t>55:28  to jo log</w:t>
      </w:r>
      <w:r>
        <w:br/>
      </w:r>
      <w:r>
        <w:rPr>
          <w:sz w:val="20"/>
        </w:rPr>
        <w:t>55:31  is is sāinṭifik nālej se ḵẖudā kī</w:t>
      </w:r>
      <w:r>
        <w:br/>
      </w:r>
      <w:r>
        <w:rPr>
          <w:sz w:val="20"/>
        </w:rPr>
        <w:t>55:37  baṛī huī maʿrifat hāsil kareñge aur jo log sāinṭifik ḍiskorīz se faide uṭhā kar ke ḵẖudā ke</w:t>
      </w:r>
      <w:r>
        <w:br/>
      </w:r>
      <w:r>
        <w:rPr>
          <w:sz w:val="20"/>
        </w:rPr>
        <w:t>55:45  mesaj ko sari dunya mein pohnchayen ge, wahi woh log honge jo sab se bari jo unhon</w:t>
      </w:r>
      <w:r>
        <w:br/>
      </w:r>
      <w:r>
        <w:rPr>
          <w:sz w:val="20"/>
        </w:rPr>
        <w:t>55:49  ne gawahi di hogi aur wahi log honge jo qayamat ke din jin ko profit bhi</w:t>
      </w:r>
      <w:r>
        <w:br/>
      </w:r>
      <w:r>
        <w:rPr>
          <w:sz w:val="20"/>
        </w:rPr>
        <w:t>55:57  yani rish karne dekhen ge.</w:t>
      </w:r>
      <w:r>
        <w:br/>
      </w:r>
      <w:r>
        <w:rPr>
          <w:sz w:val="20"/>
        </w:rPr>
        <w:t>56:02  yeh hai final role. prophetic mission chal raha hai Hazrat Adam se aur chalega yani qayamat tak, doomsday tak.</w:t>
      </w:r>
      <w:r>
        <w:br/>
      </w:r>
      <w:r>
        <w:rPr>
          <w:sz w:val="20"/>
        </w:rPr>
        <w:t>56:12  lekin is mein yeh jo final role hai, yeh yeh bohat hi bara role hai. is mein marifat ka jo naya saman hai, dawat ka naye mawaqe hain, is se pehle jo kabhi bhi nahi tha, woh is se pehle kabhi bhi nahi tha.</w:t>
      </w:r>
      <w:r>
        <w:br/>
      </w:r>
      <w:r>
        <w:rPr>
          <w:sz w:val="20"/>
        </w:rPr>
        <w:t>56:25  woh</w:t>
      </w:r>
      <w:r>
        <w:br/>
      </w:r>
      <w:r>
        <w:rPr>
          <w:sz w:val="20"/>
        </w:rPr>
        <w:t>56:29  bachpan mein maine ek kitab padhi thi ke aasman mein jo sitare hain, woh naked eye se 10 tha dikhai dete hain.</w:t>
      </w:r>
      <w:r>
        <w:br/>
      </w:r>
      <w:r>
        <w:rPr>
          <w:sz w:val="20"/>
        </w:rPr>
        <w:t>56:39  yani khul naked eye se sirf 10 tha. ab jo aap batayein ke jo jo jo discoveries hui hain, toh countless sitare hain, bohat hi bare bade.</w:t>
      </w:r>
      <w:r>
        <w:br/>
      </w:r>
      <w:r>
        <w:rPr>
          <w:sz w:val="20"/>
        </w:rPr>
        <w:t>56:51  ab Khuda ki glory kitni barh jati hai, is ka ehsas</w:t>
      </w:r>
      <w:r>
        <w:br/>
      </w:r>
      <w:r>
        <w:rPr>
          <w:sz w:val="20"/>
        </w:rPr>
        <w:t>56:55  toh behal main yahi kahunga ke marifat ke naye jo mawaqe khule hain, is ko aap avail kijiye aur dawat ke jo mawaqe khule hain, is ko avail kijiye taake aap is group mein shamil hon jo group Khuda ke haan sab se bara darja payega.</w:t>
      </w:r>
    </w:p>
    <w:p>
      <w:pPr>
        <w:pStyle w:val="Heading2"/>
      </w:pPr>
      <w:r>
        <w:t>Verses 4-6: earth shaken and mountains obliterated</w:t>
      </w:r>
    </w:p>
    <w:p>
      <w:r>
        <w:rPr>
          <w:color w:val="666666"/>
          <w:sz w:val="18"/>
        </w:rPr>
        <w:t>Surah Al-Waqi'ah A Life-Changing Surah (Part 1) March 9, 2025 · 6m 07s · at 12:59 · https://youtu.be/enNA8TyC-Mc?t=779</w:t>
      </w:r>
    </w:p>
    <w:p>
      <w:r>
        <w:rPr>
          <w:i/>
        </w:rPr>
        <w:t>“The next verse: when the earth is shaken with a violent shake.”</w:t>
      </w:r>
    </w:p>
    <w:p>
      <w:r>
        <w:rPr>
          <w:sz w:val="20"/>
        </w:rPr>
        <w:t>12:59  ance? Very amazing news. It's amazing, unbelievable. MashaAllah. So the next verse is verse number four, idha rujjatil ardu rajjatan When the earth is shaken with a violent shake, with a terrible shake.</w:t>
      </w:r>
      <w:r>
        <w:br/>
      </w:r>
      <w:r>
        <w:rPr>
          <w:sz w:val="20"/>
        </w:rPr>
        <w:t>13:18  So now this verse and other verses that we talk about tell us what will happen on the Day of Judgment.</w:t>
      </w:r>
      <w:r>
        <w:br/>
      </w:r>
      <w:r>
        <w:rPr>
          <w:sz w:val="20"/>
        </w:rPr>
        <w:t>13:27  And a very vivid description. The entire earth will be shaken from inside out. And this shaking will mark the beginning of the end of the worldly order.</w:t>
      </w:r>
      <w:r>
        <w:br/>
      </w:r>
      <w:r>
        <w:rPr>
          <w:sz w:val="20"/>
        </w:rPr>
        <w:t>13:44  In another verse, the Quran says, innazal zalatis saati shai'un azeem. The earthquake of the last hour will be a terrible thing.</w:t>
      </w:r>
      <w:r>
        <w:br/>
      </w:r>
      <w:r>
        <w:rPr>
          <w:sz w:val="20"/>
        </w:rPr>
        <w:t>13:57  So it's a divine upheaval that will mark the end of all life on the planet Earth.</w:t>
      </w:r>
      <w:r>
        <w:br/>
      </w:r>
      <w:r>
        <w:rPr>
          <w:sz w:val="20"/>
        </w:rPr>
        <w:t>14:05  It will also mark the transition from the worldly life to the life hereafter.</w:t>
      </w:r>
      <w:r>
        <w:br/>
      </w:r>
      <w:r>
        <w:rPr>
          <w:sz w:val="20"/>
        </w:rPr>
        <w:t>14:12  In Surah Ibrahim, chapter 14, it says, yauma tubaddalul ardu ghairal ardu was samawat. On that day, when the earth shall be changed to another earth and the heavens into another heaven,</w:t>
      </w:r>
      <w:r>
        <w:br/>
      </w:r>
      <w:r>
        <w:rPr>
          <w:sz w:val="20"/>
        </w:rPr>
        <w:t>14:28  wa barazu lillahi al wahidil qahhar. And they will all appear before God, the One, the Most Supreme.</w:t>
      </w:r>
      <w:r>
        <w:br/>
      </w:r>
      <w:r>
        <w:rPr>
          <w:sz w:val="20"/>
        </w:rPr>
        <w:t>14:38  So this highlights the seriousness of the Day of Judgment.</w:t>
      </w:r>
      <w:r>
        <w:br/>
      </w:r>
      <w:r>
        <w:rPr>
          <w:sz w:val="20"/>
        </w:rPr>
        <w:t>14:43  Surah Al-Zilzal, chapter 99, says, إِذَا زُلْزِلَتِ الْأَرْضُ زِلْزَالَهَا When the earth is shaken with a violent shaking,</w:t>
      </w:r>
      <w:r>
        <w:br/>
      </w:r>
      <w:r>
        <w:rPr>
          <w:sz w:val="20"/>
        </w:rPr>
        <w:t>14:54  وَأَخْرَجَتِ الْأَرْضُ أَثْقَالَهَا When the earth shakes off her burden, وَقَالَ الْإِنْسَانُ مَا لَهَا And man will say,</w:t>
      </w:r>
      <w:r>
        <w:br/>
      </w:r>
      <w:r>
        <w:rPr>
          <w:sz w:val="20"/>
        </w:rPr>
        <w:t>15:04  "What is happening to her?"</w:t>
      </w:r>
      <w:r>
        <w:br/>
      </w:r>
      <w:r>
        <w:rPr>
          <w:sz w:val="20"/>
        </w:rPr>
        <w:t>15:06  فَمَنْ يَعْمَلْ مِثْقَالَ ذَرَّةٍ خَيْرًا يَرَى، وَمَنْ يَعْمَلْ مِثْقَالَ ذَرَّةٍ شَرًّا يَرَى</w:t>
      </w:r>
      <w:r>
        <w:br/>
      </w:r>
      <w:r>
        <w:rPr>
          <w:sz w:val="20"/>
        </w:rPr>
        <w:t>15:13  Whoever has done an atom's weight of good will see it, and whoever has done an atom's weight of evil will also see it.</w:t>
      </w:r>
      <w:r>
        <w:br/>
      </w:r>
      <w:r>
        <w:rPr>
          <w:sz w:val="20"/>
        </w:rPr>
        <w:t>15:23  So these are very important verses. They give a glimpse of what will happen on the Day of Judgment.</w:t>
      </w:r>
      <w:r>
        <w:br/>
      </w:r>
      <w:r>
        <w:rPr>
          <w:sz w:val="20"/>
        </w:rPr>
        <w:t>15:34  Next verse is verse number five, wa bussatil jibalu bassan. And the mountains will be crushed to pieces, crumbled to dust.</w:t>
      </w:r>
      <w:r>
        <w:br/>
      </w:r>
      <w:r>
        <w:rPr>
          <w:sz w:val="20"/>
        </w:rPr>
        <w:t>15:46  Mountains that appear tall and so big and so strong will become like dust on the Day of Judgment.</w:t>
      </w:r>
      <w:r>
        <w:br/>
      </w:r>
      <w:r>
        <w:rPr>
          <w:sz w:val="20"/>
        </w:rPr>
        <w:t>15:56  The air will blow them away, finished, completely gone, no trace, completely disappeared.</w:t>
      </w:r>
      <w:r>
        <w:br/>
      </w:r>
      <w:r>
        <w:rPr>
          <w:sz w:val="20"/>
        </w:rPr>
        <w:t>16:04  So complete destruction of the mountains on the Day of Judgment. The Quran says in Surah Al-Muzzammil, yauma tarjuf al ardu wal jibalu wa kanatil jibalu kasibam maheelan. The mountains will crumble into shifting sand dunes.</w:t>
      </w:r>
      <w:r>
        <w:br/>
      </w:r>
      <w:r>
        <w:rPr>
          <w:sz w:val="20"/>
        </w:rPr>
        <w:t>16:24  Today we see the mountains so strong and so big you cannot cut it or touch it. On the Day of Judgment, it will become like shifting sand dunes.</w:t>
      </w:r>
      <w:r>
        <w:br/>
      </w:r>
      <w:r>
        <w:rPr>
          <w:sz w:val="20"/>
        </w:rPr>
        <w:t>16:34  So there will be a complete upheaval of the natural world we know today. When the final hour will come, even the most solid structures will be blown away.</w:t>
      </w:r>
      <w:r>
        <w:br/>
      </w:r>
      <w:r>
        <w:rPr>
          <w:sz w:val="20"/>
        </w:rPr>
        <w:t>16:49  If the strong mountains will be blown away, you can imagine nothing will remain intact.</w:t>
      </w:r>
      <w:r>
        <w:br/>
      </w:r>
      <w:r>
        <w:rPr>
          <w:sz w:val="20"/>
        </w:rPr>
        <w:t>16:59  So God will dismantle even the strongest element of creation. And this shows the temporary nature of the physical world.</w:t>
      </w:r>
      <w:r>
        <w:br/>
      </w:r>
      <w:r>
        <w:rPr>
          <w:sz w:val="20"/>
        </w:rPr>
        <w:t>17:10  Surah Taha, chapter 20 says, wa yas'alunaka anil jibali. They ask you about mountains. qul yansifuha rabbi nafsan</w:t>
      </w:r>
      <w:r>
        <w:br/>
      </w:r>
      <w:r>
        <w:rPr>
          <w:sz w:val="20"/>
        </w:rPr>
        <w:t>17:21  Tell them, "My Lord will scatter them like dust." wa yazaruhah qaa'an safsafa. And leave the earth leveled and plain.</w:t>
      </w:r>
      <w:r>
        <w:br/>
      </w:r>
      <w:r>
        <w:rPr>
          <w:sz w:val="20"/>
        </w:rPr>
        <w:t>17:31  La tara fiha iwajaw wa la amta. You will not see any holes or depressions or elevations. It will be absolutely flat</w:t>
      </w:r>
      <w:r>
        <w:br/>
      </w:r>
      <w:r>
        <w:rPr>
          <w:sz w:val="20"/>
        </w:rPr>
        <w:t>17:40  . So these verses reflect God's power to bring about total transformation and total change on the planet Earth.</w:t>
      </w:r>
      <w:r>
        <w:br/>
      </w:r>
      <w:r>
        <w:rPr>
          <w:sz w:val="20"/>
        </w:rPr>
        <w:t>17:52  So such vivid descriptions urge people to prepare for the Day of Judgment. And verse number six, wa kanat habaa'am mumbassa. So they will become scattered dust.</w:t>
      </w:r>
      <w:r>
        <w:br/>
      </w:r>
      <w:r>
        <w:rPr>
          <w:sz w:val="20"/>
        </w:rPr>
        <w:t>18:07  The mountains will become scattered dust</w:t>
      </w:r>
      <w:r>
        <w:br/>
      </w:r>
      <w:r>
        <w:rPr>
          <w:sz w:val="20"/>
        </w:rPr>
        <w:t>18:10  . Haba means particles, dust particle. jaise ghubar nahi hota, dhool ghubar ki tarah se hawa mein ur jayenge.</w:t>
      </w:r>
      <w:r>
        <w:br/>
      </w:r>
      <w:r>
        <w:rPr>
          <w:sz w:val="20"/>
        </w:rPr>
        <w:t>18:19  wa kanat habaa'an mumbassa So the mountains will be turned into dust particles. They will be scattered. They will be blown away.</w:t>
      </w:r>
      <w:r>
        <w:br/>
      </w:r>
      <w:r>
        <w:rPr>
          <w:sz w:val="20"/>
        </w:rPr>
        <w:t>18:29  So the strongest elements of the physical world will be blown away in a single blast.</w:t>
      </w:r>
      <w:r>
        <w:br/>
      </w:r>
      <w:r>
        <w:rPr>
          <w:sz w:val="20"/>
        </w:rPr>
        <w:t>18:37  So this indicates the total loss of structure and form. And it serves as a reminder, that reminder of the transient and fleeting nature of life.</w:t>
      </w:r>
      <w:r>
        <w:br/>
      </w:r>
      <w:r>
        <w:rPr>
          <w:sz w:val="20"/>
        </w:rPr>
        <w:t>18:51  And it emphasizes the need to prepare for the hereafter. A man should reflect on this reality which is bound to happen.</w:t>
      </w:r>
      <w:r>
        <w:br/>
      </w:r>
      <w:r>
        <w:rPr>
          <w:sz w:val="20"/>
        </w:rPr>
        <w:t>19:00  And it encourages us to prepare for the eternal life.</w:t>
      </w:r>
    </w:p>
    <w:p>
      <w:pPr>
        <w:pStyle w:val="Heading2"/>
      </w:pPr>
      <w:r>
        <w:t>Suicide bombing haram, no attack</w:t>
      </w:r>
    </w:p>
    <w:p>
      <w:r>
        <w:rPr>
          <w:color w:val="666666"/>
          <w:sz w:val="18"/>
        </w:rPr>
        <w:t>Interactive Session (English) May 26, 2007 · 5m 47s · at 49:15 · https://youtu.be/SCVv18gR2sU?t=2955</w:t>
      </w:r>
    </w:p>
    <w:p>
      <w:r>
        <w:rPr>
          <w:i/>
        </w:rPr>
        <w:t>“Not at all. Suicide in any form is haram in Islam.”</w:t>
      </w:r>
    </w:p>
    <w:p>
      <w:r>
        <w:rPr>
          <w:sz w:val="20"/>
        </w:rPr>
        <w:t>49:15  ? Not at all.</w:t>
      </w:r>
      <w:r>
        <w:br/>
      </w:r>
      <w:r>
        <w:rPr>
          <w:sz w:val="20"/>
        </w:rPr>
        <w:t>49:18  Suicide is, suicide in any form is haram in Islam.</w:t>
      </w:r>
      <w:r>
        <w:br/>
      </w:r>
      <w:r>
        <w:rPr>
          <w:sz w:val="20"/>
        </w:rPr>
        <w:t>49:26  It is very clear.</w:t>
      </w:r>
      <w:r>
        <w:br/>
      </w:r>
      <w:r>
        <w:rPr>
          <w:sz w:val="20"/>
        </w:rPr>
        <w:t>49:29  It is very clear in the Quran, in Hadith, and Fiqh that suicide,</w:t>
      </w:r>
      <w:r>
        <w:br/>
      </w:r>
      <w:r>
        <w:rPr>
          <w:sz w:val="20"/>
        </w:rPr>
        <w:t>49:36  committing suicide, committing suicide is,</w:t>
      </w:r>
      <w:r>
        <w:br/>
      </w:r>
      <w:r>
        <w:rPr>
          <w:sz w:val="20"/>
        </w:rPr>
        <w:t>49:42  is haram, is haram, is an unlawful act.</w:t>
      </w:r>
      <w:r>
        <w:br/>
      </w:r>
      <w:r>
        <w:rPr>
          <w:sz w:val="20"/>
        </w:rPr>
        <w:t>49:45  There is no doubt about it.</w:t>
      </w:r>
      <w:r>
        <w:br/>
      </w:r>
      <w:r>
        <w:rPr>
          <w:sz w:val="20"/>
        </w:rPr>
        <w:t>49:48  And no excuse is permissible whatsoever.</w:t>
      </w:r>
      <w:r>
        <w:br/>
      </w:r>
      <w:r>
        <w:rPr>
          <w:sz w:val="20"/>
        </w:rPr>
        <w:t>49:53  No excuse at all.</w:t>
      </w:r>
      <w:r>
        <w:br/>
      </w:r>
      <w:r>
        <w:rPr>
          <w:sz w:val="20"/>
        </w:rPr>
        <w:t>49:56  So present Muslims who are committing suicide</w:t>
      </w:r>
      <w:r>
        <w:br/>
      </w:r>
      <w:r>
        <w:rPr>
          <w:sz w:val="20"/>
        </w:rPr>
        <w:t>50:02  or any suicide bombing,</w:t>
      </w:r>
      <w:r>
        <w:br/>
      </w:r>
      <w:r>
        <w:rPr>
          <w:sz w:val="20"/>
        </w:rPr>
        <w:t>50:06  that is haram.</w:t>
      </w:r>
      <w:r>
        <w:br/>
      </w:r>
      <w:r>
        <w:rPr>
          <w:sz w:val="20"/>
        </w:rPr>
        <w:t>50:08  There is no doubt about it.</w:t>
      </w:r>
      <w:r>
        <w:br/>
      </w:r>
      <w:r>
        <w:rPr>
          <w:sz w:val="20"/>
        </w:rPr>
        <w:t>50:10  It is not Jihad, it is not Islam, nothing.</w:t>
      </w:r>
      <w:r>
        <w:br/>
      </w:r>
      <w:r>
        <w:rPr>
          <w:sz w:val="20"/>
        </w:rPr>
        <w:t>50:13  It is simply haram.</w:t>
      </w:r>
      <w:r>
        <w:br/>
      </w:r>
      <w:r>
        <w:rPr>
          <w:sz w:val="20"/>
        </w:rPr>
        <w:t>50:16  And haram is very, very,</w:t>
      </w:r>
      <w:r>
        <w:br/>
      </w:r>
      <w:r>
        <w:rPr>
          <w:sz w:val="20"/>
        </w:rPr>
        <w:t>50:21  it is quite, it is quite clear.</w:t>
      </w:r>
      <w:r>
        <w:br/>
      </w:r>
      <w:r>
        <w:rPr>
          <w:sz w:val="20"/>
        </w:rPr>
        <w:t>50:26  I know that some Arab scholars have issued Fatwa that is, that is halal.</w:t>
      </w:r>
      <w:r>
        <w:br/>
      </w:r>
      <w:r>
        <w:rPr>
          <w:sz w:val="20"/>
        </w:rPr>
        <w:t>50:33  But I have read all those literature in Arabic, but I failed to found any argument, any solid</w:t>
      </w:r>
      <w:r>
        <w:br/>
      </w:r>
      <w:r>
        <w:rPr>
          <w:sz w:val="20"/>
        </w:rPr>
        <w:t>50:42  argument. Not at all.</w:t>
      </w:r>
      <w:r>
        <w:br/>
      </w:r>
      <w:r>
        <w:rPr>
          <w:sz w:val="20"/>
        </w:rPr>
        <w:t>50:46  Simply claim. They say that when</w:t>
      </w:r>
      <w:r>
        <w:br/>
      </w:r>
      <w:r>
        <w:rPr>
          <w:sz w:val="20"/>
        </w:rPr>
        <w:t>50:52  we are attacked, then what to do?</w:t>
      </w:r>
      <w:r>
        <w:br/>
      </w:r>
      <w:r>
        <w:rPr>
          <w:sz w:val="20"/>
        </w:rPr>
        <w:t>50:55  I, I will say that you, you keep patience.</w:t>
      </w:r>
      <w:r>
        <w:br/>
      </w:r>
      <w:r>
        <w:rPr>
          <w:sz w:val="20"/>
        </w:rPr>
        <w:t>50:59  You, you have to keep patience.</w:t>
      </w:r>
      <w:r>
        <w:br/>
      </w:r>
      <w:r>
        <w:rPr>
          <w:sz w:val="20"/>
        </w:rPr>
        <w:t>51:03  Even during, even at the time of attack, although there is no attack,</w:t>
      </w:r>
      <w:r>
        <w:br/>
      </w:r>
      <w:r>
        <w:rPr>
          <w:sz w:val="20"/>
        </w:rPr>
        <w:t>51:10  in Israel, there is no attack,</w:t>
      </w:r>
      <w:r>
        <w:br/>
      </w:r>
      <w:r>
        <w:rPr>
          <w:sz w:val="20"/>
        </w:rPr>
        <w:t>51:13  you are free to live peacefully.</w:t>
      </w:r>
      <w:r>
        <w:br/>
      </w:r>
      <w:r>
        <w:rPr>
          <w:sz w:val="20"/>
        </w:rPr>
        <w:t>51:18  They attack when you,</w:t>
      </w:r>
      <w:r>
        <w:br/>
      </w:r>
      <w:r>
        <w:rPr>
          <w:sz w:val="20"/>
        </w:rPr>
        <w:t>51:20  you, you, they attack after your attack,</w:t>
      </w:r>
      <w:r>
        <w:br/>
      </w:r>
      <w:r>
        <w:rPr>
          <w:sz w:val="20"/>
        </w:rPr>
        <w:t>51:32  after suicide bombing.</w:t>
      </w:r>
      <w:r>
        <w:br/>
      </w:r>
      <w:r>
        <w:rPr>
          <w:sz w:val="20"/>
        </w:rPr>
        <w:t>51:35  So stop your suicide bombing and there is no attack.</w:t>
      </w:r>
      <w:r>
        <w:br/>
      </w:r>
      <w:r>
        <w:rPr>
          <w:sz w:val="20"/>
        </w:rPr>
        <w:t>51:40  You have to stop suicide bombing and there is no attack, no aggression.</w:t>
      </w:r>
      <w:r>
        <w:br/>
      </w:r>
      <w:r>
        <w:rPr>
          <w:sz w:val="20"/>
        </w:rPr>
        <w:t>51:47  You can live peacefully.</w:t>
      </w:r>
      <w:r>
        <w:br/>
      </w:r>
      <w:r>
        <w:rPr>
          <w:sz w:val="20"/>
        </w:rPr>
        <w:t>51:50  If you abandon suicide bombing,</w:t>
      </w:r>
      <w:r>
        <w:br/>
      </w:r>
      <w:r>
        <w:rPr>
          <w:sz w:val="20"/>
        </w:rPr>
        <w:t>51:53  then there is no attack</w:t>
      </w:r>
      <w:r>
        <w:br/>
      </w:r>
      <w:r>
        <w:rPr>
          <w:sz w:val="20"/>
        </w:rPr>
        <w:t>51:56  from Israel. It is a fallacy.</w:t>
      </w:r>
      <w:r>
        <w:br/>
      </w:r>
      <w:r>
        <w:rPr>
          <w:sz w:val="20"/>
        </w:rPr>
        <w:t>52:02  They say that if there is attack, there is aggression, then what to</w:t>
      </w:r>
      <w:r>
        <w:br/>
      </w:r>
      <w:r>
        <w:rPr>
          <w:sz w:val="20"/>
        </w:rPr>
        <w:t>52:07  do? I will say what is attack?</w:t>
      </w:r>
      <w:r>
        <w:br/>
      </w:r>
      <w:r>
        <w:rPr>
          <w:sz w:val="20"/>
        </w:rPr>
        <w:t>52:11  Attack is reaction,</w:t>
      </w:r>
      <w:r>
        <w:br/>
      </w:r>
      <w:r>
        <w:rPr>
          <w:sz w:val="20"/>
        </w:rPr>
        <w:t>52:14  retaliation. The attack is in retaliation.</w:t>
      </w:r>
      <w:r>
        <w:br/>
      </w:r>
      <w:r>
        <w:rPr>
          <w:sz w:val="20"/>
        </w:rPr>
        <w:t>52:21  Retaliation. So you have to abandon suicide bombing.</w:t>
      </w:r>
      <w:r>
        <w:br/>
      </w:r>
      <w:r>
        <w:rPr>
          <w:sz w:val="20"/>
        </w:rPr>
        <w:t>52:25  There is no attack.</w:t>
      </w:r>
      <w:r>
        <w:br/>
      </w:r>
      <w:r>
        <w:rPr>
          <w:sz w:val="20"/>
        </w:rPr>
        <w:t>52:29  So you have to live peacefully</w:t>
      </w:r>
      <w:r>
        <w:br/>
      </w:r>
      <w:r>
        <w:rPr>
          <w:sz w:val="20"/>
        </w:rPr>
        <w:t>52:32  and abandon this kind of bombing.</w:t>
      </w:r>
      <w:r>
        <w:br/>
      </w:r>
      <w:r>
        <w:rPr>
          <w:sz w:val="20"/>
        </w:rPr>
        <w:t>52:35  Then I would like to say that</w:t>
      </w:r>
      <w:r>
        <w:br/>
      </w:r>
      <w:r>
        <w:rPr>
          <w:sz w:val="20"/>
        </w:rPr>
        <w:t>52:39  in Islam, there are clear injunctions about war.</w:t>
      </w:r>
      <w:r>
        <w:br/>
      </w:r>
      <w:r>
        <w:rPr>
          <w:sz w:val="20"/>
        </w:rPr>
        <w:t>52:48  And you know, war is a, a prerogative of state.</w:t>
      </w:r>
      <w:r>
        <w:br/>
      </w:r>
      <w:r>
        <w:rPr>
          <w:sz w:val="20"/>
        </w:rPr>
        <w:t>52:55  No individual, no NGO,</w:t>
      </w:r>
      <w:r>
        <w:br/>
      </w:r>
      <w:r>
        <w:rPr>
          <w:sz w:val="20"/>
        </w:rPr>
        <w:t>52:59  no organization than state is allowed to go to war.</w:t>
      </w:r>
      <w:r>
        <w:br/>
      </w:r>
      <w:r>
        <w:rPr>
          <w:sz w:val="20"/>
        </w:rPr>
        <w:t>53:04  And all this suicide bombing is all those people who are committing suicide or suicide bombing, they are</w:t>
      </w:r>
      <w:r>
        <w:br/>
      </w:r>
      <w:r>
        <w:rPr>
          <w:sz w:val="20"/>
        </w:rPr>
        <w:t>53:13  individuals. It is not a state.</w:t>
      </w:r>
      <w:r>
        <w:br/>
      </w:r>
      <w:r>
        <w:rPr>
          <w:sz w:val="20"/>
        </w:rPr>
        <w:t>53:17  It is not act of state.</w:t>
      </w:r>
      <w:r>
        <w:br/>
      </w:r>
      <w:r>
        <w:rPr>
          <w:sz w:val="20"/>
        </w:rPr>
        <w:t>53:20  So it is very clear in Islam that</w:t>
      </w:r>
      <w:r>
        <w:br/>
      </w:r>
      <w:r>
        <w:rPr>
          <w:sz w:val="20"/>
        </w:rPr>
        <w:t>53:25  there is a very well-known accepted formula that it</w:t>
      </w:r>
      <w:r>
        <w:br/>
      </w:r>
      <w:r>
        <w:rPr>
          <w:sz w:val="20"/>
        </w:rPr>
        <w:t>53:31  means that going to war is a prerogative of state.</w:t>
      </w:r>
      <w:r>
        <w:br/>
      </w:r>
      <w:r>
        <w:rPr>
          <w:sz w:val="20"/>
        </w:rPr>
        <w:t>53:41  So why you are doing all these practices?</w:t>
      </w:r>
      <w:r>
        <w:br/>
      </w:r>
      <w:r>
        <w:rPr>
          <w:sz w:val="20"/>
        </w:rPr>
        <w:t>53:48  So any kind of,</w:t>
      </w:r>
      <w:r>
        <w:br/>
      </w:r>
      <w:r>
        <w:rPr>
          <w:sz w:val="20"/>
        </w:rPr>
        <w:t>53:51  of aggression committed by other than state is haram in Islam.</w:t>
      </w:r>
      <w:r>
        <w:br/>
      </w:r>
      <w:r>
        <w:rPr>
          <w:sz w:val="20"/>
        </w:rPr>
        <w:t>53:59  In Islam, there is only one war.</w:t>
      </w:r>
      <w:r>
        <w:br/>
      </w:r>
      <w:r>
        <w:rPr>
          <w:sz w:val="20"/>
        </w:rPr>
        <w:t>54:01  There is defensive war.</w:t>
      </w:r>
      <w:r>
        <w:br/>
      </w:r>
      <w:r>
        <w:rPr>
          <w:sz w:val="20"/>
        </w:rPr>
        <w:t>54:04  If there is a genuine attack,</w:t>
      </w:r>
      <w:r>
        <w:br/>
      </w:r>
      <w:r>
        <w:rPr>
          <w:sz w:val="20"/>
        </w:rPr>
        <w:t>54:06  genuine aggression, then Muslim state is allowed to go to war as defense.</w:t>
      </w:r>
      <w:r>
        <w:br/>
      </w:r>
      <w:r>
        <w:rPr>
          <w:sz w:val="20"/>
        </w:rPr>
        <w:t>54:14  So without defense, there is no war in Islam.</w:t>
      </w:r>
      <w:r>
        <w:br/>
      </w:r>
      <w:r>
        <w:rPr>
          <w:sz w:val="20"/>
        </w:rPr>
        <w:t>54:17  And again, other than state, no one is, other than state, no one is allowed to go to</w:t>
      </w:r>
      <w:r>
        <w:br/>
      </w:r>
      <w:r>
        <w:rPr>
          <w:sz w:val="20"/>
        </w:rPr>
        <w:t>54:24  war. So why these people are committing suicide?</w:t>
      </w:r>
      <w:r>
        <w:br/>
      </w:r>
      <w:r>
        <w:rPr>
          <w:sz w:val="20"/>
        </w:rPr>
        <w:t>54:33  i have, i don't know any reason, any logic. i have read all those writings by arab scholars. they failed to provide a single solid argument in favor of their fatwa. no islamic argument is available.</w:t>
      </w:r>
    </w:p>
    <w:p>
      <w:pPr>
        <w:pStyle w:val="Heading2"/>
      </w:pPr>
      <w:r>
        <w:t>From human gratitude to sole concern for God</w:t>
      </w:r>
    </w:p>
    <w:p>
      <w:r>
        <w:rPr>
          <w:color w:val="666666"/>
          <w:sz w:val="18"/>
        </w:rPr>
        <w:t>How to Develop Love for God Nov 27, 2019 - Maulana Wahiduddin Khan's Interaction with Ulama · 5m 37s · at 15:23 · https://youtu.be/550SpYYj6eM?t=923</w:t>
      </w:r>
    </w:p>
    <w:p>
      <w:r>
        <w:rPr>
          <w:i/>
        </w:rPr>
        <w:t>“Humare aadab garh mein ek gaon hai Kota”</w:t>
      </w:r>
    </w:p>
    <w:p>
      <w:r>
        <w:rPr>
          <w:sz w:val="20"/>
        </w:rPr>
        <w:t>15:23  hamare</w:t>
      </w:r>
      <w:r>
        <w:br/>
      </w:r>
      <w:r>
        <w:rPr>
          <w:sz w:val="20"/>
        </w:rPr>
        <w:t>15:26  aadab garh mein ek gaon hai kota. kota mein ek sahib the, abul furqan.</w:t>
      </w:r>
      <w:r>
        <w:br/>
      </w:r>
      <w:r>
        <w:rPr>
          <w:sz w:val="20"/>
        </w:rPr>
        <w:t>15:37  abul furqan.</w:t>
      </w:r>
      <w:r>
        <w:br/>
      </w:r>
      <w:r>
        <w:rPr>
          <w:sz w:val="20"/>
        </w:rPr>
        <w:t>15:41  to mera un se milna julna hota tha. hamare rishtedar bhi the woh.</w:t>
      </w:r>
      <w:r>
        <w:br/>
      </w:r>
      <w:r>
        <w:rPr>
          <w:sz w:val="20"/>
        </w:rPr>
        <w:t>15:50  to woh ek martaba dilli aaye. to unhone kaha ke main jana chahta hoon ek apne gaon ke aadmi se milne ke liye.</w:t>
      </w:r>
      <w:r>
        <w:br/>
      </w:r>
      <w:r>
        <w:rPr>
          <w:sz w:val="20"/>
        </w:rPr>
        <w:t>16:00  gaon ka, isi area ka. ek- ek aam aadmi, mamooli parha likha aadmi, dehati.</w:t>
      </w:r>
      <w:r>
        <w:br/>
      </w:r>
      <w:r>
        <w:rPr>
          <w:sz w:val="20"/>
        </w:rPr>
        <w:t>16:11  us se milne ke liye gaye. unhone bataya ke woh sanjar ghazi ke zamane mein un ka woh karta tha khidmat.</w:t>
      </w:r>
      <w:r>
        <w:br/>
      </w:r>
      <w:r>
        <w:rPr>
          <w:sz w:val="20"/>
        </w:rPr>
        <w:t>16:26  ab bohat hi zyada wafadar, bohat hi zyada wafadar. to ek aap ko pata hoga ke ek zamane mein sanjar ghazi is poori india ko is ki mutthi mein tha.</w:t>
      </w:r>
      <w:r>
        <w:br/>
      </w:r>
      <w:r>
        <w:rPr>
          <w:sz w:val="20"/>
        </w:rPr>
        <w:t>16:42  to election hua to raj sahiba ka member is ko bana diya.</w:t>
      </w:r>
      <w:r>
        <w:br/>
      </w:r>
      <w:r>
        <w:rPr>
          <w:sz w:val="20"/>
        </w:rPr>
        <w:t>16:51  is dehati aadmi ko raj sahiba namuna diya. ab woh bechara rehta tha gaon mein, ek mamooli ghar mein. to abul furqan sahib is se milne gaye dilli mein.</w:t>
      </w:r>
      <w:r>
        <w:br/>
      </w:r>
      <w:r>
        <w:rPr>
          <w:sz w:val="20"/>
        </w:rPr>
        <w:t>17:06  to ab rehta tha woh raj sahiba, woh yaani ab ab rehta tha woh</w:t>
      </w:r>
      <w:r>
        <w:br/>
      </w:r>
      <w:r>
        <w:rPr>
          <w:sz w:val="20"/>
        </w:rPr>
        <w:t>17:21  parliament ke member ke liye, memberon ke liye jo jaane ka intezam hai, us mein bohat shandar ghar hoti hai, hota hai, car hoti hai aur sab safed hoti hai.</w:t>
      </w:r>
      <w:r>
        <w:br/>
      </w:r>
      <w:r>
        <w:rPr>
          <w:sz w:val="20"/>
        </w:rPr>
        <w:t>17:41  to raj sahib member ban gaya aur us ko ek- ek shandar yaani rehaishgah mil gayi new delhi mein.</w:t>
      </w:r>
      <w:r>
        <w:br/>
      </w:r>
      <w:r>
        <w:rPr>
          <w:sz w:val="20"/>
        </w:rPr>
        <w:t>17:54  to abul furqan sahib jab us se milne gaye</w:t>
      </w:r>
      <w:r>
        <w:br/>
      </w:r>
      <w:r>
        <w:rPr>
          <w:sz w:val="20"/>
        </w:rPr>
        <w:t>18:01  to un ka purana janne wala tha woh.</w:t>
      </w:r>
      <w:r>
        <w:br/>
      </w:r>
      <w:r>
        <w:rPr>
          <w:sz w:val="20"/>
        </w:rPr>
        <w:t>18:08  to woh batata laga, batane laga ke raju woh.</w:t>
      </w:r>
      <w:r>
        <w:br/>
      </w:r>
      <w:r>
        <w:rPr>
          <w:sz w:val="20"/>
        </w:rPr>
        <w:t>18:17  sanjar babu kehta tha yeh sab sanjar babu ki der hai. is ka munh sa aur kuch nikalta hi nahi tha.</w:t>
      </w:r>
      <w:r>
        <w:br/>
      </w:r>
      <w:r>
        <w:rPr>
          <w:sz w:val="20"/>
        </w:rPr>
        <w:t>18:26  yeh sab sanjar babu ki der hai.</w:t>
      </w:r>
      <w:r>
        <w:br/>
      </w:r>
      <w:r>
        <w:rPr>
          <w:sz w:val="20"/>
        </w:rPr>
        <w:t>18:30  apna mila hua jo tha woh sab daal diya us ne sanjar babu ke khane mein. apna kuch nahi jo kuch hai sanjar babu.</w:t>
      </w:r>
      <w:r>
        <w:br/>
      </w:r>
      <w:r>
        <w:rPr>
          <w:sz w:val="20"/>
        </w:rPr>
        <w:t>18:41  to yeh sab sanjar babu ki der hai. yeh sab sanjar babu ki der hai.</w:t>
      </w:r>
      <w:r>
        <w:br/>
      </w:r>
      <w:r>
        <w:rPr>
          <w:sz w:val="20"/>
        </w:rPr>
        <w:t>18:50  to Allah ko sole concern banana is waqt hota hai jab ke aadmi Allah ke ehtiyat ko daryaft kare.</w:t>
      </w:r>
      <w:r>
        <w:br/>
      </w:r>
      <w:r>
        <w:rPr>
          <w:sz w:val="20"/>
        </w:rPr>
        <w:t>19:04  Allah ke ehtiyat ko daryaft kare ke kitna bara rahim o kareem hai woh Khuda. yeh sab cheezein ab is ko poori kainat de di.</w:t>
      </w:r>
      <w:r>
        <w:br/>
      </w:r>
      <w:r>
        <w:rPr>
          <w:sz w:val="20"/>
        </w:rPr>
        <w:t>19:16  us ne aasman de diya, suraj, chand de diya. kya kya de diya? oxygen ka intezam kiya, pani ka intezam kiya.</w:t>
      </w:r>
      <w:r>
        <w:br/>
      </w:r>
      <w:r>
        <w:rPr>
          <w:sz w:val="20"/>
        </w:rPr>
        <w:t>19:29  to yeh sara jo hai</w:t>
      </w:r>
      <w:r>
        <w:br/>
      </w:r>
      <w:r>
        <w:rPr>
          <w:sz w:val="20"/>
        </w:rPr>
        <w:t>19:38  woh kya ayat hai Quran ki? Quran mein itna ayat hai ke is par ghore o fikr karunga. Kitab anzalna ilaika mubarak</w:t>
      </w:r>
      <w:r>
        <w:br/>
      </w:r>
      <w:r>
        <w:rPr>
          <w:sz w:val="20"/>
        </w:rPr>
        <w:t>19:53  to is ka raaz jo hai tadabbur hai. yeh tadabbur ayat thi. yaani hum apni zaban mein kahunga ke taake woh discover karein,</w:t>
      </w:r>
      <w:r>
        <w:br/>
      </w:r>
      <w:r>
        <w:rPr>
          <w:sz w:val="20"/>
        </w:rPr>
        <w:t>20:06  daryaft karein Allah ki nematton ko, Allah ki ehtiyat ko, Allah ki raham o karam ko daryaft karein.</w:t>
      </w:r>
      <w:r>
        <w:br/>
      </w:r>
      <w:r>
        <w:rPr>
          <w:sz w:val="20"/>
        </w:rPr>
        <w:t>20:21  to jo woh hai ke allazina amanu ashhad billah. amanu ka mani kya hai? amanu ka mani jo daryaft, jo discovery ke satah par Allah ko paate hain.</w:t>
      </w:r>
      <w:r>
        <w:br/>
      </w:r>
      <w:r>
        <w:rPr>
          <w:sz w:val="20"/>
        </w:rPr>
        <w:t>20:38  jo Allah ke jis jo discovery ke satah par Allah ko paate hain.</w:t>
      </w:r>
      <w:r>
        <w:br/>
      </w:r>
      <w:r>
        <w:rPr>
          <w:sz w:val="20"/>
        </w:rPr>
        <w:t>20:48  to un ka haal wahi hota hai. yeh sab Allah Rabbul Alameen ki der hai.</w:t>
      </w:r>
      <w:r>
        <w:br/>
      </w:r>
      <w:r>
        <w:rPr>
          <w:sz w:val="20"/>
        </w:rPr>
        <w:t>21:00  is darje ka imaan</w:t>
      </w:r>
    </w:p>
    <w:p>
      <w:pPr>
        <w:pStyle w:val="Heading2"/>
      </w:pPr>
      <w:r>
        <w:t>True meaning of entering Islam completely</w:t>
      </w:r>
    </w:p>
    <w:p>
      <w:r>
        <w:rPr>
          <w:color w:val="666666"/>
          <w:sz w:val="18"/>
        </w:rPr>
        <w:t>Darse Quran Chapter 2 03 07 07 · 4m 10s · at 16:06 · https://youtu.be/Ru0qEt34nsw?t=966</w:t>
      </w:r>
    </w:p>
    <w:p>
      <w:r>
        <w:rPr>
          <w:i/>
        </w:rPr>
        <w:t>“Aayat number 208 mein farmaya”</w:t>
      </w:r>
    </w:p>
    <w:p>
      <w:r>
        <w:rPr>
          <w:sz w:val="20"/>
        </w:rPr>
        <w:t>16:06  ayat number 208 mein farmaya ke ya ayuhal lazeena amanu adkholu fis salmi ya ayuhal lazeena amanu adkholu fis salmi aey iman walo! itaat mein pooray ke pooray dakhil ho jao.</w:t>
      </w:r>
      <w:r>
        <w:br/>
      </w:r>
      <w:r>
        <w:rPr>
          <w:sz w:val="20"/>
        </w:rPr>
        <w:t>16:39  aey iman walo! itaat mein, yani khuda ki itaat mein pooray ke pooray dakhil ho jao. is ka matlab kya hai? is ka matlab yeh nahin ke saray jo ahkam hain, un ko apnay oopar nafiz karo. is ka yeh matlab nahin hai. is ka matlab ke tumhari apni zaat, tumhari apni zaat ke aitbar se</w:t>
      </w:r>
      <w:r>
        <w:br/>
      </w:r>
      <w:r>
        <w:rPr>
          <w:sz w:val="20"/>
        </w:rPr>
        <w:t>17:10  tum itaat mein dakhil ho jao. yani Allah ki, Allah ka taqwa ikhtiyar karo. Allah ki yaad mein zindagi guzaro. Allah ki ibadat karo. apnay bol mein, tumhari zuban</w:t>
      </w:r>
      <w:r>
        <w:br/>
      </w:r>
      <w:r>
        <w:rPr>
          <w:sz w:val="20"/>
        </w:rPr>
        <w:t>17:41  jo chaly, jis tarah tumhari jo speech hai, woh khuda ki jo tum bolo, to yeh soch kar bolo ke tum ko apnay har bol ka khuda ko hisab dena hai. to tumhari speech, tumhara behavior, tumhara character, tumharay</w:t>
      </w:r>
      <w:r>
        <w:br/>
      </w:r>
      <w:r>
        <w:rPr>
          <w:sz w:val="20"/>
        </w:rPr>
        <w:t>18:11  activities, tumhari dealing, family ke andar, family ke bahir, khulay hath, khulay mein aur chupay mein, har haal mein, as an individual, tumhari jo ravish hai, woh poori ki poori islam par ho. yeh jo farmaya ke islam mein pooray ke pooray dakhil ho jao, yeh individual ke aitbar se hai, fard ke aitbar se hai. is ka matlab nahin</w:t>
      </w:r>
      <w:r>
        <w:br/>
      </w:r>
      <w:r>
        <w:rPr>
          <w:sz w:val="20"/>
        </w:rPr>
        <w:t>18:41  ke larr kar ke hukoomaton ko badlo aur islami hukoomat qaim karo aur saray qawaneen islam ke nafiz karo, tab ja ke ke tum islam mein mukammal itaat karnay walay bano gay. yeh sab bilkul absurd baatein hain. is ka is ayat se koi taluq nahin hai. yani pooray ke pooray islam mein dakhil ho jao, mani as a as an individual, tumhara as a fard</w:t>
      </w:r>
      <w:r>
        <w:br/>
      </w:r>
      <w:r>
        <w:rPr>
          <w:sz w:val="20"/>
        </w:rPr>
        <w:t>19:11  tum jo ek fard ho, ek insan ho, to tum ko tumhari niyat, tumhara qaul, tumhari sargermi, tumhara behavior, tumhari dealing, yeh jo tum se, yeh jo tumhari daily life hai, fard ke hissay se rozana jo tum kartay ho, in sab mein tum ko khuda ke ahkam ki pabandi karni hai.</w:t>
      </w:r>
      <w:r>
        <w:br/>
      </w:r>
      <w:r>
        <w:rPr>
          <w:sz w:val="20"/>
        </w:rPr>
        <w:t>19:45  is ka yeh matlab nahin ke ijtamai zindagi mein inqalab paida karo, hukoomaton se larr kar ke hukoomat islami qawaneen nafiz karo. is ka is ayat se koi taluq nahin hai. aisi har tashreeh bilkul batil hai, absurd hai. aap jantay hain ke ek insan ko rozana aisay muamlat paish atay hain jis mein us ko kuch karna parta hai.</w:t>
      </w:r>
    </w:p>
    <w:p>
      <w:pPr>
        <w:pStyle w:val="Heading2"/>
      </w:pPr>
      <w:r>
        <w:t>Overview of the main named angels and their roles</w:t>
      </w:r>
    </w:p>
    <w:p>
      <w:r>
        <w:rPr>
          <w:color w:val="666666"/>
          <w:sz w:val="18"/>
        </w:rPr>
        <w:t>Living with Angels August 6, 2023 · 2m 53s · at 16:57 · https://youtu.be/1WO5xChgrXM?t=1017</w:t>
      </w:r>
    </w:p>
    <w:p>
      <w:r>
        <w:rPr>
          <w:i/>
        </w:rPr>
        <w:t>“Farishtay to be shumar hain, magar kuch bohat main hain”</w:t>
      </w:r>
    </w:p>
    <w:p>
      <w:r>
        <w:rPr>
          <w:sz w:val="20"/>
        </w:rPr>
        <w:t>16:57  Is ke baray mein aap hum sab ko batayein. Farishte to beshumar hain.</w:t>
      </w:r>
      <w:r>
        <w:br/>
      </w:r>
      <w:r>
        <w:rPr>
          <w:sz w:val="20"/>
        </w:rPr>
        <w:t>17:03  Ek hadith ke mutabiq zameen mein char angul zameen bhi aisi nahi hai jahan koi farishta Khuda ke aagay sar basajood na ho, Khuda ki ibadat na kar raha ho.</w:t>
      </w:r>
      <w:r>
        <w:br/>
      </w:r>
      <w:r>
        <w:rPr>
          <w:sz w:val="20"/>
        </w:rPr>
        <w:t>17:15  to lekin kuch farishte bohat main hain jo ke Quran mein aur hadith mein jin ke baray mein zikr aaya hai. To misaal ke tor par sab se baray archangel to Hazrat Jibrael hain.</w:t>
      </w:r>
      <w:r>
        <w:br/>
      </w:r>
      <w:r>
        <w:rPr>
          <w:sz w:val="20"/>
        </w:rPr>
        <w:t>17:27  Hazrat Jibrael ki khaas duty hai Khuda ka paigham</w:t>
      </w:r>
      <w:r>
        <w:br/>
      </w:r>
      <w:r>
        <w:rPr>
          <w:sz w:val="20"/>
        </w:rPr>
        <w:t>17:31  , Khuda ke messengers ko le kar jana. To yeh un ki khaas duty hai. Tamam baray baray prophets jo hain jin ke paas Khuda ka paigham aaya to Hazrat Jibrael hi le kar aaye un ko.</w:t>
      </w:r>
      <w:r>
        <w:br/>
      </w:r>
      <w:r>
        <w:rPr>
          <w:sz w:val="20"/>
        </w:rPr>
        <w:t>17:44  to doosray hain Hazrat Hazrat Israfeel. Hazrat Israfeel jo hain woh sur phoonkeinge qayamat ke din.</w:t>
      </w:r>
      <w:r>
        <w:br/>
      </w:r>
      <w:r>
        <w:rPr>
          <w:sz w:val="20"/>
        </w:rPr>
        <w:t>17:53  jab qayamat mein do sur phoonke jayein ge. Ek pehle sur phoonka jaye ga jab sab log be hosh ho ke gir jayein</w:t>
      </w:r>
      <w:r>
        <w:br/>
      </w:r>
      <w:r>
        <w:rPr>
          <w:sz w:val="20"/>
        </w:rPr>
        <w:t>18:00  ge. Phir doosra sur phoonka jaye ga jab saare log uth kar revive ho jayein ge aur phir jahan Khuda ka arsh hoga us ki taraf daurte hue chale jayein ge.</w:t>
      </w:r>
      <w:r>
        <w:br/>
      </w:r>
      <w:r>
        <w:rPr>
          <w:sz w:val="20"/>
        </w:rPr>
        <w:t>18:11  to yeh un ka yeh sur liye woh kharay hue hain intezar mein ke kab Khuda ka hukum hoga aur woh sur phoonkeinge. To phir Hazrat Mikaeel Alaihissalam</w:t>
      </w:r>
      <w:r>
        <w:br/>
      </w:r>
      <w:r>
        <w:rPr>
          <w:sz w:val="20"/>
        </w:rPr>
        <w:t>18:25  hain, yeh barish barsate hain jo mausam itnay time time se mausam aate hain hamesha hazaron saal se.</w:t>
      </w:r>
      <w:r>
        <w:br/>
      </w:r>
      <w:r>
        <w:rPr>
          <w:sz w:val="20"/>
        </w:rPr>
        <w:t>18:33  to is ke upar bhi farishta muqarrar hai. To yeh farishte bohat hi taqatwar farishte hotay hain. To pehle ab to thora global warming se thora changes aa gaye hain, lekin pehle bilkul theek waqt par Azam Garh mein idhar Eastern UP mein mujhe yaad hai ke 13 June ko barish shuru ho jati thi.</w:t>
      </w:r>
      <w:r>
        <w:br/>
      </w:r>
      <w:r>
        <w:rPr>
          <w:sz w:val="20"/>
        </w:rPr>
        <w:t>18:54  to</w:t>
      </w:r>
      <w:r>
        <w:br/>
      </w:r>
      <w:r>
        <w:rPr>
          <w:sz w:val="20"/>
        </w:rPr>
        <w:t>18:55  ab aise khud se to ho nahi sakta. koi bhi kaam is tareeqe se itni regularity ke sath, itne disciplined way ke sath to khud se nahi ho sakta.</w:t>
      </w:r>
      <w:r>
        <w:br/>
      </w:r>
      <w:r>
        <w:rPr>
          <w:sz w:val="20"/>
        </w:rPr>
        <w:t>19:04  to is par farishta muqarrar hai. to phir ek malik ul maut hain jinka naam wo aza aza aza azrail.</w:t>
      </w:r>
      <w:r>
        <w:br/>
      </w:r>
      <w:r>
        <w:rPr>
          <w:sz w:val="20"/>
        </w:rPr>
        <w:t>19:17  to wo hain angel of death. ye jaan qabz kar ke phir Khuda ke paas is ko le jate hain.</w:t>
      </w:r>
      <w:r>
        <w:br/>
      </w:r>
      <w:r>
        <w:rPr>
          <w:sz w:val="20"/>
        </w:rPr>
        <w:t>19:23  phir is ke baad ek munkar nakeer hain jo jab insan qabar mein jata hai to us se sawal jawab karte hain. rizwan ye wo hain jo jinka zikr aaya Quran mein aur hadith mein.</w:t>
      </w:r>
      <w:r>
        <w:br/>
      </w:r>
      <w:r>
        <w:rPr>
          <w:sz w:val="20"/>
        </w:rPr>
        <w:t>19:36  rizwan jannat ke guard hain, darban hain. aur is mein karaman katibeen jo hain wo bohat hamare liye important hain kyunke hamare tamam amal ka ye record tayyar karte hain.</w:t>
      </w:r>
    </w:p>
    <w:p>
      <w:pPr>
        <w:pStyle w:val="Heading2"/>
      </w:pPr>
      <w:r>
        <w:t>The real problem before mankind is insincerity</w:t>
      </w:r>
    </w:p>
    <w:p>
      <w:r>
        <w:rPr>
          <w:color w:val="666666"/>
          <w:sz w:val="18"/>
        </w:rPr>
        <w:t>The Real Problem before Mankind August 3, 2008 · 3m 06s · at 1:04 · https://youtu.be/ndFl4lXCq_c?t=64</w:t>
      </w:r>
    </w:p>
    <w:p>
      <w:r>
        <w:rPr>
          <w:i/>
        </w:rPr>
        <w:t>“The real problem is people can't identify the real problem”</w:t>
      </w:r>
    </w:p>
    <w:p>
      <w:r>
        <w:rPr>
          <w:sz w:val="20"/>
        </w:rPr>
        <w:t>1:04  is par sochte hue jo baat meri samajh mein aayi woh yeh hai ke the</w:t>
      </w:r>
      <w:r>
        <w:br/>
      </w:r>
      <w:r>
        <w:rPr>
          <w:sz w:val="20"/>
        </w:rPr>
        <w:t>1:16  real problem is that people have failed to identify the real problem.</w:t>
      </w:r>
      <w:r>
        <w:br/>
      </w:r>
      <w:r>
        <w:rPr>
          <w:sz w:val="20"/>
        </w:rPr>
        <w:t>1:30  yahi real problem hai ke log jante nahin ke real problem hai kya, is ko identify nahin kar paate.</w:t>
      </w:r>
      <w:r>
        <w:br/>
      </w:r>
      <w:r>
        <w:rPr>
          <w:sz w:val="20"/>
        </w:rPr>
        <w:t>1:40  kyun aisa hai? itni meaningful world hai hamara, itni meaningful universe hai, to is ke andar kyun aisa hai ke log</w:t>
      </w:r>
      <w:r>
        <w:br/>
      </w:r>
      <w:r>
        <w:rPr>
          <w:sz w:val="20"/>
        </w:rPr>
        <w:t>1:54  real issue jo hai us ko nahin jaan paate?</w:t>
      </w:r>
      <w:r>
        <w:br/>
      </w:r>
      <w:r>
        <w:rPr>
          <w:sz w:val="20"/>
        </w:rPr>
        <w:t>2:02  ek baar mujh se mulaqaat hui ek saahab ki, woh bombay mein chartered accountant hain, woh dilli aaye thay. to unhon ne kaha ke main aap ki writing barabar parhta raha hoon,</w:t>
      </w:r>
      <w:r>
        <w:br/>
      </w:r>
      <w:r>
        <w:rPr>
          <w:sz w:val="20"/>
        </w:rPr>
        <w:t>2:19  woh bohat hi intelligent aadmi thay. to main ne un se poocha ke aap ne hamari writing mein kya paaya?</w:t>
      </w:r>
      <w:r>
        <w:br/>
      </w:r>
      <w:r>
        <w:rPr>
          <w:sz w:val="20"/>
        </w:rPr>
        <w:t>2:29  unhon ne sirf ek baat kahi.</w:t>
      </w:r>
      <w:r>
        <w:br/>
      </w:r>
      <w:r>
        <w:rPr>
          <w:sz w:val="20"/>
        </w:rPr>
        <w:t>2:34  unhon ne kaha ke aap cheezon ko face value par nahin lete, jab ke saare log bas face value par le kar judgment dete rehte hain.</w:t>
      </w:r>
      <w:r>
        <w:br/>
      </w:r>
      <w:r>
        <w:rPr>
          <w:sz w:val="20"/>
        </w:rPr>
        <w:t>2:51  to main samajhta hoon ke yahi yahi baat sab sab ke upar apply hoti hai.</w:t>
      </w:r>
      <w:r>
        <w:br/>
      </w:r>
      <w:r>
        <w:rPr>
          <w:sz w:val="20"/>
        </w:rPr>
        <w:t>3:01  mujhe to aisa lagta hai ke saare hi log bas ka haal yeh hai ke face value par le kar ke raaye banate rehte hain.</w:t>
      </w:r>
      <w:r>
        <w:br/>
      </w:r>
      <w:r>
        <w:rPr>
          <w:sz w:val="20"/>
        </w:rPr>
        <w:t>3:10  kyun? is liye ke log sincere nahin hain. abhi aap ne dekha hoga ke ek world conference hui food ke bare mein, food shortage ke bare mein,</w:t>
      </w:r>
      <w:r>
        <w:br/>
      </w:r>
      <w:r>
        <w:rPr>
          <w:sz w:val="20"/>
        </w:rPr>
        <w:t>3:24  aur paper mein aaya tha ke is mein 20 dishes rakhi gayi theen in logon ke khane ke liye jo wahan aaye thay participation ke liye.</w:t>
      </w:r>
      <w:r>
        <w:br/>
      </w:r>
      <w:r>
        <w:rPr>
          <w:sz w:val="20"/>
        </w:rPr>
        <w:t>3:35  yaani food shortage par conference ho rahi hai, aur wahan par 20 qism ke khane table par. to kya hai?</w:t>
      </w:r>
      <w:r>
        <w:br/>
      </w:r>
      <w:r>
        <w:rPr>
          <w:sz w:val="20"/>
        </w:rPr>
        <w:t>3:44  sincerity nahin logon mein. jo sincerity nahin hai to yeh hoga ke face value par lenge cheezon ko, bas gehrai tak nahin jayenge.</w:t>
      </w:r>
      <w:r>
        <w:br/>
      </w:r>
      <w:r>
        <w:rPr>
          <w:sz w:val="20"/>
        </w:rPr>
        <w:t>3:55  to</w:t>
      </w:r>
      <w:r>
        <w:br/>
      </w:r>
      <w:r>
        <w:rPr>
          <w:sz w:val="20"/>
        </w:rPr>
        <w:t>3:56  main samajhta hoon ke sab se bara problem yahi hai ke log sincere nahin hain, woh cheezon ko bas face value par le kar ke ek raaye banate rehte hain.</w:t>
      </w:r>
    </w:p>
    <w:p>
      <w:pPr>
        <w:pStyle w:val="Heading2"/>
      </w:pPr>
      <w:r>
        <w:t>Angels passive, shaitan active need introspection</w:t>
      </w:r>
    </w:p>
    <w:p>
      <w:r>
        <w:rPr>
          <w:color w:val="666666"/>
          <w:sz w:val="18"/>
        </w:rPr>
        <w:t>The Problem of Evil December 4, 2011 · 5m 48s · at 31:40 · https://youtu.be/SMqtVjaGHfw?t=1900</w:t>
      </w:r>
    </w:p>
    <w:p>
      <w:r>
        <w:rPr>
          <w:i/>
        </w:rPr>
        <w:t>“Ek baat meri samajh mein aayi.”</w:t>
      </w:r>
    </w:p>
    <w:p>
      <w:r>
        <w:rPr>
          <w:sz w:val="20"/>
        </w:rPr>
        <w:t>31:40  ek baat meri samajh mein aayi ke kya wajah hai ke insan bohat jald bigaad ki taraf daudta hai aur achhai ki taraf kam daudta hai.</w:t>
      </w:r>
      <w:r>
        <w:br/>
      </w:r>
      <w:r>
        <w:rPr>
          <w:sz w:val="20"/>
        </w:rPr>
        <w:t>31:54  to quran o hadith ko parhne se maloom hota hai ke insan ke, insan ke andar, insan farishton ke darmiyan aur shaitan ke darmiyan hota hai.</w:t>
      </w:r>
      <w:r>
        <w:br/>
      </w:r>
      <w:r>
        <w:rPr>
          <w:sz w:val="20"/>
        </w:rPr>
        <w:t>32:07  aur insan ke jo wajood hai, us ke andar do faculties hain: ego aur conscious. to farishton ka entry point jo hai, woh conscious hai.</w:t>
      </w:r>
      <w:r>
        <w:br/>
      </w:r>
      <w:r>
        <w:rPr>
          <w:sz w:val="20"/>
        </w:rPr>
        <w:t>32:21  shaitan ka jo entry point hai, woh ego hai.</w:t>
      </w:r>
      <w:r>
        <w:br/>
      </w:r>
      <w:r>
        <w:rPr>
          <w:sz w:val="20"/>
        </w:rPr>
        <w:t>32:26  yeh bohat zyada sochne ki baat hai. har aadmi har lamha, raat din, ek taraf is ko shaitan baqayda ke liye maujood hota hai, doosri taraf farishte is ko achhi baaten batane ke liye maujood hote hain.</w:t>
      </w:r>
      <w:r>
        <w:br/>
      </w:r>
      <w:r>
        <w:rPr>
          <w:sz w:val="20"/>
        </w:rPr>
        <w:t>32:42  agarche woh dikhai nahi dete, magar musalsal woh apne amal mein mashgool hain. to woh kaise karte hain? khud insan ke andar do salahiyaten hain: ego aur conscious.</w:t>
      </w:r>
      <w:r>
        <w:br/>
      </w:r>
      <w:r>
        <w:rPr>
          <w:sz w:val="20"/>
        </w:rPr>
        <w:t>32:55  to ego jo hai, entry point hai shaitan ka. yani ego ke raaste se shaitan ghusta hai aur conscious jo hai, woh entry point hai farishton ka.</w:t>
      </w:r>
      <w:r>
        <w:br/>
      </w:r>
      <w:r>
        <w:rPr>
          <w:sz w:val="20"/>
        </w:rPr>
        <w:t>33:04  farishte conscious ke raaste se aap ke andar dakhil hote hain.</w:t>
      </w:r>
      <w:r>
        <w:br/>
      </w:r>
      <w:r>
        <w:rPr>
          <w:sz w:val="20"/>
        </w:rPr>
        <w:t>33:09  lekin jahan tak maine samjha ke farishton ka jo hai, woh passive role hai aur shaitan ka role active role hai.</w:t>
      </w:r>
      <w:r>
        <w:br/>
      </w:r>
      <w:r>
        <w:rPr>
          <w:sz w:val="20"/>
        </w:rPr>
        <w:t>33:19  kyunke quran mein aap dekhiye, shaitan iblis jo hai, woh kehta hai: "la murannem, la tunkan dhuriyyatahum illa qilaa".</w:t>
      </w:r>
      <w:r>
        <w:br/>
      </w:r>
      <w:r>
        <w:rPr>
          <w:sz w:val="20"/>
        </w:rPr>
        <w:t>33:33  to is tarah ke sighay mein hai, yani main zaroor aisa kar dalunga</w:t>
      </w:r>
      <w:r>
        <w:br/>
      </w:r>
      <w:r>
        <w:rPr>
          <w:sz w:val="20"/>
        </w:rPr>
        <w:t>33:37  a. aise alfaaz bol bolta hai shaitan: "la murannem". ke maani ke main un ko hukum dunga aur un ko aisa karne par majboor kar dunga.</w:t>
      </w:r>
      <w:r>
        <w:br/>
      </w:r>
      <w:r>
        <w:rPr>
          <w:sz w:val="20"/>
        </w:rPr>
        <w:t>33:48  lekin farishton ke jo alfaaz hain, woh is tarah ke alfaaz nahi hain. farishton ke alfaaz doosre qism ke hain, yani woh insan se basharat dete hain, insan ko inspire karte hain.</w:t>
      </w:r>
      <w:r>
        <w:br/>
      </w:r>
      <w:r>
        <w:rPr>
          <w:sz w:val="20"/>
        </w:rPr>
        <w:t>34:01  is tarah ke alfaaz hain.</w:t>
      </w:r>
      <w:r>
        <w:br/>
      </w:r>
      <w:r>
        <w:rPr>
          <w:sz w:val="20"/>
        </w:rPr>
        <w:t>34:03  to is se maine samjha hai ke Allah taala ke takhleeqi naqshe ke mutabiq farishton ka role passive role hai aur shaitan ka role active role hai.</w:t>
      </w:r>
      <w:r>
        <w:br/>
      </w:r>
      <w:r>
        <w:rPr>
          <w:sz w:val="20"/>
        </w:rPr>
        <w:t>34:17  yeh bohat hi serious maamla hai.</w:t>
      </w:r>
      <w:r>
        <w:br/>
      </w:r>
      <w:r>
        <w:rPr>
          <w:sz w:val="20"/>
        </w:rPr>
        <w:t>34:21  agar hum bohat zyada alert na rahen, bohat zyada introspection na karen, bohat zyada baaton ko sochen nahi, to bohat jald hum shaitan ke influence mein aa jayenge.</w:t>
      </w:r>
      <w:r>
        <w:br/>
      </w:r>
      <w:r>
        <w:rPr>
          <w:sz w:val="20"/>
        </w:rPr>
        <w:t>34:32  kyunke woh active role hai is ka. to farishton ko apna advisor banane ke liye ya farishton ko apne helper banane ke liye aap ko bohat ziyada sochna parega, bohat ziyada active rehna parega, bohat ziyada alert rehna parega.</w:t>
      </w:r>
      <w:r>
        <w:br/>
      </w:r>
      <w:r>
        <w:rPr>
          <w:sz w:val="20"/>
        </w:rPr>
        <w:t>34:49  yeh bohat hi sochne ki baat hai. yeh baat mein is liye keh raha hoon ke shaitan ke baray mein jo alfaaz quran majeed mein hain,</w:t>
      </w:r>
      <w:r>
        <w:br/>
      </w:r>
      <w:r>
        <w:rPr>
          <w:sz w:val="20"/>
        </w:rPr>
        <w:t>35:00  woh in ka doosra andaaz hai aur farishton ke baray mein jo alfaaz hain, woh doosra andaaz hai. yaani shaitan ke baray mein yeh hai ke mein zaroor, mein zaroor insaan ko behkaunga, mein insaan ko hukum dunga to aisa waisa karega.</w:t>
      </w:r>
      <w:r>
        <w:br/>
      </w:r>
      <w:r>
        <w:rPr>
          <w:sz w:val="20"/>
        </w:rPr>
        <w:t>35:15  lekin farishton ke liye aise alfaaz nahi hain ke hum zaroor in ko sirat-e-mustaqeem par chalayenge. farishte to is tarah ke alfaaz nahi hain.</w:t>
      </w:r>
      <w:r>
        <w:br/>
      </w:r>
      <w:r>
        <w:rPr>
          <w:sz w:val="20"/>
        </w:rPr>
        <w:t>35:26  to yeh Allah taala ka jo creation plan hai, is mein agarchay is ne insaan ke sath iblis ya shaitan ko bhi laga diya hai aur farishte bhi is ke sath lage hue hain, lekin dono ka role juda juda hai.</w:t>
      </w:r>
      <w:r>
        <w:br/>
      </w:r>
      <w:r>
        <w:rPr>
          <w:sz w:val="20"/>
        </w:rPr>
        <w:t>35:43  farishton ka role passive role hai, shaitan ka role active role hai. to is mamlay mein humein bohat hi ziyada alert hona parega aur</w:t>
      </w:r>
      <w:r>
        <w:br/>
      </w:r>
      <w:r>
        <w:rPr>
          <w:sz w:val="20"/>
        </w:rPr>
        <w:t>35:54  bohat ziyada introspection karna parega, bohat ziyada muhasba karna parega. warna bohat jald hum aa jayenge shaitan ke influence mein.</w:t>
      </w:r>
      <w:r>
        <w:br/>
      </w:r>
      <w:r>
        <w:rPr>
          <w:sz w:val="20"/>
        </w:rPr>
        <w:t>36:03  aur yeh aap dekhiye, agar ghor kijiye to aap sare insano mein is ka misaal payenge. aap ke log bohat jald, bohat jald aisa hota hai ke logo ka ego bhark uthta hai, bohat jald.</w:t>
      </w:r>
      <w:r>
        <w:br/>
      </w:r>
      <w:r>
        <w:rPr>
          <w:sz w:val="20"/>
        </w:rPr>
        <w:t>36:18  lekin consciousness ka jaagna bohat mushkil se hota hai.</w:t>
      </w:r>
      <w:r>
        <w:br/>
      </w:r>
      <w:r>
        <w:rPr>
          <w:sz w:val="20"/>
        </w:rPr>
        <w:t>36:24  aap kisi bhi insaan ko le kar sochiye, is ka is ka consciousness ko jagane ke liye bohat mushkil hoti hai ke is ka consciousness jaage, is ka zamir zamir jaage.</w:t>
      </w:r>
      <w:r>
        <w:br/>
      </w:r>
      <w:r>
        <w:rPr>
          <w:sz w:val="20"/>
        </w:rPr>
        <w:t>36:34  lekin ego ko bharkane ke liye bohat mamooli si baat kafi hoti hai. zara si baat baad mein offend ho jata hai, zara si baat baad mein provoke ho jata hai, zara si baat mein is ka ego jaag parta hai.</w:t>
      </w:r>
      <w:r>
        <w:br/>
      </w:r>
      <w:r>
        <w:rPr>
          <w:sz w:val="20"/>
        </w:rPr>
        <w:t>36:48  is ke bar aks, is ka jo consciousness hai, woh yaani bohat hi mushkil se woh jaagta hai.</w:t>
      </w:r>
      <w:r>
        <w:br/>
      </w:r>
      <w:r>
        <w:rPr>
          <w:sz w:val="20"/>
        </w:rPr>
        <w:t>36:58  to gahaak is mani ke farishton ke zariye jo impulse aata hai, woh itna strong nahi hota hai aur shaitan ke zariye jo aata hai, woh bohat hi strong hota hai. to aap is ko badal nahi sakte.</w:t>
      </w:r>
      <w:r>
        <w:br/>
      </w:r>
      <w:r>
        <w:rPr>
          <w:sz w:val="20"/>
        </w:rPr>
        <w:t>37:11  aap Khuda ka jo plan hai, is ko aap badal nahi sakte.</w:t>
      </w:r>
      <w:r>
        <w:br/>
      </w:r>
      <w:r>
        <w:rPr>
          <w:sz w:val="20"/>
        </w:rPr>
        <w:t>37:16  aap aisa nahi kar sakte ke ke farishton ka jo role hai, aap woh bhi active role bana dein. aap yeh aap ke bas mein nahi hai. farishton ka role passive hi rahega, woh active nahi hoga.</w:t>
      </w:r>
    </w:p>
    <w:p>
      <w:pPr>
        <w:pStyle w:val="Heading2"/>
      </w:pPr>
      <w:r>
        <w:t>Full case for God's existence from Big Bang science</w:t>
      </w:r>
    </w:p>
    <w:p>
      <w:r>
        <w:rPr>
          <w:color w:val="666666"/>
          <w:sz w:val="18"/>
        </w:rPr>
        <w:t>A Study of Human History February 5, 2023 · 5m 38s · at 1:34 · https://youtu.be/2aGbbn-RmQQ?t=94</w:t>
      </w:r>
    </w:p>
    <w:p>
      <w:r>
        <w:rPr>
          <w:i/>
        </w:rPr>
        <w:t>“The Big Bang is even mentioned in the Quran”</w:t>
      </w:r>
    </w:p>
    <w:p>
      <w:r>
        <w:rPr>
          <w:sz w:val="20"/>
        </w:rPr>
        <w:t>1:34  to mera sabse pehla sawal to aaj ke topic ko lekar yahi hai ke aap kuch big bang</w:t>
      </w:r>
      <w:r>
        <w:br/>
      </w:r>
      <w:r>
        <w:rPr>
          <w:sz w:val="20"/>
        </w:rPr>
        <w:t>1:39  ke bare mein batayein humein.</w:t>
      </w:r>
      <w:r>
        <w:br/>
      </w:r>
      <w:r>
        <w:rPr>
          <w:sz w:val="20"/>
        </w:rPr>
        <w:t>1:43  maulana ki kai kitabein hain,</w:t>
      </w:r>
      <w:r>
        <w:br/>
      </w:r>
      <w:r>
        <w:rPr>
          <w:sz w:val="20"/>
        </w:rPr>
        <w:t>1:47  kitabein marif, daur-e-daawat, aur khuda ki daryaft.</w:t>
      </w:r>
      <w:r>
        <w:br/>
      </w:r>
      <w:r>
        <w:rPr>
          <w:sz w:val="20"/>
        </w:rPr>
        <w:t>1:52  to ismein aap ko</w:t>
      </w:r>
      <w:r>
        <w:br/>
      </w:r>
      <w:r>
        <w:rPr>
          <w:sz w:val="20"/>
        </w:rPr>
        <w:t>1:54  study kijiyega, to isko aap ko yeh waqiyat jo hain, woh sab detail mein milenge.</w:t>
      </w:r>
      <w:r>
        <w:br/>
      </w:r>
      <w:r>
        <w:rPr>
          <w:sz w:val="20"/>
        </w:rPr>
        <w:t>2:00  to main thoda mukhtasar taur par bayan karungi.</w:t>
      </w:r>
      <w:r>
        <w:br/>
      </w:r>
      <w:r>
        <w:rPr>
          <w:sz w:val="20"/>
        </w:rPr>
        <w:t>2:06  bahut ajeeb baat hai ki is waqeye ka zikr quran mein bhi aaya hai, usmein lafz use kiya gaya hai ratq aur fatq. yeh hai chapter 21. to ratq ke maane hain joined together, aur fatq ke maane hain tear apart, alag kar dena. to yeh lekin ab us waqt chunki science ka development nahi hua tha, yeh sari discoveries nahi hui thin</w:t>
      </w:r>
      <w:r>
        <w:br/>
      </w:r>
      <w:r>
        <w:rPr>
          <w:sz w:val="20"/>
        </w:rPr>
        <w:t>2:32  big bang ki, to ab log itna acche tarike se usko samajh nahi sakte the. to ek mujmal tareeqe se samajhte the. lekin jo science ki discovery hui, aur yeh big bang ki, yeh 20th century mein,</w:t>
      </w:r>
      <w:r>
        <w:br/>
      </w:r>
      <w:r>
        <w:rPr>
          <w:sz w:val="20"/>
        </w:rPr>
        <w:t>2:46  yeh sari cheezein kai science dan ne isko discover kiya. to</w:t>
      </w:r>
      <w:r>
        <w:br/>
      </w:r>
      <w:r>
        <w:rPr>
          <w:sz w:val="20"/>
        </w:rPr>
        <w:t>2:51  ab bilkul accepted theory yeh ho gayi hai ki 13.8 billion saal pehle usmein ek bahut hi condensed qism ka ek ball ke tareeqe se wah matter tha,</w:t>
      </w:r>
      <w:r>
        <w:br/>
      </w:r>
      <w:r>
        <w:rPr>
          <w:sz w:val="20"/>
        </w:rPr>
        <w:t>3:05  usmein achanak ek dhamaka hua, aur dhamake se wah itni tezi se wah matter jo hai, muntashir ho gaya, scattered ho gaya, wah within the fraction of a second.</w:t>
      </w:r>
      <w:r>
        <w:br/>
      </w:r>
      <w:r>
        <w:rPr>
          <w:sz w:val="20"/>
        </w:rPr>
        <w:t>3:20  to wah ek super atom tha, aur usko jo hai, wah mass explosion ki shakal mein wah poore kainat mein achanak wah phail gaya. bahut hi super speed ke saath yeh phail raha tha. agar ismein break na lagaya gaya hota, to yeh sara matter bekar ho</w:t>
      </w:r>
      <w:r>
        <w:br/>
      </w:r>
      <w:r>
        <w:rPr>
          <w:sz w:val="20"/>
        </w:rPr>
        <w:t>3:41  jata, phail ke wah jo hamare sitare, sayyare, yeh sari cheezein jo poori kainat, mad-e-kainat bani hai, wah sab na banti. to yeh jo hua ki achanak ismein break laga, aur achanak wah bhi seconds ke andar matter ki speed jo hai, wah kam ho gayi.</w:t>
      </w:r>
      <w:r>
        <w:br/>
      </w:r>
      <w:r>
        <w:rPr>
          <w:sz w:val="20"/>
        </w:rPr>
        <w:t>4:05  kam ho gayi. phir uske baad dheere dheere yeh collect hone lage different bodies mein, kab kuch sitare bane, kuch sayyare bane, bahut bade-bade sitare hain. to yeh jo achanak yeh speed kam hui, aur yeh jo ismein explosion hua,</w:t>
      </w:r>
      <w:r>
        <w:br/>
      </w:r>
      <w:r>
        <w:rPr>
          <w:sz w:val="20"/>
        </w:rPr>
        <w:t>4:25  yeh sari cheezein ek intervener ko batati hain.</w:t>
      </w:r>
      <w:r>
        <w:br/>
      </w:r>
      <w:r>
        <w:rPr>
          <w:sz w:val="20"/>
        </w:rPr>
        <w:t>4:29  kyunki yeh aisi cheezein hain ki yeh accidental ho nahi sakta, kyunki wah matter bahut hi condensed form mein tha, khud se ismein explosion nahi ho sakta tha. to kisi ne explosion usmein kiya, phir kisi ne usko jo hai, uski super speed mein break lagaya,</w:t>
      </w:r>
      <w:r>
        <w:br/>
      </w:r>
      <w:r>
        <w:rPr>
          <w:sz w:val="20"/>
        </w:rPr>
        <w:t>4:49  aur usko jo hai, bahut hi meaningful. uska jo result hai, wah itna meaningful hai ki agar koi intervener na ho, to wah ho nahi sakta. to yeh cheezein jo hain, wah itni zyada hamein khuda ke bare mein hamein batati hain ki bade-bade logon ne is maan liya hai ki koi intervener hai, kyunki khud se yeh kaam nahi ho sakta.</w:t>
      </w:r>
      <w:r>
        <w:br/>
      </w:r>
      <w:r>
        <w:rPr>
          <w:sz w:val="20"/>
        </w:rPr>
        <w:t>5:16  ek baar Sir James Jeans, jo bahut bada astronomer tha, to usko yeh ayat kisi ne batai ki ilm wale hi khuda se darte hain. wali ayat poori batai, to wah ekdum hairaan reh gaya. usne kaha ki yeh Muhammad ko yeh ayat kisne batai?</w:t>
      </w:r>
      <w:r>
        <w:br/>
      </w:r>
      <w:r>
        <w:rPr>
          <w:sz w:val="20"/>
        </w:rPr>
        <w:t>5:36  yeh Muhammad ke paas yeh paigham kahan se aaya? agar yeh baat sahi hai, kyunki wah quran to pada hua nahi tha, usko yeh ayat batai gai thi.</w:t>
      </w:r>
      <w:r>
        <w:br/>
      </w:r>
      <w:r>
        <w:rPr>
          <w:sz w:val="20"/>
        </w:rPr>
        <w:t>5:45  to usne kaha, agar yeh baat quran mein hai, to Muhammad sacche paigambar the khuda ke. to yeh itni badi baat hai ki isse hum khuda ki marif hasil kar sakte hain. kyunki jo hasti ne, jis hasti ne itna bada super explosion kiya, phir super planning ki, to wah jisko quran mein kaha gaya Alim</w:t>
      </w:r>
      <w:r>
        <w:br/>
      </w:r>
      <w:r>
        <w:rPr>
          <w:sz w:val="20"/>
        </w:rPr>
        <w:t>6:14  , bahut bada janne wala tha, bahut bada wah great planner tha. wah agar wah great planner na hota, to yeh sari planning jo hai, wah bekar ho jati. to ab yeh jo hai, cosmic background radiation jo discover hua hai,</w:t>
      </w:r>
      <w:r>
        <w:br/>
      </w:r>
      <w:r>
        <w:rPr>
          <w:sz w:val="20"/>
        </w:rPr>
        <w:t>6:30  isse yeh theory jo hai, bilkul accepted ho gayi hai. aur isse maloom hota hai, is tarah ki bahut sari baatein hain jo quran mein aayi hain, aur us waqt insan ko bas belief ke darje mein usko manta tha.</w:t>
      </w:r>
      <w:r>
        <w:br/>
      </w:r>
      <w:r>
        <w:rPr>
          <w:sz w:val="20"/>
        </w:rPr>
        <w:t>6:44  ab wah scientific verification uska ho gaya hai. to ab jo hai, wah wahi jo hai ki ilm, usmein quran mein aaya hai ki ilm wale hi khuda se darte hain. to ab ekdum sabit ho chuka hai yeh sari baatein, aur ki humko khuda se darna chahiye, khuda ko yaad karna chahiye, khuda God oriented life hamein guzarni chahi</w:t>
      </w:r>
    </w:p>
    <w:p>
      <w:pPr>
        <w:pStyle w:val="Heading2"/>
      </w:pPr>
      <w:r>
        <w:t>how Maulana built his mission from nothing</w:t>
      </w:r>
    </w:p>
    <w:p>
      <w:r>
        <w:rPr>
          <w:color w:val="666666"/>
          <w:sz w:val="18"/>
        </w:rPr>
        <w:t>Revival of Faith September 25, 2011 Maulana Wahiduddin Khan · 5m 53s · at 14:11 · https://youtu.be/sG_btZMffxg?t=851</w:t>
      </w:r>
    </w:p>
    <w:p>
      <w:r>
        <w:rPr>
          <w:i/>
        </w:rPr>
        <w:t>“When I came here today, I recalled something”</w:t>
      </w:r>
    </w:p>
    <w:p>
      <w:r>
        <w:rPr>
          <w:sz w:val="20"/>
        </w:rPr>
        <w:t>14:11  Jaise misaal ke tor par mein abhi misaal deta hoon ke abhi jab mein aaya, is yeh jahan mein bol raha hoon, yeh jo hamara auditorium hai, to mein ne recall kiya.</w:t>
      </w:r>
      <w:r>
        <w:br/>
      </w:r>
      <w:r>
        <w:rPr>
          <w:sz w:val="20"/>
        </w:rPr>
        <w:t>14:25  Mein hamesha se aik daayana mizaj ka aadmi tha, mission ka mizaj mera tha, mission hamesha se. Lekin mere paas koi base nahi hua karti thi.</w:t>
      </w:r>
      <w:r>
        <w:br/>
      </w:r>
      <w:r>
        <w:rPr>
          <w:sz w:val="20"/>
        </w:rPr>
        <w:t>14:38  Yani ab se 86 baras pehle paida hua mein, 86 saal pehle</w:t>
      </w:r>
      <w:r>
        <w:br/>
      </w:r>
      <w:r>
        <w:rPr>
          <w:sz w:val="20"/>
        </w:rPr>
        <w:t>14:46  UP ke aik gaon mein. Lekin mere paas us waqt koi base nahi thi jahan mein logon ko ikhatta karoon, un ko address karoon. Phir beesiyon jagah mein raha, kahin bhi mere paas base nahi thi.</w:t>
      </w:r>
      <w:r>
        <w:br/>
      </w:r>
      <w:r>
        <w:rPr>
          <w:sz w:val="20"/>
        </w:rPr>
        <w:t>14:59  Phir mein Dilli mein aaya, 67 mein. Us waqt bhi mere paas koi apni base nahi thi.</w:t>
      </w:r>
      <w:r>
        <w:br/>
      </w:r>
      <w:r>
        <w:rPr>
          <w:sz w:val="20"/>
        </w:rPr>
        <w:t>15:07  83 mein mujhe yeh building mili, 83 mein. To mein ne socha ke dekho, 83 se pehle bhi mein aik mission ka zehan rakhta tha, lekin mere paas koi base nahi thi.</w:t>
      </w:r>
      <w:r>
        <w:br/>
      </w:r>
      <w:r>
        <w:rPr>
          <w:sz w:val="20"/>
        </w:rPr>
        <w:t>15:25  Sadak par to aap address nahi karte logon ko, doosron ke jo bases hain, woh hamare karamad nahi thay. Wahan chekhte chalate hain, log taliyan bajate hain, log aap ke</w:t>
      </w:r>
      <w:r>
        <w:br/>
      </w:r>
      <w:r>
        <w:rPr>
          <w:sz w:val="20"/>
        </w:rPr>
        <w:t>15:35  hamare matlab ko nahi tha. Hamare apne mission ki jo requirement hai, us ke mutabiq base chahiye. To yahan par kaam shuru hua.</w:t>
      </w:r>
      <w:r>
        <w:br/>
      </w:r>
      <w:r>
        <w:rPr>
          <w:sz w:val="20"/>
        </w:rPr>
        <w:t>15:47  ab mere bare mein bohat pehle chhupa tha akhbar mein, "lonely voice", akela aik aadmi ki awaz.</w:t>
      </w:r>
      <w:r>
        <w:br/>
      </w:r>
      <w:r>
        <w:rPr>
          <w:sz w:val="20"/>
        </w:rPr>
        <w:t>15:57  aur waqeatan woh us waqt "lonely voice" thi. mein akela aik aadmi tha jab aaya tha, 67 mein dilli mein.</w:t>
      </w:r>
      <w:r>
        <w:br/>
      </w:r>
      <w:r>
        <w:rPr>
          <w:sz w:val="20"/>
        </w:rPr>
        <w:t>16:04  aaj Allah ke fazal se dekhiye, jab yeh base ban gaya, yahan par kaam shuru hua to meri family is mein jud gayi. hamare sath aik team</w:t>
      </w:r>
      <w:r>
        <w:br/>
      </w:r>
      <w:r>
        <w:rPr>
          <w:sz w:val="20"/>
        </w:rPr>
        <w:t>16:15  mil gayi, hum ko hasil ho gayi. abhi mein subah, aaj ki subah, ETV sun raha tha to is mein hum ne dekha ke hamari team ke aik member, Maria, taqreer kar rahi thi.</w:t>
      </w:r>
      <w:r>
        <w:br/>
      </w:r>
      <w:r>
        <w:rPr>
          <w:sz w:val="20"/>
        </w:rPr>
        <w:t>16:28  to mein panthasa road laga.</w:t>
      </w:r>
      <w:r>
        <w:br/>
      </w:r>
      <w:r>
        <w:rPr>
          <w:sz w:val="20"/>
        </w:rPr>
        <w:t>16:33  kyun? agar yeh base jameeri hui to Maria tayyar nahi ho sakti thi. is se pehle itni lambi umar mein mein kisi Maria ko tayyar nahi kar paya tha. aur Maria se sankron hazaron log tayyar ho gaye, kyunke base se hum sirf yeh nahi ke yahan par log ikhatta hote hain,</w:t>
      </w:r>
      <w:r>
        <w:br/>
      </w:r>
      <w:r>
        <w:rPr>
          <w:sz w:val="20"/>
        </w:rPr>
        <w:t>16:51  is is base ko istemal kar ke. aap jante hain ke aaj kitabein chhap rahi</w:t>
      </w:r>
      <w:r>
        <w:br/>
      </w:r>
      <w:r>
        <w:rPr>
          <w:sz w:val="20"/>
        </w:rPr>
        <w:t>16:56  hain, yahan se electronic zaryae ko istemal kiya ja raha hai. yaani aik poori sargermi yahan par hai, is multi-story building mein aur aalami sargermi.</w:t>
      </w:r>
      <w:r>
        <w:br/>
      </w:r>
      <w:r>
        <w:rPr>
          <w:sz w:val="20"/>
        </w:rPr>
        <w:t>17:09  yahan se le kar bahar mulkon tak kaam phaila hua hai. yeh jab base bana, tab base ke baghair mein aik "lonely voice" bana hua tha logon ki nazar mein.</w:t>
      </w:r>
      <w:r>
        <w:br/>
      </w:r>
      <w:r>
        <w:rPr>
          <w:sz w:val="20"/>
        </w:rPr>
        <w:t>17:24  aaj Allah ke fazal se jab Allah taala ne base de diya to tab family ko log jud gaye, team jud gayi, sari duniya mein afraad ikhatta ho gaye aur har jagah kaam kar rahe hain.</w:t>
      </w:r>
      <w:r>
        <w:br/>
      </w:r>
      <w:r>
        <w:rPr>
          <w:sz w:val="20"/>
        </w:rPr>
        <w:t>17:39  there are thousands of Marias, aik nahi hain, jo har jagah kaam kar rahe hain. to yeh waqea jo hua, 83 mein, is ko mein rozana revive karta hoon.</w:t>
      </w:r>
      <w:r>
        <w:br/>
      </w:r>
      <w:r>
        <w:rPr>
          <w:sz w:val="20"/>
        </w:rPr>
        <w:t>17:52  har din mein sochta hoon ke dekho, Allah taala ne yeh base na di hoti to hamara mission jo hai, kuch bhi na hota. missions ko aap yaani sarak par nahi chala sakte, aap mission koi to aap yaqeen kijiye ke mein har din yeh sochta hoon ke Allah taala ne mujhe yeh base di, mujhe yeh family di, mujhe yeh team di, mujhe infrastructure diya,</w:t>
      </w:r>
      <w:r>
        <w:br/>
      </w:r>
      <w:r>
        <w:rPr>
          <w:sz w:val="20"/>
        </w:rPr>
        <w:t>18:19  mujhe print media aur electronic media ko istemal karne wale aadmi diye. yaani dekhiye, ab ghor kijiye ke mein computer ke ABCD nahi janta, mobile ko mein dial nahi kar sakta.</w:t>
      </w:r>
      <w:r>
        <w:br/>
      </w:r>
      <w:r>
        <w:rPr>
          <w:sz w:val="20"/>
        </w:rPr>
        <w:t>18:34  lekin dekhiye, Allah taala ke fazal se kitne sare log, yaani poora poora hamara mission jo hai, woh poora poora mission jo hai, computerize ho kar ho gaya hua hai.</w:t>
      </w:r>
      <w:r>
        <w:br/>
      </w:r>
      <w:r>
        <w:rPr>
          <w:sz w:val="20"/>
        </w:rPr>
        <w:t>18:47  poora poora mission computerize mission hai. kitne sare log is ko electronic media ko istemal kar ke is ko international level par phaila rahe hain, jabke mein ABCD bhi nahi janta.</w:t>
      </w:r>
      <w:r>
        <w:br/>
      </w:r>
      <w:r>
        <w:rPr>
          <w:sz w:val="20"/>
        </w:rPr>
        <w:t>19:00  to mein har din sochta hoon ke Allah taala ka kya inaam hai ke aaj mein jab mein sun raha tha ETV par Maria ki taqreer to mujhe aik ayat samajh mein aayi.</w:t>
      </w:r>
      <w:r>
        <w:br/>
      </w:r>
      <w:r>
        <w:rPr>
          <w:sz w:val="20"/>
        </w:rPr>
        <w:t>19:16  Quran mein hai: "wakaf Allah al momin al qital". yaani jab is zamane mein, Rasool Allah ke zamane mein, dushmanon ne hamla kiya aur Allah ne farishte bheje aur musalmanon ko jeet hui to aaya hai ke "wakaf Allah al momin al qital".</w:t>
      </w:r>
      <w:r>
        <w:br/>
      </w:r>
      <w:r>
        <w:rPr>
          <w:sz w:val="20"/>
        </w:rPr>
        <w:t>19:34  Allah jang ke liye momin ki taraf se kafi ho gaya. to mein ne qital ko badla,</w:t>
      </w:r>
      <w:r>
        <w:br/>
      </w:r>
      <w:r>
        <w:rPr>
          <w:sz w:val="20"/>
        </w:rPr>
        <w:t>19:43  mein ne wahan daawa lafz rakha, "aldawa". "wakaf Allah al momin aldawa". yaani hum jo ajez bande the, kamzor bande the, lekin hum ne dawat ka kaam karna chaha to Allah kafi hoga dawat kaam ko international level par phailane ke liye.</w:t>
      </w:r>
    </w:p>
    <w:p>
      <w:pPr>
        <w:pStyle w:val="Heading2"/>
      </w:pPr>
      <w:r>
        <w:t>The honeybee analogy: Allah selects the sincere from history</w:t>
      </w:r>
    </w:p>
    <w:p>
      <w:r>
        <w:rPr>
          <w:color w:val="666666"/>
          <w:sz w:val="18"/>
        </w:rPr>
        <w:t>Jihad Fillah June 23, 2013 · 5m 46s · at 25:15 · https://youtu.be/NRTno1eQTos?t=1515</w:t>
      </w:r>
    </w:p>
    <w:p>
      <w:r>
        <w:rPr>
          <w:i/>
        </w:rPr>
        <w:t>“The Quran mentions the honeybee, called an-Nahl”</w:t>
      </w:r>
    </w:p>
    <w:p>
      <w:r>
        <w:rPr>
          <w:sz w:val="20"/>
        </w:rPr>
        <w:t>25:15  ab main ek baat aur batata hoon aap ko ke jihad fillah kitni badi cheez hai. abhi haal mein mujhe ek bahut hi anokhi cheez daryaft hui, bahut anokhi cheez.</w:t>
      </w:r>
      <w:r>
        <w:br/>
      </w:r>
      <w:r>
        <w:rPr>
          <w:sz w:val="20"/>
        </w:rPr>
        <w:t>25:26  ye ye karte hue</w:t>
      </w:r>
      <w:r>
        <w:br/>
      </w:r>
      <w:r>
        <w:rPr>
          <w:sz w:val="20"/>
        </w:rPr>
        <w:t>25:32  main shahad ki makkhi ka zikr quran majeed mein hai, jis ko nahl kehte hain. wa huwa rabbuka dhannahl quran mein surah nahl mein aap padh sakte hain.</w:t>
      </w:r>
      <w:r>
        <w:br/>
      </w:r>
      <w:r>
        <w:rPr>
          <w:sz w:val="20"/>
        </w:rPr>
        <w:t>25:44  allah taala ne quran mein farmaya ke allah ne wahy ki shahad ki makkhi ko ke aisa karo, aisa karo. to is par main sochne laga, wo jihad fillah ka amal karne laga.</w:t>
      </w:r>
      <w:r>
        <w:br/>
      </w:r>
      <w:r>
        <w:rPr>
          <w:sz w:val="20"/>
        </w:rPr>
        <w:t>26:01  to kya baat samajh mein aayi ke makkhi ko allah ne jo wahy ki hai, jo taleem ki hai, to wo kya karti hai?</w:t>
      </w:r>
      <w:r>
        <w:br/>
      </w:r>
      <w:r>
        <w:rPr>
          <w:sz w:val="20"/>
        </w:rPr>
        <w:t>26:10  wo aati hai garden mein, jahan darakht hain, phool hain, kaante hain, ghaas hai. wo kya karti hai?</w:t>
      </w:r>
      <w:r>
        <w:br/>
      </w:r>
      <w:r>
        <w:rPr>
          <w:sz w:val="20"/>
        </w:rPr>
        <w:t>26:19  wo seedhi jati hai sirf nectar par. ek phool ke andar thoda sa hota hai, nectar mithas, wo wahan wahan jati hai.</w:t>
      </w:r>
      <w:r>
        <w:br/>
      </w:r>
      <w:r>
        <w:rPr>
          <w:sz w:val="20"/>
        </w:rPr>
        <w:t>26:29  yani wo ghaas ko chhodti hai, kaante ko chhodti hai, darakht ko chhodti hai,</w:t>
      </w:r>
      <w:r>
        <w:br/>
      </w:r>
      <w:r>
        <w:rPr>
          <w:sz w:val="20"/>
        </w:rPr>
        <w:t>26:34  har cheez ko chhod kar seedhi wahi jati hai doctor par. aur doctor ko le kar ja kar ke woh apne apne chhatte mein jama karti hai.</w:t>
      </w:r>
      <w:r>
        <w:br/>
      </w:r>
      <w:r>
        <w:rPr>
          <w:sz w:val="20"/>
        </w:rPr>
        <w:t>26:44  to poore bagh se is ko sirf doctor lena hai aur kuch lena nahi hai. shehad ki makhi ko poore bagh se sirf doctor lena hai aur kuch nahi lena hai.</w:t>
      </w:r>
      <w:r>
        <w:br/>
      </w:r>
      <w:r>
        <w:rPr>
          <w:sz w:val="20"/>
        </w:rPr>
        <w:t>26:54  is ko is par sochte sochte mujhe bohat aik ajeeb si daryaft hui,</w:t>
      </w:r>
      <w:r>
        <w:br/>
      </w:r>
      <w:r>
        <w:rPr>
          <w:sz w:val="20"/>
        </w:rPr>
        <w:t>27:01  woh hai yani tareekh ka qanoon, Allah taala ka jo hai ke Allah taala ne jo insan paida kiye hain aur un ko azadi di hai,</w:t>
      </w:r>
      <w:r>
        <w:br/>
      </w:r>
      <w:r>
        <w:rPr>
          <w:sz w:val="20"/>
        </w:rPr>
        <w:t>27:17  aur saare log misuse kar rahe hain. aur aksar log yeh kehte hain ke tareekh to aik kabaad khana hai, jaraim ka register hai waghera waghera, evil evil se bhara hua hai.</w:t>
      </w:r>
      <w:r>
        <w:br/>
      </w:r>
      <w:r>
        <w:rPr>
          <w:sz w:val="20"/>
        </w:rPr>
        <w:t>27:29  sab log yahi kehte hain,</w:t>
      </w:r>
      <w:r>
        <w:br/>
      </w:r>
      <w:r>
        <w:rPr>
          <w:sz w:val="20"/>
        </w:rPr>
        <w:t>27:31  chahe falsafi hon, philosophers hon, historians hon, reformers hon, sab history ka negative tasweer pesh karte hain.</w:t>
      </w:r>
      <w:r>
        <w:br/>
      </w:r>
      <w:r>
        <w:rPr>
          <w:sz w:val="20"/>
        </w:rPr>
        <w:t>27:40  kyun ke woh dekhte hain ke jangain ho rahi hain, log maar kaat rahe hain, tashaddud kiya ja raha hai, corruption ho raha hai, log loot rahe hain, azadi ko misuse kar rahe hain.</w:t>
      </w:r>
      <w:r>
        <w:br/>
      </w:r>
      <w:r>
        <w:rPr>
          <w:sz w:val="20"/>
        </w:rPr>
        <w:t>27:54  mukhtalif shakalon se duniya mein evil nazar aata hai logon ko. to kya kehte hain log</w:t>
      </w:r>
      <w:r>
        <w:br/>
      </w:r>
      <w:r>
        <w:rPr>
          <w:sz w:val="20"/>
        </w:rPr>
        <w:t>28:00  ? kya yeh to duniya evil se bhari hui hai? yeh to corruption se bhari hui hai? yeh to har taraf kaate hi kaate hain.</w:t>
      </w:r>
      <w:r>
        <w:br/>
      </w:r>
      <w:r>
        <w:rPr>
          <w:sz w:val="20"/>
        </w:rPr>
        <w:t>28:09  to tareekh ka aik negative picture sab ke mind mein bhara hua hai, sab ke mind mein.</w:t>
      </w:r>
      <w:r>
        <w:br/>
      </w:r>
      <w:r>
        <w:rPr>
          <w:sz w:val="20"/>
        </w:rPr>
        <w:t>28:17  is waqeye mein sochte sochte aik bohat bari cheez mujhe daryaft hui ke Allah taala ka jo concern hai, woh majmooa nahi hai, yani saara bagh nahi hai, balkeh individuals hain, yani nectars hain.</w:t>
      </w:r>
      <w:r>
        <w:br/>
      </w:r>
      <w:r>
        <w:rPr>
          <w:sz w:val="20"/>
        </w:rPr>
        <w:t>28:34  yani poori human history mein beshumar log paida ho rahe hain, societies hain, institutions hain, empires hain, insanon ka jangla hai.</w:t>
      </w:r>
      <w:r>
        <w:br/>
      </w:r>
      <w:r>
        <w:rPr>
          <w:sz w:val="20"/>
        </w:rPr>
        <w:t>28:45  lekin isi mein kuch individuals hain, unhi mein jo bohat hi Allah se darne wale, Allah se mohabbat karne wale, aur waqai moral values ka woh follow karne wale,</w:t>
      </w:r>
      <w:r>
        <w:br/>
      </w:r>
      <w:r>
        <w:rPr>
          <w:sz w:val="20"/>
        </w:rPr>
        <w:t>29:00  aur pious log, yani afraad. afraad phir to poori tareekh mein jo individual hain, un ko woh Khuda ka maqsood hai,</w:t>
      </w:r>
      <w:r>
        <w:br/>
      </w:r>
      <w:r>
        <w:rPr>
          <w:sz w:val="20"/>
        </w:rPr>
        <w:t>29:10  un ko Khuda chune ga. jis tarah is ke, yani sehat ki makhi, poore jangla se is ko matlab nahi hai, poore bagh se matlab nahi hai, is ko is ko nectar se matlab hai.</w:t>
      </w:r>
      <w:r>
        <w:br/>
      </w:r>
      <w:r>
        <w:rPr>
          <w:sz w:val="20"/>
        </w:rPr>
        <w:t>29:23  aise hi Allah taala ko saari bheed bhaad se matlab nahi hai, saara crowd se matlab nahi hai, is ko balkeh poori history mein jo individual bikhre hue hain, individual un se matlab hai, un ko chune ga Allah taala.</w:t>
      </w:r>
      <w:r>
        <w:br/>
      </w:r>
      <w:r>
        <w:rPr>
          <w:sz w:val="20"/>
        </w:rPr>
        <w:t>29:39  to poori human history se individual ko chun kar ke woh paidad mein jama kare ga. jis tareeqe se shehad ki makhi jangalon aur baghon aur darakhton aur poora aik biaban ka chakar kar ke sirf nectar ko le leti hai,</w:t>
      </w:r>
      <w:r>
        <w:br/>
      </w:r>
      <w:r>
        <w:rPr>
          <w:sz w:val="20"/>
        </w:rPr>
        <w:t>29:57  aise hi Allah taala poori human history se un afraad ko</w:t>
      </w:r>
      <w:r>
        <w:br/>
      </w:r>
      <w:r>
        <w:rPr>
          <w:sz w:val="20"/>
        </w:rPr>
        <w:t>30:01  le lein ge jo pious hon, jin ke andar justice ho, jo sachche log hon. aur jo Quran mein aata hai ke fi maqad sadq in al-mulk muqtadir yani sachai ki seat par baithne wale.</w:t>
      </w:r>
      <w:r>
        <w:br/>
      </w:r>
      <w:r>
        <w:rPr>
          <w:sz w:val="20"/>
        </w:rPr>
        <w:t>30:16  to sachche insan jo poori history mein honge, sachche afraad, sachche individuals, un ko chanta jayega, chhaant kar nikala jayega, yani sort out kiya jayega.</w:t>
      </w:r>
      <w:r>
        <w:br/>
      </w:r>
      <w:r>
        <w:rPr>
          <w:sz w:val="20"/>
        </w:rPr>
        <w:t>30:28  sort out kar ke in sachche insan ko</w:t>
      </w:r>
      <w:r>
        <w:br/>
      </w:r>
      <w:r>
        <w:rPr>
          <w:sz w:val="20"/>
        </w:rPr>
        <w:t>30:30  nikala jayega. phir wahan par jo sachai ki seat hogi, hogi Allah ke darbar mein, un ko wahan jagah mile gi. baqi logon ko jaise hota hai, woh rubbish ki taraf phenk diya jayega.</w:t>
      </w:r>
      <w:r>
        <w:br/>
      </w:r>
      <w:r>
        <w:rPr>
          <w:sz w:val="20"/>
        </w:rPr>
        <w:t>30:44  rubbish kooda khane mein, litter bin mein, ya aik universal litter bin hoga, us mein sab log phenk diye jayenge.</w:t>
      </w:r>
      <w:r>
        <w:br/>
      </w:r>
      <w:r>
        <w:rPr>
          <w:sz w:val="20"/>
        </w:rPr>
        <w:t>30:53  jao! to history kitni beautiful ho gayi!</w:t>
      </w:r>
    </w:p>
    <w:p>
      <w:pPr>
        <w:pStyle w:val="Heading2"/>
      </w:pPr>
      <w:r>
        <w:t>Love as outcome, need for reflection</w:t>
      </w:r>
    </w:p>
    <w:p>
      <w:r>
        <w:rPr>
          <w:color w:val="666666"/>
          <w:sz w:val="18"/>
        </w:rPr>
        <w:t>Divine Love 19 Oct, 2019 - Maulana Wahiduddin Khan · 4m 53s · at 6:58 · https://youtu.be/PBiwMk_tLH8?t=418</w:t>
      </w:r>
    </w:p>
    <w:p>
      <w:r>
        <w:rPr>
          <w:i/>
        </w:rPr>
        <w:t>“Yeh jo Quran mein hai: Wallazina aamanu ashaddu hubban lillah”</w:t>
      </w:r>
    </w:p>
    <w:p>
      <w:r>
        <w:rPr>
          <w:sz w:val="20"/>
        </w:rPr>
        <w:t>6:58  yeh jo Quran mein hai: "wallazeena aamanoo ashadd huban lillahi". aamanoo ka matlab kya hai? woh discover karte hain khaliq ko.</w:t>
      </w:r>
      <w:r>
        <w:br/>
      </w:r>
      <w:r>
        <w:rPr>
          <w:sz w:val="20"/>
        </w:rPr>
        <w:t>7:13  jo khalq ko agar discovery paate hain, marifat,</w:t>
      </w:r>
      <w:r>
        <w:br/>
      </w:r>
      <w:r>
        <w:rPr>
          <w:sz w:val="20"/>
        </w:rPr>
        <w:t>7:22  to mohabbat result hai is discovery ka. har discovery agar na ho to kuch bhi nahi hoga.</w:t>
      </w:r>
      <w:r>
        <w:br/>
      </w:r>
      <w:r>
        <w:rPr>
          <w:sz w:val="20"/>
        </w:rPr>
        <w:t>7:40  to imaan laane ke baad aap ka kaam khatam nahi hota, balkay shuru hota hai.</w:t>
      </w:r>
      <w:r>
        <w:br/>
      </w:r>
      <w:r>
        <w:rPr>
          <w:sz w:val="20"/>
        </w:rPr>
        <w:t>7:54  shuru hota hai.</w:t>
      </w:r>
      <w:r>
        <w:br/>
      </w:r>
      <w:r>
        <w:rPr>
          <w:sz w:val="20"/>
        </w:rPr>
        <w:t>8:01  aik process aap ke mind mein chalna shuru hota hai jo sari cheezon ko</w:t>
      </w:r>
      <w:r>
        <w:br/>
      </w:r>
      <w:r>
        <w:rPr>
          <w:sz w:val="20"/>
        </w:rPr>
        <w:t>8:14  jaanna chahta hai. yeh kaise? woh kaise?</w:t>
      </w:r>
      <w:r>
        <w:br/>
      </w:r>
      <w:r>
        <w:rPr>
          <w:sz w:val="20"/>
        </w:rPr>
        <w:t>8:21  is jaanne ki koshish mein aap ko tawajjuh ki hikmat daryaft hoti hai. hikmat.</w:t>
      </w:r>
      <w:r>
        <w:br/>
      </w:r>
      <w:r>
        <w:rPr>
          <w:sz w:val="20"/>
        </w:rPr>
        <w:t>8:32  yeh hikmat jo hai, jitna zyada aap jaante hain, utne zyada aap ke andar Allah ki mohabbat paida hoti hai.</w:t>
      </w:r>
      <w:r>
        <w:br/>
      </w:r>
      <w:r>
        <w:rPr>
          <w:sz w:val="20"/>
        </w:rPr>
        <w:t>8:48  to mohabbat jo hai, koi</w:t>
      </w:r>
      <w:r>
        <w:br/>
      </w:r>
      <w:r>
        <w:rPr>
          <w:sz w:val="20"/>
        </w:rPr>
        <w:t>8:54  mohabbat, koi</w:t>
      </w:r>
      <w:r>
        <w:br/>
      </w:r>
      <w:r>
        <w:rPr>
          <w:sz w:val="20"/>
        </w:rPr>
        <w:t>9:03  hukm, order ki cheez nahi hai ke order de diya ke Allah se mohabbat karo to aap log mohabbat karte hain.</w:t>
      </w:r>
      <w:r>
        <w:br/>
      </w:r>
      <w:r>
        <w:rPr>
          <w:sz w:val="20"/>
        </w:rPr>
        <w:t>9:15  yeh amr ke taur par nahi aati hai.</w:t>
      </w:r>
      <w:r>
        <w:br/>
      </w:r>
      <w:r>
        <w:rPr>
          <w:sz w:val="20"/>
        </w:rPr>
        <w:t>9:23  mohabbat bator amr nahi aati. bator out come aati hai. result ke taur par aati hai.</w:t>
      </w:r>
      <w:r>
        <w:br/>
      </w:r>
      <w:r>
        <w:rPr>
          <w:sz w:val="20"/>
        </w:rPr>
        <w:t>9:39  mera, mera bachpan se meri aadat hai har cheez par sochna, har cheez par ghhor karna. to aap mein se har shakhs divine love ke baray mein, us ke paas jo ideas hon, woh bataye.</w:t>
      </w:r>
      <w:r>
        <w:br/>
      </w:r>
      <w:r>
        <w:rPr>
          <w:sz w:val="20"/>
        </w:rPr>
        <w:t>9:59  main ne initiate kar diya hai. ab aap log boliye divine love par, Allah se mohabbat par.</w:t>
      </w:r>
      <w:r>
        <w:br/>
      </w:r>
      <w:r>
        <w:rPr>
          <w:sz w:val="20"/>
        </w:rPr>
        <w:t>10:12  aur main yeh ata kar sakta hoon ke agar Allah se mohabbat wala ta'alluq paida na ho to kuch nahi, nothing hai.</w:t>
      </w:r>
      <w:r>
        <w:br/>
      </w:r>
      <w:r>
        <w:rPr>
          <w:sz w:val="20"/>
        </w:rPr>
        <w:t>10:23  woh koi imaan bhi nahi hai.</w:t>
      </w:r>
      <w:r>
        <w:br/>
      </w:r>
      <w:r>
        <w:rPr>
          <w:sz w:val="20"/>
        </w:rPr>
        <w:t>10:28  imaan ki pehchan yeh hai, imaan ki pehchan yeh hai ke ke momin ko Allah se mohabbat wala ta'alluq paida ho jaye.</w:t>
      </w:r>
      <w:r>
        <w:br/>
      </w:r>
      <w:r>
        <w:rPr>
          <w:sz w:val="20"/>
        </w:rPr>
        <w:t>10:43  kyun ke discovery imaan ke baad aap ko discovery honi chahiye. jab aap ko</w:t>
      </w:r>
      <w:r>
        <w:br/>
      </w:r>
      <w:r>
        <w:rPr>
          <w:sz w:val="20"/>
        </w:rPr>
        <w:t>10:55  discovery hogi,</w:t>
      </w:r>
      <w:r>
        <w:br/>
      </w:r>
      <w:r>
        <w:rPr>
          <w:sz w:val="20"/>
        </w:rPr>
        <w:t>10:59  takhleeq bari hikmat ho is ki, to us ke baad fitri taur par Allah se mohabbat paida ho jayegi.</w:t>
      </w:r>
      <w:r>
        <w:br/>
      </w:r>
      <w:r>
        <w:rPr>
          <w:sz w:val="20"/>
        </w:rPr>
        <w:t>11:15  agar aap ke andar ghhor o fikr ka mizaj paida ho jaye to aap discover karenge ke aik aik cheez bhi hikmat hai.</w:t>
      </w:r>
      <w:r>
        <w:br/>
      </w:r>
      <w:r>
        <w:rPr>
          <w:sz w:val="20"/>
        </w:rPr>
        <w:t>11:25  hata ghhas mein bhi, keeday makoray mein bhi, har cheez mein. to jab aap yeh daryaft karenge</w:t>
      </w:r>
      <w:r>
        <w:br/>
      </w:r>
      <w:r>
        <w:rPr>
          <w:sz w:val="20"/>
        </w:rPr>
        <w:t>11:38  ke har cheez mein hikmat hai to Allah se ta'alluq aap ka bohat badh jayega. badhte badhte woh mohabbat ban jayega.</w:t>
      </w:r>
    </w:p>
    <w:p>
      <w:pPr>
        <w:pStyle w:val="Heading2"/>
      </w:pPr>
      <w:r>
        <w:t>Billy Graham's story of the hopeless billionaire</w:t>
      </w:r>
    </w:p>
    <w:p>
      <w:r>
        <w:rPr>
          <w:color w:val="666666"/>
          <w:sz w:val="18"/>
        </w:rPr>
        <w:t>Return to Paradise May 30, 2009 · 4m 39s · at 27:30 · https://youtu.be/WnsvBfxBpVQ?t=1650</w:t>
      </w:r>
    </w:p>
    <w:p>
      <w:r>
        <w:rPr>
          <w:i/>
        </w:rPr>
        <w:t>“I would like to narrate a very relevant story”</w:t>
      </w:r>
    </w:p>
    <w:p>
      <w:r>
        <w:rPr>
          <w:sz w:val="20"/>
        </w:rPr>
        <w:t>27:30  i would like to narrate a very relevant story.</w:t>
      </w:r>
      <w:r>
        <w:br/>
      </w:r>
      <w:r>
        <w:rPr>
          <w:sz w:val="20"/>
        </w:rPr>
        <w:t>27:39  you know, billy graham is a american missionary.</w:t>
      </w:r>
      <w:r>
        <w:br/>
      </w:r>
      <w:r>
        <w:rPr>
          <w:sz w:val="20"/>
        </w:rPr>
        <w:t>27:49  american missionary. now, he is 90, 90 years old, nine zero.</w:t>
      </w:r>
      <w:r>
        <w:br/>
      </w:r>
      <w:r>
        <w:rPr>
          <w:sz w:val="20"/>
        </w:rPr>
        <w:t>27:58  he has narrated a story that once he was in travel, he received a, and</w:t>
      </w:r>
      <w:r>
        <w:br/>
      </w:r>
      <w:r>
        <w:rPr>
          <w:sz w:val="20"/>
        </w:rPr>
        <w:t>28:12  a message from a billionaire, from american billionaire.</w:t>
      </w:r>
      <w:r>
        <w:br/>
      </w:r>
      <w:r>
        <w:rPr>
          <w:sz w:val="20"/>
        </w:rPr>
        <w:t>28:22  it was urgent message:</w:t>
      </w:r>
      <w:r>
        <w:br/>
      </w:r>
      <w:r>
        <w:rPr>
          <w:sz w:val="20"/>
        </w:rPr>
        <w:t>28:28  "come soon without delay." so billy graham cancel his engagement, and he rest to that town where the billion was living</w:t>
      </w:r>
      <w:r>
        <w:br/>
      </w:r>
      <w:r>
        <w:rPr>
          <w:sz w:val="20"/>
        </w:rPr>
        <w:t>28:48  . so when they were face to face, when they are face to face, that billionaire said: "you see, i am an old man.</w:t>
      </w:r>
      <w:r>
        <w:br/>
      </w:r>
      <w:r>
        <w:rPr>
          <w:sz w:val="20"/>
        </w:rPr>
        <w:t>29:06  life has lost all meaning. i am going to take a fateful leap into the unknown.</w:t>
      </w:r>
      <w:r>
        <w:br/>
      </w:r>
      <w:r>
        <w:rPr>
          <w:sz w:val="20"/>
        </w:rPr>
        <w:t>29:18  young man, can you give me a ray of hope?" i think this was not simply voice of an american.</w:t>
      </w:r>
      <w:r>
        <w:br/>
      </w:r>
      <w:r>
        <w:rPr>
          <w:sz w:val="20"/>
        </w:rPr>
        <w:t>29:31  this is a voice of every human being. everyone want to know,</w:t>
      </w:r>
      <w:r>
        <w:br/>
      </w:r>
      <w:r>
        <w:rPr>
          <w:sz w:val="20"/>
        </w:rPr>
        <w:t>29:42  because everyone, everyone knows that sooner or later he will die.</w:t>
      </w:r>
      <w:r>
        <w:br/>
      </w:r>
      <w:r>
        <w:rPr>
          <w:sz w:val="20"/>
        </w:rPr>
        <w:t>29:51  then after, what is after death? everyone want to know, consciously or unconsciously, why the ray of hope for me after death?</w:t>
      </w:r>
      <w:r>
        <w:br/>
      </w:r>
      <w:r>
        <w:rPr>
          <w:sz w:val="20"/>
        </w:rPr>
        <w:t>30:03  so this is a question of every human being, every man and woman, and paradise is the only answer.</w:t>
      </w:r>
      <w:r>
        <w:br/>
      </w:r>
      <w:r>
        <w:rPr>
          <w:sz w:val="20"/>
        </w:rPr>
        <w:t>30:14  without paradise, there is no hope at all.</w:t>
      </w:r>
      <w:r>
        <w:br/>
      </w:r>
      <w:r>
        <w:rPr>
          <w:sz w:val="20"/>
        </w:rPr>
        <w:t>30:19  if there is no paradise, there is no hope. no hope at all. so paradise is the only ray of hope.</w:t>
      </w:r>
      <w:r>
        <w:br/>
      </w:r>
      <w:r>
        <w:rPr>
          <w:sz w:val="20"/>
        </w:rPr>
        <w:t>30:32  one can live in this world with with full satisfaction that when i, when i end my life in this world, then i can find the, the my cherish world in the here after</w:t>
      </w:r>
      <w:r>
        <w:br/>
      </w:r>
      <w:r>
        <w:rPr>
          <w:sz w:val="20"/>
        </w:rPr>
        <w:t>31:00  . so it is life is a transfer, transfer of this world to the other world. death is a transfer point.</w:t>
      </w:r>
      <w:r>
        <w:br/>
      </w:r>
      <w:r>
        <w:rPr>
          <w:sz w:val="20"/>
        </w:rPr>
        <w:t>31:12  when we die, we will, we will go to the other world. so it is like a transfer. so now,</w:t>
      </w:r>
      <w:r>
        <w:br/>
      </w:r>
      <w:r>
        <w:rPr>
          <w:sz w:val="20"/>
        </w:rPr>
        <w:t>31:24  we have to know</w:t>
      </w:r>
      <w:r>
        <w:br/>
      </w:r>
      <w:r>
        <w:rPr>
          <w:sz w:val="20"/>
        </w:rPr>
        <w:t>31:28  that what to do,</w:t>
      </w:r>
      <w:r>
        <w:br/>
      </w:r>
      <w:r>
        <w:rPr>
          <w:sz w:val="20"/>
        </w:rPr>
        <w:t>31:30  how to achieve that paradise. this is the crucial question. this is the important question.</w:t>
      </w:r>
      <w:r>
        <w:br/>
      </w:r>
      <w:r>
        <w:rPr>
          <w:sz w:val="20"/>
        </w:rPr>
        <w:t>31:42  this is the fact that man was created by god. this is the fact that according to, according to the creation plan, there is a death.</w:t>
      </w:r>
      <w:r>
        <w:br/>
      </w:r>
      <w:r>
        <w:rPr>
          <w:sz w:val="20"/>
        </w:rPr>
        <w:t>31:51  This is the fact that there is a life after death. That is the fact that there is a paradise.</w:t>
      </w:r>
      <w:r>
        <w:br/>
      </w:r>
      <w:r>
        <w:rPr>
          <w:sz w:val="20"/>
        </w:rPr>
        <w:t>31:59  Now, what to do to, to find re-entry into paradise? As I have said that</w:t>
      </w:r>
    </w:p>
    <w:p>
      <w:pPr>
        <w:pStyle w:val="Heading2"/>
      </w:pPr>
      <w:r>
        <w:t>Kaaba's 360 idols and why the Quran ignored them first</w:t>
      </w:r>
    </w:p>
    <w:p>
      <w:r>
        <w:rPr>
          <w:color w:val="666666"/>
          <w:sz w:val="18"/>
        </w:rPr>
        <w:t>History of Islamic Learning May 14, 2006 Part 1 · 3m 45s · at 17:43 · https://youtu.be/wwWdRNJl7Ck?t=1063</w:t>
      </w:r>
    </w:p>
    <w:p>
      <w:r>
        <w:rPr>
          <w:i/>
        </w:rPr>
        <w:t>“The Kaaba had 360 idols — but the Quran didn't mention them”</w:t>
      </w:r>
    </w:p>
    <w:p>
      <w:r>
        <w:rPr>
          <w:sz w:val="20"/>
        </w:rPr>
        <w:t>17:43  Prophet of Islam jab aaye, jab shuru kiya aap ne apna mission 610 AD mein Mecca mein, Arab mein, us waqt Mecca mein jo religious center tha, woh Kaaba tha.</w:t>
      </w:r>
      <w:r>
        <w:br/>
      </w:r>
      <w:r>
        <w:rPr>
          <w:sz w:val="20"/>
        </w:rPr>
        <w:t>18:00  pehlay se chala aa raha tha woh religious center jo Hazrat Ibrahim ne banaya tha. To wahan kya tha?</w:t>
      </w:r>
      <w:r>
        <w:br/>
      </w:r>
      <w:r>
        <w:rPr>
          <w:sz w:val="20"/>
        </w:rPr>
        <w:t>18:10  banaya gaya tha woh tawheed ke liye, yaani oneness of God ka jo concept hai, us ke center ke taur par Kaaba ko banaya gaya tha.</w:t>
      </w:r>
      <w:r>
        <w:br/>
      </w:r>
      <w:r>
        <w:rPr>
          <w:sz w:val="20"/>
        </w:rPr>
        <w:t>18:21  lekin sadiyon ke baad wahan bigaad aata raha, bigaad aata raha, yahan tak ke logon ne is mein bohat se idol rakh diye. to woh bton ka center ban gaya tha.</w:t>
      </w:r>
      <w:r>
        <w:br/>
      </w:r>
      <w:r>
        <w:rPr>
          <w:sz w:val="20"/>
        </w:rPr>
        <w:t>18:34  360 idol wahan thay kaba ke andar.</w:t>
      </w:r>
      <w:r>
        <w:br/>
      </w:r>
      <w:r>
        <w:rPr>
          <w:sz w:val="20"/>
        </w:rPr>
        <w:t>18:39  ek bohat hi sochne ki baat hai ke pehli arz jo quran ki utri, pehli is mein kaha gaya wasayabaka fatahirun ya ayyuhal muddassir fanzir warabbaka fakabbirun yani is mein yeh nahi kaha gaya ke taheril kaba bin al-asnam kaba ko bton se pak karo.</w:t>
      </w:r>
      <w:r>
        <w:br/>
      </w:r>
      <w:r>
        <w:rPr>
          <w:sz w:val="20"/>
        </w:rPr>
        <w:t>19:01  yani jis waqt quran ki ayat utri, sab se bara issue jo tha, abwaisli woh yeh tha ke kaba mein 360 but rakhe hue hain.</w:t>
      </w:r>
      <w:r>
        <w:br/>
      </w:r>
      <w:r>
        <w:rPr>
          <w:sz w:val="20"/>
        </w:rPr>
        <w:t>19:13  mein samajhta hoon ke sab se bara issue yahi tha, doosra koi issue itna bara nahi tha wahan par. lekin aap dekhiye ke quran ka, quran ki jo ayaten aain us waqt, is mein is ka koi mention hi nahi.</w:t>
      </w:r>
      <w:r>
        <w:br/>
      </w:r>
      <w:r>
        <w:rPr>
          <w:sz w:val="20"/>
        </w:rPr>
        <w:t>19:27  is ko hum history se jante hain.</w:t>
      </w:r>
      <w:r>
        <w:br/>
      </w:r>
      <w:r>
        <w:rPr>
          <w:sz w:val="20"/>
        </w:rPr>
        <w:t>19:31  yeh baat hum history se jante hain, quran se nahi. agar quran mein yeh hota watahiril kaba bin al-asnam kaba mein but hain, un ko pak karo bton se kaba ko, to hum jaan lete.</w:t>
      </w:r>
      <w:r>
        <w:br/>
      </w:r>
      <w:r>
        <w:rPr>
          <w:sz w:val="20"/>
        </w:rPr>
        <w:t>19:43  lekin yeh ayat hi nahi utri quran mein. kya utri wasayabaka fatahirun apne kirdaar ko acha banao. sochne ki baat hai ke kya concept hai religion ka islam mein.</w:t>
      </w:r>
      <w:r>
        <w:br/>
      </w:r>
      <w:r>
        <w:rPr>
          <w:sz w:val="20"/>
        </w:rPr>
        <w:t>19:59  wasayabaka fatahirun quran mein aaya shuru mein. yani apne dil ko bton se pak karo. bahar ke but to baad ko pak ho hi jayenge.</w:t>
      </w:r>
      <w:r>
        <w:br/>
      </w:r>
      <w:r>
        <w:rPr>
          <w:sz w:val="20"/>
        </w:rPr>
        <w:t>20:11  agar aap sochiye is par ke us waqt jab ke kaba mein 360 but rakhe hue thay, tab yeh na nahi aaya ke in bton se pak karo kaba ko, balke yeh aaya ke apne aap ko achhe kirdaar mein dhalo.</w:t>
      </w:r>
      <w:r>
        <w:br/>
      </w:r>
      <w:r>
        <w:rPr>
          <w:sz w:val="20"/>
        </w:rPr>
        <w:t>20:27  wasayabaka fatahirun</w:t>
      </w:r>
      <w:r>
        <w:br/>
      </w:r>
      <w:r>
        <w:rPr>
          <w:sz w:val="20"/>
        </w:rPr>
        <w:t>20:29  apne aap ko acha banao. to agar aap doosre lafzon mein sochein to is ka matlab yeh tha ke apne dil mein safai karo.</w:t>
      </w:r>
      <w:r>
        <w:br/>
      </w:r>
      <w:r>
        <w:rPr>
          <w:sz w:val="20"/>
        </w:rPr>
        <w:t>20:42  diloon mein insan, insan ke diloon mein jo, is ka matlab nahi ke prophet se khitab kiya gaya. is ayat mein sare un logon ko khitab kiya gaya jo ke jin ko samne quran pesh kiya jana tha.</w:t>
      </w:r>
      <w:r>
        <w:br/>
      </w:r>
      <w:r>
        <w:rPr>
          <w:sz w:val="20"/>
        </w:rPr>
        <w:t>20:57  is ka matlab tha ke aye logon, apne dil ko pak karo bton se. agar tum ne aisa kar liya to bahar ke jo but hain, woh apne aap pak ho jayenge.</w:t>
      </w:r>
      <w:r>
        <w:br/>
      </w:r>
      <w:r>
        <w:rPr>
          <w:sz w:val="20"/>
        </w:rPr>
        <w:t>21:10  to kya islam ka jo aaghaz hota hai, woh sayabaka fatahirun se hota hai? aur is ka yeh baat ka anjaam hai ke taheril kaba bin al-asnam</w:t>
      </w:r>
      <w:r>
        <w:br/>
      </w:r>
      <w:r>
        <w:rPr>
          <w:sz w:val="20"/>
        </w:rPr>
        <w:t>21:22  yeh bohat hi important point hai jis ko hamein samajhna chahiye</w:t>
      </w:r>
    </w:p>
    <w:p>
      <w:pPr>
        <w:pStyle w:val="Heading2"/>
      </w:pPr>
      <w:r>
        <w:t>Modesty as the door to all virtues and angelic company</w:t>
      </w:r>
    </w:p>
    <w:p>
      <w:r>
        <w:rPr>
          <w:color w:val="666666"/>
          <w:sz w:val="18"/>
        </w:rPr>
        <w:t>Discovery of God May 1, 2010 Maulana Wahiduddin Khan · 5m 15s · at 40:50 · https://youtu.be/8uH7AqevG6g?t=2450</w:t>
      </w:r>
    </w:p>
    <w:p>
      <w:r>
        <w:rPr>
          <w:i/>
        </w:rPr>
        <w:t>“ماڈیسٹی جو ہے، ان سارے ساری اچھائیوں کا دروازہ ہے”</w:t>
      </w:r>
    </w:p>
    <w:p>
      <w:r>
        <w:rPr>
          <w:sz w:val="20"/>
        </w:rPr>
        <w:t>40:50  yani bohat ziyada ahmiyat hai modesty ki. mein samajhta hoon modesty jo hai, in saaray saari achaiyon ka darwaza hai.</w:t>
      </w:r>
      <w:r>
        <w:br/>
      </w:r>
      <w:r>
        <w:rPr>
          <w:sz w:val="20"/>
        </w:rPr>
        <w:t>41:06  modesty nahi hai to, modesty agar nahi hai to aap ka arrogance aayega, hate aayegi. aap ki learning spirit nahi hogi.</w:t>
      </w:r>
      <w:r>
        <w:br/>
      </w:r>
      <w:r>
        <w:rPr>
          <w:sz w:val="20"/>
        </w:rPr>
        <w:t>41:18  jaise aik aik rozana ka mera tajurba hai, daily ka tajurba. koi milnay aayega, ab woh khud hi apni baatein kehta rahega, kehta rahega, kehta rahega.</w:t>
      </w:r>
      <w:r>
        <w:br/>
      </w:r>
      <w:r>
        <w:rPr>
          <w:sz w:val="20"/>
        </w:rPr>
        <w:t>41:27  telephone aayega, apni baat kehtay rahengay. yani saaray log kya hain? kya monologer hain?</w:t>
      </w:r>
      <w:r>
        <w:br/>
      </w:r>
      <w:r>
        <w:rPr>
          <w:sz w:val="20"/>
        </w:rPr>
        <w:t>41:34  aaj kal ke samaj mein har aadmi monologer bana hua hai. kyun? modesty nahi hai. modesty ho to us ke andar learning spirit hogi.</w:t>
      </w:r>
      <w:r>
        <w:br/>
      </w:r>
      <w:r>
        <w:rPr>
          <w:sz w:val="20"/>
        </w:rPr>
        <w:t>41:43  kuch seekhna chahega woh. doosron se koi poochna chahega. aksar mujhe telephone karna parta hai ke bhai aap se telephone kiya tha? mujh se poochnay ke liye ya batany ke liye?</w:t>
      </w:r>
      <w:r>
        <w:br/>
      </w:r>
      <w:r>
        <w:rPr>
          <w:sz w:val="20"/>
        </w:rPr>
        <w:t>41:53  sunnay ke liye ya sunanay ke liye? aksar yeh kehna parta hai. jab woh der tak bol raha hota hai, bol raha hota to mein kehta hoon bhai aap ne mujhe telephone kiya hai?</w:t>
      </w:r>
      <w:r>
        <w:br/>
      </w:r>
      <w:r>
        <w:rPr>
          <w:sz w:val="20"/>
        </w:rPr>
        <w:t>42:03  to sunnay ke liye ya sunanay ke liye? to har aadmi monologer hai. kyun? is liye ke woh modesty nahi hai logon ke andar.</w:t>
      </w:r>
      <w:r>
        <w:br/>
      </w:r>
      <w:r>
        <w:rPr>
          <w:sz w:val="20"/>
        </w:rPr>
        <w:t>42:15  modesty ka matlab yeh hai ke aap, yani aik pehchan us ki, aik aap ke andar learning spirit ho. jaise Haider Umar ke baray mein aata hai ke كانوا يتعلمون من كل أحد yani har aik se woh learning kartay thay.</w:t>
      </w:r>
      <w:r>
        <w:br/>
      </w:r>
      <w:r>
        <w:rPr>
          <w:sz w:val="20"/>
        </w:rPr>
        <w:t>42:32  har aik se woh learning kartay thay. acha, learning kab kar payega aadmi? jab us ke paas modesty hogi. jab us ke andar modesty hogi.</w:t>
      </w:r>
      <w:r>
        <w:br/>
      </w:r>
      <w:r>
        <w:rPr>
          <w:sz w:val="20"/>
        </w:rPr>
        <w:t>42:50  jaise Haider Umar, Haider Umar ka aik waqia hai ke unhon ne aik aik aik masjid mein aik taqreer ki.</w:t>
      </w:r>
      <w:r>
        <w:br/>
      </w:r>
      <w:r>
        <w:rPr>
          <w:sz w:val="20"/>
        </w:rPr>
        <w:t>43:04  to us zamanay mein aurtain bhi rehti theen, masjid bhi rehti theen. to</w:t>
      </w:r>
      <w:r>
        <w:br/>
      </w:r>
      <w:r>
        <w:rPr>
          <w:sz w:val="20"/>
        </w:rPr>
        <w:t>43:11  aik aurat khari hui, boodhi aurat, us ne Haider Umar ke is par criticize kar diya.</w:t>
      </w:r>
      <w:r>
        <w:br/>
      </w:r>
      <w:r>
        <w:rPr>
          <w:sz w:val="20"/>
        </w:rPr>
        <w:t>43:17  wahan chounkay aisa mahol nahi tha, haan woh khaleefa thay lekin woh wahan koi rok nahi thi. unhon ne kaha ji ke aap ne aaj yeh baat kaise keh di?</w:t>
      </w:r>
      <w:r>
        <w:br/>
      </w:r>
      <w:r>
        <w:rPr>
          <w:sz w:val="20"/>
        </w:rPr>
        <w:t>43:28  yeh to sahi nahi hai. Haider Umar ne kaha ke كل الناس عالم من العمر حتى لا جائز yani har aadmi ziyada jaanta hai.</w:t>
      </w:r>
      <w:r>
        <w:br/>
      </w:r>
      <w:r>
        <w:rPr>
          <w:sz w:val="20"/>
        </w:rPr>
        <w:t>43:40  yahan tak ke yeh boodhi aurat bhi us se ziyada jaanti hai.</w:t>
      </w:r>
      <w:r>
        <w:br/>
      </w:r>
      <w:r>
        <w:rPr>
          <w:sz w:val="20"/>
        </w:rPr>
        <w:t>43:43  to aik din mein ghar mein raha, qissa aisa hua ke woh kaun si baat hui to Sagira jo hamara kaam karti hai, to us se mein ne kaha.</w:t>
      </w:r>
      <w:r>
        <w:br/>
      </w:r>
      <w:r>
        <w:rPr>
          <w:sz w:val="20"/>
        </w:rPr>
        <w:t>43:56  to us ne woh kaam kar diya jo meri aqal mein nahi aaya tha. to woh Fayyaz Sahab bhi thay. unhon ne kaha ke كل الناس عالم مني حتى الصغيرة</w:t>
      </w:r>
      <w:r>
        <w:br/>
      </w:r>
      <w:r>
        <w:rPr>
          <w:sz w:val="20"/>
        </w:rPr>
        <w:t>44:09  har aik mujh se ziyada jaanta hai, yahan tak ke Sagira bhi.</w:t>
      </w:r>
      <w:r>
        <w:br/>
      </w:r>
      <w:r>
        <w:rPr>
          <w:sz w:val="20"/>
        </w:rPr>
        <w:t>44:14  to yeh jo hai, is ka naam modesty hai. agar aap chahtay hain ke aap ka ilm barhay, aap ka taqwa barhay, aap ka yani marifat barhay,</w:t>
      </w:r>
      <w:r>
        <w:br/>
      </w:r>
      <w:r>
        <w:rPr>
          <w:sz w:val="20"/>
        </w:rPr>
        <w:t>44:27  yani god ka realization barhe, aur sab se barh kar saghira ka yeh ke aap farishtay aap ki sohbat mein rehne lagen.</w:t>
      </w:r>
      <w:r>
        <w:br/>
      </w:r>
      <w:r>
        <w:rPr>
          <w:sz w:val="20"/>
        </w:rPr>
        <w:t>44:38  sab se bari baat, dekhen, mein sab se zyada ahmiyat deta hoon is baat ka ke aap farishtay aap ke saathi ban jayen. Sab se zyada ahmiyat mein is ko deta hoon.</w:t>
      </w:r>
      <w:r>
        <w:br/>
      </w:r>
      <w:r>
        <w:rPr>
          <w:sz w:val="20"/>
        </w:rPr>
        <w:t>44:50  to agar aap yeh chahte hain ke aap ke aas paas farishtay rehne lagen</w:t>
      </w:r>
      <w:r>
        <w:br/>
      </w:r>
      <w:r>
        <w:rPr>
          <w:sz w:val="20"/>
        </w:rPr>
        <w:t>44:57  to aap ko modesty, modest banna parhe ga.</w:t>
      </w:r>
      <w:r>
        <w:br/>
      </w:r>
      <w:r>
        <w:rPr>
          <w:sz w:val="20"/>
        </w:rPr>
        <w:t>45:02  yani is ki misaal dunya mein Allah taala ne qaim kar di hai ke agar aap chahte hain ke shehad ki makhi aap ke paas aaye to wahan wahan woh woh phool ugana parhe ga jahan nectar hota hai.</w:t>
      </w:r>
      <w:r>
        <w:br/>
      </w:r>
      <w:r>
        <w:rPr>
          <w:sz w:val="20"/>
        </w:rPr>
        <w:t>45:15  yani aise peṛ agar aap ke paas jahan nectar nahi hai to shehad ki makhi nahi aye gi. To aap ko apne andar nectar, yani modesty jo hai, ek nectar hai.</w:t>
      </w:r>
      <w:r>
        <w:br/>
      </w:r>
      <w:r>
        <w:rPr>
          <w:sz w:val="20"/>
        </w:rPr>
        <w:t>45:26  jis tarah phool mein nectar ka role yeh hota hai ke is ke paas shehad ki makhian aati hain,</w:t>
      </w:r>
      <w:r>
        <w:br/>
      </w:r>
      <w:r>
        <w:rPr>
          <w:sz w:val="20"/>
        </w:rPr>
        <w:t>45:32  to aap ki zindagi mein, aap ki personality mein nectar jo hai, woh modesty hai. Woh hai to farishtay ayen ge, nahi to nahi ayen ge.</w:t>
      </w:r>
      <w:r>
        <w:br/>
      </w:r>
      <w:r>
        <w:rPr>
          <w:sz w:val="20"/>
        </w:rPr>
        <w:t>45:44  aur farishton ki sohbat se, mehroomi se, bari mehroomi aur koi nahi. Koi is se bari mehroomi nahi hai.</w:t>
      </w:r>
    </w:p>
    <w:p>
      <w:pPr>
        <w:pStyle w:val="Heading2"/>
      </w:pPr>
      <w:r>
        <w:t>Bani Israel's special blessing</w:t>
      </w:r>
    </w:p>
    <w:p>
      <w:r>
        <w:rPr>
          <w:color w:val="666666"/>
          <w:sz w:val="18"/>
        </w:rPr>
        <w:t>2 38 50 Chapter Al Baqrah, Aug 16, 2015 · 3m 20s · at 31:16 · https://youtu.be/-rnisj6wQQo?t=1876</w:t>
      </w:r>
    </w:p>
    <w:p>
      <w:r>
        <w:rPr>
          <w:i/>
        </w:rPr>
        <w:t>“يَا بَنِي إِسْرَائِيلَ اذْكُرُوا نِعْمَتِي”</w:t>
      </w:r>
    </w:p>
    <w:p>
      <w:r>
        <w:rPr>
          <w:sz w:val="20"/>
        </w:rPr>
        <w:t>31:16  ya bani israiluzkurunimatiyllati anamtualaykum.</w:t>
      </w:r>
      <w:r>
        <w:br/>
      </w:r>
      <w:r>
        <w:rPr>
          <w:sz w:val="20"/>
        </w:rPr>
        <w:t>31:20  ae bani israel is nemat ko yaad karo jo</w:t>
      </w:r>
      <w:r>
        <w:br/>
      </w:r>
      <w:r>
        <w:rPr>
          <w:sz w:val="20"/>
        </w:rPr>
        <w:t>31:25  maine tum ko diya tha.</w:t>
      </w:r>
      <w:r>
        <w:br/>
      </w:r>
      <w:r>
        <w:rPr>
          <w:sz w:val="20"/>
        </w:rPr>
        <w:t>31:26  aur Allah ne tum ko fazilat di al alam par yeh nemat thi Allah ki taraf se yani</w:t>
      </w:r>
      <w:r>
        <w:br/>
      </w:r>
      <w:r>
        <w:rPr>
          <w:sz w:val="20"/>
        </w:rPr>
        <w:t>31:34  Allah ki taraf se tum ko yeh nemat di gayi yeh yeh tohfa diya gaya</w:t>
      </w:r>
      <w:r>
        <w:br/>
      </w:r>
      <w:r>
        <w:rPr>
          <w:sz w:val="20"/>
        </w:rPr>
        <w:t>31:43  ke tum ko ahl e alam par fazilat di Allah taala ne yeh fazilat ke mane kya hain fazilat</w:t>
      </w:r>
      <w:r>
        <w:br/>
      </w:r>
      <w:r>
        <w:rPr>
          <w:sz w:val="20"/>
        </w:rPr>
        <w:t>31:49  ke mane superiority ke nahi hain ke tum ko superior bana diya bana diya bartar bana diya ya</w:t>
      </w:r>
      <w:r>
        <w:br/>
      </w:r>
      <w:r>
        <w:rPr>
          <w:sz w:val="20"/>
        </w:rPr>
        <w:t>31:56  urdu mein jo kehte hain afzal bana diya aisa nahi hai yani Allah ne apne aik kaam ka</w:t>
      </w:r>
      <w:r>
        <w:br/>
      </w:r>
      <w:r>
        <w:rPr>
          <w:sz w:val="20"/>
        </w:rPr>
        <w:t>32:02  ki zimmedari tum ko sonpi yeh kaam ke Allah ki jo hidayat peghambar ke zariye aayi hai</w:t>
      </w:r>
      <w:r>
        <w:br/>
      </w:r>
      <w:r>
        <w:rPr>
          <w:sz w:val="20"/>
        </w:rPr>
        <w:t>32:09  is ko tum samjho</w:t>
      </w:r>
      <w:r>
        <w:br/>
      </w:r>
      <w:r>
        <w:rPr>
          <w:sz w:val="20"/>
        </w:rPr>
        <w:t>32:11  khud follow karo aur ahl-e-alam tak is ko pohanchao</w:t>
      </w:r>
      <w:r>
        <w:br/>
      </w:r>
      <w:r>
        <w:rPr>
          <w:sz w:val="20"/>
        </w:rPr>
        <w:t>32:16  yeh yeh hukum abhi bhi torait mein maujood hai abhi bhi maujood hai woh yeh hai torait mein</w:t>
      </w:r>
      <w:r>
        <w:br/>
      </w:r>
      <w:r>
        <w:rPr>
          <w:sz w:val="20"/>
        </w:rPr>
        <w:t>32:24  ke tum ko witness banna hai Allah ke aage Allah ke liye witness witness mani gawah</w:t>
      </w:r>
      <w:r>
        <w:br/>
      </w:r>
      <w:r>
        <w:rPr>
          <w:sz w:val="20"/>
        </w:rPr>
        <w:t>32:31  to Allah ne tum ko apna witness banaya yeh bohat bara</w:t>
      </w:r>
      <w:r>
        <w:br/>
      </w:r>
      <w:r>
        <w:rPr>
          <w:sz w:val="20"/>
        </w:rPr>
        <w:t>32:37  bari cheez thi tumhare liye to tum ne isi isi ko bhula diya dekhiye yani yahood ne is</w:t>
      </w:r>
      <w:r>
        <w:br/>
      </w:r>
      <w:r>
        <w:rPr>
          <w:sz w:val="20"/>
        </w:rPr>
        <w:t>32:45  ko bazahir nahi bhulaya tha yahood ke haan yeh tasawwur aa gaya ke hum hum hum superior log hain</w:t>
      </w:r>
      <w:r>
        <w:br/>
      </w:r>
      <w:r>
        <w:rPr>
          <w:sz w:val="20"/>
        </w:rPr>
        <w:t>32:54  hum special log hain chunancha is par baqayda kitabein likhi gayi hain jewish supremacy</w:t>
      </w:r>
      <w:r>
        <w:br/>
      </w:r>
      <w:r>
        <w:rPr>
          <w:sz w:val="20"/>
        </w:rPr>
        <w:t>33:02  jewish supremacy yahoodi bartari</w:t>
      </w:r>
      <w:r>
        <w:br/>
      </w:r>
      <w:r>
        <w:rPr>
          <w:sz w:val="20"/>
        </w:rPr>
        <w:t>33:06  to jis cheez ko Allah ne diya tha un ko</w:t>
      </w:r>
      <w:r>
        <w:br/>
      </w:r>
      <w:r>
        <w:rPr>
          <w:sz w:val="20"/>
        </w:rPr>
        <w:t>33:09  zimmedari ke taur par yani Allah ne apna numainda banaya to yeh ek zimmedari ka mamla</w:t>
      </w:r>
      <w:r>
        <w:br/>
      </w:r>
      <w:r>
        <w:rPr>
          <w:sz w:val="20"/>
        </w:rPr>
        <w:t>33:15  tha lekin is ko le liya unhone</w:t>
      </w:r>
      <w:r>
        <w:br/>
      </w:r>
      <w:r>
        <w:rPr>
          <w:sz w:val="20"/>
        </w:rPr>
        <w:t>33:19  bartari ke mamle mein so un ke haan baqayda nazariya bana ke yahoodi superior superior hain doosron se</w:t>
      </w:r>
      <w:r>
        <w:br/>
      </w:r>
      <w:r>
        <w:rPr>
          <w:sz w:val="20"/>
        </w:rPr>
        <w:t>33:28  aur yahi ab musalman mein aa gaya hai ke samajhte hain ke hum superior hain hum to khair ul ummat</w:t>
      </w:r>
      <w:r>
        <w:br/>
      </w:r>
      <w:r>
        <w:rPr>
          <w:sz w:val="20"/>
        </w:rPr>
        <w:t>33:33  hain to jo yahood mein aaya tha wahi musalman mein aa gaya ke zimmedari ko le liya unhone</w:t>
      </w:r>
      <w:r>
        <w:br/>
      </w:r>
      <w:r>
        <w:rPr>
          <w:sz w:val="20"/>
        </w:rPr>
        <w:t>33:38  bartari ke mani mein afzaliyat ke mani mein yahood ne bhi yahi kiya tha ke jo cheez</w:t>
      </w:r>
      <w:r>
        <w:br/>
      </w:r>
      <w:r>
        <w:rPr>
          <w:sz w:val="20"/>
        </w:rPr>
        <w:t>33:45  zimmedari ke taur par di gayi thi us ko unhone afzaliyat ke mani mein le liya</w:t>
      </w:r>
      <w:r>
        <w:br/>
      </w:r>
      <w:r>
        <w:rPr>
          <w:sz w:val="20"/>
        </w:rPr>
        <w:t>33:50  ab yeh musalman bhi kar rahe hain ke jo cheez di gayi thi un ko zimmedari ke</w:t>
      </w:r>
      <w:r>
        <w:br/>
      </w:r>
      <w:r>
        <w:rPr>
          <w:sz w:val="20"/>
        </w:rPr>
        <w:t>33:55  aitbar se us ko unhone afzaliyat ke mani mein le liya</w:t>
      </w:r>
      <w:r>
        <w:br/>
      </w:r>
      <w:r>
        <w:rPr>
          <w:sz w:val="20"/>
        </w:rPr>
        <w:t>34:00  yani dawat ka jo asal jo tha mamla dawat us ko to karte nahi hain aur afzal afzal</w:t>
      </w:r>
      <w:r>
        <w:br/>
      </w:r>
      <w:r>
        <w:rPr>
          <w:sz w:val="20"/>
        </w:rPr>
        <w:t>34:07  banaye hue hain apne aap ko</w:t>
      </w:r>
      <w:r>
        <w:br/>
      </w:r>
      <w:r>
        <w:rPr>
          <w:sz w:val="20"/>
        </w:rPr>
        <w:t>34:09  yani apne aap ko</w:t>
      </w:r>
      <w:r>
        <w:br/>
      </w:r>
      <w:r>
        <w:rPr>
          <w:sz w:val="20"/>
        </w:rPr>
        <w:t>34:12  yeh banaye hue hain ke hum khair ul ummat hain yeh khoob is ko charcha karte hain lekin yeh</w:t>
      </w:r>
      <w:r>
        <w:br/>
      </w:r>
      <w:r>
        <w:rPr>
          <w:sz w:val="20"/>
        </w:rPr>
        <w:t>34:20  jo zimmedari hai ke dunya mein dawat Allah ka kaam kiya jaye ahl-e-alam ke samne</w:t>
      </w:r>
      <w:r>
        <w:br/>
      </w:r>
      <w:r>
        <w:rPr>
          <w:sz w:val="20"/>
        </w:rPr>
        <w:t>34:28  jo Khuda ki sachai hai us ko pohanchaya jaye us ko bhule hue hain</w:t>
      </w:r>
    </w:p>
    <w:p>
      <w:pPr>
        <w:pStyle w:val="Heading2"/>
      </w:pPr>
      <w:r>
        <w:t>Interpretation of Quranic verse about da'wah's outcome</w:t>
      </w:r>
    </w:p>
    <w:p>
      <w:r>
        <w:rPr>
          <w:color w:val="666666"/>
          <w:sz w:val="18"/>
        </w:rPr>
        <w:t>Interaction with umries 24 july, 2019 - Maulana Wahiduddin Khan · 5m 12s · at 1:41 · https://youtu.be/8d1GN1f_oMs?t=101</w:t>
      </w:r>
    </w:p>
    <w:p>
      <w:r>
        <w:rPr>
          <w:i/>
        </w:rPr>
        <w:t>“Dekhiye, is aayat ka matlab mufassireen ne jo likh liya hai”</w:t>
      </w:r>
    </w:p>
    <w:p>
      <w:r>
        <w:rPr>
          <w:sz w:val="20"/>
        </w:rPr>
        <w:t>1:41  dekhiye, is ayat ka matlab mufassireen ne jo likh liya hai woh to shan e nuzool ke aitbar se hai.</w:t>
      </w:r>
      <w:r>
        <w:br/>
      </w:r>
      <w:r>
        <w:rPr>
          <w:sz w:val="20"/>
        </w:rPr>
        <w:t>1:54  yani arab ke log jo rasool Allah ke mukhatib thay, un ke lehaz se. main is ko samajhta hoon ke yeh ayat aam hai, tamam daaiyon ke liye.</w:t>
      </w:r>
      <w:r>
        <w:br/>
      </w:r>
      <w:r>
        <w:rPr>
          <w:sz w:val="20"/>
        </w:rPr>
        <w:t>2:11  jab bhi</w:t>
      </w:r>
      <w:r>
        <w:br/>
      </w:r>
      <w:r>
        <w:rPr>
          <w:sz w:val="20"/>
        </w:rPr>
        <w:t>2:14  koi aadmi dawat e Allah ka kaam kare aur us ke mukhatibeen us ko musbat jawab na dein,</w:t>
      </w:r>
      <w:r>
        <w:br/>
      </w:r>
      <w:r>
        <w:rPr>
          <w:sz w:val="20"/>
        </w:rPr>
        <w:t>2:30  to un ke liye ayat hai ke aik had ke baad. yani daai jab bohat dinon tak kaam karta rahe aur woh phir bhi musbat jawab na de, to Allah taala farmate hain ke yeh jo dawat uthi thi,</w:t>
      </w:r>
      <w:r>
        <w:br/>
      </w:r>
      <w:r>
        <w:rPr>
          <w:sz w:val="20"/>
        </w:rPr>
        <w:t>2:49  to yeh aik saada baat nahi thi. koi sachi baat dawat, koi sachi dawat hamesha Allah ki, Allah ke planning ke mutabiq hoti hai.</w:t>
      </w:r>
      <w:r>
        <w:br/>
      </w:r>
      <w:r>
        <w:rPr>
          <w:sz w:val="20"/>
        </w:rPr>
        <w:t>3:04  Allah ki madad se uthti hai. Allah se duaein karna, Allah se mangna ke hamari dawat sahi tareeqe se kamyab ho.</w:t>
      </w:r>
      <w:r>
        <w:br/>
      </w:r>
      <w:r>
        <w:rPr>
          <w:sz w:val="20"/>
        </w:rPr>
        <w:t>3:22  to jo daai hota hai, woh bohat ziyada pehle Allah ke saath muamla kar chuka hota hai, phir woh shuru karta hai apni dawat.</w:t>
      </w:r>
      <w:r>
        <w:br/>
      </w:r>
      <w:r>
        <w:rPr>
          <w:sz w:val="20"/>
        </w:rPr>
        <w:t>3:36  aisa nahi ke ura ja ke shuru kar de kuch. to is ke baray mein yeh farmaya ke yeh jo dawat hai, yeh Allah ki hayat se hai, Allah ki madad se hai.</w:t>
      </w:r>
      <w:r>
        <w:br/>
      </w:r>
      <w:r>
        <w:rPr>
          <w:sz w:val="20"/>
        </w:rPr>
        <w:t>3:52  to tum yeh mat samjho ke yeh yun hi shuru hui aur yun hi khatam ho jayegi. zaroor hai ke is ka koi nateeja nikle ga.</w:t>
      </w:r>
      <w:r>
        <w:br/>
      </w:r>
      <w:r>
        <w:rPr>
          <w:sz w:val="20"/>
        </w:rPr>
        <w:t>4:03  yani nateeja kya hoga? ya to daai ki madad Allah ko hasil hogi aur woh kamyab hoga. koi log zulm mein Allah taala daale ga</w:t>
      </w:r>
      <w:r>
        <w:br/>
      </w:r>
      <w:r>
        <w:rPr>
          <w:sz w:val="20"/>
        </w:rPr>
        <w:t>4:19  aur daai ke saathi ban jayenge. ya nahi to aisa hoga ke in logon ko</w:t>
      </w:r>
      <w:r>
        <w:br/>
      </w:r>
      <w:r>
        <w:rPr>
          <w:sz w:val="20"/>
        </w:rPr>
        <w:t>4:29  aur un ke dil aur sakht kar diye jayenge. taake woh Allah ke plan ke mutabiq, Allah ki pakar ki zard mein aa jayen.</w:t>
      </w:r>
      <w:r>
        <w:br/>
      </w:r>
      <w:r>
        <w:rPr>
          <w:sz w:val="20"/>
        </w:rPr>
        <w:t>4:42  to yeh aisi soorat e haal ke liye yeh ayat hai ke aisa nahi ho sakta ke yeh jo dawat uthi hai, yeh dawat yun hi lapet kar rakh di jaye.</w:t>
      </w:r>
      <w:r>
        <w:br/>
      </w:r>
      <w:r>
        <w:rPr>
          <w:sz w:val="20"/>
        </w:rPr>
        <w:t>4:58  yeh dawat is liye nahi uthi hai ke yun hi bas lapet kar rakh di jaye. is ka result nikle ga.</w:t>
      </w:r>
      <w:r>
        <w:br/>
      </w:r>
      <w:r>
        <w:rPr>
          <w:sz w:val="20"/>
        </w:rPr>
        <w:t>5:09  aur result yeh yeh hota hai is tarah ki haalat mein ke ya to jo sachay mutalashi hain, jo sachay talib e haq hain, un ko Allah ki madad aati hai aur woh daai ke saathi ban jatay hain aur jannat jannat ke mustahiq bante hain.</w:t>
      </w:r>
      <w:r>
        <w:br/>
      </w:r>
      <w:r>
        <w:rPr>
          <w:sz w:val="20"/>
        </w:rPr>
        <w:t>5:32  bante hain. ya phir aisa hota hai ke un ko aur aur ziyada sakht kar diya jata hai aur woh Allah ke farishtay un ko likh lete hain un ke baray mein ke yeh aadmi</w:t>
      </w:r>
      <w:r>
        <w:br/>
      </w:r>
      <w:r>
        <w:rPr>
          <w:sz w:val="20"/>
        </w:rPr>
        <w:t>5:50  dawat ko sunnay ke liye tayyar nahi hua. to Allah ki pakar ki zard mein aa jata hai. woh to dono mein se koi aik kaam zaroor hoga.</w:t>
      </w:r>
      <w:r>
        <w:br/>
      </w:r>
      <w:r>
        <w:rPr>
          <w:sz w:val="20"/>
        </w:rPr>
        <w:t>6:04  to yeh ayat jo hai aik taraf daai ke liye umeed ki ayat hai, hope ki ayat hai aur doosri taraf bud'u ke liye is mein sakht intibah hai ke tum ya to is dawat ko qabool karo,</w:t>
      </w:r>
      <w:r>
        <w:br/>
      </w:r>
      <w:r>
        <w:rPr>
          <w:sz w:val="20"/>
        </w:rPr>
        <w:t>6:24  is ka positive response do, nahi to tum Allah ki pakar mein aa jaoge. to yeh ayat aik to aik yeh ayat aik aitbar se Arab ke</w:t>
      </w:r>
      <w:r>
        <w:br/>
      </w:r>
      <w:r>
        <w:rPr>
          <w:sz w:val="20"/>
        </w:rPr>
        <w:t>6:42  qadeem Arab ke logon ke liye hai, doosri taraf doosray aitbar se yeh hamesha ke liye hai. jab bhi koi daai khara ho, in sab ke liye hai.</w:t>
      </w:r>
    </w:p>
    <w:p>
      <w:pPr>
        <w:pStyle w:val="Heading2"/>
      </w:pPr>
      <w:r>
        <w:t>Lost in cornfield, angel's light guides</w:t>
      </w:r>
    </w:p>
    <w:p>
      <w:r>
        <w:rPr>
          <w:color w:val="666666"/>
          <w:sz w:val="18"/>
        </w:rPr>
        <w:t>Angels on Earth 29 June, 2019 - Maulana Wahiduddin Khan · 5m 56s · at 4:37 · https://youtu.be/WNzxofHh_Dw?t=277</w:t>
      </w:r>
    </w:p>
    <w:p>
      <w:r>
        <w:rPr>
          <w:i/>
        </w:rPr>
        <w:t>“مکے کے کھیت میں گم ہو گیا ہوں”</w:t>
      </w:r>
    </w:p>
    <w:p>
      <w:r>
        <w:rPr>
          <w:sz w:val="20"/>
        </w:rPr>
        <w:t>4:37  makay ke khet mein gum ho gaya hoon. Aik woh janglat ki manind tha Fareha se le kar mere gaon tak aur nadi jis ka naam tha</w:t>
      </w:r>
      <w:r>
        <w:br/>
      </w:r>
      <w:r>
        <w:rPr>
          <w:sz w:val="20"/>
        </w:rPr>
        <w:t>4:55  "Kaur Nadi", wahan tak sab pakkay makay ka khet janglat ki tarah phaila hua tha. Aur andhera bilkul andhera tha.</w:t>
      </w:r>
      <w:r>
        <w:br/>
      </w:r>
      <w:r>
        <w:rPr>
          <w:sz w:val="20"/>
        </w:rPr>
        <w:t>5:11  ab mein idhar jata hoon, idhar jata hoon, bohat dair tak mein rastay ki talash mein idhar udhar chalta raha. Lekin rasta kisi taraf mujhe milta nahi tha, na idhar na udhar.</w:t>
      </w:r>
      <w:r>
        <w:br/>
      </w:r>
      <w:r>
        <w:rPr>
          <w:sz w:val="20"/>
        </w:rPr>
        <w:t>5:26  rastay ki talash mein dayen bayen, agay peechay chalta raha aur rasta mujhe nahi milta tha. Mein akela tha, bilkul akela.</w:t>
      </w:r>
      <w:r>
        <w:br/>
      </w:r>
      <w:r>
        <w:rPr>
          <w:sz w:val="20"/>
        </w:rPr>
        <w:t>5:41  to achaanak mein ne dekha ke mere samnay aik roshni hai.</w:t>
      </w:r>
      <w:r>
        <w:br/>
      </w:r>
      <w:r>
        <w:rPr>
          <w:sz w:val="20"/>
        </w:rPr>
        <w:t>5:51  mere samne ek roshni hai,</w:t>
      </w:r>
      <w:r>
        <w:br/>
      </w:r>
      <w:r>
        <w:rPr>
          <w:sz w:val="20"/>
        </w:rPr>
        <w:t>5:55  bilkul achank.</w:t>
      </w:r>
      <w:r>
        <w:br/>
      </w:r>
      <w:r>
        <w:rPr>
          <w:sz w:val="20"/>
        </w:rPr>
        <w:t>5:59  yani har taraf adhra tha pehle, phir achank wahan ek light dikhai di. To main us light ki taraf barha, light ki taraf barha.</w:t>
      </w:r>
      <w:r>
        <w:br/>
      </w:r>
      <w:r>
        <w:rPr>
          <w:sz w:val="20"/>
        </w:rPr>
        <w:t>6:17  khas baat yeh thi ke mujhe zara bhi dar nahi tha.</w:t>
      </w:r>
      <w:r>
        <w:br/>
      </w:r>
      <w:r>
        <w:rPr>
          <w:sz w:val="20"/>
        </w:rPr>
        <w:t>6:27  is raat ko main ne yeh tajurba kiya ke jab aap ko kuch guzre lekin aap ko dar na ho, koi anokhi baat guzre aap ke upar, jaise yeh thi ke raat ke andhere mein light</w:t>
      </w:r>
      <w:r>
        <w:br/>
      </w:r>
      <w:r>
        <w:rPr>
          <w:sz w:val="20"/>
        </w:rPr>
        <w:t>6:47  aur aap ko dar na lage,</w:t>
      </w:r>
      <w:r>
        <w:br/>
      </w:r>
      <w:r>
        <w:rPr>
          <w:sz w:val="20"/>
        </w:rPr>
        <w:t>6:53  to samajh lijiye ke woh farishta hai. Samajh lijiye ke woh farishta hai.</w:t>
      </w:r>
      <w:r>
        <w:br/>
      </w:r>
      <w:r>
        <w:rPr>
          <w:sz w:val="20"/>
        </w:rPr>
        <w:t>7:02  to main bilkul bila dar is light ki taraf aage barha.</w:t>
      </w:r>
      <w:r>
        <w:br/>
      </w:r>
      <w:r>
        <w:rPr>
          <w:sz w:val="20"/>
        </w:rPr>
        <w:t>7:11  to jab main pohancha wahan to wahan ek ek aadmi khara hua tha ke hath jiske hath mein torch thi.</w:t>
      </w:r>
      <w:r>
        <w:br/>
      </w:r>
      <w:r>
        <w:rPr>
          <w:sz w:val="20"/>
        </w:rPr>
        <w:t>7:22  aap log shayad is torch ko na jante hon. Pehle zamane mein lambi lambi torch hoti thi, itni lambi, aur is mein bohat sare cell lage hote the,</w:t>
      </w:r>
      <w:r>
        <w:br/>
      </w:r>
      <w:r>
        <w:rPr>
          <w:sz w:val="20"/>
        </w:rPr>
        <w:t>7:37  bohat sare cell. To cell kai cell hote the, is liye lambi torch hoti thi. Woh mere khayal mein aap logon ne is ko dekha nahi hoga, shayad main ne dekha hai.</w:t>
      </w:r>
      <w:r>
        <w:br/>
      </w:r>
      <w:r>
        <w:rPr>
          <w:sz w:val="20"/>
        </w:rPr>
        <w:t>7:50  woh to ek choti torch hoti thi, ek lambi torch. To woh aadmi lambi torch liye hue, unusual tor par lambi, wahan khara tha.</w:t>
      </w:r>
      <w:r>
        <w:br/>
      </w:r>
      <w:r>
        <w:rPr>
          <w:sz w:val="20"/>
        </w:rPr>
        <w:t>8:04  kai</w:t>
      </w:r>
      <w:r>
        <w:br/>
      </w:r>
      <w:r>
        <w:rPr>
          <w:sz w:val="20"/>
        </w:rPr>
        <w:t>8:07  kai cell jis mein hote the, is ka matlab yeh tha ke is mein roshni bohat zyada hai. Ek cell hai, do cell hain to roshni kam hoti thi, lekin kai cell jab hain to zyada roshni hoti thi.</w:t>
      </w:r>
      <w:r>
        <w:br/>
      </w:r>
      <w:r>
        <w:rPr>
          <w:sz w:val="20"/>
        </w:rPr>
        <w:t>8:23  to woh aadmi jo khara tha, woh kai cell wali lambi torch liye tha.</w:t>
      </w:r>
      <w:r>
        <w:br/>
      </w:r>
      <w:r>
        <w:rPr>
          <w:sz w:val="20"/>
        </w:rPr>
        <w:t>8:34  to woh kuch bola nahi, bas torch liye khara tha.</w:t>
      </w:r>
      <w:r>
        <w:br/>
      </w:r>
      <w:r>
        <w:rPr>
          <w:sz w:val="20"/>
        </w:rPr>
        <w:t>8:41  to main ne kaha ke main</w:t>
      </w:r>
      <w:r>
        <w:br/>
      </w:r>
      <w:r>
        <w:rPr>
          <w:sz w:val="20"/>
        </w:rPr>
        <w:t>8:45  jana chahta hoon pul ke pas. Pul tak pohanch jaon to main apne gaon ka rasta pa loon ga.</w:t>
      </w:r>
      <w:r>
        <w:br/>
      </w:r>
      <w:r>
        <w:rPr>
          <w:sz w:val="20"/>
        </w:rPr>
        <w:t>8:54  to kya aap mujhe pul tak pohancha sakte hain? Tab bhi kuch bola nahi woh aadmi. Woh chalne laga torch le kar.</w:t>
      </w:r>
      <w:r>
        <w:br/>
      </w:r>
      <w:r>
        <w:rPr>
          <w:sz w:val="20"/>
        </w:rPr>
        <w:t>9:06  ab main is ke peeche chal para. To makkhe ke khet har taraf the, janglaat ki tarah.</w:t>
      </w:r>
      <w:r>
        <w:br/>
      </w:r>
      <w:r>
        <w:rPr>
          <w:sz w:val="20"/>
        </w:rPr>
        <w:t>9:18  janglaat ki taraf. To is janglaat ke, is janglaat mein main is ke sath dakhil ho gaya. Woh aage aage, main peeche peeche.</w:t>
      </w:r>
      <w:r>
        <w:br/>
      </w:r>
      <w:r>
        <w:rPr>
          <w:sz w:val="20"/>
        </w:rPr>
        <w:t>9:31  to chalte chalte woh mujhe ek jagah pohanchaya us ne jahan aage naddi thi, wahan pul, ek chota sa pul hota tha.</w:t>
      </w:r>
      <w:r>
        <w:br/>
      </w:r>
      <w:r>
        <w:rPr>
          <w:sz w:val="20"/>
        </w:rPr>
        <w:t>9:42  woh pul tha. To main ne us se kaha ke bas ab main chala jaon ga. Ab main chala jaon ga.</w:t>
      </w:r>
      <w:r>
        <w:br/>
      </w:r>
      <w:r>
        <w:rPr>
          <w:sz w:val="20"/>
        </w:rPr>
        <w:t>9:52  is ke baad main aage barha pul ki taraf. Jab main chand qadam aage barha aur peeche ki taraf dekha main ne to aadmi ghayab tha.</w:t>
      </w:r>
      <w:r>
        <w:br/>
      </w:r>
      <w:r>
        <w:rPr>
          <w:sz w:val="20"/>
        </w:rPr>
        <w:t>10:07  na aadmi, na light, na roshni, kuch nahi.</w:t>
      </w:r>
      <w:r>
        <w:br/>
      </w:r>
      <w:r>
        <w:rPr>
          <w:sz w:val="20"/>
        </w:rPr>
        <w:t>10:13  mere saamne</w:t>
      </w:r>
      <w:r>
        <w:br/>
      </w:r>
      <w:r>
        <w:rPr>
          <w:sz w:val="20"/>
        </w:rPr>
        <w:t>10:17  ek dhundhle aawaaz andaaz mein pul dikhai de raha tha. pul.</w:t>
      </w:r>
      <w:r>
        <w:br/>
      </w:r>
      <w:r>
        <w:rPr>
          <w:sz w:val="20"/>
        </w:rPr>
        <w:t>10:24  to main pul ki taraf badh raha tha aur peeche jab dekha to woh aadmi ghayab, light bhi ghayab.</w:t>
      </w:r>
    </w:p>
    <w:p>
      <w:pPr>
        <w:pStyle w:val="Heading2"/>
      </w:pPr>
      <w:r>
        <w:t>Wealthy people's hidden unhappiness and the rose-thorn law of life</w:t>
      </w:r>
    </w:p>
    <w:p>
      <w:r>
        <w:rPr>
          <w:color w:val="666666"/>
          <w:sz w:val="18"/>
        </w:rPr>
        <w:t>The Concept of Spirituality in Islam June 11, 2006 · 5m 58s · at 1:43 · https://youtu.be/ahSf-4d3AlM?t=103</w:t>
      </w:r>
    </w:p>
    <w:p>
      <w:r>
        <w:rPr>
          <w:i/>
        </w:rPr>
        <w:t>“Two of the world's richest celebrities are in yesterday's paper.”</w:t>
      </w:r>
    </w:p>
    <w:p>
      <w:r>
        <w:rPr>
          <w:sz w:val="20"/>
        </w:rPr>
        <w:t>1:43  in mein se do aadmi jin ka zikr hai is mein, woh bohat hi well known hain.</w:t>
      </w:r>
      <w:r>
        <w:br/>
      </w:r>
      <w:r>
        <w:rPr>
          <w:sz w:val="20"/>
        </w:rPr>
        <w:t>1:54  aik peer</w:t>
      </w:r>
      <w:r>
        <w:br/>
      </w:r>
      <w:r>
        <w:rPr>
          <w:sz w:val="20"/>
        </w:rPr>
        <w:t>1:58  mard ka naam hai ronaldo, superstar ronaldo, ronaldo. superstar ronaldo aur super model raika, raica.</w:t>
      </w:r>
      <w:r>
        <w:br/>
      </w:r>
      <w:r>
        <w:rPr>
          <w:sz w:val="20"/>
        </w:rPr>
        <w:t>2:17  to is mein</w:t>
      </w:r>
      <w:r>
        <w:br/>
      </w:r>
      <w:r>
        <w:rPr>
          <w:sz w:val="20"/>
        </w:rPr>
        <w:t>2:24  raika kehti hain in dono ke paas itna zyada paisa hai ke inhon ne haal mein aik car khareedi hai jis ka jis ki price hai taqreeban 200 thousand pound.</w:t>
      </w:r>
      <w:r>
        <w:br/>
      </w:r>
      <w:r>
        <w:rPr>
          <w:sz w:val="20"/>
        </w:rPr>
        <w:t>2:43  itna zyada paisa in logon ke paas hai.</w:t>
      </w:r>
      <w:r>
        <w:br/>
      </w:r>
      <w:r>
        <w:rPr>
          <w:sz w:val="20"/>
        </w:rPr>
        <w:t>2:46  to raika kehti hain ke "if you have money, you are the worst person in the world." agar aap ke paas daulat hai to aap dunya ke sab se zyada bure aadmi hain.</w:t>
      </w:r>
      <w:r>
        <w:br/>
      </w:r>
      <w:r>
        <w:rPr>
          <w:sz w:val="20"/>
        </w:rPr>
        <w:t>3:02  is ko maine parh kar socha ke dekhiye, aadmi ke paas in logon ke baray mein aksar paperon mein aata hai jo bohat zyada dunya ka saman pa lete hain,</w:t>
      </w:r>
      <w:r>
        <w:br/>
      </w:r>
      <w:r>
        <w:rPr>
          <w:sz w:val="20"/>
        </w:rPr>
        <w:t>3:17  jaisay money ya power, property, fame,</w:t>
      </w:r>
      <w:r>
        <w:br/>
      </w:r>
      <w:r>
        <w:rPr>
          <w:sz w:val="20"/>
        </w:rPr>
        <w:t>3:29  is qism ki cheezein, beauty. lekin in ko khushi nahin milti.</w:t>
      </w:r>
      <w:r>
        <w:br/>
      </w:r>
      <w:r>
        <w:rPr>
          <w:sz w:val="20"/>
        </w:rPr>
        <w:t>3:35  is par main sochta raha to mujhe quran ki aik ayat yaad aayi ke jannat mein jab log chale jayenge to jannat wale kahenge "alhamdulillah alladhi ashab an al-huzn" yani jannat mein jo log ja chuke honge aur dekhenge jannat ko,</w:t>
      </w:r>
      <w:r>
        <w:br/>
      </w:r>
      <w:r>
        <w:rPr>
          <w:sz w:val="20"/>
        </w:rPr>
        <w:t>3:58  is mein rehne lagenge</w:t>
      </w:r>
      <w:r>
        <w:br/>
      </w:r>
      <w:r>
        <w:rPr>
          <w:sz w:val="20"/>
        </w:rPr>
        <w:t>4:02  aur wahan par in ko aik aisi zindagi milegi jis mein complete happiness hogi. har qism ka pleasure in ko mil chuka hoga, in ke saare desires wahan poori tarah fulfill ho rahe honge.</w:t>
      </w:r>
      <w:r>
        <w:br/>
      </w:r>
      <w:r>
        <w:rPr>
          <w:sz w:val="20"/>
        </w:rPr>
        <w:t>4:18  to woh kahenge ke "alhamdulillah alladhi ashab an al-huzn".</w:t>
      </w:r>
      <w:r>
        <w:br/>
      </w:r>
      <w:r>
        <w:rPr>
          <w:sz w:val="20"/>
        </w:rPr>
        <w:t>4:25  praise be to god,</w:t>
      </w:r>
      <w:r>
        <w:br/>
      </w:r>
      <w:r>
        <w:rPr>
          <w:sz w:val="20"/>
        </w:rPr>
        <w:t>4:31  he removed from us sorrow. is khuda ka shukar hai, is khuda ki tareef hai jis ne huzn ko hum se door kar diya,</w:t>
      </w:r>
      <w:r>
        <w:br/>
      </w:r>
      <w:r>
        <w:rPr>
          <w:sz w:val="20"/>
        </w:rPr>
        <w:t>4:48  sorrow ko hum se door kar diya.</w:t>
      </w:r>
      <w:r>
        <w:br/>
      </w:r>
      <w:r>
        <w:rPr>
          <w:sz w:val="20"/>
        </w:rPr>
        <w:t>4:51  is par ghore karte hue mujhe samajh mein aaya ke zindagi ka jo muamla hai, woh just like rose plant hai.</w:t>
      </w:r>
      <w:r>
        <w:br/>
      </w:r>
      <w:r>
        <w:rPr>
          <w:sz w:val="20"/>
        </w:rPr>
        <w:t>5:06  aap jante hain ke kitna khoobsurat phool hota hai gulab ka, lekin isi ke sath gulab ke phool pe kaante hote hain.</w:t>
      </w:r>
      <w:r>
        <w:br/>
      </w:r>
      <w:r>
        <w:rPr>
          <w:sz w:val="20"/>
        </w:rPr>
        <w:t>5:20  agar aap chahen aisa plant jis mein phool hi phool ho, kanta na ho, to aisa rose plant aap ko nahi mile ga. yeh illustration hai aaj ki duniya ka.</w:t>
      </w:r>
      <w:r>
        <w:br/>
      </w:r>
      <w:r>
        <w:rPr>
          <w:sz w:val="20"/>
        </w:rPr>
        <w:t>5:32  duniya mein koi bhi cheez jo aap chahte hon aur aap struggle kar ke use pa len, to agar aap ne phool hasil kiya hai to us ke sath kanta bhi zaroor aap ke hisse mein aye ga.</w:t>
      </w:r>
      <w:r>
        <w:br/>
      </w:r>
      <w:r>
        <w:rPr>
          <w:sz w:val="20"/>
        </w:rPr>
        <w:t>5:51  jitna pressure hai, jitna saman hai duniya ka, koi bhi aisa nahi hai jo foreign less ho ya har phool ke sath kanta jura hua hai.</w:t>
      </w:r>
      <w:r>
        <w:br/>
      </w:r>
      <w:r>
        <w:rPr>
          <w:sz w:val="20"/>
        </w:rPr>
        <w:t>6:04  is liye aap dekhiye ke jo log zyada affluent class jo hai, jo zyada</w:t>
      </w:r>
      <w:r>
        <w:br/>
      </w:r>
      <w:r>
        <w:rPr>
          <w:sz w:val="20"/>
        </w:rPr>
        <w:t>6:11  super achiever jo kahe jatay hain, wo sab se zyada tension mein hotay hain, wo sab zyada stress mein hotay hain.</w:t>
      </w:r>
      <w:r>
        <w:br/>
      </w:r>
      <w:r>
        <w:rPr>
          <w:sz w:val="20"/>
        </w:rPr>
        <w:t>6:20  aaj ki duniya mein de-stressing sab se bara business bana hua hai. kyun? paise walay logon ka masla yeh hai ke un ko stress mein jeetay hain.</w:t>
      </w:r>
      <w:r>
        <w:br/>
      </w:r>
      <w:r>
        <w:rPr>
          <w:sz w:val="20"/>
        </w:rPr>
        <w:t>6:31  wo to unhein koi chahiye jo un ko stress ko nikale, un ki tension ko nikale.</w:t>
      </w:r>
      <w:r>
        <w:br/>
      </w:r>
      <w:r>
        <w:rPr>
          <w:sz w:val="20"/>
        </w:rPr>
        <w:t>6:40  to poori history yeh batati hai ke jab bhi kisi ne is duniya mein material kamyabi ka koi phool hasil kiya to sath sath kanta bhi us ke hisse mein aya.</w:t>
      </w:r>
      <w:r>
        <w:br/>
      </w:r>
      <w:r>
        <w:rPr>
          <w:sz w:val="20"/>
        </w:rPr>
        <w:t>6:55  to mein samajhta hoon ke yahan money ke sath anti-money jura hua hai, wealth ke sath anti-wealth jura hua hai, pleasure ke sath anti-pleasure jura hua hai.</w:t>
      </w:r>
      <w:r>
        <w:br/>
      </w:r>
      <w:r>
        <w:rPr>
          <w:sz w:val="20"/>
        </w:rPr>
        <w:t>7:11  laqad khalaqnal insana fi kabad is tarah ki bohat sari ayat hain jis mein bataya gaya hai ke insan kisi bhi hal mein saroon se apne aap ko door nahi kar sakta, in tension aur stress se apne ko khali nahi kar sakta.</w:t>
      </w:r>
      <w:r>
        <w:br/>
      </w:r>
      <w:r>
        <w:rPr>
          <w:sz w:val="20"/>
        </w:rPr>
        <w:t>7:32  yeh hai sab se bari baat zindagi ki jisay humein janna chahiye.</w:t>
      </w:r>
    </w:p>
    <w:p>
      <w:pPr>
        <w:pStyle w:val="Heading2"/>
      </w:pPr>
      <w:r>
        <w:t>Life and death test and compulsory explosion</w:t>
      </w:r>
    </w:p>
    <w:p>
      <w:r>
        <w:rPr>
          <w:color w:val="666666"/>
          <w:sz w:val="18"/>
        </w:rPr>
        <w:t>On Life and Death | July 24, 2011 · 4m 37s · at 1:15 · https://youtu.be/72dTEA3bXTU?t=75</w:t>
      </w:r>
    </w:p>
    <w:p>
      <w:r>
        <w:rPr>
          <w:i/>
        </w:rPr>
        <w:t>“Where my mother has gone?”</w:t>
      </w:r>
    </w:p>
    <w:p>
      <w:r>
        <w:rPr>
          <w:sz w:val="20"/>
        </w:rPr>
        <w:t>1:15  miss adarsh bhutra, ki death ho gayi.</w:t>
      </w:r>
      <w:r>
        <w:br/>
      </w:r>
      <w:r>
        <w:rPr>
          <w:sz w:val="20"/>
        </w:rPr>
        <w:t>1:22  to is mein main un ke ghar par gaya aur phir un ka jo function hota hai us mein gaya.</w:t>
      </w:r>
      <w:r>
        <w:br/>
      </w:r>
      <w:r>
        <w:rPr>
          <w:sz w:val="20"/>
        </w:rPr>
        <w:t>1:30  to un ki jo beti hain, unhon ne mujhe kai baar ek sawal kiya ke "Where my mother</w:t>
      </w:r>
      <w:r>
        <w:br/>
      </w:r>
      <w:r>
        <w:rPr>
          <w:sz w:val="20"/>
        </w:rPr>
        <w:t>1:38  has gone?" meri maan kahan chali gayi?</w:t>
      </w:r>
      <w:r>
        <w:br/>
      </w:r>
      <w:r>
        <w:rPr>
          <w:sz w:val="20"/>
        </w:rPr>
        <w:t>1:46  ek beti ko zahir hai ek bohat zyada attachment hota hai apni maan se.</w:t>
      </w:r>
      <w:r>
        <w:br/>
      </w:r>
      <w:r>
        <w:rPr>
          <w:sz w:val="20"/>
        </w:rPr>
        <w:t>1:52  to baar baar yeh sawal un ke zehn mein aa raha tha ke meri maan jo abhi zinda</w:t>
      </w:r>
      <w:r>
        <w:br/>
      </w:r>
      <w:r>
        <w:rPr>
          <w:sz w:val="20"/>
        </w:rPr>
        <w:t>1:59  thi, chal phir rahi thi, mere sath thi, ab woh nahi hai, to kahan gayi woh? "Where my</w:t>
      </w:r>
      <w:r>
        <w:br/>
      </w:r>
      <w:r>
        <w:rPr>
          <w:sz w:val="20"/>
        </w:rPr>
        <w:t>2:05  mother has gone?" yeh masla har ek ka hai, khud apne baray mein bhi ke main kahan chala</w:t>
      </w:r>
      <w:r>
        <w:br/>
      </w:r>
      <w:r>
        <w:rPr>
          <w:sz w:val="20"/>
        </w:rPr>
        <w:t>2:12  jaunga? mout ke baad main kahan chala jata hoon?</w:t>
      </w:r>
      <w:r>
        <w:br/>
      </w:r>
      <w:r>
        <w:rPr>
          <w:sz w:val="20"/>
        </w:rPr>
        <w:t>2:18  to yeh aisa masla hai jo har aadmi ko sochna chahiye.</w:t>
      </w:r>
      <w:r>
        <w:br/>
      </w:r>
      <w:r>
        <w:rPr>
          <w:sz w:val="20"/>
        </w:rPr>
        <w:t>2:24  to unhon ne mujh se poocha ke aap Islam ko mante hain to Islam mein is ke baray</w:t>
      </w:r>
      <w:r>
        <w:br/>
      </w:r>
      <w:r>
        <w:rPr>
          <w:sz w:val="20"/>
        </w:rPr>
        <w:t>2:30  mein kya bataya gaya hai? to main ne un se kaha ke Islam ke mutabiq har aadmi ek</w:t>
      </w:r>
      <w:r>
        <w:br/>
      </w:r>
      <w:r>
        <w:rPr>
          <w:sz w:val="20"/>
        </w:rPr>
        <w:t>2:36  eternal being hai.</w:t>
      </w:r>
      <w:r>
        <w:br/>
      </w:r>
      <w:r>
        <w:rPr>
          <w:sz w:val="20"/>
        </w:rPr>
        <w:t>2:42  paida hone ke baad woh hamesha ke liye</w:t>
      </w:r>
      <w:r>
        <w:br/>
      </w:r>
      <w:r>
        <w:rPr>
          <w:sz w:val="20"/>
        </w:rPr>
        <w:t>2:49  ho gaya hai.</w:t>
      </w:r>
      <w:r>
        <w:br/>
      </w:r>
      <w:r>
        <w:rPr>
          <w:sz w:val="20"/>
        </w:rPr>
        <w:t>2:53  is ka wajood hamesha ke liye ho gaya hai.</w:t>
      </w:r>
      <w:r>
        <w:br/>
      </w:r>
      <w:r>
        <w:rPr>
          <w:sz w:val="20"/>
        </w:rPr>
        <w:t>2:57  lekin Khuda ne hamari life span ko do hissay mein bant diya hai.</w:t>
      </w:r>
      <w:r>
        <w:br/>
      </w:r>
      <w:r>
        <w:rPr>
          <w:sz w:val="20"/>
        </w:rPr>
        <w:t>3:01  pre-death period aur post-death period.</w:t>
      </w:r>
      <w:r>
        <w:br/>
      </w:r>
      <w:r>
        <w:rPr>
          <w:sz w:val="20"/>
        </w:rPr>
        <w:t>3:06  to pre-death period mein hum test par hain.</w:t>
      </w:r>
      <w:r>
        <w:br/>
      </w:r>
      <w:r>
        <w:rPr>
          <w:sz w:val="20"/>
        </w:rPr>
        <w:t>3:10  selection ho raha hai yahan par.</w:t>
      </w:r>
      <w:r>
        <w:br/>
      </w:r>
      <w:r>
        <w:rPr>
          <w:sz w:val="20"/>
        </w:rPr>
        <w:t>3:14  yani insaan ko</w:t>
      </w:r>
      <w:r>
        <w:br/>
      </w:r>
      <w:r>
        <w:rPr>
          <w:sz w:val="20"/>
        </w:rPr>
        <w:t>3:19  azaadi di gayi hai, freedom.</w:t>
      </w:r>
      <w:r>
        <w:br/>
      </w:r>
      <w:r>
        <w:rPr>
          <w:sz w:val="20"/>
        </w:rPr>
        <w:t>3:23  total freedom di gayi hai.</w:t>
      </w:r>
      <w:r>
        <w:br/>
      </w:r>
      <w:r>
        <w:rPr>
          <w:sz w:val="20"/>
        </w:rPr>
        <w:t>3:28  to Khuda watch kar raha hai ke hum apni freedom ko misuse karte hain ya is ko</w:t>
      </w:r>
      <w:r>
        <w:br/>
      </w:r>
      <w:r>
        <w:rPr>
          <w:sz w:val="20"/>
        </w:rPr>
        <w:t>3:32  theek theek istemaal karte hain.</w:t>
      </w:r>
      <w:r>
        <w:br/>
      </w:r>
      <w:r>
        <w:rPr>
          <w:sz w:val="20"/>
        </w:rPr>
        <w:t>3:37  isi par decide decision le ga Allah taala.</w:t>
      </w:r>
      <w:r>
        <w:br/>
      </w:r>
      <w:r>
        <w:rPr>
          <w:sz w:val="20"/>
        </w:rPr>
        <w:t>3:41  agli zindagi ke liye.</w:t>
      </w:r>
      <w:r>
        <w:br/>
      </w:r>
      <w:r>
        <w:rPr>
          <w:sz w:val="20"/>
        </w:rPr>
        <w:t>3:46  to main ne bataya ke jo aadmi</w:t>
      </w:r>
      <w:r>
        <w:br/>
      </w:r>
      <w:r>
        <w:rPr>
          <w:sz w:val="20"/>
        </w:rPr>
        <w:t>3:50  is test par poora utre, yaani apni freedom ko woh theek Allah ke gardens ke mutabiq use kare. jo Allah ne garden di hai prophet ke zariye se. theek theek is par woh chale toh is ke liye eternal paradise hai. aur jo aadmi misuse kare apni freedom ko toh us ko reward nahi milega agli zindagi mein. yeh baat main</w:t>
      </w:r>
      <w:r>
        <w:br/>
      </w:r>
      <w:r>
        <w:rPr>
          <w:sz w:val="20"/>
        </w:rPr>
        <w:t>4:20  ne un ko kahi.</w:t>
      </w:r>
      <w:r>
        <w:br/>
      </w:r>
      <w:r>
        <w:rPr>
          <w:sz w:val="20"/>
        </w:rPr>
        <w:t>4:25  phir main ne socha ke yeh baat koi saada baat nahi hai.</w:t>
      </w:r>
      <w:r>
        <w:br/>
      </w:r>
      <w:r>
        <w:rPr>
          <w:sz w:val="20"/>
        </w:rPr>
        <w:t>4:29  haqeeqat hai har aadmi ko sochna hai.</w:t>
      </w:r>
      <w:r>
        <w:br/>
      </w:r>
      <w:r>
        <w:rPr>
          <w:sz w:val="20"/>
        </w:rPr>
        <w:t>4:33  har aadmi ko sochna hai.</w:t>
      </w:r>
      <w:r>
        <w:br/>
      </w:r>
      <w:r>
        <w:rPr>
          <w:sz w:val="20"/>
        </w:rPr>
        <w:t>4:38  har aadmi ko sochna hai.</w:t>
      </w:r>
      <w:r>
        <w:br/>
      </w:r>
      <w:r>
        <w:rPr>
          <w:sz w:val="20"/>
        </w:rPr>
        <w:t>4:42  kyun ke har aadmi ko jo zinda hai woh mare ga.</w:t>
      </w:r>
      <w:r>
        <w:br/>
      </w:r>
      <w:r>
        <w:rPr>
          <w:sz w:val="20"/>
        </w:rPr>
        <w:t>4:46  maut ke bare mein aik martaba main sochta raha, soch raha tha to mere zehan mein aik word aaya</w:t>
      </w:r>
      <w:r>
        <w:br/>
      </w:r>
      <w:r>
        <w:rPr>
          <w:sz w:val="20"/>
        </w:rPr>
        <w:t>4:51  ke "compulsory explosion".</w:t>
      </w:r>
      <w:r>
        <w:br/>
      </w:r>
      <w:r>
        <w:rPr>
          <w:sz w:val="20"/>
        </w:rPr>
        <w:t>4:56  yeh duniya mein hum hain to dekhen sab kuch hum ko mila hua hai.</w:t>
      </w:r>
      <w:r>
        <w:br/>
      </w:r>
      <w:r>
        <w:rPr>
          <w:sz w:val="20"/>
        </w:rPr>
        <w:t>5:01  yeh planet earth hai, yeh life support system hai, yeh family hai, yeh friends hain, yeh saathi hain,</w:t>
      </w:r>
      <w:r>
        <w:br/>
      </w:r>
      <w:r>
        <w:rPr>
          <w:sz w:val="20"/>
        </w:rPr>
        <w:t>5:06  infrastructure hai, sab kuch hai, sab kuch hai. ghar hai.</w:t>
      </w:r>
      <w:r>
        <w:br/>
      </w:r>
      <w:r>
        <w:rPr>
          <w:sz w:val="20"/>
        </w:rPr>
        <w:t>5:11  phir achanak maut aik dam alag kar deti hai hum ko.</w:t>
      </w:r>
      <w:r>
        <w:br/>
      </w:r>
      <w:r>
        <w:rPr>
          <w:sz w:val="20"/>
        </w:rPr>
        <w:t>5:16  detach kar deti hai. to yeh</w:t>
      </w:r>
      <w:r>
        <w:br/>
      </w:r>
      <w:r>
        <w:rPr>
          <w:sz w:val="20"/>
        </w:rPr>
        <w:t>5:21  kya hai? yeh hai "compulsory explosion".</w:t>
      </w:r>
      <w:r>
        <w:br/>
      </w:r>
      <w:r>
        <w:rPr>
          <w:sz w:val="20"/>
        </w:rPr>
        <w:t>5:27  is duniya se nikal dena.</w:t>
      </w:r>
      <w:r>
        <w:br/>
      </w:r>
      <w:r>
        <w:rPr>
          <w:sz w:val="20"/>
        </w:rPr>
        <w:t>5:33  to is ke baad kya hota hai? sab cheezain, sab cheezain chhin chuki hoti hain.</w:t>
      </w:r>
      <w:r>
        <w:br/>
      </w:r>
      <w:r>
        <w:rPr>
          <w:sz w:val="20"/>
        </w:rPr>
        <w:t>5:39  is ke baad kya hota hai? kya future hai is ke baad? yeh sochna, yeh sochna, yeh sochna.</w:t>
      </w:r>
      <w:r>
        <w:br/>
      </w:r>
      <w:r>
        <w:rPr>
          <w:sz w:val="20"/>
        </w:rPr>
        <w:t>5:46  yeh main sochta hoon ke har aadmi ka</w:t>
      </w:r>
    </w:p>
    <w:p>
      <w:pPr>
        <w:pStyle w:val="Heading2"/>
      </w:pPr>
      <w:r>
        <w:t>Guidance needs man's first step, then God helps</w:t>
      </w:r>
    </w:p>
    <w:p>
      <w:r>
        <w:rPr>
          <w:color w:val="666666"/>
          <w:sz w:val="18"/>
        </w:rPr>
        <w:t>CPS Women Discussion The Quran 19 76 Feb 2, 2025 · 4m 46s · at 20:10 · https://youtu.be/9RNMG6mr1VI?t=1210</w:t>
      </w:r>
    </w:p>
    <w:p>
      <w:r>
        <w:rPr>
          <w:i/>
        </w:rPr>
        <w:t>“Allah ne apne zimme rakha hai ke har insaan ko guidance pahunche”</w:t>
      </w:r>
    </w:p>
    <w:p>
      <w:r>
        <w:rPr>
          <w:sz w:val="20"/>
        </w:rPr>
        <w:t>20:10  yeh maine quran se aur mutale se samjhaye ki allah ne apna zimme rakha hai ki har insaan ko guidance pahunche.</w:t>
      </w:r>
      <w:r>
        <w:br/>
      </w:r>
      <w:r>
        <w:rPr>
          <w:sz w:val="20"/>
        </w:rPr>
        <w:t>20:17  uske baad woh us insaan ke upar hai ki woh toh phir koi taaqat hamein us cheez se</w:t>
      </w:r>
      <w:r>
        <w:br/>
      </w:r>
      <w:r>
        <w:rPr>
          <w:sz w:val="20"/>
        </w:rPr>
        <w:t>20:35  hata nahi sakti.</w:t>
      </w:r>
      <w:r>
        <w:br/>
      </w:r>
      <w:r>
        <w:rPr>
          <w:sz w:val="20"/>
        </w:rPr>
        <w:t>20:54  humare dil mein woh jam jaati hai baat ki hum khuda par aisa yakeen karne lagte hain jaise ki humne use apni aankhon se hi dekha ho. us level tak hum tabhi pahunch paate hain jab hum apne hidayat ko badhate chale jaayen. mujhe yeh baat bhi clear hui hai aapki baat se, bahut shukriya. princess, aap kuch kehna chahengi shayad par apni koi baat batana chahen?</w:t>
      </w:r>
      <w:r>
        <w:br/>
      </w:r>
      <w:r>
        <w:rPr>
          <w:sz w:val="20"/>
        </w:rPr>
        <w:t>21:15  haan, mujhe is surat se ek behtareen cheez hamein aayi ki hidayat yaad hona yaani ki hamare andar</w:t>
      </w:r>
      <w:r>
        <w:br/>
      </w:r>
      <w:r>
        <w:rPr>
          <w:sz w:val="20"/>
        </w:rPr>
        <w:t>21:31  humko yeh kadam toh pehla khud hi uthana hai.</w:t>
      </w:r>
      <w:r>
        <w:br/>
      </w:r>
      <w:r>
        <w:rPr>
          <w:sz w:val="20"/>
        </w:rPr>
        <w:t>21:47  humari har cheez mein allah hai. agar hum gaur karte hain toh un sab cheezon ko paakar hidayat yaavta hona yani ki is is surat nahi hai ki aapko pehla kadam khud uthana hai hidayat ke liye, phir allah izafa karega. jaise khadij ka mafhoom bhi hai na ki banda ek kadam badhata hai allah das kadam badhate hain. hum chalkar jaate hain allah daudkar aata hai.</w:t>
      </w:r>
      <w:r>
        <w:br/>
      </w:r>
      <w:r>
        <w:rPr>
          <w:sz w:val="20"/>
        </w:rPr>
        <w:t>22:08  is surat, woh hadees ko main is surat se jod rahi hoon ki humari direction phir hidayab jaise yeh abhi yasmin bahut achha hai inhone bola ki humari soch badal aapki aapki jo soch hoti hai na woh bilkul change ho jaati hai. aapki aapko har baat mein, har cheez mein allah taala ka clue milta chal raha hai. jaise hum puzzles khelte hain na, humari zindagi puzzles ki maang dete hain. hum bahut aasan nahi hai yeh life, bahut mushkil hai.</w:t>
      </w:r>
      <w:r>
        <w:br/>
      </w:r>
      <w:r>
        <w:rPr>
          <w:sz w:val="20"/>
        </w:rPr>
        <w:t>22:38  magar hum tamam mushkil aate humein aasaniyan nazar aana shuru ho jaati hain kyunki humara goal zindagi nahi hoti hai ki humein hum isi isi yahi rehna hai. humko sab kuch yahi milna hai. humko saare result, ek darakht ki maanan. mohme ne ek darakht ki zinda darakht ki maanan hota hai.</w:t>
      </w:r>
      <w:r>
        <w:br/>
      </w:r>
      <w:r>
        <w:rPr>
          <w:sz w:val="20"/>
        </w:rPr>
        <w:t>23:07  yeh uska imaan usko chahe woh takleefein aati hain, gham aate hain, dukh aate hain, khushi aate hain</w:t>
      </w:r>
      <w:r>
        <w:br/>
      </w:r>
      <w:r>
        <w:rPr>
          <w:sz w:val="20"/>
        </w:rPr>
        <w:t>23:23  uska uska mehr, uska uska target mujhe un tak mila diya, mujhe allataala ne aap logon se mila</w:t>
      </w:r>
      <w:r>
        <w:br/>
      </w:r>
      <w:r>
        <w:rPr>
          <w:sz w:val="20"/>
        </w:rPr>
        <w:t>23:39  diya ki aap log toh barahiraaz unse taali maasil kiye main, unke saath faizyaab hue hue.</w:t>
      </w:r>
      <w:r>
        <w:br/>
      </w:r>
      <w:r>
        <w:rPr>
          <w:sz w:val="20"/>
        </w:rPr>
        <w:t>23:55  is, toh hum yeh soch matlab yeh hai ki hamari matlab maine yahi samjha hai.</w:t>
      </w:r>
      <w:r>
        <w:br/>
      </w:r>
      <w:r>
        <w:rPr>
          <w:sz w:val="20"/>
        </w:rPr>
        <w:t>24:03  bahut achhi baat pi rahi apne princess aur sabse pehle jab maine yahi verse padhi thi toh mujhe</w:t>
      </w:r>
      <w:r>
        <w:br/>
      </w:r>
      <w:r>
        <w:rPr>
          <w:sz w:val="20"/>
        </w:rPr>
        <w:t>24:12  bhi yahi hadith sabse pehle yaad aayi thi kaila taala ki taraf jab hum ek kadam badhaaye toh</w:t>
      </w:r>
      <w:r>
        <w:br/>
      </w:r>
      <w:r>
        <w:rPr>
          <w:sz w:val="20"/>
        </w:rPr>
        <w:t>24:21  woh das kadam badha aata hai.</w:t>
      </w:r>
      <w:r>
        <w:br/>
      </w:r>
      <w:r>
        <w:rPr>
          <w:sz w:val="20"/>
        </w:rPr>
        <w:t>24:29  yeh baat aapne bahut hi achhi batai aur yeh bhi point aapne jo rakhi ki har taraf khuda</w:t>
      </w:r>
      <w:r>
        <w:br/>
      </w:r>
      <w:r>
        <w:rPr>
          <w:sz w:val="20"/>
        </w:rPr>
        <w:t>24:38  ki nishaniyan maujood hain, khud hamare andar bhi ki hum har taraf se guidance le sakte hain.</w:t>
      </w:r>
      <w:r>
        <w:br/>
      </w:r>
      <w:r>
        <w:rPr>
          <w:sz w:val="20"/>
        </w:rPr>
        <w:t>24:47  pehli koshish hamari khud ki honi chahiye.</w:t>
      </w:r>
      <w:r>
        <w:br/>
      </w:r>
      <w:r>
        <w:rPr>
          <w:sz w:val="20"/>
        </w:rPr>
        <w:t>24:56  aap aap bhi kuch kehna chaah rahi hain? yeh bahut hi achha waqai mein yasveen ne aur princess khan ne jo bataya na yeh waqai bahut hi badi cheez thi ki har taraf guidance hai humari zaat, har poori karanaash. unmute na. humein bata raha hai dayit lene ke liye. humein zaroorat hai ki hum kis tarah se ab starf jaayen. toh baaki mein aakhri baat thi jo in logon ne bataya. bas aap kar lo.</w:t>
      </w:r>
    </w:p>
    <w:p>
      <w:pPr>
        <w:pStyle w:val="Heading2"/>
      </w:pPr>
      <w:r>
        <w:t>childhood story culminating in 'God runs in my blood'</w:t>
      </w:r>
    </w:p>
    <w:p>
      <w:r>
        <w:rPr>
          <w:color w:val="666666"/>
          <w:sz w:val="18"/>
        </w:rPr>
        <w:t>Road to God July 25, 2010 Maulana Wahiduddin Khan · 5m 11s · at 1:45 · https://youtu.be/1kLAQHcFaFk?t=105</w:t>
      </w:r>
    </w:p>
    <w:p>
      <w:r>
        <w:rPr>
          <w:i/>
        </w:rPr>
        <w:t>“My whole life has been a road to God”</w:t>
      </w:r>
    </w:p>
    <w:p>
      <w:r>
        <w:rPr>
          <w:sz w:val="20"/>
        </w:rPr>
        <w:t>1:45  main apni zindagi ke baray mein jo sochta hoon to aisa lagta hai ke main paida hua isi liye ke main Khuda ko discover karoon.</w:t>
      </w:r>
      <w:r>
        <w:br/>
      </w:r>
      <w:r>
        <w:rPr>
          <w:sz w:val="20"/>
        </w:rPr>
        <w:t>1:56  paida hotay hi main God ka seeker tha.</w:t>
      </w:r>
      <w:r>
        <w:br/>
      </w:r>
      <w:r>
        <w:rPr>
          <w:sz w:val="20"/>
        </w:rPr>
        <w:t>2:05  jab meri paidaish hui, ghaliban 1924 mein, to jis subah ko main paida honay wala tha, us raat ko meri maan ne ek khwab dekha.</w:t>
      </w:r>
      <w:r>
        <w:br/>
      </w:r>
      <w:r>
        <w:rPr>
          <w:sz w:val="20"/>
        </w:rPr>
        <w:t>2:18  mere paida hone se pehle, mere paida hone se chand ghante pehle,</w:t>
      </w:r>
      <w:r>
        <w:br/>
      </w:r>
      <w:r>
        <w:rPr>
          <w:sz w:val="20"/>
        </w:rPr>
        <w:t>2:26  unhon ne dekha ke main paida hua hoon</w:t>
      </w:r>
      <w:r>
        <w:br/>
      </w:r>
      <w:r>
        <w:rPr>
          <w:sz w:val="20"/>
        </w:rPr>
        <w:t>2:33  ek healthy boy ke andaaz mein. aur phir usi waqt ek hathi aata hai, ek bohat bara hathi, mujh ko le kar woh jangla ki taraf chala gaya.</w:t>
      </w:r>
      <w:r>
        <w:br/>
      </w:r>
      <w:r>
        <w:rPr>
          <w:sz w:val="20"/>
        </w:rPr>
        <w:t>2:47  to meri maan kehti hain khwab mein ke dekho kitna acha bacha tha, aur hathi is ko utha kar jangla mein chala gaya.</w:t>
      </w:r>
      <w:r>
        <w:br/>
      </w:r>
      <w:r>
        <w:rPr>
          <w:sz w:val="20"/>
        </w:rPr>
        <w:t>3:00  yeh khwab bohat hi mein is ko meaningful samajhta hoon.</w:t>
      </w:r>
      <w:r>
        <w:br/>
      </w:r>
      <w:r>
        <w:rPr>
          <w:sz w:val="20"/>
        </w:rPr>
        <w:t>3:06  paida hone wale, paida hone ke baad aadmi kahan hota hai? town mein, cities mein, civilization mein, insani taraqqiyon mein.</w:t>
      </w:r>
      <w:r>
        <w:br/>
      </w:r>
      <w:r>
        <w:rPr>
          <w:sz w:val="20"/>
        </w:rPr>
        <w:t>3:18  bara ajeeb baat hai ke mujhe Khuda ne bhej diya jangla mein. jangla mein kya hai? jangla mein kuch bhi nahi, jangla mein sirf nature hai.</w:t>
      </w:r>
      <w:r>
        <w:br/>
      </w:r>
      <w:r>
        <w:rPr>
          <w:sz w:val="20"/>
        </w:rPr>
        <w:t>3:29  jangla mein na town aur cities hain, na civilization hai, na industry hai, na shopping center hai, kuch bhi nahi.</w:t>
      </w:r>
      <w:r>
        <w:br/>
      </w:r>
      <w:r>
        <w:rPr>
          <w:sz w:val="20"/>
        </w:rPr>
        <w:t>3:39  nature hai, nature. aur nature mein kya hota hai? Khuda hota hai.</w:t>
      </w:r>
      <w:r>
        <w:br/>
      </w:r>
      <w:r>
        <w:rPr>
          <w:sz w:val="20"/>
        </w:rPr>
        <w:t>3:49  ek kitab likhi ek ek ek Christian ne, "nature speaks about god". nature mein sirf Khuda hi dikhai deta hai.</w:t>
      </w:r>
      <w:r>
        <w:br/>
      </w:r>
      <w:r>
        <w:rPr>
          <w:sz w:val="20"/>
        </w:rPr>
        <w:t>4:00  to gaya ke mujhe paida hote hi seeker bana diya gaya ke Khuda ko talash karo. aur waqeatan aisa hi hua.</w:t>
      </w:r>
      <w:r>
        <w:br/>
      </w:r>
      <w:r>
        <w:rPr>
          <w:sz w:val="20"/>
        </w:rPr>
        <w:t>4:12  jab mein paida hua to mere baap mujh ko bohat zyada man'ne lage, bohat zyada.</w:t>
      </w:r>
      <w:r>
        <w:br/>
      </w:r>
      <w:r>
        <w:rPr>
          <w:sz w:val="20"/>
        </w:rPr>
        <w:t>4:23  aur jab tak baap the, tab tak mein bilkul mera sara focus baap par hota tha.</w:t>
      </w:r>
      <w:r>
        <w:br/>
      </w:r>
      <w:r>
        <w:rPr>
          <w:sz w:val="20"/>
        </w:rPr>
        <w:t>4:31  december 1929 mein un ki death ho gayi to meri maan batati theen ke is waqt achanak mein khamosh ho gaya, achanak.</w:t>
      </w:r>
      <w:r>
        <w:br/>
      </w:r>
      <w:r>
        <w:rPr>
          <w:sz w:val="20"/>
        </w:rPr>
        <w:t>4:43  bohat bolta tha. baap jab the to bohat bolta tha. mein</w:t>
      </w:r>
      <w:r>
        <w:br/>
      </w:r>
      <w:r>
        <w:rPr>
          <w:sz w:val="20"/>
        </w:rPr>
        <w:t>4:49  bohat zyada bolta tha. baap se bas baap se.</w:t>
      </w:r>
      <w:r>
        <w:br/>
      </w:r>
      <w:r>
        <w:rPr>
          <w:sz w:val="20"/>
        </w:rPr>
        <w:t>4:59  to is ka matlab kya hua? mera focus jo hai insan se hat kar creator ki taraf chala gaya.</w:t>
      </w:r>
      <w:r>
        <w:br/>
      </w:r>
      <w:r>
        <w:rPr>
          <w:sz w:val="20"/>
        </w:rPr>
        <w:t>5:11  maujooda zamane mein ek philosophy hai jo kehte hain humanism. to humanism ka formula bataya jata hai ke "transfer of seed from god to man".</w:t>
      </w:r>
      <w:r>
        <w:br/>
      </w:r>
      <w:r>
        <w:rPr>
          <w:sz w:val="20"/>
        </w:rPr>
        <w:t>5:23  mera kya hua? "transfer of focus from man to god" ho gaya. to bachpan hi se mein seeker tha, Khuda ko talash karne wala.</w:t>
      </w:r>
      <w:r>
        <w:br/>
      </w:r>
      <w:r>
        <w:rPr>
          <w:sz w:val="20"/>
        </w:rPr>
        <w:t>5:36  farq sirf yeh hai ke us waqt mein unconscious level par sochta tha, ab mein conscious level par sochta hoon. poori zindagi meri bas mein keh sakta hoon ke Khuda mein guzri hai.</w:t>
      </w:r>
      <w:r>
        <w:br/>
      </w:r>
      <w:r>
        <w:rPr>
          <w:sz w:val="20"/>
        </w:rPr>
        <w:t>5:53  aap ko yaad hoga jab yahan Pakistan ke sadar general musharraf aaye the, general parvez musharraf,</w:t>
      </w:r>
      <w:r>
        <w:br/>
      </w:r>
      <w:r>
        <w:rPr>
          <w:sz w:val="20"/>
        </w:rPr>
        <w:t>6:03  to unhon ne kaha tha ke Pakistaniyon ke bare mein aur apne bare mein ke "Kashmir runs in our blood".</w:t>
      </w:r>
      <w:r>
        <w:br/>
      </w:r>
      <w:r>
        <w:rPr>
          <w:sz w:val="20"/>
        </w:rPr>
        <w:t>6:17  mein kehta hoon ke yeh pulon ka muamla hai, mera muamla hai ke "god runs in my blood".</w:t>
      </w:r>
      <w:r>
        <w:br/>
      </w:r>
      <w:r>
        <w:rPr>
          <w:sz w:val="20"/>
        </w:rPr>
        <w:t>6:27  dekhiye to sare Musalmanon ko unhon ne represent kiya.</w:t>
      </w:r>
      <w:r>
        <w:br/>
      </w:r>
      <w:r>
        <w:rPr>
          <w:sz w:val="20"/>
        </w:rPr>
        <w:t>6:32  agar Kashmir ki taraf hata dijiye to har Musalman goya ke yeh keh raha hai ke "worldly interest runs in my blood".</w:t>
      </w:r>
      <w:r>
        <w:br/>
      </w:r>
      <w:r>
        <w:rPr>
          <w:sz w:val="20"/>
        </w:rPr>
        <w:t>6:48  lekin mera muamla ek dam different tha. mera muamla yeh tha ke "god runs in my blood".</w:t>
      </w:r>
    </w:p>
    <w:p>
      <w:pPr>
        <w:pStyle w:val="Heading2"/>
      </w:pPr>
      <w:r>
        <w:t>Solar energy storage proves Creator planning</w:t>
      </w:r>
    </w:p>
    <w:p>
      <w:r>
        <w:rPr>
          <w:color w:val="666666"/>
          <w:sz w:val="18"/>
        </w:rPr>
        <w:t>Man and God | April 30, 2006 | Maulana Wahiduddin Khan · 6m 06s · at 54:33 · https://youtu.be/rjbenjA0B1A?t=3273</w:t>
      </w:r>
    </w:p>
    <w:p>
      <w:r>
        <w:rPr>
          <w:i/>
        </w:rPr>
        <w:t>“Do you know that all human civilization runs on energy?”</w:t>
      </w:r>
    </w:p>
    <w:p>
      <w:r>
        <w:rPr>
          <w:sz w:val="20"/>
        </w:rPr>
        <w:t>54:33  radio par sun raha tha ek ek bahut hi mujhe baṛa ajeeb maloom hua ke us ko mein</w:t>
      </w:r>
      <w:r>
        <w:br/>
      </w:r>
      <w:r>
        <w:rPr>
          <w:sz w:val="20"/>
        </w:rPr>
        <w:t>54:38  sunaoonga aap ko.</w:t>
      </w:r>
      <w:r>
        <w:br/>
      </w:r>
      <w:r>
        <w:rPr>
          <w:sz w:val="20"/>
        </w:rPr>
        <w:t>54:43  kya aap jante hain ke insaan ki saare jo hamari jo woh tamaddun hai jo civilization hai woh</w:t>
      </w:r>
      <w:r>
        <w:br/>
      </w:r>
      <w:r>
        <w:rPr>
          <w:sz w:val="20"/>
        </w:rPr>
        <w:t>54:48  energy par chalti hai? hamein energy chahiye.</w:t>
      </w:r>
      <w:r>
        <w:br/>
      </w:r>
      <w:r>
        <w:rPr>
          <w:sz w:val="20"/>
        </w:rPr>
        <w:t>54:53  yani water energy aur petrol energy.</w:t>
      </w:r>
      <w:r>
        <w:br/>
      </w:r>
      <w:r>
        <w:rPr>
          <w:sz w:val="20"/>
        </w:rPr>
        <w:t>54:59  to aap jante hain ke petrol jo hai ya oil jo hai woh limited hai zameen mein.</w:t>
      </w:r>
      <w:r>
        <w:br/>
      </w:r>
      <w:r>
        <w:rPr>
          <w:sz w:val="20"/>
        </w:rPr>
        <w:t>55:04  woh saare log yeh soch rahe hain ke khatm ho jayega to kya hoga? kahan se energy</w:t>
      </w:r>
      <w:r>
        <w:br/>
      </w:r>
      <w:r>
        <w:rPr>
          <w:sz w:val="20"/>
        </w:rPr>
        <w:t>55:10  layenge hum? ab ek source of energy jo hai woh sun hai, suraj.</w:t>
      </w:r>
      <w:r>
        <w:br/>
      </w:r>
      <w:r>
        <w:rPr>
          <w:sz w:val="20"/>
        </w:rPr>
        <w:t>55:16  lekin aap jante hain ke solar energy jo hai jo wahan se aati hai upar se suraj ki,</w:t>
      </w:r>
      <w:r>
        <w:br/>
      </w:r>
      <w:r>
        <w:rPr>
          <w:sz w:val="20"/>
        </w:rPr>
        <w:t>55:23  solar energy ko aap store nahi kar sakte.</w:t>
      </w:r>
      <w:r>
        <w:br/>
      </w:r>
      <w:r>
        <w:rPr>
          <w:sz w:val="20"/>
        </w:rPr>
        <w:t>55:29  kisi bhi energy ko, electrical energy ko store nahi kar sakte aap. to</w:t>
      </w:r>
      <w:r>
        <w:br/>
      </w:r>
      <w:r>
        <w:rPr>
          <w:sz w:val="20"/>
        </w:rPr>
        <w:t>55:35  bahut hi zyada quantity mein suraj energy zameen par bhej raha hai.</w:t>
      </w:r>
      <w:r>
        <w:br/>
      </w:r>
      <w:r>
        <w:rPr>
          <w:sz w:val="20"/>
        </w:rPr>
        <w:t>55:41  lekin chuki hum store nahi kar sakte, isko iske istemal nahi kar sakte.</w:t>
      </w:r>
      <w:r>
        <w:br/>
      </w:r>
      <w:r>
        <w:rPr>
          <w:sz w:val="20"/>
        </w:rPr>
        <w:t>55:47  kyunki raat ke waqt suraj nahi rehta hai, woh din ke waqt rehta hai.</w:t>
      </w:r>
      <w:r>
        <w:br/>
      </w:r>
      <w:r>
        <w:rPr>
          <w:sz w:val="20"/>
        </w:rPr>
        <w:t>55:53  to kaise isko istemal karein hum? to abhi maine suna ek ek report ke amreeka mein</w:t>
      </w:r>
      <w:r>
        <w:br/>
      </w:r>
      <w:r>
        <w:rPr>
          <w:sz w:val="20"/>
        </w:rPr>
        <w:t>55:59  ek discovery hui hai ke solar energy ko hum</w:t>
      </w:r>
      <w:r>
        <w:br/>
      </w:r>
      <w:r>
        <w:rPr>
          <w:sz w:val="20"/>
        </w:rPr>
        <w:t>56:05  ek aur tareeqe se isko qabil-e-istemal bana sakte hain apne liye.</w:t>
      </w:r>
      <w:r>
        <w:br/>
      </w:r>
      <w:r>
        <w:rPr>
          <w:sz w:val="20"/>
        </w:rPr>
        <w:t>56:10  woh kaise? zameen se koi athais sau mil upar suraj ki roshni yani har waqt rehti hai.</w:t>
      </w:r>
      <w:r>
        <w:br/>
      </w:r>
      <w:r>
        <w:rPr>
          <w:sz w:val="20"/>
        </w:rPr>
        <w:t>56:14  jaise hamare yahan jo hum jis duniya mein rehte hain, yahan par aap jante hain ke barah ghante</w:t>
      </w:r>
      <w:r>
        <w:br/>
      </w:r>
      <w:r>
        <w:rPr>
          <w:sz w:val="20"/>
        </w:rPr>
        <w:t>56:18  raat, barah ghante din.</w:t>
      </w:r>
      <w:r>
        <w:br/>
      </w:r>
      <w:r>
        <w:rPr>
          <w:sz w:val="20"/>
        </w:rPr>
        <w:t>56:23  to jab raat ho gayi to suraj ghayab ho gaya.</w:t>
      </w:r>
      <w:r>
        <w:br/>
      </w:r>
      <w:r>
        <w:rPr>
          <w:sz w:val="20"/>
        </w:rPr>
        <w:t>56:27  to iski energy hum nahi le sakte.</w:t>
      </w:r>
      <w:r>
        <w:br/>
      </w:r>
      <w:r>
        <w:rPr>
          <w:sz w:val="20"/>
        </w:rPr>
        <w:t>56:31  din ko agar le sakte hain</w:t>
      </w:r>
      <w:r>
        <w:br/>
      </w:r>
      <w:r>
        <w:rPr>
          <w:sz w:val="20"/>
        </w:rPr>
        <w:t>56:36  to woh store to kar nahi sakte.</w:t>
      </w:r>
      <w:r>
        <w:br/>
      </w:r>
      <w:r>
        <w:rPr>
          <w:sz w:val="20"/>
        </w:rPr>
        <w:t>56:42  jab suraj doob gaya to woh energy bhi khatm ho gayi.</w:t>
      </w:r>
      <w:r>
        <w:br/>
      </w:r>
      <w:r>
        <w:rPr>
          <w:sz w:val="20"/>
        </w:rPr>
        <w:t>56:48  to ab ab hum kya karein? raat ke waqt kya karein? ya jahan suraj ki roshni bahut kam</w:t>
      </w:r>
      <w:r>
        <w:br/>
      </w:r>
      <w:r>
        <w:rPr>
          <w:sz w:val="20"/>
        </w:rPr>
        <w:t>56:54  parti hai, wahan kya karein? kyunki har jagah suraj ki roshni yaksaan nahi hoti hai.</w:t>
      </w:r>
      <w:r>
        <w:br/>
      </w:r>
      <w:r>
        <w:rPr>
          <w:sz w:val="20"/>
        </w:rPr>
        <w:t>57:00  to wahan par experiment kiya gaya hai ke ek rocket ko jis mein ke woh lage honge, woh</w:t>
      </w:r>
      <w:r>
        <w:br/>
      </w:r>
      <w:r>
        <w:rPr>
          <w:sz w:val="20"/>
        </w:rPr>
        <w:t>57:06  baray baray woh hotay hain, woh jis mein solar energy ko woh absorab kartay hain.</w:t>
      </w:r>
      <w:r>
        <w:br/>
      </w:r>
      <w:r>
        <w:rPr>
          <w:sz w:val="20"/>
        </w:rPr>
        <w:t>57:14  to oopar bheja gaya us ko, oopar bheja gaya jahan ke 24 ghantay suraj ki roshni rehti hai.</w:t>
      </w:r>
      <w:r>
        <w:br/>
      </w:r>
      <w:r>
        <w:rPr>
          <w:sz w:val="20"/>
        </w:rPr>
        <w:t>57:21  to is ne solar energy ko liya suraj se, le kar kiya kiya is ko? is ko is</w:t>
      </w:r>
      <w:r>
        <w:br/>
      </w:r>
      <w:r>
        <w:rPr>
          <w:sz w:val="20"/>
        </w:rPr>
        <w:t>57:29  ne convert kiya is mein electronic energy mein, convert</w:t>
      </w:r>
      <w:r>
        <w:br/>
      </w:r>
      <w:r>
        <w:rPr>
          <w:sz w:val="20"/>
        </w:rPr>
        <w:t>57:36  kiya.</w:t>
      </w:r>
      <w:r>
        <w:br/>
      </w:r>
      <w:r>
        <w:rPr>
          <w:sz w:val="20"/>
        </w:rPr>
        <w:t>57:40  phir convert kar ke is ko phir zameen par bheja.</w:t>
      </w:r>
      <w:r>
        <w:br/>
      </w:r>
      <w:r>
        <w:rPr>
          <w:sz w:val="20"/>
        </w:rPr>
        <w:t>57:44  is ko electronic energy jab mein convert kar liya aap ne to aap is qabil ho gaye ke</w:t>
      </w:r>
      <w:r>
        <w:br/>
      </w:r>
      <w:r>
        <w:rPr>
          <w:sz w:val="20"/>
        </w:rPr>
        <w:t>57:48  is ko zameen par bhej sakain.</w:t>
      </w:r>
      <w:r>
        <w:br/>
      </w:r>
      <w:r>
        <w:rPr>
          <w:sz w:val="20"/>
        </w:rPr>
        <w:t>57:52  aur phir is is is ko phir dobara electrical energy mein convert kiya gaya.</w:t>
      </w:r>
      <w:r>
        <w:br/>
      </w:r>
      <w:r>
        <w:rPr>
          <w:sz w:val="20"/>
        </w:rPr>
        <w:t>57:55  to yeh maloom hua ke solar energy convert ho sakti hai electronic energy mein, phir woh convert ho</w:t>
      </w:r>
      <w:r>
        <w:br/>
      </w:r>
      <w:r>
        <w:rPr>
          <w:sz w:val="20"/>
        </w:rPr>
        <w:t>57:59  sakti hai electrical engineering mein, phir is ko aap istemal kar saktay hain apnay kaam ke liye.</w:t>
      </w:r>
      <w:r>
        <w:br/>
      </w:r>
      <w:r>
        <w:rPr>
          <w:sz w:val="20"/>
        </w:rPr>
        <w:t>58:03  to kiya ke raat ke waqt bhi hum</w:t>
      </w:r>
      <w:r>
        <w:br/>
      </w:r>
      <w:r>
        <w:rPr>
          <w:sz w:val="20"/>
        </w:rPr>
        <w:t>58:07  solar energy ko le kar ke is ko istemal kar saktay hain apnay liye conversion ke zariye.</w:t>
      </w:r>
      <w:r>
        <w:br/>
      </w:r>
      <w:r>
        <w:rPr>
          <w:sz w:val="20"/>
        </w:rPr>
        <w:t>58:12  ab mein ne socha ke Khuda ne yeh possibility bhi rakhi thi is dunya mein ke raat ke</w:t>
      </w:r>
      <w:r>
        <w:br/>
      </w:r>
      <w:r>
        <w:rPr>
          <w:sz w:val="20"/>
        </w:rPr>
        <w:t>58:17  waqt bhi hum jab ke suraj hamaray paas na ho, tab bhi hum is ki energy ko le</w:t>
      </w:r>
      <w:r>
        <w:br/>
      </w:r>
      <w:r>
        <w:rPr>
          <w:sz w:val="20"/>
        </w:rPr>
        <w:t>58:22  sakain convert kar ke.</w:t>
      </w:r>
      <w:r>
        <w:br/>
      </w:r>
      <w:r>
        <w:rPr>
          <w:sz w:val="20"/>
        </w:rPr>
        <w:t>58:28  to kitni bari planning thi Khuda ki yeh.</w:t>
      </w:r>
      <w:r>
        <w:br/>
      </w:r>
      <w:r>
        <w:rPr>
          <w:sz w:val="20"/>
        </w:rPr>
        <w:t>58:33  to yeh to ek bohat hi choti si misaal hai ke itni meaningful dunya</w:t>
      </w:r>
      <w:r>
        <w:br/>
      </w:r>
      <w:r>
        <w:rPr>
          <w:sz w:val="20"/>
        </w:rPr>
        <w:t>58:38  agar hum Khuda ko na manain, tab bhi hamein manna parta hai ke ek aisi dunya hamaray samnay</w:t>
      </w:r>
      <w:r>
        <w:br/>
      </w:r>
      <w:r>
        <w:rPr>
          <w:sz w:val="20"/>
        </w:rPr>
        <w:t>58:44  hai jo bohat hi meaningful hai, bohat ziyada meaningful, jo bohat ziyada planned way mein banai gayi hai.</w:t>
      </w:r>
      <w:r>
        <w:br/>
      </w:r>
      <w:r>
        <w:rPr>
          <w:sz w:val="20"/>
        </w:rPr>
        <w:t>58:50  ek scientist ne kaha ke dunya ko dekh kar mujhe aisa lagta hai ke is ko bananay wala</w:t>
      </w:r>
      <w:r>
        <w:br/>
      </w:r>
      <w:r>
        <w:rPr>
          <w:sz w:val="20"/>
        </w:rPr>
        <w:t>58:56  ek mathematical mind hai, yani mathematical precision is ke andar hai.</w:t>
      </w:r>
      <w:r>
        <w:br/>
      </w:r>
      <w:r>
        <w:rPr>
          <w:sz w:val="20"/>
        </w:rPr>
        <w:t>59:02  ab bataiye ke kiya agar aap Khuda keh rahe hain ke mein</w:t>
      </w:r>
      <w:r>
        <w:br/>
      </w:r>
      <w:r>
        <w:rPr>
          <w:sz w:val="20"/>
        </w:rPr>
        <w:t>59:08  khuda ko nahi manta to kya is dunya ko bhi inkar kar sakte hain aap? to itni meaningful dunya ban nahi sakti hai baghair is ke ke is ka ek creator ho. agar dunya at random hoti, haphazard hoti, koi yahan par koi planning na hoti to shayad aap keh sakte the ke yeh ban gayi ho apne aap. lekin is ka ek ek zara, ek ek cheez is ki bohat hi meaningful hai, bohat hi planned way mein hai, is ke andar mathematical pre</w:t>
      </w:r>
      <w:r>
        <w:br/>
      </w:r>
      <w:r>
        <w:rPr>
          <w:sz w:val="20"/>
        </w:rPr>
        <w:t>59:38  cision hai, is ke andar. to aisi ek dunya impossible hai ke kisi banane wale ke baghair bani ho. to main yeh kehta hoon aap ke liye choice jo hai aisi halat mein wo yani universe with god aur universe without god ke darmiyan nahi hai. aap ka jo choice hai wo yeh nahi hai ke ya to universe with god ko lein ya universe without god</w:t>
      </w:r>
      <w:r>
        <w:br/>
      </w:r>
      <w:r>
        <w:rPr>
          <w:sz w:val="20"/>
        </w:rPr>
        <w:t>1:00:08  ko lain.</w:t>
      </w:r>
      <w:r>
        <w:br/>
      </w:r>
      <w:r>
        <w:rPr>
          <w:sz w:val="20"/>
        </w:rPr>
        <w:t>1:00:13  yeh belief work nahin karega.</w:t>
      </w:r>
      <w:r>
        <w:br/>
      </w:r>
      <w:r>
        <w:rPr>
          <w:sz w:val="20"/>
        </w:rPr>
        <w:t>1:00:17  jo choice aap ke liye woh hai universe with god aur no universe at all.</w:t>
      </w:r>
      <w:r>
        <w:br/>
      </w:r>
      <w:r>
        <w:rPr>
          <w:sz w:val="20"/>
        </w:rPr>
        <w:t>1:00:21  yani god agar na ho to universe hi khatam ho jati hai.</w:t>
      </w:r>
      <w:r>
        <w:br/>
      </w:r>
      <w:r>
        <w:rPr>
          <w:sz w:val="20"/>
        </w:rPr>
        <w:t>1:00:26  creator na ho to yeh meaningful duniya hi nahin paida hoti.</w:t>
      </w:r>
      <w:r>
        <w:br/>
      </w:r>
      <w:r>
        <w:rPr>
          <w:sz w:val="20"/>
        </w:rPr>
        <w:t>1:00:30  to real choice jo aap ke liye hai woh hai universe with god ya no universe at all.</w:t>
      </w:r>
      <w:r>
        <w:br/>
      </w:r>
      <w:r>
        <w:rPr>
          <w:sz w:val="20"/>
        </w:rPr>
        <w:t>1:00:34  to kya hai ke hamare liye is ke s</w:t>
      </w:r>
      <w:r>
        <w:br/>
      </w:r>
      <w:r>
        <w:rPr>
          <w:sz w:val="20"/>
        </w:rPr>
        <w:t>1:00:39  wa koi chara nahin hai ke hum Khuda ko manen.</w:t>
      </w:r>
    </w:p>
    <w:p>
      <w:pPr>
        <w:pStyle w:val="Heading2"/>
      </w:pPr>
      <w:r>
        <w:t>Islam targets individual reform, never political revolution or armed jihad</w:t>
      </w:r>
    </w:p>
    <w:p>
      <w:r>
        <w:rPr>
          <w:color w:val="666666"/>
          <w:sz w:val="18"/>
        </w:rPr>
        <w:t>God oriented Life January 6, 2007 · 4m 53s · at 42:55 · https://youtu.be/UdJ9eWU_OCo?t=2575</w:t>
      </w:r>
    </w:p>
    <w:p>
      <w:r>
        <w:rPr>
          <w:i/>
        </w:rPr>
        <w:t>“Society ya state ka maamla individual se bilkul alag hai”</w:t>
      </w:r>
    </w:p>
    <w:p>
      <w:r>
        <w:rPr>
          <w:sz w:val="20"/>
        </w:rPr>
        <w:t>42:55  dekhein, society ya state ka muamla individual se bilkul alag hai.</w:t>
      </w:r>
      <w:r>
        <w:br/>
      </w:r>
      <w:r>
        <w:rPr>
          <w:sz w:val="20"/>
        </w:rPr>
        <w:t>43:04  jaise ke mislan communist philosophy hai, yeh communist thinking hai. is mein society ko ya aur bhi jitne bhi system hain, is mein sab mein yeh hota hai ke society ko ya state ko target karte hain ke state ko badalna hai, society ko badalna hai.</w:t>
      </w:r>
      <w:r>
        <w:br/>
      </w:r>
      <w:r>
        <w:rPr>
          <w:sz w:val="20"/>
        </w:rPr>
        <w:t>43:23  aur phir larai, awwal din se larai shuru ho jati hai. jab aap society, jab aap state ko target karein to kya hoga?</w:t>
      </w:r>
      <w:r>
        <w:br/>
      </w:r>
      <w:r>
        <w:rPr>
          <w:sz w:val="20"/>
        </w:rPr>
        <w:t>43:31  aap ek ko dethrone karna chahenge aur doosre ko wahan par lana chahenge takht par. hamesha yeh hota hai. jitni bhi movement hain, aap dekhiye in mein to takrao shuru ho jata hai.</w:t>
      </w:r>
      <w:r>
        <w:br/>
      </w:r>
      <w:r>
        <w:rPr>
          <w:sz w:val="20"/>
        </w:rPr>
        <w:t>43:46  jaise mein ne ek ek dealer ki taqreer suni, unhone kaha ke rajni chalti hai takrao par, parties chalti hain takrao par.</w:t>
      </w:r>
      <w:r>
        <w:br/>
      </w:r>
      <w:r>
        <w:rPr>
          <w:sz w:val="20"/>
        </w:rPr>
        <w:t>43:57  kyun?</w:t>
      </w:r>
      <w:r>
        <w:br/>
      </w:r>
      <w:r>
        <w:rPr>
          <w:sz w:val="20"/>
        </w:rPr>
        <w:t>43:58  parties ka target ek, ek, ek government hoti hai, ek political group hota hai jo rule kar raha hota hai. to zahir hai ke jab us ko hatana chahenge to takrao hoga.</w:t>
      </w:r>
      <w:r>
        <w:br/>
      </w:r>
      <w:r>
        <w:rPr>
          <w:sz w:val="20"/>
        </w:rPr>
        <w:t>44:11  yeh islam mein nahi hai. islam ka jo scheme of things hai, islam ka jo jo god oriented life jo islam mein batai gayi hai, is mein yeh cheez nahi hai.</w:t>
      </w:r>
      <w:r>
        <w:br/>
      </w:r>
      <w:r>
        <w:rPr>
          <w:sz w:val="20"/>
        </w:rPr>
        <w:t>44:24  god oriented life mein sara focus individual par hota hai, apne ko theek karna, apne ko durust karna, is par hota hai.</w:t>
      </w:r>
      <w:r>
        <w:br/>
      </w:r>
      <w:r>
        <w:rPr>
          <w:sz w:val="20"/>
        </w:rPr>
        <w:t>44:37  aur jahan tak taluq hai state ka ya government ka ya political role ka, woh aap target nahi kar sakte. target karenge, fasad hoga, larai hogi, khoon bahega, takrao hoga.</w:t>
      </w:r>
      <w:r>
        <w:br/>
      </w:r>
      <w:r>
        <w:rPr>
          <w:sz w:val="20"/>
        </w:rPr>
        <w:t>44:49  yeh is mein shamil nahi hai islam ke naqshe mein.</w:t>
      </w:r>
      <w:r>
        <w:br/>
      </w:r>
      <w:r>
        <w:rPr>
          <w:sz w:val="20"/>
        </w:rPr>
        <w:t>44:53  hadith mein aata hai: "kama takoonoon kazalik yool alaikum". jaise tum hoge, waise tumhare hukmaran honge, waise tumhare rulers honge.</w:t>
      </w:r>
      <w:r>
        <w:br/>
      </w:r>
      <w:r>
        <w:rPr>
          <w:sz w:val="20"/>
        </w:rPr>
        <w:t>45:07  is ka matlab kya hua? ke ruler society ka product hota hai, na ke aap ke kisi movement ka.</w:t>
      </w:r>
      <w:r>
        <w:br/>
      </w:r>
      <w:r>
        <w:rPr>
          <w:sz w:val="20"/>
        </w:rPr>
        <w:t>45:15  aap jo movement chalate hain, jo sangharsh chalate hain, jo abhiyan chalate hain, aur is ke nateejay mein aap ek, ek government banana chahte hain, woh islam ka tareeqa nahi hai.</w:t>
      </w:r>
      <w:r>
        <w:br/>
      </w:r>
      <w:r>
        <w:rPr>
          <w:sz w:val="20"/>
        </w:rPr>
        <w:t>45:27  "kama takoonoon kazalik yool alaikum". jaise tum hoge, waise tumhare hukmaran honge. islam ka target kya hai? individual ki islaah,</w:t>
      </w:r>
      <w:r>
        <w:br/>
      </w:r>
      <w:r>
        <w:rPr>
          <w:sz w:val="20"/>
        </w:rPr>
        <w:t>45:42  individual ko durust karna.</w:t>
      </w:r>
      <w:r>
        <w:br/>
      </w:r>
      <w:r>
        <w:rPr>
          <w:sz w:val="20"/>
        </w:rPr>
        <w:t>45:44  jab bohat sare individual theek ho jayenge to society ban jayegi, ek achhe logon ki society. to achhe logon ki society ban jayegi to kya hoga?</w:t>
      </w:r>
      <w:r>
        <w:br/>
      </w:r>
      <w:r>
        <w:rPr>
          <w:sz w:val="20"/>
        </w:rPr>
        <w:t>45:52  ek achhi hukumat ban jayegi, achha political system ban jayega. yeh hai tareeqa islam ka. woh tareeqa islam ka nahi hai ke hukumat ko nishana bana kar us ko takrana, us ko badalna.</w:t>
      </w:r>
      <w:r>
        <w:br/>
      </w:r>
      <w:r>
        <w:rPr>
          <w:sz w:val="20"/>
        </w:rPr>
        <w:t>46:05  yeh kehna ke tum zalim ho, hum nayi hukumat banayenge jo justice ki hukumat ho, yeh bilkul islam mein nahi hai. yeh islam mein nahi hai.</w:t>
      </w:r>
      <w:r>
        <w:br/>
      </w:r>
      <w:r>
        <w:rPr>
          <w:sz w:val="20"/>
        </w:rPr>
        <w:t>46:19  aur aaj kal jo jehad chhera hua hai, yeh yeh naam le kar ke ke hum yani achhi hukoomat banana chahte hain, achha role lana chahte hain, sab bilkul galat hai.</w:t>
      </w:r>
      <w:r>
        <w:br/>
      </w:r>
      <w:r>
        <w:rPr>
          <w:sz w:val="20"/>
        </w:rPr>
        <w:t>46:31  islam mein jehad sirf defence ke liye hota hai, aur defence ka bhi is ko haq hai, woh sirf government ko haq hai, ek establish government ko.</w:t>
      </w:r>
      <w:r>
        <w:br/>
      </w:r>
      <w:r>
        <w:rPr>
          <w:sz w:val="20"/>
        </w:rPr>
        <w:t>46:44  yani agar ek establish government hai, bani hui, maujood hai, aur koi attack karta hai country ke upar to woh government ja kar ke us se defence ke taur par lare gi.</w:t>
      </w:r>
      <w:r>
        <w:br/>
      </w:r>
      <w:r>
        <w:rPr>
          <w:sz w:val="20"/>
        </w:rPr>
        <w:t>46:56  koi bhi individual, koi bhi organization ko ijazat nahi hai ke woh larai chher de jehad ke naam par, woh haram hoga, woh haram.</w:t>
      </w:r>
      <w:r>
        <w:br/>
      </w:r>
      <w:r>
        <w:rPr>
          <w:sz w:val="20"/>
        </w:rPr>
        <w:t>47:06  sirf ek establish state hi declare kar sakti hai war.</w:t>
      </w:r>
      <w:r>
        <w:br/>
      </w:r>
      <w:r>
        <w:rPr>
          <w:sz w:val="20"/>
        </w:rPr>
        <w:t>47:15  war ko declare karna yeh sirf state ka kaam hai, aam logon ko nahi.</w:t>
      </w:r>
      <w:r>
        <w:br/>
      </w:r>
      <w:r>
        <w:rPr>
          <w:sz w:val="20"/>
        </w:rPr>
        <w:t>47:20  aam logon ko peaceful way mein apni islaah karna hai, peaceful way mein samaj ki islaah karna hai, peaceful way mein apni movement chalana hai, jo bhi chalana hai, woh violence nahi kar sakte, woh aam hathiyar nahi utha sakte.</w:t>
      </w:r>
      <w:r>
        <w:br/>
      </w:r>
      <w:r>
        <w:rPr>
          <w:sz w:val="20"/>
        </w:rPr>
        <w:t>47:38  yeh sab, yeh sab islam mein bilkul haram hai, haram. to yeh hai society aur state ki baat.</w:t>
      </w:r>
    </w:p>
    <w:p>
      <w:pPr>
        <w:pStyle w:val="Heading2"/>
      </w:pPr>
      <w:r>
        <w:t>closing call to reset priorities before it's too late</w:t>
      </w:r>
    </w:p>
    <w:p>
      <w:r>
        <w:rPr>
          <w:color w:val="666666"/>
          <w:sz w:val="18"/>
        </w:rPr>
        <w:t>Nature of Modern Problem 12 July 2009 · 5m 02s · at 54:02 · https://youtu.be/vcldH1rCExM?t=3242</w:t>
      </w:r>
    </w:p>
    <w:p>
      <w:r>
        <w:rPr>
          <w:i/>
        </w:rPr>
        <w:t>“People are laughing today so they may never laugh again”</w:t>
      </w:r>
    </w:p>
    <w:p>
      <w:r>
        <w:rPr>
          <w:sz w:val="20"/>
        </w:rPr>
        <w:t>54:02  mein samajhta hoon ke aakhri waqt aa gaya hai ke log sochein.</w:t>
      </w:r>
      <w:r>
        <w:br/>
      </w:r>
      <w:r>
        <w:rPr>
          <w:sz w:val="20"/>
        </w:rPr>
        <w:t>54:10  aaj subah mein yahan tha, mein ne dekhta dekha ke log hans rahe hain, zor zor se kaha ke laga rahe hain, woh bol rahe hain.</w:t>
      </w:r>
      <w:r>
        <w:br/>
      </w:r>
      <w:r>
        <w:rPr>
          <w:sz w:val="20"/>
        </w:rPr>
        <w:t>54:25  to ajeeb mere haal hue, mein ne kaha ke log bol rahe hain taake dobara unhein bolna naseeb na ho, log hans rahe hain taake phir unhein hansne ka mauqa na mile.</w:t>
      </w:r>
      <w:r>
        <w:br/>
      </w:r>
      <w:r>
        <w:rPr>
          <w:sz w:val="20"/>
        </w:rPr>
        <w:t>54:36  kyunke jab temporary oyster hoga to kaun hai jo bole aur kaun hai jo hanse? phir to phir to jeena hi mushkil ho jayega. bible mein hai ke abad tak rona aur daant peesna hoga.</w:t>
      </w:r>
      <w:r>
        <w:br/>
      </w:r>
      <w:r>
        <w:rPr>
          <w:sz w:val="20"/>
        </w:rPr>
        <w:t>54:51  qayamat ke bare mein hai bible mein ke abad tak rona aur daant peesna hoga. ke woh daur aa jayega to kaun hai jo kakhha lagaye?</w:t>
      </w:r>
      <w:r>
        <w:br/>
      </w:r>
      <w:r>
        <w:rPr>
          <w:sz w:val="20"/>
        </w:rPr>
        <w:t>55:02  kaun hai</w:t>
      </w:r>
      <w:r>
        <w:br/>
      </w:r>
      <w:r>
        <w:rPr>
          <w:sz w:val="20"/>
        </w:rPr>
        <w:t>55:03  jo parties kare? kaun hai jo jis ko hosh ho ke woh shadi karne ka? kaun hai jis ko hosh ho apni family ko khush karne ke liye?</w:t>
      </w:r>
      <w:r>
        <w:br/>
      </w:r>
      <w:r>
        <w:rPr>
          <w:sz w:val="20"/>
        </w:rPr>
        <w:t>55:13  jo activities karte hain log, is ka kis ko mauqa hoga? is ka sab kuch bhool jayega insaan. to aakhri waqt aa gaya hai.</w:t>
      </w:r>
      <w:r>
        <w:br/>
      </w:r>
      <w:r>
        <w:rPr>
          <w:sz w:val="20"/>
        </w:rPr>
        <w:t>55:25  individual level par bhi repentance aur global level par bhi repentance</w:t>
      </w:r>
      <w:r>
        <w:br/>
      </w:r>
      <w:r>
        <w:rPr>
          <w:sz w:val="20"/>
        </w:rPr>
        <w:t>55:33  yeh chahiye aaj logon ko.</w:t>
      </w:r>
      <w:r>
        <w:br/>
      </w:r>
      <w:r>
        <w:rPr>
          <w:sz w:val="20"/>
        </w:rPr>
        <w:t>55:39  koi doosra option hamare liye nahi hai, yaad rakhiye, koi doosra option nahi hai hamare liye.</w:t>
      </w:r>
      <w:r>
        <w:br/>
      </w:r>
      <w:r>
        <w:rPr>
          <w:sz w:val="20"/>
        </w:rPr>
        <w:t>55:49  is wajah se apni zindagi ke bare mein saare musalmanon ko yeh karna hai.</w:t>
      </w:r>
      <w:r>
        <w:br/>
      </w:r>
      <w:r>
        <w:rPr>
          <w:sz w:val="20"/>
        </w:rPr>
        <w:t>55:58  east aur west se le kar east se le kar west tak jitne musalman base hue hain duniya bhar mein, un sab ko yeh karna hai ke woh reassess karein, revise karein, apne bare mein replanning karein,</w:t>
      </w:r>
      <w:r>
        <w:br/>
      </w:r>
      <w:r>
        <w:rPr>
          <w:sz w:val="20"/>
        </w:rPr>
        <w:t>56:14  apne time ki, apni earning ki, apni activities ki, har cheez ki replanning karein,</w:t>
      </w:r>
      <w:r>
        <w:br/>
      </w:r>
      <w:r>
        <w:rPr>
          <w:sz w:val="20"/>
        </w:rPr>
        <w:t>56:25  har cheez ki replanning karein. aakhri waqt aa gaya hai.</w:t>
      </w:r>
      <w:r>
        <w:br/>
      </w:r>
      <w:r>
        <w:rPr>
          <w:sz w:val="20"/>
        </w:rPr>
        <w:t>56:39  hayt al rizq ke bare mein jo waqia hai</w:t>
      </w:r>
      <w:r>
        <w:br/>
      </w:r>
      <w:r>
        <w:rPr>
          <w:sz w:val="20"/>
        </w:rPr>
        <w:t>56:44  quran mein, is mein yeh hai ke agar woh tauba na karte to pade rehte hain hamesha machhli ke pait mein.</w:t>
      </w:r>
      <w:r>
        <w:br/>
      </w:r>
      <w:r>
        <w:rPr>
          <w:sz w:val="20"/>
        </w:rPr>
        <w:t>56:54  to tauba hi hai jis mein rizq bhi mil sakta hai, jis mein nijat mil sakti hai.</w:t>
      </w:r>
      <w:r>
        <w:br/>
      </w:r>
      <w:r>
        <w:rPr>
          <w:sz w:val="20"/>
        </w:rPr>
        <w:t>57:02  agar tauba individual level par ho to is individual ko Khuda salvation de dega.</w:t>
      </w:r>
      <w:r>
        <w:br/>
      </w:r>
      <w:r>
        <w:rPr>
          <w:sz w:val="20"/>
        </w:rPr>
        <w:t>57:11  global level par ho to poore saare insaanon ke liye Khuda ki rehmat ab wapas laut aayegi,</w:t>
      </w:r>
      <w:r>
        <w:br/>
      </w:r>
      <w:r>
        <w:rPr>
          <w:sz w:val="20"/>
        </w:rPr>
        <w:t>57:22  warna kuch nahi.</w:t>
      </w:r>
      <w:r>
        <w:br/>
      </w:r>
      <w:r>
        <w:rPr>
          <w:sz w:val="20"/>
        </w:rPr>
        <w:t>57:26  to barahhaal is waqt mein jis cheez par zor dena chahta hoon, woh yeh hai ke hamare saathi aur dunya bhar mein jo musalman base hue hain, woh sab is ko apni apni priority ko reset karen.</w:t>
      </w:r>
      <w:r>
        <w:br/>
      </w:r>
      <w:r>
        <w:rPr>
          <w:sz w:val="20"/>
        </w:rPr>
        <w:t>57:47  they have to reset their priority, they have to reset their priority</w:t>
      </w:r>
      <w:r>
        <w:br/>
      </w:r>
      <w:r>
        <w:rPr>
          <w:sz w:val="20"/>
        </w:rPr>
        <w:t>57:55  ke Khuda ke word ko, word of God ko saare logon tak pahunchana hai. unhein apna time is mein dena hai, apna paisa is mein lagana hai, apni energy is mein lagana hai.</w:t>
      </w:r>
      <w:r>
        <w:br/>
      </w:r>
      <w:r>
        <w:rPr>
          <w:sz w:val="20"/>
        </w:rPr>
        <w:t>58:06  to is waqt jo mein sara khulasa meri baat ka hai, woh yeh hai ke woh yeh hai ke you have to reset your priority, you have to reset your priority.</w:t>
      </w:r>
      <w:r>
        <w:br/>
      </w:r>
      <w:r>
        <w:rPr>
          <w:sz w:val="20"/>
        </w:rPr>
        <w:t>58:20  phir se apni zindagi ko plan kijiye,</w:t>
      </w:r>
      <w:r>
        <w:br/>
      </w:r>
      <w:r>
        <w:rPr>
          <w:sz w:val="20"/>
        </w:rPr>
        <w:t>58:23  phir se apne bare mein sochiye, phir se apni zindagi ko revise kijiye, apni apni poori zindagi ke bare mein, apni activities ke bare mein, apne paise ke bare mein,</w:t>
      </w:r>
      <w:r>
        <w:br/>
      </w:r>
      <w:r>
        <w:rPr>
          <w:sz w:val="20"/>
        </w:rPr>
        <w:t>58:37  apni energy ke bare mein, kya kar rahe hain aap is ke bare mein.</w:t>
      </w:r>
      <w:r>
        <w:br/>
      </w:r>
      <w:r>
        <w:rPr>
          <w:sz w:val="20"/>
        </w:rPr>
        <w:t>58:47  yeh is waqt mera saare logon ko, apne apne saathiyon ko bhi aur sari dunya ke musalmanon ko bhi yeh message hai ke you have to reset your priority.</w:t>
      </w:r>
    </w:p>
    <w:p>
      <w:pPr>
        <w:pStyle w:val="Heading2"/>
      </w:pPr>
      <w:r>
        <w:t>Desire without fulfillment in this world points to Paradise</w:t>
      </w:r>
    </w:p>
    <w:p>
      <w:r>
        <w:rPr>
          <w:color w:val="666666"/>
          <w:sz w:val="18"/>
        </w:rPr>
        <w:t>Islam in Daily Life May 26, 2013 · 5m 45s · at 35:14 · https://youtu.be/iNyWPrbyyhA?t=2114</w:t>
      </w:r>
    </w:p>
    <w:p>
      <w:r>
        <w:rPr>
          <w:i/>
        </w:rPr>
        <w:t>“Main aaj ka ek qissa sunata hoon”</w:t>
      </w:r>
    </w:p>
    <w:p>
      <w:r>
        <w:rPr>
          <w:sz w:val="20"/>
        </w:rPr>
        <w:t>35:14  kisi aur cheez mein nahi ho sakti. kal mujhe ek ek tajurba hua. ek apa kahin se koi mithai layein, bohat khane mein bohat hi tasty thi woh.</w:t>
      </w:r>
      <w:r>
        <w:br/>
      </w:r>
      <w:r>
        <w:rPr>
          <w:sz w:val="20"/>
        </w:rPr>
        <w:t>35:30  to main ne ek kha liya.</w:t>
      </w:r>
      <w:r>
        <w:br/>
      </w:r>
      <w:r>
        <w:rPr>
          <w:sz w:val="20"/>
        </w:rPr>
        <w:t>35:33  ab is ke baad kya hua ke khansi aur cough, achi khasi museebat ho gayi mere liye. to main ne socha, yaani yeh bhi ek tajurba tha.</w:t>
      </w:r>
      <w:r>
        <w:br/>
      </w:r>
      <w:r>
        <w:rPr>
          <w:sz w:val="20"/>
        </w:rPr>
        <w:t>35:46  yaani woh woh bohat tasty thi khane mein. lekin result kya nikla ke khansi aa gayi aur cough anay laga.</w:t>
      </w:r>
      <w:r>
        <w:br/>
      </w:r>
      <w:r>
        <w:rPr>
          <w:sz w:val="20"/>
        </w:rPr>
        <w:t>35:55  to mein ne socha ke Allah taala ne is dunya mein test birds to diye hain, lekin enjoy nahi diya hai.</w:t>
      </w:r>
      <w:r>
        <w:br/>
      </w:r>
      <w:r>
        <w:rPr>
          <w:sz w:val="20"/>
        </w:rPr>
        <w:t>36:06  ek baar ajeeb ehsaas hua mujhe. Yaani bohat hi ajeeb baat hai. Aakhir test birds agar mere andar na hota to mein kaise is ki lazzat ko mehsoos kar sakta tha.</w:t>
      </w:r>
      <w:r>
        <w:br/>
      </w:r>
      <w:r>
        <w:rPr>
          <w:sz w:val="20"/>
        </w:rPr>
        <w:t>36:18  waaqatan woh bohat hi lazeez thi mithai woh.</w:t>
      </w:r>
      <w:r>
        <w:br/>
      </w:r>
      <w:r>
        <w:rPr>
          <w:sz w:val="20"/>
        </w:rPr>
        <w:t>36:23  lekin ek hi baar khane ke baad maine kaha ab yaani khana hai is ko. To is dunya mein Allah taala ne cis enjoy diya, lekin enjoy ko rakh diya akhirat mein.</w:t>
      </w:r>
      <w:r>
        <w:br/>
      </w:r>
      <w:r>
        <w:rPr>
          <w:sz w:val="20"/>
        </w:rPr>
        <w:t>36:37  test birds to diye, lekin aap chahte hain ke aap ko lazeez cheezein milein to woh akhirat mein milein gi, dunya mein nahi.</w:t>
      </w:r>
      <w:r>
        <w:br/>
      </w:r>
      <w:r>
        <w:rPr>
          <w:sz w:val="20"/>
        </w:rPr>
        <w:t>36:46  yeh bhi, yeh yeh bhi ek tosam ki baat hai. Aur bohat ajeeb cheez hai yeh. Jitne bhi insaan ke andar jazbaat hain, desires hain, jitne bhi senses hain,</w:t>
      </w:r>
      <w:r>
        <w:br/>
      </w:r>
      <w:r>
        <w:rPr>
          <w:sz w:val="20"/>
        </w:rPr>
        <w:t>37:02  jitni bhi khwahishein hain, un sab ka muamla yeh hai ke dunya mein aap ko aap ko khwahish ka tajurba hota hai, lekin fulfillment ka tajurba nahi hota.</w:t>
      </w:r>
      <w:r>
        <w:br/>
      </w:r>
      <w:r>
        <w:rPr>
          <w:sz w:val="20"/>
        </w:rPr>
        <w:t>37:14  maashra ka bhi nahi hota.</w:t>
      </w:r>
      <w:r>
        <w:br/>
      </w:r>
      <w:r>
        <w:rPr>
          <w:sz w:val="20"/>
        </w:rPr>
        <w:t>37:17  ke woh kis liye aisa rakha Allah taala ne. Yeh ek bohat hi taaqatwar reminder hai yeh. Yeh jo Allah ne dori bana di, desire mein aur fulfillment jo Allah taala ne dori bana di, dono mil nahi sakte.</w:t>
      </w:r>
      <w:r>
        <w:br/>
      </w:r>
      <w:r>
        <w:rPr>
          <w:sz w:val="20"/>
        </w:rPr>
        <w:t>37:35  insaan ke andar desire hai aur fulfillment jo hai woh us ko haasil nahi hota. To yeh contradiction hai, ek dori hai.</w:t>
      </w:r>
      <w:r>
        <w:br/>
      </w:r>
      <w:r>
        <w:rPr>
          <w:sz w:val="20"/>
        </w:rPr>
        <w:t>37:44  yeh bohat hi powerful reminder hai insaan ke liye taake woh insaan jannat ko yaad kare. Kyun ke jab test birds hain to zaroor hai ke is ki test, is ke mutabiq tasty cheezein kahin maujood hon.</w:t>
      </w:r>
      <w:r>
        <w:br/>
      </w:r>
      <w:r>
        <w:rPr>
          <w:sz w:val="20"/>
        </w:rPr>
        <w:t>38:02  jab sense of enjoy hai to zaroor hai ke is ka takmeel ka kahin samaan ho.</w:t>
      </w:r>
      <w:r>
        <w:br/>
      </w:r>
      <w:r>
        <w:rPr>
          <w:sz w:val="20"/>
        </w:rPr>
        <w:t>38:10  isi cheez ko Quran mein kaha gaya hai ke "ومن کل الشیء خلقنا زوجين لعلكم تذکرون" ۔</w:t>
      </w:r>
      <w:r>
        <w:br/>
      </w:r>
      <w:r>
        <w:rPr>
          <w:sz w:val="20"/>
        </w:rPr>
        <w:t>38:18  ke har cheez ko Allah taala ne paida kiya pair pair, jore jore.</w:t>
      </w:r>
      <w:r>
        <w:br/>
      </w:r>
      <w:r>
        <w:rPr>
          <w:sz w:val="20"/>
        </w:rPr>
        <w:t>38:28  yeh male hai to female hai.</w:t>
      </w:r>
      <w:r>
        <w:br/>
      </w:r>
      <w:r>
        <w:rPr>
          <w:sz w:val="20"/>
        </w:rPr>
        <w:t>38:32  hata ke particle hain bhi, negative particle hain to positive particle hain to negative particle hain.</w:t>
      </w:r>
      <w:r>
        <w:br/>
      </w:r>
      <w:r>
        <w:rPr>
          <w:sz w:val="20"/>
        </w:rPr>
        <w:t>38:40  insaan mein mard hai to aurat hai. Yaani poori dunya mein har cheez jo hai pair pair ki shakal mein hai.</w:t>
      </w:r>
      <w:r>
        <w:br/>
      </w:r>
      <w:r>
        <w:rPr>
          <w:sz w:val="20"/>
        </w:rPr>
        <w:t>38:49  to yeh wahi to yahan bhi hai. Aap ko jo desire di gayi hai, is ka bhi ek pair chahiye. Sense of enjoy jo diya gaya aap ko, is ka bhi ek pair chahiye.</w:t>
      </w:r>
      <w:r>
        <w:br/>
      </w:r>
      <w:r>
        <w:rPr>
          <w:sz w:val="20"/>
        </w:rPr>
        <w:t>39:01  woh pair hai fulfillment. Sense of enjoy ka pair kya hai? Fulfillment.</w:t>
      </w:r>
      <w:r>
        <w:br/>
      </w:r>
      <w:r>
        <w:rPr>
          <w:sz w:val="20"/>
        </w:rPr>
        <w:t>39:09  to aap sochein ke jab har cheez ka pair maujood hai to is is ka pair kahan hai? "ومن کل الشیء خلقنا زوجين لعلكم تذكرون" ۔</w:t>
      </w:r>
      <w:r>
        <w:br/>
      </w:r>
      <w:r>
        <w:rPr>
          <w:sz w:val="20"/>
        </w:rPr>
        <w:t>39:22  yeh Quran ki ayat hai ke hum ne paida ki har cheez jore jore taake tum sochein. Sochein ka matlab kya hai?</w:t>
      </w:r>
      <w:r>
        <w:br/>
      </w:r>
      <w:r>
        <w:rPr>
          <w:sz w:val="20"/>
        </w:rPr>
        <w:t>39:34  ke ek cheez ka jora, sab cheez ka jora to ek aur cheez hai, is ka jora kahan hai?</w:t>
      </w:r>
      <w:r>
        <w:br/>
      </w:r>
      <w:r>
        <w:rPr>
          <w:sz w:val="20"/>
        </w:rPr>
        <w:t>39:38  mein desire ka fulfillment, fulfillment kahan hai? Jab har cheez ka jora maujood hai aur yeh jo nature mein jo system hai, is mein woh jore par mabni hai.</w:t>
      </w:r>
      <w:r>
        <w:br/>
      </w:r>
      <w:r>
        <w:rPr>
          <w:sz w:val="20"/>
        </w:rPr>
        <w:t>39:54  yaani pair based system hai nature. To yeh bhi, is ka bhi jora chahiye. Yaani desire ka jora, fulfillment hai, woh bhi to chahiye.</w:t>
      </w:r>
      <w:r>
        <w:br/>
      </w:r>
      <w:r>
        <w:rPr>
          <w:sz w:val="20"/>
        </w:rPr>
        <w:t>40:06  to woh hai jannat</w:t>
      </w:r>
      <w:r>
        <w:br/>
      </w:r>
      <w:r>
        <w:rPr>
          <w:sz w:val="20"/>
        </w:rPr>
        <w:t>40:07  . is tarah aap jannat ko yaad karenge, jannat ke liye duaen karenge, jannat ke liye aap mutamanni rahenge, jannat ki taraf daudenge.</w:t>
      </w:r>
      <w:r>
        <w:br/>
      </w:r>
      <w:r>
        <w:rPr>
          <w:sz w:val="20"/>
        </w:rPr>
        <w:t>40:19  jo quran mein hai ke "labis lahaza falya'mal al'amilun" . jannat ki taraf log, woh cheezen log daudein us ki taraf.</w:t>
      </w:r>
      <w:r>
        <w:br/>
      </w:r>
      <w:r>
        <w:rPr>
          <w:sz w:val="20"/>
        </w:rPr>
        <w:t>40:32  "saroo ila maghfirah wa jannat as-samawat" .</w:t>
      </w:r>
      <w:r>
        <w:br/>
      </w:r>
      <w:r>
        <w:rPr>
          <w:sz w:val="20"/>
        </w:rPr>
        <w:t>40:38  "saroo ila maghfirah wa jannat as-samawat" woh lafz hai ke daudo jannat ki taraf, jo zameen o aasman ki kushadgi ke barabar hai.</w:t>
      </w:r>
      <w:r>
        <w:br/>
      </w:r>
      <w:r>
        <w:rPr>
          <w:sz w:val="20"/>
        </w:rPr>
        <w:t>40:53  to yeh hai islam mein daily life.</w:t>
      </w:r>
    </w:p>
    <w:p>
      <w:pPr>
        <w:pStyle w:val="Heading2"/>
      </w:pPr>
      <w:r>
        <w:t>Atheist hijack of science and missed opportunity</w:t>
      </w:r>
    </w:p>
    <w:p>
      <w:r>
        <w:rPr>
          <w:color w:val="666666"/>
          <w:sz w:val="18"/>
        </w:rPr>
        <w:t>From Creature Worship to Creator Worship November 22, 2009 Maulana Wahiduddin Khan · 5m 44s · at 15:05 · https://youtu.be/2ZdtG-jZOS0?t=905</w:t>
      </w:r>
    </w:p>
    <w:p>
      <w:r>
        <w:rPr>
          <w:i/>
        </w:rPr>
        <w:t>“Lekin usi waqt kya hua? Usi waqt yeh hua”</w:t>
      </w:r>
    </w:p>
    <w:p>
      <w:r>
        <w:rPr>
          <w:sz w:val="20"/>
        </w:rPr>
        <w:t>15:05  lekin isi waqt kya hua? isi waqt yeh hua keh is is is is discovery ko hijack kar liya atheist ne.</w:t>
      </w:r>
      <w:r>
        <w:br/>
      </w:r>
      <w:r>
        <w:rPr>
          <w:sz w:val="20"/>
        </w:rPr>
        <w:t>15:16  isko atheistic sense mein isko explain karne lage woh. is waqt jo muslim the muslim ko yeh kaam karna tha.</w:t>
      </w:r>
      <w:r>
        <w:br/>
      </w:r>
      <w:r>
        <w:rPr>
          <w:sz w:val="20"/>
        </w:rPr>
        <w:t>15:26  yani pichle char sau saal mein yeh waqia hua hai.</w:t>
      </w:r>
      <w:r>
        <w:br/>
      </w:r>
      <w:r>
        <w:rPr>
          <w:sz w:val="20"/>
        </w:rPr>
        <w:t>15:30  lekin Musalman jo thay woh is beech mein jo colonialism aaya aur doosre siyasi waqiat hue ke</w:t>
      </w:r>
      <w:r>
        <w:br/>
      </w:r>
      <w:r>
        <w:rPr>
          <w:sz w:val="20"/>
        </w:rPr>
        <w:t>15:43  pehle spain ka downfall hua spain ki jo muslim saltanat thi us ka khatma hua phir is ke</w:t>
      </w:r>
      <w:r>
        <w:br/>
      </w:r>
      <w:r>
        <w:rPr>
          <w:sz w:val="20"/>
        </w:rPr>
        <w:t>15:50  baad yeh turki ki usmani khilafat khatm hui phir mughal saltanat khatm hui to yeh jo waqiat hue</w:t>
      </w:r>
      <w:r>
        <w:br/>
      </w:r>
      <w:r>
        <w:rPr>
          <w:sz w:val="20"/>
        </w:rPr>
        <w:t>16:02  western civilization ke urooj ke baad to musalman is ki wajah se negative mood mein aa gaye sab ko</w:t>
      </w:r>
      <w:r>
        <w:br/>
      </w:r>
      <w:r>
        <w:rPr>
          <w:sz w:val="20"/>
        </w:rPr>
        <w:t>16:08  dushman samajh liya sab ko conspirator samajh liya bas</w:t>
      </w:r>
      <w:r>
        <w:br/>
      </w:r>
      <w:r>
        <w:rPr>
          <w:sz w:val="20"/>
        </w:rPr>
        <w:t>16:12  unke mind mein kya hai ladna ladna ladna isi ka yeh culmination hai keh ab suicide bombing ho rahi hai. toh ain is waqt jab keh yeh itni bari discovery samne aayi thi toh isko islam ke liye istemal karna tha.</w:t>
      </w:r>
      <w:r>
        <w:br/>
      </w:r>
      <w:r>
        <w:rPr>
          <w:sz w:val="20"/>
        </w:rPr>
        <w:t>16:28  mein yeh kaha karta hoon keh science jo hai woh islam ki theology hai yani islam ka ilm kalam hai. science ki jo discoveries hain science ki discoveries jo hain woh islam ke ilm kalam hain.</w:t>
      </w:r>
      <w:r>
        <w:br/>
      </w:r>
      <w:r>
        <w:rPr>
          <w:sz w:val="20"/>
        </w:rPr>
        <w:t>16:40  lekin logon ne isko samjha nahi. hamare ulama ne hamare mutakallimeen ne hamare leaderon ne kyun unko woh afsos thay is baat se keh woh jaise shibli ne kaha tha zawal daulat azma zawal sharaf millat hai aziz o fikr farzand o ayal o khan meh kab tak toh sab isi mein gum thay.</w:t>
      </w:r>
      <w:r>
        <w:br/>
      </w:r>
      <w:r>
        <w:rPr>
          <w:sz w:val="20"/>
        </w:rPr>
        <w:t>17:04  aasman ne dolat war na tha jab barbad ki ibn badru ke dil nashad ne faryad ki yeh iqbal</w:t>
      </w:r>
      <w:r>
        <w:br/>
      </w:r>
      <w:r>
        <w:rPr>
          <w:sz w:val="20"/>
        </w:rPr>
        <w:t>17:10  ka shair hai.</w:t>
      </w:r>
      <w:r>
        <w:br/>
      </w:r>
      <w:r>
        <w:rPr>
          <w:sz w:val="20"/>
        </w:rPr>
        <w:t>17:12  is zamane ke jitne bhi log hain</w:t>
      </w:r>
      <w:r>
        <w:br/>
      </w:r>
      <w:r>
        <w:rPr>
          <w:sz w:val="20"/>
        </w:rPr>
        <w:t>17:17  mein aik bar to arab mein gaya to wahan aik museum tha is museum mein is zamane ka</w:t>
      </w:r>
      <w:r>
        <w:br/>
      </w:r>
      <w:r>
        <w:rPr>
          <w:sz w:val="20"/>
        </w:rPr>
        <w:t>17:21  jo logon ne jihad chalaya tha yani colonial powers ke khilaf to is mein aik naarah hota tha</w:t>
      </w:r>
      <w:r>
        <w:br/>
      </w:r>
      <w:r>
        <w:rPr>
          <w:sz w:val="20"/>
        </w:rPr>
        <w:t>17:28  wo rakha hua tha wahan par ke mautu al yawm aizza qabl an tamutu ghadan azilla bas larr kar</w:t>
      </w:r>
      <w:r>
        <w:br/>
      </w:r>
      <w:r>
        <w:rPr>
          <w:sz w:val="20"/>
        </w:rPr>
        <w:t>17:34  mar jao</w:t>
      </w:r>
      <w:r>
        <w:br/>
      </w:r>
      <w:r>
        <w:rPr>
          <w:sz w:val="20"/>
        </w:rPr>
        <w:t>17:39  mautu al yawm aizza qabl an tamutu ghadan azilla</w:t>
      </w:r>
      <w:r>
        <w:br/>
      </w:r>
      <w:r>
        <w:rPr>
          <w:sz w:val="20"/>
        </w:rPr>
        <w:t>17:43  to yeh larrhai bharrhai ka zehn aa gaya negative zehn aa gaya dunya ko dushman samajhne ka zehn aa gaya dekhen</w:t>
      </w:r>
      <w:r>
        <w:br/>
      </w:r>
      <w:r>
        <w:rPr>
          <w:sz w:val="20"/>
        </w:rPr>
        <w:t>17:50  jab aap negative mood mein hote hain to aap koi positive baat soch nahi sakte it is impossible</w:t>
      </w:r>
      <w:r>
        <w:br/>
      </w:r>
      <w:r>
        <w:rPr>
          <w:sz w:val="20"/>
        </w:rPr>
        <w:t>17:57  positive baat ko sochna</w:t>
      </w:r>
      <w:r>
        <w:br/>
      </w:r>
      <w:r>
        <w:rPr>
          <w:sz w:val="20"/>
        </w:rPr>
        <w:t>18:00  jaise scientists ne discoveries ki bohat sari to un ko koi negativity nahi thi un ka koi dushman</w:t>
      </w:r>
      <w:r>
        <w:br/>
      </w:r>
      <w:r>
        <w:rPr>
          <w:sz w:val="20"/>
        </w:rPr>
        <w:t>18:05  nahi tha kisi ka koi conspiracy mein un ki soch nahi phansi hui thi wo nature ko discover</w:t>
      </w:r>
      <w:r>
        <w:br/>
      </w:r>
      <w:r>
        <w:rPr>
          <w:sz w:val="20"/>
        </w:rPr>
        <w:t>18:13  karna chahte the</w:t>
      </w:r>
      <w:r>
        <w:br/>
      </w:r>
      <w:r>
        <w:rPr>
          <w:sz w:val="20"/>
        </w:rPr>
        <w:t>18:15  to yeh musalmanon mein mizaj nahi tha is zamane mein yeh jo discovery samne aai thi science ki</w:t>
      </w:r>
      <w:r>
        <w:br/>
      </w:r>
      <w:r>
        <w:rPr>
          <w:sz w:val="20"/>
        </w:rPr>
        <w:t>18:21  is ko musalmanon ko istemal karna tha khuda</w:t>
      </w:r>
      <w:r>
        <w:br/>
      </w:r>
      <w:r>
        <w:rPr>
          <w:sz w:val="20"/>
        </w:rPr>
        <w:t>18:24  ke is mein lekin istemal kar liya kis ne ayat 38 ne</w:t>
      </w:r>
      <w:r>
        <w:br/>
      </w:r>
      <w:r>
        <w:rPr>
          <w:sz w:val="20"/>
        </w:rPr>
        <w:t>18:32  yani aaj mein subah aik sath baat kar raha tha</w:t>
      </w:r>
      <w:r>
        <w:br/>
      </w:r>
      <w:r>
        <w:rPr>
          <w:sz w:val="20"/>
        </w:rPr>
        <w:t>18:37  ke khuda ke baray mein jo evidence ki baat hai to</w:t>
      </w:r>
      <w:r>
        <w:br/>
      </w:r>
      <w:r>
        <w:rPr>
          <w:sz w:val="20"/>
        </w:rPr>
        <w:t>18:44  aik hai direct evidence aik hai indirect evidence</w:t>
      </w:r>
      <w:r>
        <w:br/>
      </w:r>
      <w:r>
        <w:rPr>
          <w:sz w:val="20"/>
        </w:rPr>
        <w:t>18:48  direct evidence kya hai hum suraj ko jis tarah dekhte hain is tarah khuda ko dekhne lage hain</w:t>
      </w:r>
      <w:r>
        <w:br/>
      </w:r>
      <w:r>
        <w:rPr>
          <w:sz w:val="20"/>
        </w:rPr>
        <w:t>18:54  that is direct evidence yani suraj ko chand ko jis tarah hum dekhte hain waise hum khuda ko</w:t>
      </w:r>
      <w:r>
        <w:br/>
      </w:r>
      <w:r>
        <w:rPr>
          <w:sz w:val="20"/>
        </w:rPr>
        <w:t>18:58  dekhne lage hain to woh hai direct evidence khuda ka is sense mein</w:t>
      </w:r>
      <w:r>
        <w:br/>
      </w:r>
      <w:r>
        <w:rPr>
          <w:sz w:val="20"/>
        </w:rPr>
        <w:t>19:05  kyunke nahin tha lekin indirect evidence to beshumar the har cheez pehle zamane mein bhi ab science</w:t>
      </w:r>
      <w:r>
        <w:br/>
      </w:r>
      <w:r>
        <w:rPr>
          <w:sz w:val="20"/>
        </w:rPr>
        <w:t>19:14  ne jo discovery ki jo nayi duniya daryaft ki</w:t>
      </w:r>
      <w:r>
        <w:br/>
      </w:r>
      <w:r>
        <w:rPr>
          <w:sz w:val="20"/>
        </w:rPr>
        <w:t>19:18  to indirect evidence to ki bharmaar ho gayi har cheez khuda ka indirect evidence ban gayi har cheez</w:t>
      </w:r>
      <w:r>
        <w:br/>
      </w:r>
      <w:r>
        <w:rPr>
          <w:sz w:val="20"/>
        </w:rPr>
        <w:t>19:27  har pati har zara</w:t>
      </w:r>
      <w:r>
        <w:br/>
      </w:r>
      <w:r>
        <w:rPr>
          <w:sz w:val="20"/>
        </w:rPr>
        <w:t>19:30  har pani ka har qatra har cheez khuda ke wajood ka indirect evidence ban gayi</w:t>
      </w:r>
      <w:r>
        <w:br/>
      </w:r>
      <w:r>
        <w:rPr>
          <w:sz w:val="20"/>
        </w:rPr>
        <w:t>19:37  to kitna bada yeh انقلاب tha</w:t>
      </w:r>
      <w:r>
        <w:br/>
      </w:r>
      <w:r>
        <w:rPr>
          <w:sz w:val="20"/>
        </w:rPr>
        <w:t>19:42  yahan mein ek baat yeh arz kar doon ke dekhen khuda ka direct evidence kyun possible nahin hai</w:t>
      </w:r>
      <w:r>
        <w:br/>
      </w:r>
      <w:r>
        <w:rPr>
          <w:sz w:val="20"/>
        </w:rPr>
        <w:t>19:48  is liye ke hum is waqt test par hain</w:t>
      </w:r>
      <w:r>
        <w:br/>
      </w:r>
      <w:r>
        <w:rPr>
          <w:sz w:val="20"/>
        </w:rPr>
        <w:t>19:51  yeh maut se pehle ki jo duniya hai is mein hum test par hain maut ke baad ki</w:t>
      </w:r>
      <w:r>
        <w:br/>
      </w:r>
      <w:r>
        <w:rPr>
          <w:sz w:val="20"/>
        </w:rPr>
        <w:t>19:55  duniya jo hogi wahan test khatam hoga ho jayega to maut se pehle ki duniya mein hum</w:t>
      </w:r>
      <w:r>
        <w:br/>
      </w:r>
      <w:r>
        <w:rPr>
          <w:sz w:val="20"/>
        </w:rPr>
        <w:t>20:01  sirf indirect evidence hi pa sakte</w:t>
      </w:r>
      <w:r>
        <w:br/>
      </w:r>
      <w:r>
        <w:rPr>
          <w:sz w:val="20"/>
        </w:rPr>
        <w:t>20:03  hain khuda ke bare mein</w:t>
      </w:r>
      <w:r>
        <w:br/>
      </w:r>
      <w:r>
        <w:rPr>
          <w:sz w:val="20"/>
        </w:rPr>
        <w:t>20:05  direct evidence hum ko milega maut ke baad khuda ko hadith mein aata hai ke khuda ko</w:t>
      </w:r>
      <w:r>
        <w:br/>
      </w:r>
      <w:r>
        <w:rPr>
          <w:sz w:val="20"/>
        </w:rPr>
        <w:t>20:10  tum is tarah dekhoge jaise tum chand aur suraj ko dekhte ho</w:t>
      </w:r>
      <w:r>
        <w:br/>
      </w:r>
      <w:r>
        <w:rPr>
          <w:sz w:val="20"/>
        </w:rPr>
        <w:t>20:14  yeh test period mein hum sirf khuda ka direct evidence pa sakte hain woh beshumar hai be</w:t>
      </w:r>
      <w:r>
        <w:br/>
      </w:r>
      <w:r>
        <w:rPr>
          <w:sz w:val="20"/>
        </w:rPr>
        <w:t>20:19  shumar hai beshumar hai uncounted</w:t>
      </w:r>
      <w:r>
        <w:br/>
      </w:r>
      <w:r>
        <w:rPr>
          <w:sz w:val="20"/>
        </w:rPr>
        <w:t>20:22  aur khuda ka direct evidence jo hai woh maut ke baad hamare samne aayega to yeh test</w:t>
      </w:r>
      <w:r>
        <w:br/>
      </w:r>
      <w:r>
        <w:rPr>
          <w:sz w:val="20"/>
        </w:rPr>
        <w:t>20:27  ki wajah se aisa aisa hai ke ab aaj hum khuda ko direct nahin dekh paate yeh test</w:t>
      </w:r>
      <w:r>
        <w:br/>
      </w:r>
      <w:r>
        <w:rPr>
          <w:sz w:val="20"/>
        </w:rPr>
        <w:t>20:32  ki wajah se hai khuda aaj bhi aaya hai aaj bhi aaya hai lekin test ka jo parda</w:t>
      </w:r>
      <w:r>
        <w:br/>
      </w:r>
      <w:r>
        <w:rPr>
          <w:sz w:val="20"/>
        </w:rPr>
        <w:t>20:37  hai us ki wajah se hum direct evidence hamein nahin ho pata</w:t>
      </w:r>
      <w:r>
        <w:br/>
      </w:r>
      <w:r>
        <w:rPr>
          <w:sz w:val="20"/>
        </w:rPr>
        <w:t>20:43  to dekhen mein yeh keh raha tha ke science ne jo</w:t>
      </w:r>
    </w:p>
    <w:p>
      <w:pPr>
        <w:pStyle w:val="Heading2"/>
      </w:pPr>
      <w:r>
        <w:t>Is the West truly the enemy of Islam?</w:t>
      </w:r>
    </w:p>
    <w:p>
      <w:r>
        <w:rPr>
          <w:color w:val="666666"/>
          <w:sz w:val="18"/>
        </w:rPr>
        <w:t>Pillars of Western Thought October 6, 2013 · 4m 06s · at 52:33 · https://youtu.be/o4WfPvju5_M?t=3153</w:t>
      </w:r>
    </w:p>
    <w:p>
      <w:r>
        <w:rPr>
          <w:i/>
        </w:rPr>
        <w:t>“Should Muslims unite and wage jihad against the West?”</w:t>
      </w:r>
    </w:p>
    <w:p>
      <w:r>
        <w:rPr>
          <w:sz w:val="20"/>
        </w:rPr>
        <w:t>52:33  Maulana, yeh sawal Hyderabad se aaya hai Sarfaraz sahib ka. unhon ne likha hai: "Maulana, today you spoke about the western world, but it is the western world which is exploiting the Muslim world and is the real enemy of Islam.</w:t>
      </w:r>
      <w:r>
        <w:br/>
      </w:r>
      <w:r>
        <w:rPr>
          <w:sz w:val="20"/>
        </w:rPr>
        <w:t>52:51  What do you have to say about it? Should the Muslim world not unite together and wage a combined jihad against the w</w:t>
      </w:r>
      <w:r>
        <w:br/>
      </w:r>
      <w:r>
        <w:rPr>
          <w:sz w:val="20"/>
        </w:rPr>
        <w:t>53:00  est?" bhai, is soch ko to main hundred percent galat samajhta hoon ke koi enemy hamara hai. yeh qaumi soch hai. qaumi soch musalmanon mein koi ek shakhs bhi nahi nahi maloom mujhe jis ne is soch ko banane se pehle Quran ko padha ho.</w:t>
      </w:r>
      <w:r>
        <w:br/>
      </w:r>
      <w:r>
        <w:rPr>
          <w:sz w:val="20"/>
        </w:rPr>
        <w:t>53:19  misal ke taur par, aap agar Quran ko padhen shuru se aakhir tak yeh samajhne ke liye to kya hoga</w:t>
      </w:r>
      <w:r>
        <w:br/>
      </w:r>
      <w:r>
        <w:rPr>
          <w:sz w:val="20"/>
        </w:rPr>
        <w:t>53:27  ? jagah jagah aap ko milega aap ke khilaf ayatein, misal ke taur par: "antum al-a'aloon in kuntum momineen" yani iman wali sifat tumhara darja hongi to tumhein koi kamyabi hogi.</w:t>
      </w:r>
      <w:r>
        <w:br/>
      </w:r>
      <w:r>
        <w:rPr>
          <w:sz w:val="20"/>
        </w:rPr>
        <w:t>53:42  to musalman to do sau saal se lad rahe hain, aisa nahi ke ladai abhi shuru hi nahi hui. ladai to do sau saal jari hai, to kamyab kyun nahi hui? is ke mani ke hamara tareeqa-e-kaam par iman nahi tha ya qaumi tha.</w:t>
      </w:r>
      <w:r>
        <w:br/>
      </w:r>
      <w:r>
        <w:rPr>
          <w:sz w:val="20"/>
        </w:rPr>
        <w:t>53:58  aise hi Quran mein aap padhenge, aap dekhiye ke: "Innallaha la yughayyiru ma bi qawmin hatta yughayyiru ma bi anfusihim" is ke mani ke islah ka aaghaz apne aap se hota hai.</w:t>
      </w:r>
      <w:r>
        <w:br/>
      </w:r>
      <w:r>
        <w:rPr>
          <w:sz w:val="20"/>
        </w:rPr>
        <w:t>54:12  to kabhi musalmanon ne bataiye, kabhi is par koi un ka jalsa hua yeh sochne ke liye ke bhai duniya mein hum ko jo problem hai, to hamari apni zaati, hamare andar kya kamiyan hain?</w:t>
      </w:r>
      <w:r>
        <w:br/>
      </w:r>
      <w:r>
        <w:rPr>
          <w:sz w:val="20"/>
        </w:rPr>
        <w:t>54:23  kabhi koi jalsa mujhe bataiye sirf doosron ko bura bhala karne ke liye jalsay hote hain.</w:t>
      </w:r>
      <w:r>
        <w:br/>
      </w:r>
      <w:r>
        <w:rPr>
          <w:sz w:val="20"/>
        </w:rPr>
        <w:t>54:29  to sara masla yeh hai ke musalmanon ne is zamane mein qomi nuqta nazar ikhtiyar kar rakha hai. naam lete hain Islam ka, naam lete hain Islam ka.</w:t>
      </w:r>
      <w:r>
        <w:br/>
      </w:r>
      <w:r>
        <w:rPr>
          <w:sz w:val="20"/>
        </w:rPr>
        <w:t>54:42  sab se pehla kaam yeh hai ke aap ek baar itikaf mein baithein aur Quran ko sirf is liye padhein ke Quran moajaz halaat ke liye kya hum ko hal de, hal batata hai.</w:t>
      </w:r>
      <w:r>
        <w:br/>
      </w:r>
      <w:r>
        <w:rPr>
          <w:sz w:val="20"/>
        </w:rPr>
        <w:t>54:58  misalan, ek abhi ayat maine ek padhi ke: "la tastawee al hasratain</w:t>
      </w:r>
      <w:r>
        <w:br/>
      </w:r>
      <w:r>
        <w:rPr>
          <w:sz w:val="20"/>
        </w:rPr>
        <w:t>55:11  ke agar tum ko koi dushman nazar aaye, tab bhi us se dosti ka amal karo to us ki dushmani khatm ho jayegi." to musalmanon ne mujhe bataiye, kabhi bhi ek baar bhi Quran ke formulay ko apnaya hai?</w:t>
      </w:r>
      <w:r>
        <w:br/>
      </w:r>
      <w:r>
        <w:rPr>
          <w:sz w:val="20"/>
        </w:rPr>
        <w:t>55:27  wo to qomi zid, qomi dushmani isi mein phanse hue hain. to is mein jab aap qomi ladai ladenge to Allah ka saath nahi milega aap ko.</w:t>
      </w:r>
      <w:r>
        <w:br/>
      </w:r>
      <w:r>
        <w:rPr>
          <w:sz w:val="20"/>
        </w:rPr>
        <w:t>55:38  jab aap qomi ladai ladenge to Allah ka saath aap ko nahi milega. to is mein to haar yaqeeni hai.</w:t>
      </w:r>
      <w:r>
        <w:br/>
      </w:r>
      <w:r>
        <w:rPr>
          <w:sz w:val="20"/>
        </w:rPr>
        <w:t>55:47  doosri baat ek yeh hai jin ko musalmanon ne dushman declare kar rakha hai, wo aap ke madhu hain. madhu wo dushman hai hi nahi.</w:t>
      </w:r>
      <w:r>
        <w:br/>
      </w:r>
      <w:r>
        <w:rPr>
          <w:sz w:val="20"/>
        </w:rPr>
        <w:t>55:58  sara west aap ka madhu hai. yani aap par pehla farz hai ke hum ko dawat dein.</w:t>
      </w:r>
      <w:r>
        <w:br/>
      </w:r>
      <w:r>
        <w:rPr>
          <w:sz w:val="20"/>
        </w:rPr>
        <w:t>56:07  Quran ke mutabiq yeh hukum milta hai. to musalmanon ne sara mamla bana rakha hai qomi aur hawala dete hain Islam ka.</w:t>
      </w:r>
      <w:r>
        <w:br/>
      </w:r>
      <w:r>
        <w:rPr>
          <w:sz w:val="20"/>
        </w:rPr>
        <w:t>56:17  yeh to bohat zyada jisarat ki baat hai. is ki to pakad ho gayi Allah taala ka musalmanon ki ke tum ne qomi ladai chhod rakhi thi aur is ko naam de de rahe the Islam ka.</w:t>
      </w:r>
      <w:r>
        <w:br/>
      </w:r>
      <w:r>
        <w:rPr>
          <w:sz w:val="20"/>
        </w:rPr>
        <w:t>56:36  Maulana, agla sawal Delhi se hai. Samar Sherwani sahab ne</w:t>
      </w:r>
    </w:p>
    <w:p>
      <w:pPr>
        <w:pStyle w:val="Heading2"/>
      </w:pPr>
      <w:r>
        <w:t>God's creation plan freedom and test</w:t>
      </w:r>
    </w:p>
    <w:p>
      <w:r>
        <w:rPr>
          <w:color w:val="666666"/>
          <w:sz w:val="18"/>
        </w:rPr>
        <w:t>Man and God | April 30, 2006 | Maulana Wahiduddin Khan · 3m 34s · at 1:11:27 · https://youtu.be/rjbenjA0B1A?t=4287</w:t>
      </w:r>
    </w:p>
    <w:p>
      <w:r>
        <w:rPr>
          <w:i/>
        </w:rPr>
        <w:t>“To live successfully, we must know the Creator's plan.”</w:t>
      </w:r>
    </w:p>
    <w:p>
      <w:r>
        <w:rPr>
          <w:sz w:val="20"/>
        </w:rPr>
        <w:t>1:11:27  de-stressing ka sab se zyada successful formula. aur doosri cheez yeh hai ke hamein is dunya mein jeene ke liye kamyab jeene ke liye zaroori hai ke hum yeh janen ke jo creator hai is dunya ka to creator ka creation plan kya hai? creator ka creation plan kya hai? mujh se aksar log poochte hain ke dunya</w:t>
      </w:r>
      <w:r>
        <w:br/>
      </w:r>
      <w:r>
        <w:rPr>
          <w:sz w:val="20"/>
        </w:rPr>
        <w:t>1:11:57  mein safring kyun hai? dunya mein zulm kyun hai? dunya mein itna zyada exploitation kyun hai? yeh kyun hai? is liye ke woh jante nahin ke Khuda ka creation plan jo hai kya hai is se bekhabar hain woh. yeh sara muamla hai is liye ke Khuda ne is dunya ko paida kiya hai testing ground ke taur par. aur is bina par is ne insaan ko freedom diya freedom. kyunke no</w:t>
      </w:r>
      <w:r>
        <w:br/>
      </w:r>
      <w:r>
        <w:rPr>
          <w:sz w:val="20"/>
        </w:rPr>
        <w:t>1:12:27  freedom no test.</w:t>
      </w:r>
      <w:r>
        <w:br/>
      </w:r>
      <w:r>
        <w:rPr>
          <w:sz w:val="20"/>
        </w:rPr>
        <w:t>1:12:32  اگر آپ کسی کو freedom ہی نہ دیں تو ٹیسٹ کیسے دیں گے آپ؟ ہاتھ پاؤں بات کر</w:t>
      </w:r>
      <w:r>
        <w:br/>
      </w:r>
      <w:r>
        <w:rPr>
          <w:sz w:val="20"/>
        </w:rPr>
        <w:t>1:12:36  kisi ka test nahi liya jata.</w:t>
      </w:r>
      <w:r>
        <w:br/>
      </w:r>
      <w:r>
        <w:rPr>
          <w:sz w:val="20"/>
        </w:rPr>
        <w:t>1:12:40  تو آدمی فریڈم کو مس یوز کرتا ہے۔ misuse.</w:t>
      </w:r>
      <w:r>
        <w:br/>
      </w:r>
      <w:r>
        <w:rPr>
          <w:sz w:val="20"/>
        </w:rPr>
        <w:t>1:12:45  isi ka naam hai isi se woh sari kharabiyan paida hoti hain.</w:t>
      </w:r>
      <w:r>
        <w:br/>
      </w:r>
      <w:r>
        <w:rPr>
          <w:sz w:val="20"/>
        </w:rPr>
        <w:t>1:12:49  اسے ظلم آتا ہے اسے exploitation آتا ہے اسے injustice آتی ہے۔</w:t>
      </w:r>
      <w:r>
        <w:br/>
      </w:r>
      <w:r>
        <w:rPr>
          <w:sz w:val="20"/>
        </w:rPr>
        <w:t>1:12:53  to jab insaan apni freedom ko misuse kare</w:t>
      </w:r>
      <w:r>
        <w:br/>
      </w:r>
      <w:r>
        <w:rPr>
          <w:sz w:val="20"/>
        </w:rPr>
        <w:t>1:12:58  to is se yeh sab baatein paida hoti hain.</w:t>
      </w:r>
      <w:r>
        <w:br/>
      </w:r>
      <w:r>
        <w:rPr>
          <w:sz w:val="20"/>
        </w:rPr>
        <w:t>1:13:04  to Khuda chuki aik khaas muddat tak yaani qayamat tak is ko baqi rakhega is testing ground</w:t>
      </w:r>
      <w:r>
        <w:br/>
      </w:r>
      <w:r>
        <w:rPr>
          <w:sz w:val="20"/>
        </w:rPr>
        <w:t>1:13:10  ko to is liye is waqt tak woh abalish bhi nahi karega freedom ko.</w:t>
      </w:r>
      <w:r>
        <w:br/>
      </w:r>
      <w:r>
        <w:rPr>
          <w:sz w:val="20"/>
        </w:rPr>
        <w:t>1:13:16  Khuda freedom ko abalish nahi karne wala hai jab tak ke woh din na aaye day of judgment.</w:t>
      </w:r>
      <w:r>
        <w:br/>
      </w:r>
      <w:r>
        <w:rPr>
          <w:sz w:val="20"/>
        </w:rPr>
        <w:t>1:13:22  to is waqt tak yeh sab rahega. agar</w:t>
      </w:r>
      <w:r>
        <w:br/>
      </w:r>
      <w:r>
        <w:rPr>
          <w:sz w:val="20"/>
        </w:rPr>
        <w:t>1:13:28  hum yeh jaan lein ke jo kuch ho raha hai woh Khuda ke creation plan ke mutabiq ho</w:t>
      </w:r>
      <w:r>
        <w:br/>
      </w:r>
      <w:r>
        <w:rPr>
          <w:sz w:val="20"/>
        </w:rPr>
        <w:t>1:13:33  raha hai to achaanak hamari tension khatm ho jayegi.</w:t>
      </w:r>
      <w:r>
        <w:br/>
      </w:r>
      <w:r>
        <w:rPr>
          <w:sz w:val="20"/>
        </w:rPr>
        <w:t>1:13:38  aur kyunke hum explain kar payenge.</w:t>
      </w:r>
      <w:r>
        <w:br/>
      </w:r>
      <w:r>
        <w:rPr>
          <w:sz w:val="20"/>
        </w:rPr>
        <w:t>1:13:43  abhi chuki explain nahi kar paate hum is liye lagta hai ke kya hai yeh? aur isi halaat</w:t>
      </w:r>
      <w:r>
        <w:br/>
      </w:r>
      <w:r>
        <w:rPr>
          <w:sz w:val="20"/>
        </w:rPr>
        <w:t>1:13:48  mein yaani jo halaat hain isi halaat mein hamein qualify karna hai.</w:t>
      </w:r>
      <w:r>
        <w:br/>
      </w:r>
      <w:r>
        <w:rPr>
          <w:sz w:val="20"/>
        </w:rPr>
        <w:t>1:13:53  is yaani jannat ke liye. yaani jab</w:t>
      </w:r>
      <w:r>
        <w:br/>
      </w:r>
      <w:r>
        <w:rPr>
          <w:sz w:val="20"/>
        </w:rPr>
        <w:t>1:13:58  duniya mein log freedom ko misuse kar rahe hain us waqt aap freedom ko proper use karein.</w:t>
      </w:r>
      <w:r>
        <w:br/>
      </w:r>
      <w:r>
        <w:rPr>
          <w:sz w:val="20"/>
        </w:rPr>
        <w:t>1:14:08  jab duniya mein aap ko yeh ikhtiyar mila hua ho ke aap galat raaste par chalein Khuda ka</w:t>
      </w:r>
      <w:r>
        <w:br/>
      </w:r>
      <w:r>
        <w:rPr>
          <w:sz w:val="20"/>
        </w:rPr>
        <w:t>1:14:19  inkar karein aur apni zindagi ko yaani din duniya mein exploiter bankar rahein lekin aap aisa na karein.</w:t>
      </w:r>
      <w:r>
        <w:br/>
      </w:r>
      <w:r>
        <w:rPr>
          <w:sz w:val="20"/>
        </w:rPr>
        <w:t>1:14:29  aap aisa na karein to kya hua? ke aap ne apne ko jannat ke liye qualify kiya.</w:t>
      </w:r>
      <w:r>
        <w:br/>
      </w:r>
      <w:r>
        <w:rPr>
          <w:sz w:val="20"/>
        </w:rPr>
        <w:t>1:14:37  aik lafz mein yeh kahunga ke mister nature ke liye jannat hai aur yaani mister nature se</w:t>
      </w:r>
      <w:r>
        <w:br/>
      </w:r>
      <w:r>
        <w:rPr>
          <w:sz w:val="20"/>
        </w:rPr>
        <w:t>1:14:46  meri murad yeh hai ke jo apne ko is halat par rakhein jis par Khuda ne paida kiya hai.</w:t>
      </w:r>
      <w:r>
        <w:br/>
      </w:r>
      <w:r>
        <w:rPr>
          <w:sz w:val="20"/>
        </w:rPr>
        <w:t>1:14:54  aur mister condition ke liye jannat nahi hai.</w:t>
      </w:r>
    </w:p>
    <w:p>
      <w:pPr>
        <w:pStyle w:val="Heading2"/>
      </w:pPr>
      <w:r>
        <w:t>Signs in nature and history ignored by people</w:t>
      </w:r>
    </w:p>
    <w:p>
      <w:r>
        <w:rPr>
          <w:color w:val="666666"/>
          <w:sz w:val="18"/>
        </w:rPr>
        <w:t>The Last Phase of Human History (English) | June 8, 2007 | Maulana Wahiduddin Khan · 3m 32s · at 0:40 · https://youtu.be/Sa6wiaUerzQ?t=40</w:t>
      </w:r>
    </w:p>
    <w:p>
      <w:r>
        <w:rPr>
          <w:i/>
        </w:rPr>
        <w:t>“the last phase of human history.”</w:t>
      </w:r>
    </w:p>
    <w:p>
      <w:r>
        <w:rPr>
          <w:sz w:val="20"/>
        </w:rPr>
        <w:t>0:40  the last phase of human history.</w:t>
      </w:r>
      <w:r>
        <w:br/>
      </w:r>
      <w:r>
        <w:rPr>
          <w:sz w:val="20"/>
        </w:rPr>
        <w:t>0:48  Today I was sitting under my spiritual tree.</w:t>
      </w:r>
      <w:r>
        <w:br/>
      </w:r>
      <w:r>
        <w:rPr>
          <w:sz w:val="20"/>
        </w:rPr>
        <w:t>0:55  It was morning time.</w:t>
      </w:r>
      <w:r>
        <w:br/>
      </w:r>
      <w:r>
        <w:rPr>
          <w:sz w:val="20"/>
        </w:rPr>
        <w:t>1:03  Then sun began rising</w:t>
      </w:r>
      <w:r>
        <w:br/>
      </w:r>
      <w:r>
        <w:rPr>
          <w:sz w:val="20"/>
        </w:rPr>
        <w:t>1:10  from the eastern horizon, and I saw that suddenly the darkness of night disappeared, and the universal light had</w:t>
      </w:r>
      <w:r>
        <w:br/>
      </w:r>
      <w:r>
        <w:rPr>
          <w:sz w:val="20"/>
        </w:rPr>
        <w:t>1:41  brightened the whole atmosphere.</w:t>
      </w:r>
      <w:r>
        <w:br/>
      </w:r>
      <w:r>
        <w:rPr>
          <w:sz w:val="20"/>
        </w:rPr>
        <w:t>1:48  For me, it was a sign.</w:t>
      </w:r>
      <w:r>
        <w:br/>
      </w:r>
      <w:r>
        <w:rPr>
          <w:sz w:val="20"/>
        </w:rPr>
        <w:t>1:56  It remembered me that God sends morning after every night.</w:t>
      </w:r>
      <w:r>
        <w:br/>
      </w:r>
      <w:r>
        <w:rPr>
          <w:sz w:val="20"/>
        </w:rPr>
        <w:t>2:03  So night is only</w:t>
      </w:r>
      <w:r>
        <w:br/>
      </w:r>
      <w:r>
        <w:rPr>
          <w:sz w:val="20"/>
        </w:rPr>
        <w:t>2:11  an advance news, an advance information that soon morning is coming.</w:t>
      </w:r>
      <w:r>
        <w:br/>
      </w:r>
      <w:r>
        <w:rPr>
          <w:sz w:val="20"/>
        </w:rPr>
        <w:t>2:21  So every time when I when we face some sad aspect of our life or some sad news,</w:t>
      </w:r>
      <w:r>
        <w:br/>
      </w:r>
      <w:r>
        <w:rPr>
          <w:sz w:val="20"/>
        </w:rPr>
        <w:t>2:31  we have to believe in advan</w:t>
      </w:r>
      <w:r>
        <w:br/>
      </w:r>
      <w:r>
        <w:rPr>
          <w:sz w:val="20"/>
        </w:rPr>
        <w:t>2:41  ce that it is according to the law of nature.</w:t>
      </w:r>
      <w:r>
        <w:br/>
      </w:r>
      <w:r>
        <w:rPr>
          <w:sz w:val="20"/>
        </w:rPr>
        <w:t>2:56  So now we are experiencing darkness of light, but very soon light will appear to guide us</w:t>
      </w:r>
      <w:r>
        <w:br/>
      </w:r>
      <w:r>
        <w:rPr>
          <w:sz w:val="20"/>
        </w:rPr>
        <w:t xml:space="preserve">3:12  </w:t>
      </w:r>
      <w:r>
        <w:br/>
      </w:r>
      <w:r>
        <w:rPr>
          <w:sz w:val="20"/>
        </w:rPr>
        <w:t>3:19  There is a verse in the Quran, wa ka ayyim min ayatin fis samawati wal ardi yamurruna alaiha wa hum anha mu'ridun.</w:t>
      </w:r>
      <w:r>
        <w:br/>
      </w:r>
      <w:r>
        <w:rPr>
          <w:sz w:val="20"/>
        </w:rPr>
        <w:t>3:27  This verse you can see in this chapter number twelve.</w:t>
      </w:r>
      <w:r>
        <w:br/>
      </w:r>
      <w:r>
        <w:rPr>
          <w:sz w:val="20"/>
        </w:rPr>
        <w:t>3:34  That is Surah Yusuf</w:t>
      </w:r>
      <w:r>
        <w:br/>
      </w:r>
      <w:r>
        <w:rPr>
          <w:sz w:val="20"/>
        </w:rPr>
        <w:t>3:42  , chapter number twelve.</w:t>
      </w:r>
      <w:r>
        <w:br/>
      </w:r>
      <w:r>
        <w:rPr>
          <w:sz w:val="20"/>
        </w:rPr>
        <w:t>3:50  It means that there are so many signs in the heavens and in the earth, or in the</w:t>
      </w:r>
      <w:r>
        <w:br/>
      </w:r>
      <w:r>
        <w:rPr>
          <w:sz w:val="20"/>
        </w:rPr>
        <w:t>3:57  nature and in the history.</w:t>
      </w:r>
      <w:r>
        <w:br/>
      </w:r>
      <w:r>
        <w:rPr>
          <w:sz w:val="20"/>
        </w:rPr>
        <w:t>4:05  They observe these signs, but they always avoid.</w:t>
      </w:r>
    </w:p>
    <w:p>
      <w:pPr>
        <w:pStyle w:val="Heading2"/>
      </w:pPr>
      <w:r>
        <w:t>How kingship's monopoly on religion was finally broken</w:t>
      </w:r>
    </w:p>
    <w:p>
      <w:r>
        <w:rPr>
          <w:color w:val="666666"/>
          <w:sz w:val="18"/>
        </w:rPr>
        <w:t>Historical Role of Islam November 19, 2006 Maulana Wahiduddin Khan · 4m 56s · at 28:10 · https://youtu.be/mBLorblU68E?t=1690</w:t>
      </w:r>
    </w:p>
    <w:p>
      <w:r>
        <w:rPr>
          <w:i/>
        </w:rPr>
        <w:t>“Kingship jo thi pehle zamane mein, woh shirk ko patronize karti thi”</w:t>
      </w:r>
    </w:p>
    <w:p>
      <w:r>
        <w:rPr>
          <w:sz w:val="20"/>
        </w:rPr>
        <w:t>28:10  to kingship jo thi pehle zamane mein, woh patron bani hui thi, woh patronize karti thi shirk ko.</w:t>
      </w:r>
      <w:r>
        <w:br/>
      </w:r>
      <w:r>
        <w:rPr>
          <w:sz w:val="20"/>
        </w:rPr>
        <w:t>28:18  is wajah se religious freedom nahi thi. yeh insaan ka option nahi tha insaan ke liye. yaani option khatm kar rakh kar, khatm badshahon ne.</w:t>
      </w:r>
      <w:r>
        <w:br/>
      </w:r>
      <w:r>
        <w:rPr>
          <w:sz w:val="20"/>
        </w:rPr>
        <w:t>28:29  yaani hamein option hona chahiye ke hum apni azadi ke sath sachai ko pakadein, sochein, pakadein, follow karein. lekin is option ko kingship ne khatm kar rakha tha.</w:t>
      </w:r>
      <w:r>
        <w:br/>
      </w:r>
      <w:r>
        <w:rPr>
          <w:sz w:val="20"/>
        </w:rPr>
        <w:t>28:43  wama naqamoo minhum illa yumno billahil azeemil hameed. yaani sirf is liye aag mein daal dete the, aara chala dete the, gardan maar dete the ke badshah ke mazhab ke siwa koi aur mazhab aadmi ikhtiyar kare.</w:t>
      </w:r>
      <w:r>
        <w:br/>
      </w:r>
      <w:r>
        <w:rPr>
          <w:sz w:val="20"/>
        </w:rPr>
        <w:t>28:57  yeh historical fact hai ke pichhle hazaron saal tak duniya mein religious freedom nahi tha. yaani option nahi tha insaan ke liye. to rasool Allah ke zariye pehla kaam jo hua, woh kya hua?</w:t>
      </w:r>
      <w:r>
        <w:br/>
      </w:r>
      <w:r>
        <w:rPr>
          <w:sz w:val="20"/>
        </w:rPr>
        <w:t>29:11  shirk ko political power se alag kar diya gaya.</w:t>
      </w:r>
      <w:r>
        <w:br/>
      </w:r>
      <w:r>
        <w:rPr>
          <w:sz w:val="20"/>
        </w:rPr>
        <w:t>29:16  isi ko quran mein kaha gaya hai: "wa qaatiluhum hatta la takuna fitnah". lado yahan tak ke fitna khatm ho jaye. fitna means religious persecution.</w:t>
      </w:r>
      <w:r>
        <w:br/>
      </w:r>
      <w:r>
        <w:rPr>
          <w:sz w:val="20"/>
        </w:rPr>
        <w:t>29:29  to is zamane mein jo jo ladai hui, islam ladai ka naam nahi hai, islam ladai ka mazhab nahi hai. is zamane mein jo ladai pesh aayi, woh is liye pesh aayi ke yeh jo log the, king log, woh patronize karte the shirk ko.</w:t>
      </w:r>
      <w:r>
        <w:br/>
      </w:r>
      <w:r>
        <w:rPr>
          <w:sz w:val="20"/>
        </w:rPr>
        <w:t>29:45  aur woh religious freedom ko khatm kiye hue the.</w:t>
      </w:r>
      <w:r>
        <w:br/>
      </w:r>
      <w:r>
        <w:rPr>
          <w:sz w:val="20"/>
        </w:rPr>
        <w:t>29:51  to duniya mein religious freedom daalne ke liye aisa hua. is ko fitna kaha gaya quran ke andar.</w:t>
      </w:r>
      <w:r>
        <w:br/>
      </w:r>
      <w:r>
        <w:rPr>
          <w:sz w:val="20"/>
        </w:rPr>
        <w:t>30:00  to aap jante hain is zamane mein do badi empire the: sasani empire aur byzantine empire. do hi bade empire the is zamane mein.</w:t>
      </w:r>
      <w:r>
        <w:br/>
      </w:r>
      <w:r>
        <w:rPr>
          <w:sz w:val="20"/>
        </w:rPr>
        <w:t>30:09  to inhi logon ke aggression ki wajah se unse takrao ho gaya rasool Allah ke followers ka. yeh baat hai seven century ki.</w:t>
      </w:r>
      <w:r>
        <w:br/>
      </w:r>
      <w:r>
        <w:rPr>
          <w:sz w:val="20"/>
        </w:rPr>
        <w:t>30:21  yeh seven century mein arab ke aur dono arab ke, yaani paros mein the.</w:t>
      </w:r>
      <w:r>
        <w:br/>
      </w:r>
      <w:r>
        <w:rPr>
          <w:sz w:val="20"/>
        </w:rPr>
        <w:t>30:27  byzantine empire bhi paros mein aur sasani empire bhi aap ke paros mein. yeh do empire the. aur dono patronize kar rahe the shirk ko.</w:t>
      </w:r>
      <w:r>
        <w:br/>
      </w:r>
      <w:r>
        <w:rPr>
          <w:sz w:val="20"/>
        </w:rPr>
        <w:t>30:38  donon. religious freedom ko khatm kar rakha tha unhon ne. aur poora dunya un ke sehtere mein thi. to aisa hua ke rasool Allah ke followers, yani sahaba aur tabeen ka un se takrao hua.</w:t>
      </w:r>
      <w:r>
        <w:br/>
      </w:r>
      <w:r>
        <w:rPr>
          <w:sz w:val="20"/>
        </w:rPr>
        <w:t>30:58  aur Khuda ki bohat khaas madad mili un ko. aur donon empire toot gaye. jis ko bible mein kaha gaya hai ke chattanen toot gayeen.</w:t>
      </w:r>
      <w:r>
        <w:br/>
      </w:r>
      <w:r>
        <w:rPr>
          <w:sz w:val="20"/>
        </w:rPr>
        <w:t>31:12  to yeh donon empire ka tootna, yani ek bohat anokhi baat hai ke pachas saal se kam arse mein yeh sara waqea ho gaya.</w:t>
      </w:r>
      <w:r>
        <w:br/>
      </w:r>
      <w:r>
        <w:rPr>
          <w:sz w:val="20"/>
        </w:rPr>
        <w:t>31:23  ke donon empire toot gaye.</w:t>
      </w:r>
      <w:r>
        <w:br/>
      </w:r>
      <w:r>
        <w:rPr>
          <w:sz w:val="20"/>
        </w:rPr>
        <w:t>31:26  to jab empire toot gaye to religious freedom nikal aaya. woh khatm ho gaya woh persecution. is ko bohat acha likha hai is ne.</w:t>
      </w:r>
      <w:r>
        <w:br/>
      </w:r>
      <w:r>
        <w:rPr>
          <w:sz w:val="20"/>
        </w:rPr>
        <w:t>31:36  France ka jo historian hai, Henry Piren. France ka historian Henry Piren ne is ki kai kitaben hain.</w:t>
      </w:r>
      <w:r>
        <w:br/>
      </w:r>
      <w:r>
        <w:rPr>
          <w:sz w:val="20"/>
        </w:rPr>
        <w:t>31:45  aur bohat acha is ne explain kiya hai.</w:t>
      </w:r>
      <w:r>
        <w:br/>
      </w:r>
      <w:r>
        <w:rPr>
          <w:sz w:val="20"/>
        </w:rPr>
        <w:t>31:48  to woh keh raha hai ke agar yeh empire toda na gaya hota to dunya hamesha darkness mein pari hoti. darkness mein. matlab choice jo tha woh khatm kar rakha tha unhon ne.</w:t>
      </w:r>
      <w:r>
        <w:br/>
      </w:r>
      <w:r>
        <w:rPr>
          <w:sz w:val="20"/>
        </w:rPr>
        <w:t>32:01  jo choice yeh nahi to aap sochen ge kaise? kaise koi naya naqsha banayen ge? kaise koi nayi zindagi banayen ge? to is ne kitne zabardast alfaaz mein is ka acknowledge kiya hai is ko</w:t>
      </w:r>
      <w:r>
        <w:br/>
      </w:r>
      <w:r>
        <w:rPr>
          <w:sz w:val="20"/>
        </w:rPr>
        <w:t>32:16  . is ne kaha hai ke: "Islam changed the age. Islam changed the face of the globe. The traditional order of history was overthrown." yeh is ke Henry Piren ke alfaaz hain.</w:t>
      </w:r>
      <w:r>
        <w:br/>
      </w:r>
      <w:r>
        <w:rPr>
          <w:sz w:val="20"/>
        </w:rPr>
        <w:t>32:32  is ki kitaben French language mein hain lekin translation hua hai angrezi mein sari kitabon ka. to: "Islam changed the face of the globe. The traditional order of history was overthrown."</w:t>
      </w:r>
      <w:r>
        <w:br/>
      </w:r>
      <w:r>
        <w:rPr>
          <w:sz w:val="20"/>
        </w:rPr>
        <w:t>32:45  to jo order bana rakha tha kingship ne hazaron saal tak pehle, woh sab tod phod, toot phoot gaya.</w:t>
      </w:r>
      <w:r>
        <w:br/>
      </w:r>
      <w:r>
        <w:rPr>
          <w:sz w:val="20"/>
        </w:rPr>
        <w:t>32:55  aur is ke baad kya hua? religious freedom nikal aayi. religious persecution khatm hua aur religious freedom aa gayi.</w:t>
      </w:r>
    </w:p>
    <w:p>
      <w:pPr>
        <w:pStyle w:val="Heading2"/>
      </w:pPr>
      <w:r>
        <w:t>Leadership failure and constructive work</w:t>
      </w:r>
    </w:p>
    <w:p>
      <w:r>
        <w:rPr>
          <w:color w:val="666666"/>
          <w:sz w:val="18"/>
        </w:rPr>
        <w:t>Islam and Spirituality (In Conversation with Maulana) January 06, 2008 · 4m 21s · at 28:03 · https://youtu.be/ZHr9_EkXCm0?t=1683</w:t>
      </w:r>
    </w:p>
    <w:p>
      <w:r>
        <w:rPr>
          <w:i/>
        </w:rPr>
        <w:t>“असल में, बेद भुट्टू हो या कोई दूसरा हो”</w:t>
      </w:r>
    </w:p>
    <w:p>
      <w:r>
        <w:rPr>
          <w:sz w:val="20"/>
        </w:rPr>
        <w:t>28:03  asal mein, benazir bhutto ho ya koi doosra ho, is wale mein aise</w:t>
      </w:r>
      <w:r>
        <w:br/>
      </w:r>
      <w:r>
        <w:rPr>
          <w:sz w:val="20"/>
        </w:rPr>
        <w:t>28:09  aise aisi guidance in logon ko di ja rahi hai,</w:t>
      </w:r>
      <w:r>
        <w:br/>
      </w:r>
      <w:r>
        <w:rPr>
          <w:sz w:val="20"/>
        </w:rPr>
        <w:t>28:14  jaise pakistan mein saare ulma jo hain, woh participate lage hue hain.</w:t>
      </w:r>
      <w:r>
        <w:br/>
      </w:r>
      <w:r>
        <w:rPr>
          <w:sz w:val="20"/>
        </w:rPr>
        <w:t>28:18  har aadmi ko power chahiye.</w:t>
      </w:r>
      <w:r>
        <w:br/>
      </w:r>
      <w:r>
        <w:rPr>
          <w:sz w:val="20"/>
        </w:rPr>
        <w:t>28:20  toh benazir bhutto samjhe ki yahi islam hai ki power jo hai, capture karo.</w:t>
      </w:r>
      <w:r>
        <w:br/>
      </w:r>
      <w:r>
        <w:rPr>
          <w:sz w:val="20"/>
        </w:rPr>
        <w:t>28:26  ek bhi aalim nahi hai pakistan mein jo yeh baat bata raha ho ki bhai, other than political</w:t>
      </w:r>
      <w:r>
        <w:br/>
      </w:r>
      <w:r>
        <w:rPr>
          <w:sz w:val="20"/>
        </w:rPr>
        <w:t>28:31  power bhi hazaron kaam hain, use karo.</w:t>
      </w:r>
      <w:r>
        <w:br/>
      </w:r>
      <w:r>
        <w:rPr>
          <w:sz w:val="20"/>
        </w:rPr>
        <w:t>28:35  koi bhi nahi hai wahan par, ek bhi aadmi nahi hai.</w:t>
      </w:r>
      <w:r>
        <w:br/>
      </w:r>
      <w:r>
        <w:rPr>
          <w:sz w:val="20"/>
        </w:rPr>
        <w:t>28:38  sab bas politics ki baat karte hain,</w:t>
      </w:r>
      <w:r>
        <w:br/>
      </w:r>
      <w:r>
        <w:rPr>
          <w:sz w:val="20"/>
        </w:rPr>
        <w:t>28:42  sab political power ki baat karte hain. saare ulma kehte hain ki jo yahan par jo political corruption hai, usko door karna hai. jab tak woh door na ho, tab tak koi kaam nahi ho sakta. haalanki, haraam hai. yeh</w:t>
      </w:r>
      <w:r>
        <w:br/>
      </w:r>
      <w:r>
        <w:rPr>
          <w:sz w:val="20"/>
        </w:rPr>
        <w:t>28:56  political corruption hai, toh aap iske liye ladai nahi lad sakte.</w:t>
      </w:r>
      <w:r>
        <w:br/>
      </w:r>
      <w:r>
        <w:rPr>
          <w:sz w:val="20"/>
        </w:rPr>
        <w:t>28:59  aap aap apne haath mein hathiyar nahi utha sakte.</w:t>
      </w:r>
      <w:r>
        <w:br/>
      </w:r>
      <w:r>
        <w:rPr>
          <w:sz w:val="20"/>
        </w:rPr>
        <w:t>29:05  lekin saare log hathiyaar uthae hue hain, lad rahe hain.</w:t>
      </w:r>
      <w:r>
        <w:br/>
      </w:r>
      <w:r>
        <w:rPr>
          <w:sz w:val="20"/>
        </w:rPr>
        <w:t>29:08  to pakistan mein ya doosre muslim countries mein koi ek bhi aalim nahin hai, ek bhi aalim nahin</w:t>
      </w:r>
      <w:r>
        <w:br/>
      </w:r>
      <w:r>
        <w:rPr>
          <w:sz w:val="20"/>
        </w:rPr>
        <w:t>29:13  hai jo logon ko batae</w:t>
      </w:r>
      <w:r>
        <w:br/>
      </w:r>
      <w:r>
        <w:rPr>
          <w:sz w:val="20"/>
        </w:rPr>
        <w:t>29:16  ki kyon political power peeche daud rahe ho.</w:t>
      </w:r>
      <w:r>
        <w:br/>
      </w:r>
      <w:r>
        <w:rPr>
          <w:sz w:val="20"/>
        </w:rPr>
        <w:t>29:19  is zamane mein to ek ek explosion hua hai kaamon ka.</w:t>
      </w:r>
      <w:r>
        <w:br/>
      </w:r>
      <w:r>
        <w:rPr>
          <w:sz w:val="20"/>
        </w:rPr>
        <w:t>29:23  pahle zamane mein itne kaam nahin hua karte the,</w:t>
      </w:r>
      <w:r>
        <w:br/>
      </w:r>
      <w:r>
        <w:rPr>
          <w:sz w:val="20"/>
        </w:rPr>
        <w:t>29:26  ab to explosion hua hai. itne kaam, itne kaam, itne kaam, to karo. jaise ki America mein Jefferson tha, president tha. Woh doosri baar bhi woh president ban sakta tha. Woh Benazir Bhutto teesri baar parmarsh banne ja rahi thi. Teesri baar Jefferson doosri baar bhi nahi, woh banne ki koshish ki. Usne, usne k</w:t>
      </w:r>
      <w:r>
        <w:br/>
      </w:r>
      <w:r>
        <w:rPr>
          <w:sz w:val="20"/>
        </w:rPr>
        <w:t>29:50  ya kiya? ek university banai</w:t>
      </w:r>
      <w:r>
        <w:br/>
      </w:r>
      <w:r>
        <w:rPr>
          <w:sz w:val="20"/>
        </w:rPr>
        <w:t>29:52  aur history bana kar ke usne woh kar di.</w:t>
      </w:r>
      <w:r>
        <w:br/>
      </w:r>
      <w:r>
        <w:rPr>
          <w:sz w:val="20"/>
        </w:rPr>
        <w:t>29:57  vasiyat kar di ki meri grave jo bane, meri qabr jo bane, to us par likh diya jae</w:t>
      </w:r>
      <w:r>
        <w:br/>
      </w:r>
      <w:r>
        <w:rPr>
          <w:sz w:val="20"/>
        </w:rPr>
        <w:t>30:03  ki maine yeh university banai thi, university of virginia.</w:t>
      </w:r>
      <w:r>
        <w:br/>
      </w:r>
      <w:r>
        <w:rPr>
          <w:sz w:val="20"/>
        </w:rPr>
        <w:t>30:06  yeh na likha jae ki main</w:t>
      </w:r>
      <w:r>
        <w:br/>
      </w:r>
      <w:r>
        <w:rPr>
          <w:sz w:val="20"/>
        </w:rPr>
        <w:t>30:08  united states ka president tha.</w:t>
      </w:r>
      <w:r>
        <w:br/>
      </w:r>
      <w:r>
        <w:rPr>
          <w:sz w:val="20"/>
        </w:rPr>
        <w:t>30:11  to wahan par chuki education bahut zyada hai america mein, wahan jaante hain ki itne saare kaam doosre</w:t>
      </w:r>
      <w:r>
        <w:br/>
      </w:r>
      <w:r>
        <w:rPr>
          <w:sz w:val="20"/>
        </w:rPr>
        <w:t>30:15  doosre bhi hain.</w:t>
      </w:r>
      <w:r>
        <w:br/>
      </w:r>
      <w:r>
        <w:rPr>
          <w:sz w:val="20"/>
        </w:rPr>
        <w:t>30:17  muslim countries mein badkismati yeh hai ki education hai hi nahin, modern education.</w:t>
      </w:r>
      <w:r>
        <w:br/>
      </w:r>
      <w:r>
        <w:rPr>
          <w:sz w:val="20"/>
        </w:rPr>
        <w:t>30:23  ab ekad aadmi padh leta hai, jaise benazir bhutto ne padha tha.</w:t>
      </w:r>
      <w:r>
        <w:br/>
      </w:r>
      <w:r>
        <w:rPr>
          <w:sz w:val="20"/>
        </w:rPr>
        <w:t>30:26  poori society jab padhi hui na ho,</w:t>
      </w:r>
      <w:r>
        <w:br/>
      </w:r>
      <w:r>
        <w:rPr>
          <w:sz w:val="20"/>
        </w:rPr>
        <w:t>30:29  to ek aadmi jo hai, alag se uski soch banti nahi hai. alag se soch nahi banti hai. to sabse badi kami hai ki jo leader hain, jo aalim hain, jo brahmanwadi hain, woh sahi lead nahi de rahe hain, sahi counseling nahi kar rahe hain,</w:t>
      </w:r>
      <w:r>
        <w:br/>
      </w:r>
      <w:r>
        <w:rPr>
          <w:sz w:val="20"/>
        </w:rPr>
        <w:t>30:49  sahi advice nahi de rahe hain. usi mein khud hi fase hue hain aur doosron ko usi mein fasaaye hue hain. warna benazir bhutto ko, saddam hussein ko aur doosre logon ko agar koi batata ki tum ek aise zamane mein jee rahe ho jahan ke kaamon ka ek ek explosion ho chuka hai, doosra kaam karo, university banao,</w:t>
      </w:r>
      <w:r>
        <w:br/>
      </w:r>
      <w:r>
        <w:rPr>
          <w:sz w:val="20"/>
        </w:rPr>
        <w:t>31:12  institution banao, koi bada daawa work karo. hazaron kaam hain, to koi batane wala nahi hai. mere paas pakistan ke bahut se parche aate hain, monthly magazine aur weekly magazine aur daily bhi aate hain. kisi mein koi constant baatein nahi hoti,</w:t>
      </w:r>
      <w:r>
        <w:br/>
      </w:r>
      <w:r>
        <w:rPr>
          <w:sz w:val="20"/>
        </w:rPr>
        <w:t>31:31  kuch bhi nahi. to unko kahan se mile?</w:t>
      </w:r>
      <w:r>
        <w:br/>
      </w:r>
      <w:r>
        <w:rPr>
          <w:sz w:val="20"/>
        </w:rPr>
        <w:t>31:37  hamare india mein phir bhi better hai, kyunki yahan to bahut se guru hain, sadhu sant hain. yahan relatively better hai india. wahan to koi constant baat hi karne wala nahi hai. to to ek aadmi jo us paida hua, wahan par woh raha. alag se kahin soche woh.</w:t>
      </w:r>
      <w:r>
        <w:br/>
      </w:r>
      <w:r>
        <w:rPr>
          <w:sz w:val="20"/>
        </w:rPr>
        <w:t>31:58  warna agar main samajhta hoon ki koi usko batane wala hota benazir bhutto ko, to bahut intelligent thi. woh zaroor samajh jati aur woh apne kaam, apne aap ko kisi constant field mein lagati. woh to bahut bada kaam kar sakti thi, bahut bada kaam. duniya ki sabse badi university bana sakti thi. woh kyunki ab kya hota hai, muslim countries mein bahut hi bura haal hai.</w:t>
      </w:r>
    </w:p>
    <w:p>
      <w:pPr>
        <w:pStyle w:val="Heading2"/>
      </w:pPr>
      <w:r>
        <w:t>Second age of truth: Ummah's role</w:t>
      </w:r>
    </w:p>
    <w:p>
      <w:r>
        <w:rPr>
          <w:color w:val="666666"/>
          <w:sz w:val="18"/>
        </w:rPr>
        <w:t>Dars-e-Quran, Chapter 2, Verses 55-57 | March 25, 2018 · 5m 15s · at 38:37 · https://youtu.be/2MykDXfNV_w?t=2317</w:t>
      </w:r>
    </w:p>
    <w:p>
      <w:r>
        <w:rPr>
          <w:i/>
        </w:rPr>
        <w:t>“In the form of Jews, Muslims are reminded of their role.”</w:t>
      </w:r>
    </w:p>
    <w:p>
      <w:r>
        <w:rPr>
          <w:sz w:val="20"/>
        </w:rPr>
        <w:t>38:37  nahi, yehood ki shakal mein Musalmanon ko un ka un ka role yaad dilaya gaya hai, Musalmanon ko</w:t>
      </w:r>
      <w:r>
        <w:br/>
      </w:r>
      <w:r>
        <w:rPr>
          <w:sz w:val="20"/>
        </w:rPr>
        <w:t>38:47  sabak diya gaya hai ke: "Sanwari mayyatna fil faqa" hatta ke tabieen haq ka ka yeh daur saani hai.</w:t>
      </w:r>
      <w:r>
        <w:br/>
      </w:r>
      <w:r>
        <w:rPr>
          <w:sz w:val="20"/>
        </w:rPr>
        <w:t>38:57  yeh jahan jis daur mein hum aaj hain, aaj hum hain, woh tabieen</w:t>
      </w:r>
      <w:r>
        <w:br/>
      </w:r>
      <w:r>
        <w:rPr>
          <w:sz w:val="20"/>
        </w:rPr>
        <w:t>39:07  haq ka daur saani hai.</w:t>
      </w:r>
      <w:r>
        <w:br/>
      </w:r>
      <w:r>
        <w:rPr>
          <w:sz w:val="20"/>
        </w:rPr>
        <w:t>39:15  yeh badr technology, badr nayi daryaften, badr science, utho aur yeh kaam anjaam do.</w:t>
      </w:r>
      <w:r>
        <w:br/>
      </w:r>
      <w:r>
        <w:rPr>
          <w:sz w:val="20"/>
        </w:rPr>
        <w:t>39:22  to tum ko hum ne supporter bhi de diye hain, tum ko daulat bhi de di hai, tum</w:t>
      </w:r>
      <w:r>
        <w:br/>
      </w:r>
      <w:r>
        <w:rPr>
          <w:sz w:val="20"/>
        </w:rPr>
        <w:t>39:30  ko hum yeh har zaroorat ki cheez de di hai, is ko anjaam anjaam do</w:t>
      </w:r>
      <w:r>
        <w:br/>
      </w:r>
      <w:r>
        <w:rPr>
          <w:sz w:val="20"/>
        </w:rPr>
        <w:t>39:37  .</w:t>
      </w:r>
      <w:r>
        <w:br/>
      </w:r>
      <w:r>
        <w:rPr>
          <w:sz w:val="20"/>
        </w:rPr>
        <w:t>39:45  tabieen haq ka daur saani jo hai, is ko apna role ada karo.</w:t>
      </w:r>
      <w:r>
        <w:br/>
      </w:r>
      <w:r>
        <w:rPr>
          <w:sz w:val="20"/>
        </w:rPr>
        <w:t>39:53  tabieen haq ka daur saani hatta to to Surah Al-Baqarah ki aayatein yeh bazahir to yaani yehood ke</w:t>
      </w:r>
      <w:r>
        <w:br/>
      </w:r>
      <w:r>
        <w:rPr>
          <w:sz w:val="20"/>
        </w:rPr>
        <w:t>40:00  baray mein hain, lekin agar is par</w:t>
      </w:r>
      <w:r>
        <w:br/>
      </w:r>
      <w:r>
        <w:rPr>
          <w:sz w:val="20"/>
        </w:rPr>
        <w:t>40:08  se dekha jaye to Musalmanon ke baray mein hai ke ab role to wohi karen ge.</w:t>
      </w:r>
      <w:r>
        <w:br/>
      </w:r>
      <w:r>
        <w:rPr>
          <w:sz w:val="20"/>
        </w:rPr>
        <w:t>40:18  ab 21st century mein jo role karna hai, tabieen haq ka, woh to Ummat-e-Muhammadi ka kaam hai.</w:t>
      </w:r>
      <w:r>
        <w:br/>
      </w:r>
      <w:r>
        <w:rPr>
          <w:sz w:val="20"/>
        </w:rPr>
        <w:t>40:29  to to yeh yehood ke reference mein Musalmanon ko kaha gaya hai, Ummat-e-Muslima ko kaha gaya hai.</w:t>
      </w:r>
      <w:r>
        <w:br/>
      </w:r>
      <w:r>
        <w:rPr>
          <w:sz w:val="20"/>
        </w:rPr>
        <w:t>40:39  is is lihaaz se dekha jaye ga ke 21st century mein jo role karna hai, is role ki</w:t>
      </w:r>
      <w:r>
        <w:br/>
      </w:r>
      <w:r>
        <w:rPr>
          <w:sz w:val="20"/>
        </w:rPr>
        <w:t>40:48  ehleeyat sirf Ummat-e-Muhammadi pe hai, un ke paas mehfooz kitaab hai.</w:t>
      </w:r>
      <w:r>
        <w:br/>
      </w:r>
      <w:r>
        <w:rPr>
          <w:sz w:val="20"/>
        </w:rPr>
        <w:t>40:57  is se aitbaar se dekha jaye to yeh aayatein jo hain, bil-wasta andaaz mein Musalmanon ko khitaab kar rahi</w:t>
      </w:r>
      <w:r>
        <w:br/>
      </w:r>
      <w:r>
        <w:rPr>
          <w:sz w:val="20"/>
        </w:rPr>
        <w:t>41:05  hain, Ummat-e-Muhammadi ko khitaab kar rahi hain.</w:t>
      </w:r>
      <w:r>
        <w:br/>
      </w:r>
      <w:r>
        <w:rPr>
          <w:sz w:val="20"/>
        </w:rPr>
        <w:t>41:14  yeh sochana quran ke mani is par khulte hain, jo is par ghore kare.</w:t>
      </w:r>
      <w:r>
        <w:br/>
      </w:r>
      <w:r>
        <w:rPr>
          <w:sz w:val="20"/>
        </w:rPr>
        <w:t>41:22  woh ayat parhiye: bismillah-al-rahman-al-rahim, kitab anzalna ilaik mubarak ayatahu wal yatazakkar ulul albab, surah saat, chapter</w:t>
      </w:r>
      <w:r>
        <w:br/>
      </w:r>
      <w:r>
        <w:rPr>
          <w:sz w:val="20"/>
        </w:rPr>
        <w:t>41:29  38, vers 29.</w:t>
      </w:r>
      <w:r>
        <w:br/>
      </w:r>
      <w:r>
        <w:rPr>
          <w:sz w:val="20"/>
        </w:rPr>
        <w:t>41:37  yeh kitab hum ne is ko tumhari taraf nazil kiya, yeh barkat pali hai ta ke log</w:t>
      </w:r>
      <w:r>
        <w:br/>
      </w:r>
      <w:r>
        <w:rPr>
          <w:sz w:val="20"/>
        </w:rPr>
        <w:t>41:45  is ki ayaton mein ghore o fikr karen aur ta ke aql wale is se naseehat hasil karen.</w:t>
      </w:r>
      <w:r>
        <w:br/>
      </w:r>
      <w:r>
        <w:rPr>
          <w:sz w:val="20"/>
        </w:rPr>
        <w:t>41:51  kitni bari baat hai yeh!</w:t>
      </w:r>
      <w:r>
        <w:br/>
      </w:r>
      <w:r>
        <w:rPr>
          <w:sz w:val="20"/>
        </w:rPr>
        <w:t>41:57  aql ko apply karo, tab quran ke mani khulenge.</w:t>
      </w:r>
      <w:r>
        <w:br/>
      </w:r>
      <w:r>
        <w:rPr>
          <w:sz w:val="20"/>
        </w:rPr>
        <w:t>42:03  ek bar phir ayat parhiye aur tarjuma parhiye: kitab anzalna ilaik mubarak ayatahu wal yatazakkar ulul albab.</w:t>
      </w:r>
      <w:r>
        <w:br/>
      </w:r>
      <w:r>
        <w:rPr>
          <w:sz w:val="20"/>
        </w:rPr>
        <w:t>42:09  yeh kitab hum ne is ko nazil ki tum</w:t>
      </w:r>
      <w:r>
        <w:br/>
      </w:r>
      <w:r>
        <w:rPr>
          <w:sz w:val="20"/>
        </w:rPr>
        <w:t>42:15  hari taraf, yeh barkat wali hai ta ke log is ki ayaton mein ghore karen aur ta ke aql wale</w:t>
      </w:r>
      <w:r>
        <w:br/>
      </w:r>
      <w:r>
        <w:rPr>
          <w:sz w:val="20"/>
        </w:rPr>
        <w:t>42:21  is se naseehat hasil karen.</w:t>
      </w:r>
      <w:r>
        <w:br/>
      </w:r>
      <w:r>
        <w:rPr>
          <w:sz w:val="20"/>
        </w:rPr>
        <w:t>42:27  is zamane ke jo aql ko apply karen, jo tadabbur ko istemal karen, woh is mein payenge mani.</w:t>
      </w:r>
      <w:r>
        <w:br/>
      </w:r>
      <w:r>
        <w:rPr>
          <w:sz w:val="20"/>
        </w:rPr>
        <w:t>42:33  jo fanni nuqtay hal karen, fanni nuqtay, un ko kuch nahi milega is mein se.</w:t>
      </w:r>
      <w:r>
        <w:br/>
      </w:r>
      <w:r>
        <w:rPr>
          <w:sz w:val="20"/>
        </w:rPr>
        <w:t>42:39  yani quran ko parh kar</w:t>
      </w:r>
      <w:r>
        <w:br/>
      </w:r>
      <w:r>
        <w:rPr>
          <w:sz w:val="20"/>
        </w:rPr>
        <w:t>42:45  kuch fanni nuqtay nikalen aur is ko hal karen to unhein quran se koi bari baat nahi milegi.</w:t>
      </w:r>
      <w:r>
        <w:br/>
      </w:r>
      <w:r>
        <w:rPr>
          <w:sz w:val="20"/>
        </w:rPr>
        <w:t>42:53  baat quran se bari baat un ko milegi jo tadabbur karen, apni aql ko apply karen, apne</w:t>
      </w:r>
      <w:r>
        <w:br/>
      </w:r>
      <w:r>
        <w:rPr>
          <w:sz w:val="20"/>
        </w:rPr>
        <w:t>43:00  مائنڈ کو استعمال کریں، اس کے deep معنی کو دریافت کریں۔</w:t>
      </w:r>
      <w:r>
        <w:br/>
      </w:r>
      <w:r>
        <w:rPr>
          <w:sz w:val="20"/>
        </w:rPr>
        <w:t>43:07  tab woh samjhenge quran mein kya message un ke liye hai, kya zimmedariyan un ko quran</w:t>
      </w:r>
      <w:r>
        <w:br/>
      </w:r>
      <w:r>
        <w:rPr>
          <w:sz w:val="20"/>
        </w:rPr>
        <w:t>43:15  ne di hain.</w:t>
      </w:r>
      <w:r>
        <w:br/>
      </w:r>
      <w:r>
        <w:rPr>
          <w:sz w:val="20"/>
        </w:rPr>
        <w:t>43:22  yeh ayat hila dene wali hai, yeh ayat hila dene wali ke jo log quran ke kehte hain,</w:t>
      </w:r>
      <w:r>
        <w:br/>
      </w:r>
      <w:r>
        <w:rPr>
          <w:sz w:val="20"/>
        </w:rPr>
        <w:t>43:32  jo log quran ko le kar yani taakeed tehreek se ate hain, lekin amalan kya karte hain? fanni</w:t>
      </w:r>
      <w:r>
        <w:br/>
      </w:r>
      <w:r>
        <w:rPr>
          <w:sz w:val="20"/>
        </w:rPr>
        <w:t>43:42  show se, fanni nuqtay nikal kar is pe bahasein karte hain. jaise</w:t>
      </w:r>
    </w:p>
    <w:p>
      <w:pPr>
        <w:pStyle w:val="Heading2"/>
      </w:pPr>
      <w:r>
        <w:t>Debating a bishop: proof of God through scientific inference</w:t>
      </w:r>
    </w:p>
    <w:p>
      <w:r>
        <w:rPr>
          <w:color w:val="666666"/>
          <w:sz w:val="18"/>
        </w:rPr>
        <w:t>About Deconditioning April 6, 2008 · 5m 15s · at 21:36 · https://youtu.be/CaCcbaMubWs?t=1296</w:t>
      </w:r>
    </w:p>
    <w:p>
      <w:r>
        <w:rPr>
          <w:i/>
        </w:rPr>
        <w:t>“Two top scholars from England came to see us last Sunday.”</w:t>
      </w:r>
    </w:p>
    <w:p>
      <w:r>
        <w:rPr>
          <w:sz w:val="20"/>
        </w:rPr>
        <w:t>21:36  pichhle Sunday ko hamare paas do top ke log aaye England ke, ek the Sarbarak Tali aur ek the Bishop, wahan ke church ke Bishop the England ke.</w:t>
      </w:r>
      <w:r>
        <w:br/>
      </w:r>
      <w:r>
        <w:rPr>
          <w:sz w:val="20"/>
        </w:rPr>
        <w:t>21:52  donon bohat hi zyada educated log the, to bohat der tak rahe hamare paas aur baatein keen unhon ne.</w:t>
      </w:r>
      <w:r>
        <w:br/>
      </w:r>
      <w:r>
        <w:rPr>
          <w:sz w:val="20"/>
        </w:rPr>
        <w:t>22:02  to main ek do example dunga, woh bhi conditioning ka example hai, is liye main aap ko is ko bata raha hoon. to ek sahib ne is mein se yeh kaha ke Khuda, aap Khuda ko mante hain to what is the proof of existence of God?</w:t>
      </w:r>
      <w:r>
        <w:br/>
      </w:r>
      <w:r>
        <w:rPr>
          <w:sz w:val="20"/>
        </w:rPr>
        <w:t>22:21  hum kaise maanein ke Khuda exist karta hai?</w:t>
      </w:r>
      <w:r>
        <w:br/>
      </w:r>
      <w:r>
        <w:rPr>
          <w:sz w:val="20"/>
        </w:rPr>
        <w:t>22:27  to un ke is sawal ke baad mujhe yeh yeh yeh cheez samajh mein aai ke yeh bhi conditioning ki wajah se yeh sawal karte hain log, aaj bhi, aaj bhi yeh sawal karte hain.</w:t>
      </w:r>
      <w:r>
        <w:br/>
      </w:r>
      <w:r>
        <w:rPr>
          <w:sz w:val="20"/>
        </w:rPr>
        <w:t>22:40  to main ne kaha ke dekhiye, aap jo sawal kar rahe hain, yeh yeh pehle ke pehle ke mind se aap yeh sawal kar rahe hain.</w:t>
      </w:r>
      <w:r>
        <w:br/>
      </w:r>
      <w:r>
        <w:rPr>
          <w:sz w:val="20"/>
        </w:rPr>
        <w:t>22:53  to main ne kaha ke dekhein, Einstein se pehle jo science thi, woh woh thi jo jo kaha jata hai micro world.</w:t>
      </w:r>
      <w:r>
        <w:br/>
      </w:r>
      <w:r>
        <w:rPr>
          <w:sz w:val="20"/>
        </w:rPr>
        <w:t>23:06  micro world par research chalti thi pehle, lekin Einstein ke baad ab research micro world par aa gayi hai. micro world.</w:t>
      </w:r>
      <w:r>
        <w:br/>
      </w:r>
      <w:r>
        <w:rPr>
          <w:sz w:val="20"/>
        </w:rPr>
        <w:t>23:17  to main ne un ko ek example diya ke British scholar jo hai Bertrand Russell ne jo kitaab hai Human Knowledge, us mein kaha hai us ne ke knowledge ki do qismein hain: knowledge of truth aur knowledge of things.</w:t>
      </w:r>
      <w:r>
        <w:br/>
      </w:r>
      <w:r>
        <w:rPr>
          <w:sz w:val="20"/>
        </w:rPr>
        <w:t>23:33  us ne yeh bataya ke knowledge of things jo hai, us mein aap direct argument qaim kar sakte hain, lekin</w:t>
      </w:r>
      <w:r>
        <w:br/>
      </w:r>
      <w:r>
        <w:rPr>
          <w:sz w:val="20"/>
        </w:rPr>
        <w:t>23:41  jo knowledge of truth hai, yani jo micro world mein jab pahunch gayi yeh knowledge, to wahan par aap koi argument waisa nahi qaim kar sakte. wahan to inference par sab baatein base karti hain.</w:t>
      </w:r>
      <w:r>
        <w:br/>
      </w:r>
      <w:r>
        <w:rPr>
          <w:sz w:val="20"/>
        </w:rPr>
        <w:t>23:54  yani direct argument chalta tha us waqt tak jab tak ke knowledge micro world mein chal rahi thi. jab knowledge micro world tak pahunch gayi to ab wo usable nahi raha.</w:t>
      </w:r>
      <w:r>
        <w:br/>
      </w:r>
      <w:r>
        <w:rPr>
          <w:sz w:val="20"/>
        </w:rPr>
        <w:t>24:09  direct argument</w:t>
      </w:r>
      <w:r>
        <w:br/>
      </w:r>
      <w:r>
        <w:rPr>
          <w:sz w:val="20"/>
        </w:rPr>
        <w:t>24:10  nt ab beneficial argument ko duniya ne maan liya. to maine unse kaha ke khuda, jis tareeqe se aap electron ko dekhe baghair mante hain, uske effect ko dekh kar ke, kisi ne electron ko nahi dekha,</w:t>
      </w:r>
      <w:r>
        <w:br/>
      </w:r>
      <w:r>
        <w:rPr>
          <w:sz w:val="20"/>
        </w:rPr>
        <w:t>24:25  uske effect ko jante hain hum, uski wajah se hum mante hain ke electron exist kar raha hai. to khuda ka bhi effect maujood hai creation ke roop mein, to aap kyun nahi mante khuda ko?</w:t>
      </w:r>
      <w:r>
        <w:br/>
      </w:r>
      <w:r>
        <w:rPr>
          <w:sz w:val="20"/>
        </w:rPr>
        <w:t>24:39  p</w:t>
      </w:r>
      <w:r>
        <w:br/>
      </w:r>
      <w:r>
        <w:rPr>
          <w:sz w:val="20"/>
        </w:rPr>
        <w:t>24:40  hr maine bataya ke dekhiye, jitne bhi scientist hain, bade bade scientist, koi ek bhi nahi tha is mein jo jo kehe ke khuda nahi hai.</w:t>
      </w:r>
      <w:r>
        <w:br/>
      </w:r>
      <w:r>
        <w:rPr>
          <w:sz w:val="20"/>
        </w:rPr>
        <w:t>24:51  atheist, koi ek bhi scientist nahi tha, agarche wo khuda ka naam nahi lete the, lekin newton aur kepler ne isko kaha order ke universe mein ek order hai.</w:t>
      </w:r>
      <w:r>
        <w:br/>
      </w:r>
      <w:r>
        <w:rPr>
          <w:sz w:val="20"/>
        </w:rPr>
        <w:t>25:05  uske baad dekhiye to spinoza aur einstein ne kaha ke universe mein ek woh hai, ek ek cosmic, ek cosmic spirit hai.</w:t>
      </w:r>
      <w:r>
        <w:br/>
      </w:r>
      <w:r>
        <w:rPr>
          <w:sz w:val="20"/>
        </w:rPr>
        <w:t>25:21  uske baad arthur eddington aur jeans ne kaha ke universe ke peeche ek mind hai. alfred hoyle ne kaha ke ek ek intelligence hai</w:t>
      </w:r>
      <w:r>
        <w:br/>
      </w:r>
      <w:r>
        <w:rPr>
          <w:sz w:val="20"/>
        </w:rPr>
        <w:t>25:33  universe ke peeche. intelligence ka word bola wo to scientist jitne bhi hain, wo indirect way mein khuda ko maan rahe hain.</w:t>
      </w:r>
      <w:r>
        <w:br/>
      </w:r>
      <w:r>
        <w:rPr>
          <w:sz w:val="20"/>
        </w:rPr>
        <w:t>25:42  koi order ka word bol raha hai, koi cosmic spirit keh raha hai, koi mathematical mind keh raha hai, koi intelligence keh raha hai. to wo kya hai?</w:t>
      </w:r>
      <w:r>
        <w:br/>
      </w:r>
      <w:r>
        <w:rPr>
          <w:sz w:val="20"/>
        </w:rPr>
        <w:t>25:52  wo khuda ka ek scientific naam de rahe hain.</w:t>
      </w:r>
      <w:r>
        <w:br/>
      </w:r>
      <w:r>
        <w:rPr>
          <w:sz w:val="20"/>
        </w:rPr>
        <w:t>25:56  to maine kaha unse kaha ke dekhiye, aap jo baat kar rahe hain ke wo aapki conditioning hui hai, us waqt ke soch mein jab ke duniya mein micro world par base karti thi science, usko todiye, us usko, us conditioning ko.</w:t>
      </w:r>
      <w:r>
        <w:br/>
      </w:r>
      <w:r>
        <w:rPr>
          <w:sz w:val="20"/>
        </w:rPr>
        <w:t>26:10  to wo maan gaye is baat ko ke aap theek keh rahe hain,</w:t>
      </w:r>
      <w:r>
        <w:br/>
      </w:r>
      <w:r>
        <w:rPr>
          <w:sz w:val="20"/>
        </w:rPr>
        <w:t>26:16  hum aap theek keh rahe hain. us waqt ke mind se hum yeh sochte the ke direct argument jis tarah se aur cheez par hota hai, khuda par bhi hona chahiye.</w:t>
      </w:r>
      <w:r>
        <w:br/>
      </w:r>
      <w:r>
        <w:rPr>
          <w:sz w:val="20"/>
        </w:rPr>
        <w:t>26:25  lekin</w:t>
      </w:r>
      <w:r>
        <w:br/>
      </w:r>
      <w:r>
        <w:rPr>
          <w:sz w:val="20"/>
        </w:rPr>
        <w:t>26:26  ab to wo wo wo farq mit chuka. ab to doosri cheezein jo hain, us par bhi humein inference se usko prove karna padta hai.</w:t>
      </w:r>
      <w:r>
        <w:br/>
      </w:r>
      <w:r>
        <w:rPr>
          <w:sz w:val="20"/>
        </w:rPr>
        <w:t>26:37  to inferential argument jis tarah se valid hai aur cheezon mein, to khuda ke bare mein bhi valid hai. yani jis ko kehte hain argument from design, yani where there is a design, there is a designer.</w:t>
      </w:r>
    </w:p>
    <w:p>
      <w:pPr>
        <w:pStyle w:val="Heading2"/>
      </w:pPr>
      <w:r>
        <w:t>Pair system in nature and the missing peer</w:t>
      </w:r>
    </w:p>
    <w:p>
      <w:r>
        <w:rPr>
          <w:color w:val="666666"/>
          <w:sz w:val="18"/>
        </w:rPr>
        <w:t>Missing Pair of Our World | May 7, 2007 · 5m 06s · at 8:24 · https://youtu.be/debZDQerew0?t=504</w:t>
      </w:r>
    </w:p>
    <w:p>
      <w:r>
        <w:rPr>
          <w:i/>
        </w:rPr>
        <w:t>“Now, I would like to refer a very relevant verse.”</w:t>
      </w:r>
    </w:p>
    <w:p>
      <w:r>
        <w:rPr>
          <w:sz w:val="20"/>
        </w:rPr>
        <w:t>8:24  The world hereafter will begin.</w:t>
      </w:r>
      <w:r>
        <w:br/>
      </w:r>
      <w:r>
        <w:rPr>
          <w:sz w:val="20"/>
        </w:rPr>
        <w:t>8:31  Now, I would like to refer a very relevant verse in the Quran.</w:t>
      </w:r>
      <w:r>
        <w:br/>
      </w:r>
      <w:r>
        <w:rPr>
          <w:sz w:val="20"/>
        </w:rPr>
        <w:t>8:39  It is: "Wa min kulli shai'in khalaqna zawjayni la'allakum tadhakkaroon".</w:t>
      </w:r>
      <w:r>
        <w:br/>
      </w:r>
      <w:r>
        <w:rPr>
          <w:sz w:val="20"/>
        </w:rPr>
        <w:t>8:46  This verse you can see in chapter</w:t>
      </w:r>
      <w:r>
        <w:br/>
      </w:r>
      <w:r>
        <w:rPr>
          <w:sz w:val="20"/>
        </w:rPr>
        <w:t>8:54  Chapter Az-Zariyat: "Wa min kulli shai'in khalaqna zawjayn la'allakum tadhakkaroon".</w:t>
      </w:r>
      <w:r>
        <w:br/>
      </w:r>
      <w:r>
        <w:rPr>
          <w:sz w:val="20"/>
        </w:rPr>
        <w:t>9:04  It means that God created everything in peace, so that you may take lesson, so that you</w:t>
      </w:r>
      <w:r>
        <w:br/>
      </w:r>
      <w:r>
        <w:rPr>
          <w:sz w:val="20"/>
        </w:rPr>
        <w:t>9:14  May reflect that where another pair</w:t>
      </w:r>
      <w:r>
        <w:br/>
      </w:r>
      <w:r>
        <w:rPr>
          <w:sz w:val="20"/>
        </w:rPr>
        <w:t>9:24  of this world.</w:t>
      </w:r>
      <w:r>
        <w:br/>
      </w:r>
      <w:r>
        <w:rPr>
          <w:sz w:val="20"/>
        </w:rPr>
        <w:t>9:31  You know, the whole world is created in pairs.</w:t>
      </w:r>
      <w:r>
        <w:br/>
      </w:r>
      <w:r>
        <w:rPr>
          <w:sz w:val="20"/>
        </w:rPr>
        <w:t>9:37  The whole world is a completion of atoms, and what is atom? In every atom, there are two</w:t>
      </w:r>
      <w:r>
        <w:br/>
      </w:r>
      <w:r>
        <w:rPr>
          <w:sz w:val="20"/>
        </w:rPr>
        <w:t>9:43  particles: positive particle and negative particle.</w:t>
      </w:r>
      <w:r>
        <w:br/>
      </w:r>
      <w:r>
        <w:rPr>
          <w:sz w:val="20"/>
        </w:rPr>
        <w:t>9:49  So every atom is</w:t>
      </w:r>
      <w:r>
        <w:br/>
      </w:r>
      <w:r>
        <w:rPr>
          <w:sz w:val="20"/>
        </w:rPr>
        <w:t>9:56  A completion of pairs: pair of negative particle, positive particle.</w:t>
      </w:r>
      <w:r>
        <w:br/>
      </w:r>
      <w:r>
        <w:rPr>
          <w:sz w:val="20"/>
        </w:rPr>
        <w:t>10:03  تو the whole world is peer world. Whole world.</w:t>
      </w:r>
      <w:r>
        <w:br/>
      </w:r>
      <w:r>
        <w:rPr>
          <w:sz w:val="20"/>
        </w:rPr>
        <w:t>10:11  Then you see: "Let us take the plant kingdom".</w:t>
      </w:r>
      <w:r>
        <w:br/>
      </w:r>
      <w:r>
        <w:rPr>
          <w:sz w:val="20"/>
        </w:rPr>
        <w:t>10:19  Science has discovered that</w:t>
      </w:r>
      <w:r>
        <w:br/>
      </w:r>
      <w:r>
        <w:rPr>
          <w:sz w:val="20"/>
        </w:rPr>
        <w:t>10:27  Plant plants are also based on pair system. There are female plant or female plant. There male plant or female plant. In plant kingdom, there are male plant and female plant. So here also you can see the pair system. Then,</w:t>
      </w:r>
      <w:r>
        <w:br/>
      </w:r>
      <w:r>
        <w:rPr>
          <w:sz w:val="20"/>
        </w:rPr>
        <w:t>10:57  Let us take the animal world. Here also you know that there are she-animal and he-animal. Here also there are she-animal and he-animal. Then, let us take the human being. Here also you see that there are men and women.</w:t>
      </w:r>
      <w:r>
        <w:br/>
      </w:r>
      <w:r>
        <w:rPr>
          <w:sz w:val="20"/>
        </w:rPr>
        <w:t>11:27  men, men and women, men and women.</w:t>
      </w:r>
      <w:r>
        <w:br/>
      </w:r>
      <w:r>
        <w:rPr>
          <w:sz w:val="20"/>
        </w:rPr>
        <w:t>11:34  So the whole world is world of pairs.</w:t>
      </w:r>
      <w:r>
        <w:br/>
      </w:r>
      <w:r>
        <w:rPr>
          <w:sz w:val="20"/>
        </w:rPr>
        <w:t>11:42  Now, I would like to refer a scientific theory.</w:t>
      </w:r>
      <w:r>
        <w:br/>
      </w:r>
      <w:r>
        <w:rPr>
          <w:sz w:val="20"/>
        </w:rPr>
        <w:t>11:50  Some scientists have theorized that our world has also a pair, just like an atom.</w:t>
      </w:r>
      <w:r>
        <w:br/>
      </w:r>
      <w:r>
        <w:rPr>
          <w:sz w:val="20"/>
        </w:rPr>
        <w:t>11:58  Without pair, this world cannot exist. The scientists have theorized that our world is a pair world. Without pair, it cannot exist. So they maintain that present world is a positive world, and there is another world that is negative world.</w:t>
      </w:r>
      <w:r>
        <w:br/>
      </w:r>
      <w:r>
        <w:rPr>
          <w:sz w:val="20"/>
        </w:rPr>
        <w:t>12:28  Although this peer world is not visible, but it is there because all the physical laws require this this hypothesis.</w:t>
      </w:r>
      <w:r>
        <w:br/>
      </w:r>
      <w:r>
        <w:rPr>
          <w:sz w:val="20"/>
        </w:rPr>
        <w:t>12:43  According to the physical law, scientists have theorized that there is a, our world is a pair</w:t>
      </w:r>
      <w:r>
        <w:br/>
      </w:r>
      <w:r>
        <w:rPr>
          <w:sz w:val="20"/>
        </w:rPr>
        <w:t>12:58  world.</w:t>
      </w:r>
      <w:r>
        <w:br/>
      </w:r>
      <w:r>
        <w:rPr>
          <w:sz w:val="20"/>
        </w:rPr>
        <w:t>13:04  One world is visible and the other world is not visible, but it is there.</w:t>
      </w:r>
      <w:r>
        <w:br/>
      </w:r>
      <w:r>
        <w:rPr>
          <w:sz w:val="20"/>
        </w:rPr>
        <w:t>13:11  Now, let us take again that that that verse: "من کل شین خلقنا زوجین لکم تذکرون".</w:t>
      </w:r>
      <w:r>
        <w:br/>
      </w:r>
      <w:r>
        <w:rPr>
          <w:sz w:val="20"/>
        </w:rPr>
        <w:t>13:17  We created everything in pairs so that you may take lesson, so that you may reflect.</w:t>
      </w:r>
      <w:r>
        <w:br/>
      </w:r>
      <w:r>
        <w:rPr>
          <w:sz w:val="20"/>
        </w:rPr>
        <w:t>13:23  This Quranic verse refers to a very important aspect of our life.</w:t>
      </w:r>
    </w:p>
    <w:p>
      <w:pPr>
        <w:pStyle w:val="Heading2"/>
      </w:pPr>
      <w:r>
        <w:t>Full case that Islam has no government concept</w:t>
      </w:r>
    </w:p>
    <w:p>
      <w:r>
        <w:rPr>
          <w:color w:val="666666"/>
          <w:sz w:val="18"/>
        </w:rPr>
        <w:t>The Expression of Faith (Izhar e Deen) September 1, 2013 · 4m 09s · at 2:40 · https://youtu.be/muBDJ8a_8-0?t=160</w:t>
      </w:r>
    </w:p>
    <w:p>
      <w:r>
        <w:rPr>
          <w:i/>
        </w:rPr>
        <w:t>“Islami hukoomat koi cheez nahi, Islamic government is nothing”</w:t>
      </w:r>
    </w:p>
    <w:p>
      <w:r>
        <w:rPr>
          <w:sz w:val="20"/>
        </w:rPr>
        <w:t>2:40  main yeh kahunga ke islami hukoomat koi cheez nahin. Islamic government is nothing. is ka saboot yeh hai ke sare quran mein aur sari hadith mein islami hukoomat ka lafz kahin nahin maujood hai.</w:t>
      </w:r>
      <w:r>
        <w:br/>
      </w:r>
      <w:r>
        <w:rPr>
          <w:sz w:val="20"/>
        </w:rPr>
        <w:t>2:57  kahin aap nahin bata sakte koi ayat ya hadith jis mein al hukumatul islamia ka lafz istemal hua ho. yeh lafz hi quran mein alien hai.</w:t>
      </w:r>
      <w:r>
        <w:br/>
      </w:r>
      <w:r>
        <w:rPr>
          <w:sz w:val="20"/>
        </w:rPr>
        <w:t>3:09  kyun? hukoomat afraad ko, insan ko hoti hai, islam ko nahin hoti. is liye dekhiye quran mein zikr hai jahan mislan Hazrat Dawood ka zikr</w:t>
      </w:r>
      <w:r>
        <w:br/>
      </w:r>
      <w:r>
        <w:rPr>
          <w:sz w:val="20"/>
        </w:rPr>
        <w:t>3:22  hai to wahan yeh hai ke Dawood ko hum ne diya hukoomat. Hazrat Yusuf ka zikr hai to wahan bhi yeh hai ke hum ne Yusuf ko diya hukoomat.</w:t>
      </w:r>
      <w:r>
        <w:br/>
      </w:r>
      <w:r>
        <w:rPr>
          <w:sz w:val="20"/>
        </w:rPr>
        <w:t>3:31  yeh nahin hai kahin ke islam ki hukoomat qaim ki.</w:t>
      </w:r>
      <w:r>
        <w:br/>
      </w:r>
      <w:r>
        <w:rPr>
          <w:sz w:val="20"/>
        </w:rPr>
        <w:t>3:38  aise hi ahl-e-iman ke bare mein dekhiye allazina makkannahu fil arz</w:t>
      </w:r>
      <w:r>
        <w:br/>
      </w:r>
      <w:r>
        <w:rPr>
          <w:sz w:val="20"/>
        </w:rPr>
        <w:t>3:47  wa adallahu allazina amanu wa amilussalihati la yashkurun. to har jagah hukoomat ko joda hai insan se, islam se nahin.</w:t>
      </w:r>
      <w:r>
        <w:br/>
      </w:r>
      <w:r>
        <w:rPr>
          <w:sz w:val="20"/>
        </w:rPr>
        <w:t>3:59  to islam mein hukoomat ka tasawwur bilkul be buniyad hai. yeh yeh mubtadiyana concept hai.</w:t>
      </w:r>
      <w:r>
        <w:br/>
      </w:r>
      <w:r>
        <w:rPr>
          <w:sz w:val="20"/>
        </w:rPr>
        <w:t>4:09  dekhiye jitni bhi hukoomaten qaim hui hain, sab haqeeqat mein dynasty theen. dynasty</w:t>
      </w:r>
      <w:r>
        <w:br/>
      </w:r>
      <w:r>
        <w:rPr>
          <w:sz w:val="20"/>
        </w:rPr>
        <w:t>4:15  yani kisi khandan, koi khandan rule karta raha. islam to aik ideology hai. woh hukoomat kaise karega?</w:t>
      </w:r>
      <w:r>
        <w:br/>
      </w:r>
      <w:r>
        <w:rPr>
          <w:sz w:val="20"/>
        </w:rPr>
        <w:t>4:23  kya takht par ja ke baithe ga? takht par jo baithta hai, woh insaan hota hai. to hukoomaten jitni bhi hain, woh sab insaan ki hoti hain.</w:t>
      </w:r>
      <w:r>
        <w:br/>
      </w:r>
      <w:r>
        <w:rPr>
          <w:sz w:val="20"/>
        </w:rPr>
        <w:t>4:36  aur islam ki poori tareekh mein dynasty rule karti rahi hai.</w:t>
      </w:r>
      <w:r>
        <w:br/>
      </w:r>
      <w:r>
        <w:rPr>
          <w:sz w:val="20"/>
        </w:rPr>
        <w:t>4:44  umaiya dynasty, abbasi dynasty, mughal dynasty, turkish dynasty, yeh sab insani hukoomaten theen.</w:t>
      </w:r>
      <w:r>
        <w:br/>
      </w:r>
      <w:r>
        <w:rPr>
          <w:sz w:val="20"/>
        </w:rPr>
        <w:t>4:54  to islam mein hukoomat koi cheez nahi hai. to is aayat mein yeh nikalna ke islam mein hukoomat qaim karo, yeh bilkul hi baseless baat hai.</w:t>
      </w:r>
      <w:r>
        <w:br/>
      </w:r>
      <w:r>
        <w:rPr>
          <w:sz w:val="20"/>
        </w:rPr>
        <w:t>5:08  dekhen is ka bohat bara nuqsan hua hai.</w:t>
      </w:r>
      <w:r>
        <w:br/>
      </w:r>
      <w:r>
        <w:rPr>
          <w:sz w:val="20"/>
        </w:rPr>
        <w:t>5:11  woh yeh ke logon ki nazar mein sab se bari cheez ban gayi hukoomat, jo insaan ke hath mein hoti hai. to insaan bari cheez ban gaye.</w:t>
      </w:r>
      <w:r>
        <w:br/>
      </w:r>
      <w:r>
        <w:rPr>
          <w:sz w:val="20"/>
        </w:rPr>
        <w:t>5:22  insani tareekh bari cheez ban gayi. aur Allah ki glory, Allah ki azmat ojhal ho gayi. poori tareekh mein aap dekhiye, insaan ki azmat ki dastaan'en khoob bayan ki gayi hain.</w:t>
      </w:r>
      <w:r>
        <w:br/>
      </w:r>
      <w:r>
        <w:rPr>
          <w:sz w:val="20"/>
        </w:rPr>
        <w:t>5:35  bohat ziyada. natiya qaseeda khwani bohat taraqqi hui is ki. madkhwani bohat taraqqi hui is ki.</w:t>
      </w:r>
      <w:r>
        <w:br/>
      </w:r>
      <w:r>
        <w:rPr>
          <w:sz w:val="20"/>
        </w:rPr>
        <w:t>5:44  badshahon ki qaseede bohat taraqqi hui is ki. to insaan ko le kar, insaan ko le kar logon mein glory ka jo concept hai, woh insaan ko le kar aaya.</w:t>
      </w:r>
      <w:r>
        <w:br/>
      </w:r>
      <w:r>
        <w:rPr>
          <w:sz w:val="20"/>
        </w:rPr>
        <w:t>5:59  Allah ko le kar nahi aaya.</w:t>
      </w:r>
      <w:r>
        <w:br/>
      </w:r>
      <w:r>
        <w:rPr>
          <w:sz w:val="20"/>
        </w:rPr>
        <w:t>6:01  is liye poori tareekh mein aap dekhiye, Allah ki glory par koi khaas qabil zikr kitaab hi nahi. to dekhen is aayat mein is ka koi talluq politics se nahi hai, hukoomat se nahi hai.</w:t>
      </w:r>
      <w:r>
        <w:br/>
      </w:r>
      <w:r>
        <w:rPr>
          <w:sz w:val="20"/>
        </w:rPr>
        <w:t>6:16  yeh purely ideology ki baat hai. yaani jo izhaar deen ki baat hai, woh in terms of ideology hai. yaani jo ideology hai Khuda ki, us ko ghalib kar de,</w:t>
      </w:r>
      <w:r>
        <w:br/>
      </w:r>
      <w:r>
        <w:rPr>
          <w:sz w:val="20"/>
        </w:rPr>
        <w:t>6:31  na ke koi hukoomat.</w:t>
      </w:r>
      <w:r>
        <w:br/>
      </w:r>
      <w:r>
        <w:rPr>
          <w:sz w:val="20"/>
        </w:rPr>
        <w:t>6:37  na ke koi hukoomat. hukoomat, hukoomat ke ma'ne mein lene ka ma'ne aap ko is ko reduce kar rahe hain, is ke is ko kamtar ma'ne mein le rahe hain, is ko ghata rahe hain.</w:t>
      </w:r>
    </w:p>
    <w:p>
      <w:pPr>
        <w:pStyle w:val="Heading2"/>
      </w:pPr>
      <w:r>
        <w:t>Continuous spiritual nourishment through worship</w:t>
      </w:r>
    </w:p>
    <w:p>
      <w:r>
        <w:rPr>
          <w:color w:val="666666"/>
          <w:sz w:val="18"/>
        </w:rPr>
        <w:t>Purpose of Creation | June 18, 2008 · 6m 22s · at 50:54 · https://youtu.be/qvx3aX06T90?t=3054</w:t>
      </w:r>
    </w:p>
    <w:p>
      <w:r>
        <w:rPr>
          <w:i/>
        </w:rPr>
        <w:t>“Just as in the physical world, so in the spiritual world.”</w:t>
      </w:r>
    </w:p>
    <w:p>
      <w:r>
        <w:rPr>
          <w:sz w:val="20"/>
        </w:rPr>
        <w:t>50:54  zical world mein, wohi hona chahiye spiritual world mein. theek wohi cheez. yaani physical world mein hum dekhte hain ke jo kuch bhi khaya, jo kuch bhi khaya, jo kuch bhi khaya, andar jane ke baad hamari physical being ka hissa ban gaya. hamari jo physical being hai, ek physical hasti hai jo hamari. to jo kuch bhi hum ne khay</w:t>
      </w:r>
      <w:r>
        <w:br/>
      </w:r>
      <w:r>
        <w:rPr>
          <w:sz w:val="20"/>
        </w:rPr>
        <w:t>51:24  a, woh us ka hissa ban gaya. isi liye to hum musalsal zinda rehte hain, chalte phirte hain, hum mar nahi jatay. kyunke barabar hamara nourishment hota rehta hai. to yeh hai physical nourishment. isi tarah se continuously ek spiritual nourishment bhi hona chahiye. isi ka naam ibaadat hoga. ibaadat ek ek ek con</w:t>
      </w:r>
      <w:r>
        <w:br/>
      </w:r>
      <w:r>
        <w:rPr>
          <w:sz w:val="20"/>
        </w:rPr>
        <w:t>51:54  tiniued process hai.</w:t>
      </w:r>
      <w:r>
        <w:br/>
      </w:r>
      <w:r>
        <w:rPr>
          <w:sz w:val="20"/>
        </w:rPr>
        <w:t>52:00  jis tarah se health, yani physical health jo hai, woh kya hai? Ek continued process hai.</w:t>
      </w:r>
      <w:r>
        <w:br/>
      </w:r>
      <w:r>
        <w:rPr>
          <w:sz w:val="20"/>
        </w:rPr>
        <w:t>52:06  aisa nahi keh ek baar physical health mil gayi toh bas khatam.</w:t>
      </w:r>
      <w:r>
        <w:br/>
      </w:r>
      <w:r>
        <w:rPr>
          <w:sz w:val="20"/>
        </w:rPr>
        <w:t>52:12  aisa nahi keh jaise keh aap ek pathar lete hain, us ko tarashte hain, dhal kar ke ek</w:t>
      </w:r>
      <w:r>
        <w:br/>
      </w:r>
      <w:r>
        <w:rPr>
          <w:sz w:val="20"/>
        </w:rPr>
        <w:t>52:18  aap ne ek ek ent bana di</w:t>
      </w:r>
      <w:r>
        <w:br/>
      </w:r>
      <w:r>
        <w:rPr>
          <w:sz w:val="20"/>
        </w:rPr>
        <w:t>52:24  hai is pathar ki aur laga diya hai kahin. waise hi ki waise hi sau baras pada rahega woh. to hamari physical body jo hai, hamari jo speech physical health hai, us ka mamla aisa nahi hai ke ek bar hum ne apni health bana li to bas woh chali ja rahi hai. har din hum apni physical health ko maintain karne ke liye hamein food chahiye. har din. yaani hamari physical being jo hai, hamari physical</w:t>
      </w:r>
      <w:r>
        <w:br/>
      </w:r>
      <w:r>
        <w:rPr>
          <w:sz w:val="20"/>
        </w:rPr>
        <w:t>52:54  jo personality hai, toh physical personality ko zinda rakhne ke liye, us ki continuity ko baqi rakhne ke</w:t>
      </w:r>
      <w:r>
        <w:br/>
      </w:r>
      <w:r>
        <w:rPr>
          <w:sz w:val="20"/>
        </w:rPr>
        <w:t>52:59  liye, hamein har din physical food ki zaroorat hoti hai.</w:t>
      </w:r>
      <w:r>
        <w:br/>
      </w:r>
      <w:r>
        <w:rPr>
          <w:sz w:val="20"/>
        </w:rPr>
        <w:t>53:04  isi tarah se ibadat ka mamla bhi hai.</w:t>
      </w:r>
      <w:r>
        <w:br/>
      </w:r>
      <w:r>
        <w:rPr>
          <w:sz w:val="20"/>
        </w:rPr>
        <w:t>53:10  yahan bhi ek spiritual being hai.</w:t>
      </w:r>
      <w:r>
        <w:br/>
      </w:r>
      <w:r>
        <w:rPr>
          <w:sz w:val="20"/>
        </w:rPr>
        <w:t>53:15  ek spiritual personality hai hamari.</w:t>
      </w:r>
      <w:r>
        <w:br/>
      </w:r>
      <w:r>
        <w:rPr>
          <w:sz w:val="20"/>
        </w:rPr>
        <w:t>53:20  is spiritual personality ko bhi continue rakhna hai.</w:t>
      </w:r>
      <w:r>
        <w:br/>
      </w:r>
      <w:r>
        <w:rPr>
          <w:sz w:val="20"/>
        </w:rPr>
        <w:t>53:25  toh is ka food jo hai, ibadat ke tareeqe se hamein milta hai.</w:t>
      </w:r>
      <w:r>
        <w:br/>
      </w:r>
      <w:r>
        <w:rPr>
          <w:sz w:val="20"/>
        </w:rPr>
        <w:t>53:32  ibadat jo hai, woh hum ko supply karti hai spiritual food.</w:t>
      </w:r>
      <w:r>
        <w:br/>
      </w:r>
      <w:r>
        <w:rPr>
          <w:sz w:val="20"/>
        </w:rPr>
        <w:t>53:38  taake hum apni spiritual hasti ko, spiritual being ko maintain kar saken.</w:t>
      </w:r>
      <w:r>
        <w:br/>
      </w:r>
      <w:r>
        <w:rPr>
          <w:sz w:val="20"/>
        </w:rPr>
        <w:t>53:44  yeh hai poora ibadat ka mamla.</w:t>
      </w:r>
      <w:r>
        <w:br/>
      </w:r>
      <w:r>
        <w:rPr>
          <w:sz w:val="20"/>
        </w:rPr>
        <w:t>53:50  aap sochiye keh jab Khuda ne yeh farmaya</w:t>
      </w:r>
      <w:r>
        <w:br/>
      </w:r>
      <w:r>
        <w:rPr>
          <w:sz w:val="20"/>
        </w:rPr>
        <w:t>53:56  keh insan ko paida kiya gaya sirf is liye keh woh Khuda ki ibadat kare, toh kitni choti</w:t>
      </w:r>
      <w:r>
        <w:br/>
      </w:r>
      <w:r>
        <w:rPr>
          <w:sz w:val="20"/>
        </w:rPr>
        <w:t>54:01  si cheez ho sakti hai woh? Jab Khuda itna bara hai, itna bara hai, itna bara hai keh</w:t>
      </w:r>
      <w:r>
        <w:br/>
      </w:r>
      <w:r>
        <w:rPr>
          <w:sz w:val="20"/>
        </w:rPr>
        <w:t>54:05  us ko hum na naap sakte hain, na tod sakte hain.</w:t>
      </w:r>
      <w:r>
        <w:br/>
      </w:r>
      <w:r>
        <w:rPr>
          <w:sz w:val="20"/>
        </w:rPr>
        <w:t>54:09  hum na dekh sakte hain.</w:t>
      </w:r>
      <w:r>
        <w:br/>
      </w:r>
      <w:r>
        <w:rPr>
          <w:sz w:val="20"/>
        </w:rPr>
        <w:t>54:14  yani solar system jo hai, jo poori universe ka ek chota sa hissa hai, us ko bhi hum</w:t>
      </w:r>
      <w:r>
        <w:br/>
      </w:r>
      <w:r>
        <w:rPr>
          <w:sz w:val="20"/>
        </w:rPr>
        <w:t>54:18  ek baar focus nahi kar paate.</w:t>
      </w:r>
      <w:r>
        <w:br/>
      </w:r>
      <w:r>
        <w:rPr>
          <w:sz w:val="20"/>
        </w:rPr>
        <w:t>54:22  aisa nahi hota ke hum ek baar poora</w:t>
      </w:r>
      <w:r>
        <w:br/>
      </w:r>
      <w:r>
        <w:rPr>
          <w:sz w:val="20"/>
        </w:rPr>
        <w:t>54:27  dekh saken kahin. hum ko piece by piece mein dekhte hain. solar system ko hum piece by piece way mein dekhte hain. to Khuda ko kaise dekh lenge hum? Khuda ko aap kaise dekh lenge? to Khuda jab itna bara hai to us ki ibaadat koi bohat hi, yaani mamooli si cheez kaise ho sakti hai? aap sochiye. kh</w:t>
      </w:r>
      <w:r>
        <w:br/>
      </w:r>
      <w:r>
        <w:rPr>
          <w:sz w:val="20"/>
        </w:rPr>
        <w:t>54:57  da jab itna bara hai, itna bara hai, itna bara hai, to us ki ibadat bhi koi choti</w:t>
      </w:r>
      <w:r>
        <w:br/>
      </w:r>
      <w:r>
        <w:rPr>
          <w:sz w:val="20"/>
        </w:rPr>
        <w:t>55:06  moti cheez nahi ho sakti.</w:t>
      </w:r>
      <w:r>
        <w:br/>
      </w:r>
      <w:r>
        <w:rPr>
          <w:sz w:val="20"/>
        </w:rPr>
        <w:t>55:16  to baat kya hai? baat yeh hai ke Khuda ki ibadat jo hai, woh ek lambe process ka naam hai.</w:t>
      </w:r>
      <w:r>
        <w:br/>
      </w:r>
      <w:r>
        <w:rPr>
          <w:sz w:val="20"/>
        </w:rPr>
        <w:t>55:25  ek aisa process jo sari zindagi, life time ke liye insaan ke andar jaari rehta hai.</w:t>
      </w:r>
      <w:r>
        <w:br/>
      </w:r>
      <w:r>
        <w:rPr>
          <w:sz w:val="20"/>
        </w:rPr>
        <w:t>55:35  kabhi khatam nahi hota.</w:t>
      </w:r>
      <w:r>
        <w:br/>
      </w:r>
      <w:r>
        <w:rPr>
          <w:sz w:val="20"/>
        </w:rPr>
        <w:t>55:45  to jis tarah se Khuda ne hamari physical life ke liye universal level par life support system banaya</w:t>
      </w:r>
      <w:r>
        <w:br/>
      </w:r>
      <w:r>
        <w:rPr>
          <w:sz w:val="20"/>
        </w:rPr>
        <w:t>55:52  hai, yahan par aap ghor kijiye ke hamari jo physical life hai, hamari jo physical being hai, is</w:t>
      </w:r>
      <w:r>
        <w:br/>
      </w:r>
      <w:r>
        <w:rPr>
          <w:sz w:val="20"/>
        </w:rPr>
        <w:t>56:00  ke support ke liye kitna bare paimane par Khuda ne intezam kar rakha hai.</w:t>
      </w:r>
      <w:r>
        <w:br/>
      </w:r>
      <w:r>
        <w:rPr>
          <w:sz w:val="20"/>
        </w:rPr>
        <w:t>56:07  bohat hi bare paimane par. yani</w:t>
      </w:r>
      <w:r>
        <w:br/>
      </w:r>
      <w:r>
        <w:rPr>
          <w:sz w:val="20"/>
        </w:rPr>
        <w:t>56:15  sooraj jo hai, nau karor tees lakh meel door hai hum se, wahan se light bhejta hai barabar.</w:t>
      </w:r>
      <w:r>
        <w:br/>
      </w:r>
      <w:r>
        <w:rPr>
          <w:sz w:val="20"/>
        </w:rPr>
        <w:t>56:23  aisi million, trillion cheezein hain hamare liye jin ko hum kehte hain life support system.</w:t>
      </w:r>
      <w:r>
        <w:br/>
      </w:r>
      <w:r>
        <w:rPr>
          <w:sz w:val="20"/>
        </w:rPr>
        <w:t>56:31  to jis tarah Khuda ne hamari physical being ke liye, hamari physical hasti ke liye bohat hi bare,</w:t>
      </w:r>
      <w:r>
        <w:br/>
      </w:r>
      <w:r>
        <w:rPr>
          <w:sz w:val="20"/>
        </w:rPr>
        <w:t>56:38  yani universal level par ek life support system banaya hai,</w:t>
      </w:r>
      <w:r>
        <w:br/>
      </w:r>
      <w:r>
        <w:rPr>
          <w:sz w:val="20"/>
        </w:rPr>
        <w:t>56:46  isi tarah Khuda ne hamari spiritual being ke liye bhi ek bohat bara support system banaya hai.</w:t>
      </w:r>
      <w:r>
        <w:br/>
      </w:r>
      <w:r>
        <w:rPr>
          <w:sz w:val="20"/>
        </w:rPr>
        <w:t>56:54  is support system se hum madad dete hue apni spiritual life ko musalsal maintain kar sakte hain.</w:t>
      </w:r>
      <w:r>
        <w:br/>
      </w:r>
      <w:r>
        <w:rPr>
          <w:sz w:val="20"/>
        </w:rPr>
        <w:t>57:01  isi liye zaroorat kya hai ke hum apne mind ko active rakhein.</w:t>
      </w:r>
      <w:r>
        <w:br/>
      </w:r>
      <w:r>
        <w:rPr>
          <w:sz w:val="20"/>
        </w:rPr>
        <w:t>57:09  hamara intellectual process jo hai, woh chalta rahe. duniya</w:t>
      </w:r>
    </w:p>
    <w:p>
      <w:pPr>
        <w:pStyle w:val="Heading2"/>
      </w:pPr>
      <w:r>
        <w:t>Worship as feeling God's presence</w:t>
      </w:r>
    </w:p>
    <w:p>
      <w:r>
        <w:rPr>
          <w:color w:val="666666"/>
          <w:sz w:val="18"/>
        </w:rPr>
        <w:t>How to Build a Heavenly Personality January 25, 2008 Maulana Wahiduddin Khan · 5m 47s · at 32:07 · https://youtu.be/FKjJyCNTdUY?t=1927</w:t>
      </w:r>
    </w:p>
    <w:p>
      <w:r>
        <w:rPr>
          <w:i/>
        </w:rPr>
        <w:t>“Here is the test.”</w:t>
      </w:r>
    </w:p>
    <w:p>
      <w:r>
        <w:rPr>
          <w:sz w:val="20"/>
        </w:rPr>
        <w:t>32:07  here is, here is the test.</w:t>
      </w:r>
      <w:r>
        <w:br/>
      </w:r>
      <w:r>
        <w:rPr>
          <w:sz w:val="20"/>
        </w:rPr>
        <w:t>32:11  here is the test. every day and night, we are put in this test.</w:t>
      </w:r>
      <w:r>
        <w:br/>
      </w:r>
      <w:r>
        <w:rPr>
          <w:sz w:val="20"/>
        </w:rPr>
        <w:t>32:24  then, there are ibadah, there is worship, for example, namaz and, and sawm, there is fasting, and dhikr, that is like plenthrapy and hajj.</w:t>
      </w:r>
      <w:r>
        <w:br/>
      </w:r>
      <w:r>
        <w:rPr>
          <w:sz w:val="20"/>
        </w:rPr>
        <w:t>32:44  all these things are system of ibadah in islam. no, what is ibadah? ibadah is not a set of rituals.</w:t>
      </w:r>
      <w:r>
        <w:br/>
      </w:r>
      <w:r>
        <w:rPr>
          <w:sz w:val="20"/>
        </w:rPr>
        <w:t>32:59  these islamic ibadah or islamic worships are not simply</w:t>
      </w:r>
      <w:r>
        <w:br/>
      </w:r>
      <w:r>
        <w:rPr>
          <w:sz w:val="20"/>
        </w:rPr>
        <w:t>33:08  some sets of rituals. no, there is a hadith that describes the real nature of the ibadah.</w:t>
      </w:r>
      <w:r>
        <w:br/>
      </w:r>
      <w:r>
        <w:rPr>
          <w:sz w:val="20"/>
        </w:rPr>
        <w:t>33:20  the prophet of islam has said: "can do ibadah as if you are seeing god." so, ibadah means,</w:t>
      </w:r>
      <w:r>
        <w:br/>
      </w:r>
      <w:r>
        <w:rPr>
          <w:sz w:val="20"/>
        </w:rPr>
        <w:t>33:42  ibadah means seeing god. seeing god, what is seeing god? we can't not see god with these eyes.</w:t>
      </w:r>
      <w:r>
        <w:br/>
      </w:r>
      <w:r>
        <w:rPr>
          <w:sz w:val="20"/>
        </w:rPr>
        <w:t>33:53  god is beyond our eye sight. but, we have to, we have to feel the presence of god.</w:t>
      </w:r>
      <w:r>
        <w:br/>
      </w:r>
      <w:r>
        <w:rPr>
          <w:sz w:val="20"/>
        </w:rPr>
        <w:t>34:05  heer seeing means presence.</w:t>
      </w:r>
      <w:r>
        <w:br/>
      </w:r>
      <w:r>
        <w:rPr>
          <w:sz w:val="20"/>
        </w:rPr>
        <w:t>34:10  so, ta'abbud Allah kun katra means do ibadah as if we are living in the presence of God.</w:t>
      </w:r>
      <w:r>
        <w:br/>
      </w:r>
      <w:r>
        <w:rPr>
          <w:sz w:val="20"/>
        </w:rPr>
        <w:t>34:21  ta'abbud Allah kun katra means do ibadah</w:t>
      </w:r>
      <w:r>
        <w:br/>
      </w:r>
      <w:r>
        <w:rPr>
          <w:sz w:val="20"/>
        </w:rPr>
        <w:t>34:29  as you are living in the presence of God. so, presence of God is not very simple.</w:t>
      </w:r>
      <w:r>
        <w:br/>
      </w:r>
      <w:r>
        <w:rPr>
          <w:sz w:val="20"/>
        </w:rPr>
        <w:t>34:40  presence of God is an outcome of your realization, your discovery, your marifah.</w:t>
      </w:r>
      <w:r>
        <w:br/>
      </w:r>
      <w:r>
        <w:rPr>
          <w:sz w:val="20"/>
        </w:rPr>
        <w:t>34:51  so, if your marifah or realization or discovery is very deep rooted.</w:t>
      </w:r>
      <w:r>
        <w:br/>
      </w:r>
      <w:r>
        <w:rPr>
          <w:sz w:val="20"/>
        </w:rPr>
        <w:t>35:05  if you have realized God in true sense of the word, then it is but natural that you will feel that you are living in the presence of God.</w:t>
      </w:r>
      <w:r>
        <w:br/>
      </w:r>
      <w:r>
        <w:rPr>
          <w:sz w:val="20"/>
        </w:rPr>
        <w:t>35:20  in everything, you will feel the presence of God.</w:t>
      </w:r>
      <w:r>
        <w:br/>
      </w:r>
      <w:r>
        <w:rPr>
          <w:sz w:val="20"/>
        </w:rPr>
        <w:t>35:28  in everything: in light, in air, in river, in mountain, in birds, in animals, in plants and trees.</w:t>
      </w:r>
      <w:r>
        <w:br/>
      </w:r>
      <w:r>
        <w:rPr>
          <w:sz w:val="20"/>
        </w:rPr>
        <w:t>35:41  all these things are, all these things were created by God. all these things are, all these things were created by God. so, all these things have a message from God.</w:t>
      </w:r>
      <w:r>
        <w:br/>
      </w:r>
      <w:r>
        <w:rPr>
          <w:sz w:val="20"/>
        </w:rPr>
        <w:t>35:59  this say that we were created by God almighty.</w:t>
      </w:r>
      <w:r>
        <w:br/>
      </w:r>
      <w:r>
        <w:rPr>
          <w:sz w:val="20"/>
        </w:rPr>
        <w:t>36:06  you see, everything in this world is in its final model, perfect model.</w:t>
      </w:r>
      <w:r>
        <w:br/>
      </w:r>
      <w:r>
        <w:rPr>
          <w:sz w:val="20"/>
        </w:rPr>
        <w:t>36:15  even grass is in its perfect model. even grass, no artist was able to give or some, give any other model for grass or tree or river or mountain.</w:t>
      </w:r>
      <w:r>
        <w:br/>
      </w:r>
      <w:r>
        <w:rPr>
          <w:sz w:val="20"/>
        </w:rPr>
        <w:t>36:40  so, when you see all these things, when you observe all these things with deep insight, you discover God's presence over there.</w:t>
      </w:r>
      <w:r>
        <w:br/>
      </w:r>
      <w:r>
        <w:rPr>
          <w:sz w:val="20"/>
        </w:rPr>
        <w:t>36:53  you will, you will say that: "fata'barak Allah ahsan al-khaliqin.</w:t>
      </w:r>
      <w:r>
        <w:br/>
      </w:r>
      <w:r>
        <w:rPr>
          <w:sz w:val="20"/>
        </w:rPr>
        <w:t>36:59  " O God, you are great. it was only God almighty who created all these things.</w:t>
      </w:r>
      <w:r>
        <w:br/>
      </w:r>
      <w:r>
        <w:rPr>
          <w:sz w:val="20"/>
        </w:rPr>
        <w:t>37:12  so, when you realize God, you use to live in the presence of God.</w:t>
      </w:r>
      <w:r>
        <w:br/>
      </w:r>
      <w:r>
        <w:rPr>
          <w:sz w:val="20"/>
        </w:rPr>
        <w:t>37:24  and your ibadah supports you. ibadah is also,</w:t>
      </w:r>
    </w:p>
    <w:p>
      <w:pPr>
        <w:pStyle w:val="Heading2"/>
      </w:pPr>
      <w:r>
        <w:t>Self-oriented mindset vs. society-oriented conduct</w:t>
      </w:r>
    </w:p>
    <w:p>
      <w:r>
        <w:rPr>
          <w:color w:val="666666"/>
          <w:sz w:val="18"/>
        </w:rPr>
        <w:t>Dars-e-Quran, Chapter 67, Vs 1-2 (Plan of Life) July 22, 2018 · 5m 02s · at 31:24 · https://youtu.be/hfJ5DVXJvWE?t=1884</w:t>
      </w:r>
    </w:p>
    <w:p>
      <w:r>
        <w:rPr>
          <w:i/>
        </w:rPr>
        <w:t>“Aaj kal musalmanon mein jo zehen ban gaya hai”</w:t>
      </w:r>
    </w:p>
    <w:p>
      <w:r>
        <w:rPr>
          <w:sz w:val="20"/>
        </w:rPr>
        <w:t>31:24  aaj kal musalmanon mein jo zehan ban gaya hai, woh</w:t>
      </w:r>
      <w:r>
        <w:br/>
      </w:r>
      <w:r>
        <w:rPr>
          <w:sz w:val="20"/>
        </w:rPr>
        <w:t>31:34  self oriented zehan hai, society oriented zehan nahi hai. self oriented yani mein buzurg ka daman thaam loon, mein hajj kar loon,</w:t>
      </w:r>
      <w:r>
        <w:br/>
      </w:r>
      <w:r>
        <w:rPr>
          <w:sz w:val="20"/>
        </w:rPr>
        <w:t>31:51  mein yeh kar loon, mein woh kar loon. self oriented zehan yani self oriented personality.</w:t>
      </w:r>
      <w:r>
        <w:br/>
      </w:r>
      <w:r>
        <w:rPr>
          <w:sz w:val="20"/>
        </w:rPr>
        <w:t>32:01  isi liye yeh aap dekhiye ke in ke andar yeh mizaj to hota hai ke namazein khoob padhein, hajj khoob karein, lekin apne parosi ke liye mein behtareen parosi banu, yeh zehan nahi hota.</w:t>
      </w:r>
      <w:r>
        <w:br/>
      </w:r>
      <w:r>
        <w:rPr>
          <w:sz w:val="20"/>
        </w:rPr>
        <w:t>32:20  yeh zehan nahi hota. yani family mein yeh zehan family mein hona chahiye ke family ke members ke liye acha, society ke members ke liye acha.</w:t>
      </w:r>
      <w:r>
        <w:br/>
      </w:r>
      <w:r>
        <w:rPr>
          <w:sz w:val="20"/>
        </w:rPr>
        <w:t>32:32  phir poori jo nation hai, poori jo qaum hai, poora jo mulk hai, chahe kisi ka mazhab kuch bhi ho, har insaan jo kisi mulk mein basa hua hai,</w:t>
      </w:r>
      <w:r>
        <w:br/>
      </w:r>
      <w:r>
        <w:rPr>
          <w:sz w:val="20"/>
        </w:rPr>
        <w:t>32:51  har insan jo kisi nation ka part hai, un sab ke liye best insan uska selection hoga.</w:t>
      </w:r>
      <w:r>
        <w:br/>
      </w:r>
      <w:r>
        <w:rPr>
          <w:sz w:val="20"/>
        </w:rPr>
        <w:t>33:10  to is tarah ki aayaten</w:t>
      </w:r>
      <w:r>
        <w:br/>
      </w:r>
      <w:r>
        <w:rPr>
          <w:sz w:val="20"/>
        </w:rPr>
        <w:t>33:15  quran mein aur bhi aayi hain, un sab ko le kar study ki jae</w:t>
      </w:r>
      <w:r>
        <w:br/>
      </w:r>
      <w:r>
        <w:rPr>
          <w:sz w:val="20"/>
        </w:rPr>
        <w:t>33:22  to un ka khulasa yeh nikalta hai</w:t>
      </w:r>
      <w:r>
        <w:br/>
      </w:r>
      <w:r>
        <w:rPr>
          <w:sz w:val="20"/>
        </w:rPr>
        <w:t>33:27  ke ahsan amal</w:t>
      </w:r>
      <w:r>
        <w:br/>
      </w:r>
      <w:r>
        <w:rPr>
          <w:sz w:val="20"/>
        </w:rPr>
        <w:t>33:31  allah ko jo matloob hai, woh ahsan amal</w:t>
      </w:r>
      <w:r>
        <w:br/>
      </w:r>
      <w:r>
        <w:rPr>
          <w:sz w:val="20"/>
        </w:rPr>
        <w:t>33:36  people of best conduct,</w:t>
      </w:r>
      <w:r>
        <w:br/>
      </w:r>
      <w:r>
        <w:rPr>
          <w:sz w:val="20"/>
        </w:rPr>
        <w:t>33:41  people of best conduct, ahsan al amal.</w:t>
      </w:r>
      <w:r>
        <w:br/>
      </w:r>
      <w:r>
        <w:rPr>
          <w:sz w:val="20"/>
        </w:rPr>
        <w:t>33:49  yeh bohat bari baat hai is ko samajhna ke mein khud apne ko kaha samajhta hoon, is par jannat mein dakhla nahi milega.</w:t>
      </w:r>
      <w:r>
        <w:br/>
      </w:r>
      <w:r>
        <w:rPr>
          <w:sz w:val="20"/>
        </w:rPr>
        <w:t>34:05  logon ki nazar mein mein kaisa hoon, mein ke is par jannat mein dakhla milega.</w:t>
      </w:r>
      <w:r>
        <w:br/>
      </w:r>
      <w:r>
        <w:rPr>
          <w:sz w:val="20"/>
        </w:rPr>
        <w:t>34:14  logon ke liye best person agar mein hoon, tab mujhe milega jannat mein dakhla.</w:t>
      </w:r>
      <w:r>
        <w:br/>
      </w:r>
      <w:r>
        <w:rPr>
          <w:sz w:val="20"/>
        </w:rPr>
        <w:t>34:23  unhon ne nahi,</w:t>
      </w:r>
      <w:r>
        <w:br/>
      </w:r>
      <w:r>
        <w:rPr>
          <w:sz w:val="20"/>
        </w:rPr>
        <w:t>34:26  yeh hai khalq al maut wal hayat.</w:t>
      </w:r>
      <w:r>
        <w:br/>
      </w:r>
      <w:r>
        <w:rPr>
          <w:sz w:val="20"/>
        </w:rPr>
        <w:t>34:32  layuwakum ayyakum ahsan amala. is mein dekhiye, aap jo jo focus hai, jis par focus woh ahsan al amal par hai. jo focus hai, woh ahsan al amal par hai.</w:t>
      </w:r>
      <w:r>
        <w:br/>
      </w:r>
      <w:r>
        <w:rPr>
          <w:sz w:val="20"/>
        </w:rPr>
        <w:t>34:47  yani best conduct wale log.</w:t>
      </w:r>
      <w:r>
        <w:br/>
      </w:r>
      <w:r>
        <w:rPr>
          <w:sz w:val="20"/>
        </w:rPr>
        <w:t>34:55  to yeh yeh zehan agar ho to kya hoga? phir ke aap ne</w:t>
      </w:r>
      <w:r>
        <w:br/>
      </w:r>
      <w:r>
        <w:rPr>
          <w:sz w:val="20"/>
        </w:rPr>
        <w:t>35:04  zyada se zyada study karega, kyunke study se mind ko food milta hai. jab mind ko food milta hai, tab</w:t>
      </w:r>
      <w:r>
        <w:br/>
      </w:r>
      <w:r>
        <w:rPr>
          <w:sz w:val="20"/>
        </w:rPr>
        <w:t>35:18  phir personality banti hai.</w:t>
      </w:r>
      <w:r>
        <w:br/>
      </w:r>
      <w:r>
        <w:rPr>
          <w:sz w:val="20"/>
        </w:rPr>
        <w:t>35:28  to yeh ek yeh tasawwur</w:t>
      </w:r>
      <w:r>
        <w:br/>
      </w:r>
      <w:r>
        <w:rPr>
          <w:sz w:val="20"/>
        </w:rPr>
        <w:t>35:35  ke ahsan al amal ka</w:t>
      </w:r>
      <w:r>
        <w:br/>
      </w:r>
      <w:r>
        <w:rPr>
          <w:sz w:val="20"/>
        </w:rPr>
        <w:t>35:42  selection hone wala hai, ahsan al amal ka selection hone wala hai. to aap apne conduct par watch karenge ke mera conduct kaisa hai,</w:t>
      </w:r>
      <w:r>
        <w:br/>
      </w:r>
      <w:r>
        <w:rPr>
          <w:sz w:val="20"/>
        </w:rPr>
        <w:t>35:56  apni soch par watch karenge ke meri soch kaisi hai, apne character par watch karenge ke mera character kaisa hai.</w:t>
      </w:r>
      <w:r>
        <w:br/>
      </w:r>
      <w:r>
        <w:rPr>
          <w:sz w:val="20"/>
        </w:rPr>
        <w:t>36:07  yani agar aap ka padosi aap ke bare mein koi shikayat kar de to after nahi ho gaye, aap uska ehsas banayenge ke woh us ne bata diya ke dekho,</w:t>
      </w:r>
      <w:r>
        <w:br/>
      </w:r>
      <w:r>
        <w:rPr>
          <w:sz w:val="20"/>
        </w:rPr>
        <w:t>36:21  yeh apni is ayat ko theek karo.</w:t>
      </w:r>
    </w:p>
    <w:p>
      <w:pPr>
        <w:pStyle w:val="Heading2"/>
      </w:pPr>
      <w:r>
        <w:t>Two aspects da'wah: discovery and rediscovery</w:t>
      </w:r>
    </w:p>
    <w:p>
      <w:r>
        <w:rPr>
          <w:color w:val="666666"/>
          <w:sz w:val="18"/>
        </w:rPr>
        <w:t>Doomsday Knocking at the Door (In Conversation with Maulana) April 18, 2010 · 5m 19s · at 25:20 · https://youtu.be/oiRC9xnuP3M?t=1520</w:t>
      </w:r>
    </w:p>
    <w:p>
      <w:r>
        <w:rPr>
          <w:i/>
        </w:rPr>
        <w:t>“Dekhiye, is ko maine kai baar likha hai”</w:t>
      </w:r>
    </w:p>
    <w:p>
      <w:r>
        <w:rPr>
          <w:sz w:val="20"/>
        </w:rPr>
        <w:t>25:20  humein hamari jo dawah hai, yeh dawah ke jo dawati jo program hai, is ke do aspect hain, do pehlu hain is ke.</w:t>
      </w:r>
      <w:r>
        <w:br/>
      </w:r>
      <w:r>
        <w:rPr>
          <w:sz w:val="20"/>
        </w:rPr>
        <w:t>25:30  yaani humein non muslim ko islam ki discovery karana hai aur musalmanon ko islam ki rediscovery karana hai. yeh bas samjhiye ke jo musalman hain, woh islam ko jaante hain.</w:t>
      </w:r>
      <w:r>
        <w:br/>
      </w:r>
      <w:r>
        <w:rPr>
          <w:sz w:val="20"/>
        </w:rPr>
        <w:t>25:45  unhein islam ko rediscover karna padega to woh jaanen ge ke islam kya hai. ab jo hai, ek billion se zyada musalman, woh to ek qaum hai, ek qaum hai.</w:t>
      </w:r>
      <w:r>
        <w:br/>
      </w:r>
      <w:r>
        <w:rPr>
          <w:sz w:val="20"/>
        </w:rPr>
        <w:t>25:56  woh sahi maanon mein, woh sahi maanon mein believers log nahin hain. woh to baharhaal hamara jo mission hai, is mission mein hamari koshish kya hai ke non muslim ke liye islam ko un ki discovery banana aur musalmanon ke liye islam ko un ki rediscovery banana.</w:t>
      </w:r>
      <w:r>
        <w:br/>
      </w:r>
      <w:r>
        <w:rPr>
          <w:sz w:val="20"/>
        </w:rPr>
        <w:t>26:16  is par mein ne ek kitaab likhi hai, islam rediscovered. is kitaab ko agar aap parhen, is mein saari baaten aap pa sakti hain. is ka naam hi yahi hai, islam rediscovered.</w:t>
      </w:r>
      <w:r>
        <w:br/>
      </w:r>
      <w:r>
        <w:rPr>
          <w:sz w:val="20"/>
        </w:rPr>
        <w:t>26:32  maulana, she has another question. she writes, maulana, even though many of her muslim children in america are sent to islamic schools.</w:t>
      </w:r>
      <w:r>
        <w:br/>
      </w:r>
      <w:r>
        <w:rPr>
          <w:sz w:val="20"/>
        </w:rPr>
        <w:t>26:44  most of them start losing that education as they grow older. how can parents help to prevent this from happening?</w:t>
      </w:r>
      <w:r>
        <w:br/>
      </w:r>
      <w:r>
        <w:rPr>
          <w:sz w:val="20"/>
        </w:rPr>
        <w:t>26:55  dekhen, yeh islami school khule hue hain india mein bhi aur europe america mein bhi. mein is se zyada ittefaq nahin karta kyunke wahan par kya hota hai?</w:t>
      </w:r>
      <w:r>
        <w:br/>
      </w:r>
      <w:r>
        <w:rPr>
          <w:sz w:val="20"/>
        </w:rPr>
        <w:t>27:08  wahan par yeh hota hai ke jitne bhi yeh school hain, sab mein standard bohat kam hota hai. jo achhe school hain, us ke barabar nahin un ka standard hota hai.</w:t>
      </w:r>
      <w:r>
        <w:br/>
      </w:r>
      <w:r>
        <w:rPr>
          <w:sz w:val="20"/>
        </w:rPr>
        <w:t>27:19  india mein bhi khule hain logon ne aur wahan bhi khol rakha hai. to aap hota yeh hai ke jo bachhe parhte hain wahan, to kuch din ke baad mehsoos karte hain ke hamare baap baap ne humein, yaani humein, hamare saath bohat zyada,</w:t>
      </w:r>
      <w:r>
        <w:br/>
      </w:r>
      <w:r>
        <w:rPr>
          <w:sz w:val="20"/>
        </w:rPr>
        <w:t>27:40  yaani ghalat kiya. agar hum achhe school parhte to hamara standard doosra hota hai. hum aage barh sakte the, hum aage nahin ja sakte. jo bachhe parhte hain un islami schoolon mein, baat ko mehsoos karte hain woh ke hamara aage raasta band hai hamare liye.</w:t>
      </w:r>
      <w:r>
        <w:br/>
      </w:r>
      <w:r>
        <w:rPr>
          <w:sz w:val="20"/>
        </w:rPr>
        <w:t>27:58  to mein is se ittefaq nahin karta ke jo school so called islamic school khule hue hain. mera maanna kya hai?</w:t>
      </w:r>
      <w:r>
        <w:br/>
      </w:r>
      <w:r>
        <w:rPr>
          <w:sz w:val="20"/>
        </w:rPr>
        <w:t>28:07  mera maanna yeh hai ke education for the sake of education. mein maanta hoon education for the sake of education.</w:t>
      </w:r>
      <w:r>
        <w:br/>
      </w:r>
      <w:r>
        <w:rPr>
          <w:sz w:val="20"/>
        </w:rPr>
        <w:t>28:16  to aap ko jo talaba rujhan rakhte hon science ka, mislan un ko poori tarah science bhejiye. islami school mein mat daakhil kijiye un ko.</w:t>
      </w:r>
      <w:r>
        <w:br/>
      </w:r>
      <w:r>
        <w:rPr>
          <w:sz w:val="20"/>
        </w:rPr>
        <w:t>28:28  aur un ko agar aap chahte hain islami tarbiyat to ghar mein is ka mahol banaiye. is ko kehte hain informal education.</w:t>
      </w:r>
      <w:r>
        <w:br/>
      </w:r>
      <w:r>
        <w:rPr>
          <w:sz w:val="20"/>
        </w:rPr>
        <w:t>28:37  yani do level hona chahiye. formal education mein to wahi education formal education mein ya education for the sake of education ho.</w:t>
      </w:r>
      <w:r>
        <w:br/>
      </w:r>
      <w:r>
        <w:rPr>
          <w:sz w:val="20"/>
        </w:rPr>
        <w:t>28:46  informal education mein aap un ko islam ki baatein bataiye. lekin doosri cheez yeh hai ke kuch talaba jo interested hon islam mein to un ko masoom parhaiye.</w:t>
      </w:r>
      <w:r>
        <w:br/>
      </w:r>
      <w:r>
        <w:rPr>
          <w:sz w:val="20"/>
        </w:rPr>
        <w:t>28:59  un ko islamic cemetery parhaiye. un ke liye aap islamic poori islami taleem dijiye un ko. to agar do group hue, ek woh log jin ko aap</w:t>
      </w:r>
      <w:r>
        <w:br/>
      </w:r>
      <w:r>
        <w:rPr>
          <w:sz w:val="20"/>
        </w:rPr>
        <w:t>29:14  direct tor par secular education mein dalen aur secular education achhi se achhi taleem dilwayen un ko. wahan par wahi ho ke education for the sake of education, yani yani formal education ke aitbar se aur informal education ke aitbar se unhein aap ghar par islam bataen.</w:t>
      </w:r>
      <w:r>
        <w:br/>
      </w:r>
      <w:r>
        <w:rPr>
          <w:sz w:val="20"/>
        </w:rPr>
        <w:t>29:34  lekin isi ke sath hamari zaroorat yeh bhi hai ke islam beshk ho to alag se parhaiye. yeh jo jod lagate hain na, jod is se koi faida nahin.</w:t>
      </w:r>
      <w:r>
        <w:br/>
      </w:r>
      <w:r>
        <w:rPr>
          <w:sz w:val="20"/>
        </w:rPr>
        <w:t>29:43  na islam ka faida, na na secularism ka faida. yani secular education bhi kamzor, islam bhi bhi kamzor. aise talaba jo parhte hain, is mein un ko na islam aata, na secular uloom jante hain.</w:t>
      </w:r>
      <w:r>
        <w:br/>
      </w:r>
      <w:r>
        <w:rPr>
          <w:sz w:val="20"/>
        </w:rPr>
        <w:t>29:56  woh idhar udhar se bhi kamzor, idhar se bhi kamzor. to main is ko nahin manta. halanke dhoom machi hui hai sari duniya mein islami education ki, islami schoolon ki.</w:t>
      </w:r>
      <w:r>
        <w:br/>
      </w:r>
      <w:r>
        <w:rPr>
          <w:sz w:val="20"/>
        </w:rPr>
        <w:t>30:08  mujhe bahar is se ittefaq nahin hai aur main isi ka qail hoon. hum ne bhi ek school khola hai to is ko school bilkul secular base par khola hai, secular education.</w:t>
      </w:r>
      <w:r>
        <w:br/>
      </w:r>
      <w:r>
        <w:rPr>
          <w:sz w:val="20"/>
        </w:rPr>
        <w:t>30:21  aur hum logon se kehte hain ke ab gharon mein aisa mahol banao ke ghar mein tum bachon ko inform education do un ko aur un ko islam par un ko pakka karo.</w:t>
      </w:r>
    </w:p>
    <w:p>
      <w:pPr>
        <w:pStyle w:val="Heading2"/>
      </w:pPr>
      <w:r>
        <w:t>the weightlessness report proving Earth is our only home</w:t>
      </w:r>
    </w:p>
    <w:p>
      <w:r>
        <w:rPr>
          <w:color w:val="666666"/>
          <w:sz w:val="18"/>
        </w:rPr>
        <w:t>Thought of The Day February 08, 2009 · 5m 01s · at 10:21 · https://youtu.be/tn8PNm6y2mg?t=621</w:t>
      </w:r>
    </w:p>
    <w:p>
      <w:r>
        <w:rPr>
          <w:i/>
        </w:rPr>
        <w:t>“Weightlessness kya cheez hai? Bewazni kya cheez hai?”</w:t>
      </w:r>
    </w:p>
    <w:p>
      <w:r>
        <w:rPr>
          <w:sz w:val="20"/>
        </w:rPr>
        <w:t>10:21  be-wazni kya cheez hai?</w:t>
      </w:r>
      <w:r>
        <w:br/>
      </w:r>
      <w:r>
        <w:rPr>
          <w:sz w:val="20"/>
        </w:rPr>
        <w:t>10:27  aap jante hain ke second world war ke baad duniya mein space yeh aaya,</w:t>
      </w:r>
      <w:r>
        <w:br/>
      </w:r>
      <w:r>
        <w:rPr>
          <w:sz w:val="20"/>
        </w:rPr>
        <w:t>10:36  second world war ke baad.</w:t>
      </w:r>
      <w:r>
        <w:br/>
      </w:r>
      <w:r>
        <w:rPr>
          <w:sz w:val="20"/>
        </w:rPr>
        <w:t>10:38  to yeh jo</w:t>
      </w:r>
      <w:r>
        <w:br/>
      </w:r>
      <w:r>
        <w:rPr>
          <w:sz w:val="20"/>
        </w:rPr>
        <w:t>10:41  science danon ne kaha tha ke dunya bohat din tak hamare sath nahi degi,</w:t>
      </w:r>
      <w:r>
        <w:br/>
      </w:r>
      <w:r>
        <w:rPr>
          <w:sz w:val="20"/>
        </w:rPr>
        <w:t>10:48  to bohat bare</w:t>
      </w:r>
      <w:r>
        <w:br/>
      </w:r>
      <w:r>
        <w:rPr>
          <w:sz w:val="20"/>
        </w:rPr>
        <w:t>10:51  peymane par ek khoj shuru hui ke space mein doosra planet earth ja nikala jaye, pata kiya jaye</w:t>
      </w:r>
      <w:r>
        <w:br/>
      </w:r>
      <w:r>
        <w:rPr>
          <w:sz w:val="20"/>
        </w:rPr>
        <w:t>11:01  ke jab yeh dunya hamein chhodni paregi, hum khatm ho jayenge, to us waqt kya hamare</w:t>
      </w:r>
      <w:r>
        <w:br/>
      </w:r>
      <w:r>
        <w:rPr>
          <w:sz w:val="20"/>
        </w:rPr>
        <w:t>11:07  pas koi aur planet hai universe mein jahan hum ja saken?</w:t>
      </w:r>
      <w:r>
        <w:br/>
      </w:r>
      <w:r>
        <w:rPr>
          <w:sz w:val="20"/>
        </w:rPr>
        <w:t>11:12  is par train train train dollar kharch kiye gaye, aur space mein bahut zyada khoji sayare bheje gaye.</w:t>
      </w:r>
      <w:r>
        <w:br/>
      </w:r>
      <w:r>
        <w:rPr>
          <w:sz w:val="20"/>
        </w:rPr>
        <w:t>11:23  lekin aap jante hain ke yeh mamla kya hai? pehli baat to yeh hai ke aaj tak koi bhi planet itni badi universe hai, aisa discover nahin hua jahan par pani ho, sabza ho, life support system ho.</w:t>
      </w:r>
      <w:r>
        <w:br/>
      </w:r>
      <w:r>
        <w:rPr>
          <w:sz w:val="20"/>
        </w:rPr>
        <w:t>11:38  to aaj bhi scientific discovery ke mutabiq</w:t>
      </w:r>
      <w:r>
        <w:br/>
      </w:r>
      <w:r>
        <w:rPr>
          <w:sz w:val="20"/>
        </w:rPr>
        <w:t>11:42  hamara planet earth jo hai, woh ek rare exception hai throughout pure pure universe mein. bahut hi badi universe hai,</w:t>
      </w:r>
      <w:r>
        <w:br/>
      </w:r>
      <w:r>
        <w:rPr>
          <w:sz w:val="20"/>
        </w:rPr>
        <w:t>11:56  is mein ek rare exception hai hamara planet earth jahan par life support system hai, jahan zindagi reh sakti hai.</w:t>
      </w:r>
      <w:r>
        <w:br/>
      </w:r>
      <w:r>
        <w:rPr>
          <w:sz w:val="20"/>
        </w:rPr>
        <w:t>12:05  mars ke bare mein logon ko kisi gas ki wajah se, kisi discovery ki wajah se nahin, yeh khayal hai ke wahan shayad pani hai. mars jo hai, mars, mars, is ko urdu mein mareekh kehte hain, lekin yeh bhi sirf ek ek ek gas hai bas.</w:t>
      </w:r>
      <w:r>
        <w:br/>
      </w:r>
      <w:r>
        <w:rPr>
          <w:sz w:val="20"/>
        </w:rPr>
        <w:t>12:24  aur mars ka mamla aap jante hain kya hai?</w:t>
      </w:r>
      <w:r>
        <w:br/>
      </w:r>
      <w:r>
        <w:rPr>
          <w:sz w:val="20"/>
        </w:rPr>
        <w:t>12:28  space journey jo hum karte hain, jaise hum chale gaye chand par, to chand par jana asan hai, aur jagah jana to bahut hi mushkil kaam hai. koi bahut door hain sab, chand jaisa nahin hai mars.</w:t>
      </w:r>
      <w:r>
        <w:br/>
      </w:r>
      <w:r>
        <w:rPr>
          <w:sz w:val="20"/>
        </w:rPr>
        <w:t>12:41  agar hum ek aisa space craft banayein jis par hum safar karein, to zameen se mars tak pahunchne mein hamein lagega ek saal pura, ek saal se bhi zyada.</w:t>
      </w:r>
      <w:r>
        <w:br/>
      </w:r>
      <w:r>
        <w:rPr>
          <w:sz w:val="20"/>
        </w:rPr>
        <w:t>12:55  pahunchne mein sirf lagega</w:t>
      </w:r>
      <w:r>
        <w:br/>
      </w:r>
      <w:r>
        <w:rPr>
          <w:sz w:val="20"/>
        </w:rPr>
        <w:t>12:58  ek se saal zyada bhi lag sakta hai, wapsi bhi ek saal. yeh do saal to aane jaane mein kharch ho jayega. aap jante hain kya hoga?</w:t>
      </w:r>
      <w:r>
        <w:br/>
      </w:r>
      <w:r>
        <w:rPr>
          <w:sz w:val="20"/>
        </w:rPr>
        <w:t>13:08  ek saal ke safar mein insaan hi khatm ho jayega. yeh pata chala hai, yeh aaya hai jo kyunke ek saal insaan ko weightlessness ke is mein rehna padega, be-wazni mein.</w:t>
      </w:r>
      <w:r>
        <w:br/>
      </w:r>
      <w:r>
        <w:rPr>
          <w:sz w:val="20"/>
        </w:rPr>
        <w:t>13:22  woh jante hain kya hai?</w:t>
      </w:r>
      <w:r>
        <w:br/>
      </w:r>
      <w:r>
        <w:rPr>
          <w:sz w:val="20"/>
        </w:rPr>
        <w:t>13:25  abhi jo research aayi hai ke jo log aap jante hain ke space mein woh banaya gaya hai, space station, space station banaya gaya hai, is mein jate hain, lot'te hain log.</w:t>
      </w:r>
      <w:r>
        <w:br/>
      </w:r>
      <w:r>
        <w:rPr>
          <w:sz w:val="20"/>
        </w:rPr>
        <w:t>13:42  woh toh bohat hi qareeb hai. toh jo astronauts wahan gaye aur wahan chaar mahine se chhe mahine tak rahe, unka survey kiya gaya.</w:t>
      </w:r>
      <w:r>
        <w:br/>
      </w:r>
      <w:r>
        <w:rPr>
          <w:sz w:val="20"/>
        </w:rPr>
        <w:t>13:55  maloom hua ke bohat hi dangerous hai yeh yeh kaam. unki bone jo hai, unka degeneration ho jata hai, unka.</w:t>
      </w:r>
      <w:r>
        <w:br/>
      </w:r>
      <w:r>
        <w:rPr>
          <w:sz w:val="20"/>
        </w:rPr>
        <w:t>14:04  ab bohat saare unke andar kamiyaan ho jati hain. jab wahan se lot'te hain toh woh hamare tareeqe se rehne qabil nahi hote. duniya mein har din unhein do ghante bohat hi special qism ki exercise karni padti hai, dawaiyan leni padti hain, sirf jeene ke liye,</w:t>
      </w:r>
      <w:r>
        <w:br/>
      </w:r>
      <w:r>
        <w:rPr>
          <w:sz w:val="20"/>
        </w:rPr>
        <w:t>14:21  kaam karne ke liye nahi. hum aap kaam kar rahe hain is ke liye nahi.</w:t>
      </w:r>
      <w:r>
        <w:br/>
      </w:r>
      <w:r>
        <w:rPr>
          <w:sz w:val="20"/>
        </w:rPr>
        <w:t>14:26  wahan jo lot'te hain space station se, koi saada baat nahi hai. weightlessness jo hai, is ko insaan bardasht nahi kar sakta.</w:t>
      </w:r>
      <w:r>
        <w:br/>
      </w:r>
      <w:r>
        <w:rPr>
          <w:sz w:val="20"/>
        </w:rPr>
        <w:t>14:36  be-wazni saari body jo hai, effect ho jati hai.</w:t>
      </w:r>
      <w:r>
        <w:br/>
      </w:r>
      <w:r>
        <w:rPr>
          <w:sz w:val="20"/>
        </w:rPr>
        <w:t>14:43  ab bone ka mamla yeh hai ke bone mein degeneration hota hai, kai chemicals nahi le pata hai insaan. woh is waqt</w:t>
      </w:r>
      <w:r>
        <w:br/>
      </w:r>
      <w:r>
        <w:rPr>
          <w:sz w:val="20"/>
        </w:rPr>
        <w:t>14:52  toh aadmi chhe mahine ko afford nahi kar sakta hai, toh ek saal kahan se afford karega? woh jab zameen se chal kar pahunchega Mars tak, tab tak woh woh khud bhi khatm ho chuka hoga, jabke abhi pata nahi hai ke Mars mein kuch hai.</w:t>
      </w:r>
      <w:r>
        <w:br/>
      </w:r>
      <w:r>
        <w:rPr>
          <w:sz w:val="20"/>
        </w:rPr>
        <w:t>15:10  toh yeh weightlessness ke bare mein jo report aayi hai, woh yeh batati hai ke zameen ke siwa hamare paas koi doosri jagah nahi hai jahan hum ja kar abad ho saken.</w:t>
      </w:r>
    </w:p>
    <w:p>
      <w:pPr>
        <w:pStyle w:val="Heading2"/>
      </w:pPr>
      <w:r>
        <w:t>Stranded abroad: a preview of death's helplessness</w:t>
      </w:r>
    </w:p>
    <w:p>
      <w:r>
        <w:rPr>
          <w:color w:val="666666"/>
          <w:sz w:val="18"/>
        </w:rPr>
        <w:t>On Life and Death July 24, 2011 · 4m 38s · at 37:55 · https://youtu.be/Z0pdhT_HJNk?t=2275</w:t>
      </w:r>
    </w:p>
    <w:p>
      <w:r>
        <w:rPr>
          <w:i/>
        </w:rPr>
        <w:t>“A few times in my life I felt suddenly cut off from everyone.”</w:t>
      </w:r>
    </w:p>
    <w:p>
      <w:r>
        <w:rPr>
          <w:sz w:val="20"/>
        </w:rPr>
        <w:t>37:55  mujh par chand baar aise lamhat guzre hain ke jise laga ke mujhe aik dam cut gaya hoon.</w:t>
      </w:r>
      <w:r>
        <w:br/>
      </w:r>
      <w:r>
        <w:rPr>
          <w:sz w:val="20"/>
        </w:rPr>
        <w:t>38:03  chand baar aisa hua. jaise Moscow mein aik baar main ne main ne bataya is se pehle ke Moscow mein jab main gaya tha to aik baar aisa hua ke main cut gaya sab se.</w:t>
      </w:r>
      <w:r>
        <w:br/>
      </w:r>
      <w:r>
        <w:rPr>
          <w:sz w:val="20"/>
        </w:rPr>
        <w:t>38:15  main hotel ke kamre mein tha lekin wahan halat yeh thi ke sab Russian Russian zaban bolte the. main un se baat nahin kar sakta tha. mera jo guide tha, woh chala gaya tha apni maan, us ki bimari se chala gaya tha.</w:t>
      </w:r>
      <w:r>
        <w:br/>
      </w:r>
      <w:r>
        <w:rPr>
          <w:sz w:val="20"/>
        </w:rPr>
        <w:t>38:29  maan ke paas milne ke liye.</w:t>
      </w:r>
      <w:r>
        <w:br/>
      </w:r>
      <w:r>
        <w:rPr>
          <w:sz w:val="20"/>
        </w:rPr>
        <w:t>38:34  to mere paas khane ka coupon bhi nahin tha. khane ka coupon isi guide ke paas hua karta tha Russia mein. main gaya tha us waqt jab kafi community nizam toota nahin tha.</w:t>
      </w:r>
      <w:r>
        <w:br/>
      </w:r>
      <w:r>
        <w:rPr>
          <w:sz w:val="20"/>
        </w:rPr>
        <w:t>38:43  tab hum direct ja kar hotel mein nahin kha sakte the. woh hamara guide hota tha, uska coupon hota tha, to coupon se khana milta tha.</w:t>
      </w:r>
      <w:r>
        <w:br/>
      </w:r>
      <w:r>
        <w:rPr>
          <w:sz w:val="20"/>
        </w:rPr>
        <w:t>38:54  to ab maine socha yeh kya ajeeb halat hai. log jo aap ke aas paas reh rahe hain, un se main exchange nahin kar sakta, kuch baat nahin ho sakti.</w:t>
      </w:r>
      <w:r>
        <w:br/>
      </w:r>
      <w:r>
        <w:rPr>
          <w:sz w:val="20"/>
        </w:rPr>
        <w:t>39:03  agar mujhe khana peena ho to main hotel mein ja kar keh nahi kuch kar sakta is liye ke coupon to mere guide ke paas hai.</w:t>
      </w:r>
      <w:r>
        <w:br/>
      </w:r>
      <w:r>
        <w:rPr>
          <w:sz w:val="20"/>
        </w:rPr>
        <w:t>39:13  to kuch der ke liye aisa laga mujhe, phir masla hal hua baat ko. kuch der ke liye aisa laga jaise ke main aik dam cut gaya hoon dunya se. kuch bhi mere paas nahi hai.</w:t>
      </w:r>
      <w:r>
        <w:br/>
      </w:r>
      <w:r>
        <w:rPr>
          <w:sz w:val="20"/>
        </w:rPr>
        <w:t>39:24  bilkul mutaqdaat, mahmul asbab ka mamla hai yeh.</w:t>
      </w:r>
      <w:r>
        <w:br/>
      </w:r>
      <w:r>
        <w:rPr>
          <w:sz w:val="20"/>
        </w:rPr>
        <w:t>39:29  is waqt jo kaifiyat mujhe guzri thi, helplessness ki, wo aaj tak mujhe yaad hai.</w:t>
      </w:r>
      <w:r>
        <w:br/>
      </w:r>
      <w:r>
        <w:rPr>
          <w:sz w:val="20"/>
        </w:rPr>
        <w:t>39:38  is waqt maine yani jo alfaaz mere zuban se nikle the, jo mera jee meri jo halat thi, wo is tarah ki halat sirf aik hi baar hui.</w:t>
      </w:r>
      <w:r>
        <w:br/>
      </w:r>
      <w:r>
        <w:rPr>
          <w:sz w:val="20"/>
        </w:rPr>
        <w:t>39:51  isi waqt phir nahi hui. kyun ke bohat zabardast jo yani helplessness jo ki kaifiyat jo guzri thi mere uper, wo to wo bohat ajeeb thi.</w:t>
      </w:r>
      <w:r>
        <w:br/>
      </w:r>
      <w:r>
        <w:rPr>
          <w:sz w:val="20"/>
        </w:rPr>
        <w:t>40:02  to main aksar sochta hoon ke wo jo temporary tor par hua tha, wo yeh ho jayega eternal tor par maut ke baad.</w:t>
      </w:r>
      <w:r>
        <w:br/>
      </w:r>
      <w:r>
        <w:rPr>
          <w:sz w:val="20"/>
        </w:rPr>
        <w:t>40:14  yani helplessness ki jo kaifiyat mujhe is par guzri thi, mere uper temporary tor par. to maut ke baad kya hoga? ke wahi cheez eternal tor par ho jayegi.</w:t>
      </w:r>
      <w:r>
        <w:br/>
      </w:r>
      <w:r>
        <w:rPr>
          <w:sz w:val="20"/>
        </w:rPr>
        <w:t>40:26  to kaisi ajeeb halat hogi. aap jante hain ke maut jo hai, point of no return par aati hai. yani hum wapas nahi aa sakte is dunya mein.</w:t>
      </w:r>
      <w:r>
        <w:br/>
      </w:r>
      <w:r>
        <w:rPr>
          <w:sz w:val="20"/>
        </w:rPr>
        <w:t>40:36  mar gaya to mar gaya.</w:t>
      </w:r>
      <w:r>
        <w:br/>
      </w:r>
      <w:r>
        <w:rPr>
          <w:sz w:val="20"/>
        </w:rPr>
        <w:t>40:40  h</w:t>
      </w:r>
      <w:r>
        <w:br/>
      </w:r>
      <w:r>
        <w:rPr>
          <w:sz w:val="20"/>
        </w:rPr>
        <w:t>40:41  m kahin jate hain to hamari jeb mein ticket hota hai, yani return ticket hota hai. aik taraf jane ka ticket hota hai, phir wapsi ka ticket hota hai.</w:t>
      </w:r>
      <w:r>
        <w:br/>
      </w:r>
      <w:r>
        <w:rPr>
          <w:sz w:val="20"/>
        </w:rPr>
        <w:t>40:50  to yeh itminan hota hai ke ja rahe hain to phir loot bhi aayenge.</w:t>
      </w:r>
      <w:r>
        <w:br/>
      </w:r>
      <w:r>
        <w:rPr>
          <w:sz w:val="20"/>
        </w:rPr>
        <w:t>40:58  aik jagah mein aik baar gaya, aik wahan Africa ke aik mulk mein naya naya nai jagah thi. to airport pe jab utra main bahar to conference mein bulaya gaya tha mujh ko.</w:t>
      </w:r>
      <w:r>
        <w:br/>
      </w:r>
      <w:r>
        <w:rPr>
          <w:sz w:val="20"/>
        </w:rPr>
        <w:t>41:10  to wahan koi aadmi nahi, conference ka koi aadmi mujhe receive karne ke liye. aur wo sab wahan French bolte the log, French zuban. wo ilaqa tha jahan pehle kuch ki zabanein French ki hukumat hua karti thi, France ki hukumat.</w:t>
      </w:r>
      <w:r>
        <w:br/>
      </w:r>
      <w:r>
        <w:rPr>
          <w:sz w:val="20"/>
        </w:rPr>
        <w:t>41:24  to ajeeb halat thi meri.</w:t>
      </w:r>
      <w:r>
        <w:br/>
      </w:r>
      <w:r>
        <w:rPr>
          <w:sz w:val="20"/>
        </w:rPr>
        <w:t>41:27  jis se miloon to wo French bolta tha wo. aur jo main jo jis conference mein mujhe bulaya gaya tha, us ke log mujhe receive karne ke liye aaye hue nahi the wahan par airport par.</w:t>
      </w:r>
      <w:r>
        <w:br/>
      </w:r>
      <w:r>
        <w:rPr>
          <w:sz w:val="20"/>
        </w:rPr>
        <w:t>41:38  to aik ajeeb deewangi thori der ke liye hui. lekin phir bhi yeh itminan tha ke meri jeb mein wapsi ka ticket hai.</w:t>
      </w:r>
      <w:r>
        <w:br/>
      </w:r>
      <w:r>
        <w:rPr>
          <w:sz w:val="20"/>
        </w:rPr>
        <w:t>41:48  to char jab main window par gaya, ticket dikhaya us ko.</w:t>
      </w:r>
      <w:r>
        <w:br/>
      </w:r>
      <w:r>
        <w:rPr>
          <w:sz w:val="20"/>
        </w:rPr>
        <w:t>41:54  mere paas first class ka ticket tha is waqt. dikhaya ke bhai wapsi ke jahaz hai Delhi jane ke liye. to unhon ne kaha ke aaj to nahi, kal ho sakta hai. wo lady thi, wo kuch thori mazahiya bolti thi wo.</w:t>
      </w:r>
      <w:r>
        <w:br/>
      </w:r>
      <w:r>
        <w:rPr>
          <w:sz w:val="20"/>
        </w:rPr>
        <w:t>42:09  to is dunya mein aap safar karte hain to is mein aap ko itminan rehta hai ke wapsi ka bhi ticket meri jeb mein hai.</w:t>
      </w:r>
      <w:r>
        <w:br/>
      </w:r>
      <w:r>
        <w:rPr>
          <w:sz w:val="20"/>
        </w:rPr>
        <w:t>42:17  lekin maut ka safar aik aisa safar hai jis mein aap wapsi ka ticket nahi hain.</w:t>
      </w:r>
      <w:r>
        <w:br/>
      </w:r>
      <w:r>
        <w:rPr>
          <w:sz w:val="20"/>
        </w:rPr>
        <w:t>42:27  aadmi hamesha ke liye chhod deta hai is dunya ko. phir yahan wapsi nahi hone wali hai.</w:t>
      </w:r>
    </w:p>
    <w:p>
      <w:pPr>
        <w:pStyle w:val="Heading2"/>
      </w:pPr>
      <w:r>
        <w:t>Intellectual process leading to submission</w:t>
      </w:r>
    </w:p>
    <w:p>
      <w:r>
        <w:rPr>
          <w:color w:val="666666"/>
          <w:sz w:val="18"/>
        </w:rPr>
        <w:t>Purpose of Creation | June 18, 2008 · 6m 10s · at 9:01 · https://youtu.be/qvx3aX06T90?t=541</w:t>
      </w:r>
    </w:p>
    <w:p>
      <w:r>
        <w:rPr>
          <w:i/>
        </w:rPr>
        <w:t>“The whole universe is on realization, and humans must also be.”</w:t>
      </w:r>
    </w:p>
    <w:p>
      <w:r>
        <w:rPr>
          <w:sz w:val="20"/>
        </w:rPr>
        <w:t>9:01  saari universe jo hai, woh bhi realization par hai woh.</w:t>
      </w:r>
      <w:r>
        <w:br/>
      </w:r>
      <w:r>
        <w:rPr>
          <w:sz w:val="20"/>
        </w:rPr>
        <w:t>9:07  aur insaan ko bhi isi par rehna hai.</w:t>
      </w:r>
      <w:r>
        <w:br/>
      </w:r>
      <w:r>
        <w:rPr>
          <w:sz w:val="20"/>
        </w:rPr>
        <w:t>9:14  to farq kya hai? farq yeh hai ke insaan ka mamla submission with realization ka mamla hai.</w:t>
      </w:r>
      <w:r>
        <w:br/>
      </w:r>
      <w:r>
        <w:rPr>
          <w:sz w:val="20"/>
        </w:rPr>
        <w:t>9:20  submission with realization.</w:t>
      </w:r>
      <w:r>
        <w:br/>
      </w:r>
      <w:r>
        <w:rPr>
          <w:sz w:val="20"/>
        </w:rPr>
        <w:t>9:27  aur rest of the universe ka mamla submission without realization ka mamla hai.</w:t>
      </w:r>
      <w:r>
        <w:br/>
      </w:r>
      <w:r>
        <w:rPr>
          <w:sz w:val="20"/>
        </w:rPr>
        <w:t>9:33  yani submission marifat ke sath aur submission bila marifat.</w:t>
      </w:r>
      <w:r>
        <w:br/>
      </w:r>
      <w:r>
        <w:rPr>
          <w:sz w:val="20"/>
        </w:rPr>
        <w:t>9:37  yeh farq hai.</w:t>
      </w:r>
      <w:r>
        <w:br/>
      </w:r>
      <w:r>
        <w:rPr>
          <w:sz w:val="20"/>
        </w:rPr>
        <w:t>9:42  to is ko achi tarah samajhna chahiye ke agarchay poori universe ka jo religion hai, jo mazhab hai,</w:t>
      </w:r>
      <w:r>
        <w:br/>
      </w:r>
      <w:r>
        <w:rPr>
          <w:sz w:val="20"/>
        </w:rPr>
        <w:t>9:46  jo culture hai, woh base karta hai submission par.</w:t>
      </w:r>
      <w:r>
        <w:br/>
      </w:r>
      <w:r>
        <w:rPr>
          <w:sz w:val="20"/>
        </w:rPr>
        <w:t>9:51  yani submission to god.</w:t>
      </w:r>
      <w:r>
        <w:br/>
      </w:r>
      <w:r>
        <w:rPr>
          <w:sz w:val="20"/>
        </w:rPr>
        <w:t>9:55  submission ka matlab hai submission to god.</w:t>
      </w:r>
      <w:r>
        <w:br/>
      </w:r>
      <w:r>
        <w:rPr>
          <w:sz w:val="20"/>
        </w:rPr>
        <w:t>10:00  yani creator jo hai, creator ke aagay</w:t>
      </w:r>
      <w:r>
        <w:br/>
      </w:r>
      <w:r>
        <w:rPr>
          <w:sz w:val="20"/>
        </w:rPr>
        <w:t>10:04  surrender karna.</w:t>
      </w:r>
      <w:r>
        <w:br/>
      </w:r>
      <w:r>
        <w:rPr>
          <w:sz w:val="20"/>
        </w:rPr>
        <w:t>10:08  creator ke aagay jhuk jana.</w:t>
      </w:r>
      <w:r>
        <w:br/>
      </w:r>
      <w:r>
        <w:rPr>
          <w:sz w:val="20"/>
        </w:rPr>
        <w:t>10:12  creator ke bataye hue path ko follow karna.</w:t>
      </w:r>
      <w:r>
        <w:br/>
      </w:r>
      <w:r>
        <w:rPr>
          <w:sz w:val="20"/>
        </w:rPr>
        <w:t>10:16  creator ki di hui guideline par chalna.</w:t>
      </w:r>
      <w:r>
        <w:br/>
      </w:r>
      <w:r>
        <w:rPr>
          <w:sz w:val="20"/>
        </w:rPr>
        <w:t>10:20  yeh hai submission.</w:t>
      </w:r>
      <w:r>
        <w:br/>
      </w:r>
      <w:r>
        <w:rPr>
          <w:sz w:val="20"/>
        </w:rPr>
        <w:t>10:24  to sab yahi kar rahay hain.</w:t>
      </w:r>
      <w:r>
        <w:br/>
      </w:r>
      <w:r>
        <w:rPr>
          <w:sz w:val="20"/>
        </w:rPr>
        <w:t>10:27  sab yahi kar rahay hain.</w:t>
      </w:r>
      <w:r>
        <w:br/>
      </w:r>
      <w:r>
        <w:rPr>
          <w:sz w:val="20"/>
        </w:rPr>
        <w:t>10:31  yani gulab ke phool se, gulab ke poday se phool hi niklay ga.</w:t>
      </w:r>
      <w:r>
        <w:br/>
      </w:r>
      <w:r>
        <w:rPr>
          <w:sz w:val="20"/>
        </w:rPr>
        <w:t>10:35  is mein aisa nahi hota ke gulab ke poday se phool ki bajaye wahan koi aur cheez honay lagay.</w:t>
      </w:r>
      <w:r>
        <w:br/>
      </w:r>
      <w:r>
        <w:rPr>
          <w:sz w:val="20"/>
        </w:rPr>
        <w:t>10:39  maslan saib nikal aaye.</w:t>
      </w:r>
      <w:r>
        <w:br/>
      </w:r>
      <w:r>
        <w:rPr>
          <w:sz w:val="20"/>
        </w:rPr>
        <w:t>10:44  aur saib ke pēṛ se gulab nahin nikle ga.</w:t>
      </w:r>
      <w:r>
        <w:br/>
      </w:r>
      <w:r>
        <w:rPr>
          <w:sz w:val="20"/>
        </w:rPr>
        <w:t>10:48  is se saib hi nikle ga.</w:t>
      </w:r>
      <w:r>
        <w:br/>
      </w:r>
      <w:r>
        <w:rPr>
          <w:sz w:val="20"/>
        </w:rPr>
        <w:t>10:52  to Khuda ne jo kuch keh rakha hai, jo order de rakha hai, usi ke mutabiq chalti hai poori universe.</w:t>
      </w:r>
      <w:r>
        <w:br/>
      </w:r>
      <w:r>
        <w:rPr>
          <w:sz w:val="20"/>
        </w:rPr>
        <w:t>10:57  poora nature jo hai.</w:t>
      </w:r>
      <w:r>
        <w:br/>
      </w:r>
      <w:r>
        <w:rPr>
          <w:sz w:val="20"/>
        </w:rPr>
        <w:t>11:01  lekin insan jo kar</w:t>
      </w:r>
      <w:r>
        <w:br/>
      </w:r>
      <w:r>
        <w:rPr>
          <w:sz w:val="20"/>
        </w:rPr>
        <w:t>11:05  ta hai, woh apni choice se, apni freedom se karta hai.</w:t>
      </w:r>
      <w:r>
        <w:br/>
      </w:r>
      <w:r>
        <w:rPr>
          <w:sz w:val="20"/>
        </w:rPr>
        <w:t>11:09  to itna bara jo insan decision leta hai to sochna paṛe ga zahir hai.</w:t>
      </w:r>
      <w:r>
        <w:br/>
      </w:r>
      <w:r>
        <w:rPr>
          <w:sz w:val="20"/>
        </w:rPr>
        <w:t>11:13  pehle woh soche ga.</w:t>
      </w:r>
      <w:r>
        <w:br/>
      </w:r>
      <w:r>
        <w:rPr>
          <w:sz w:val="20"/>
        </w:rPr>
        <w:t>11:17  phir us ko discovery hogi.</w:t>
      </w:r>
      <w:r>
        <w:br/>
      </w:r>
      <w:r>
        <w:rPr>
          <w:sz w:val="20"/>
        </w:rPr>
        <w:t>11:21  God ki discovery, Creator ki discovery.</w:t>
      </w:r>
      <w:r>
        <w:br/>
      </w:r>
      <w:r>
        <w:rPr>
          <w:sz w:val="20"/>
        </w:rPr>
        <w:t>11:25  woh realize kare ga.</w:t>
      </w:r>
      <w:r>
        <w:br/>
      </w:r>
      <w:r>
        <w:rPr>
          <w:sz w:val="20"/>
        </w:rPr>
        <w:t>11:28  us ke mind mein ek bhonchal aayega.</w:t>
      </w:r>
      <w:r>
        <w:br/>
      </w:r>
      <w:r>
        <w:rPr>
          <w:sz w:val="20"/>
        </w:rPr>
        <w:t>11:32  us ke mind mein ek revolution aayega.</w:t>
      </w:r>
      <w:r>
        <w:br/>
      </w:r>
      <w:r>
        <w:rPr>
          <w:sz w:val="20"/>
        </w:rPr>
        <w:t>11:36  yeh sab ho chuka ho ga, tab ja kar ke woh yeh kare ga ke woh yeh decision</w:t>
      </w:r>
      <w:r>
        <w:br/>
      </w:r>
      <w:r>
        <w:rPr>
          <w:sz w:val="20"/>
        </w:rPr>
        <w:t>11:41  le ga ke mujhe submission ke sath is dunya mein rehna hai.</w:t>
      </w:r>
      <w:r>
        <w:br/>
      </w:r>
      <w:r>
        <w:rPr>
          <w:sz w:val="20"/>
        </w:rPr>
        <w:t>11:46  ab dekhen ke yeh jo insan decision leta hai, is ke liye Khuda ne ek support system dunya</w:t>
      </w:r>
      <w:r>
        <w:br/>
      </w:r>
      <w:r>
        <w:rPr>
          <w:sz w:val="20"/>
        </w:rPr>
        <w:t>11:51  mein bana diya hai.</w:t>
      </w:r>
      <w:r>
        <w:br/>
      </w:r>
      <w:r>
        <w:rPr>
          <w:sz w:val="20"/>
        </w:rPr>
        <w:t>11:57  yani insan jo hai, woh ek qom mein nahin hai.</w:t>
      </w:r>
      <w:r>
        <w:br/>
      </w:r>
      <w:r>
        <w:rPr>
          <w:sz w:val="20"/>
        </w:rPr>
        <w:t>12:02  balkeh ek aisi dunya mein hai jahan Khuda ne us ko</w:t>
      </w:r>
      <w:r>
        <w:br/>
      </w:r>
      <w:r>
        <w:rPr>
          <w:sz w:val="20"/>
        </w:rPr>
        <w:t>12:07  agarche azadi di hai, lekin sath sath us ke liye aisi cheezain bhi yahan par rakh di hain</w:t>
      </w:r>
      <w:r>
        <w:br/>
      </w:r>
      <w:r>
        <w:rPr>
          <w:sz w:val="20"/>
        </w:rPr>
        <w:t>12:13  jin ko le kar ke woh apne decision tak pahunchna us ke liye asan ho jaye.</w:t>
      </w:r>
      <w:r>
        <w:br/>
      </w:r>
      <w:r>
        <w:rPr>
          <w:sz w:val="20"/>
        </w:rPr>
        <w:t>12:19  yani to facilitate the decision.</w:t>
      </w:r>
      <w:r>
        <w:br/>
      </w:r>
      <w:r>
        <w:rPr>
          <w:sz w:val="20"/>
        </w:rPr>
        <w:t>12:26  God has provided all these things.</w:t>
      </w:r>
      <w:r>
        <w:br/>
      </w:r>
      <w:r>
        <w:rPr>
          <w:sz w:val="20"/>
        </w:rPr>
        <w:t>12:32  woh kya hain? main samajhta hoon ke woh teen cheezain hain.</w:t>
      </w:r>
      <w:r>
        <w:br/>
      </w:r>
      <w:r>
        <w:rPr>
          <w:sz w:val="20"/>
        </w:rPr>
        <w:t>12:38  yani is decision tak pahunchnay ke liye ke main duniya mein rahoon submission ke saath. main duniya mein rahoon, duniya mein rahoon Khuda ka surrender karte hue. yeh insaan ko ek decision lena hai. baghair decision liye hue woh submissive nahin ban sakta hai. kyun ke usko apne will se submissive banna hai. usko suraj chand ki tarah aisa nahin hai ke woh under compulsion submissive ban jaye. to khud jab usko decision</w:t>
      </w:r>
      <w:r>
        <w:br/>
      </w:r>
      <w:r>
        <w:rPr>
          <w:sz w:val="20"/>
        </w:rPr>
        <w:t>13:08  lena hai, apne soch samjhe yani mind ke saath usko chalna hai is raaste par. to zahir hai ke iske liye ek ek process, ek intellectual process. it requires a long long intellectual process. aisa kaise ho sakta hai? suraj chand ke liye, galaxy ke liye ya mountain aur ocean ke liye koi intellectual process hi ki zaroorat nahin ho</w:t>
      </w:r>
      <w:r>
        <w:br/>
      </w:r>
      <w:r>
        <w:rPr>
          <w:sz w:val="20"/>
        </w:rPr>
        <w:t>13:38  ye.</w:t>
      </w:r>
      <w:r>
        <w:br/>
      </w:r>
      <w:r>
        <w:rPr>
          <w:sz w:val="20"/>
        </w:rPr>
        <w:t>13:42  yahan tak ke jo animal hain, animal bhi kya hai? un ke haan koi intellectual process nahin chalta.</w:t>
      </w:r>
      <w:r>
        <w:br/>
      </w:r>
      <w:r>
        <w:rPr>
          <w:sz w:val="20"/>
        </w:rPr>
        <w:t>13:45  woh to instinct hai.</w:t>
      </w:r>
      <w:r>
        <w:br/>
      </w:r>
      <w:r>
        <w:rPr>
          <w:sz w:val="20"/>
        </w:rPr>
        <w:t>13:49  instinct ke under mein woh kaam karte hain.</w:t>
      </w:r>
      <w:r>
        <w:br/>
      </w:r>
      <w:r>
        <w:rPr>
          <w:sz w:val="20"/>
        </w:rPr>
        <w:t>13:52  bird ke ek instinct hai.</w:t>
      </w:r>
      <w:r>
        <w:br/>
      </w:r>
      <w:r>
        <w:rPr>
          <w:sz w:val="20"/>
        </w:rPr>
        <w:t>13:55  fish ke ek instinct hai.</w:t>
      </w:r>
      <w:r>
        <w:br/>
      </w:r>
      <w:r>
        <w:rPr>
          <w:sz w:val="20"/>
        </w:rPr>
        <w:t>13:59  aur elephant aur tiger ke ek instinct hai.</w:t>
      </w:r>
      <w:r>
        <w:br/>
      </w:r>
      <w:r>
        <w:rPr>
          <w:sz w:val="20"/>
        </w:rPr>
        <w:t>14:02  reptile ke ek instinct hain. sab ki.</w:t>
      </w:r>
      <w:r>
        <w:br/>
      </w:r>
      <w:r>
        <w:rPr>
          <w:sz w:val="20"/>
        </w:rPr>
        <w:t>14:05  unki instinct un ko</w:t>
      </w:r>
      <w:r>
        <w:br/>
      </w:r>
      <w:r>
        <w:rPr>
          <w:sz w:val="20"/>
        </w:rPr>
        <w:t>14:09  guide karti rehti hai.</w:t>
      </w:r>
      <w:r>
        <w:br/>
      </w:r>
      <w:r>
        <w:rPr>
          <w:sz w:val="20"/>
        </w:rPr>
        <w:t>14:14  is par woh chalte rehte hain.</w:t>
      </w:r>
      <w:r>
        <w:br/>
      </w:r>
      <w:r>
        <w:rPr>
          <w:sz w:val="20"/>
        </w:rPr>
        <w:t>14:18  toh physical world mein jo cheez hum kehte hain, physical world mein jis ko hum kehte hain law of nature.</w:t>
      </w:r>
      <w:r>
        <w:br/>
      </w:r>
      <w:r>
        <w:rPr>
          <w:sz w:val="20"/>
        </w:rPr>
        <w:t>14:23  physical world mein jis ko hum kehte hain law of nature.</w:t>
      </w:r>
      <w:r>
        <w:br/>
      </w:r>
      <w:r>
        <w:rPr>
          <w:sz w:val="20"/>
        </w:rPr>
        <w:t>14:28  wohi cheez animal world mein hai instinct ki surat mein.</w:t>
      </w:r>
      <w:r>
        <w:br/>
      </w:r>
      <w:r>
        <w:rPr>
          <w:sz w:val="20"/>
        </w:rPr>
        <w:t>14:32  jis ko urdu mein kehte hain jablatt.</w:t>
      </w:r>
      <w:r>
        <w:br/>
      </w:r>
      <w:r>
        <w:rPr>
          <w:sz w:val="20"/>
        </w:rPr>
        <w:t>14:37  jablatt ki surat mein.</w:t>
      </w:r>
      <w:r>
        <w:br/>
      </w:r>
      <w:r>
        <w:rPr>
          <w:sz w:val="20"/>
        </w:rPr>
        <w:t>14:42  lekin insaan ka maamla is se alag hai.</w:t>
      </w:r>
      <w:r>
        <w:br/>
      </w:r>
      <w:r>
        <w:rPr>
          <w:sz w:val="20"/>
        </w:rPr>
        <w:t>14:47  insaan ko soch soch kar, soch soch kar apne andar ek intellectual process jaari karna parta hai.</w:t>
      </w:r>
      <w:r>
        <w:br/>
      </w:r>
      <w:r>
        <w:rPr>
          <w:sz w:val="20"/>
        </w:rPr>
        <w:t>14:52  phir woh ek decision tak pohanchta hai.</w:t>
      </w:r>
      <w:r>
        <w:br/>
      </w:r>
      <w:r>
        <w:rPr>
          <w:sz w:val="20"/>
        </w:rPr>
        <w:t>14:57  phir woh submission ka faisla karta hai.</w:t>
      </w:r>
      <w:r>
        <w:br/>
      </w:r>
      <w:r>
        <w:rPr>
          <w:sz w:val="20"/>
        </w:rPr>
        <w:t>15:02  is process ko facilitate karne ke liye Khuda ne is duniya mein kai aisi cheezein supportive yaani supportive</w:t>
      </w:r>
      <w:r>
        <w:br/>
      </w:r>
      <w:r>
        <w:rPr>
          <w:sz w:val="20"/>
        </w:rPr>
        <w:t>15:07  element rakhe hain.</w:t>
      </w:r>
    </w:p>
    <w:p>
      <w:pPr>
        <w:pStyle w:val="Heading2"/>
      </w:pPr>
      <w:r>
        <w:t>Dismantling Darwin's theory as guesswork, not proof</w:t>
      </w:r>
    </w:p>
    <w:p>
      <w:r>
        <w:rPr>
          <w:color w:val="666666"/>
          <w:sz w:val="18"/>
        </w:rPr>
        <w:t>About Deconditioning April 6, 2008 · 3m 09s · at 26:51 · https://youtu.be/CaCcbaMubWs?t=1611</w:t>
      </w:r>
    </w:p>
    <w:p>
      <w:r>
        <w:rPr>
          <w:i/>
        </w:rPr>
        <w:t>“But didn't Darwin destroy the argument for a designer?”</w:t>
      </w:r>
    </w:p>
    <w:p>
      <w:r>
        <w:rPr>
          <w:sz w:val="20"/>
        </w:rPr>
        <w:t>26:51  to phir ek sahab ne kaha soch kar ke ke lekin yeh jo aapka manna hai, isko darwin ne destroy kar diya hai</w:t>
      </w:r>
      <w:r>
        <w:br/>
      </w:r>
      <w:r>
        <w:rPr>
          <w:sz w:val="20"/>
        </w:rPr>
        <w:t>27:06  ke design ke liye god chahiye, design ke liye god chahiye. isko darwin ne destroy kar diya hai</w:t>
      </w:r>
      <w:r>
        <w:br/>
      </w:r>
      <w:r>
        <w:rPr>
          <w:sz w:val="20"/>
        </w:rPr>
        <w:t>27:13  kyunke wo jo natural selection ka formula bataya usne, to natural selection jo hai, wo wo designer ban ki jagah le liya hai usne. to maine kaha ke dekhiye, darwin ka yeh jo theory hai, wo apne aap mein ek aisi theory hai jo prove nahi hui ab tak.</w:t>
      </w:r>
      <w:r>
        <w:br/>
      </w:r>
      <w:r>
        <w:rPr>
          <w:sz w:val="20"/>
        </w:rPr>
        <w:t>27:32  hui</w:t>
      </w:r>
      <w:r>
        <w:br/>
      </w:r>
      <w:r>
        <w:rPr>
          <w:sz w:val="20"/>
        </w:rPr>
        <w:t>27:33  wo to sirf guess hai. kyun? darwin ne bahut se model ekattha kiye, yani species ke, to us mein usko dikhai pada ke species mein ek similarity hai ke unke structure mein, yani physical structure hai jo hai species ka,</w:t>
      </w:r>
      <w:r>
        <w:br/>
      </w:r>
      <w:r>
        <w:rPr>
          <w:sz w:val="20"/>
        </w:rPr>
        <w:t>27:53  us mein ek similarity hai</w:t>
      </w:r>
      <w:r>
        <w:br/>
      </w:r>
      <w:r>
        <w:rPr>
          <w:sz w:val="20"/>
        </w:rPr>
        <w:t>27:57  jaise bakri aur ziraaf mein ek similarity hai, machhli mein aur chidiya mein ek similarity hai, billi mein aur tiger mein ek similarity hai.</w:t>
      </w:r>
      <w:r>
        <w:br/>
      </w:r>
      <w:r>
        <w:rPr>
          <w:sz w:val="20"/>
        </w:rPr>
        <w:t>28:06  to us ne dekha ke species mein similarity hoti hai. is se us ne nikala ke ek se doosri cheez nikli, doosri cheez teesri cheez nikli.</w:t>
      </w:r>
      <w:r>
        <w:br/>
      </w:r>
      <w:r>
        <w:rPr>
          <w:sz w:val="20"/>
        </w:rPr>
        <w:t>28:15  to main ne kaha yeh to ek sirf gas tha is ka. similarity ka doosra matlab yeh tha, obviously ke variety bohat zyada hai. similarity means variety.</w:t>
      </w:r>
      <w:r>
        <w:br/>
      </w:r>
      <w:r>
        <w:rPr>
          <w:sz w:val="20"/>
        </w:rPr>
        <w:t>28:27  to jis cheez se infer kiya us ne evolution, use infer ho raha tha ke yahan par variety bohat zyada hai, millions and billions varieties hain. yeh to koi, yeh to koi yani aisi cheez nahi hai jo ke scientific theory aap kahein, yeh to ek gas hai sirf.</w:t>
      </w:r>
      <w:r>
        <w:br/>
      </w:r>
      <w:r>
        <w:rPr>
          <w:sz w:val="20"/>
        </w:rPr>
        <w:t>28:46  ab yahan pe dekhein, conditioning thi kyunke dunya bhar mein ek charchaa itna zyada hua hai evolution ka, evolution theory ka, d</w:t>
      </w:r>
      <w:r>
        <w:br/>
      </w:r>
      <w:r>
        <w:rPr>
          <w:sz w:val="20"/>
        </w:rPr>
        <w:t>28:53  arwinism ka, itna charchaa, itna charchaa ke main ne apni zindagi mein to ek aadmi bhi nahi paya jo is is charchay se bacha hua ho. sab isi mein phanse hue hain, isi mein phanse hue hain, yani baghair kisi proof ke maane hue hain ke evolution hua.</w:t>
      </w:r>
      <w:r>
        <w:br/>
      </w:r>
      <w:r>
        <w:rPr>
          <w:sz w:val="20"/>
        </w:rPr>
        <w:t>29:08  halankeh jab main un se kehta hoon ke batao mujhe ke similarity se jo nikalti hai, woh to variety nikalti hai. evolution, evolution kahan se nikal aaye ga?</w:t>
      </w:r>
      <w:r>
        <w:br/>
      </w:r>
      <w:r>
        <w:rPr>
          <w:sz w:val="20"/>
        </w:rPr>
        <w:t>29:18  yani bakri se aap kehte hain ke z</w:t>
      </w:r>
      <w:r>
        <w:br/>
      </w:r>
      <w:r>
        <w:rPr>
          <w:sz w:val="20"/>
        </w:rPr>
        <w:t>29:21  raafah nikal aaya, main kehta hoon bakri ek variety hai, ziraafah ek variety hai. aap kehte hain ke billi se tiger nikal aaya, main kehta hoon billi bhi ek variety hai, tiger bhi ek variety hai.</w:t>
      </w:r>
      <w:r>
        <w:br/>
      </w:r>
      <w:r>
        <w:rPr>
          <w:sz w:val="20"/>
        </w:rPr>
        <w:t>29:32  to aap ko yeh kehne ka kya right hai ke is se woh nikla, is se woh nikla? to variety ko unhone le liya is sense mein ke haan, evolution hua hai aur jo jo jo baseless tha, woh baseless tha.</w:t>
      </w:r>
      <w:r>
        <w:br/>
      </w:r>
      <w:r>
        <w:rPr>
          <w:sz w:val="20"/>
        </w:rPr>
        <w:t>29:46  to khair, unhone is ko</w:t>
      </w:r>
      <w:r>
        <w:br/>
      </w:r>
      <w:r>
        <w:rPr>
          <w:sz w:val="20"/>
        </w:rPr>
        <w:t>29:48  bhi maana. main kahoon ke yeh log jo hote hain, European log bohat hi objective hote hain, woh woh jis ko kehte hain English mein tautology, tautology nahi karte, woh baat ko maan lete hain.</w:t>
      </w:r>
    </w:p>
    <w:p>
      <w:pPr>
        <w:pStyle w:val="Heading2"/>
      </w:pPr>
      <w:r>
        <w:t>Why the hadith says: remember death often</w:t>
      </w:r>
    </w:p>
    <w:p>
      <w:r>
        <w:rPr>
          <w:color w:val="666666"/>
          <w:sz w:val="18"/>
        </w:rPr>
        <w:t>Life and Death December 8, 2013 · 5m 42s · at 12:14 · https://youtu.be/scYn0iBgP4E?t=734</w:t>
      </w:r>
    </w:p>
    <w:p>
      <w:r>
        <w:rPr>
          <w:i/>
        </w:rPr>
        <w:t>“Aksiru zikra hazim al-lazzat, al-maut”</w:t>
      </w:r>
    </w:p>
    <w:p>
      <w:r>
        <w:rPr>
          <w:sz w:val="20"/>
        </w:rPr>
        <w:t>12:14  ab is ke bare mein aik hadith ko suniye. aik hadith hai jo hadith ki kai kitabon mein aayi hai. is ke alfaaz yeh hain: aksaro zikr hadim ul-ladhdhat il-mawt</w:t>
      </w:r>
      <w:r>
        <w:br/>
      </w:r>
      <w:r>
        <w:rPr>
          <w:sz w:val="20"/>
        </w:rPr>
        <w:t>12:34  bohat ziyada yaad karo us cheez ko, lazzaton ko utha dene wali hai, yaani maut ko. to maine socha, to mujhe aisa laga ke yeh hadith jo hai, quran ke baat par aik izafa hai, aik edition hai.</w:t>
      </w:r>
      <w:r>
        <w:br/>
      </w:r>
      <w:r>
        <w:rPr>
          <w:sz w:val="20"/>
        </w:rPr>
        <w:t>12:54  yaani quran mein jo baat kahi gayi hai, quran mein jo aayat hai, woh goya ke death ka ideological version hai.</w:t>
      </w:r>
      <w:r>
        <w:br/>
      </w:r>
      <w:r>
        <w:rPr>
          <w:sz w:val="20"/>
        </w:rPr>
        <w:t>13:06  ideological version. aur hadith mein jo hai, woh is ka applied version hai. applied version. yaani hadith mein mazeed yeh bataya gaya hai ke bohat ziyada yaad karo, bohat ziyada yaad karo maut ko.</w:t>
      </w:r>
      <w:r>
        <w:br/>
      </w:r>
      <w:r>
        <w:rPr>
          <w:sz w:val="20"/>
        </w:rPr>
        <w:t>13:24  phir maine socha ke bohat ziyada yaad karo ka matlab kya hai? yeh to nahi ho sakta ke maut, maut, maut, maut, maut, maut aap karein. yeh to nahi ho sakta. to koi aik senseless baat hogi ke aap maut, maut, maut karein.</w:t>
      </w:r>
      <w:r>
        <w:br/>
      </w:r>
      <w:r>
        <w:rPr>
          <w:sz w:val="20"/>
        </w:rPr>
        <w:t>13:39  to phir mujhe aik bohat bari baat samajh mein aayi. dekhiye, har din rozana log marte hain. dunya ke lehaz se dekha jaye to har second mein koi na koi marta hai.</w:t>
      </w:r>
      <w:r>
        <w:br/>
      </w:r>
      <w:r>
        <w:rPr>
          <w:sz w:val="20"/>
        </w:rPr>
        <w:t>13:51  hamare aas paas log marte rehte hain.</w:t>
      </w:r>
      <w:r>
        <w:br/>
      </w:r>
      <w:r>
        <w:rPr>
          <w:sz w:val="20"/>
        </w:rPr>
        <w:t>13:54  lekin aap payenge logon ko, kyunke logon ko maut ka shaoor nahi. bohat ajib baat hai.</w:t>
      </w:r>
      <w:r>
        <w:br/>
      </w:r>
      <w:r>
        <w:rPr>
          <w:sz w:val="20"/>
        </w:rPr>
        <w:t>14:04  maut ka koi charcha nahi karte, maut ki yaad nahi karte, maut ko le kar sochte nahi. America mein aik sahab ne bataya, hamare aik saathi America mein hain ke woh aik sahab ke haan maut ka waqea hua.</w:t>
      </w:r>
      <w:r>
        <w:br/>
      </w:r>
      <w:r>
        <w:rPr>
          <w:sz w:val="20"/>
        </w:rPr>
        <w:t>14:20  wahan gaye ke ta'ziyat ke liye.</w:t>
      </w:r>
      <w:r>
        <w:br/>
      </w:r>
      <w:r>
        <w:rPr>
          <w:sz w:val="20"/>
        </w:rPr>
        <w:t>14:26  to unhon ne kuch alfaaz bole, us mein yeh bhi kaha ke dekhiye, maut to hum sab ko aati hai. yeh lafz bole woh.</w:t>
      </w:r>
      <w:r>
        <w:br/>
      </w:r>
      <w:r>
        <w:rPr>
          <w:sz w:val="20"/>
        </w:rPr>
        <w:t>14:36  to woh ghussa ho gaye ke aap mujh ko meri maut yaad dilane ke liye aaye hain?</w:t>
      </w:r>
      <w:r>
        <w:br/>
      </w:r>
      <w:r>
        <w:rPr>
          <w:sz w:val="20"/>
        </w:rPr>
        <w:t>14:45  yaani marne wala yahi to karta hai ke aap ko yaad dilata hai ke tum bhi marne wale ho. maut aik reminder hai. lekin woh is par ghussa ho</w:t>
      </w:r>
      <w:r>
        <w:br/>
      </w:r>
      <w:r>
        <w:rPr>
          <w:sz w:val="20"/>
        </w:rPr>
        <w:t>14:54  gaye. is ka matlab yeh hai ke apne bare mein woh soch nahi paaye ke mujhe yeh marna hai. yeh sab ka haal hai. ke maut ko dekhte hain apni aankhon se.</w:t>
      </w:r>
      <w:r>
        <w:br/>
      </w:r>
      <w:r>
        <w:rPr>
          <w:sz w:val="20"/>
        </w:rPr>
        <w:t>15:07  hata ke qabristan mein maine dekha, aik mein bohat jata raha hoon qabristan mein tadfeen ke moqe par. log qabristan mein hote hain, tab bhi doosri baatein karte hain.</w:t>
      </w:r>
      <w:r>
        <w:br/>
      </w:r>
      <w:r>
        <w:rPr>
          <w:sz w:val="20"/>
        </w:rPr>
        <w:t>15:18  koi mausam ki baat kar raha hai, koi marketing ki baat kar raha hai, koi apne mobile mein masroof hai.</w:t>
      </w:r>
      <w:r>
        <w:br/>
      </w:r>
      <w:r>
        <w:rPr>
          <w:sz w:val="20"/>
        </w:rPr>
        <w:t>15:23  wahan bhi koi maut ko yaad nahi karta. wajah kya hai? is par maine socha. to yeh jo hadith mein hai ke maut ko bohat ziyada yaad karo, is mein is ka irada mujhe mila.</w:t>
      </w:r>
      <w:r>
        <w:br/>
      </w:r>
      <w:r>
        <w:rPr>
          <w:sz w:val="20"/>
        </w:rPr>
        <w:t>15:38  woh yeh hai ke maut aadmi ke</w:t>
      </w:r>
      <w:r>
        <w:br/>
      </w:r>
      <w:r>
        <w:rPr>
          <w:sz w:val="20"/>
        </w:rPr>
        <w:t>15:45  unconscious mind mein hoti hai. conscious mind mein nahi hoti. isi liye woh soch nahi paata.</w:t>
      </w:r>
      <w:r>
        <w:br/>
      </w:r>
      <w:r>
        <w:rPr>
          <w:sz w:val="20"/>
        </w:rPr>
        <w:t>15:53  aap jante hain ke aadmi ke mind mein do hisse hote hain. conscious mind aur unconscious mind. to jo baatein aap ke unconscious mind mein hain, woh aap ki living memory mein nahi hoti.</w:t>
      </w:r>
      <w:r>
        <w:br/>
      </w:r>
      <w:r>
        <w:rPr>
          <w:sz w:val="20"/>
        </w:rPr>
        <w:t>16:07  woh store to hain, lekin living memory mein nahi hain. is liye aap is ka charcha bhi nahi karte.</w:t>
      </w:r>
      <w:r>
        <w:br/>
      </w:r>
      <w:r>
        <w:rPr>
          <w:sz w:val="20"/>
        </w:rPr>
        <w:t>16:15  to is hadith ka matlab yeh hai ke maut ko jab bar bar yaad karoge, is par sochoge, is ko apne mind, yaani think process mein shamil karoge apne, to tum discover kar paoge is ko.</w:t>
      </w:r>
      <w:r>
        <w:br/>
      </w:r>
      <w:r>
        <w:rPr>
          <w:sz w:val="20"/>
        </w:rPr>
        <w:t>16:30  tum is qabil ho jaoge ke jo cheez unconscious mind mein hai, woh conscious mind mein aa jaye. woh living memory mein aa jaye. tab is ka faida hoga.</w:t>
      </w:r>
      <w:r>
        <w:br/>
      </w:r>
      <w:r>
        <w:rPr>
          <w:sz w:val="20"/>
        </w:rPr>
        <w:t>16:40  woh hadim ul-ladhdhat ban jayegi.</w:t>
      </w:r>
      <w:r>
        <w:br/>
      </w:r>
      <w:r>
        <w:rPr>
          <w:sz w:val="20"/>
        </w:rPr>
        <w:t>16:43  hadim ul lazzat ka matlab yeh hai ke, yaani saada taur par yeh matlab nahi hai ke bas lazzaton ko uthana. nahi.</w:t>
      </w:r>
      <w:r>
        <w:br/>
      </w:r>
      <w:r>
        <w:rPr>
          <w:sz w:val="20"/>
        </w:rPr>
        <w:t>16:54  aaj ka insaan jo hai, isi dunya ki lazzaton mein phansa hua hai.</w:t>
      </w:r>
      <w:r>
        <w:br/>
      </w:r>
      <w:r>
        <w:rPr>
          <w:sz w:val="20"/>
        </w:rPr>
        <w:t>17:01  yaani right here now, right now ka culture aaj kal chalta hai.</w:t>
      </w:r>
      <w:r>
        <w:br/>
      </w:r>
      <w:r>
        <w:rPr>
          <w:sz w:val="20"/>
        </w:rPr>
        <w:t>17:07  to agar agar aap soch kar, soch kar, soch kar maut ko inconstant mind se nikaal kar conscious mind mein la saken, yaani living memory mein la saken aap is ko, to kya hoga?</w:t>
      </w:r>
      <w:r>
        <w:br/>
      </w:r>
      <w:r>
        <w:rPr>
          <w:sz w:val="20"/>
        </w:rPr>
        <w:t>17:21  to aap ke andar ek nayi soch jaage gi. ke zyada zyada hamein apni zindagi ka zyada bada hissa to guzarna hai world hereafter mein.</w:t>
      </w:r>
      <w:r>
        <w:br/>
      </w:r>
      <w:r>
        <w:rPr>
          <w:sz w:val="20"/>
        </w:rPr>
        <w:t>17:34  yahan to thode saal hain bas. to is ki tayyari karo. is ki tayyari karo. to death jo hai, ek reminder ban jaye gi aap ke liye, eternal life ke liye.</w:t>
      </w:r>
      <w:r>
        <w:br/>
      </w:r>
      <w:r>
        <w:rPr>
          <w:sz w:val="20"/>
        </w:rPr>
        <w:t>17:52  kaisi ajeeb baat hai.</w:t>
      </w:r>
    </w:p>
    <w:p>
      <w:pPr>
        <w:pStyle w:val="Heading2"/>
      </w:pPr>
      <w:r>
        <w:t>Good character and inner moral teacher</w:t>
      </w:r>
    </w:p>
    <w:p>
      <w:r>
        <w:rPr>
          <w:color w:val="666666"/>
          <w:sz w:val="18"/>
        </w:rPr>
        <w:t>God and Man (Prophetic Wisdom) · 6m 13s · at 25:05 · https://youtu.be/aqw6nIwrhHw?t=1505</w:t>
      </w:r>
    </w:p>
    <w:p>
      <w:r>
        <w:rPr>
          <w:i/>
        </w:rPr>
        <w:t>“Good character is good conduct, sin is what pricks your heart.”</w:t>
      </w:r>
    </w:p>
    <w:p>
      <w:r>
        <w:rPr>
          <w:sz w:val="20"/>
        </w:rPr>
        <w:t>25:05  ke al birr husn al khuluq wa ism mahak fi sadrk.</w:t>
      </w:r>
      <w:r>
        <w:br/>
      </w:r>
      <w:r>
        <w:rPr>
          <w:sz w:val="20"/>
        </w:rPr>
        <w:t>25:13  neki neki achhe character ka naam hai.</w:t>
      </w:r>
      <w:r>
        <w:br/>
      </w:r>
      <w:r>
        <w:rPr>
          <w:sz w:val="20"/>
        </w:rPr>
        <w:t>25:21  neki achhe akhlaq ka naam hai.</w:t>
      </w:r>
      <w:r>
        <w:br/>
      </w:r>
      <w:r>
        <w:rPr>
          <w:sz w:val="20"/>
        </w:rPr>
        <w:t>25:29  aur burai yeh hai, aur burai woh hai jo tumhare dil mein khatke.</w:t>
      </w:r>
      <w:r>
        <w:br/>
      </w:r>
      <w:r>
        <w:rPr>
          <w:sz w:val="20"/>
        </w:rPr>
        <w:t>25:37  neki achhe akhlaq ka naam hai, aur burai woh hai jo tumhare dil mein khatke.</w:t>
      </w:r>
      <w:r>
        <w:br/>
      </w:r>
      <w:r>
        <w:rPr>
          <w:sz w:val="20"/>
        </w:rPr>
        <w:t>25:48  yeh achhai aur burai ki ek definition di gayi hai is hadith mein.</w:t>
      </w:r>
      <w:r>
        <w:br/>
      </w:r>
      <w:r>
        <w:rPr>
          <w:sz w:val="20"/>
        </w:rPr>
        <w:t>25:59  dekhen, aadmi agar kisi island mein ho akele to kis kis ke khilaf woh burai karega?</w:t>
      </w:r>
      <w:r>
        <w:br/>
      </w:r>
      <w:r>
        <w:rPr>
          <w:sz w:val="20"/>
        </w:rPr>
        <w:t>26:10  jo test diya gaya hai ke dunya mein aadmi achha ban kar rahe, dunya mein aadmi bur ke rastay par chale, dunya mein aadmi neki ke rastay par chale, jis ko kehte hain amal salih. to amal salih kahan karega aadmi? jab woh society mein hoga, jab logon ke darmiyan hoga, woh akele agar hai island mein to wahan</w:t>
      </w:r>
      <w:r>
        <w:br/>
      </w:r>
      <w:r>
        <w:rPr>
          <w:sz w:val="20"/>
        </w:rPr>
        <w:t>26:40  amal saleh kya karega? kuch bhi nahi.</w:t>
      </w:r>
      <w:r>
        <w:br/>
      </w:r>
      <w:r>
        <w:rPr>
          <w:sz w:val="20"/>
        </w:rPr>
        <w:t>26:46  to logon ke sath rehte hue woh apne aap ko saleh amal par qaim rakhe.</w:t>
      </w:r>
      <w:r>
        <w:br/>
      </w:r>
      <w:r>
        <w:rPr>
          <w:sz w:val="20"/>
        </w:rPr>
        <w:t>26:52  neki yahi hai.</w:t>
      </w:r>
      <w:r>
        <w:br/>
      </w:r>
      <w:r>
        <w:rPr>
          <w:sz w:val="20"/>
        </w:rPr>
        <w:t>26:59  neki yahi hai.</w:t>
      </w:r>
      <w:r>
        <w:br/>
      </w:r>
      <w:r>
        <w:rPr>
          <w:sz w:val="20"/>
        </w:rPr>
        <w:t>27:05  kyunke logon ki taraf se is ko tarah tarah ke experience honge, sad experience honge, tarah tarah ke</w:t>
      </w:r>
      <w:r>
        <w:br/>
      </w:r>
      <w:r>
        <w:rPr>
          <w:sz w:val="20"/>
        </w:rPr>
        <w:t>27:11  problem logon ki taraf se pesh ayenge.</w:t>
      </w:r>
      <w:r>
        <w:br/>
      </w:r>
      <w:r>
        <w:rPr>
          <w:sz w:val="20"/>
        </w:rPr>
        <w:t>27:17  log aisi baat karenge jis se is ke andar provocation paida hoga, hate paida hoga.</w:t>
      </w:r>
      <w:r>
        <w:br/>
      </w:r>
      <w:r>
        <w:rPr>
          <w:sz w:val="20"/>
        </w:rPr>
        <w:t>27:23  to logon ke beech mein rehte hue bhi, rehte hue hi aadmi ka test liya jata hai.</w:t>
      </w:r>
      <w:r>
        <w:br/>
      </w:r>
      <w:r>
        <w:rPr>
          <w:sz w:val="20"/>
        </w:rPr>
        <w:t>27:29  aur isi waqt pata chalta hai ke aadmi sach much saleh hai ya nahi, nek hai ya nahi,</w:t>
      </w:r>
      <w:r>
        <w:br/>
      </w:r>
      <w:r>
        <w:rPr>
          <w:sz w:val="20"/>
        </w:rPr>
        <w:t>27:35  achha hai ya nahi. to farma</w:t>
      </w:r>
      <w:r>
        <w:br/>
      </w:r>
      <w:r>
        <w:rPr>
          <w:sz w:val="20"/>
        </w:rPr>
        <w:t>27:41  aya ke nek woh hai jo logon ke andar rehte hue achhe kirdaar par qaim rahe, achhe character par qaim rahe. is ka mani yeh hua ke achhe kirdaar ke khilaf halaat hon tab bhi woh achhe kirdaar par qaim rahe. yani logon ki taraf se dushmani ka tajurba ho tab bhi woh unhein dost samjhe. log</w:t>
      </w:r>
      <w:r>
        <w:br/>
      </w:r>
      <w:r>
        <w:rPr>
          <w:sz w:val="20"/>
        </w:rPr>
        <w:t>28:11  is ko bharkayen tab bhi wo na bharkay.</w:t>
      </w:r>
      <w:r>
        <w:br/>
      </w:r>
      <w:r>
        <w:rPr>
          <w:sz w:val="20"/>
        </w:rPr>
        <w:t>28:19  log is ko bura kahin tab bhi wo doosron ko bura na kahe.</w:t>
      </w:r>
      <w:r>
        <w:br/>
      </w:r>
      <w:r>
        <w:rPr>
          <w:sz w:val="20"/>
        </w:rPr>
        <w:t>28:26  ye matlab hua is ka.</w:t>
      </w:r>
      <w:r>
        <w:br/>
      </w:r>
      <w:r>
        <w:rPr>
          <w:sz w:val="20"/>
        </w:rPr>
        <w:t>28:34  baghair is sifat ke aap sachay maanon mein saleh aadmi nahi ban sakte.</w:t>
      </w:r>
      <w:r>
        <w:br/>
      </w:r>
      <w:r>
        <w:rPr>
          <w:sz w:val="20"/>
        </w:rPr>
        <w:t>28:41  aur ye jo farmaya ke walasm muhakk fi sadri, burai wo hai jo tumhare dil mein khatke.</w:t>
      </w:r>
      <w:r>
        <w:br/>
      </w:r>
      <w:r>
        <w:rPr>
          <w:sz w:val="20"/>
        </w:rPr>
        <w:t>28:47  to asal ye hai ke Allah taala ne insaan ke andar zamir rakh diya hai jis ko hum</w:t>
      </w:r>
      <w:r>
        <w:br/>
      </w:r>
      <w:r>
        <w:rPr>
          <w:sz w:val="20"/>
        </w:rPr>
        <w:t>28:54  consciousness kehte hain.</w:t>
      </w:r>
      <w:r>
        <w:br/>
      </w:r>
      <w:r>
        <w:rPr>
          <w:sz w:val="20"/>
        </w:rPr>
        <w:t>29:00  quran mein is ko nafs-ul-lawwamah kaha gaya hai.</w:t>
      </w:r>
      <w:r>
        <w:br/>
      </w:r>
      <w:r>
        <w:rPr>
          <w:sz w:val="20"/>
        </w:rPr>
        <w:t>29:06  yani har aadmi ke andar ek ek faculty hai jo</w:t>
      </w:r>
      <w:r>
        <w:br/>
      </w:r>
      <w:r>
        <w:rPr>
          <w:sz w:val="20"/>
        </w:rPr>
        <w:t>29:12  discriminate karti hai cheezon ko, alag alag dikhati hai.</w:t>
      </w:r>
      <w:r>
        <w:br/>
      </w:r>
      <w:r>
        <w:rPr>
          <w:sz w:val="20"/>
        </w:rPr>
        <w:t>29:17  yani achha aap amal karenge to wo khush hoga.</w:t>
      </w:r>
      <w:r>
        <w:br/>
      </w:r>
      <w:r>
        <w:rPr>
          <w:sz w:val="20"/>
        </w:rPr>
        <w:t>29:22  aap ka andar ka jo zamir hai.</w:t>
      </w:r>
      <w:r>
        <w:br/>
      </w:r>
      <w:r>
        <w:rPr>
          <w:sz w:val="20"/>
        </w:rPr>
        <w:t>29:28  bura karenge to is ko pasand na aayega.</w:t>
      </w:r>
      <w:r>
        <w:br/>
      </w:r>
      <w:r>
        <w:rPr>
          <w:sz w:val="20"/>
        </w:rPr>
        <w:t>29:33  andar se wo aap ko toke ga.</w:t>
      </w:r>
      <w:r>
        <w:br/>
      </w:r>
      <w:r>
        <w:rPr>
          <w:sz w:val="20"/>
        </w:rPr>
        <w:t>29:38  to burai wo hai jis jis par tumhara dil toke, jo tumhare dil mein khatke.</w:t>
      </w:r>
      <w:r>
        <w:br/>
      </w:r>
      <w:r>
        <w:rPr>
          <w:sz w:val="20"/>
        </w:rPr>
        <w:t>29:44  to is tarah se Allah taala ne har aadmi ke andar hi ek kasoti rakh di ke har</w:t>
      </w:r>
      <w:r>
        <w:br/>
      </w:r>
      <w:r>
        <w:rPr>
          <w:sz w:val="20"/>
        </w:rPr>
        <w:t>29:49  har waqt aadmi janta rahe ke maine jo kiya hai wo sach theek kiya hai, be theek kiya hai.</w:t>
      </w:r>
      <w:r>
        <w:br/>
      </w:r>
      <w:r>
        <w:rPr>
          <w:sz w:val="20"/>
        </w:rPr>
        <w:t>29:54  khud aadmi ka andar saath saath laga hua hai.</w:t>
      </w:r>
      <w:r>
        <w:br/>
      </w:r>
      <w:r>
        <w:rPr>
          <w:sz w:val="20"/>
        </w:rPr>
        <w:t>29:59  to kitni bari nemat hai yeh.</w:t>
      </w:r>
      <w:r>
        <w:br/>
      </w:r>
      <w:r>
        <w:rPr>
          <w:sz w:val="20"/>
        </w:rPr>
        <w:t>30:04  aap door kahin ja ke poochne ki zaroorat nahi ke yeh galat hai ke yeh sahi hai.</w:t>
      </w:r>
      <w:r>
        <w:br/>
      </w:r>
      <w:r>
        <w:rPr>
          <w:sz w:val="20"/>
        </w:rPr>
        <w:t>30:09  aap ke dil ka conscious, aap</w:t>
      </w:r>
      <w:r>
        <w:br/>
      </w:r>
      <w:r>
        <w:rPr>
          <w:sz w:val="20"/>
        </w:rPr>
        <w:t>30:14  ke dil ka zameer khud hi har waqt batata rehta hai.</w:t>
      </w:r>
      <w:r>
        <w:br/>
      </w:r>
      <w:r>
        <w:rPr>
          <w:sz w:val="20"/>
        </w:rPr>
        <w:t>30:19  aap acha kaam karenge to andar khushi mehsoos hogi.</w:t>
      </w:r>
      <w:r>
        <w:br/>
      </w:r>
      <w:r>
        <w:rPr>
          <w:sz w:val="20"/>
        </w:rPr>
        <w:t>30:24  bara kaam karenge to andar jo hai khatak aa jayegi.</w:t>
      </w:r>
      <w:r>
        <w:br/>
      </w:r>
      <w:r>
        <w:rPr>
          <w:sz w:val="20"/>
        </w:rPr>
        <w:t>30:28  is se acha kya hota hai? ho sakta hai ke aap ka teacher, aap ka moral teacher aap</w:t>
      </w:r>
      <w:r>
        <w:br/>
      </w:r>
      <w:r>
        <w:rPr>
          <w:sz w:val="20"/>
        </w:rPr>
        <w:t>30:33  ke andar hi maujood ho.</w:t>
      </w:r>
      <w:r>
        <w:br/>
      </w:r>
      <w:r>
        <w:rPr>
          <w:sz w:val="20"/>
        </w:rPr>
        <w:t>30:38  moral teacher ke liye aap ko kahin door ja kar dhoondna na pare.</w:t>
      </w:r>
      <w:r>
        <w:br/>
      </w:r>
      <w:r>
        <w:rPr>
          <w:sz w:val="20"/>
        </w:rPr>
        <w:t>30:43  is se achi kya baat ho sakti hai?</w:t>
      </w:r>
      <w:r>
        <w:br/>
      </w:r>
      <w:r>
        <w:rPr>
          <w:sz w:val="20"/>
        </w:rPr>
        <w:t>30:48  to aap ka moral teacher khud aap ke seene mein maujood hai.</w:t>
      </w:r>
      <w:r>
        <w:br/>
      </w:r>
      <w:r>
        <w:rPr>
          <w:sz w:val="20"/>
        </w:rPr>
        <w:t>30:53  is moral teacher ki awaaz par dhyan dijiye.</w:t>
      </w:r>
      <w:r>
        <w:br/>
      </w:r>
      <w:r>
        <w:rPr>
          <w:sz w:val="20"/>
        </w:rPr>
        <w:t>30:58  jab woh aap ko warning de to us ko pakriye.</w:t>
      </w:r>
      <w:r>
        <w:br/>
      </w:r>
      <w:r>
        <w:rPr>
          <w:sz w:val="20"/>
        </w:rPr>
        <w:t>31:03  to aap ki nature mein jo aap ka moral teacher hai, aap ki fitrat mein jo aap ka</w:t>
      </w:r>
      <w:r>
        <w:br/>
      </w:r>
      <w:r>
        <w:rPr>
          <w:sz w:val="20"/>
        </w:rPr>
        <w:t>31:08  moral teacher hai, wahi aap ke liye sudhaar ke liye kafi ho jaye.</w:t>
      </w:r>
      <w:r>
        <w:br/>
      </w:r>
      <w:r>
        <w:rPr>
          <w:sz w:val="20"/>
        </w:rPr>
        <w:t>31:13  aap ke sudhaar ke</w:t>
      </w:r>
    </w:p>
    <w:p>
      <w:pPr>
        <w:pStyle w:val="Heading2"/>
      </w:pPr>
      <w:r>
        <w:t>How Jewish 'chosen people' belief replaced duty with pride</w:t>
      </w:r>
    </w:p>
    <w:p>
      <w:r>
        <w:rPr>
          <w:color w:val="666666"/>
          <w:sz w:val="18"/>
        </w:rPr>
        <w:t>A Brief Survey of Six Major Religion I January 8, 2012 · 3m 49s · at 24:24 · https://youtu.be/Iho70yq6EVk?t=1464</w:t>
      </w:r>
    </w:p>
    <w:p>
      <w:r>
        <w:rPr>
          <w:i/>
        </w:rPr>
        <w:t>“Ab aap Semitic religions ko lijiye — Judaism”</w:t>
      </w:r>
    </w:p>
    <w:p>
      <w:r>
        <w:rPr>
          <w:sz w:val="20"/>
        </w:rPr>
        <w:t>24:24  ab aap inko kaha jata hai Aryan religion. ab aap Semitic religion ko lijiye, yani Judaism, Christianity aur Islam.</w:t>
      </w:r>
      <w:r>
        <w:br/>
      </w:r>
      <w:r>
        <w:rPr>
          <w:sz w:val="20"/>
        </w:rPr>
        <w:t>24:34  yahan bhi dekhiye, wahi human interpretation ka jo element hai, usi ne yahan bhi sab mamla bigaad rakha hai.</w:t>
      </w:r>
      <w:r>
        <w:br/>
      </w:r>
      <w:r>
        <w:rPr>
          <w:sz w:val="20"/>
        </w:rPr>
        <w:t>24:44  sab se pehle lijiye Judaism ko, yani Yahudiyat ko. Yahudiyat mein kya hai?</w:t>
      </w:r>
      <w:r>
        <w:br/>
      </w:r>
      <w:r>
        <w:rPr>
          <w:sz w:val="20"/>
        </w:rPr>
        <w:t>24:53  Yahudiyat mein jo aqeedah ban gaya baat ko, wahi jo Quran mein bataya gaya hai: "unn abna Allah wahid bahu".</w:t>
      </w:r>
      <w:r>
        <w:br/>
      </w:r>
      <w:r>
        <w:rPr>
          <w:sz w:val="20"/>
        </w:rPr>
        <w:t>25:04  yani Bible mein isko "chosen people" kaha gaya hai. yani Yahudi jo hain, woh "chosen people" hain, woh Allah ke khaas log hain, unhi ko woh sab ke sab jannat mein jane wale hain.</w:t>
      </w:r>
      <w:r>
        <w:br/>
      </w:r>
      <w:r>
        <w:rPr>
          <w:sz w:val="20"/>
        </w:rPr>
        <w:t>25:22  yani poori jo nasal hai, Yahudi nasal, poori Yahudi nasal "chosen people" hai,</w:t>
      </w:r>
      <w:r>
        <w:br/>
      </w:r>
      <w:r>
        <w:rPr>
          <w:sz w:val="20"/>
        </w:rPr>
        <w:t>25:31  woh Allah ke khaas log hain, ab woh jannat mein jayenge. toh yahan bhi dekhiye, kya hai? Quran mein bhi yeh baat hai ke "fazalnaakum ala al-alameen".</w:t>
      </w:r>
      <w:r>
        <w:br/>
      </w:r>
      <w:r>
        <w:rPr>
          <w:sz w:val="20"/>
        </w:rPr>
        <w:t>25:43  yani Bani Israel ke bare mein hai ke "fazalnaakum ala al-alameen". lekin "fazalnaakum" mani yeh nahi ke is nasl ki fazilat</w:t>
      </w:r>
      <w:r>
        <w:br/>
      </w:r>
      <w:r>
        <w:rPr>
          <w:sz w:val="20"/>
        </w:rPr>
        <w:t>25:52  nahi. Paighambar ke zariye jo ummat bani thi, Hazrat Musa ke zariye se, is ummat ko, na ke kisi nasl ko, Allah taala ne yeh duty di.</w:t>
      </w:r>
      <w:r>
        <w:br/>
      </w:r>
      <w:r>
        <w:rPr>
          <w:sz w:val="20"/>
        </w:rPr>
        <w:t>26:09  yeh duty ki baat hai, yeh fazilat ki baat nahi hai ke tum ko dunya mein witness bankar rehna hai.</w:t>
      </w:r>
      <w:r>
        <w:br/>
      </w:r>
      <w:r>
        <w:rPr>
          <w:sz w:val="20"/>
        </w:rPr>
        <w:t>26:20  "latib latibeen tuktamoon" yeh Bible mein yeh baat maujood hai ke Israel ki zimmedari thi ke woh dunya ke samne witness bane, gawah bane.</w:t>
      </w:r>
      <w:r>
        <w:br/>
      </w:r>
      <w:r>
        <w:rPr>
          <w:sz w:val="20"/>
        </w:rPr>
        <w:t>26:34  jo sachai mili hai paighambaron ke zariye se, us ko dunya ke samne pesh karein. yeh abhi bhi maujood hai Bible mein.</w:t>
      </w:r>
      <w:r>
        <w:br/>
      </w:r>
      <w:r>
        <w:rPr>
          <w:sz w:val="20"/>
        </w:rPr>
        <w:t>26:46  toh lekin kya hua ke jo un ko hesiyat di gayi thi, bator duty, us hesiyat ko le liya baimana fazilat.</w:t>
      </w:r>
      <w:r>
        <w:br/>
      </w:r>
      <w:r>
        <w:rPr>
          <w:sz w:val="20"/>
        </w:rPr>
        <w:t>26:58  fazilat toh kya kya? pehle jo unhein nijat milti thi, woh apni dutyon ko anjam dene par milti thi.</w:t>
      </w:r>
      <w:r>
        <w:br/>
      </w:r>
      <w:r>
        <w:rPr>
          <w:sz w:val="20"/>
        </w:rPr>
        <w:t>27:07  ab kaam maan liya ke nahi, jo Yahudiyon ki nasl mein jo paida ho gaya, toh bas woh Khuda ka muntakhib banda ban gaya aur jannat is ke liye pakki ho gayi.</w:t>
      </w:r>
      <w:r>
        <w:br/>
      </w:r>
      <w:r>
        <w:rPr>
          <w:sz w:val="20"/>
        </w:rPr>
        <w:t>27:21  toh yahan bhi dekhiye, kya hua ke duty ko fazilat ka mani de diya. duty ki bina par jo un ki ahmiyat thi, us ko unhon ne fazilat ke se jod diya.</w:t>
      </w:r>
      <w:r>
        <w:br/>
      </w:r>
      <w:r>
        <w:rPr>
          <w:sz w:val="20"/>
        </w:rPr>
        <w:t>27:36  fazilat is se sari baat bigad gayi. ab duty ka tasawwur hi khatam ho gaya, ab toh ek sense of superiority baqi reh gaya.</w:t>
      </w:r>
      <w:r>
        <w:br/>
      </w:r>
      <w:r>
        <w:rPr>
          <w:sz w:val="20"/>
        </w:rPr>
        <w:t>27:48  hum aala nasl ke log hain, hum superior hain, hum doosron se bartar hain. toh zimmedari ke ehsas ki jagah par kya ho gaya?</w:t>
      </w:r>
      <w:r>
        <w:br/>
      </w:r>
      <w:r>
        <w:rPr>
          <w:sz w:val="20"/>
        </w:rPr>
        <w:t>27:59  fakhar ka ehsas aa gaya. yeh hai aaj ki Yahudiyat.</w:t>
      </w:r>
      <w:r>
        <w:br/>
      </w:r>
      <w:r>
        <w:rPr>
          <w:sz w:val="20"/>
        </w:rPr>
        <w:t>28:08  ab lijiye Isaiyat ko.</w:t>
      </w:r>
    </w:p>
    <w:p>
      <w:pPr>
        <w:pStyle w:val="Heading2"/>
      </w:pPr>
      <w:r>
        <w:t>Kalima as the seed of a believer's growth</w:t>
      </w:r>
    </w:p>
    <w:p>
      <w:r>
        <w:rPr>
          <w:color w:val="666666"/>
          <w:sz w:val="18"/>
        </w:rPr>
        <w:t>Mumin is Like A Tree April 11, 2007 · 5m 52s · at 0:26 · https://youtu.be/wfkqgwkgQzs?t=26</w:t>
      </w:r>
    </w:p>
    <w:p>
      <w:r>
        <w:rPr>
          <w:i/>
        </w:rPr>
        <w:t>“The title for the present talk is 'A Momin is like a Tree'”</w:t>
      </w:r>
    </w:p>
    <w:p>
      <w:r>
        <w:rPr>
          <w:sz w:val="20"/>
        </w:rPr>
        <w:t>0:26  The title for the present talk is "A believer is like a tree".</w:t>
      </w:r>
      <w:r>
        <w:br/>
      </w:r>
      <w:r>
        <w:rPr>
          <w:sz w:val="20"/>
        </w:rPr>
        <w:t>0:44  This title is derived from a verse of the Quran.</w:t>
      </w:r>
      <w:r>
        <w:br/>
      </w:r>
      <w:r>
        <w:rPr>
          <w:sz w:val="20"/>
        </w:rPr>
        <w:t>0:52  In the chapter number 14 of the Quran,</w:t>
      </w:r>
      <w:r>
        <w:br/>
      </w:r>
      <w:r>
        <w:rPr>
          <w:sz w:val="20"/>
        </w:rPr>
        <w:t>1:03  in the verse 24-25, the Quran says: "Alam tara kaifa darab Allahu mathalan kalimatan tayyibatan kashajaratin tayyibatin asluha thabitun wa faruha fis samai tuti ukulaha kulla hinin bi idhni rabbiha".</w:t>
      </w:r>
      <w:r>
        <w:br/>
      </w:r>
      <w:r>
        <w:rPr>
          <w:sz w:val="20"/>
        </w:rPr>
        <w:t>1:24  a fazalika yadribullahul amthala la'allahum yatafakkarun" . it means that</w:t>
      </w:r>
      <w:r>
        <w:br/>
      </w:r>
      <w:r>
        <w:rPr>
          <w:sz w:val="20"/>
        </w:rPr>
        <w:t>1:32  da example of a true believer, momin are true believer, is that he is like a tree,</w:t>
      </w:r>
      <w:r>
        <w:br/>
      </w:r>
      <w:r>
        <w:rPr>
          <w:sz w:val="20"/>
        </w:rPr>
        <w:t>1:49  like a healthy tree.</w:t>
      </w:r>
      <w:r>
        <w:br/>
      </w:r>
      <w:r>
        <w:rPr>
          <w:sz w:val="20"/>
        </w:rPr>
        <w:t>1:55  its roots are firm in the earth, and its branches are in the heaven.</w:t>
      </w:r>
      <w:r>
        <w:br/>
      </w:r>
      <w:r>
        <w:rPr>
          <w:sz w:val="20"/>
        </w:rPr>
        <w:t>2:10  it gives its fruit at all times.</w:t>
      </w:r>
      <w:r>
        <w:br/>
      </w:r>
      <w:r>
        <w:rPr>
          <w:sz w:val="20"/>
        </w:rPr>
        <w:t>2:18  this is a parable for those who try to reflect.</w:t>
      </w:r>
      <w:r>
        <w:br/>
      </w:r>
      <w:r>
        <w:rPr>
          <w:sz w:val="20"/>
        </w:rPr>
        <w:t>2:32  first of all, we must know why god chose tree as a parable or as an example.</w:t>
      </w:r>
      <w:r>
        <w:br/>
      </w:r>
      <w:r>
        <w:rPr>
          <w:sz w:val="20"/>
        </w:rPr>
        <w:t>2:52  you know, in the universe, in this vast universe, there are numerous creatures, numerous items, like sun,</w:t>
      </w:r>
      <w:r>
        <w:br/>
      </w:r>
      <w:r>
        <w:rPr>
          <w:sz w:val="20"/>
        </w:rPr>
        <w:t>3:08  moon, planets, stars, mountain, ocean. so many, so many, so many, more than billion and trillion items.</w:t>
      </w:r>
      <w:r>
        <w:br/>
      </w:r>
      <w:r>
        <w:rPr>
          <w:sz w:val="20"/>
        </w:rPr>
        <w:t>3:20  but god</w:t>
      </w:r>
      <w:r>
        <w:br/>
      </w:r>
      <w:r>
        <w:rPr>
          <w:sz w:val="20"/>
        </w:rPr>
        <w:t>3:25  selected only tree,</w:t>
      </w:r>
      <w:r>
        <w:br/>
      </w:r>
      <w:r>
        <w:rPr>
          <w:sz w:val="20"/>
        </w:rPr>
        <w:t>3:31  because tree is a very unique type of creature. tree is a very unique creation of god</w:t>
      </w:r>
      <w:r>
        <w:br/>
      </w:r>
      <w:r>
        <w:rPr>
          <w:sz w:val="20"/>
        </w:rPr>
        <w:t>3:44  . tree is tree has the capacity to grow, capacity to grow.</w:t>
      </w:r>
      <w:r>
        <w:br/>
      </w:r>
      <w:r>
        <w:rPr>
          <w:sz w:val="20"/>
        </w:rPr>
        <w:t>3:54  tree begins its life from a seed, a small seed.</w:t>
      </w:r>
      <w:r>
        <w:br/>
      </w:r>
      <w:r>
        <w:rPr>
          <w:sz w:val="20"/>
        </w:rPr>
        <w:t>4:01  then it grows, grows, grows, grows, until it reaches a full tree, until it becomes a full tree,</w:t>
      </w:r>
      <w:r>
        <w:br/>
      </w:r>
      <w:r>
        <w:rPr>
          <w:sz w:val="20"/>
        </w:rPr>
        <w:t>4:15  with stems, with branches, with leaves, with flowers, with fruits, with shadow, with greenery.</w:t>
      </w:r>
      <w:r>
        <w:br/>
      </w:r>
      <w:r>
        <w:rPr>
          <w:sz w:val="20"/>
        </w:rPr>
        <w:t>4:31  so this kind of phenomena is unique in this universe. because of this, god chose a tree to tell us that this is the example for you.</w:t>
      </w:r>
      <w:r>
        <w:br/>
      </w:r>
      <w:r>
        <w:rPr>
          <w:sz w:val="20"/>
        </w:rPr>
        <w:t>4:54  i can see that god has demonstrated</w:t>
      </w:r>
      <w:r>
        <w:br/>
      </w:r>
      <w:r>
        <w:rPr>
          <w:sz w:val="20"/>
        </w:rPr>
        <w:t>5:04  a momin are ایمان in the form of a tree.</w:t>
      </w:r>
      <w:r>
        <w:br/>
      </w:r>
      <w:r>
        <w:rPr>
          <w:sz w:val="20"/>
        </w:rPr>
        <w:t>5:11  momin are believer, a true believer, begins from a small seed that is kalma.</w:t>
      </w:r>
      <w:r>
        <w:br/>
      </w:r>
      <w:r>
        <w:rPr>
          <w:sz w:val="20"/>
        </w:rPr>
        <w:t>5:22  kalmatayaba, kalma, kalma is the starting point of a momin.</w:t>
      </w:r>
      <w:r>
        <w:br/>
      </w:r>
      <w:r>
        <w:rPr>
          <w:sz w:val="20"/>
        </w:rPr>
        <w:t>5:32  now, kalma is not simply a recitation. kalma is not simply a lip service. kalma is not simply a kind of lip service.</w:t>
      </w:r>
      <w:r>
        <w:br/>
      </w:r>
      <w:r>
        <w:rPr>
          <w:sz w:val="20"/>
        </w:rPr>
        <w:t>5:44  kalma means realization. kalma means marifa, realization.</w:t>
      </w:r>
      <w:r>
        <w:br/>
      </w:r>
      <w:r>
        <w:rPr>
          <w:sz w:val="20"/>
        </w:rPr>
        <w:t>5:53  kalma means discovery. when one discovers the truth with the capital t he discovers god as a supreme truth.</w:t>
      </w:r>
      <w:r>
        <w:br/>
      </w:r>
      <w:r>
        <w:rPr>
          <w:sz w:val="20"/>
        </w:rPr>
        <w:t>6:09  when he discovers muhammad as a supreme guide for mankind.</w:t>
      </w:r>
    </w:p>
    <w:p>
      <w:pPr>
        <w:pStyle w:val="Heading2"/>
      </w:pPr>
      <w:r>
        <w:t>Why prayer is really the study of the Quran</w:t>
      </w:r>
    </w:p>
    <w:p>
      <w:r>
        <w:rPr>
          <w:color w:val="666666"/>
          <w:sz w:val="18"/>
        </w:rPr>
        <w:t>Prophet of Rahamat November 30, 2013 Maulana Wahiduddin Khan · 5m 47s · at 3:48 · https://youtu.be/Ufw57FQtEtA?t=228</w:t>
      </w:r>
    </w:p>
    <w:p>
      <w:r>
        <w:rPr>
          <w:i/>
        </w:rPr>
        <w:t>“Today, during prayer, I understood something very strange”</w:t>
      </w:r>
    </w:p>
    <w:p>
      <w:r>
        <w:rPr>
          <w:sz w:val="20"/>
        </w:rPr>
        <w:t>3:48  to aaj main jab imam ke peeche namaz parh raha tha, to hamare imam sahab ne surah anbiya ki aakhri ruku parha.</w:t>
      </w:r>
      <w:r>
        <w:br/>
      </w:r>
      <w:r>
        <w:rPr>
          <w:sz w:val="20"/>
        </w:rPr>
        <w:t>4:02  is mein aik ayat hai wa ma arsalnaka illa rahmatan lil alameen. yeh ayat tafaseer mein mubham hai, kisi bhi tafseer mein aap nahin paayenge ke rehmat kya hai.</w:t>
      </w:r>
      <w:r>
        <w:br/>
      </w:r>
      <w:r>
        <w:rPr>
          <w:sz w:val="20"/>
        </w:rPr>
        <w:t>4:16  log samajhte hain fazilat.</w:t>
      </w:r>
      <w:r>
        <w:br/>
      </w:r>
      <w:r>
        <w:rPr>
          <w:sz w:val="20"/>
        </w:rPr>
        <w:t>4:20  yani Rasool Allah ko aik laqab de rakha hai ke rehmat-e-alam, rehmat-ul-alameen, nabiy-ur-rehmah. fazilat ka muamla.</w:t>
      </w:r>
      <w:r>
        <w:br/>
      </w:r>
      <w:r>
        <w:rPr>
          <w:sz w:val="20"/>
        </w:rPr>
        <w:t>4:30  nahin, is mein aik ma'ni ka samandar hai. to main is ayat ko poori tarah se samajh nahin paya tha, aaj namaz ki halat mein achaanak samajh mein aa gayi.</w:t>
      </w:r>
      <w:r>
        <w:br/>
      </w:r>
      <w:r>
        <w:rPr>
          <w:sz w:val="20"/>
        </w:rPr>
        <w:t>4:45  to namaz kya hai?</w:t>
      </w:r>
      <w:r>
        <w:br/>
      </w:r>
      <w:r>
        <w:rPr>
          <w:sz w:val="20"/>
        </w:rPr>
        <w:t>4:47  dekhiye, universityon mein scholars ke liye room hote hain, alag room. is ko kehte hain scholars room ya study room.</w:t>
      </w:r>
      <w:r>
        <w:br/>
      </w:r>
      <w:r>
        <w:rPr>
          <w:sz w:val="20"/>
        </w:rPr>
        <w:t>5:01  to in ko chabi de di jaati hai, accepted room hota hai, aik hi scholar ke liye. woh jayenge, chabi kholenge, baithenge, jab tak chahenge padhenge, is ke baad wapas chale jayenge, phir tala band.</w:t>
      </w:r>
      <w:r>
        <w:br/>
      </w:r>
      <w:r>
        <w:rPr>
          <w:sz w:val="20"/>
        </w:rPr>
        <w:t>5:16  to woh to</w:t>
      </w:r>
      <w:r>
        <w:br/>
      </w:r>
      <w:r>
        <w:rPr>
          <w:sz w:val="20"/>
        </w:rPr>
        <w:t>5:21  main ne socha ke yeh yeh jo masjid hai, yahi to hai.</w:t>
      </w:r>
      <w:r>
        <w:br/>
      </w:r>
      <w:r>
        <w:rPr>
          <w:sz w:val="20"/>
        </w:rPr>
        <w:t>5:31  alag ho kar ke jama'at ke saath jab aap namaz padhte hain to woh woh mutala-e-quran hota hai. aap jaante hain ke namaz ka sab se zyada aham hissa quraani to hai.</w:t>
      </w:r>
      <w:r>
        <w:br/>
      </w:r>
      <w:r>
        <w:rPr>
          <w:sz w:val="20"/>
        </w:rPr>
        <w:t>5:46  aap surah fatiha padhte hain, woh quran hai. kuch aur ayatein hain ya suratein padhte hain, woh quraani hain.</w:t>
      </w:r>
      <w:r>
        <w:br/>
      </w:r>
      <w:r>
        <w:rPr>
          <w:sz w:val="20"/>
        </w:rPr>
        <w:t>5:57  chand kalmaat jo hain, woh bhi quraani se ma'khuz hain, maslan Allahu Akbar, Subhan Allah, woh sab quran se ma'khuz hain.</w:t>
      </w:r>
      <w:r>
        <w:br/>
      </w:r>
      <w:r>
        <w:rPr>
          <w:sz w:val="20"/>
        </w:rPr>
        <w:t>6:07  to chahe kuch kalmaat hon, chahe baqaida tilawat ho, haqeeqatan namaz naam hai aik مخصوص halat-e-ibadat mein quran ka mutala.</w:t>
      </w:r>
      <w:r>
        <w:br/>
      </w:r>
      <w:r>
        <w:rPr>
          <w:sz w:val="20"/>
        </w:rPr>
        <w:t>6:22  yeh hai. to it is like just, it is just, it is like study room.</w:t>
      </w:r>
      <w:r>
        <w:br/>
      </w:r>
      <w:r>
        <w:rPr>
          <w:sz w:val="20"/>
        </w:rPr>
        <w:t>6:31  aur hadith mein aaya hai ke al-masajidu buyut-ul-mutaqqin. to yeh insaan ki nafsiyat hai ke jab woh is apne ko detach karta hai, detach kar ke kahin woh sochta hai to baatein zyada samajh mein aati hain.</w:t>
      </w:r>
      <w:r>
        <w:br/>
      </w:r>
      <w:r>
        <w:rPr>
          <w:sz w:val="20"/>
        </w:rPr>
        <w:t>6:51  to namaz kya hai?</w:t>
      </w:r>
      <w:r>
        <w:br/>
      </w:r>
      <w:r>
        <w:rPr>
          <w:sz w:val="20"/>
        </w:rPr>
        <w:t>6:53  namaz hai apne ko detach kar ke aik jagah ikattha hona aur wahan par quran ki cheezon ko sunna.</w:t>
      </w:r>
      <w:r>
        <w:br/>
      </w:r>
      <w:r>
        <w:rPr>
          <w:sz w:val="20"/>
        </w:rPr>
        <w:t>7:04  yeh nafsiyat ka taqaza hai.</w:t>
      </w:r>
      <w:r>
        <w:br/>
      </w:r>
      <w:r>
        <w:rPr>
          <w:sz w:val="20"/>
        </w:rPr>
        <w:t>7:10  to jo aap dunya mein hain, kahin job mein hain, kahin business mein hain, kahin road par hain, kahin ghar mein hain, to aap us waqt apne ko detach kiye hue nahin hain, attach kiye hue hain.</w:t>
      </w:r>
      <w:r>
        <w:br/>
      </w:r>
      <w:r>
        <w:rPr>
          <w:sz w:val="20"/>
        </w:rPr>
        <w:t>7:26  to aik hai attached life, aik hai detached life.</w:t>
      </w:r>
      <w:r>
        <w:br/>
      </w:r>
      <w:r>
        <w:rPr>
          <w:sz w:val="20"/>
        </w:rPr>
        <w:t>7:33  to is is scholars ke liye jo study room hai, woh kya hai? woh detached study ke liye hai.</w:t>
      </w:r>
      <w:r>
        <w:br/>
      </w:r>
      <w:r>
        <w:rPr>
          <w:sz w:val="20"/>
        </w:rPr>
        <w:t>7:44  to aik hai attached life, aik hai detached life. to aadmi har lamha attached life mein hota hai. to aadmi subah se shaam tak hota hai attached life mein</w:t>
      </w:r>
      <w:r>
        <w:br/>
      </w:r>
      <w:r>
        <w:rPr>
          <w:sz w:val="20"/>
        </w:rPr>
        <w:t>7:58  ke family se juda hua hai, society se juda hua hai, business mein, job mein hai, har jagah kahin na kahin juda hua hai.</w:t>
      </w:r>
      <w:r>
        <w:br/>
      </w:r>
      <w:r>
        <w:rPr>
          <w:sz w:val="20"/>
        </w:rPr>
        <w:t>8:09  to haqeeqatan nahin khulti. masjid mein aa ke jab namaz padhta hai to that is detached life.</w:t>
      </w:r>
      <w:r>
        <w:br/>
      </w:r>
      <w:r>
        <w:rPr>
          <w:sz w:val="20"/>
        </w:rPr>
        <w:t>8:19  kuch lamhaat apne ko detach kar ke quran ko samajhna. to namaz quran ki study to hai.</w:t>
      </w:r>
      <w:r>
        <w:br/>
      </w:r>
      <w:r>
        <w:rPr>
          <w:sz w:val="20"/>
        </w:rPr>
        <w:t>8:31  namaz apni haqeeqat ke aitbaar se quran ki study hai. yeh agar aap sincere hon to is ko aap discover kar payenge ke namaz jo hai apni haqeeqat ke aitbaar se quran ki study hai.</w:t>
      </w:r>
      <w:r>
        <w:br/>
      </w:r>
      <w:r>
        <w:rPr>
          <w:sz w:val="20"/>
        </w:rPr>
        <w:t>8:50  apne aap ko detached position mein le kar ke.</w:t>
      </w:r>
      <w:r>
        <w:br/>
      </w:r>
      <w:r>
        <w:rPr>
          <w:sz w:val="20"/>
        </w:rPr>
        <w:t>8:56  to</w:t>
      </w:r>
      <w:r>
        <w:br/>
      </w:r>
      <w:r>
        <w:rPr>
          <w:sz w:val="20"/>
        </w:rPr>
        <w:t>9:00  is raat ko na samajhne ki wajah se log kehte hain ke hamare quran kaafi hai. gunahi ke liye namaz zaroori hai. gunahi ke liye namaz zaroori hai.</w:t>
      </w:r>
      <w:r>
        <w:br/>
      </w:r>
      <w:r>
        <w:rPr>
          <w:sz w:val="20"/>
        </w:rPr>
        <w:t>9:11  jaise research scholar ko ek study chahiye, ek room chahiye. har scholar daudta hai ke is ko chabi mil jaye.</w:t>
      </w:r>
      <w:r>
        <w:br/>
      </w:r>
      <w:r>
        <w:rPr>
          <w:sz w:val="20"/>
        </w:rPr>
        <w:t>9:23  aise hi aap ko namaz ki value is waqt samajh jayenge aap jab daryaft kar lein ke namaz jo hai quran fahmi ke liye hai, woh quran fahmi ki class hai.</w:t>
      </w:r>
    </w:p>
    <w:p>
      <w:pPr>
        <w:pStyle w:val="Heading2"/>
      </w:pPr>
      <w:r>
        <w:t>Ordinary things like rice and rain are actually extraordinary</w:t>
      </w:r>
    </w:p>
    <w:p>
      <w:r>
        <w:rPr>
          <w:color w:val="666666"/>
          <w:sz w:val="18"/>
        </w:rPr>
        <w:t>Realization of God November 26, 2024 · 3m 54s · at 50:30 · https://youtu.be/AG1gtOdLvGs?t=3030</w:t>
      </w:r>
    </w:p>
    <w:p>
      <w:r>
        <w:rPr>
          <w:i/>
        </w:rPr>
        <w:t>“Chaawal ka ek khatra bhi bahut anokha hai agar ghor karein.”</w:t>
      </w:r>
    </w:p>
    <w:p>
      <w:r>
        <w:rPr>
          <w:sz w:val="20"/>
        </w:rPr>
        <w:t>50:29  ji</w:t>
      </w:r>
      <w:r>
        <w:br/>
      </w:r>
      <w:r>
        <w:rPr>
          <w:sz w:val="20"/>
        </w:rPr>
        <w:t>50:30  ye cheez jo hai jab tak insan is andaaz se nahi dekhta hai, tab tak nahi maloom hota hai ke yahan ki ek ek nemat.</w:t>
      </w:r>
      <w:r>
        <w:br/>
      </w:r>
      <w:r>
        <w:rPr>
          <w:sz w:val="20"/>
        </w:rPr>
        <w:t>50:38  ab aap ulta sochiye, ab aap ko lagega ke chawal ka ek qatra bhi jo hai na, chawal ka ek chota dana bhi wo jo hai na, anokha hai.</w:t>
      </w:r>
      <w:r>
        <w:br/>
      </w:r>
      <w:r>
        <w:rPr>
          <w:sz w:val="20"/>
        </w:rPr>
        <w:t>50:48  woh ji aur pani ka aik khatra bhi jo hai na, ghair mamooli hai. woh hmm jo aap tasawwur nahi kar sakte, uss se bhi bohat bari cheez hai.</w:t>
      </w:r>
      <w:r>
        <w:br/>
      </w:r>
      <w:r>
        <w:rPr>
          <w:sz w:val="20"/>
        </w:rPr>
        <w:t>50:57  h</w:t>
      </w:r>
      <w:r>
        <w:br/>
      </w:r>
      <w:r>
        <w:rPr>
          <w:sz w:val="20"/>
        </w:rPr>
        <w:t>50:58  hmm aisa har har cheez yahan ki, yahan ka life support system, yahan jis andaaz ki gravity hai aur yeh zameen ka jo rotation hai, yeh sab itna anokha hai, itna well design hai, well calculated hai ke zameen ke Maulana ne iss par bohat ziyada apni kitabon mein, خصوصیت سے Maulana ki bohat choti kitab hai,</w:t>
      </w:r>
      <w:r>
        <w:br/>
      </w:r>
      <w:r>
        <w:rPr>
          <w:sz w:val="20"/>
        </w:rPr>
        <w:t>51:20  insaan apne aap ko pehchan. ji</w:t>
      </w:r>
      <w:r>
        <w:br/>
      </w:r>
      <w:r>
        <w:rPr>
          <w:sz w:val="20"/>
        </w:rPr>
        <w:t>51:23  iss mein bohat misaalain Maulana ne di hain aur aur bari misaalain Maulana ne apni kitab mazhab aur jadeed challenge mein di hain, jis se comparatively hum samajh sakte hain ke yeh kitna anokha planet hai.</w:t>
      </w:r>
      <w:r>
        <w:br/>
      </w:r>
      <w:r>
        <w:rPr>
          <w:sz w:val="20"/>
        </w:rPr>
        <w:t>51:37  iss ki yeh yeh iss ka jo faasla hai suraj se, kitna well calculated faasla hai.</w:t>
      </w:r>
      <w:r>
        <w:br/>
      </w:r>
      <w:r>
        <w:rPr>
          <w:sz w:val="20"/>
        </w:rPr>
        <w:t>51:43  thoda aage hota toh ah ah yeh iss par garmi barh kar insaan ko rehne ke qabil nahi thi aur thoda doori ki taraf hoti suraj se toh tab masla yeh hota ke ah ah bohat sard sardi ho jati.</w:t>
      </w:r>
      <w:r>
        <w:br/>
      </w:r>
      <w:r>
        <w:rPr>
          <w:sz w:val="20"/>
        </w:rPr>
        <w:t>52:00  Allah ne itna acha jo yahan banaye hain, jab tak insaan iss ke anokhe pan ko nahi dekhega, hmm ke jo mamooli waqiaat hain, unhi ko ghair mamooli waqiaat ke roop mein dekhna parhega Allah ki marifat janne ke liye.</w:t>
      </w:r>
      <w:r>
        <w:br/>
      </w:r>
      <w:r>
        <w:rPr>
          <w:sz w:val="20"/>
        </w:rPr>
        <w:t>52:18  hmm dekhein Allah taala kabhi kabhi aisa karte hain jaise Arab ke sehra mein pani nahi tha,</w:t>
      </w:r>
      <w:r>
        <w:br/>
      </w:r>
      <w:r>
        <w:rPr>
          <w:sz w:val="20"/>
        </w:rPr>
        <w:t>52:24  lekin aise lagta hai ke Allah ne apne izn se pipeline wahan se wahan muntaqil kar di, jahan sehra mein pani ka tasawwur nahi, Allah ne wahan pani nikaal diya.</w:t>
      </w:r>
      <w:r>
        <w:br/>
      </w:r>
      <w:r>
        <w:rPr>
          <w:sz w:val="20"/>
        </w:rPr>
        <w:t>52:34  ji toh aisa har waqia insaan agar iss ko dekhe toh uss ko lagega ke har waqia jo kuch ho raha hai kainat mein, woh sab anokha hai.</w:t>
      </w:r>
      <w:r>
        <w:br/>
      </w:r>
      <w:r>
        <w:rPr>
          <w:sz w:val="20"/>
        </w:rPr>
        <w:t>52:45  tab insaan ko apna baal bhi anokha lagega,</w:t>
      </w:r>
      <w:r>
        <w:br/>
      </w:r>
      <w:r>
        <w:rPr>
          <w:sz w:val="20"/>
        </w:rPr>
        <w:t>52:48  uss woh jo dekh raha hai, uss ki nazar itna ah, uss ki aankh, uss ki banawat, uss ka jism, uss ke ah taste jo birds hain, har har cheez itna anokhe, itne anokhe hain ke jab tak insaan iss ke anokhe pan ko hmm ah daryaft nahi karta, tab tak jo hai woh Allah ki azmat ko nahi samajh sakta hai.</w:t>
      </w:r>
      <w:r>
        <w:br/>
      </w:r>
      <w:r>
        <w:rPr>
          <w:sz w:val="20"/>
        </w:rPr>
        <w:t>53:12  uss ke andar Allah ki marifat nahi aa sakti. hmm</w:t>
      </w:r>
      <w:r>
        <w:br/>
      </w:r>
      <w:r>
        <w:rPr>
          <w:sz w:val="20"/>
        </w:rPr>
        <w:t>53:15  m dekhein logon ko ajeeb lagta hai ke Hazrat Masih beghair baap ke paida hue toh woh jitna ajeeb hai, Hazrat Masih ka beghair baap ke paida hona, kya baap ke sath paida hona insaan ka anokha waqia nahi hai?</w:t>
      </w:r>
      <w:r>
        <w:br/>
      </w:r>
      <w:r>
        <w:rPr>
          <w:sz w:val="20"/>
        </w:rPr>
        <w:t>53:30  hmm woh uss se bhi ziyada ajeeb waqia hai. agar aisa hota zameen par, Allah aisa system banate ke beghair baap ke hote, uss ke baad agar koi baap ke sath hota toh wahi insaan ke liye anokha waqia hota.</w:t>
      </w:r>
      <w:r>
        <w:br/>
      </w:r>
      <w:r>
        <w:rPr>
          <w:sz w:val="20"/>
        </w:rPr>
        <w:t>53:40  acha toh har mamooli waqia jis ko insaan samajh raha hai, uss ke andar woh ghair mamooli pehlu ko dekhne ki koshish kare.</w:t>
      </w:r>
      <w:r>
        <w:br/>
      </w:r>
      <w:r>
        <w:rPr>
          <w:sz w:val="20"/>
        </w:rPr>
        <w:t>53:50  hmm toh uss ko samajh mein aayega ke uss ke rab ne uss ke liye kaise intezamat kiye hain, kya kya Allah ki blessing hain, kya kya Allah ki rehmatain hain.</w:t>
      </w:r>
      <w:r>
        <w:br/>
      </w:r>
      <w:r>
        <w:rPr>
          <w:sz w:val="20"/>
        </w:rPr>
        <w:t>53:59  ji ji toh yeh chand misaalain hi theen jis se hum samajh sakte hain. jazak Allah maine aap ko kaha tha ke aik misaal dijiye.</w:t>
      </w:r>
      <w:r>
        <w:br/>
      </w:r>
      <w:r>
        <w:rPr>
          <w:sz w:val="20"/>
        </w:rPr>
        <w:t>54:08  aap ne kaha poori kainat hi misaal hai.</w:t>
      </w:r>
      <w:r>
        <w:br/>
      </w:r>
      <w:r>
        <w:rPr>
          <w:sz w:val="20"/>
        </w:rPr>
        <w:t>54:11  yahan ki har cheez jo hai, woh marifat ka item hai. bas marifat wali nigah darkar hai. jazak Allah khaira mein</w:t>
      </w:r>
    </w:p>
    <w:p>
      <w:pPr>
        <w:pStyle w:val="Heading2"/>
      </w:pPr>
      <w:r>
        <w:t>Rousseau and Marx turned humanity into warring classes</w:t>
      </w:r>
    </w:p>
    <w:p>
      <w:r>
        <w:rPr>
          <w:color w:val="666666"/>
          <w:sz w:val="18"/>
        </w:rPr>
        <w:t>From The Spiritual Tree August 31, 2008 · 5m 12s · at 22:15 · https://youtu.be/Vo6ZZkMtpm0?t=1335</w:t>
      </w:r>
    </w:p>
    <w:p>
      <w:r>
        <w:rPr>
          <w:i/>
        </w:rPr>
        <w:t>“Main aapko chand naam arz karta hoon: Rousseau aur Marx”</w:t>
      </w:r>
    </w:p>
    <w:p>
      <w:r>
        <w:rPr>
          <w:sz w:val="20"/>
        </w:rPr>
        <w:t>22:15  yani jo secular log hain, jo religious log hain, sab ke sab. main aap ko chand naam arz karta hoon. secular thinker mein dekhiye, russo aur aur marx, bahut zyada in ko popularity mili.</w:t>
      </w:r>
      <w:r>
        <w:br/>
      </w:r>
      <w:r>
        <w:rPr>
          <w:sz w:val="20"/>
        </w:rPr>
        <w:t>22:30  secular thinkers mein russo aur marx, in ka kya kya kaam kiya? inhon ne sab se bada insaan insaan ko ladwaya.</w:t>
      </w:r>
      <w:r>
        <w:br/>
      </w:r>
      <w:r>
        <w:rPr>
          <w:sz w:val="20"/>
        </w:rPr>
        <w:t>22:41  yeh russo ne political</w:t>
      </w:r>
      <w:r>
        <w:br/>
      </w:r>
      <w:r>
        <w:rPr>
          <w:sz w:val="20"/>
        </w:rPr>
        <w:t>22:47  reference mein, political hawale se, ruler aur ruled ko ladwaya.</w:t>
      </w:r>
      <w:r>
        <w:br/>
      </w:r>
      <w:r>
        <w:rPr>
          <w:sz w:val="20"/>
        </w:rPr>
        <w:t>22:54  us ne jo kaha tha ke "my bond bond free, but thou, but I see him in chains". yeh kya hai? yani insaan ko banta.</w:t>
      </w:r>
      <w:r>
        <w:br/>
      </w:r>
      <w:r>
        <w:rPr>
          <w:sz w:val="20"/>
        </w:rPr>
        <w:t>23:03  us ne kuch woh log jo zanjeeron mein bandhe hue hain, halanke koi zanjeeron mein bandha kabhi tha na aaj hai, us ko us ne exaggerated way mein bayaan kiya aur kuch ne baandh rakha hai, kuch baandhne wale hain, kuch bandhe hue hain.</w:t>
      </w:r>
      <w:r>
        <w:br/>
      </w:r>
      <w:r>
        <w:rPr>
          <w:sz w:val="20"/>
        </w:rPr>
        <w:t>23:18  donon ko ladwa diya. us ne aaj tak ladaai chal rahi hai,</w:t>
      </w:r>
      <w:r>
        <w:br/>
      </w:r>
      <w:r>
        <w:rPr>
          <w:sz w:val="20"/>
        </w:rPr>
        <w:t>23:24  har democracy mein ladaai chal rahi hai, aapas mein different ways mein. ladaai ki pehchaan kya hai?</w:t>
      </w:r>
      <w:r>
        <w:br/>
      </w:r>
      <w:r>
        <w:rPr>
          <w:sz w:val="20"/>
        </w:rPr>
        <w:t>23:32  hate. jahan hate ho, wahan ladaai ho rahi hai. chahe hathiyar na chal rahe hon, tab bhi yaad rakhiye is ko. jis society mein hate ho, jis samaj mein hate ho, samajh lijiye ke wahan already ladaai chal rahi hai.</w:t>
      </w:r>
      <w:r>
        <w:br/>
      </w:r>
      <w:r>
        <w:rPr>
          <w:sz w:val="20"/>
        </w:rPr>
        <w:t>23:52  chahe aap wahan bandookon ki awaaz na aa rahi ho, bomon ke phatne ki awaaz na aa rahi ho, kyunke hate toh sab bada bomb hai.</w:t>
      </w:r>
      <w:r>
        <w:br/>
      </w:r>
      <w:r>
        <w:rPr>
          <w:sz w:val="20"/>
        </w:rPr>
        <w:t>24:04  sab se bada bomb jab hate hai toh us waqt kya hai? saari duniya mein hate hi hate toh chal raha hai. toh russo ne jis tarah se explain kiya history ko, us mein kya hua?</w:t>
      </w:r>
      <w:r>
        <w:br/>
      </w:r>
      <w:r>
        <w:rPr>
          <w:sz w:val="20"/>
        </w:rPr>
        <w:t>24:18  us mein yeh hua ke kuch logon ko us ne bataya ke "politicians exploiters hain, kuch logon ka jo exploit kiye ja rahe hain. ab donon ko us ne do class bana diya, do class, aur aapas mein lad rahe hain.</w:t>
      </w:r>
      <w:r>
        <w:br/>
      </w:r>
      <w:r>
        <w:rPr>
          <w:sz w:val="20"/>
        </w:rPr>
        <w:t>24:32  woh ek ruling party hai, ek opposition party hai, aur hate se bharpoor hate ka jangal har taraf uga hua hai.</w:t>
      </w:r>
      <w:r>
        <w:br/>
      </w:r>
      <w:r>
        <w:rPr>
          <w:sz w:val="20"/>
        </w:rPr>
        <w:t>24:45  yahi kaam marx ne kiya. karl marx, us ne economic buniyad par logon ko do class banaye. yani class war jo chalayi marx ne, woh kya thi?</w:t>
      </w:r>
      <w:r>
        <w:br/>
      </w:r>
      <w:r>
        <w:rPr>
          <w:sz w:val="20"/>
        </w:rPr>
        <w:t>24:58  woh hate war thi.</w:t>
      </w:r>
      <w:r>
        <w:br/>
      </w:r>
      <w:r>
        <w:rPr>
          <w:sz w:val="20"/>
        </w:rPr>
        <w:t>25:02  marx ka jo manifesto hai, communist manifesto, us ko aap padhiye. us mein yahi hai ke mazdooron ko awaaz deta hai ke "utho aur capitalist logon se lad jao, un ko mita do, khatam kar do un ko".</w:t>
      </w:r>
      <w:r>
        <w:br/>
      </w:r>
      <w:r>
        <w:rPr>
          <w:sz w:val="20"/>
        </w:rPr>
        <w:t>25:17  woh bhi insaan, woh bhi insaan.</w:t>
      </w:r>
      <w:r>
        <w:br/>
      </w:r>
      <w:r>
        <w:rPr>
          <w:sz w:val="20"/>
        </w:rPr>
        <w:t>25:22  insaanon ko do class mein baant kar ke un ko ladao. Aap aaj tak woh ladaai chal rahi hai, woh khatam nahi hui kabhi. Ladaai</w:t>
      </w:r>
      <w:r>
        <w:br/>
      </w:r>
      <w:r>
        <w:rPr>
          <w:sz w:val="20"/>
        </w:rPr>
        <w:t>25:32  aaj tak woh ladaai chal rahi hai. To russo aur marx ne jo class war chalai, russo ki class war yaani political reference mein thi aur karl marx ki class war economic reference mein thi.</w:t>
      </w:r>
      <w:r>
        <w:br/>
      </w:r>
      <w:r>
        <w:rPr>
          <w:sz w:val="20"/>
        </w:rPr>
        <w:t>25:55  lekin dono to hate hate war thi,</w:t>
      </w:r>
      <w:r>
        <w:br/>
      </w:r>
      <w:r>
        <w:rPr>
          <w:sz w:val="20"/>
        </w:rPr>
        <w:t>25:58  insaan ko ek doosre se nafrat mein paida kar ke ladao. Yahan tak ke aap jante hain ke russia mein jo communist rule qaim hua tha, us mein 25 million log maar daale gaye.</w:t>
      </w:r>
      <w:r>
        <w:br/>
      </w:r>
      <w:r>
        <w:rPr>
          <w:sz w:val="20"/>
        </w:rPr>
        <w:t>26:16  to insaan ko insaan se ladao, yaani insaan ko chahiye tha ke woh shaitan se lade, kyunke shaitan dushman hai is ka.</w:t>
      </w:r>
      <w:r>
        <w:br/>
      </w:r>
      <w:r>
        <w:rPr>
          <w:sz w:val="20"/>
        </w:rPr>
        <w:t>26:26  shaitan aap ko khuda se door karta hai, shaitan aap ko buraiyon ki taraf aksata hai, shaitan aap ki desire ko active kar ke aap ko le jata hai aisi taraf jahan aap ko halk ke siwa ho, kahin na pahunchein.</w:t>
      </w:r>
      <w:r>
        <w:br/>
      </w:r>
      <w:r>
        <w:rPr>
          <w:sz w:val="20"/>
        </w:rPr>
        <w:t>26:41  aap aaj kal jo hai "right here right now" ka jo culture hai, woh kya hai? Woh satanic culture hai, woh satanic culture hai.</w:t>
      </w:r>
      <w:r>
        <w:br/>
      </w:r>
      <w:r>
        <w:rPr>
          <w:sz w:val="20"/>
        </w:rPr>
        <w:t>26:53  to shaitan chahta hai ke jis tarah se is ko nikala gaya jannat se, to saare insaanon ko jannat se mehroom kar de.</w:t>
      </w:r>
      <w:r>
        <w:br/>
      </w:r>
      <w:r>
        <w:rPr>
          <w:sz w:val="20"/>
        </w:rPr>
        <w:t>27:03  woh</w:t>
      </w:r>
      <w:r>
        <w:br/>
      </w:r>
      <w:r>
        <w:rPr>
          <w:sz w:val="20"/>
        </w:rPr>
        <w:t>27:05  to shaitan ki koshish yeh hai ke is insaan ke andar jazba rakha gaya tha, shaitan shaitan ke against mein taake woh bache shaitan se.</w:t>
      </w:r>
      <w:r>
        <w:br/>
      </w:r>
      <w:r>
        <w:rPr>
          <w:sz w:val="20"/>
        </w:rPr>
        <w:t>27:14  lekin bohat hi hoshiyari ke sath satan ne divert kar diya is ko aur man versus satan ki ladaai ko man versus man ladaai bana diya.</w:t>
      </w:r>
    </w:p>
    <w:p>
      <w:pPr>
        <w:pStyle w:val="Heading2"/>
      </w:pPr>
      <w:r>
        <w:t>Stop saying if, live future-oriented not past-oriented</w:t>
      </w:r>
    </w:p>
    <w:p>
      <w:r>
        <w:rPr>
          <w:color w:val="666666"/>
          <w:sz w:val="18"/>
        </w:rPr>
        <w:t>Hadith (English) March 27, 2007 Maulana Wahiduddin Khan · 4m 22s · at 25:57 · https://youtu.be/VnwRJbqn9tU?t=1557</w:t>
      </w:r>
    </w:p>
    <w:p>
      <w:r>
        <w:rPr>
          <w:i/>
        </w:rPr>
        <w:t>“Don't say if, if is a satanic thought”</w:t>
      </w:r>
    </w:p>
    <w:p>
      <w:r>
        <w:rPr>
          <w:sz w:val="20"/>
        </w:rPr>
        <w:t>25:57  Then there is a hadith. "la taqul law fa-inna law min amal al-shaitan."</w:t>
      </w:r>
      <w:r>
        <w:br/>
      </w:r>
      <w:r>
        <w:rPr>
          <w:sz w:val="20"/>
        </w:rPr>
        <w:t>26:07  Don't say if. If is a satanic</w:t>
      </w:r>
      <w:r>
        <w:br/>
      </w:r>
      <w:r>
        <w:rPr>
          <w:sz w:val="20"/>
        </w:rPr>
        <w:t>26:18  thought.</w:t>
      </w:r>
      <w:r>
        <w:br/>
      </w:r>
      <w:r>
        <w:rPr>
          <w:sz w:val="20"/>
        </w:rPr>
        <w:t>26:26  Don't say law</w:t>
      </w:r>
      <w:r>
        <w:br/>
      </w:r>
      <w:r>
        <w:rPr>
          <w:sz w:val="20"/>
        </w:rPr>
        <w:t>26:28  . "la taqul law fa-inna law min amal al-shaitan." law means if. Don't say if because if is a satanic thought.</w:t>
      </w:r>
      <w:r>
        <w:br/>
      </w:r>
      <w:r>
        <w:rPr>
          <w:sz w:val="20"/>
        </w:rPr>
        <w:t>26:42  You know every time - everyone has some</w:t>
      </w:r>
      <w:r>
        <w:br/>
      </w:r>
      <w:r>
        <w:rPr>
          <w:sz w:val="20"/>
        </w:rPr>
        <w:t>26:53  sad memory about his past.</w:t>
      </w:r>
      <w:r>
        <w:br/>
      </w:r>
      <w:r>
        <w:rPr>
          <w:sz w:val="20"/>
        </w:rPr>
        <w:t>26:56  Everyone, every minor woman, has some</w:t>
      </w:r>
      <w:r>
        <w:br/>
      </w:r>
      <w:r>
        <w:rPr>
          <w:sz w:val="20"/>
        </w:rPr>
        <w:t>27:07  sad memory about their past. So they say. In the past, there was such and such opportunity, and I failed to avail that opportunity.</w:t>
      </w:r>
      <w:r>
        <w:br/>
      </w:r>
      <w:r>
        <w:rPr>
          <w:sz w:val="20"/>
        </w:rPr>
        <w:t>27:21  Have I availed that opportunity? I was insuccessful.</w:t>
      </w:r>
      <w:r>
        <w:br/>
      </w:r>
      <w:r>
        <w:rPr>
          <w:sz w:val="20"/>
        </w:rPr>
        <w:t>27:27  This is law - if. So if is a satanic thought because - why it is a satanic thought?</w:t>
      </w:r>
      <w:r>
        <w:br/>
      </w:r>
      <w:r>
        <w:rPr>
          <w:sz w:val="20"/>
        </w:rPr>
        <w:t>27:39  This kind of thinking always</w:t>
      </w:r>
      <w:r>
        <w:br/>
      </w:r>
      <w:r>
        <w:rPr>
          <w:sz w:val="20"/>
        </w:rPr>
        <w:t>27:47  makes you live with sadness. Always makes you live with the past</w:t>
      </w:r>
      <w:r>
        <w:br/>
      </w:r>
      <w:r>
        <w:rPr>
          <w:sz w:val="20"/>
        </w:rPr>
        <w:t>27:55  . You forget the future, and you are living in the past. This is the 'lau' culture. 'lau' culture is a satanic culture.</w:t>
      </w:r>
      <w:r>
        <w:br/>
      </w:r>
      <w:r>
        <w:rPr>
          <w:sz w:val="20"/>
        </w:rPr>
        <w:t>28:06  If culture is a satanic culture. So don't think like this. Always see the future.</w:t>
      </w:r>
      <w:r>
        <w:br/>
      </w:r>
      <w:r>
        <w:rPr>
          <w:sz w:val="20"/>
        </w:rPr>
        <w:t>28:17  Don't see to the past.</w:t>
      </w:r>
      <w:r>
        <w:br/>
      </w:r>
      <w:r>
        <w:rPr>
          <w:sz w:val="20"/>
        </w:rPr>
        <w:t>28:23  Everyone misses some opportunity in the past, but you have to forget it. Everyone</w:t>
      </w:r>
      <w:r>
        <w:br/>
      </w:r>
      <w:r>
        <w:rPr>
          <w:sz w:val="20"/>
        </w:rPr>
        <w:t>28:34  has missed some opportunity in the past. So everyone is living in that memory.</w:t>
      </w:r>
      <w:r>
        <w:br/>
      </w:r>
      <w:r>
        <w:rPr>
          <w:sz w:val="20"/>
        </w:rPr>
        <w:t>28:46  But it is wrong. It is a satanic thought</w:t>
      </w:r>
      <w:r>
        <w:br/>
      </w:r>
      <w:r>
        <w:rPr>
          <w:sz w:val="20"/>
        </w:rPr>
        <w:t>28:51  . You have to go beyond that memory. You have to think about the future.</w:t>
      </w:r>
      <w:r>
        <w:br/>
      </w:r>
      <w:r>
        <w:rPr>
          <w:sz w:val="20"/>
        </w:rPr>
        <w:t>28:59  Your thinking must be future-oriented rather than past-oriented.</w:t>
      </w:r>
      <w:r>
        <w:br/>
      </w:r>
      <w:r>
        <w:rPr>
          <w:sz w:val="20"/>
        </w:rPr>
        <w:t>29:07  Don't think about missed opportunities. Always think about the present opportunities.</w:t>
      </w:r>
      <w:r>
        <w:br/>
      </w:r>
      <w:r>
        <w:rPr>
          <w:sz w:val="20"/>
        </w:rPr>
        <w:t>29:17  "فإن لو من عمل الشيطان." For saying 'lau' is a satanic thought.</w:t>
      </w:r>
      <w:r>
        <w:br/>
      </w:r>
      <w:r>
        <w:rPr>
          <w:sz w:val="20"/>
        </w:rPr>
        <w:t>29:26  'lau' means if. Because if you think like this, you always think about the past</w:t>
      </w:r>
      <w:r>
        <w:br/>
      </w:r>
      <w:r>
        <w:rPr>
          <w:sz w:val="20"/>
        </w:rPr>
        <w:t>29:36  , you will forget the present opportunities because you are living in those opportunities which you have passed in the past.</w:t>
      </w:r>
      <w:r>
        <w:br/>
      </w:r>
      <w:r>
        <w:rPr>
          <w:sz w:val="20"/>
        </w:rPr>
        <w:t>29:50  So the Prophet of Islam has said that 'lau' is 'amal al-Shaytan'.</w:t>
      </w:r>
      <w:r>
        <w:br/>
      </w:r>
      <w:r>
        <w:rPr>
          <w:sz w:val="20"/>
        </w:rPr>
        <w:t>29:57  If is a satanic thought. If is a satanic thought.</w:t>
      </w:r>
      <w:r>
        <w:br/>
      </w:r>
      <w:r>
        <w:rPr>
          <w:sz w:val="20"/>
        </w:rPr>
        <w:t>30:08  So leave this kind of thought. Then</w:t>
      </w:r>
    </w:p>
    <w:p>
      <w:pPr>
        <w:pStyle w:val="Heading2"/>
      </w:pPr>
      <w:r>
        <w:t>Umar's modesty after Prophet's death</w:t>
      </w:r>
    </w:p>
    <w:p>
      <w:r>
        <w:rPr>
          <w:color w:val="666666"/>
          <w:sz w:val="18"/>
        </w:rPr>
        <w:t>Divine Inspiration September 17, 2017 Maulana Wahiduddin Khan · 5m 50s · at 17:01 · https://youtu.be/xn4EhCPAE3o?t=1021</w:t>
      </w:r>
    </w:p>
    <w:p>
      <w:r>
        <w:rPr>
          <w:i/>
        </w:rPr>
        <w:t>“Ten years after Hijra, the Prophet passed away.”</w:t>
      </w:r>
    </w:p>
    <w:p>
      <w:r>
        <w:rPr>
          <w:sz w:val="20"/>
        </w:rPr>
        <w:t>17:01  hijrat ke das saal baad, aap jante hain ke rasool Allah salallahu alaihi wasallam ki wafat hui.</w:t>
      </w:r>
      <w:r>
        <w:br/>
      </w:r>
      <w:r>
        <w:rPr>
          <w:sz w:val="20"/>
        </w:rPr>
        <w:t>17:12  to zahir hai ke aap ki wafat koi saada baat nahin thi. saare sahaba ek ajeeb qism ki halat mein mubtala ho gaye.</w:t>
      </w:r>
      <w:r>
        <w:br/>
      </w:r>
      <w:r>
        <w:rPr>
          <w:sz w:val="20"/>
        </w:rPr>
        <w:t>17:26  to haath waghera bohat zyada,</w:t>
      </w:r>
      <w:r>
        <w:br/>
      </w:r>
      <w:r>
        <w:rPr>
          <w:sz w:val="20"/>
        </w:rPr>
        <w:t>17:32  is waqt bohat zyada,</w:t>
      </w:r>
      <w:r>
        <w:br/>
      </w:r>
      <w:r>
        <w:rPr>
          <w:sz w:val="20"/>
        </w:rPr>
        <w:t>17:38  yani jazbat mein bhare hue the. To is is halat mein unhon ne keh diya ke Rasool Allah ki wafaat nahi hui hai.</w:t>
      </w:r>
      <w:r>
        <w:br/>
      </w:r>
      <w:r>
        <w:rPr>
          <w:sz w:val="20"/>
        </w:rPr>
        <w:t>17:50  woh</w:t>
      </w:r>
      <w:r>
        <w:br/>
      </w:r>
      <w:r>
        <w:rPr>
          <w:sz w:val="20"/>
        </w:rPr>
        <w:t>17:55  is se inkar kar diya, unhon ne ke wafaat nahi hui hai. Aur talwar le ke khare ho gaye ke jo kahe ga ke Rasool Allah ki wafaat hui hai to mein us ki gardan maar doon ga.</w:t>
      </w:r>
      <w:r>
        <w:br/>
      </w:r>
      <w:r>
        <w:rPr>
          <w:sz w:val="20"/>
        </w:rPr>
        <w:t>18:10  To is waqt, yani wafaat ke waqt, Hazrat Abu Bakr jo sab se senior Sahabi the, woh Madine mein maujood nahi the.</w:t>
      </w:r>
      <w:r>
        <w:br/>
      </w:r>
      <w:r>
        <w:rPr>
          <w:sz w:val="20"/>
        </w:rPr>
        <w:t>18:22  Madine ke paas aik maqam par gaye hue the. To is waqt to phir woh aa gaye. Jab unhon ne dekha ke</w:t>
      </w:r>
      <w:r>
        <w:br/>
      </w:r>
      <w:r>
        <w:rPr>
          <w:sz w:val="20"/>
        </w:rPr>
        <w:t>18:34  sab log ekatha hain aur Hazrat Umar bohat hi josh mein kar rahe hain ke Rasool Allah ki wafaat jo kahe ga to mein us ki gardan maar doon ga.</w:t>
      </w:r>
      <w:r>
        <w:br/>
      </w:r>
      <w:r>
        <w:rPr>
          <w:sz w:val="20"/>
        </w:rPr>
        <w:t>18:49  To woh gaye Umar ke paas</w:t>
      </w:r>
      <w:r>
        <w:br/>
      </w:r>
      <w:r>
        <w:rPr>
          <w:sz w:val="20"/>
        </w:rPr>
        <w:t>18:56  Aur kaha ke Umar, aisa mat kaho. Lekin Umar is waqt itne zyada jazbat mein the ke unhon ne Hazrat Abu Bakr ki baat bhi nahi suni.</w:t>
      </w:r>
      <w:r>
        <w:br/>
      </w:r>
      <w:r>
        <w:rPr>
          <w:sz w:val="20"/>
        </w:rPr>
        <w:t>19:07  Bars, is ko to bars, bars hide kar dena. Bars hide kar diya. Jab dekha Hazrat Abu Bakr ne ke woh baat sun nahi rahe hain to thore faasle par alag woh khare ho gaye.</w:t>
      </w:r>
      <w:r>
        <w:br/>
      </w:r>
      <w:r>
        <w:rPr>
          <w:sz w:val="20"/>
        </w:rPr>
        <w:t>19:24  Jahan log jama the. Alif, apni taqreer shuru kar di unhon ne. Is taqreer mein unhon ne aik ayat parh di.</w:t>
      </w:r>
      <w:r>
        <w:br/>
      </w:r>
      <w:r>
        <w:rPr>
          <w:sz w:val="20"/>
        </w:rPr>
        <w:t>19:37  Hazrat Abu Bakr ne ek ayat</w:t>
      </w:r>
      <w:r>
        <w:br/>
      </w:r>
      <w:r>
        <w:rPr>
          <w:sz w:val="20"/>
        </w:rPr>
        <w:t>19:41  Quran ki. Woh ayat yeh thi</w:t>
      </w:r>
      <w:r>
        <w:br/>
      </w:r>
      <w:r>
        <w:rPr>
          <w:sz w:val="20"/>
        </w:rPr>
        <w:t>19:47  keh: "Imam Muhammad Rasool</w:t>
      </w:r>
      <w:r>
        <w:br/>
      </w:r>
      <w:r>
        <w:rPr>
          <w:sz w:val="20"/>
        </w:rPr>
        <w:t>19:52  min qabr-e-Rasool</w:t>
      </w:r>
      <w:r>
        <w:br/>
      </w:r>
      <w:r>
        <w:rPr>
          <w:sz w:val="20"/>
        </w:rPr>
        <w:t>20:13  Allah". Is ka matlab yeh hai ke</w:t>
      </w:r>
      <w:r>
        <w:br/>
      </w:r>
      <w:r>
        <w:rPr>
          <w:sz w:val="20"/>
        </w:rPr>
        <w:t>20:20  Makkah Muhammad to sirf aik Rasool hain,</w:t>
      </w:r>
      <w:r>
        <w:br/>
      </w:r>
      <w:r>
        <w:rPr>
          <w:sz w:val="20"/>
        </w:rPr>
        <w:t>20:25  doosre bohat se Rasool pehle mar chuke hain.</w:t>
      </w:r>
      <w:r>
        <w:br/>
      </w:r>
      <w:r>
        <w:rPr>
          <w:sz w:val="20"/>
        </w:rPr>
        <w:t>20:31  Agar woh qatal ho jayen ya un par maut aa jaye to kya tum ulte paon phir jaoge?</w:t>
      </w:r>
      <w:r>
        <w:br/>
      </w:r>
      <w:r>
        <w:rPr>
          <w:sz w:val="20"/>
        </w:rPr>
        <w:t>20:49  Aur jo ulte paon phira</w:t>
      </w:r>
      <w:r>
        <w:br/>
      </w:r>
      <w:r>
        <w:rPr>
          <w:sz w:val="20"/>
        </w:rPr>
        <w:t>20:55  to woh Allah ko koi nuqsan nahi pounchaaye ga.</w:t>
      </w:r>
      <w:r>
        <w:br/>
      </w:r>
      <w:r>
        <w:rPr>
          <w:sz w:val="20"/>
        </w:rPr>
        <w:t>21:01  Aur shukr karwane ko Allah bara ajr de ga. To jaise hi Hazrat Umar ne yeh ayat suni,</w:t>
      </w:r>
      <w:r>
        <w:br/>
      </w:r>
      <w:r>
        <w:rPr>
          <w:sz w:val="20"/>
        </w:rPr>
        <w:t>21:15  wohi Umar jo khaufnak ho rahe the aur talwar liye hue khare the, wahi Umar achaanak zameen par gir pade.</w:t>
      </w:r>
      <w:r>
        <w:br/>
      </w:r>
      <w:r>
        <w:rPr>
          <w:sz w:val="20"/>
        </w:rPr>
        <w:t>21:31  Kaisi ajeeb baat hai ke woh jo ayat thi, woh lafzon ka majmooa hi to tha, woh koi top bandook to thi nahi.</w:t>
      </w:r>
      <w:r>
        <w:br/>
      </w:r>
      <w:r>
        <w:rPr>
          <w:sz w:val="20"/>
        </w:rPr>
        <w:t>21:44  Lekin un ke liye Allah ke alfaaz,</w:t>
      </w:r>
      <w:r>
        <w:br/>
      </w:r>
      <w:r>
        <w:rPr>
          <w:sz w:val="20"/>
        </w:rPr>
        <w:t>21:52  Allah ke alfaaz itne bare the, itne bare the, hamare paas se bhi zyada.</w:t>
      </w:r>
      <w:r>
        <w:br/>
      </w:r>
      <w:r>
        <w:rPr>
          <w:sz w:val="20"/>
        </w:rPr>
        <w:t>22:01  To is ka sunna hi kafi tha ke woh zameen mein gir pade. Woh kehte hain ke mere paon ne, mere piron ne mera bojh uthane se inkar kar diya.</w:t>
      </w:r>
      <w:r>
        <w:br/>
      </w:r>
      <w:r>
        <w:rPr>
          <w:sz w:val="20"/>
        </w:rPr>
        <w:t>22:17  Khud kehte hain is ke bare mein ke mere piron ne mera bojh uthane se inkar kar diya.</w:t>
      </w:r>
      <w:r>
        <w:br/>
      </w:r>
      <w:r>
        <w:rPr>
          <w:sz w:val="20"/>
        </w:rPr>
        <w:t>22:31  Aur mujhe yaqeen ho gaya ke Rasool Allah ki wafaat ho gayi. Yeh hai modesty.</w:t>
      </w:r>
      <w:r>
        <w:br/>
      </w:r>
      <w:r>
        <w:rPr>
          <w:sz w:val="20"/>
        </w:rPr>
        <w:t>22:42  yeh hai modesty ka aik sacha namona.</w:t>
      </w:r>
    </w:p>
    <w:p>
      <w:pPr>
        <w:pStyle w:val="Heading2"/>
      </w:pPr>
      <w:r>
        <w:t>Accepting reality is the true price of Paradise</w:t>
      </w:r>
    </w:p>
    <w:p>
      <w:r>
        <w:rPr>
          <w:color w:val="666666"/>
          <w:sz w:val="18"/>
        </w:rPr>
        <w:t>Man and The Paradise August 11, 2013 Maulana Wahiduddin Khan · 4m 27s · at 56:36 · https://youtu.be/m8XdpnaS95U?t=3396</w:t>
      </w:r>
    </w:p>
    <w:p>
      <w:r>
        <w:rPr>
          <w:i/>
        </w:rPr>
        <w:t>“Paradise ki qeemat hai acceptance of reality”</w:t>
      </w:r>
    </w:p>
    <w:p>
      <w:r>
        <w:rPr>
          <w:sz w:val="20"/>
        </w:rPr>
        <w:t>56:36  dekhiye, paradise ki qeemat hai acceptance of reality.</w:t>
      </w:r>
      <w:r>
        <w:br/>
      </w:r>
      <w:r>
        <w:rPr>
          <w:sz w:val="20"/>
        </w:rPr>
        <w:t>56:46  paradise ki qeemat hai acceptance of reality.</w:t>
      </w:r>
      <w:r>
        <w:br/>
      </w:r>
      <w:r>
        <w:rPr>
          <w:sz w:val="20"/>
        </w:rPr>
        <w:t>56:53  yani duniya mein jo creator hai, creator us ne apne plan ke mutabiq duniya ka ek system banaya hai.</w:t>
      </w:r>
      <w:r>
        <w:br/>
      </w:r>
      <w:r>
        <w:rPr>
          <w:sz w:val="20"/>
        </w:rPr>
        <w:t>57:07  is system mein har ek ko azaadi hai, har ek ko total freedom hai.</w:t>
      </w:r>
      <w:r>
        <w:br/>
      </w:r>
      <w:r>
        <w:rPr>
          <w:sz w:val="20"/>
        </w:rPr>
        <w:t>57:15  to apni freedom ko woh chahe misuse kare, chahe proper use kare. yahi woh cheez hai jo hamare andar paida karti hai anger, complain, protest, yeh sab cheezen.</w:t>
      </w:r>
      <w:r>
        <w:br/>
      </w:r>
      <w:r>
        <w:rPr>
          <w:sz w:val="20"/>
        </w:rPr>
        <w:t>57:30  to pehli condition yeh hai ke aap accept karen Allah ki is ki maaf things ko.</w:t>
      </w:r>
      <w:r>
        <w:br/>
      </w:r>
      <w:r>
        <w:rPr>
          <w:sz w:val="20"/>
        </w:rPr>
        <w:t>57:39  yani jis cheez ko le kar aadmi ghussa hota hai, shikayat karta hai, protest karta hai, to kis ke khilaaf karta hai? woh bazahir kisi insaan ke khilaaf hoti hai, woh lekin hoti hai woh Khuda ke khilaaf.</w:t>
      </w:r>
      <w:r>
        <w:br/>
      </w:r>
      <w:r>
        <w:rPr>
          <w:sz w:val="20"/>
        </w:rPr>
        <w:t>57:54  jab aap bolte hain America ke khilaaf to aap bolte hain Khuda ke khilaaf. America jo kuch bhi kar raha hai, woh Allah ki di hui freedom par kar raha hai.</w:t>
      </w:r>
      <w:r>
        <w:br/>
      </w:r>
      <w:r>
        <w:rPr>
          <w:sz w:val="20"/>
        </w:rPr>
        <w:t>58:03  Yahudi jo kuch kar raha hai, woh Allah ki di hui freedom par kar raha hai. Hindu jo kuch bhi kar raha hai, woh Allah ki di hui freedom par kar raha hai. to jab aap shikayat karte hain, protest karte hain, kis ke khilaaf jati hai?</w:t>
      </w:r>
      <w:r>
        <w:br/>
      </w:r>
      <w:r>
        <w:rPr>
          <w:sz w:val="20"/>
        </w:rPr>
        <w:t>58:14  woh Allah ke khilaaf jati hai. woh</w:t>
      </w:r>
      <w:r>
        <w:br/>
      </w:r>
      <w:r>
        <w:rPr>
          <w:sz w:val="20"/>
        </w:rPr>
        <w:t>58:18  to isi ko maine kaha ke ke acceptance of reality jo hai, wahi price hai jannat ki.</w:t>
      </w:r>
      <w:r>
        <w:br/>
      </w:r>
      <w:r>
        <w:rPr>
          <w:sz w:val="20"/>
        </w:rPr>
        <w:t>58:29  isi ko Quran mein dekhiye: "raziyallahu anhum wa razuwan". yani jo log raazi ho gaye Allah ki is ki maaf things par, to Allah un se raazi ho jayega.</w:t>
      </w:r>
      <w:r>
        <w:br/>
      </w:r>
      <w:r>
        <w:rPr>
          <w:sz w:val="20"/>
        </w:rPr>
        <w:t>58:41  yeh jo ayat hai Quran majeed ki, is ko bhi log samajhte nahin.</w:t>
      </w:r>
      <w:r>
        <w:br/>
      </w:r>
      <w:r>
        <w:rPr>
          <w:sz w:val="20"/>
        </w:rPr>
        <w:t>58:46  mysterious bana rakha hai is ayat ko. mysterious. "raziyallahu anhum wa razuwan" ka matlab yeh hai ke jo log raazi ho gaye Allah ki is ki maaf things par,</w:t>
      </w:r>
      <w:r>
        <w:br/>
      </w:r>
      <w:r>
        <w:rPr>
          <w:sz w:val="20"/>
        </w:rPr>
        <w:t>59:01  apne aap ko aap ko is se adjust kiya, to Allah un se raazi ho jayega.</w:t>
      </w:r>
      <w:r>
        <w:br/>
      </w:r>
      <w:r>
        <w:rPr>
          <w:sz w:val="20"/>
        </w:rPr>
        <w:t>59:09  Allah ka jo plan hai, Allah ka jo plan hai, jo creation plan hai, us ke mutabiq jo is ki maaf things hain, to woh hamare hamein pasand aaye ya na pasand aayen,</w:t>
      </w:r>
      <w:r>
        <w:br/>
      </w:r>
      <w:r>
        <w:rPr>
          <w:sz w:val="20"/>
        </w:rPr>
        <w:t>59:26  har haal mein hum is se raazi ho jayen. hamare muwafiq ho, hamare khilaf ho, hamein chot lage ya chot na lage,</w:t>
      </w:r>
      <w:r>
        <w:br/>
      </w:r>
      <w:r>
        <w:rPr>
          <w:sz w:val="20"/>
        </w:rPr>
        <w:t>59:38  hamein shock pounchay ya shock na pounchay, har haal mein hum is par raazi ho jayen. yahi matlab hai "razi allahu anhum wa ridwan" ka ke jo log Allah ki is ki maaf things par raazi ho gaye, to Allah un par raazi ho jayega.</w:t>
      </w:r>
      <w:r>
        <w:br/>
      </w:r>
      <w:r>
        <w:rPr>
          <w:sz w:val="20"/>
        </w:rPr>
        <w:t>59:57  to ek baat yeh hai. doosri baat maine arz ki, jaisa ke abhi ke jo log is par raazi na hon, to kya hota hota hota hai? woh hypocrite bante hain. hypocrite.</w:t>
      </w:r>
      <w:r>
        <w:br/>
      </w:r>
      <w:r>
        <w:rPr>
          <w:sz w:val="20"/>
        </w:rPr>
        <w:t>1:00:10  yani hypocrisy is direct result of non acceptance of reality. kyunke aap kya karenge? badal sakte sakte nahi hain Allah ke naqshe ko.</w:t>
      </w:r>
      <w:r>
        <w:br/>
      </w:r>
      <w:r>
        <w:rPr>
          <w:sz w:val="20"/>
        </w:rPr>
        <w:t>1:00:21  to aap kya karenge? jahan interest kal hoga, wahan aap adjust karenge. jahan interest dekhenge, mein interest kal nahi ho raha hoga, wahan aap bolenge, wahan aap josh dikhayenge, wahan aap violence karenge.</w:t>
      </w:r>
      <w:r>
        <w:br/>
      </w:r>
      <w:r>
        <w:rPr>
          <w:sz w:val="20"/>
        </w:rPr>
        <w:t>1:00:35  to dekhiye, yeh yeh bilkul hi ek simple formula hai ke agar aap chahte hain ke jannat mein mujhe dakhla mile, then you have to accept the reality.</w:t>
      </w:r>
      <w:r>
        <w:br/>
      </w:r>
      <w:r>
        <w:rPr>
          <w:sz w:val="20"/>
        </w:rPr>
        <w:t>1:00:50  aur koi doosra rasta nahi. doosra rasta hai woh kya hai? woh apne aap ko aap kal karna hai, apne aap ko destroy karna hai, apne aap ko tabah karna hai.</w:t>
      </w:r>
    </w:p>
    <w:p>
      <w:pPr>
        <w:pStyle w:val="Heading2"/>
      </w:pPr>
      <w:r>
        <w:t>Science and Big Bang as proof of an unseen Creator</w:t>
      </w:r>
    </w:p>
    <w:p>
      <w:r>
        <w:rPr>
          <w:color w:val="666666"/>
          <w:sz w:val="18"/>
        </w:rPr>
        <w:t>Message of The Quran March 29, 2015 · 4m 55s · at 13:41 · https://youtu.be/61ANCBxSPHs?t=821</w:t>
      </w:r>
    </w:p>
    <w:p>
      <w:r>
        <w:rPr>
          <w:i/>
        </w:rPr>
        <w:t>“سائنس نے بہت زیادہ اس طرح کی چیزیں دریافت کی ہیں جو ایمان میں اضافہ کرتی ہیں”</w:t>
      </w:r>
    </w:p>
    <w:p>
      <w:r>
        <w:rPr>
          <w:sz w:val="20"/>
        </w:rPr>
        <w:t>13:41  ek aur mein misaal deta hoon. dekhiye, science ne bohat zyada is tarah ki cheezein daryaft ki hain. woh hamare liye imaan mein izafa karti hain.</w:t>
      </w:r>
      <w:r>
        <w:br/>
      </w:r>
      <w:r>
        <w:rPr>
          <w:sz w:val="20"/>
        </w:rPr>
        <w:t>13:52  jis cheez ko Quran o Hadees mein kaha gaya hai: "Aadad</w:t>
      </w:r>
      <w:r>
        <w:br/>
      </w:r>
      <w:r>
        <w:rPr>
          <w:sz w:val="20"/>
        </w:rPr>
        <w:t>13:55  Iman". is zamanay mein Aadad Iman ka sab se bara zariya hai science ki Discovery. kyunke science kya hai? woh creation ka mutalia karti hai.</w:t>
      </w:r>
      <w:r>
        <w:br/>
      </w:r>
      <w:r>
        <w:rPr>
          <w:sz w:val="20"/>
        </w:rPr>
        <w:t>14:06  jo World of Creation hai jis ko kehte hain Nature, usi ko to discover karti hai. to usi mein to saari Signs hain, Allah ki Ayaat hain.</w:t>
      </w:r>
      <w:r>
        <w:br/>
      </w:r>
      <w:r>
        <w:rPr>
          <w:sz w:val="20"/>
        </w:rPr>
        <w:t>14:18  goya science ka jo subject hai aala Allah hai.</w:t>
      </w:r>
      <w:r>
        <w:br/>
      </w:r>
      <w:r>
        <w:rPr>
          <w:sz w:val="20"/>
        </w:rPr>
        <w:t>14:24  to dekhiye, mein ek misaal deta hoon.</w:t>
      </w:r>
      <w:r>
        <w:br/>
      </w:r>
      <w:r>
        <w:rPr>
          <w:sz w:val="20"/>
        </w:rPr>
        <w:t>14:30  jo Ancient Philosophers the hazaron saal se, woh yeh kehte thay ke maada qadeem hai. yaani maada jo hai woh eternal hai.</w:t>
      </w:r>
      <w:r>
        <w:br/>
      </w:r>
      <w:r>
        <w:rPr>
          <w:sz w:val="20"/>
        </w:rPr>
        <w:t>14:41  eternity se chala aa raha hai. to yeh jo World of Matter jo hai, yeh saari Universe Matter se bani hai.</w:t>
      </w:r>
      <w:r>
        <w:br/>
      </w:r>
      <w:r>
        <w:rPr>
          <w:sz w:val="20"/>
        </w:rPr>
        <w:t>14:51  to Matter chala aa raha hai hamesha se aur hamesha chalta jaata rahe ga.</w:t>
      </w:r>
      <w:r>
        <w:br/>
      </w:r>
      <w:r>
        <w:rPr>
          <w:sz w:val="20"/>
        </w:rPr>
        <w:t>14:57  to is ka matlab yeh tha ke jab World of Matter eternal hai to ab Khuda ki zaroorat kya hai?</w:t>
      </w:r>
      <w:r>
        <w:br/>
      </w:r>
      <w:r>
        <w:rPr>
          <w:sz w:val="20"/>
        </w:rPr>
        <w:t>15:08  Khuda ki zaroorat kya hai? yeh ek bohat bara masla tha hazaron saal se. kyunke Philosophers ne yeh maan rakha tha ke Matter qadeem hai, maada qadeem hai.</w:t>
      </w:r>
      <w:r>
        <w:br/>
      </w:r>
      <w:r>
        <w:rPr>
          <w:sz w:val="20"/>
        </w:rPr>
        <w:t>15:24  science ne maujooda zamanay mein pehli baar is Myth ko khatam kar diya. kyunke Twentieth Century ke First Quarter mein yeh daryaft hua ke</w:t>
      </w:r>
      <w:r>
        <w:br/>
      </w:r>
      <w:r>
        <w:rPr>
          <w:sz w:val="20"/>
        </w:rPr>
        <w:t>15:42  Universe mein tera billion saal pehle ek Big Bang hua hai. is par mein ne kafi likha hai apni kitabon mein. aap is ko dekh sakte hain.</w:t>
      </w:r>
      <w:r>
        <w:br/>
      </w:r>
      <w:r>
        <w:rPr>
          <w:sz w:val="20"/>
        </w:rPr>
        <w:t>15:51  to ab yeh cheez Establish ho chuki hai ke tera billion saal pehle Big Bang hua aur us waqt Universe ki Beginning hui.</w:t>
      </w:r>
      <w:r>
        <w:br/>
      </w:r>
      <w:r>
        <w:rPr>
          <w:sz w:val="20"/>
        </w:rPr>
        <w:t>16:07  to is se kya sabit hua? is se maada qadeem hai ka nazariya khatam ho gaya. is maani ke yeh maadi dunya jo hai yeh to tera billion saal pehle shuru hui hai.</w:t>
      </w:r>
      <w:r>
        <w:br/>
      </w:r>
      <w:r>
        <w:rPr>
          <w:sz w:val="20"/>
        </w:rPr>
        <w:t>16:22  to Where there is a Beginning, there is a Beginner. Where there is a Beginning, there is a Beginner. to pehle insaan ko pata nahi tha ke kainat ki ek Beginning hai.</w:t>
      </w:r>
      <w:r>
        <w:br/>
      </w:r>
      <w:r>
        <w:rPr>
          <w:sz w:val="20"/>
        </w:rPr>
        <w:t>16:33  to unhon ne rai bana li ke chala aa raha hai hamesha se yeh.</w:t>
      </w:r>
      <w:r>
        <w:br/>
      </w:r>
      <w:r>
        <w:rPr>
          <w:sz w:val="20"/>
        </w:rPr>
        <w:t>16:38  lekin science ne yeh daryaft kiya mukhtalif</w:t>
      </w:r>
      <w:r>
        <w:br/>
      </w:r>
      <w:r>
        <w:rPr>
          <w:sz w:val="20"/>
        </w:rPr>
        <w:t>16:45  yaani Studies ke zariye ke tera billion saal pehle ek ek ek explosion hua bohat bara.</w:t>
      </w:r>
      <w:r>
        <w:br/>
      </w:r>
      <w:r>
        <w:rPr>
          <w:sz w:val="20"/>
        </w:rPr>
        <w:t>16:54  ab wahan se dunya shuru hui. ab bhi Space mein is ke nishanaat mojood hain.</w:t>
      </w:r>
      <w:r>
        <w:br/>
      </w:r>
      <w:r>
        <w:rPr>
          <w:sz w:val="20"/>
        </w:rPr>
        <w:t>17:04  woh jo aik woh jo Explosion hua tha, jo Big Bang hua tha, to us ke kuch nishanaat ab bhi maujood hain Space mein.</w:t>
      </w:r>
      <w:r>
        <w:br/>
      </w:r>
      <w:r>
        <w:rPr>
          <w:sz w:val="20"/>
        </w:rPr>
        <w:t>17:15  un ko pata kiya gaya aur un ka Study ki gayi aur is zamane mein aap jante hain ke aisi Technique daryaft hui hai, aisi Technology jis se umar ka pata chala jata hai.</w:t>
      </w:r>
      <w:r>
        <w:br/>
      </w:r>
      <w:r>
        <w:rPr>
          <w:sz w:val="20"/>
        </w:rPr>
        <w:t>17:30  to in sab cheezon ko le kar ke Study ki gayi. is mein Europe aur America ke bohat se Scientific Minds Involve hue.</w:t>
      </w:r>
      <w:r>
        <w:br/>
      </w:r>
      <w:r>
        <w:rPr>
          <w:sz w:val="20"/>
        </w:rPr>
        <w:t>17:41  aur aakhir kar aik cheez Establish hogi ke tera billion saal pehle aik Big Bang hua, bohat bara Explosion.</w:t>
      </w:r>
      <w:r>
        <w:br/>
      </w:r>
      <w:r>
        <w:rPr>
          <w:sz w:val="20"/>
        </w:rPr>
        <w:t>17:50  ab wahan se dunya shuru hui. to sochne ke baad jo aap sochenge, jo Seen mein aap Unseen ko dekhenge,</w:t>
      </w:r>
      <w:r>
        <w:br/>
      </w:r>
      <w:r>
        <w:rPr>
          <w:sz w:val="20"/>
        </w:rPr>
        <w:t>18:00  yani Ghaib ko dekhenge, yani Allah, yani makhlooqat mein Khaliq ko dekhenge, yeh hai matlab Alam al-Ghaib ka.</w:t>
      </w:r>
      <w:r>
        <w:br/>
      </w:r>
      <w:r>
        <w:rPr>
          <w:sz w:val="20"/>
        </w:rPr>
        <w:t>18:17  yeh hai matlab Alam al-Ghaib ka.</w:t>
      </w:r>
      <w:r>
        <w:br/>
      </w:r>
      <w:r>
        <w:rPr>
          <w:sz w:val="20"/>
        </w:rPr>
        <w:t>18:21  to yahi cheez poore imaniyat ke bare mein, poore deen ke bare mein matloob hai ke woh insaan ke andar Development lana yeh hai nishana hai Quran ka.</w:t>
      </w:r>
    </w:p>
    <w:p>
      <w:pPr>
        <w:pStyle w:val="Heading2"/>
      </w:pPr>
      <w:r>
        <w:t>Casablanca story of being displaced and rescued</w:t>
      </w:r>
    </w:p>
    <w:p>
      <w:r>
        <w:rPr>
          <w:color w:val="666666"/>
          <w:sz w:val="18"/>
        </w:rPr>
        <w:t>Life Without Paradise September 04, 2007 · 4m 11s · at 27:51 · https://youtu.be/pqbXWoTEknk?t=1671</w:t>
      </w:r>
    </w:p>
    <w:p>
      <w:r>
        <w:rPr>
          <w:i/>
        </w:rPr>
        <w:t>“Once I went to Casablanca”</w:t>
      </w:r>
    </w:p>
    <w:p>
      <w:r>
        <w:rPr>
          <w:sz w:val="20"/>
        </w:rPr>
        <w:t>27:51  morocco ka ek city hai casablanca. to wahan mujhe ek conference mein bulaya gaya tha. mosco mein to government wahan ki jo russian government thi usne bulaya tha mujhe.</w:t>
      </w:r>
      <w:r>
        <w:br/>
      </w:r>
      <w:r>
        <w:rPr>
          <w:sz w:val="20"/>
        </w:rPr>
        <w:t>28:06  usi ne ticket bheja tha. to yahan par ek conference hui thi. iska mere paas iski taraf se mera arrange kiya gaya tha mera safar.</w:t>
      </w:r>
      <w:r>
        <w:br/>
      </w:r>
      <w:r>
        <w:rPr>
          <w:sz w:val="20"/>
        </w:rPr>
        <w:t>28:18  to sahib main jab yani yahan se to main baith gaya. lekin jo conference jo kar rahe the jo log unka mere paas kuch bhi nahi tha reference.</w:t>
      </w:r>
      <w:r>
        <w:br/>
      </w:r>
      <w:r>
        <w:rPr>
          <w:sz w:val="20"/>
        </w:rPr>
        <w:t>28:30  kuch bhi nahi tha. bas ticket unhon ne bhej diya tha first class ka. to main samajhta tha ke jab main utrunga wahan casablanca ke airport par to unki taraf se koi aadmi hoga mujhe receive karne ke liye.</w:t>
      </w:r>
      <w:r>
        <w:br/>
      </w:r>
      <w:r>
        <w:rPr>
          <w:sz w:val="20"/>
        </w:rPr>
        <w:t>28:45  to yeh soch kar main chala gaya. ab janab jab main uthta hoon casablanca mein to maine dekha koi aadmi nahi mujh ko receive karne wala wahan.</w:t>
      </w:r>
      <w:r>
        <w:br/>
      </w:r>
      <w:r>
        <w:rPr>
          <w:sz w:val="20"/>
        </w:rPr>
        <w:t>28:54  bohat dhoonda idhar udhar kuch nahi. ab phir main akela ho gaya. ab main wahan par logon se poochta hoon to wahan bhi log jante the russian woh french language.</w:t>
      </w:r>
      <w:r>
        <w:br/>
      </w:r>
      <w:r>
        <w:rPr>
          <w:sz w:val="20"/>
        </w:rPr>
        <w:t>29:06  casablanca mein koi na english janne wala, na koi arabic janne wala, na koi hindi janne wala. sab french janne wale log the wahan par.</w:t>
      </w:r>
      <w:r>
        <w:br/>
      </w:r>
      <w:r>
        <w:rPr>
          <w:sz w:val="20"/>
        </w:rPr>
        <w:t>29:14  ab kisi se baat karoon to woh kuch is se na woh meri baat samjhe na woh na main uski baat samhoon.</w:t>
      </w:r>
      <w:r>
        <w:br/>
      </w:r>
      <w:r>
        <w:rPr>
          <w:sz w:val="20"/>
        </w:rPr>
        <w:t>29:25  kyunke main paanch language mein kuch bol sakta hoon. yani arabic, english aur urdu aur hindi aur persian.</w:t>
      </w:r>
      <w:r>
        <w:br/>
      </w:r>
      <w:r>
        <w:rPr>
          <w:sz w:val="20"/>
        </w:rPr>
        <w:t>29:36  to woh koi kuch nahi jante the woh log. ab bohat hi ajib meri halat hui. agarche mere paas first class ka return ticket tha.</w:t>
      </w:r>
      <w:r>
        <w:br/>
      </w:r>
      <w:r>
        <w:rPr>
          <w:sz w:val="20"/>
        </w:rPr>
        <w:t>29:46  tab bhi ek partial experience hua ke main ek dam woh ho gaya hoon. displaced person ban gaya hoon. displaced person. koi aage nahi peechhe.</w:t>
      </w:r>
      <w:r>
        <w:br/>
      </w:r>
      <w:r>
        <w:rPr>
          <w:sz w:val="20"/>
        </w:rPr>
        <w:t>29:55  kahan jaon? to achaanak khuda ne ek shayad angel tha woh kaun tha? ek aadmi mere paas aaya.</w:t>
      </w:r>
      <w:r>
        <w:br/>
      </w:r>
      <w:r>
        <w:rPr>
          <w:sz w:val="20"/>
        </w:rPr>
        <w:t>30:05  woh tha usne bataya ke main pakistani hoon. mujhe bhi indian, indian aur pakistani to ek hi dikhai padte hain, ek hi jaise.</w:t>
      </w:r>
      <w:r>
        <w:br/>
      </w:r>
      <w:r>
        <w:rPr>
          <w:sz w:val="20"/>
        </w:rPr>
        <w:t>30:15  to usne kaha ke aap ke dekh kar ke main samjha ke aap bhi hamare desh ke hain. to kya problem hai aap ka? to maine bataya ke bhai aisa qissa hai. to mujh ko woh le kar gaya wahan ke is mein police ke is mein.</w:t>
      </w:r>
      <w:r>
        <w:br/>
      </w:r>
      <w:r>
        <w:rPr>
          <w:sz w:val="20"/>
        </w:rPr>
        <w:t>30:32  police walon se poocha ke kya yahan koi conference ho rahi hai? woh french janta tha is liye french mein baat kiya usne. to unhon ne kaha ke haan ho rahi hai falan hotel mein unka ho raha hai.</w:t>
      </w:r>
      <w:r>
        <w:br/>
      </w:r>
      <w:r>
        <w:rPr>
          <w:sz w:val="20"/>
        </w:rPr>
        <w:t>30:46  hotel ka naam bataya is ne. to is aadmi ne kaha ke main is hotel ke gate par aap ko utaar doon ga bas. is ke baad main kuch nahi kar sakta. kyunke wahan bhi bohat regimentation hai is country mein.</w:t>
      </w:r>
      <w:r>
        <w:br/>
      </w:r>
      <w:r>
        <w:rPr>
          <w:sz w:val="20"/>
        </w:rPr>
        <w:t>31:01  to khair is ne bithaya apni gaari par mujh ko. aur le aa kar ke aik bohat bari building thi is ke gate par utaar diya aur is ka foran chala gaya woh.</w:t>
      </w:r>
      <w:r>
        <w:br/>
      </w:r>
      <w:r>
        <w:rPr>
          <w:sz w:val="20"/>
        </w:rPr>
        <w:t>31:11  ab phir main akela gate par darte darte main andar gaya. darte darte andar gaya. to wahan jab andar daakhil hua to dekha ke wahan mere jaan ne wale log to thay woh.</w:t>
      </w:r>
      <w:r>
        <w:br/>
      </w:r>
      <w:r>
        <w:rPr>
          <w:sz w:val="20"/>
        </w:rPr>
        <w:t>31:25  yaani jinhon ne conference ki thi wo to wo log mujh ko jante thay. wo mujh ko pehante thay, main un ko pehanta tha. to achaanak main ne dekha ke ye to falan aadmi hai, wo arab log thay wo.</w:t>
      </w:r>
      <w:r>
        <w:br/>
      </w:r>
      <w:r>
        <w:rPr>
          <w:sz w:val="20"/>
        </w:rPr>
        <w:t>31:37  to wo aalam o saalam marhaba kiya aur unhon ne un ka kaha ke aap ka to room reserve hai, ye ye chabi lijiye. tab ja kar jaan mein jaan aayi.</w:t>
      </w:r>
      <w:r>
        <w:br/>
      </w:r>
      <w:r>
        <w:rPr>
          <w:sz w:val="20"/>
        </w:rPr>
        <w:t>31:46  to khair main ne ye kaha ke mujhe partial experience hua hai is baat ka ke jab aadmi displaced ho jata hai, homeless ho jata hai to is ka kya haal hota hai?</w:t>
      </w:r>
    </w:p>
    <w:p>
      <w:pPr>
        <w:pStyle w:val="Heading2"/>
      </w:pPr>
      <w:r>
        <w:t>The story of paradise, temptation, and Adam's expulsion</w:t>
      </w:r>
    </w:p>
    <w:p>
      <w:r>
        <w:rPr>
          <w:color w:val="666666"/>
          <w:sz w:val="18"/>
        </w:rPr>
        <w:t>The Second Empulsion of Man July 18, 2009 · 4m 59s · at 1:00 · https://youtu.be/cr8jHHM-lnw?t=60</w:t>
      </w:r>
    </w:p>
    <w:p>
      <w:r>
        <w:rPr>
          <w:i/>
        </w:rPr>
        <w:t>“I will begin my talk from the creation of paradise.”</w:t>
      </w:r>
    </w:p>
    <w:p>
      <w:r>
        <w:rPr>
          <w:sz w:val="20"/>
        </w:rPr>
        <w:t>1:00  I will begin my talk from the creation of paradise. God Almighty created paradise as an ideal world, perfect world</w:t>
      </w:r>
      <w:r>
        <w:br/>
      </w:r>
      <w:r>
        <w:rPr>
          <w:sz w:val="20"/>
        </w:rPr>
        <w:t>1:23  In the paradise there was all kind of</w:t>
      </w:r>
      <w:r>
        <w:br/>
      </w:r>
      <w:r>
        <w:rPr>
          <w:sz w:val="20"/>
        </w:rPr>
        <w:t>1:30  comfort and luxury and happiness.</w:t>
      </w:r>
      <w:r>
        <w:br/>
      </w:r>
      <w:r>
        <w:rPr>
          <w:sz w:val="20"/>
        </w:rPr>
        <w:t>1:38  Then God Almighty created Adam as the first human being and also his wife Eve.</w:t>
      </w:r>
      <w:r>
        <w:br/>
      </w:r>
      <w:r>
        <w:rPr>
          <w:sz w:val="20"/>
        </w:rPr>
        <w:t>1:52  God settled Adam in the paradise. He said: "This is the verse of the Quran."</w:t>
      </w:r>
      <w:r>
        <w:br/>
      </w:r>
      <w:r>
        <w:rPr>
          <w:sz w:val="20"/>
        </w:rPr>
        <w:t>2:22  O Adam, you and your wife, 12 in paradise.</w:t>
      </w:r>
      <w:r>
        <w:br/>
      </w:r>
      <w:r>
        <w:rPr>
          <w:sz w:val="20"/>
        </w:rPr>
        <w:t>2:34  With freedom, you can enjoy all the boundaries of your Lord, all the comforts in the paradise.</w:t>
      </w:r>
      <w:r>
        <w:br/>
      </w:r>
      <w:r>
        <w:rPr>
          <w:sz w:val="20"/>
        </w:rPr>
        <w:t>2:47  bat der waz a fibren tree.</w:t>
      </w:r>
      <w:r>
        <w:br/>
      </w:r>
      <w:r>
        <w:rPr>
          <w:sz w:val="20"/>
        </w:rPr>
        <w:t>2:54  god said: "la taqrab shajar fatakoon min az-zalimeen. don't approach this tree, otherwise you will be declared a zalim. " zalim means transgressor.</w:t>
      </w:r>
      <w:r>
        <w:br/>
      </w:r>
      <w:r>
        <w:rPr>
          <w:sz w:val="20"/>
        </w:rPr>
        <w:t>3:18  so this was the only condition.</w:t>
      </w:r>
      <w:r>
        <w:br/>
      </w:r>
      <w:r>
        <w:rPr>
          <w:sz w:val="20"/>
        </w:rPr>
        <w:t>3:23  adam and his wife both started living in the paradise with all kind of happiness.</w:t>
      </w:r>
      <w:r>
        <w:br/>
      </w:r>
      <w:r>
        <w:rPr>
          <w:sz w:val="20"/>
        </w:rPr>
        <w:t>3:35  but after some time, they became victim of their temptation.</w:t>
      </w:r>
      <w:r>
        <w:br/>
      </w:r>
      <w:r>
        <w:rPr>
          <w:sz w:val="20"/>
        </w:rPr>
        <w:t>3:45  so out of temptation, they ate the fruit of fibren tree. this was a case of transgression.</w:t>
      </w:r>
      <w:r>
        <w:br/>
      </w:r>
      <w:r>
        <w:rPr>
          <w:sz w:val="20"/>
        </w:rPr>
        <w:t>4:00  so they, so god expelled them from paradise, and then they settle in the planet earth.</w:t>
      </w:r>
      <w:r>
        <w:br/>
      </w:r>
      <w:r>
        <w:rPr>
          <w:sz w:val="20"/>
        </w:rPr>
        <w:t>4:16  god send that dwel in this planet for a time being.</w:t>
      </w:r>
      <w:r>
        <w:br/>
      </w:r>
      <w:r>
        <w:rPr>
          <w:sz w:val="20"/>
        </w:rPr>
        <w:t>4:27  so the same account to the quran, the condition that was in paradise, the same condition</w:t>
      </w:r>
      <w:r>
        <w:br/>
      </w:r>
      <w:r>
        <w:rPr>
          <w:sz w:val="20"/>
        </w:rPr>
        <w:t>4:41  is here also.</w:t>
      </w:r>
      <w:r>
        <w:br/>
      </w:r>
      <w:r>
        <w:rPr>
          <w:sz w:val="20"/>
        </w:rPr>
        <w:t>4:45  in this world, there is planet earth. man is free, but at the same time, there are some forbidden tree.</w:t>
      </w:r>
      <w:r>
        <w:br/>
      </w:r>
      <w:r>
        <w:rPr>
          <w:sz w:val="20"/>
        </w:rPr>
        <w:t>5:01  so god almighty gave guidance to adam, and he told him and his generation: "not</w:t>
      </w:r>
      <w:r>
        <w:br/>
      </w:r>
      <w:r>
        <w:rPr>
          <w:sz w:val="20"/>
        </w:rPr>
        <w:t>5:20  don't approach the fibren tree. " that is: "don't misuse your freedom,</w:t>
      </w:r>
      <w:r>
        <w:br/>
      </w:r>
      <w:r>
        <w:rPr>
          <w:sz w:val="20"/>
        </w:rPr>
        <w:t>5:30  otherwise you will be declared as a transgressor. " so god almighty created man with conscience, with reason,</w:t>
      </w:r>
      <w:r>
        <w:br/>
      </w:r>
      <w:r>
        <w:rPr>
          <w:sz w:val="20"/>
        </w:rPr>
        <w:t>5:46  with with wisdom. so by nature, he himself was able to distinguish between good and bad.</w:t>
      </w:r>
    </w:p>
    <w:p>
      <w:pPr>
        <w:pStyle w:val="Heading2"/>
      </w:pPr>
      <w:r>
        <w:t>20-minute delay and three-part stomach hadith</w:t>
      </w:r>
    </w:p>
    <w:p>
      <w:r>
        <w:rPr>
          <w:color w:val="666666"/>
          <w:sz w:val="18"/>
        </w:rPr>
        <w:t>The Importance of Intellectual awakening 30 sept, 2007 - Maulana Wahiduddin Khan · 4m 53s · at 13:04 · https://youtu.be/SaIe6RpHEpg?t=784</w:t>
      </w:r>
    </w:p>
    <w:p>
      <w:r>
        <w:rPr>
          <w:i/>
        </w:rPr>
        <w:t>“Abhi maine ek article parha”</w:t>
      </w:r>
    </w:p>
    <w:p>
      <w:r>
        <w:rPr>
          <w:sz w:val="20"/>
        </w:rPr>
        <w:t>13:04  aaj hi subah samajh aai meri. abhi mein ne ek article parha to us mein bataya gaya hai ke jo hum khana khate hain to</w:t>
      </w:r>
      <w:r>
        <w:br/>
      </w:r>
      <w:r>
        <w:rPr>
          <w:sz w:val="20"/>
        </w:rPr>
        <w:t>13:19  khana hum khate hain pait mein, lekin pait nahi janta ke bhar gaya ke nahi bhara. woh to mind janta hai. koi bhi cheez aap samajhte hain ke agar yahan koi mujhe sui chubhae to yeh yeh yeh mera leg nahi janta janega ke sui chubha gai hai.</w:t>
      </w:r>
      <w:r>
        <w:br/>
      </w:r>
      <w:r>
        <w:rPr>
          <w:sz w:val="20"/>
        </w:rPr>
        <w:t>13:37  mind janega. to yeh dekhen ek difference hai. agar aap yahan sui chubhaen to instantly mera mind jaan leta hai ke sui chubhai gai hai.</w:t>
      </w:r>
      <w:r>
        <w:br/>
      </w:r>
      <w:r>
        <w:rPr>
          <w:sz w:val="20"/>
        </w:rPr>
        <w:t>13:48  yahan par ya aap yahan par mujhe aag rakh den to mind instantly jaan lega ke yahan aag rakh di gai hai. lekin jab aap khana khate hain to it takes your body about twenty minutes to signal the body mind that it is yani aap khana kha rahe hain, kha rahe hain, kha rahe hain.</w:t>
      </w:r>
      <w:r>
        <w:br/>
      </w:r>
      <w:r>
        <w:rPr>
          <w:sz w:val="20"/>
        </w:rPr>
        <w:t>14:17  pait bhar gaya aap ka. yani according to the capacity bhar gaya. lekin abhi bhi aap nahi janenge ke bhai pait bhar gaya. ise sare log overeating karte hain.</w:t>
      </w:r>
      <w:r>
        <w:br/>
      </w:r>
      <w:r>
        <w:rPr>
          <w:sz w:val="20"/>
        </w:rPr>
        <w:t>14:29  more than nine percent log overeating karte hain. kyun? mind hi to order karta hai wahan se. mind ko pata nahi. mind ko pata hone mein about twenty minutes lagte hain ke pait bhar gaya.</w:t>
      </w:r>
      <w:r>
        <w:br/>
      </w:r>
      <w:r>
        <w:rPr>
          <w:sz w:val="20"/>
        </w:rPr>
        <w:t>14:47  yeh ek research hui hai ke pait bhar jaye tab bhi pait pait ke paas to samajh hai hi nahi.</w:t>
      </w:r>
      <w:r>
        <w:br/>
      </w:r>
      <w:r>
        <w:rPr>
          <w:sz w:val="20"/>
        </w:rPr>
        <w:t>14:57  pait khud to samajh nahi sakta ke bhar gaya woh. mind batata hai ke bhar gaya. lekin pait ki yeh news mind tak pohnchne mein twenty minutes lagte hain.</w:t>
      </w:r>
      <w:r>
        <w:br/>
      </w:r>
      <w:r>
        <w:rPr>
          <w:sz w:val="20"/>
        </w:rPr>
        <w:t>15:08  about twenty minutes. is ka matlab kya hua? yeh bohat hi important baat hai. is dunya mein aap ka ek bohat bara test hai.</w:t>
      </w:r>
      <w:r>
        <w:br/>
      </w:r>
      <w:r>
        <w:rPr>
          <w:sz w:val="20"/>
        </w:rPr>
        <w:t>15:22  bohat bara test hai. ke aap ko apni aql se har cheez ko peshgi janna parega. har baat ko.</w:t>
      </w:r>
      <w:r>
        <w:br/>
      </w:r>
      <w:r>
        <w:rPr>
          <w:sz w:val="20"/>
        </w:rPr>
        <w:t>15:31  hone se pehle. hone se pehle.</w:t>
      </w:r>
      <w:r>
        <w:br/>
      </w:r>
      <w:r>
        <w:rPr>
          <w:sz w:val="20"/>
        </w:rPr>
        <w:t>15:38  yeh bohat hi bari. you have to know everything beforehand.</w:t>
      </w:r>
      <w:r>
        <w:br/>
      </w:r>
      <w:r>
        <w:rPr>
          <w:sz w:val="20"/>
        </w:rPr>
        <w:t>15:48  hone se pehle aap ko janna parega. nahi to kya hoga? is ke result ka aap result ko bhugtna parega aap ko. yani overeating kar rahe hain, aap overeating kar rahe hain.</w:t>
      </w:r>
      <w:r>
        <w:br/>
      </w:r>
      <w:r>
        <w:rPr>
          <w:sz w:val="20"/>
        </w:rPr>
        <w:t>15:59  to kya hoga? bimari aegi. motapa aega. aap diabetic ho jayenge. to aap ko goya ke twenty minutes pehle apni aql se janna parega.</w:t>
      </w:r>
      <w:r>
        <w:br/>
      </w:r>
      <w:r>
        <w:rPr>
          <w:sz w:val="20"/>
        </w:rPr>
        <w:t>16:13  jis ko hadith mein aaya hai. woh keh jan janne ki kya shakal hai? hadith mein aaya hai, ek waqia aaya hai.</w:t>
      </w:r>
      <w:r>
        <w:br/>
      </w:r>
      <w:r>
        <w:rPr>
          <w:sz w:val="20"/>
        </w:rPr>
        <w:t>16:24  ek aadmi syria se aya. woh us zamane ke lehaaz se doctor tha. yahan par practice karne ke liye. madina mein.</w:t>
      </w:r>
      <w:r>
        <w:br/>
      </w:r>
      <w:r>
        <w:rPr>
          <w:sz w:val="20"/>
        </w:rPr>
        <w:t>16:34  to teen saal tak woh raha aur wahan us ko koi patient nahi mila. teen saal tak. to rasool Allah ke paas aya woh ke mein teen saal se yahan hoon.</w:t>
      </w:r>
      <w:r>
        <w:br/>
      </w:r>
      <w:r>
        <w:rPr>
          <w:sz w:val="20"/>
        </w:rPr>
        <w:t>16:46  mujhe koi patient nahi milta.</w:t>
      </w:r>
      <w:r>
        <w:br/>
      </w:r>
      <w:r>
        <w:rPr>
          <w:sz w:val="20"/>
        </w:rPr>
        <w:t>16:50  to ab mein ja raha hoon wapas. rasool Allah ne kaha ke hum log jab marna hota hai tab bhi bemar hote hain. is se pehle bemar hi nahi hote hum.</w:t>
      </w:r>
      <w:r>
        <w:br/>
      </w:r>
      <w:r>
        <w:rPr>
          <w:sz w:val="20"/>
        </w:rPr>
        <w:t>17:01  to us ne kaha ke woh kaise? kaha ke us ne kaha hum apne pait ke teen hisse karte hain. apne pait ke teen hisse karte hain.</w:t>
      </w:r>
      <w:r>
        <w:br/>
      </w:r>
      <w:r>
        <w:rPr>
          <w:sz w:val="20"/>
        </w:rPr>
        <w:t>17:13  ek hisse mein khana, ek hisse mein pani. yeh sara hissa khali. yeh yeh hadith bhi aaj hi mujhe samajh aai.</w:t>
      </w:r>
      <w:r>
        <w:br/>
      </w:r>
      <w:r>
        <w:rPr>
          <w:sz w:val="20"/>
        </w:rPr>
        <w:t>17:21  jab mein ne yeh parha.</w:t>
      </w:r>
      <w:r>
        <w:br/>
      </w:r>
      <w:r>
        <w:rPr>
          <w:sz w:val="20"/>
        </w:rPr>
        <w:t>17:27  ke hum apne pait ke teen hisse karte hain. ek hissa khana, ek hissa pani. aur teesra hissa khali. khali ka matlab kya hai?</w:t>
      </w:r>
      <w:r>
        <w:br/>
      </w:r>
      <w:r>
        <w:rPr>
          <w:sz w:val="20"/>
        </w:rPr>
        <w:t>17:37  khali ka matlab yahi hai ke pait bharne se pehle hum yeh samajhte hain ke pait bhar gaya. anticipate karte hain.</w:t>
      </w:r>
      <w:r>
        <w:br/>
      </w:r>
      <w:r>
        <w:rPr>
          <w:sz w:val="20"/>
        </w:rPr>
        <w:t>17:49  pait bharne se pehle hum apni aql se yeh jaan lete hain ke pait bhar gaya, bas chhoro khana.</w:t>
      </w:r>
    </w:p>
    <w:p>
      <w:pPr>
        <w:pStyle w:val="Heading2"/>
      </w:pPr>
      <w:r>
        <w:t>Doomsday conditional on conveying God's message</w:t>
      </w:r>
    </w:p>
    <w:p>
      <w:r>
        <w:rPr>
          <w:color w:val="666666"/>
          <w:sz w:val="18"/>
        </w:rPr>
        <w:t>Muslims in 21st Century (In Conversation with Maulana) 11 04 10 · 5m 35s · at 0:40 · https://youtu.be/MkMop0icjSc?t=40</w:t>
      </w:r>
    </w:p>
    <w:p>
      <w:r>
        <w:rPr>
          <w:i/>
        </w:rPr>
        <w:t>“Yeh bahut zyada serious baat hai”</w:t>
      </w:r>
    </w:p>
    <w:p>
      <w:r>
        <w:rPr>
          <w:sz w:val="20"/>
        </w:rPr>
        <w:t>0:40  bohat zyada serious baat hai.</w:t>
      </w:r>
      <w:r>
        <w:br/>
      </w:r>
      <w:r>
        <w:rPr>
          <w:sz w:val="20"/>
        </w:rPr>
        <w:t>0:50  Qayamat is waqt aayegi jabke logon ko bata diya gaya ho.</w:t>
      </w:r>
      <w:r>
        <w:br/>
      </w:r>
      <w:r>
        <w:rPr>
          <w:sz w:val="20"/>
        </w:rPr>
        <w:t>1:00  Quran mein bohat hi wazeh tor par yeh usool bataya gaya hai ke ma kaana Allah li yuhlik al</w:t>
      </w:r>
      <w:r>
        <w:br/>
      </w:r>
      <w:r>
        <w:rPr>
          <w:sz w:val="20"/>
        </w:rPr>
        <w:t>1:10  quraa bidlun wa huwa ghafiloon.</w:t>
      </w:r>
      <w:r>
        <w:br/>
      </w:r>
      <w:r>
        <w:rPr>
          <w:sz w:val="20"/>
        </w:rPr>
        <w:t>1:17  Allah ka yeh tareeqa nahi ke insaanoun ko halak kare jabke woh bekhabar hon.</w:t>
      </w:r>
      <w:r>
        <w:br/>
      </w:r>
      <w:r>
        <w:rPr>
          <w:sz w:val="20"/>
        </w:rPr>
        <w:t>1:25  To Allah qayamat kya hai? Ek universal harkat hai yeh.</w:t>
      </w:r>
      <w:r>
        <w:br/>
      </w:r>
      <w:r>
        <w:rPr>
          <w:sz w:val="20"/>
        </w:rPr>
        <w:t>1:32  To yeh kab aayegi? Jab logon ko unawareness tod diya</w:t>
      </w:r>
      <w:r>
        <w:br/>
      </w:r>
      <w:r>
        <w:rPr>
          <w:sz w:val="20"/>
        </w:rPr>
        <w:t>1:40  gaya ho.</w:t>
      </w:r>
      <w:r>
        <w:br/>
      </w:r>
      <w:r>
        <w:rPr>
          <w:sz w:val="20"/>
        </w:rPr>
        <w:t>1:45  Allah ke creation plan ne bata diya gaya ho.</w:t>
      </w:r>
      <w:r>
        <w:br/>
      </w:r>
      <w:r>
        <w:rPr>
          <w:sz w:val="20"/>
        </w:rPr>
        <w:t>1:50  Qayamat kyun aa rahi hai? Yeh is se inko ba-khabar kar diya gaya ho.</w:t>
      </w:r>
      <w:r>
        <w:br/>
      </w:r>
      <w:r>
        <w:rPr>
          <w:sz w:val="20"/>
        </w:rPr>
        <w:t>1:55  Woh nahi ruki rahe gi.</w:t>
      </w:r>
      <w:r>
        <w:br/>
      </w:r>
      <w:r>
        <w:rPr>
          <w:sz w:val="20"/>
        </w:rPr>
        <w:t>2:00  Dekhein aaj kal jo global warming hai, saare log maante hain ke man-made problem hai.</w:t>
      </w:r>
      <w:r>
        <w:br/>
      </w:r>
      <w:r>
        <w:rPr>
          <w:sz w:val="20"/>
        </w:rPr>
        <w:t>2:05  Tamam scientists, yani hamari factories se, hamari industries se jo carbon emission hota hai,</w:t>
      </w:r>
      <w:r>
        <w:br/>
      </w:r>
      <w:r>
        <w:rPr>
          <w:sz w:val="20"/>
        </w:rPr>
        <w:t>2:10  iski wajah se yeh global warming hai.</w:t>
      </w:r>
      <w:r>
        <w:br/>
      </w:r>
      <w:r>
        <w:rPr>
          <w:sz w:val="20"/>
        </w:rPr>
        <w:t>2:16  Yeh saare scientists maante hain.</w:t>
      </w:r>
      <w:r>
        <w:br/>
      </w:r>
      <w:r>
        <w:rPr>
          <w:sz w:val="20"/>
        </w:rPr>
        <w:t>2:21  Achha iski wajah se kya ho raha hai? Ke duniya se pani khatam ho raha hai.</w:t>
      </w:r>
      <w:r>
        <w:br/>
      </w:r>
      <w:r>
        <w:rPr>
          <w:sz w:val="20"/>
        </w:rPr>
        <w:t>2:27  glishair pighal rahe hain.</w:t>
      </w:r>
      <w:r>
        <w:br/>
      </w:r>
      <w:r>
        <w:rPr>
          <w:sz w:val="20"/>
        </w:rPr>
        <w:t>2:32  ais barg pighal rahi hai.</w:t>
      </w:r>
      <w:r>
        <w:br/>
      </w:r>
      <w:r>
        <w:rPr>
          <w:sz w:val="20"/>
        </w:rPr>
        <w:t>2:38  aur jo is par pol par, sautha pol, north pol par jo barf hai woh pighal rahi hai.</w:t>
      </w:r>
      <w:r>
        <w:br/>
      </w:r>
      <w:r>
        <w:rPr>
          <w:sz w:val="20"/>
        </w:rPr>
        <w:t>2:43  to yeh sab pani yeh yeh tha, yeh jo tha pani, yeh fresh water ka store tha yeh.</w:t>
      </w:r>
      <w:r>
        <w:br/>
      </w:r>
      <w:r>
        <w:rPr>
          <w:sz w:val="20"/>
        </w:rPr>
        <w:t>2:48  pighal pighal woh kahan ja raha hai? samandar mein ja raha hai.</w:t>
      </w:r>
      <w:r>
        <w:br/>
      </w:r>
      <w:r>
        <w:rPr>
          <w:sz w:val="20"/>
        </w:rPr>
        <w:t>2:53  yani phir woh salty water ban raha hai.</w:t>
      </w:r>
      <w:r>
        <w:br/>
      </w:r>
      <w:r>
        <w:rPr>
          <w:sz w:val="20"/>
        </w:rPr>
        <w:t>2:58  khuda ne is salty water ko barish ke zareeye se alag kiya aur fresh water, meetha water bana</w:t>
      </w:r>
      <w:r>
        <w:br/>
      </w:r>
      <w:r>
        <w:rPr>
          <w:sz w:val="20"/>
        </w:rPr>
        <w:t>3:03  kar is ko store kar diya bare bare barf ke pahad ki shakal mein.</w:t>
      </w:r>
      <w:r>
        <w:br/>
      </w:r>
      <w:r>
        <w:rPr>
          <w:sz w:val="20"/>
        </w:rPr>
        <w:t>3:08  aur global warming mein sab pighal raha hai, pighal p</w:t>
      </w:r>
      <w:r>
        <w:br/>
      </w:r>
      <w:r>
        <w:rPr>
          <w:sz w:val="20"/>
        </w:rPr>
        <w:t>3:13  ighal sab. kitni nadiyaan sookh gayeen, Ganga, Jamna ka pani bohat kam ho gaya. har taraf yahi ho raha hai. Fresh water khatam ho raha hai aur samandar jo salty water hai is ka level barh raha hai. to yeh man-made problem hai. to mera manna yeh hai ke insaan apne ko museebaton mein daale to Khuda</w:t>
      </w:r>
      <w:r>
        <w:br/>
      </w:r>
      <w:r>
        <w:rPr>
          <w:sz w:val="20"/>
        </w:rPr>
        <w:t>3:43  da ko is ki parwah nahi hai.</w:t>
      </w:r>
      <w:r>
        <w:br/>
      </w:r>
      <w:r>
        <w:rPr>
          <w:sz w:val="20"/>
        </w:rPr>
        <w:t>3:49  khuda ko parwah yeh hai ke woh insan ko bata de woh.</w:t>
      </w:r>
      <w:r>
        <w:br/>
      </w:r>
      <w:r>
        <w:rPr>
          <w:sz w:val="20"/>
        </w:rPr>
        <w:t>3:56  to yeh jo pani ki jo itni bari kami ho gayi hai dunya bhar mein, woh man-made problem hai.</w:t>
      </w:r>
      <w:r>
        <w:br/>
      </w:r>
      <w:r>
        <w:rPr>
          <w:sz w:val="20"/>
        </w:rPr>
        <w:t>4:02  global warming ko sare scientists man-made kehte hain.</w:t>
      </w:r>
      <w:r>
        <w:br/>
      </w:r>
      <w:r>
        <w:rPr>
          <w:sz w:val="20"/>
        </w:rPr>
        <w:t>4:08  to khuda ko, khudaye khuda concern nahi hai ke aap apne problem create kar ke</w:t>
      </w:r>
      <w:r>
        <w:br/>
      </w:r>
      <w:r>
        <w:rPr>
          <w:sz w:val="20"/>
        </w:rPr>
        <w:t>4:14  pani ka muhti ziyada kami ho jaye, zameenein banjar ho jayein.</w:t>
      </w:r>
      <w:r>
        <w:br/>
      </w:r>
      <w:r>
        <w:rPr>
          <w:sz w:val="20"/>
        </w:rPr>
        <w:t>4:18  yeh khuda ka problem nahi hai.</w:t>
      </w:r>
      <w:r>
        <w:br/>
      </w:r>
      <w:r>
        <w:rPr>
          <w:sz w:val="20"/>
        </w:rPr>
        <w:t>4:23  yeh aap janiye.</w:t>
      </w:r>
      <w:r>
        <w:br/>
      </w:r>
      <w:r>
        <w:rPr>
          <w:sz w:val="20"/>
        </w:rPr>
        <w:t>4:27  khuda jo doomsday lane wala hai, us se pehle khuda yeh zaroor chahega, chahta hai ke yeh</w:t>
      </w:r>
      <w:r>
        <w:br/>
      </w:r>
      <w:r>
        <w:rPr>
          <w:sz w:val="20"/>
        </w:rPr>
        <w:t>4:31  itkhal e kalma ho jaye.</w:t>
      </w:r>
      <w:r>
        <w:br/>
      </w:r>
      <w:r>
        <w:rPr>
          <w:sz w:val="20"/>
        </w:rPr>
        <w:t>4:36  yani word of God, Allah ka paigham, creation plan of God se logon ko ba-khabar kar diya jaye.</w:t>
      </w:r>
      <w:r>
        <w:br/>
      </w:r>
      <w:r>
        <w:rPr>
          <w:sz w:val="20"/>
        </w:rPr>
        <w:t>4:40  ma kan Allah</w:t>
      </w:r>
      <w:r>
        <w:br/>
      </w:r>
      <w:r>
        <w:rPr>
          <w:sz w:val="20"/>
        </w:rPr>
        <w:t>4:44  liya al qaraa bizl wahu ghafiloon.</w:t>
      </w:r>
      <w:r>
        <w:br/>
      </w:r>
      <w:r>
        <w:rPr>
          <w:sz w:val="20"/>
        </w:rPr>
        <w:t>4:49  is se yeh baat do do char ki tarah sabit hoti hai.</w:t>
      </w:r>
      <w:r>
        <w:br/>
      </w:r>
      <w:r>
        <w:rPr>
          <w:sz w:val="20"/>
        </w:rPr>
        <w:t>4:53  to kitni sangin baat hai, yaad rakhiye.</w:t>
      </w:r>
      <w:r>
        <w:br/>
      </w:r>
      <w:r>
        <w:rPr>
          <w:sz w:val="20"/>
        </w:rPr>
        <w:t>4:57  yani ain mumkin hai ke hum pani ke baghair tarp rahe hon, phir bhi qayamat ruki rahe.</w:t>
      </w:r>
      <w:r>
        <w:br/>
      </w:r>
      <w:r>
        <w:rPr>
          <w:sz w:val="20"/>
        </w:rPr>
        <w:t>5:02  kyunke abhi yeh logon tak baat pohnchi nahin.</w:t>
      </w:r>
      <w:r>
        <w:br/>
      </w:r>
      <w:r>
        <w:rPr>
          <w:sz w:val="20"/>
        </w:rPr>
        <w:t>5:06  achha ghor kijiye, hum machhli ke tarp rahe hain, machhli ki tarah se pani ke baghair.</w:t>
      </w:r>
      <w:r>
        <w:br/>
      </w:r>
      <w:r>
        <w:rPr>
          <w:sz w:val="20"/>
        </w:rPr>
        <w:t>5:10  lekin Khuda qayamat ko roke rahega, roke rahega us waqt tak jab tak ke</w:t>
      </w:r>
      <w:r>
        <w:br/>
      </w:r>
      <w:r>
        <w:rPr>
          <w:sz w:val="20"/>
        </w:rPr>
        <w:t>5:15  logon ke unawareness ko tod na diya jaye. Allah ke creation plan se logon ko ba-khabar na kar diya jaye. is liye main kehta hoon ke aap log jo jo is is baat ko jante hain, un ka koi doosra concern nahin hona chahiye is aayat ke ke itkhaal-e-kalima. aaj kal kya hai? koi family ka ab bana gaya hai, family par apna sara kharcha, sari kamai kharch kar raha hai. koi apne business mein lag</w:t>
      </w:r>
      <w:r>
        <w:br/>
      </w:r>
      <w:r>
        <w:rPr>
          <w:sz w:val="20"/>
        </w:rPr>
        <w:t>5:45  hua hai, koi apne bachchon ki taraqqi mein laga hua hai.</w:t>
      </w:r>
      <w:r>
        <w:br/>
      </w:r>
      <w:r>
        <w:rPr>
          <w:sz w:val="20"/>
        </w:rPr>
        <w:t>5:49  yeh sab ab haram ho chuka hai, yaad rakhiye.</w:t>
      </w:r>
      <w:r>
        <w:br/>
      </w:r>
      <w:r>
        <w:rPr>
          <w:sz w:val="20"/>
        </w:rPr>
        <w:t>5:53  kyunke insaniyat khatre mein hai.</w:t>
      </w:r>
      <w:r>
        <w:br/>
      </w:r>
      <w:r>
        <w:rPr>
          <w:sz w:val="20"/>
        </w:rPr>
        <w:t>5:58  insaniyat is khatre mein hai ke log pani ke baghair tarpein aur qayamat ruki bhi rahe, qayamat bhi na ho.</w:t>
      </w:r>
      <w:r>
        <w:br/>
      </w:r>
      <w:r>
        <w:rPr>
          <w:sz w:val="20"/>
        </w:rPr>
        <w:t>6:02  kya karenge aap? woh waqt aa gaya ke log kahenge meri family bhaad mein jaaye, mera</w:t>
      </w:r>
      <w:r>
        <w:br/>
      </w:r>
      <w:r>
        <w:rPr>
          <w:sz w:val="20"/>
        </w:rPr>
        <w:t>6:06  business bhaad mein jaaye, mere bete bhaad mein jayen, mujhe to itkhaal kalma karna hai.</w:t>
      </w:r>
      <w:r>
        <w:br/>
      </w:r>
      <w:r>
        <w:rPr>
          <w:sz w:val="20"/>
        </w:rPr>
        <w:t>6:11  nahin to saare log pakde jayenge, yaad rakh</w:t>
      </w:r>
    </w:p>
    <w:p>
      <w:pPr>
        <w:pStyle w:val="Heading2"/>
      </w:pPr>
      <w:r>
        <w:t>From polytheism to monotheism via science and contemplation</w:t>
      </w:r>
    </w:p>
    <w:p>
      <w:r>
        <w:rPr>
          <w:color w:val="666666"/>
          <w:sz w:val="18"/>
        </w:rPr>
        <w:t>Living with God | April 18, 2007 | Maulana Wahiduddin Khan · 4m 04s · at 50:51 · https://youtu.be/5C9rQDceRV4?t=3051</w:t>
      </w:r>
    </w:p>
    <w:p>
      <w:r>
        <w:rPr>
          <w:i/>
        </w:rPr>
        <w:t>“In olden days it was held that God are millions”</w:t>
      </w:r>
    </w:p>
    <w:p>
      <w:r>
        <w:rPr>
          <w:sz w:val="20"/>
        </w:rPr>
        <w:t>50:51  in olden days it was held that God are millions and millions.</w:t>
      </w:r>
      <w:r>
        <w:br/>
      </w:r>
      <w:r>
        <w:rPr>
          <w:sz w:val="20"/>
        </w:rPr>
        <w:t>50:59  There are millions and millions of gods. How?</w:t>
      </w:r>
      <w:r>
        <w:br/>
      </w:r>
      <w:r>
        <w:rPr>
          <w:sz w:val="20"/>
        </w:rPr>
        <w:t>51:06  Man observes that there are different things like sun, moon, river, mountain, trees.</w:t>
      </w:r>
      <w:r>
        <w:br/>
      </w:r>
      <w:r>
        <w:rPr>
          <w:sz w:val="20"/>
        </w:rPr>
        <w:t>51:14  So he observes that there are different kinds</w:t>
      </w:r>
      <w:r>
        <w:br/>
      </w:r>
      <w:r>
        <w:rPr>
          <w:sz w:val="20"/>
        </w:rPr>
        <w:t>51:21  of things.</w:t>
      </w:r>
      <w:r>
        <w:br/>
      </w:r>
      <w:r>
        <w:rPr>
          <w:sz w:val="20"/>
        </w:rPr>
        <w:t>51:29  So he inferred, so he reached this conclusion by inference that if there are different kinds of things</w:t>
      </w:r>
      <w:r>
        <w:br/>
      </w:r>
      <w:r>
        <w:rPr>
          <w:sz w:val="20"/>
        </w:rPr>
        <w:t>51:37  in the universe then there are many, many gods.</w:t>
      </w:r>
      <w:r>
        <w:br/>
      </w:r>
      <w:r>
        <w:rPr>
          <w:sz w:val="20"/>
        </w:rPr>
        <w:t>51:45  So this observation led man to polytheism, that God is</w:t>
      </w:r>
      <w:r>
        <w:br/>
      </w:r>
      <w:r>
        <w:rPr>
          <w:sz w:val="20"/>
        </w:rPr>
        <w:t>51:53  gods are millions and billions of gods.</w:t>
      </w:r>
      <w:r>
        <w:br/>
      </w:r>
      <w:r>
        <w:rPr>
          <w:sz w:val="20"/>
        </w:rPr>
        <w:t>52:03  Then after observation then we reached to the scientific era.</w:t>
      </w:r>
      <w:r>
        <w:br/>
      </w:r>
      <w:r>
        <w:rPr>
          <w:sz w:val="20"/>
        </w:rPr>
        <w:t>52:13  When man reached to the scientific era then again there was observation with modern scientific methods.</w:t>
      </w:r>
      <w:r>
        <w:br/>
      </w:r>
      <w:r>
        <w:rPr>
          <w:sz w:val="20"/>
        </w:rPr>
        <w:t>52:24  Then Newton discovered that there are four forces that basically rule the universe.</w:t>
      </w:r>
      <w:r>
        <w:br/>
      </w:r>
      <w:r>
        <w:rPr>
          <w:sz w:val="20"/>
        </w:rPr>
        <w:t>52:30  Four forces, not many, not millions and billions.</w:t>
      </w:r>
      <w:r>
        <w:br/>
      </w:r>
      <w:r>
        <w:rPr>
          <w:sz w:val="20"/>
        </w:rPr>
        <w:t>52:36  Only four forces govern the whole universe.</w:t>
      </w:r>
      <w:r>
        <w:br/>
      </w:r>
      <w:r>
        <w:rPr>
          <w:sz w:val="20"/>
        </w:rPr>
        <w:t>52:42  But this was not the end of the research.</w:t>
      </w:r>
      <w:r>
        <w:br/>
      </w:r>
      <w:r>
        <w:rPr>
          <w:sz w:val="20"/>
        </w:rPr>
        <w:t>52:48  After 300 years of research now we know that New</w:t>
      </w:r>
      <w:r>
        <w:br/>
      </w:r>
      <w:r>
        <w:rPr>
          <w:sz w:val="20"/>
        </w:rPr>
        <w:t>52:54  ton's formula is discarded.</w:t>
      </w:r>
      <w:r>
        <w:br/>
      </w:r>
      <w:r>
        <w:rPr>
          <w:sz w:val="20"/>
        </w:rPr>
        <w:t>53:04  And now you know that a British scientist has discovered that a single force is mainly responsible to</w:t>
      </w:r>
      <w:r>
        <w:br/>
      </w:r>
      <w:r>
        <w:rPr>
          <w:sz w:val="20"/>
        </w:rPr>
        <w:t>53:14  rule the to control all the universe.</w:t>
      </w:r>
      <w:r>
        <w:br/>
      </w:r>
      <w:r>
        <w:rPr>
          <w:sz w:val="20"/>
        </w:rPr>
        <w:t>53:24  He has named it single string theory, single string, single string.</w:t>
      </w:r>
      <w:r>
        <w:br/>
      </w:r>
      <w:r>
        <w:rPr>
          <w:sz w:val="20"/>
        </w:rPr>
        <w:t>53:34  So now after a long, long study we came to know that God is only one.</w:t>
      </w:r>
      <w:r>
        <w:br/>
      </w:r>
      <w:r>
        <w:rPr>
          <w:sz w:val="20"/>
        </w:rPr>
        <w:t>53:44  This theory provides us a base, a base</w:t>
      </w:r>
      <w:r>
        <w:br/>
      </w:r>
      <w:r>
        <w:rPr>
          <w:sz w:val="20"/>
        </w:rPr>
        <w:t>53:54  of monotheism.</w:t>
      </w:r>
      <w:r>
        <w:br/>
      </w:r>
      <w:r>
        <w:rPr>
          <w:sz w:val="20"/>
        </w:rPr>
        <w:t>54:02  This scientific theory that is called single string theory it is a scientific base to believe that God is one.</w:t>
      </w:r>
      <w:r>
        <w:br/>
      </w:r>
      <w:r>
        <w:rPr>
          <w:sz w:val="20"/>
        </w:rPr>
        <w:t>54:09  This is what it is this which is called what is called in Islam, which is called in</w:t>
      </w:r>
      <w:r>
        <w:br/>
      </w:r>
      <w:r>
        <w:rPr>
          <w:sz w:val="20"/>
        </w:rPr>
        <w:t>54:17  the Quran tadabbur and tafakkur or contemplation. So through</w:t>
      </w:r>
      <w:r>
        <w:br/>
      </w:r>
      <w:r>
        <w:rPr>
          <w:sz w:val="20"/>
        </w:rPr>
        <w:t>54:24  contemplation you discover, through contemplation we discover all these things.</w:t>
      </w:r>
      <w:r>
        <w:br/>
      </w:r>
      <w:r>
        <w:rPr>
          <w:sz w:val="20"/>
        </w:rPr>
        <w:t>54:35  So I think that living with God needs contemplation, tadabbur and tafakkur.</w:t>
      </w:r>
      <w:r>
        <w:br/>
      </w:r>
      <w:r>
        <w:rPr>
          <w:sz w:val="20"/>
        </w:rPr>
        <w:t>54:46  Through contemplation we become able to remove all those barriers between us and God</w:t>
      </w:r>
    </w:p>
    <w:p>
      <w:pPr>
        <w:pStyle w:val="Heading2"/>
      </w:pPr>
      <w:r>
        <w:t>Resolving a mob conflict with wisdom and conscience</w:t>
      </w:r>
    </w:p>
    <w:p>
      <w:r>
        <w:rPr>
          <w:color w:val="666666"/>
          <w:sz w:val="18"/>
        </w:rPr>
        <w:t>ABC of Life | December 3, 2007 · 5m 32s · at 26:09 · https://youtu.be/SNkPFmNjhjY?t=1569</w:t>
      </w:r>
    </w:p>
    <w:p>
      <w:r>
        <w:rPr>
          <w:i/>
        </w:rPr>
        <w:t>“He was in the office downstairs”</w:t>
      </w:r>
    </w:p>
    <w:p>
      <w:r>
        <w:rPr>
          <w:sz w:val="20"/>
        </w:rPr>
        <w:t>26:09  gun le kar nahi nikle.</w:t>
      </w:r>
      <w:r>
        <w:br/>
      </w:r>
      <w:r>
        <w:rPr>
          <w:sz w:val="20"/>
        </w:rPr>
        <w:t>26:13  woh is kamre, is ghar mein neeche un ka office tha, is mein woh maujood the.</w:t>
      </w:r>
      <w:r>
        <w:br/>
      </w:r>
      <w:r>
        <w:rPr>
          <w:sz w:val="20"/>
        </w:rPr>
        <w:t>26:18  to office se akele nikle, kisi ko saath bhi nahi liya unhon ne.</w:t>
      </w:r>
      <w:r>
        <w:br/>
      </w:r>
      <w:r>
        <w:rPr>
          <w:sz w:val="20"/>
        </w:rPr>
        <w:t>26:22  wahan aur bhi kai log the un ke office ke, akele nikle baghair kisi hathiyar, koi danda bhi</w:t>
      </w:r>
      <w:r>
        <w:br/>
      </w:r>
      <w:r>
        <w:rPr>
          <w:sz w:val="20"/>
        </w:rPr>
        <w:t>26:27  haath mein nahi.</w:t>
      </w:r>
      <w:r>
        <w:br/>
      </w:r>
      <w:r>
        <w:rPr>
          <w:sz w:val="20"/>
        </w:rPr>
        <w:t>26:31  road par aaye, unhon ne kya kiya? unhon ne sab se pehla sawal yeh kiya ke aap logon</w:t>
      </w:r>
      <w:r>
        <w:br/>
      </w:r>
      <w:r>
        <w:rPr>
          <w:sz w:val="20"/>
        </w:rPr>
        <w:t>26:36  ka leader kaun hai? kyunke dekhiye, yeh bhi yaad rakhiye</w:t>
      </w:r>
      <w:r>
        <w:br/>
      </w:r>
      <w:r>
        <w:rPr>
          <w:sz w:val="20"/>
        </w:rPr>
        <w:t>26:40  ke mob se baat nahi kar sakte aap.</w:t>
      </w:r>
      <w:r>
        <w:br/>
      </w:r>
      <w:r>
        <w:rPr>
          <w:sz w:val="20"/>
        </w:rPr>
        <w:t>26:44  ek mob khara hua hai, crowd khara hua hai, us se kaise baat karen ge aap? to aap</w:t>
      </w:r>
      <w:r>
        <w:br/>
      </w:r>
      <w:r>
        <w:rPr>
          <w:sz w:val="20"/>
        </w:rPr>
        <w:t>26:48  ko chahiye ke us ke koi jo represent kar raha hai, us mob ko, us ko, us ko,</w:t>
      </w:r>
      <w:r>
        <w:br/>
      </w:r>
      <w:r>
        <w:rPr>
          <w:sz w:val="20"/>
        </w:rPr>
        <w:t>26:51  us se baat karen.</w:t>
      </w:r>
      <w:r>
        <w:br/>
      </w:r>
      <w:r>
        <w:rPr>
          <w:sz w:val="20"/>
        </w:rPr>
        <w:t>26:55  yeh hai wisdom.</w:t>
      </w:r>
      <w:r>
        <w:br/>
      </w:r>
      <w:r>
        <w:rPr>
          <w:sz w:val="20"/>
        </w:rPr>
        <w:t>26:59  to unhon ne kaha ke aap ke aap ka leader kaun hai? to ek sahib the, un ka</w:t>
      </w:r>
      <w:r>
        <w:br/>
      </w:r>
      <w:r>
        <w:rPr>
          <w:sz w:val="20"/>
        </w:rPr>
        <w:t>27:03  naam tha Mr. Sound, woh shayari bhi karte the aur wahan ke local leader the.</w:t>
      </w:r>
      <w:r>
        <w:br/>
      </w:r>
      <w:r>
        <w:rPr>
          <w:sz w:val="20"/>
        </w:rPr>
        <w:t>27:06  woh toh un ka naam tha</w:t>
      </w:r>
      <w:r>
        <w:br/>
      </w:r>
      <w:r>
        <w:rPr>
          <w:sz w:val="20"/>
        </w:rPr>
        <w:t>27:10  Mr. Sond. woh samne aaye ke bataiye kya kehna hai aap ko? ab dekhiye, doosri aqalmandi unhone yeh ki ke wahan par baat nahi ki. wahan par jahan woh apne crowd ke sath khade hue hain, wahan normal tareeqe se aap baat nahi kar sakte. to Mr. Sond se unhone kaha ke aaiye, aap kamre mein aaiyega, abhi hum log baat kar lete hain. aur crowd ko kaha ke aap log thehriye, road par rahiye, aap log. to akele un ko kamre mein le gaye.</w:t>
      </w:r>
      <w:r>
        <w:br/>
      </w:r>
      <w:r>
        <w:rPr>
          <w:sz w:val="20"/>
        </w:rPr>
        <w:t>27:40  poore mob se baat nahi kar sakte aap. aur mob ke andar jab leader khada ho, tab bhi baat nahi kar sakte aap. kyunke ego activate hota rahega. to unhone kiya kiya ke un ko le gaye apne kamre mein, wahan bithaya, bithaya, kursi par bithaya. khade aadmi ko aap bitha dein, tab bhi woh pacify ho jayega thoda sa. yaani hamare bhai ne aakhri had tak koshish ki ke un ka ego na bhadkne paye, balkeh con</w:t>
      </w:r>
      <w:r>
        <w:br/>
      </w:r>
      <w:r>
        <w:rPr>
          <w:sz w:val="20"/>
        </w:rPr>
        <w:t>28:10  shins jo hai, woh activate ho.</w:t>
      </w:r>
      <w:r>
        <w:br/>
      </w:r>
      <w:r>
        <w:rPr>
          <w:sz w:val="20"/>
        </w:rPr>
        <w:t>28:14  toh wahan bithaya unhon ne.</w:t>
      </w:r>
      <w:r>
        <w:br/>
      </w:r>
      <w:r>
        <w:rPr>
          <w:sz w:val="20"/>
        </w:rPr>
        <w:t>28:19  is ke baad kaha ke mister sond, bataiye kya baat hai? toh unhon ne kaha ke aap hamare</w:t>
      </w:r>
      <w:r>
        <w:br/>
      </w:r>
      <w:r>
        <w:rPr>
          <w:sz w:val="20"/>
        </w:rPr>
        <w:t>28:23  hindu bhai ka aap ki zameen par qabza kar rakha hai, aap ne.</w:t>
      </w:r>
      <w:r>
        <w:br/>
      </w:r>
      <w:r>
        <w:rPr>
          <w:sz w:val="20"/>
        </w:rPr>
        <w:t>28:27  kaise aap ki himmat pari ke aap qabza kar lein us ko? toh hamare bhai bharke nahin.</w:t>
      </w:r>
      <w:r>
        <w:br/>
      </w:r>
      <w:r>
        <w:rPr>
          <w:sz w:val="20"/>
        </w:rPr>
        <w:t>28:32  bhadakte toh phir un ka ego jaag parta.</w:t>
      </w:r>
      <w:r>
        <w:br/>
      </w:r>
      <w:r>
        <w:rPr>
          <w:sz w:val="20"/>
        </w:rPr>
        <w:t>28:36  aakhri had tak koshish un ki yeh thi ke un ka consciousness jo hai, wahi</w:t>
      </w:r>
      <w:r>
        <w:br/>
      </w:r>
      <w:r>
        <w:rPr>
          <w:sz w:val="20"/>
        </w:rPr>
        <w:t>28:40  address ho, ego na bhadke.</w:t>
      </w:r>
      <w:r>
        <w:br/>
      </w:r>
      <w:r>
        <w:rPr>
          <w:sz w:val="20"/>
        </w:rPr>
        <w:t>28:45  toh hamare bhai ne kaha ke dekhiye, mister sond, baat bohat simple hai.</w:t>
      </w:r>
      <w:r>
        <w:br/>
      </w:r>
      <w:r>
        <w:rPr>
          <w:sz w:val="20"/>
        </w:rPr>
        <w:t>28:50  dekhiye, koi bhi ghar ya property hoti hai paper par.</w:t>
      </w:r>
      <w:r>
        <w:br/>
      </w:r>
      <w:r>
        <w:rPr>
          <w:sz w:val="20"/>
        </w:rPr>
        <w:t>28:55  yahan mein baitha hua baat bol raha hoon, yeh bhi ek paper par kahin kisi naqshe mein is</w:t>
      </w:r>
      <w:r>
        <w:br/>
      </w:r>
      <w:r>
        <w:rPr>
          <w:sz w:val="20"/>
        </w:rPr>
        <w:t>29:00  ko locate kiya gaya hoga, is ka number hoga.</w:t>
      </w:r>
      <w:r>
        <w:br/>
      </w:r>
      <w:r>
        <w:rPr>
          <w:sz w:val="20"/>
        </w:rPr>
        <w:t>29:05  toh ek un ka ghar jo hai ya property jo hai, paper par hoti hai.</w:t>
      </w:r>
      <w:r>
        <w:br/>
      </w:r>
      <w:r>
        <w:rPr>
          <w:sz w:val="20"/>
        </w:rPr>
        <w:t>29:10  toh aap ke jo hindu contractor hain, un ke paas bhi paper honge.</w:t>
      </w:r>
      <w:r>
        <w:br/>
      </w:r>
      <w:r>
        <w:rPr>
          <w:sz w:val="20"/>
        </w:rPr>
        <w:t>29:16  aap un ke paper le lijiye.</w:t>
      </w:r>
      <w:r>
        <w:br/>
      </w:r>
      <w:r>
        <w:rPr>
          <w:sz w:val="20"/>
        </w:rPr>
        <w:t>29:21  aur mere paas jo paper hain, woh mein aap ko de deta hoon.</w:t>
      </w:r>
      <w:r>
        <w:br/>
      </w:r>
      <w:r>
        <w:rPr>
          <w:sz w:val="20"/>
        </w:rPr>
        <w:t>29:26  donon paper le kar ke aap aaram se ghar chale jaiye.</w:t>
      </w:r>
      <w:r>
        <w:br/>
      </w:r>
      <w:r>
        <w:rPr>
          <w:sz w:val="20"/>
        </w:rPr>
        <w:t>29:31  donon ko dekhiye.</w:t>
      </w:r>
      <w:r>
        <w:br/>
      </w:r>
      <w:r>
        <w:rPr>
          <w:sz w:val="20"/>
        </w:rPr>
        <w:t>29:36  is ke baad aap jo faisla kar dein ge, jo aap ka judgment hoga,</w:t>
      </w:r>
      <w:r>
        <w:br/>
      </w:r>
      <w:r>
        <w:rPr>
          <w:sz w:val="20"/>
        </w:rPr>
        <w:t>29:41  main in advance yeh kehta hoon aap se ke main is ko maan loonga, without any further controversy. to Mr. Sond bohat khush ho gaye ke unhone hamein bhi judge bana diya. to bahar nikle woh, hamare bhai ke paper le kar ke. kaha ke crowd se unhone kaha ke dekho bhai, Khan sahib to hamein hi ko unhone judge bana diya, apna pa</w:t>
      </w:r>
      <w:r>
        <w:br/>
      </w:r>
      <w:r>
        <w:rPr>
          <w:sz w:val="20"/>
        </w:rPr>
        <w:t>30:11  par unhon ne de diya hai, ab humein un se paper le lena hai.</w:t>
      </w:r>
      <w:r>
        <w:br/>
      </w:r>
      <w:r>
        <w:rPr>
          <w:sz w:val="20"/>
        </w:rPr>
        <w:t>30:16  aur hum woh kehte hain ke jo aap judgment de dein, usi ko hum maan lein ge.</w:t>
      </w:r>
      <w:r>
        <w:br/>
      </w:r>
      <w:r>
        <w:rPr>
          <w:sz w:val="20"/>
        </w:rPr>
        <w:t>30:21  toh crowd bhi pacify ho gaya, woh bhi pacify ho gaye, ab chale gaye.</w:t>
      </w:r>
      <w:r>
        <w:br/>
      </w:r>
      <w:r>
        <w:rPr>
          <w:sz w:val="20"/>
        </w:rPr>
        <w:t>30:26  ab do chaar din unhon ne donon paper ko dekha.</w:t>
      </w:r>
      <w:r>
        <w:br/>
      </w:r>
      <w:r>
        <w:rPr>
          <w:sz w:val="20"/>
        </w:rPr>
        <w:t>30:31  aur dekhne ke baad kya hua? unhon ne paya ke is mein hamare bhai ki koi ghalti nahin</w:t>
      </w:r>
      <w:r>
        <w:br/>
      </w:r>
      <w:r>
        <w:rPr>
          <w:sz w:val="20"/>
        </w:rPr>
        <w:t>30:36  hai, ghalti unhi ki hai.</w:t>
      </w:r>
      <w:r>
        <w:br/>
      </w:r>
      <w:r>
        <w:rPr>
          <w:sz w:val="20"/>
        </w:rPr>
        <w:t>30:41  وہ خوامخواہ کلیم کر رہے ہیں ایک ایسی چیز کا جو according to the paper ان کی نہیں ہے۔</w:t>
      </w:r>
      <w:r>
        <w:br/>
      </w:r>
      <w:r>
        <w:rPr>
          <w:sz w:val="20"/>
        </w:rPr>
        <w:t>30:47  to Mr. Sound ne hundred percent is zameen ke bare mein faisla de diya ke yeh zameen Mr.</w:t>
      </w:r>
      <w:r>
        <w:br/>
      </w:r>
      <w:r>
        <w:rPr>
          <w:sz w:val="20"/>
        </w:rPr>
        <w:t>30:53  Khan ki hai. Hundred percent.</w:t>
      </w:r>
      <w:r>
        <w:br/>
      </w:r>
      <w:r>
        <w:rPr>
          <w:sz w:val="20"/>
        </w:rPr>
        <w:t>30:59  Abhi bhi koi ja kar dekh sakta hai ke nine badar ka road par jo ghar hai, us</w:t>
      </w:r>
      <w:r>
        <w:br/>
      </w:r>
      <w:r>
        <w:rPr>
          <w:sz w:val="20"/>
        </w:rPr>
        <w:t>31:05  ke peechay aik bari si zameen jo hai, us par boundary kar ke banai hui hai, wahan par kuch</w:t>
      </w:r>
      <w:r>
        <w:br/>
      </w:r>
      <w:r>
        <w:rPr>
          <w:sz w:val="20"/>
        </w:rPr>
        <w:t>31:12  phool pata lagaya hua hai, aise hi khuli hai woh.</w:t>
      </w:r>
      <w:r>
        <w:br/>
      </w:r>
      <w:r>
        <w:rPr>
          <w:sz w:val="20"/>
        </w:rPr>
        <w:t>31:17  Abhi bhi ja kar koi dekh sakta hai.</w:t>
      </w:r>
      <w:r>
        <w:br/>
      </w:r>
      <w:r>
        <w:rPr>
          <w:sz w:val="20"/>
        </w:rPr>
        <w:t>31:22  Aur woh Mr. Sound ke faisle se hamare bhai ko mili thi.</w:t>
      </w:r>
      <w:r>
        <w:br/>
      </w:r>
      <w:r>
        <w:rPr>
          <w:sz w:val="20"/>
        </w:rPr>
        <w:t>31:27  Yeh hai dekhiye, is mein kya sabak hai? Agar hamare bhai gun chalate to woh crowd ka ego</w:t>
      </w:r>
      <w:r>
        <w:br/>
      </w:r>
      <w:r>
        <w:rPr>
          <w:sz w:val="20"/>
        </w:rPr>
        <w:t>31:32  jaag parta, jo kehte hain Hindi mein ahankar.</w:t>
      </w:r>
      <w:r>
        <w:br/>
      </w:r>
      <w:r>
        <w:rPr>
          <w:sz w:val="20"/>
        </w:rPr>
        <w:t>31:37  Yaani gun chalate ya gun</w:t>
      </w:r>
    </w:p>
    <w:p>
      <w:pPr>
        <w:pStyle w:val="Heading2"/>
      </w:pPr>
      <w:r>
        <w:t>America and Saddam Hussein both lost by following emotion</w:t>
      </w:r>
    </w:p>
    <w:p>
      <w:r>
        <w:rPr>
          <w:color w:val="666666"/>
          <w:sz w:val="18"/>
        </w:rPr>
        <w:t>Belief and Wisdom August 10, 2008 · 3m 26s · at 24:31 · https://youtu.be/XZ-ITT8bvZg?t=1471</w:t>
      </w:r>
    </w:p>
    <w:p>
      <w:r>
        <w:rPr>
          <w:i/>
        </w:rPr>
        <w:t>“America ne jab September Eleven ka qissa hua to bola hum iska badla lenge”</w:t>
      </w:r>
    </w:p>
    <w:p>
      <w:r>
        <w:rPr>
          <w:sz w:val="20"/>
        </w:rPr>
        <w:t>24:31  aisa step liya unhone jo fatal sabit hua unke liye,</w:t>
      </w:r>
      <w:r>
        <w:br/>
      </w:r>
      <w:r>
        <w:rPr>
          <w:sz w:val="20"/>
        </w:rPr>
        <w:t>24:39  chahe koi super power kyun na ho. yaani America ne jab September 11 ka qissa hua to wahan ke jo leader the, unhone kaha ke hum iska badla lenge۔</w:t>
      </w:r>
      <w:r>
        <w:br/>
      </w:r>
      <w:r>
        <w:rPr>
          <w:sz w:val="20"/>
        </w:rPr>
        <w:t>24:56  September, September 11 ka hum badla lenge. to unhone bombardment kiye Iraq ke upar, jis ke mutalliq ka khayal tha ke wahan se۔</w:t>
      </w:r>
      <w:r>
        <w:br/>
      </w:r>
      <w:r>
        <w:rPr>
          <w:sz w:val="20"/>
        </w:rPr>
        <w:t>25:05  to kya hua?</w:t>
      </w:r>
      <w:r>
        <w:br/>
      </w:r>
      <w:r>
        <w:rPr>
          <w:sz w:val="20"/>
        </w:rPr>
        <w:t>25:08  koi kuch paya nahi, unhone kuch bhi nahi mila. is pe bohat si books chhapi hain۔</w:t>
      </w:r>
      <w:r>
        <w:br/>
      </w:r>
      <w:r>
        <w:rPr>
          <w:sz w:val="20"/>
        </w:rPr>
        <w:t>25:19  ek book mein bataya gaya hai ke is mein direct indirect milakar ke five trillion, five trillion dollars kharch hua America ka aur mila kuch bhi nahi,</w:t>
      </w:r>
      <w:r>
        <w:br/>
      </w:r>
      <w:r>
        <w:rPr>
          <w:sz w:val="20"/>
        </w:rPr>
        <w:t>25:34  kuch bhi nahi mila. to emotion ko manage karna, yeh haal Saddam Hussein ka hua. Saddam Hussein se kya maang thi America ki</w:t>
      </w:r>
      <w:r>
        <w:br/>
      </w:r>
      <w:r>
        <w:rPr>
          <w:sz w:val="20"/>
        </w:rPr>
        <w:t>25:47  ؟ sirf ek thi shuru mein ke woh gaddi chhod dein bas aur wahan par democratic rule banaya jaye۔</w:t>
      </w:r>
      <w:r>
        <w:br/>
      </w:r>
      <w:r>
        <w:rPr>
          <w:sz w:val="20"/>
        </w:rPr>
        <w:t>25:59  kyunke aap jante hain ke Saddam Hussein jo the, woh military ko kar ke aaye the power mein۔</w:t>
      </w:r>
      <w:r>
        <w:br/>
      </w:r>
      <w:r>
        <w:rPr>
          <w:sz w:val="20"/>
        </w:rPr>
        <w:t>26:09  22 years tak woh dictator bane rahe. to that was enough for him,</w:t>
      </w:r>
      <w:r>
        <w:br/>
      </w:r>
      <w:r>
        <w:rPr>
          <w:sz w:val="20"/>
        </w:rPr>
        <w:t>26:16  22 saal to bohat hote hain. woh gaddi chhod dete hain. isi aanay walay mein ne ek article chhapa tha ke Saddam Hussein, charge before Saddam Hussein ke gaddi chhod kar ke unke paas us waqt aath bade bade palaces the۔</w:t>
      </w:r>
      <w:r>
        <w:br/>
      </w:r>
      <w:r>
        <w:rPr>
          <w:sz w:val="20"/>
        </w:rPr>
        <w:t>26:36  aath palaces bohat hi bade bade aur paisa bhi bohat tha unke paas۔</w:t>
      </w:r>
      <w:r>
        <w:br/>
      </w:r>
      <w:r>
        <w:rPr>
          <w:sz w:val="20"/>
        </w:rPr>
        <w:t>26:43  to yeh maine likha tha ke gaddi chhod dein aur Jefferson ne jis tarah se university banayi thi, woh bhi aath bade bade college, aath university bana sakte hain۔</w:t>
      </w:r>
      <w:r>
        <w:br/>
      </w:r>
      <w:r>
        <w:rPr>
          <w:sz w:val="20"/>
        </w:rPr>
        <w:t>26:56  to history ek nayi history banayenge woh Iraq mein۔</w:t>
      </w:r>
      <w:r>
        <w:br/>
      </w:r>
      <w:r>
        <w:rPr>
          <w:sz w:val="20"/>
        </w:rPr>
        <w:t>27:03  lekin unhone jazbaat mein bhare hue the woh aur kahe the ke hum ladenge America se, is ko khatam kar denge۔</w:t>
      </w:r>
      <w:r>
        <w:br/>
      </w:r>
      <w:r>
        <w:rPr>
          <w:sz w:val="20"/>
        </w:rPr>
        <w:t>27:19  unhone nara diya tha ke "umm al-ma'arik, mother of the battles, umm al-ma'arik, hum chhedenge America ke khilaf"۔</w:t>
      </w:r>
      <w:r>
        <w:br/>
      </w:r>
      <w:r>
        <w:rPr>
          <w:sz w:val="20"/>
        </w:rPr>
        <w:t>27:29  sab se badi ladai goya</w:t>
      </w:r>
      <w:r>
        <w:br/>
      </w:r>
      <w:r>
        <w:rPr>
          <w:sz w:val="20"/>
        </w:rPr>
        <w:t>27:32  ۔ lekin kya hua? kuch bhi nahi hua. to agar emotion manage karna janta america to woh bach jata is defeat se jo us ko hui iraq mein aur emotion ko manage karna jante agar saddam hussain to woh bhi bach jate is anjam se jo un ko pesh aya.</w:t>
      </w:r>
      <w:r>
        <w:br/>
      </w:r>
      <w:r>
        <w:rPr>
          <w:sz w:val="20"/>
        </w:rPr>
        <w:t>27:53  sab ka yahi haal hai.</w:t>
      </w:r>
    </w:p>
    <w:p>
      <w:pPr>
        <w:pStyle w:val="Heading2"/>
      </w:pPr>
      <w:r>
        <w:t>Messengers, the age of kingship, and why Muslims cling to an old model</w:t>
      </w:r>
    </w:p>
    <w:p>
      <w:r>
        <w:rPr>
          <w:color w:val="666666"/>
          <w:sz w:val="18"/>
        </w:rPr>
        <w:t>Age of Democracy May 25, 2014 · 4m 22s · at 4:10 · https://youtu.be/pyZy1-EhW1Q?t=250</w:t>
      </w:r>
    </w:p>
    <w:p>
      <w:r>
        <w:rPr>
          <w:i/>
        </w:rPr>
        <w:t>“Insan ko is planet earth par settle karne ke baad Allah ne di azadi”</w:t>
      </w:r>
    </w:p>
    <w:p>
      <w:r>
        <w:rPr>
          <w:sz w:val="20"/>
        </w:rPr>
        <w:t>4:10  dekhein, insaan ko is planet earth par settle karne ke baad, insaan ko Allah ne de di azaadi, lekin saath saath is ki guidance ke liye barabar paighambar bhejta raha.</w:t>
      </w:r>
      <w:r>
        <w:br/>
      </w:r>
      <w:r>
        <w:rPr>
          <w:sz w:val="20"/>
        </w:rPr>
        <w:t>4:28  paighambar. Paighambar</w:t>
      </w:r>
      <w:r>
        <w:br/>
      </w:r>
      <w:r>
        <w:rPr>
          <w:sz w:val="20"/>
        </w:rPr>
        <w:t>4:35  ek lakh se zyada tadad mein duniya mein aaye.</w:t>
      </w:r>
      <w:r>
        <w:br/>
      </w:r>
      <w:r>
        <w:rPr>
          <w:sz w:val="20"/>
        </w:rPr>
        <w:t>4:39  Is ke baad Muhammad (SAW) aaye, jin par nubuwwat khatm ho gayi. Main ne ghaur kiya to yeh teen age bante hain, teen daur.</w:t>
      </w:r>
      <w:r>
        <w:br/>
      </w:r>
      <w:r>
        <w:rPr>
          <w:sz w:val="20"/>
        </w:rPr>
        <w:t>4:51  Pichhle nabiyon ke zamane mein Allah taala ne chaha tha. Allah taala ka jo asal jo concern hai, woh yeh hai ke duniya mein deen Allah qaaim ho jaaye.</w:t>
      </w:r>
      <w:r>
        <w:br/>
      </w:r>
      <w:r>
        <w:rPr>
          <w:sz w:val="20"/>
        </w:rPr>
        <w:t>5:05  Deen Allah ka matlab yeh nahi ke Islam ki hukumat ya musalmano ki hukumat.</w:t>
      </w:r>
      <w:r>
        <w:br/>
      </w:r>
      <w:r>
        <w:rPr>
          <w:sz w:val="20"/>
        </w:rPr>
        <w:t>5:09  Jo log aisa kehte hain, woh kuch samajhte nahi baaton ko. Masla hukumat ka nahi hai, masla guidance ka hai, masla sirat-e-mustaqeem ka hai.</w:t>
      </w:r>
      <w:r>
        <w:br/>
      </w:r>
      <w:r>
        <w:rPr>
          <w:sz w:val="20"/>
        </w:rPr>
        <w:t>5:23  To pichhle tamam nabiyon ke zamane mein yeh nahi ho saka ke deen Allah qaaim ho.</w:t>
      </w:r>
      <w:r>
        <w:br/>
      </w:r>
      <w:r>
        <w:rPr>
          <w:sz w:val="20"/>
        </w:rPr>
        <w:t>5:30  To Rasool Allah ko Allah taala ne ek taaqatwar team di, aur is ko</w:t>
      </w:r>
      <w:r>
        <w:br/>
      </w:r>
      <w:r>
        <w:rPr>
          <w:sz w:val="20"/>
        </w:rPr>
        <w:t>5:37  help di ke woh deen Allah ko qaaim kar sake. Aur deen Allah qaaim ho gaya. Is baat ka zikr Quran ki is aayat mein hai: 'Wa qaatiluhum hatta la takuna fitnatun wa yakunad deenu kulluhu lillah' (Aur jang karo yahan tak ke fitna khatm ho jaaye, aur deen sab Allah ke liye ho jaaye).</w:t>
      </w:r>
      <w:r>
        <w:br/>
      </w:r>
      <w:r>
        <w:rPr>
          <w:sz w:val="20"/>
        </w:rPr>
        <w:t>5:59  Yeh aayat ka matlab yeh nahi ke Allah ki hukumat, musalmano ki hukumat qaaim ho jaaye. Nahi. Is ka hargiz yeh matlab nahi.</w:t>
      </w:r>
      <w:r>
        <w:br/>
      </w:r>
      <w:r>
        <w:rPr>
          <w:sz w:val="20"/>
        </w:rPr>
        <w:t>6:11  Islam ka daur aa jaaye duniya mein, is ka matlab hai ke duniya mein Islam ka daur aa jaaye. Is ka politics se koi matlab nahi hai. Political iqdaar se koi matlab nahi hai.</w:t>
      </w:r>
      <w:r>
        <w:br/>
      </w:r>
      <w:r>
        <w:rPr>
          <w:sz w:val="20"/>
        </w:rPr>
        <w:t>6:22  Kyunke is se pehle duniya mein daur jo tha, aap jaante hain, king kingship ka daur tha.</w:t>
      </w:r>
      <w:r>
        <w:br/>
      </w:r>
      <w:r>
        <w:rPr>
          <w:sz w:val="20"/>
        </w:rPr>
        <w:t>6:27  Poori tareekh mein kingship ka daur raha hai. Yeh kingship hi ka chhote paimane par kya tha?</w:t>
      </w:r>
      <w:r>
        <w:br/>
      </w:r>
      <w:r>
        <w:rPr>
          <w:sz w:val="20"/>
        </w:rPr>
        <w:t>6:37  Tribal chief hua karte the, is ke aage kings hua karte the, is ke aage emperors hua karte the. Yeh tha age of kingship.</w:t>
      </w:r>
      <w:r>
        <w:br/>
      </w:r>
      <w:r>
        <w:rPr>
          <w:sz w:val="20"/>
        </w:rPr>
        <w:t>6:45  Is ki wajah se duniya mein azaadi nahi thi.</w:t>
      </w:r>
      <w:r>
        <w:br/>
      </w:r>
      <w:r>
        <w:rPr>
          <w:sz w:val="20"/>
        </w:rPr>
        <w:t>6:50  Aur insaan ko yeh mauqa nahi tha ke woh poori apni poori freedom ko exercise karte hue jis tarah chahe zindagi guzare. Yaani politics se koi matlab nahi is ka hai.</w:t>
      </w:r>
      <w:r>
        <w:br/>
      </w:r>
      <w:r>
        <w:rPr>
          <w:sz w:val="20"/>
        </w:rPr>
        <w:t>7:01  Main apni apni zindagi mein kaise rahoon, yeh mujh ke liye ya is ki poori azaadi ho.</w:t>
      </w:r>
      <w:r>
        <w:br/>
      </w:r>
      <w:r>
        <w:rPr>
          <w:sz w:val="20"/>
        </w:rPr>
        <w:t>7:09  To kingship jo thi, is ki wajah se yeh mumkin nahi hota tha ke king log jo hain, bahut zyada</w:t>
      </w:r>
      <w:r>
        <w:br/>
      </w:r>
      <w:r>
        <w:rPr>
          <w:sz w:val="20"/>
        </w:rPr>
        <w:t>7:21  despotation qaaim kiye hue rehte the. Insaan ki azaadi ko unhone chheen rakha tha. Unko yeh hamesha yeh khatra rehta tha ke koi mere political power ko ke liye risk na ban jaaye.</w:t>
      </w:r>
      <w:r>
        <w:br/>
      </w:r>
      <w:r>
        <w:rPr>
          <w:sz w:val="20"/>
        </w:rPr>
        <w:t>7:37  To Rasool Allah ke zamane mein jo waaqiyaat hue, woh dar woh haqeeqat mein divine operation tha. Woh is liye tha ke jang, woh jo jang ki gayi thi, woh jang thi is liye ke aindah jang khatm ho jaaye.</w:t>
      </w:r>
      <w:r>
        <w:br/>
      </w:r>
      <w:r>
        <w:rPr>
          <w:sz w:val="20"/>
        </w:rPr>
        <w:t>7:59  War for the sake of end of war. Is liye thi woh.</w:t>
      </w:r>
      <w:r>
        <w:br/>
      </w:r>
      <w:r>
        <w:rPr>
          <w:sz w:val="20"/>
        </w:rPr>
        <w:t>8:05  lekin sab se bari ghalati jo musalmanon ne kar rakhi hai, woh yeh hai ke isi model mein ab bhi woh jee rahe hain. political model ko khatam kar diya Allah taala ne.</w:t>
      </w:r>
      <w:r>
        <w:br/>
      </w:r>
      <w:r>
        <w:rPr>
          <w:sz w:val="20"/>
        </w:rPr>
        <w:t>8:19  ab ab doosra model hai, peace hai.</w:t>
      </w:r>
      <w:r>
        <w:br/>
      </w:r>
      <w:r>
        <w:rPr>
          <w:sz w:val="20"/>
        </w:rPr>
        <w:t>8:25  ab har taraf peace hai, har taraf freedom hai. lekin musalman abhi bhi jee rahe hain isi political model mein</w:t>
      </w:r>
      <w:r>
        <w:br/>
      </w:r>
      <w:r>
        <w:rPr>
          <w:sz w:val="20"/>
        </w:rPr>
        <w:t>8:33  . isi liye aap dekhiye, har jagah takrate hain, har jagah larai chheede rehte hain. kyunke inka jo political model hai, isko chahte hain ke woh har jagah implement ho.</w:t>
      </w:r>
    </w:p>
    <w:p>
      <w:pPr>
        <w:pStyle w:val="Heading2"/>
      </w:pPr>
      <w:r>
        <w:t>Modern industry as a glimpse of imperfect paradise</w:t>
      </w:r>
    </w:p>
    <w:p>
      <w:r>
        <w:rPr>
          <w:color w:val="666666"/>
          <w:sz w:val="18"/>
        </w:rPr>
        <w:t>Four Phases of Human History July 13, 2008 · 5m 51s · at 34:01 · https://youtu.be/sb24VHKydog?t=2041</w:t>
      </w:r>
    </w:p>
    <w:p>
      <w:r>
        <w:rPr>
          <w:i/>
        </w:rPr>
        <w:t>“Before modern science, human life was extremely rough”</w:t>
      </w:r>
    </w:p>
    <w:p>
      <w:r>
        <w:rPr>
          <w:sz w:val="20"/>
        </w:rPr>
        <w:t>34:01  aise hi dekhiye, jo introduction diya gaya tha paradise ka ke wahan har qism ki comfort, har qism ki luxury hogi.</w:t>
      </w:r>
      <w:r>
        <w:br/>
      </w:r>
      <w:r>
        <w:rPr>
          <w:sz w:val="20"/>
        </w:rPr>
        <w:t>34:12  to is se pehle, yaani science ke, yaani modern science se pehle, insaan jaanta hi nahi tha. bohat hi rough qism ki life hua karti thi, rough qism ki.</w:t>
      </w:r>
      <w:r>
        <w:br/>
      </w:r>
      <w:r>
        <w:rPr>
          <w:sz w:val="20"/>
        </w:rPr>
        <w:t>34:25  khud mere bachpan mein rough qism ki life maine dekhi hai gaon mein, bilkul rough qism ki life.</w:t>
      </w:r>
      <w:r>
        <w:br/>
      </w:r>
      <w:r>
        <w:rPr>
          <w:sz w:val="20"/>
        </w:rPr>
        <w:t>34:34  lekin jab science ko taraqqi hui aur industry dunya mein aayi, aur billions a billion naye item bane, pehle insaan chalta tha.</w:t>
      </w:r>
      <w:r>
        <w:br/>
      </w:r>
      <w:r>
        <w:rPr>
          <w:sz w:val="20"/>
        </w:rPr>
        <w:t>34:46  hamare bachpan mein bail gaadi par bohat hi mushkil safar hota tha. aap hawa jahaaz se aaj urte hain, caron se daurte hain, samundaron mein steam ke zariye ship banaye gaye hain jo sam</w:t>
      </w:r>
      <w:r>
        <w:br/>
      </w:r>
      <w:r>
        <w:rPr>
          <w:sz w:val="20"/>
        </w:rPr>
        <w:t>35:01  undaron mein teir rahe hain. har taraf science ke karishme to jannat ka aik introduction karwa raha hai. yeh scientific world ke jannat mein kis tarah se achhi achhi cheezein hongi, aaram wali cheezein hongi.</w:t>
      </w:r>
      <w:r>
        <w:br/>
      </w:r>
      <w:r>
        <w:rPr>
          <w:sz w:val="20"/>
        </w:rPr>
        <w:t>35:21  to dunya jo in industrial world jo bani hai aaj, woh mein is ko kaha karta hoon ke jannat ka aik daur se, aik aik introduction, daur se is ki, us ko aap kehte hain Hindi mein kehte hain baanki.</w:t>
      </w:r>
      <w:r>
        <w:br/>
      </w:r>
      <w:r>
        <w:rPr>
          <w:sz w:val="20"/>
        </w:rPr>
        <w:t>35:37  yeh science ke zariye dunya mein saamne aayi</w:t>
      </w:r>
      <w:r>
        <w:br/>
      </w:r>
      <w:r>
        <w:rPr>
          <w:sz w:val="20"/>
        </w:rPr>
        <w:t>35:39  yeh cheez. isi ko mein keh raha hoon ke realization through partial uncovering, jo cheez chupi hui thi, jo cheez chupi hui thi, us se pehle us ko partial sense mein uncover kiya gaya.</w:t>
      </w:r>
      <w:r>
        <w:br/>
      </w:r>
      <w:r>
        <w:rPr>
          <w:sz w:val="20"/>
        </w:rPr>
        <w:t>36:02  ab yahan par chahiye tha insaan ko ke woh maane ke haan waqai aik jannat hai.</w:t>
      </w:r>
      <w:r>
        <w:br/>
      </w:r>
      <w:r>
        <w:rPr>
          <w:sz w:val="20"/>
        </w:rPr>
        <w:t>36:08  yeh to imperfect hai. aaj ki dunya jo science ki discoveries ke zariye ya modern industry ke zariye saamne aayi hai, woh imperfect paradise hai.</w:t>
      </w:r>
      <w:r>
        <w:br/>
      </w:r>
      <w:r>
        <w:rPr>
          <w:sz w:val="20"/>
        </w:rPr>
        <w:t>36:19  imperfect paradise, us ko le kar hum imagine kar sakte the ke perfect paradise bhi possible hai. yaani present imperfect paradise hum ko yeh batane ke liye kholi gayi thi ke perfect paradise bhi possible hai.</w:t>
      </w:r>
      <w:r>
        <w:br/>
      </w:r>
      <w:r>
        <w:rPr>
          <w:sz w:val="20"/>
        </w:rPr>
        <w:t>36:36  yeh hum jaanein, us ko jaan kar us par, yaani conviction ke saath, us ko pakad lein. lekin kya hua?</w:t>
      </w:r>
      <w:r>
        <w:br/>
      </w:r>
      <w:r>
        <w:rPr>
          <w:sz w:val="20"/>
        </w:rPr>
        <w:t>36:45  insaan isi ko toot pada, isi imperfect paradise hi woh toot pada, woh isi ko sab kuch samajh liya. yaani Khuda ne imperfect paradise ko through science, through modern industry khola tha</w:t>
      </w:r>
      <w:r>
        <w:br/>
      </w:r>
      <w:r>
        <w:rPr>
          <w:sz w:val="20"/>
        </w:rPr>
        <w:t>37:03  taake insaan</w:t>
      </w:r>
      <w:r>
        <w:br/>
      </w:r>
      <w:r>
        <w:rPr>
          <w:sz w:val="20"/>
        </w:rPr>
        <w:t>37:08  un advanced paradise ko pehchaan le, us par yaqeen ke saath us ko maan le. insaan ne kya kiya?</w:t>
      </w:r>
      <w:r>
        <w:br/>
      </w:r>
      <w:r>
        <w:rPr>
          <w:sz w:val="20"/>
        </w:rPr>
        <w:t>37:18  ke yeh nahi kiya</w:t>
      </w:r>
      <w:r>
        <w:br/>
      </w:r>
      <w:r>
        <w:rPr>
          <w:sz w:val="20"/>
        </w:rPr>
        <w:t>37:20  ke imperfect paradise se, imperfect paradise ko dekh kar ke woh perfect paradise ko conceive kare aur Khuda par imaan laaye, balke isi par toot pada, isi par toot pada.</w:t>
      </w:r>
      <w:r>
        <w:br/>
      </w:r>
      <w:r>
        <w:rPr>
          <w:sz w:val="20"/>
        </w:rPr>
        <w:t>37:36  aur aaj kal jo bana hai, aik aik right here, right now, right here now, matlab yahi, yahi, yahi jannat par imperfect jannat hi hamein chahiye.</w:t>
      </w:r>
      <w:r>
        <w:br/>
      </w:r>
      <w:r>
        <w:rPr>
          <w:sz w:val="20"/>
        </w:rPr>
        <w:t>37:50  yeh right here, right now ka jo concept hai, is ka matlab yeh hai ke humein to bas yahi imperfect jannat chahiye. bas das bees saal isi mein rahenge, phir aap mar kar hell mein jayenge.</w:t>
      </w:r>
      <w:r>
        <w:br/>
      </w:r>
      <w:r>
        <w:rPr>
          <w:sz w:val="20"/>
        </w:rPr>
        <w:t>38:01  humein woh gawara hai kyunke aap yahan par aap kitne din enjoy kar sakte hain? das saal, bees saal, tees saal, chalis saal.</w:t>
      </w:r>
      <w:r>
        <w:br/>
      </w:r>
      <w:r>
        <w:rPr>
          <w:sz w:val="20"/>
        </w:rPr>
        <w:t>38:12  to is ka matlab hai ke insaan jab kehta hai ke right here aur right now ka jo aaj kal jo slogan hai, to gaya ke woh yeh keh raha hai ke hum to bas hi imperfect jannat mein das bees saal aaram karenge, baqi humein hell mein daal do.</w:t>
      </w:r>
      <w:r>
        <w:br/>
      </w:r>
      <w:r>
        <w:rPr>
          <w:sz w:val="20"/>
        </w:rPr>
        <w:t>38:27  is ke baad to kitna zyada insaan yahan fail ho gaya, kitna zyada fail ho gaya jis</w:t>
      </w:r>
      <w:r>
        <w:br/>
      </w:r>
      <w:r>
        <w:rPr>
          <w:sz w:val="20"/>
        </w:rPr>
        <w:t>38:36  ko maine kaha ke realization through partial uncovering, woh Khuda ne isi liye kiya tha ke imperfect paradise ko dekh kar ke aadmi perfect paradise ko visualize kare.</w:t>
      </w:r>
      <w:r>
        <w:br/>
      </w:r>
      <w:r>
        <w:rPr>
          <w:sz w:val="20"/>
        </w:rPr>
        <w:t>38:50  lekin insaan ne kiya kiya? is shaitan ne is ko behka kar ke, kyunke har waqt humein shaitan behkata rehta hai, har waqt shaitan behkata rehta hai,</w:t>
      </w:r>
      <w:r>
        <w:br/>
      </w:r>
      <w:r>
        <w:rPr>
          <w:sz w:val="20"/>
        </w:rPr>
        <w:t>39:03  behka kar ke isi hi mein humein</w:t>
      </w:r>
      <w:r>
        <w:br/>
      </w:r>
      <w:r>
        <w:rPr>
          <w:sz w:val="20"/>
        </w:rPr>
        <w:t>39:08  gum kar diya. to gaya ke humein shaitan ne aisa kiya ke das bees saal aaram kar lo, is ke baad eternally ja kar hell mein jalte raho.</w:t>
      </w:r>
      <w:r>
        <w:br/>
      </w:r>
      <w:r>
        <w:rPr>
          <w:sz w:val="20"/>
        </w:rPr>
        <w:t>39:21  to yeh third phase of relation tha jis mein insaan ki majority fail ho gayi.</w:t>
      </w:r>
      <w:r>
        <w:br/>
      </w:r>
      <w:r>
        <w:rPr>
          <w:sz w:val="20"/>
        </w:rPr>
        <w:t>39:29  yani partial sense mein ya imperfect tor par Khuda ne paradise ki ek jhalak dikhai thi sirf is liye ke aadmi jo asal paradise hai, us ko conceive kar sake, us ko imagine kar sake, us ko visualize kar sake.</w:t>
      </w:r>
      <w:r>
        <w:br/>
      </w:r>
      <w:r>
        <w:rPr>
          <w:sz w:val="20"/>
        </w:rPr>
        <w:t>39:46  lekin ulta hua, isi mein insaan kood pada.</w:t>
      </w:r>
    </w:p>
    <w:p>
      <w:pPr>
        <w:pStyle w:val="Heading2"/>
      </w:pPr>
      <w:r>
        <w:t>building a God-oriented personality takes sustained effort</w:t>
      </w:r>
    </w:p>
    <w:p>
      <w:r>
        <w:rPr>
          <w:color w:val="666666"/>
          <w:sz w:val="18"/>
        </w:rPr>
        <w:t>Love of God October 23, 2022 · 5m 46s · at 1:00:20 · https://youtu.be/bsF_DJhXAzk?t=3620</w:t>
      </w:r>
    </w:p>
    <w:p>
      <w:r>
        <w:rPr>
          <w:i/>
        </w:rPr>
        <w:t>“Developing a God-oriented personality takes real effort”</w:t>
      </w:r>
    </w:p>
    <w:p>
      <w:r>
        <w:rPr>
          <w:sz w:val="20"/>
        </w:rPr>
        <w:t>1:00:20  dekhiye, jis tareeqay se dunya mein koi cheez paanay ke liye bohat mehnat karni parti hai, usi tareeqay se ye ek eternal life ke liye hum apni personality ko develop kar rahay hain. To aap samajh saktay hain, uske liye bhi baghair mehnat ke kaise milegi aapko?</w:t>
      </w:r>
      <w:r>
        <w:br/>
      </w:r>
      <w:r>
        <w:rPr>
          <w:sz w:val="20"/>
        </w:rPr>
        <w:t>1:00:36  sirf paanch-das minute namaz parhne se nahi mil jayega, balkay uske liye aapko mehnat karni padegi. Waise hi aapke andar soch, apne andar develop karni padegi. Aur Khuda ki charcha karein</w:t>
      </w:r>
      <w:r>
        <w:br/>
      </w:r>
      <w:r>
        <w:rPr>
          <w:sz w:val="20"/>
        </w:rPr>
        <w:t>1:00:49  . Maine kabhi nahi dekha ke jab chand log baithe hain, to Khuda ki baatein karein. Kabhi nahi dekha. Bas dunya ki baatein karte rehtay hain. To halankay Khuda ka charcha karna, khas tor par kuch log mil kar karein, to ye Khuda ko bohat zyada pasand hai. Hadees hai ke aisa kahin charcha hota hai, to farishtay bilkul hujoom kar ke atay hain. To</w:t>
      </w:r>
      <w:r>
        <w:br/>
      </w:r>
      <w:r>
        <w:rPr>
          <w:sz w:val="20"/>
        </w:rPr>
        <w:t>1:01:11  aap log jahan baithe hain, wahan Khuda ka charcha karein. Aur us se hamare andar dheere-dheere hamari personality mein changes atay hain. Hamari personality jo hai, rabbani personality dheere-dheere banti hai. Ek din mein wo nahi ban sakti ke koi pill hai, aapne pill kha liya, ban gayi. To wo poora jo khushbu, khushbu wali ibadat hoti hai, aansuon ke sath ibadat hoti hai,</w:t>
      </w:r>
      <w:r>
        <w:br/>
      </w:r>
      <w:r>
        <w:rPr>
          <w:sz w:val="20"/>
        </w:rPr>
        <w:t>1:01:34  us se hamari personality mein change aata hai.</w:t>
      </w:r>
      <w:r>
        <w:br/>
      </w:r>
      <w:r>
        <w:rPr>
          <w:sz w:val="20"/>
        </w:rPr>
        <w:t>1:01:37  to jab change ayega, to hum har mamlay mein dekhenge, kya ye baat hum jo kaam kar rahay hain, Khuda ki pasand ke mutabiq kar rahay hain ya Khuda ko ye baat pasand nahi hai. To usi waqt hum us kaam ko chhod dein. Agar hum kaam ko chhod na paayein, ye jantay-boojhtay ke ye Khuda ki pasand ke mutabiq nahi hai, to samajh lein ke abhi hamare andar bohat zyada kaam karne ki hamein zarurat hai.</w:t>
      </w:r>
      <w:r>
        <w:br/>
      </w:r>
      <w:r>
        <w:rPr>
          <w:sz w:val="20"/>
        </w:rPr>
        <w:t>1:02:01  kyun ke aaya hai تخلّقوا بأخلاق الله adopt divine ethics to ye jo divine ethics hai, ye ek din mein nahi ati, balkay musalsal aapko uske liye kaam karna hoga. Aur dunya ke jo interest hain, usko side mein rakhna pare</w:t>
      </w:r>
      <w:r>
        <w:br/>
      </w:r>
      <w:r>
        <w:rPr>
          <w:sz w:val="20"/>
        </w:rPr>
        <w:t>1:02:20  ga. Duniya mein hum zarurat ke mutabiq apne liye kaam karein, aur baqi sara time jo hai na, wo Khuda ke liye waqt kar dein. To tabhi hamare andar wo personality jo nahi ban rahi hai, wo isi liye nahi ban rahi hai. Kyun ke hum to musalsal dunya mein lagay hue hain. Hum akhirat ka zyada sochtay bhi nahi hain, siway namaz-roze ke. To hamein apni soch ko bedaar karna padega.</w:t>
      </w:r>
      <w:r>
        <w:br/>
      </w:r>
      <w:r>
        <w:rPr>
          <w:sz w:val="20"/>
        </w:rPr>
        <w:t>1:02:47  usi-usi matlab hamari poori zindagi jo hai, wo mold ho jaye Khuda-rukhi zindagi mein, jisko God-oriented life mein. To Maulana ne ek qissa batatay thay ke jab Sanjay Gandhi election jeetay thay, to us waqt ek kisi aadmi ne, jo bohat zyada parha-likha nahi tha, unki party mein bohat zyada usne kaam kiya tha.</w:t>
      </w:r>
      <w:r>
        <w:br/>
      </w:r>
      <w:r>
        <w:rPr>
          <w:sz w:val="20"/>
        </w:rPr>
        <w:t>1:03:13  to jab wo election jeet liya unhone, to unhone usko Rajya Sabha ka member bana diya. Wo ek aam aadmi tha, to member bana diya.</w:t>
      </w:r>
      <w:r>
        <w:br/>
      </w:r>
      <w:r>
        <w:rPr>
          <w:sz w:val="20"/>
        </w:rPr>
        <w:t>1:03:23  ab wo usne kabhi socha bhi nahi tha ke main Rajya Sabha ka member banunga aur mujhe sari facilities milengi. To ek baar unse koi milne gaya, wo hamare ittefaq se rishtedar hi thay, milne gaya. To unhone kaha ke wo to aisa sarshar tha, har baat mein kehta, "ye Sanjay babu ki den hai, ye Sanjay babu ki den hai." To is par Maulana ne likha hai ke dekhiye,</w:t>
      </w:r>
      <w:r>
        <w:br/>
      </w:r>
      <w:r>
        <w:rPr>
          <w:sz w:val="20"/>
        </w:rPr>
        <w:t>1:03:47  usko to ek chand saal ke liye ek jagah di thi Sanjay babu ne, aur wo usmein itna sarshar tha. Aur hamein jo sari zindagi Allah taala hamein apne inamat se nawaz raha hai,</w:t>
      </w:r>
      <w:r>
        <w:br/>
      </w:r>
      <w:r>
        <w:rPr>
          <w:sz w:val="20"/>
        </w:rPr>
        <w:t>1:04:00  aur uske baad jannat bhi Allah taala ne banai hai,</w:t>
      </w:r>
      <w:r>
        <w:br/>
      </w:r>
      <w:r>
        <w:rPr>
          <w:sz w:val="20"/>
        </w:rPr>
        <w:t>1:04:05  phir hum ye sochein hi nahi ke ye hamare Khuda ki den hai, to hum kaise apni rabbani personality ko develop karenge. To ek baar taqreeban shayad nineteen eighty-two ki baat hai, jab Maulana ko electric burn ho gaya tha,</w:t>
      </w:r>
      <w:r>
        <w:br/>
      </w:r>
      <w:r>
        <w:rPr>
          <w:sz w:val="20"/>
        </w:rPr>
        <w:t>1:04:23  to usmein wo wahan wo heal healing nahi ho rahi thi, zyada tendon jal gaya tha.</w:t>
      </w:r>
      <w:r>
        <w:br/>
      </w:r>
      <w:r>
        <w:rPr>
          <w:sz w:val="20"/>
        </w:rPr>
        <w:t>1:04:29  to wo Safdarjung hospital gaye, aur wahan par unhon ne doctoron ne bataya ke ye antibiotic-biotic se nahi hoga, balkay isko autografting karni padegi. To skin grafting karte hain, to skin jo hai, usi insaan ki yahan se kahin se bhi le kar ke phir wo yahan lagai jati hai, phir uske baad wo healing ho jati hai. To Maulana to har baat par parhtay thay, unhon ne koi kitab usi is par is topic par padhi</w:t>
      </w:r>
      <w:r>
        <w:br/>
      </w:r>
      <w:r>
        <w:rPr>
          <w:sz w:val="20"/>
        </w:rPr>
        <w:t>1:04:58  , to us kitab mein likha hua tha ke self will not accept not self yani agar aap kisi doosray ki skin laga dein, to wo chand hi dinon mein wo reject kar degi body.</w:t>
      </w:r>
      <w:r>
        <w:br/>
      </w:r>
      <w:r>
        <w:rPr>
          <w:sz w:val="20"/>
        </w:rPr>
        <w:t>1:05:11  to isi tarah se unhon ne kaha ke jis tarah se doosray ki skin hamari skin qabool nahi karti, hamari body qabool nahi karti, usi tarah se jo hai Khuda, jo ke greater self hai, aur hum hum smaller self hain, Khuda greater self hai, to wo hamein accept hi nahi karega. Wo hamein hum reject ho jayenge wahan par. Jannat hamein accept nahi karegi. To</w:t>
      </w:r>
      <w:r>
        <w:br/>
      </w:r>
      <w:r>
        <w:rPr>
          <w:sz w:val="20"/>
        </w:rPr>
        <w:t>1:05:37  humein divine ethics ko adopt karna padega, aur Khuda se taluq qaim karna padega, tabhi hum jannat mein</w:t>
      </w:r>
      <w:r>
        <w:br/>
      </w:r>
      <w:r>
        <w:rPr>
          <w:sz w:val="20"/>
        </w:rPr>
        <w:t>1:05:45  entry pa sakte hain.</w:t>
      </w:r>
      <w:r>
        <w:br/>
      </w:r>
      <w:r>
        <w:rPr>
          <w:sz w:val="20"/>
        </w:rPr>
        <w:t>1:05:48  ji, apa, aap program ke aakhiri sawal ki taraf rukh karte hain, lekin usse pehle ek comment padhna</w:t>
      </w:r>
      <w:r>
        <w:br/>
      </w:r>
      <w:r>
        <w:rPr>
          <w:sz w:val="20"/>
        </w:rPr>
        <w:t>1:05:55  chahunga. ye Maulana Abdul Basit Umri ne likha hai, Gulbarga se unhone likha hai, "apa, aaj aap dubara</w:t>
      </w:r>
      <w:r>
        <w:br/>
      </w:r>
      <w:r>
        <w:rPr>
          <w:sz w:val="20"/>
        </w:rPr>
        <w:t>1:06:03  humein God-oriented thinking ki taraf le gayin.</w:t>
      </w:r>
    </w:p>
    <w:p>
      <w:pPr>
        <w:pStyle w:val="Heading2"/>
      </w:pPr>
      <w:r>
        <w:t>Building Kaaba and dua for acceptance</w:t>
      </w:r>
    </w:p>
    <w:p>
      <w:r>
        <w:rPr>
          <w:color w:val="666666"/>
          <w:sz w:val="18"/>
        </w:rPr>
        <w:t>Exploring the Deeper Meaning and Spiritual Significance of Hajj May 18, 2025 · 3m 24s · at 11:47 · https://youtu.be/1MTGv2sJn5I?t=707</w:t>
      </w:r>
    </w:p>
    <w:p>
      <w:r>
        <w:rPr>
          <w:i/>
        </w:rPr>
        <w:t>“Yes, this is a very important question”</w:t>
      </w:r>
    </w:p>
    <w:p>
      <w:r>
        <w:rPr>
          <w:sz w:val="20"/>
        </w:rPr>
        <w:t>11:47  Yes, this is a very important question. And Prophet Ibrahim alaihis salam had another big task. He asked his son to help him build the Kaaba because Allah ordered him to build the Kaaba.</w:t>
      </w:r>
      <w:r>
        <w:br/>
      </w:r>
      <w:r>
        <w:rPr>
          <w:sz w:val="20"/>
        </w:rPr>
        <w:t>12:03  So at that time, Ismail alaihis salam was in his youth, like 20 years, 25 years.</w:t>
      </w:r>
      <w:r>
        <w:br/>
      </w:r>
      <w:r>
        <w:rPr>
          <w:sz w:val="20"/>
        </w:rPr>
        <w:t>12:10  So he eagerly helped his father, and he was a horse rider. And Ibrahim alaihis salam said that, "I want to build the Kaaba.</w:t>
      </w:r>
      <w:r>
        <w:br/>
      </w:r>
      <w:r>
        <w:rPr>
          <w:sz w:val="20"/>
        </w:rPr>
        <w:t>12:22  I want to make the walls of the Kaaba. And will you help me</w:t>
      </w:r>
      <w:r>
        <w:br/>
      </w:r>
      <w:r>
        <w:rPr>
          <w:sz w:val="20"/>
        </w:rPr>
        <w:t>12:27  ?" So he said, "Yes, surely I will help you." And he went around and found the stones and brought the stones. And slowly Ibrahim alaihis salam was placing the stones to make the walls of the Kaaba.</w:t>
      </w:r>
      <w:r>
        <w:br/>
      </w:r>
      <w:r>
        <w:rPr>
          <w:sz w:val="20"/>
        </w:rPr>
        <w:t>12:43  And when all the walls were completed, the Kaaba, the structure was completed, Ibrahim alaihis salam said, "Now bring a stone of a different</w:t>
      </w:r>
      <w:r>
        <w:br/>
      </w:r>
      <w:r>
        <w:rPr>
          <w:sz w:val="20"/>
        </w:rPr>
        <w:t>12:52  color." So Ismail alaihis salam looked around and searched and found a black stone. So he brought the black stone, and Ibrahim alaihis salam saw it, took it in his hand, and he liked it.</w:t>
      </w:r>
      <w:r>
        <w:br/>
      </w:r>
      <w:r>
        <w:rPr>
          <w:sz w:val="20"/>
        </w:rPr>
        <w:t>13:06  And he placed it on the eastern wall of the Kaaba, which symbolizes that the Tawaf will start from here and end here.</w:t>
      </w:r>
      <w:r>
        <w:br/>
      </w:r>
      <w:r>
        <w:rPr>
          <w:sz w:val="20"/>
        </w:rPr>
        <w:t>13:18  So still that black</w:t>
      </w:r>
      <w:r>
        <w:br/>
      </w:r>
      <w:r>
        <w:rPr>
          <w:sz w:val="20"/>
        </w:rPr>
        <w:t>13:21  stone is there. It is the original relic of the time of Ibrahim alaihis salam. And you know, as Prophet Muhammad sallallahu alaihi wa sallam kissed it, and when Umar radiAllahu anhu came, he said, he directly addressed to the black stone, he said, "You are just a stone.</w:t>
      </w:r>
      <w:r>
        <w:br/>
      </w:r>
      <w:r>
        <w:rPr>
          <w:sz w:val="20"/>
        </w:rPr>
        <w:t>13:40  You can't benefit me or harm me. But if I had not seen Prophet sallallahu alaihi wa sallam kissing you, I would have never kissed you." So this is just a stone of a different color.</w:t>
      </w:r>
      <w:r>
        <w:br/>
      </w:r>
      <w:r>
        <w:rPr>
          <w:sz w:val="20"/>
        </w:rPr>
        <w:t>13:51  People have a lot of stories that it has come from heaven and it was white and it became black</w:t>
      </w:r>
      <w:r>
        <w:br/>
      </w:r>
      <w:r>
        <w:rPr>
          <w:sz w:val="20"/>
        </w:rPr>
        <w:t>13:57  . These are all stories which have nothing to do. So the Quran says, when they built it, built the Kaaba, both father and son made a very beautiful dua,</w:t>
      </w:r>
      <w:r>
        <w:br/>
      </w:r>
      <w:r>
        <w:rPr>
          <w:sz w:val="20"/>
        </w:rPr>
        <w:t>14:12  "Wa izyarfau Ibrahim ul qawaida min al baiti wa Ismail. Rabbana taqabbal minna innaka anta samiul alim." Very beautiful</w:t>
      </w:r>
      <w:r>
        <w:br/>
      </w:r>
      <w:r>
        <w:rPr>
          <w:sz w:val="20"/>
        </w:rPr>
        <w:t>14:20  dua that when Ibrahim and Ismail were building, raising the foundation of the Kaaba, they prayed, "Rabbana taqabbal minna innaka anta samiul alim." Our Lord, accept this from us.</w:t>
      </w:r>
      <w:r>
        <w:br/>
      </w:r>
      <w:r>
        <w:rPr>
          <w:sz w:val="20"/>
        </w:rPr>
        <w:t>14:32  You are all hearing, all knowing. And this is a very important aspect of dua that they prayed for acceptance of dua.</w:t>
      </w:r>
      <w:r>
        <w:br/>
      </w:r>
      <w:r>
        <w:rPr>
          <w:sz w:val="20"/>
        </w:rPr>
        <w:t>14:46  When we do any good work for the cause of God, we should also pray to God that please accept our dua.</w:t>
      </w:r>
      <w:r>
        <w:br/>
      </w:r>
      <w:r>
        <w:rPr>
          <w:sz w:val="20"/>
        </w:rPr>
        <w:t>14:57  So this is a very nice way that they are doing such a big task, and still they are humbly calling upon God that may God accept our humble effort.</w:t>
      </w:r>
    </w:p>
    <w:p>
      <w:pPr>
        <w:pStyle w:val="Heading2"/>
      </w:pPr>
      <w:r>
        <w:t>Palestine 1948: a missed opportunity for dawah</w:t>
      </w:r>
    </w:p>
    <w:p>
      <w:r>
        <w:rPr>
          <w:color w:val="666666"/>
          <w:sz w:val="18"/>
        </w:rPr>
        <w:t>The Problem of Conditioning April 22, 2012 · 3m 55s · at 32:22 · https://youtu.be/j-kJQzOz46g?t=1942</w:t>
      </w:r>
    </w:p>
    <w:p>
      <w:r>
        <w:rPr>
          <w:i/>
        </w:rPr>
        <w:t>“1948 mein Falasteen ko taqseem kiya gaya”</w:t>
      </w:r>
    </w:p>
    <w:p>
      <w:r>
        <w:rPr>
          <w:sz w:val="20"/>
        </w:rPr>
        <w:t>32:22  isi tarah sab se bara waqea jo pesh aaya, woh Falasteen mein. Falasteen mein jo pesh aaya, 1948 mein Falasteen ko taqseem kiya gaya.</w:t>
      </w:r>
      <w:r>
        <w:br/>
      </w:r>
      <w:r>
        <w:rPr>
          <w:sz w:val="20"/>
        </w:rPr>
        <w:t>32:34  taqseem ka maani yeh nahi tha ke arabon ko nikal diya gaya. yani political administration ek hisse par ho gaya Israel ka, yani is hisse par, doosre hisse par ho gaya arabon ka.</w:t>
      </w:r>
      <w:r>
        <w:br/>
      </w:r>
      <w:r>
        <w:rPr>
          <w:sz w:val="20"/>
        </w:rPr>
        <w:t>32:48  abhi bhi dono hisse mein arab log thay.</w:t>
      </w:r>
      <w:r>
        <w:br/>
      </w:r>
      <w:r>
        <w:rPr>
          <w:sz w:val="20"/>
        </w:rPr>
        <w:t>32:52  us waqt bhi jab ke itni ladaiyan ho chuki hain, abhi bhi Israel mein 20 feesad arab log rehte hain. 20 feesad!</w:t>
      </w:r>
      <w:r>
        <w:br/>
      </w:r>
      <w:r>
        <w:rPr>
          <w:sz w:val="20"/>
        </w:rPr>
        <w:t>33:01  woh khushhali ke sath rehte hain. abhi bhi 20 feesad arab. to aap ghor kijiye ke 48 mein kitne zyada arab rahe honge.</w:t>
      </w:r>
      <w:r>
        <w:br/>
      </w:r>
      <w:r>
        <w:rPr>
          <w:sz w:val="20"/>
        </w:rPr>
        <w:t>33:12  to taqseem ka maani yeh nahi. Israel ke qayam ka matlab yeh nahi tha ke arabon ko nikal diya gaya. yeh matlab nahi tha.</w:t>
      </w:r>
      <w:r>
        <w:br/>
      </w:r>
      <w:r>
        <w:rPr>
          <w:sz w:val="20"/>
        </w:rPr>
        <w:t>33:19  arab log jaise pehle thay, waise ab bhi thay. sirf political administration ke aitbar se Falasteen ka aadha hissa Israel ko de diya gaya.</w:t>
      </w:r>
      <w:r>
        <w:br/>
      </w:r>
      <w:r>
        <w:rPr>
          <w:sz w:val="20"/>
        </w:rPr>
        <w:t>33:30  aur wahan par jo jo jo israeli diaspora mein thay, woh wahan par aanay lagay.</w:t>
      </w:r>
      <w:r>
        <w:br/>
      </w:r>
      <w:r>
        <w:rPr>
          <w:sz w:val="20"/>
        </w:rPr>
        <w:t>33:38  yahan pe bhai dekhiye, agar aap quran ke usool ko lety to aap ko yeh sochna chahiye tha ke dunya bhar mein jo jo jo phailay hue thay diaspora ke tor par, woh lot rahay hain israel mein.</w:t>
      </w:r>
      <w:r>
        <w:br/>
      </w:r>
      <w:r>
        <w:rPr>
          <w:sz w:val="20"/>
        </w:rPr>
        <w:t>33:53  dekho, madu hamaray paas aa raha hai. ab in ko dawat do. aap jantay hain ke rasool Allah sal Allah alayhi wasallam ne yahudiyon ko bhi dawat di.</w:t>
      </w:r>
      <w:r>
        <w:br/>
      </w:r>
      <w:r>
        <w:rPr>
          <w:sz w:val="20"/>
        </w:rPr>
        <w:t>34:03  khud quran mein aik quran ne dawat di yahudiyon ko.</w:t>
      </w:r>
      <w:r>
        <w:br/>
      </w:r>
      <w:r>
        <w:rPr>
          <w:sz w:val="20"/>
        </w:rPr>
        <w:t>34:08  ya ahl al kitab ta'ala ala kalima suwae bain kum Allah nabud illa Allah to Allah ta'ala ne un ki talif qalb ke liye yahan tak kiya tha ke yahudiyon ke qiblay ko apna qibla bana liya.</w:t>
      </w:r>
      <w:r>
        <w:br/>
      </w:r>
      <w:r>
        <w:rPr>
          <w:sz w:val="20"/>
        </w:rPr>
        <w:t>34:21  aap ghore kijiye, jo falasteen is baat ki alamat hai ke rasool Allah ne yahudiyon ki talif qalb ke liye un ke qiblay ko apna qibla bana liya, wahan par aap ko sirf aik baat mili hai ke laro, laro, laro,</w:t>
      </w:r>
      <w:r>
        <w:br/>
      </w:r>
      <w:r>
        <w:rPr>
          <w:sz w:val="20"/>
        </w:rPr>
        <w:t>34:36  bam maro, goli maro,</w:t>
      </w:r>
      <w:r>
        <w:br/>
      </w:r>
      <w:r>
        <w:rPr>
          <w:sz w:val="20"/>
        </w:rPr>
        <w:t>34:39  yani un ki tareef karo, un par dawat do, un ko islam ka paigham pohanchao. yeh tasawwur hi nahi hai. yeh to rujhan hai.</w:t>
      </w:r>
      <w:r>
        <w:br/>
      </w:r>
      <w:r>
        <w:rPr>
          <w:sz w:val="20"/>
        </w:rPr>
        <w:t>34:49  to falasteen mein bhi jo kaam karna tha, woh yeh karna tha ke aap yahudiyon ko jo wahan aa gaye thay, un ko bator madu lety, madu, jaisa ke rasool Allah ne bator madu liya.</w:t>
      </w:r>
      <w:r>
        <w:br/>
      </w:r>
      <w:r>
        <w:rPr>
          <w:sz w:val="20"/>
        </w:rPr>
        <w:t>35:05  un ko</w:t>
      </w:r>
      <w:r>
        <w:br/>
      </w:r>
      <w:r>
        <w:rPr>
          <w:sz w:val="20"/>
        </w:rPr>
        <w:t>35:07  khud quran mein bator madu un ko liya gaya.</w:t>
      </w:r>
      <w:r>
        <w:br/>
      </w:r>
      <w:r>
        <w:rPr>
          <w:sz w:val="20"/>
        </w:rPr>
        <w:t>35:13  kisi ajeeb baat hai! kisi ajeeb baat hai! nateeja kya hua? dekhiye, 60 saal guzar chukay hain falasteen mein, ab beshumar qurbaniyan di gayi hain,</w:t>
      </w:r>
      <w:r>
        <w:br/>
      </w:r>
      <w:r>
        <w:rPr>
          <w:sz w:val="20"/>
        </w:rPr>
        <w:t>35:28  lekin kya hua? kuch bhi faida nahi hua, balkay ulta yeh hua ke arbon ka raqba aik dam kam ho gaya.</w:t>
      </w:r>
      <w:r>
        <w:br/>
      </w:r>
      <w:r>
        <w:rPr>
          <w:sz w:val="20"/>
        </w:rPr>
        <w:t>35:37  do chotay chotay town un ke paas hain, gaza aur areha, jab ke 1948 mein un ke paas falasteen ka best hissa tha, line shahar un ke paas tha.</w:t>
      </w:r>
      <w:r>
        <w:br/>
      </w:r>
      <w:r>
        <w:rPr>
          <w:sz w:val="20"/>
        </w:rPr>
        <w:t>35:52  to na sirf yeh ke aamal habat ho gaye, balkay counter productive ban gaye.</w:t>
      </w:r>
      <w:r>
        <w:br/>
      </w:r>
      <w:r>
        <w:rPr>
          <w:sz w:val="20"/>
        </w:rPr>
        <w:t>36:03  to karna kya chahiye</w:t>
      </w:r>
      <w:r>
        <w:br/>
      </w:r>
      <w:r>
        <w:rPr>
          <w:sz w:val="20"/>
        </w:rPr>
        <w:t>36:05  ? karna yeh chahiye ke aap muhasba karen, re assess karen, revise karen, aur apni policyon ko badlen.</w:t>
      </w:r>
      <w:r>
        <w:br/>
      </w:r>
      <w:r>
        <w:rPr>
          <w:sz w:val="20"/>
        </w:rPr>
        <w:t>36:18  dekhiye, mein yahan par aik misaal dena chahta hoon. ijtamai zindagi mein muhasbay ki misaal.</w:t>
      </w:r>
    </w:p>
    <w:p>
      <w:pPr>
        <w:pStyle w:val="Heading2"/>
      </w:pPr>
      <w:r>
        <w:t>Monotheism enabled scientific revolution</w:t>
      </w:r>
    </w:p>
    <w:p>
      <w:r>
        <w:rPr>
          <w:color w:val="666666"/>
          <w:sz w:val="18"/>
        </w:rPr>
        <w:t>Islam the Reformed Edition of True Religion July 21, 2006 · 5m 49s · at 17:50 · https://youtu.be/BnFM0wiwG-Q?t=1070</w:t>
      </w:r>
    </w:p>
    <w:p>
      <w:r>
        <w:rPr>
          <w:i/>
        </w:rPr>
        <w:t>“Arnold Toynbee jo British historian hai, Arnold Toynbee ne likha hai ki”</w:t>
      </w:r>
    </w:p>
    <w:p>
      <w:r>
        <w:rPr>
          <w:sz w:val="20"/>
        </w:rPr>
        <w:t>17:50  to kyun aisa hua? Arnold Toynbee jo British historian hai, Arnold Toynbee ne likha hai ke yeh oneness of God ka jo concept hai is se aisa hua.</w:t>
      </w:r>
      <w:r>
        <w:br/>
      </w:r>
      <w:r>
        <w:rPr>
          <w:sz w:val="20"/>
        </w:rPr>
        <w:t>18:03  is ne Islam ka naam to nahi liya hai, oneness of God ka naam liya hai. to ab sawal yeh hai ke oneness of God ka concept history mein kis ne diya?</w:t>
      </w:r>
      <w:r>
        <w:br/>
      </w:r>
      <w:r>
        <w:rPr>
          <w:sz w:val="20"/>
        </w:rPr>
        <w:t>18:14  ab aap history parhiye. oneness of god ka jo concept hai, yani monotheism ka jo concept hai woh history mein kis ne diya?</w:t>
      </w:r>
      <w:r>
        <w:br/>
      </w:r>
      <w:r>
        <w:rPr>
          <w:sz w:val="20"/>
        </w:rPr>
        <w:t>18:27  woh sirf islam ne diya. kyunke saare mazhabon mein aisa distortion ho gaya tha ke oneness of god, agarche yeh baat apni jagah par theek hai ke har religion asal mein base karta tha oneness of god hi ke concept par.</w:t>
      </w:r>
      <w:r>
        <w:br/>
      </w:r>
      <w:r>
        <w:rPr>
          <w:sz w:val="20"/>
        </w:rPr>
        <w:t>18:47  lekin sab mazhabon mein kya hua tha? distortion hua, alteration hua, interpolation hua. toh ab kya reh gaya tha mazhab?</w:t>
      </w:r>
      <w:r>
        <w:br/>
      </w:r>
      <w:r>
        <w:rPr>
          <w:sz w:val="20"/>
        </w:rPr>
        <w:t>18:58  superstition, dogmatism.</w:t>
      </w:r>
      <w:r>
        <w:br/>
      </w:r>
      <w:r>
        <w:rPr>
          <w:sz w:val="20"/>
        </w:rPr>
        <w:t>19:05  toh is ne likha hai ke oneness of god ka concept, yani is ka matlab kya hua? ke nature ko dethrone kar diya oneness of god ke concept ne.</w:t>
      </w:r>
      <w:r>
        <w:br/>
      </w:r>
      <w:r>
        <w:rPr>
          <w:sz w:val="20"/>
        </w:rPr>
        <w:t>19:15  aap jante hain ke nature jo jo tha is se pehle wohi isi ko pujte the log. nature worship hazaron saal se duniya mein hoti rahi hai.</w:t>
      </w:r>
      <w:r>
        <w:br/>
      </w:r>
      <w:r>
        <w:rPr>
          <w:sz w:val="20"/>
        </w:rPr>
        <w:t>19:25  har cheez ko poojna, sun ko poojna, moon ko poojna, ocean ko poojna, mountain ko poojna.</w:t>
      </w:r>
      <w:r>
        <w:br/>
      </w:r>
      <w:r>
        <w:rPr>
          <w:sz w:val="20"/>
        </w:rPr>
        <w:t>19:37  har cheez ko poojna, rain ko poojna.</w:t>
      </w:r>
      <w:r>
        <w:br/>
      </w:r>
      <w:r>
        <w:rPr>
          <w:sz w:val="20"/>
        </w:rPr>
        <w:t>19:43  toh yeh dekhiye ek psychological baat hai ke jo cheez insaan ke liye object of worship bani hui ho wohi cheez aadmi ke liye object of investigation nahi ban sakti.</w:t>
      </w:r>
      <w:r>
        <w:br/>
      </w:r>
      <w:r>
        <w:rPr>
          <w:sz w:val="20"/>
        </w:rPr>
        <w:t>20:04  aap sochiye is ko ke jab nature hazaron saal se object of worship ban chuka tha toh usi waqt woh kaise mumkin tha ke woh object of investigation ban sake?</w:t>
      </w:r>
      <w:r>
        <w:br/>
      </w:r>
      <w:r>
        <w:rPr>
          <w:sz w:val="20"/>
        </w:rPr>
        <w:t>20:24  baghair investigation there was no science.</w:t>
      </w:r>
      <w:r>
        <w:br/>
      </w:r>
      <w:r>
        <w:rPr>
          <w:sz w:val="20"/>
        </w:rPr>
        <w:t>20:28  science begins from investigation, from exploration. toh jab insaan nature worship mein pad gaya, nature ko god maan liya toh kya hua?</w:t>
      </w:r>
      <w:r>
        <w:br/>
      </w:r>
      <w:r>
        <w:rPr>
          <w:sz w:val="20"/>
        </w:rPr>
        <w:t>20:44  scientific research ka process hi khatam ho gaya. nature ko investigate karne ka process hi khatam ho gaya. nature ko explore karne ka process hi khatam ho gaya.</w:t>
      </w:r>
      <w:r>
        <w:br/>
      </w:r>
      <w:r>
        <w:rPr>
          <w:sz w:val="20"/>
        </w:rPr>
        <w:t>20:58  yeh tha yeh thi tragedy. toh Arnold Toynbee ne sahi likha hai ke oneness of god ka jo concept aaya, oneness of god ka matlab kya hai?</w:t>
      </w:r>
      <w:r>
        <w:br/>
      </w:r>
      <w:r>
        <w:rPr>
          <w:sz w:val="20"/>
        </w:rPr>
        <w:t>21:10  nature god nahi, sun god nahi, moon god nahi, ocean god nahi, rain god nahi, mountain god nahi.</w:t>
      </w:r>
      <w:r>
        <w:br/>
      </w:r>
      <w:r>
        <w:rPr>
          <w:sz w:val="20"/>
        </w:rPr>
        <w:t>21:19  god toh sirf ek hai, baqi sab features hain. toh oneness of god ka matlab hai baqi cheezon ko, nature ki sab cheezon ko dethrone karna</w:t>
      </w:r>
      <w:r>
        <w:br/>
      </w:r>
      <w:r>
        <w:rPr>
          <w:sz w:val="20"/>
        </w:rPr>
        <w:t>21:35  khudai se. yeh tha mission jo maine kaha ke religion ko alag kar dena dogmatism se, superstition se.</w:t>
      </w:r>
      <w:r>
        <w:br/>
      </w:r>
      <w:r>
        <w:rPr>
          <w:sz w:val="20"/>
        </w:rPr>
        <w:t>21:49  kyunke nature worship kya tha? nature worship tha simply superstition ka phenomenon tha, dogmatism ka phenomenon tha.</w:t>
      </w:r>
      <w:r>
        <w:br/>
      </w:r>
      <w:r>
        <w:rPr>
          <w:sz w:val="20"/>
        </w:rPr>
        <w:t>22:00  koi science ki research se toh nahi nature worship bani thi. kisi scientific research ne nahi bataya tha ke woh moon jo hai woh god hai.</w:t>
      </w:r>
      <w:r>
        <w:br/>
      </w:r>
      <w:r>
        <w:rPr>
          <w:sz w:val="20"/>
        </w:rPr>
        <w:t>22:11  kyunke jab scientific research aayi toh aap jante hain ke insaan ja kar us ke upar khada ho gaya</w:t>
      </w:r>
      <w:r>
        <w:br/>
      </w:r>
      <w:r>
        <w:rPr>
          <w:sz w:val="20"/>
        </w:rPr>
        <w:t>22:18  moon ke upar. toh yeh jo tha superstition tha, dogmatism thi aur kuch nahi.</w:t>
      </w:r>
      <w:r>
        <w:br/>
      </w:r>
      <w:r>
        <w:rPr>
          <w:sz w:val="20"/>
        </w:rPr>
        <w:t>22:28  toh oneness of god ka jo concept hai is ne dethrone kar diya.</w:t>
      </w:r>
      <w:r>
        <w:br/>
      </w:r>
      <w:r>
        <w:rPr>
          <w:sz w:val="20"/>
        </w:rPr>
        <w:t>22:37  har cheez jo hai woh simply feature ban gayi. ab do hi reh gaye, creator aur creature. pehle kya tha?</w:t>
      </w:r>
      <w:r>
        <w:br/>
      </w:r>
      <w:r>
        <w:rPr>
          <w:sz w:val="20"/>
        </w:rPr>
        <w:t>22:45  sab god hi god the. sab god hi god bane hue the.</w:t>
      </w:r>
      <w:r>
        <w:br/>
      </w:r>
      <w:r>
        <w:rPr>
          <w:sz w:val="20"/>
        </w:rPr>
        <w:t>22:54  do god, teen god, sau god, crore god yeh bane hue the.</w:t>
      </w:r>
      <w:r>
        <w:br/>
      </w:r>
      <w:r>
        <w:rPr>
          <w:sz w:val="20"/>
        </w:rPr>
        <w:t>23:02  to ab kya hua ke guard aik raha, creator aik raha, baqi sab creature ban gaye. creature, makhlooq, yaani khalq aur makhlooq.</w:t>
      </w:r>
      <w:r>
        <w:br/>
      </w:r>
      <w:r>
        <w:rPr>
          <w:sz w:val="20"/>
        </w:rPr>
        <w:t>23:13  pehlay maaboodon ki bharmar thi, khudaon ki bharmar thi, sab khuda hi khuda thay. ab kya hua ke khuda aik reh gaya aur baqi sab jo hai maabood nahi rahay balkay makhlooq ban gaye.</w:t>
      </w:r>
      <w:r>
        <w:br/>
      </w:r>
      <w:r>
        <w:rPr>
          <w:sz w:val="20"/>
        </w:rPr>
        <w:t>23:28  yeh tha woh revolution jo islam ne paida kiya. main yeh nahi keh raha hoon ke aik hi din mein ho gaya. dekhein yeh law of nature ke khilaaf hai.</w:t>
      </w:r>
    </w:p>
    <w:p>
      <w:pPr>
        <w:pStyle w:val="Heading2"/>
      </w:pPr>
      <w:r>
        <w:t>The Rushdie fatwa that backfired and shamed Muslims</w:t>
      </w:r>
    </w:p>
    <w:p>
      <w:r>
        <w:rPr>
          <w:color w:val="666666"/>
          <w:sz w:val="18"/>
        </w:rPr>
        <w:t>Muslim Militancy July 8, 2007 · 5m 25s · at 48:31 · https://youtu.be/mfIIEFQDOtg?t=2911</w:t>
      </w:r>
    </w:p>
    <w:p>
      <w:r>
        <w:rPr>
          <w:i/>
        </w:rPr>
        <w:t>“ایران سے فتویٰ نکل گیا کہ رشدی کو مار ڈالو”</w:t>
      </w:r>
    </w:p>
    <w:p>
      <w:r>
        <w:rPr>
          <w:sz w:val="20"/>
        </w:rPr>
        <w:t>48:31  jis zamane mein iran ke mufti logon ne fatwa diya tha ke rushdie ko mar dalo. ek kitab chhapi thi aap jante hain rushdie ki The Satanic Verses is kitab par sare musalman ghussa ho gaye sari duniya mein.</w:t>
      </w:r>
      <w:r>
        <w:br/>
      </w:r>
      <w:r>
        <w:rPr>
          <w:sz w:val="20"/>
        </w:rPr>
        <w:t>48:48  aur iran se fatwa nikal gaya ke rushdie ko mar dalo. aur sare musalmanon ne is ko endorse kiya. sirf mein ne is ke khilaf kitab likhi thi.</w:t>
      </w:r>
      <w:r>
        <w:br/>
      </w:r>
      <w:r>
        <w:rPr>
          <w:sz w:val="20"/>
        </w:rPr>
        <w:t>48:58  mujh ko chhod kar kisi ek musalman ne bhi is ke khilaf statement nahi diya. to is zamane mein mein britain gaya tha, wahan par ek aadmi mile, ireland ke the woh.</w:t>
      </w:r>
      <w:r>
        <w:br/>
      </w:r>
      <w:r>
        <w:rPr>
          <w:sz w:val="20"/>
        </w:rPr>
        <w:t>49:09  to unhon ne kaha ke hamare haan to sab kehte hain ke pehle yeh tha ke beware of dogs</w:t>
      </w:r>
      <w:r>
        <w:br/>
      </w:r>
      <w:r>
        <w:rPr>
          <w:sz w:val="20"/>
        </w:rPr>
        <w:t>49:15  ab kehte hain ke beware of Muslims ke agar koi aisi munh se nikal di aisi baat, aur yun musalman ko laga yeh to hamare deen ke khilaf hai, to woh chalay khada ho jayega, mar dalega tum ko.</w:t>
      </w:r>
      <w:r>
        <w:br/>
      </w:r>
      <w:r>
        <w:rPr>
          <w:sz w:val="20"/>
        </w:rPr>
        <w:t>49:28  to beware of Muslims</w:t>
      </w:r>
      <w:r>
        <w:br/>
      </w:r>
      <w:r>
        <w:rPr>
          <w:sz w:val="20"/>
        </w:rPr>
        <w:t>49:33  in cheezon ka sab se bada nuksan yeh hua hai ke islam badnam ho gaya. khuda ka deen badnam ho gaya.</w:t>
      </w:r>
      <w:r>
        <w:br/>
      </w:r>
      <w:r>
        <w:rPr>
          <w:sz w:val="20"/>
        </w:rPr>
        <w:t>49:43  yeh defamation hai islam ka. Defamation.</w:t>
      </w:r>
      <w:r>
        <w:br/>
      </w:r>
      <w:r>
        <w:rPr>
          <w:sz w:val="20"/>
        </w:rPr>
        <w:t>49:50  aur yaad rakhiye islam mein yeh bhi ek principle hai ke woh cheez jis se image jo hai kharab ho rahi ho, us ko na karna.</w:t>
      </w:r>
      <w:r>
        <w:br/>
      </w:r>
      <w:r>
        <w:rPr>
          <w:sz w:val="20"/>
        </w:rPr>
        <w:t>50:03  yeh bhi islam mein ek principle hai. yeh bhi ek principle hai islam ka. jaise ek aadmi tha madine mein, woh bohat hi galat aadmi tha.</w:t>
      </w:r>
      <w:r>
        <w:br/>
      </w:r>
      <w:r>
        <w:rPr>
          <w:sz w:val="20"/>
        </w:rPr>
        <w:t>50:14  itna galat aadmi tha ke is ka beta is ko qatl karne ke liye tayyar ho gaya. is ka apna saga beta. itna galat aadmi tha woh.</w:t>
      </w:r>
      <w:r>
        <w:br/>
      </w:r>
      <w:r>
        <w:rPr>
          <w:sz w:val="20"/>
        </w:rPr>
        <w:t>50:24  to is ne kaha ke rasool Allah mujhe ijazat dijiye. bete ne kaha, rasool Allah se bete ne. is ka naam tha abdullah. ke mein apne baap ko mar dalo.</w:t>
      </w:r>
      <w:r>
        <w:br/>
      </w:r>
      <w:r>
        <w:rPr>
          <w:sz w:val="20"/>
        </w:rPr>
        <w:t>50:36  to rasool Allah ne kaha ke nahi. log kahenge ke Muhammad yeqtul ashabe</w:t>
      </w:r>
      <w:r>
        <w:br/>
      </w:r>
      <w:r>
        <w:rPr>
          <w:sz w:val="20"/>
        </w:rPr>
        <w:t>50:44  Muhammad apne sahatiyon ko qatl karte hain. yaani is mein islam ki badnami hogi. to is ko aap ne chhod diya yahan tak ke woh is ki natural death hui.</w:t>
      </w:r>
      <w:r>
        <w:br/>
      </w:r>
      <w:r>
        <w:rPr>
          <w:sz w:val="20"/>
        </w:rPr>
        <w:t>50:57  to badnami se bachana yeh bhi ek islam ka ek principle hai. to yeh sari jo idhar udhar ho rahe hain kaam, is mein islam badnam ho raha hai.</w:t>
      </w:r>
      <w:r>
        <w:br/>
      </w:r>
      <w:r>
        <w:rPr>
          <w:sz w:val="20"/>
        </w:rPr>
        <w:t>51:13  jaise ke denmark mein cartoon ek chha, jis mein rasool Allah ko musalmanon ke kehne ke mutabiq, mein to is ko nahi manta in sab baaton ko.</w:t>
      </w:r>
      <w:r>
        <w:br/>
      </w:r>
      <w:r>
        <w:rPr>
          <w:sz w:val="20"/>
        </w:rPr>
        <w:t>51:24  ke rasool Allah ko is mein defame kiya gaya tha. ab sari duniya ke musalman uth khade hue, maro, kato. to mein ne ek article likha tha, is ka unwan tha Ignore Cartoons Ignore Cartoons.</w:t>
      </w:r>
      <w:r>
        <w:br/>
      </w:r>
      <w:r>
        <w:rPr>
          <w:sz w:val="20"/>
        </w:rPr>
        <w:t>51:41  is mein mein ne dikhaya tha ke dekhiye. aap ko janna chahiye ke aap kis zamane mein hain.</w:t>
      </w:r>
      <w:r>
        <w:br/>
      </w:r>
      <w:r>
        <w:rPr>
          <w:sz w:val="20"/>
        </w:rPr>
        <w:t>51:51  aap communication age mein hain. aap ek aisi age mein hain jabke media duniya mein aa chuka hai. print media, electronic media.</w:t>
      </w:r>
      <w:r>
        <w:br/>
      </w:r>
      <w:r>
        <w:rPr>
          <w:sz w:val="20"/>
        </w:rPr>
        <w:t>52:02  to aaj jab bhi koi aap kaam karte hain, to within minutes woh sari duniya mein phail jata hai. woh sari duniya mein.</w:t>
      </w:r>
      <w:r>
        <w:br/>
      </w:r>
      <w:r>
        <w:rPr>
          <w:sz w:val="20"/>
        </w:rPr>
        <w:t>52:12  pehlay agar kuch karte thay aap, to aas paas ke thode aadmi jante thay bas. tab na akhbar tha, na TV tha.</w:t>
      </w:r>
      <w:r>
        <w:br/>
      </w:r>
      <w:r>
        <w:rPr>
          <w:sz w:val="20"/>
        </w:rPr>
        <w:t>52:24  lekin aaj kya hai, agar aap ek kaam karein. jaise aap ne ek fatwa issue kiya rushdie ke khilaf</w:t>
      </w:r>
      <w:r>
        <w:br/>
      </w:r>
      <w:r>
        <w:rPr>
          <w:sz w:val="20"/>
        </w:rPr>
        <w:t>52:33  . idhar fatwa issue hua, idhar sari duniya ko pata chal gaya ke musalman jo hain yeh keh rahe hain ke is ko mar dalo. aap jante hain ke fatwa dene wale mar gaye.</w:t>
      </w:r>
      <w:r>
        <w:br/>
      </w:r>
      <w:r>
        <w:rPr>
          <w:sz w:val="20"/>
        </w:rPr>
        <w:t>52:43  woh aadmi abhi tak zinda hai, is ko knighthood ka khitab bhi mil gaya, title bhi mil gaya. kitna ridiculous baat hai yeh. ke jis ne fatwa diya tha ke mar dalo, aur sari duniya ko musalmanon ne kaha ke haan haan mar dalo, mar dalo, mar dalo.</w:t>
      </w:r>
      <w:r>
        <w:br/>
      </w:r>
      <w:r>
        <w:rPr>
          <w:sz w:val="20"/>
        </w:rPr>
        <w:t>52:57  aur is pe inaam rakh diya gaya hai, is ke sir pe inaam. ab dekhiye kitni bari be izzati ki baat hai. ke woh aadmi mar gaya. musalman maar nahi sake is ko.</w:t>
      </w:r>
      <w:r>
        <w:br/>
      </w:r>
      <w:r>
        <w:rPr>
          <w:sz w:val="20"/>
        </w:rPr>
        <w:t>53:09  hata ke britain se chhod kar bhi nahi bhage wahan se.</w:t>
      </w:r>
      <w:r>
        <w:br/>
      </w:r>
      <w:r>
        <w:rPr>
          <w:sz w:val="20"/>
        </w:rPr>
        <w:t>53:12  ke hum aisi country mein nahi rahenge. yeh bhi karte kam se kam. ke wahan se migrate kar jaate. ke jis country mein hamare usool ki toheen ki jati hai, wahan hum nahi rahenge.</w:t>
      </w:r>
      <w:r>
        <w:br/>
      </w:r>
      <w:r>
        <w:rPr>
          <w:sz w:val="20"/>
        </w:rPr>
        <w:t>53:24  ek bhi musalman nahi tha jo yeh kaam kare. to na to rushdie ko maar paye. yahan tak ke rushdie ko be izzat bhi nahi kar paya.</w:t>
      </w:r>
      <w:r>
        <w:br/>
      </w:r>
      <w:r>
        <w:rPr>
          <w:sz w:val="20"/>
        </w:rPr>
        <w:t>53:34  rushdie ko literally title mila. aur ab jo us ko title mil gaya hai knighthood ka, woh sir ban gaya hai woh. ab bataiye ke dunya kya samjhegi?</w:t>
      </w:r>
      <w:r>
        <w:br/>
      </w:r>
      <w:r>
        <w:rPr>
          <w:sz w:val="20"/>
        </w:rPr>
        <w:t>53:48  dunya kya samjhegi hamare bare mein? ke aise kaam karte hain jis ka nateeja ulta ho.</w:t>
      </w:r>
    </w:p>
    <w:p>
      <w:pPr>
        <w:pStyle w:val="Heading2"/>
      </w:pPr>
      <w:r>
        <w:t>Lip service Tazkiya and true belief</w:t>
      </w:r>
    </w:p>
    <w:p>
      <w:r>
        <w:rPr>
          <w:color w:val="666666"/>
          <w:sz w:val="18"/>
        </w:rPr>
        <w:t>Q and A with Maulana on 'Purification of Soul' May 7, 2016 · 3m 36s · at 18:34 · https://youtu.be/j3O1QEDlfFc?t=1114</w:t>
      </w:r>
    </w:p>
    <w:p>
      <w:r>
        <w:rPr>
          <w:i/>
        </w:rPr>
        <w:t>“Dekhiye, ye log jo karte hain tazkiya ki baat”</w:t>
      </w:r>
    </w:p>
    <w:p>
      <w:r>
        <w:rPr>
          <w:sz w:val="20"/>
        </w:rPr>
        <w:t>18:34  dekhen, yeh log jo karte hain tazkiya ki baat, woh lip service ke taur par karte hain, un</w:t>
      </w:r>
      <w:r>
        <w:br/>
      </w:r>
      <w:r>
        <w:rPr>
          <w:sz w:val="20"/>
        </w:rPr>
        <w:t>18:39  ko yaqeen nahi hota.</w:t>
      </w:r>
      <w:r>
        <w:br/>
      </w:r>
      <w:r>
        <w:rPr>
          <w:sz w:val="20"/>
        </w:rPr>
        <w:t>18:45  yaqeen ke darjay mein agar woh maanein tazkiya ke usool ko to kabhi aisa nahi karenge.</w:t>
      </w:r>
      <w:r>
        <w:br/>
      </w:r>
      <w:r>
        <w:rPr>
          <w:sz w:val="20"/>
        </w:rPr>
        <w:t>18:51  misaal ke taur par dekhen, hum parhte hain ke Quran mein laqad kaana lakum fi rasoolillahi uswatun hasanah, Rasool Allah</w:t>
      </w:r>
      <w:r>
        <w:br/>
      </w:r>
      <w:r>
        <w:rPr>
          <w:sz w:val="20"/>
        </w:rPr>
        <w:t>18:57  ki zindagi mein tumhare behtareen namoona hain.</w:t>
      </w:r>
      <w:r>
        <w:br/>
      </w:r>
      <w:r>
        <w:rPr>
          <w:sz w:val="20"/>
        </w:rPr>
        <w:t>19:03  yeh aap parhte hain Quran mein.</w:t>
      </w:r>
      <w:r>
        <w:br/>
      </w:r>
      <w:r>
        <w:rPr>
          <w:sz w:val="20"/>
        </w:rPr>
        <w:t>19:09  achha, is ke baad aap hadith padhiye to aap dekhen ke rasool Allah salallaho alaihe wasallam makka</w:t>
      </w:r>
      <w:r>
        <w:br/>
      </w:r>
      <w:r>
        <w:rPr>
          <w:sz w:val="20"/>
        </w:rPr>
        <w:t>19:14  mein tehra saal rahe, unhon ne sataya, zulm kiya, phir aap hijrat kar ke chale gaye madina.</w:t>
      </w:r>
      <w:r>
        <w:br/>
      </w:r>
      <w:r>
        <w:rPr>
          <w:sz w:val="20"/>
        </w:rPr>
        <w:t>19:20  to wahan jaane ke baad aap ne kya kiya? das saal madine mein rahe, aap kabhi ek baar</w:t>
      </w:r>
      <w:r>
        <w:br/>
      </w:r>
      <w:r>
        <w:rPr>
          <w:sz w:val="20"/>
        </w:rPr>
        <w:t>19:26  bhi aap ne makka walon ki shikayat nahin ki, halanke unhon ne waqeatan bohat zulm kiya tha, bohat</w:t>
      </w:r>
      <w:r>
        <w:br/>
      </w:r>
      <w:r>
        <w:rPr>
          <w:sz w:val="20"/>
        </w:rPr>
        <w:t>19:32  sataya tha, yaani watan se nikaal diya tha.</w:t>
      </w:r>
      <w:r>
        <w:br/>
      </w:r>
      <w:r>
        <w:rPr>
          <w:sz w:val="20"/>
        </w:rPr>
        <w:t>19:38  to yeh jab aap quran se padhen ke Allah ke rasool mein sunnat hai, uswa hai, Allah ke</w:t>
      </w:r>
      <w:r>
        <w:br/>
      </w:r>
      <w:r>
        <w:rPr>
          <w:sz w:val="20"/>
        </w:rPr>
        <w:t>19:44  rasool ki zindagi mein hamare liye uswa hai, namoona hai, aur phir yeh dekhen ke rasool Allah jab</w:t>
      </w:r>
      <w:r>
        <w:br/>
      </w:r>
      <w:r>
        <w:rPr>
          <w:sz w:val="20"/>
        </w:rPr>
        <w:t>19:49  makka se madina gaye to qareeban shikayat hi nahin ki kabhi.</w:t>
      </w:r>
      <w:r>
        <w:br/>
      </w:r>
      <w:r>
        <w:rPr>
          <w:sz w:val="20"/>
        </w:rPr>
        <w:t>19:55  koi ek hadith aisi nahin hai jis mein aap ne makka walon ke zulm ki shikayat ki ho.</w:t>
      </w:r>
      <w:r>
        <w:br/>
      </w:r>
      <w:r>
        <w:rPr>
          <w:sz w:val="20"/>
        </w:rPr>
        <w:t>20:01  to agar aap sach much sincere hain, sach much aap yaqeen rakhte hain, yaani aakhirat par, to kabhi</w:t>
      </w:r>
      <w:r>
        <w:br/>
      </w:r>
      <w:r>
        <w:rPr>
          <w:sz w:val="20"/>
        </w:rPr>
        <w:t>20:07  aisa nahin hoga ke aap shikayati banen, shikayat ka culture ikhtiyar karen.</w:t>
      </w:r>
      <w:r>
        <w:br/>
      </w:r>
      <w:r>
        <w:rPr>
          <w:sz w:val="20"/>
        </w:rPr>
        <w:t>20:13  kabhi aisa nahin hoga.</w:t>
      </w:r>
      <w:r>
        <w:br/>
      </w:r>
      <w:r>
        <w:rPr>
          <w:sz w:val="20"/>
        </w:rPr>
        <w:t>20:19  phir rasool Allah ki baat rahi, aap dekhen makka mein sahaba gaye the, woh madina mein jab hijrat</w:t>
      </w:r>
      <w:r>
        <w:br/>
      </w:r>
      <w:r>
        <w:rPr>
          <w:sz w:val="20"/>
        </w:rPr>
        <w:t>20:24  hui to bohat se sahabi madina aa kar settle hue wahan.</w:t>
      </w:r>
      <w:r>
        <w:br/>
      </w:r>
      <w:r>
        <w:rPr>
          <w:sz w:val="20"/>
        </w:rPr>
        <w:t>20:30  yeh sab log woh the jin ko sataya gaya tha.</w:t>
      </w:r>
      <w:r>
        <w:br/>
      </w:r>
      <w:r>
        <w:rPr>
          <w:sz w:val="20"/>
        </w:rPr>
        <w:t>20:36  kisi sahabi ne kabhi aisa nahin kiya ke madina walon ko ikattha kar ke zulm ki baaten bataye,</w:t>
      </w:r>
      <w:r>
        <w:br/>
      </w:r>
      <w:r>
        <w:rPr>
          <w:sz w:val="20"/>
        </w:rPr>
        <w:t>20:42  jaise hamare haan hota hai.</w:t>
      </w:r>
      <w:r>
        <w:br/>
      </w:r>
      <w:r>
        <w:rPr>
          <w:sz w:val="20"/>
        </w:rPr>
        <w:t>20:48  hamare har jalse mein, har akhbar mein, har majlis mein doosre ke zulm ki baat, doosre ka zulm,</w:t>
      </w:r>
      <w:r>
        <w:br/>
      </w:r>
      <w:r>
        <w:rPr>
          <w:sz w:val="20"/>
        </w:rPr>
        <w:t>20:54  doosron ki ziyadati, doosron ki sazish, sahaba ne kabhi aisa nahin kiya.</w:t>
      </w:r>
      <w:r>
        <w:br/>
      </w:r>
      <w:r>
        <w:rPr>
          <w:sz w:val="20"/>
        </w:rPr>
        <w:t>20:59  to agar aap waqeatan sincere hain to aap is se sabak le ke ke rasool Allah ne nahin</w:t>
      </w:r>
      <w:r>
        <w:br/>
      </w:r>
      <w:r>
        <w:rPr>
          <w:sz w:val="20"/>
        </w:rPr>
        <w:t>21:05  kiya, sahaba ne nahin kiya, to main kyun karoon? jo kaam rasool Allah ne nahin kiya, jo kaam</w:t>
      </w:r>
      <w:r>
        <w:br/>
      </w:r>
      <w:r>
        <w:rPr>
          <w:sz w:val="20"/>
        </w:rPr>
        <w:t>21:11  sahaba ne nahin kiya, to main kyun karoon? to aap shikayati culture chhod denge.</w:t>
      </w:r>
      <w:r>
        <w:br/>
      </w:r>
      <w:r>
        <w:rPr>
          <w:sz w:val="20"/>
        </w:rPr>
        <w:t>21:17  is ki bajaye dawat ka kaam, yaani shikayati culture chhodne ka matlab kya hai? dawat ka kaam, kyunke</w:t>
      </w:r>
      <w:r>
        <w:br/>
      </w:r>
      <w:r>
        <w:rPr>
          <w:sz w:val="20"/>
        </w:rPr>
        <w:t>21:23  jab shikayat karenge to madu se nafrat ho jayegi.</w:t>
      </w:r>
      <w:r>
        <w:br/>
      </w:r>
      <w:r>
        <w:rPr>
          <w:sz w:val="20"/>
        </w:rPr>
        <w:t>21:29  to ab madu se nafrat jab ho jayegi to aap kaise dawat karenge? dawat ke kaam</w:t>
      </w:r>
      <w:r>
        <w:br/>
      </w:r>
      <w:r>
        <w:rPr>
          <w:sz w:val="20"/>
        </w:rPr>
        <w:t>21:34  ke liye zaroori hai madu friendly behaviour.</w:t>
      </w:r>
      <w:r>
        <w:br/>
      </w:r>
      <w:r>
        <w:rPr>
          <w:sz w:val="20"/>
        </w:rPr>
        <w:t>21:40  madu friendly behaviour ho tab dawat ka kaam hoga.</w:t>
      </w:r>
      <w:r>
        <w:br/>
      </w:r>
      <w:r>
        <w:rPr>
          <w:sz w:val="20"/>
        </w:rPr>
        <w:t>21:46  to aap kabhi is ko afford nahi kar sakenge ke main nafrat aur shikayat mein jiyoon, kyunke</w:t>
      </w:r>
      <w:r>
        <w:br/>
      </w:r>
      <w:r>
        <w:rPr>
          <w:sz w:val="20"/>
        </w:rPr>
        <w:t>21:52  is ki wajah se aap ko aap ke andar dawat ka jazba khatam ho jayega.</w:t>
      </w:r>
      <w:r>
        <w:br/>
      </w:r>
      <w:r>
        <w:rPr>
          <w:sz w:val="20"/>
        </w:rPr>
        <w:t>21:58  is farz ko ada nahi kar payenge jo aap ko bohat bara darja deta hai, aakhirat mein</w:t>
      </w:r>
      <w:r>
        <w:br/>
      </w:r>
      <w:r>
        <w:rPr>
          <w:sz w:val="20"/>
        </w:rPr>
        <w:t>22:04  dawat ka farz.</w:t>
      </w:r>
      <w:r>
        <w:br/>
      </w:r>
      <w:r>
        <w:rPr>
          <w:sz w:val="20"/>
        </w:rPr>
        <w:t>22:10  So Maulana sahib, you given example of the companions. So one of the task of the Prophet was also to continuously help in doing the tazkiya of his companions. Can you given example how he used to do that?</w:t>
      </w:r>
    </w:p>
    <w:p>
      <w:pPr>
        <w:pStyle w:val="Heading2"/>
      </w:pPr>
      <w:r>
        <w:t>Perfectionist nature points to perfect world after death</w:t>
      </w:r>
    </w:p>
    <w:p>
      <w:r>
        <w:rPr>
          <w:color w:val="666666"/>
          <w:sz w:val="18"/>
        </w:rPr>
        <w:t>Concept of Death in Islam I 26th Aug, 2012 - Maulana Wahiduddin Khan · 5m 08s · at 43:35 · https://youtu.be/7wlqcKm35mk?t=2615</w:t>
      </w:r>
    </w:p>
    <w:p>
      <w:r>
        <w:rPr>
          <w:i/>
        </w:rPr>
        <w:t>“Laqad khalaqna al-insan”</w:t>
      </w:r>
    </w:p>
    <w:p>
      <w:r>
        <w:rPr>
          <w:sz w:val="20"/>
        </w:rPr>
        <w:t>43:35  laqad khalaqnal insana Quran mein hai ke surah at teen mein laqad khalaqnal insana fi ahsani taqwim thumma radadnahu asfala safileen. is ka matlab kya hai?</w:t>
      </w:r>
      <w:r>
        <w:br/>
      </w:r>
      <w:r>
        <w:rPr>
          <w:sz w:val="20"/>
        </w:rPr>
        <w:t>43:53  is ka matlab hai ke hum ne paida kiya insan ko</w:t>
      </w:r>
      <w:r>
        <w:br/>
      </w:r>
      <w:r>
        <w:rPr>
          <w:sz w:val="20"/>
        </w:rPr>
        <w:t>44:00  as a perfectionist.</w:t>
      </w:r>
      <w:r>
        <w:br/>
      </w:r>
      <w:r>
        <w:rPr>
          <w:sz w:val="20"/>
        </w:rPr>
        <w:t>44:05  hum ne paida kiya insan ko as a perfectionist aur daal diya kahan? imperfect world mein.</w:t>
      </w:r>
      <w:r>
        <w:br/>
      </w:r>
      <w:r>
        <w:rPr>
          <w:sz w:val="20"/>
        </w:rPr>
        <w:t>44:15  lafzi tarjuma to is ka yeh hai laqad khalaqnal insana fi ahsani taqwim thumma radadnahu asfala safileen. to lafzi tarjuma yeh hai ke hum ne paida kiya insan ko behtareen dhanchay par, behtareen saakht par.</w:t>
      </w:r>
      <w:r>
        <w:br/>
      </w:r>
      <w:r>
        <w:rPr>
          <w:sz w:val="20"/>
        </w:rPr>
        <w:t>44:34  phir daal diya is ko bohat hi nichli jagah mein.</w:t>
      </w:r>
      <w:r>
        <w:br/>
      </w:r>
      <w:r>
        <w:rPr>
          <w:sz w:val="20"/>
        </w:rPr>
        <w:t>44:45  lekin is ka matlab kya hai? is ka matlab yahi hai ke insan ko paida kiya hum ne</w:t>
      </w:r>
      <w:r>
        <w:br/>
      </w:r>
      <w:r>
        <w:rPr>
          <w:sz w:val="20"/>
        </w:rPr>
        <w:t>44:54  as a perfectionist ke perfection se kam kisi cheez par woh razi na ho. to hamari jo saakht hai, hamari jo banawat hai, hamari jo nature hai, woh perfection se kam par is ko fulfillment nahin milta.</w:t>
      </w:r>
      <w:r>
        <w:br/>
      </w:r>
      <w:r>
        <w:rPr>
          <w:sz w:val="20"/>
        </w:rPr>
        <w:t>45:11  hum mein se har shakhs janta hai, is ke liye kisi daleel ki zaroorat nahin. hum mein se har shakhs janta hai ke insan ek aisi makhlooq hai jo perfection se kam par jis ko fulfillment nahin milta.</w:t>
      </w:r>
      <w:r>
        <w:br/>
      </w:r>
      <w:r>
        <w:rPr>
          <w:sz w:val="20"/>
        </w:rPr>
        <w:t>45:30  isi liye log kehte hain ke is dunya mein present, is dunya mein namumkin hai khushi.</w:t>
      </w:r>
      <w:r>
        <w:br/>
      </w:r>
      <w:r>
        <w:rPr>
          <w:sz w:val="20"/>
        </w:rPr>
        <w:t>45:40  lekin masla kya hai? masla yeh yeh jo disparity hai, woh masla hai.</w:t>
      </w:r>
      <w:r>
        <w:br/>
      </w:r>
      <w:r>
        <w:rPr>
          <w:sz w:val="20"/>
        </w:rPr>
        <w:t>45:49  insan aur is dunya ke beech mein jo disparity hai, woh asal masla hai ke insan hai perfectionist, rehna parta hai is ko imperfect world mein.</w:t>
      </w:r>
      <w:r>
        <w:br/>
      </w:r>
      <w:r>
        <w:rPr>
          <w:sz w:val="20"/>
        </w:rPr>
        <w:t>46:02  to maut aadmi ko yaad dilati hai</w:t>
      </w:r>
      <w:r>
        <w:br/>
      </w:r>
      <w:r>
        <w:rPr>
          <w:sz w:val="20"/>
        </w:rPr>
        <w:t>46:08  ke khuda ne jab tum ko banaya hai perfectionist, to zaroor hai ke us ne koi perfect world bhi banaya ho.</w:t>
      </w:r>
      <w:r>
        <w:br/>
      </w:r>
      <w:r>
        <w:rPr>
          <w:sz w:val="20"/>
        </w:rPr>
        <w:t>46:19  dekhiye, quran mein ek ayat hai wa min kulli shay'in khalqna zawjayn la'allakum tadhakkaroon</w:t>
      </w:r>
      <w:r>
        <w:br/>
      </w:r>
      <w:r>
        <w:rPr>
          <w:sz w:val="20"/>
        </w:rPr>
        <w:t>46:28  hum ne paida kiya har cheez ko pair ki shakal mein, jore ki shakal mein taake tum socho.</w:t>
      </w:r>
      <w:r>
        <w:br/>
      </w:r>
      <w:r>
        <w:rPr>
          <w:sz w:val="20"/>
        </w:rPr>
        <w:t>46:39  yeh bohat important hai. yaani Allah ne paida kiya duniya mein har cheez ko jore jore</w:t>
      </w:r>
      <w:r>
        <w:br/>
      </w:r>
      <w:r>
        <w:rPr>
          <w:sz w:val="20"/>
        </w:rPr>
        <w:t>46:49  taake tum socho. yaani mujh ko khuda ne paida kiya ek perfectionist ke taur par to is ka jora hona chahiye.</w:t>
      </w:r>
      <w:r>
        <w:br/>
      </w:r>
      <w:r>
        <w:rPr>
          <w:sz w:val="20"/>
        </w:rPr>
        <w:t>47:02  yaani perfect world honi chahiye. imperfect world is ka jora nahi hai.</w:t>
      </w:r>
      <w:r>
        <w:br/>
      </w:r>
      <w:r>
        <w:rPr>
          <w:sz w:val="20"/>
        </w:rPr>
        <w:t>47:10  imperfect world is ka jora nahi hai.</w:t>
      </w:r>
      <w:r>
        <w:br/>
      </w:r>
      <w:r>
        <w:rPr>
          <w:sz w:val="20"/>
        </w:rPr>
        <w:t>47:19  is ayat mein goya ek bohat bari baat kahi gayi hai ke tum apne ko paate ho ke tum ek perfectionist ho.</w:t>
      </w:r>
      <w:r>
        <w:br/>
      </w:r>
      <w:r>
        <w:rPr>
          <w:sz w:val="20"/>
        </w:rPr>
        <w:t>47:30  to jis tarah duniya mein har cheez har jagah usool hai ke khuda ne</w:t>
      </w:r>
      <w:r>
        <w:br/>
      </w:r>
      <w:r>
        <w:rPr>
          <w:sz w:val="20"/>
        </w:rPr>
        <w:t>47:37  har cheez jo jora bana rakha hai, to is ka jora kahan hai? insaan ka jora kahan hai? yaani perfectionist ka jora kya hai?</w:t>
      </w:r>
      <w:r>
        <w:br/>
      </w:r>
      <w:r>
        <w:rPr>
          <w:sz w:val="20"/>
        </w:rPr>
        <w:t>47:49  perfect world woh kahan hai? woh hai maut ke baad.</w:t>
      </w:r>
      <w:r>
        <w:br/>
      </w:r>
      <w:r>
        <w:rPr>
          <w:sz w:val="20"/>
        </w:rPr>
        <w:t>47:55  is sawal ko aadmi sanjeedgi se le, is pe study kare, is par soche, is par tadabbur kare to us ko ek discovery ho jayegi.</w:t>
      </w:r>
      <w:r>
        <w:br/>
      </w:r>
      <w:r>
        <w:rPr>
          <w:sz w:val="20"/>
        </w:rPr>
        <w:t>48:05  discovery.</w:t>
      </w:r>
      <w:r>
        <w:br/>
      </w:r>
      <w:r>
        <w:rPr>
          <w:sz w:val="20"/>
        </w:rPr>
        <w:t>48:09  aur phir us ko</w:t>
      </w:r>
      <w:r>
        <w:br/>
      </w:r>
      <w:r>
        <w:rPr>
          <w:sz w:val="20"/>
        </w:rPr>
        <w:t>48:13  ek ek line of action mil jayegi ke ab mein apni koshishon ko kahan sirf karoon, apni energy ko kahan lagaoon, apne time ko kaise manage karoon.</w:t>
      </w:r>
      <w:r>
        <w:br/>
      </w:r>
      <w:r>
        <w:rPr>
          <w:sz w:val="20"/>
        </w:rPr>
        <w:t>48:25  har cheez ke bare mein us ko ek ek ek line mil jayegi.</w:t>
      </w:r>
      <w:r>
        <w:br/>
      </w:r>
      <w:r>
        <w:rPr>
          <w:sz w:val="20"/>
        </w:rPr>
        <w:t>48:36  to kaisi ajeeb baat hai yeh?</w:t>
      </w:r>
    </w:p>
    <w:p>
      <w:pPr>
        <w:pStyle w:val="Heading2"/>
      </w:pPr>
      <w:r>
        <w:t>Egypt's violence traced to a justified-martyrdom mindset</w:t>
      </w:r>
    </w:p>
    <w:p>
      <w:r>
        <w:rPr>
          <w:color w:val="666666"/>
          <w:sz w:val="18"/>
        </w:rPr>
        <w:t>Political Interpretation of Islam January 26, 2014 · 5m 24s · at 0:45 · https://youtu.be/hXKqLTQcOzw?t=45</w:t>
      </w:r>
    </w:p>
    <w:p>
      <w:r>
        <w:rPr>
          <w:i/>
        </w:rPr>
        <w:t>“Today's topic: the political interpretation of Islam”</w:t>
      </w:r>
    </w:p>
    <w:p>
      <w:r>
        <w:rPr>
          <w:sz w:val="20"/>
        </w:rPr>
        <w:t>0:45  aaj ka topic hai:</w:t>
      </w:r>
      <w:r>
        <w:br/>
      </w:r>
      <w:r>
        <w:rPr>
          <w:sz w:val="20"/>
        </w:rPr>
        <w:t>0:50  political interpretation of Islam, yani Islam ki siyasi ta'beer.</w:t>
      </w:r>
      <w:r>
        <w:br/>
      </w:r>
      <w:r>
        <w:rPr>
          <w:sz w:val="20"/>
        </w:rPr>
        <w:t>1:04  aaj ke akhbar mein aur media mein yeh news aayi hai keh qairoon mein Islam group ke darmiyan aur police ke darmiyan clash hui,</w:t>
      </w:r>
      <w:r>
        <w:br/>
      </w:r>
      <w:r>
        <w:rPr>
          <w:sz w:val="20"/>
        </w:rPr>
        <w:t>1:19  aur is mein 30 aadmi maray gaye, yani 30 Muslim. sankaron zakhmi hue, aur bohat se arrest hue.</w:t>
      </w:r>
      <w:r>
        <w:br/>
      </w:r>
      <w:r>
        <w:rPr>
          <w:sz w:val="20"/>
        </w:rPr>
        <w:t>1:34  aisa kyun hai? aap jantay hain keh Egypt mein pichlay 60 saal se yahi kaam ho raha hai,</w:t>
      </w:r>
      <w:r>
        <w:br/>
      </w:r>
      <w:r>
        <w:rPr>
          <w:sz w:val="20"/>
        </w:rPr>
        <w:t>1:48  yani Islam group aur army ke beech mein takrao. hazaron log maray gaye, bohat ziyada nuqsan hua.</w:t>
      </w:r>
      <w:r>
        <w:br/>
      </w:r>
      <w:r>
        <w:rPr>
          <w:sz w:val="20"/>
        </w:rPr>
        <w:t>2:01  mulk ki economy shatter ho rahi hai, lekin violence khatam nahi hota.</w:t>
      </w:r>
      <w:r>
        <w:br/>
      </w:r>
      <w:r>
        <w:rPr>
          <w:sz w:val="20"/>
        </w:rPr>
        <w:t>2:14  to hamein janna hai keh yeh violence kyun? aisa kyun hai? is par sochtay hue mujhe Rasool Allah ki bohat si hadithain yaad aayin.</w:t>
      </w:r>
      <w:r>
        <w:br/>
      </w:r>
      <w:r>
        <w:rPr>
          <w:sz w:val="20"/>
        </w:rPr>
        <w:t>2:29  Rasool Allah ne</w:t>
      </w:r>
      <w:r>
        <w:br/>
      </w:r>
      <w:r>
        <w:rPr>
          <w:sz w:val="20"/>
        </w:rPr>
        <w:t>2:33  prediction ke taur par pehlay hi bata diya tha keh ummat mein violence barh jaye ga, aapas mein larein ge log.</w:t>
      </w:r>
      <w:r>
        <w:br/>
      </w:r>
      <w:r>
        <w:rPr>
          <w:sz w:val="20"/>
        </w:rPr>
        <w:t>2:45  aisi bohat si hadithain hain. ek hadith mein yeh sakht alfaaz hain keh: la tarji'u ba'di kuffaran yadhribu ba'dukum riqaba ba'din</w:t>
      </w:r>
      <w:r>
        <w:br/>
      </w:r>
      <w:r>
        <w:rPr>
          <w:sz w:val="20"/>
        </w:rPr>
        <w:t>3:00  yani mere baad tum log kafir mat ho jana keh aapas mein ek doosray ko qatal karne lago. itna sakht lafz hai.</w:t>
      </w:r>
      <w:r>
        <w:br/>
      </w:r>
      <w:r>
        <w:rPr>
          <w:sz w:val="20"/>
        </w:rPr>
        <w:t>3:13  dekhiye, yeh saada baat nahi hai.</w:t>
      </w:r>
      <w:r>
        <w:br/>
      </w:r>
      <w:r>
        <w:rPr>
          <w:sz w:val="20"/>
        </w:rPr>
        <w:t>3:19  qatal ka kaam 60 saal ya 100 saal se jari rahe aur khatam na ho to is ko sochna chahiye keh kyun aisa ho raha hai.</w:t>
      </w:r>
      <w:r>
        <w:br/>
      </w:r>
      <w:r>
        <w:rPr>
          <w:sz w:val="20"/>
        </w:rPr>
        <w:t>3:32  dekhiye, yeh ummat-e-muslima jo hai, is mein Khuda ki kitab mehfooz hai, Rasool Allah ki sunnat mehfooz hai, Sahaba ka model mehfooz hai,</w:t>
      </w:r>
      <w:r>
        <w:br/>
      </w:r>
      <w:r>
        <w:rPr>
          <w:sz w:val="20"/>
        </w:rPr>
        <w:t>3:46  Islam ki jo history hai woh bhi mehfooz hai. aisi halat mein dekhiye, violence, fasaad-o-qatal violence, is mein nahi ho sakta.</w:t>
      </w:r>
      <w:r>
        <w:br/>
      </w:r>
      <w:r>
        <w:rPr>
          <w:sz w:val="20"/>
        </w:rPr>
        <w:t>3:57  yeh to impossible hai.</w:t>
      </w:r>
      <w:r>
        <w:br/>
      </w:r>
      <w:r>
        <w:rPr>
          <w:sz w:val="20"/>
        </w:rPr>
        <w:t>4:01  aisa kabhi mumkin nahi hai. zaroori hai keh is ka koi justification ho. yani sirf justified violence ummat-e-muslima mein jari ho sakta hai.</w:t>
      </w:r>
      <w:r>
        <w:br/>
      </w:r>
      <w:r>
        <w:rPr>
          <w:sz w:val="20"/>
        </w:rPr>
        <w:t>4:18  violence, fasaad-o-qatal violence, ummat-e-muslima mein kabhi ho nahi sakta hai. kyunke yeh jo is ki mehfooz deen ki hesiyat hai, woh is mein rok ban ban jaye gi.</w:t>
      </w:r>
      <w:r>
        <w:br/>
      </w:r>
      <w:r>
        <w:rPr>
          <w:sz w:val="20"/>
        </w:rPr>
        <w:t>4:36  yeh violence khatam is liye nahi ho raha hai keh yeh violence saada nahi hai. yeh justified violence hai. yani Islamically justified violence.</w:t>
      </w:r>
      <w:r>
        <w:br/>
      </w:r>
      <w:r>
        <w:rPr>
          <w:sz w:val="20"/>
        </w:rPr>
        <w:t>4:48  jab aap khud apnay aqeeda, apnay mazhab se justification talash kar lein to aap ruken ge nahi violence se.</w:t>
      </w:r>
      <w:r>
        <w:br/>
      </w:r>
      <w:r>
        <w:rPr>
          <w:sz w:val="20"/>
        </w:rPr>
        <w:t>4:58  kyun? dekhiye, 60 baras pehlay Jamal Abdul Nasser Egypt ke President thay.</w:t>
      </w:r>
      <w:r>
        <w:br/>
      </w:r>
      <w:r>
        <w:rPr>
          <w:sz w:val="20"/>
        </w:rPr>
        <w:t>5:11  unhon ne islam group ke khilaaf bohat zabardast karwai ki.</w:t>
      </w:r>
      <w:r>
        <w:br/>
      </w:r>
      <w:r>
        <w:rPr>
          <w:sz w:val="20"/>
        </w:rPr>
        <w:t>5:16  un ke leader thay us waqt syed qutb. un ko phansi de diya. to kya hua? phansi dene ke baad un ke sath aik aur title lag gaya: syed qutb shaheed.</w:t>
      </w:r>
      <w:r>
        <w:br/>
      </w:r>
      <w:r>
        <w:rPr>
          <w:sz w:val="20"/>
        </w:rPr>
        <w:t>5:32  is ka matlab ke logon ne qualify kar liya un ke qatal ko. ab woh inspiring ban gaya ke lado ge, maro ge to shaheed ho jao ge.</w:t>
      </w:r>
      <w:r>
        <w:br/>
      </w:r>
      <w:r>
        <w:rPr>
          <w:sz w:val="20"/>
        </w:rPr>
        <w:t>5:43  shaheed ho jao ge to jannat mein jao ge.</w:t>
      </w:r>
      <w:r>
        <w:br/>
      </w:r>
      <w:r>
        <w:rPr>
          <w:sz w:val="20"/>
        </w:rPr>
        <w:t>5:46  to kaha ke lad kar marna jannat ke ka entry ke liye ticket ban gaya. ab log lad rahe hain, lad rahe hain.</w:t>
      </w:r>
      <w:r>
        <w:br/>
      </w:r>
      <w:r>
        <w:rPr>
          <w:sz w:val="20"/>
        </w:rPr>
        <w:t>5:57  samajhte hain ke maren ge to kya farq pada? hum to jannat mein jayen ge. yeh hai jis ko mein keh raha hon ke islamically justified violence.</w:t>
      </w:r>
    </w:p>
    <w:p>
      <w:pPr>
        <w:pStyle w:val="Heading2"/>
      </w:pPr>
      <w:r>
        <w:t>Full story: Hajar, Ismail, and the meaning of Safa and Marwa</w:t>
      </w:r>
    </w:p>
    <w:p>
      <w:r>
        <w:rPr>
          <w:color w:val="666666"/>
          <w:sz w:val="18"/>
        </w:rPr>
        <w:t>Dars-e-Quran June 28, 2007 · 5m 42s · at 11:14 · https://youtu.be/2zYv7VV4iwk?t=674</w:t>
      </w:r>
    </w:p>
    <w:p>
      <w:r>
        <w:rPr>
          <w:i/>
        </w:rPr>
        <w:t>“Chaar hazaar saal pehle Hazrat Ibrahim ne apni biwi Hajra ko bithaya”</w:t>
      </w:r>
    </w:p>
    <w:p>
      <w:r>
        <w:rPr>
          <w:sz w:val="20"/>
        </w:rPr>
        <w:t>11:14  ? woh tareekh yeh hai ke char hazar saal pehle hazrat ibrahim ne apni biwi hajra aur apne bete ismail ko yahan par basaya.</w:t>
      </w:r>
      <w:r>
        <w:br/>
      </w:r>
      <w:r>
        <w:rPr>
          <w:sz w:val="20"/>
        </w:rPr>
        <w:t>11:31  jabke yeh poora ilaqah sehra tha, wahan pani nahi tha, kuch nahi tha.</w:t>
      </w:r>
      <w:r>
        <w:br/>
      </w:r>
      <w:r>
        <w:rPr>
          <w:sz w:val="20"/>
        </w:rPr>
        <w:t>11:43  to yeh aik bohat bara mansooba tha ke sehra mein aik nai nasal banai jaye</w:t>
      </w:r>
      <w:r>
        <w:br/>
      </w:r>
      <w:r>
        <w:rPr>
          <w:sz w:val="20"/>
        </w:rPr>
        <w:t>11:54  jo shehri buraiyon se pak ho, shehar mein jo halaat hotay hain us se pak ho.</w:t>
      </w:r>
      <w:r>
        <w:br/>
      </w:r>
      <w:r>
        <w:rPr>
          <w:sz w:val="20"/>
        </w:rPr>
        <w:t>12:05  yahan sehra mein aap jantay hain ke wahan fitrat thi, wahan woh buraiyan nahi theen jo shehron mein hoti hain.</w:t>
      </w:r>
      <w:r>
        <w:br/>
      </w:r>
      <w:r>
        <w:rPr>
          <w:sz w:val="20"/>
        </w:rPr>
        <w:t>12:18  yahan sehra hai, pahar hai, zameen hai, aasman hai, hawaein hain, to fitrat ka mahol hai.</w:t>
      </w:r>
      <w:r>
        <w:br/>
      </w:r>
      <w:r>
        <w:rPr>
          <w:sz w:val="20"/>
        </w:rPr>
        <w:t>12:27  to khuda ki yeh marzi hui ke is fitrat ke mahol mein aik nai nasal banai jaye jo shehron ki halaat se bachi hui ho.</w:t>
      </w:r>
      <w:r>
        <w:br/>
      </w:r>
      <w:r>
        <w:rPr>
          <w:sz w:val="20"/>
        </w:rPr>
        <w:t>12:45  to is maqsad ke liye wahan par hazrat hajra ko aur un ke bete ismail ko basaya gaya.</w:t>
      </w:r>
      <w:r>
        <w:br/>
      </w:r>
      <w:r>
        <w:rPr>
          <w:sz w:val="20"/>
        </w:rPr>
        <w:t>12:54  to yeh aik is baray mein lambi tareekh hai, bohat saray waqiat is mein joday hue hain. is mein se aik yeh hai ke pani ki qillat hui,</w:t>
      </w:r>
      <w:r>
        <w:br/>
      </w:r>
      <w:r>
        <w:rPr>
          <w:sz w:val="20"/>
        </w:rPr>
        <w:t>13:10  pani ki zaroorat pesh aai. to hazrat hajra jo hain, woh dorrin dono chattanon ke beech mein.</w:t>
      </w:r>
      <w:r>
        <w:br/>
      </w:r>
      <w:r>
        <w:rPr>
          <w:sz w:val="20"/>
        </w:rPr>
        <w:t>13:22  aik martaba jati theen safa par, charh ke dekhti theen kahin koi cheez hai, koi insan hai, koi pani ka koi zakhira hai, kuch hai.</w:t>
      </w:r>
      <w:r>
        <w:br/>
      </w:r>
      <w:r>
        <w:rPr>
          <w:sz w:val="20"/>
        </w:rPr>
        <w:t>13:33  phir jati theen doosri taraf. to is tarah saat bar woh safa aur marwa ke darmiyan dorrin.</w:t>
      </w:r>
      <w:r>
        <w:br/>
      </w:r>
      <w:r>
        <w:rPr>
          <w:sz w:val="20"/>
        </w:rPr>
        <w:t>13:43  to yeh Allah taala ko itna ziyada pasand aaya ke khuda ke aik mansoobe ke liye is bandi ne apne aap ko waqf kiya.</w:t>
      </w:r>
      <w:r>
        <w:br/>
      </w:r>
      <w:r>
        <w:rPr>
          <w:sz w:val="20"/>
        </w:rPr>
        <w:t>13:56  yeh aik mansooba ilahi tha. is mansooba ilahi mein is ne apnay aap ko qurbani ki had tak laga diya.</w:t>
      </w:r>
      <w:r>
        <w:br/>
      </w:r>
      <w:r>
        <w:rPr>
          <w:sz w:val="20"/>
        </w:rPr>
        <w:t>14:07  to dorr dhoop dikhai unhon ne is mein.</w:t>
      </w:r>
      <w:r>
        <w:br/>
      </w:r>
      <w:r>
        <w:rPr>
          <w:sz w:val="20"/>
        </w:rPr>
        <w:t>14:11  to Allah taala ne is tareekhi waqeye ko aik yaadgar qarar de kar ke tamam hajiyon ko aur tamam umrah karne walon ko yeh hukum hai ke woh safa aur marwa ke darmiyan hajra ki taraf se saat bar dauren.</w:t>
      </w:r>
      <w:r>
        <w:br/>
      </w:r>
      <w:r>
        <w:rPr>
          <w:sz w:val="20"/>
        </w:rPr>
        <w:t>14:30  yani hajra ke footsteps par chalen. to yeh dekhiye, koi yeh koi rasam nahi hai.</w:t>
      </w:r>
      <w:r>
        <w:br/>
      </w:r>
      <w:r>
        <w:rPr>
          <w:sz w:val="20"/>
        </w:rPr>
        <w:t>14:40  hajra ke footsteps par chalne ka matlab kya hai?</w:t>
      </w:r>
      <w:r>
        <w:br/>
      </w:r>
      <w:r>
        <w:rPr>
          <w:sz w:val="20"/>
        </w:rPr>
        <w:t>14:47  woh yeh hai ke doosre log jo hajra ke baad aaye hain, woh is qurbani ko yaad karen, is qurbani ko apnay andar paida karen.</w:t>
      </w:r>
      <w:r>
        <w:br/>
      </w:r>
      <w:r>
        <w:rPr>
          <w:sz w:val="20"/>
        </w:rPr>
        <w:t>15:01  jis qurbani ke jazbe ke tehat, jis qurbani ki rooh ke sath hajra ne apnay aap ko wahan basaya tha, us sehra mein dorr dhoop ki thi unhon ne.</w:t>
      </w:r>
      <w:r>
        <w:br/>
      </w:r>
      <w:r>
        <w:rPr>
          <w:sz w:val="20"/>
        </w:rPr>
        <w:t>15:15  to is qurbani ki rooh ko le kar ke loten haj ke baad aur phir zindagi mein is ko dohrane.</w:t>
      </w:r>
      <w:r>
        <w:br/>
      </w:r>
      <w:r>
        <w:rPr>
          <w:sz w:val="20"/>
        </w:rPr>
        <w:t>15:25  yeh matlab hai is ka.</w:t>
      </w:r>
      <w:r>
        <w:br/>
      </w:r>
      <w:r>
        <w:rPr>
          <w:sz w:val="20"/>
        </w:rPr>
        <w:t>15:28  to farmaya ke inna al-safa wa al-marwata min sha'air Allah. safa aur marwa jo hain, woh Khuda ki yaadgarain hain.</w:t>
      </w:r>
      <w:r>
        <w:br/>
      </w:r>
      <w:r>
        <w:rPr>
          <w:sz w:val="20"/>
        </w:rPr>
        <w:t>15:39  yani Khudaai tareekh ke namoonay hain, Khudaai tareekh ki yaadgarain hain.</w:t>
      </w:r>
      <w:r>
        <w:br/>
      </w:r>
      <w:r>
        <w:rPr>
          <w:sz w:val="20"/>
        </w:rPr>
        <w:t>15:50  to is mein jab tum haj ke liye jao ya umrah ke liye jao aur safa aur marwa ke darmiyan daudo to is jazbe ke sath daudo ke humein bhi isi tareekh ko apni zindagi mein dohrana hai jo Hazrat Ibrahim ne, Hazrat Ismail ne aur Hazrat Hajra ne pesh ki thi.</w:t>
      </w:r>
      <w:r>
        <w:br/>
      </w:r>
      <w:r>
        <w:rPr>
          <w:sz w:val="20"/>
        </w:rPr>
        <w:t>16:18  to is amal ko apni zindagi mein dohrane ki</w:t>
      </w:r>
      <w:r>
        <w:br/>
      </w:r>
      <w:r>
        <w:rPr>
          <w:sz w:val="20"/>
        </w:rPr>
        <w:t>16:24  yeh tarbiyat hai, training hai. yeh koi rasam nahi hai, yeh aik haqeeqat hai. aur jo is ka jo asal izhaar hai, woh to lotne ke baad hai.</w:t>
      </w:r>
      <w:r>
        <w:br/>
      </w:r>
      <w:r>
        <w:rPr>
          <w:sz w:val="20"/>
        </w:rPr>
        <w:t>16:39  haj ke mauqe par ya umrah ke mauqe par safa aur marwa ke darmiyan jo dorr ki jati hai, jo chala jata hai, to woh to wahan par aik alamati taur par hota hai.</w:t>
      </w:r>
    </w:p>
    <w:p>
      <w:pPr>
        <w:pStyle w:val="Heading2"/>
      </w:pPr>
      <w:r>
        <w:t>Why every father is foolishly blind about his own son</w:t>
      </w:r>
    </w:p>
    <w:p>
      <w:r>
        <w:rPr>
          <w:color w:val="666666"/>
          <w:sz w:val="18"/>
        </w:rPr>
        <w:t>God The Only Choice June 22, 2008 · 4m 11s · at 1:27:01 · https://youtu.be/zNSCqDANn1I?t=5221</w:t>
      </w:r>
    </w:p>
    <w:p>
      <w:r>
        <w:rPr>
          <w:i/>
        </w:rPr>
        <w:t>“Aulad ko hadith mein 'majhalat' kaha gaya hai”</w:t>
      </w:r>
    </w:p>
    <w:p>
      <w:r>
        <w:rPr>
          <w:sz w:val="20"/>
        </w:rPr>
        <w:t>1:27:01  aulad ko hadith mein "mujhla" kaha gaya hai, is ka kya matlab hai? dekhen, "mujhla" jo hai, woh jahal se hai.</w:t>
      </w:r>
      <w:r>
        <w:br/>
      </w:r>
      <w:r>
        <w:rPr>
          <w:sz w:val="20"/>
        </w:rPr>
        <w:t>1:27:10  "mujhla" ka matlab hota hai "ma yahluk ala al-jahl" yani jahal ka matlab hota hai ke matlab jahalat nahi hai, yani stability jo tum ko stable banate hain,</w:t>
      </w:r>
      <w:r>
        <w:br/>
      </w:r>
      <w:r>
        <w:rPr>
          <w:sz w:val="20"/>
        </w:rPr>
        <w:t>1:27:28  jo stable banate hain. "al-walad mujhlat"</w:t>
      </w:r>
      <w:r>
        <w:br/>
      </w:r>
      <w:r>
        <w:rPr>
          <w:sz w:val="20"/>
        </w:rPr>
        <w:t>1:27:35  teen word aaye hain: "al-walad mujh bint mujhlat mujh bint" ke aulad jo hai, woh aadmi ko bazdil banati hai,</w:t>
      </w:r>
      <w:r>
        <w:br/>
      </w:r>
      <w:r>
        <w:rPr>
          <w:sz w:val="20"/>
        </w:rPr>
        <w:t>1:27:49  aadmi ko bakheel banati hai, aadmi ko stable banati hai. bohat ajeeb cheez hai yeh, bohat ajeeb cheez hai.</w:t>
      </w:r>
      <w:r>
        <w:br/>
      </w:r>
      <w:r>
        <w:rPr>
          <w:sz w:val="20"/>
        </w:rPr>
        <w:t>1:27:59  "al-walad mujh bint mubhlat mujhlat"</w:t>
      </w:r>
      <w:r>
        <w:br/>
      </w:r>
      <w:r>
        <w:rPr>
          <w:sz w:val="20"/>
        </w:rPr>
        <w:t>1:28:06  ke aulad aadmi ko bakheel banati hai, yani paisa sameta hai, sameta hai aulad ke liye</w:t>
      </w:r>
      <w:r>
        <w:br/>
      </w:r>
      <w:r>
        <w:rPr>
          <w:sz w:val="20"/>
        </w:rPr>
        <w:t>1:28:18  aur bazdil banati hai ke darta hai ke agar mein aisa kiya, vaisa kiya to kahin mera beta use zid zid mein na aa jaye, pakad mein na aa jaye mera beta.</w:t>
      </w:r>
      <w:r>
        <w:br/>
      </w:r>
      <w:r>
        <w:rPr>
          <w:sz w:val="20"/>
        </w:rPr>
        <w:t>1:28:29  aur stabilt ban jati hai, yani bete ke mamle mein ajeeb baat hai ke mein aaj se bohat pehle jab ke mein ne hadith padhi nahi thi, us waqt meri zuban se yeh jumla nikla tha kisi se baat karte hue ke har baap apne bete ke haq mein bewakoof hota hai.</w:t>
      </w:r>
      <w:r>
        <w:br/>
      </w:r>
      <w:r>
        <w:rPr>
          <w:sz w:val="20"/>
        </w:rPr>
        <w:t>1:28:47  bohat pehle ki baat hai, mein samajhta hoon ke yani 50 baras shayad ho gaye hon, har baap apne bete ke haq mein bewakoof hota hai.</w:t>
      </w:r>
      <w:r>
        <w:br/>
      </w:r>
      <w:r>
        <w:rPr>
          <w:sz w:val="20"/>
        </w:rPr>
        <w:t>1:28:56  wohi wahan hai "mujhlat" yani aadmi stabilt ban jata hai bete ke mamle mein. kyun?</w:t>
      </w:r>
      <w:r>
        <w:br/>
      </w:r>
      <w:r>
        <w:rPr>
          <w:sz w:val="20"/>
        </w:rPr>
        <w:t>1:29:02  bas woh jo woh kare, wahi theek hai, jo woh kare, wahi theek hai. yani doosre ke actions ko woh judge karta hai kisi principle se aur bete ke us ko principle judge nahi karta.</w:t>
      </w:r>
      <w:r>
        <w:br/>
      </w:r>
      <w:r>
        <w:rPr>
          <w:sz w:val="20"/>
        </w:rPr>
        <w:t>1:29:15  ek martaba mein ek dilchasp qissa mujhe bataoon aap ko, sacha qissa. ek sahab ke paas mein gaya, woh apne ek woh ek building thi, us ke upar rehte the, woh chhat par to ghar wahan mile mile the.</w:t>
      </w:r>
      <w:r>
        <w:br/>
      </w:r>
      <w:r>
        <w:rPr>
          <w:sz w:val="20"/>
        </w:rPr>
        <w:t>1:29:29  to ek naujawan ladka jo hai, patang urata hua daud raha tha. to ab aap jante ho ke patang jo hai, us ko patang wale kya kya karte hain, woh daudte hain idhar udhar pakadne ke liye, shayad kya karne ke liye.</w:t>
      </w:r>
      <w:r>
        <w:br/>
      </w:r>
      <w:r>
        <w:rPr>
          <w:sz w:val="20"/>
        </w:rPr>
        <w:t>1:29:45  to woh un ki chhat ke upar, yani uchalte kudte, un ki chhat par aa gaya. to bohat ghussa hue woh ke patang urate ho, tumhein sharm nahi aati?</w:t>
      </w:r>
      <w:r>
        <w:br/>
      </w:r>
      <w:r>
        <w:rPr>
          <w:sz w:val="20"/>
        </w:rPr>
        <w:t>1:29:58  to padhna chahiye.</w:t>
      </w:r>
      <w:r>
        <w:br/>
      </w:r>
      <w:r>
        <w:rPr>
          <w:sz w:val="20"/>
        </w:rPr>
        <w:t>1:30:00  yani doosre ka ladka patang ura raha tha aur us ko ghussa hue woh. phir kya? un ka apna ek beta tha, woh kahin gaya tha, bahar se aaya to mein ne dekha ke nihayat ehtimam se woh aaya hai,</w:t>
      </w:r>
      <w:r>
        <w:br/>
      </w:r>
      <w:r>
        <w:rPr>
          <w:sz w:val="20"/>
        </w:rPr>
        <w:t>1:30:14  un ke kamre mein gaya hai, wahan par corner mein ek patang rakha hua tha, us ko nikala us ne, inhi ke samne urane laga. woh ab dekh dekh ke khush ho rahe hain,</w:t>
      </w:r>
      <w:r>
        <w:br/>
      </w:r>
      <w:r>
        <w:rPr>
          <w:sz w:val="20"/>
        </w:rPr>
        <w:t>1:30:25  ek hi insan ke doosre ke bete ne ko patang urate hue dekha to ghussa ho rahe the, apna beta patang ura raha hai to khush ho rahe hain. to yeh yeh hai ke apne bete ke liye aadmi stabilt ban jata hai.</w:t>
      </w:r>
      <w:r>
        <w:br/>
      </w:r>
      <w:r>
        <w:rPr>
          <w:sz w:val="20"/>
        </w:rPr>
        <w:t>1:30:43  to yeh yahi hai, isi liye kaha gaya ke aulad jo hai, woh test paper hai, test paper.</w:t>
      </w:r>
    </w:p>
    <w:p>
      <w:pPr>
        <w:pStyle w:val="Heading2"/>
      </w:pPr>
      <w:r>
        <w:t>Personally discovering God through science, blessings, and gratitude</w:t>
      </w:r>
    </w:p>
    <w:p>
      <w:r>
        <w:rPr>
          <w:color w:val="666666"/>
          <w:sz w:val="18"/>
        </w:rPr>
        <w:t>Love of God 19 Sept 2021 - Prof. Farida Khanam · 5m 32s · at 11:17 · https://youtu.be/mpGeGz_Cfrw?t=677</w:t>
      </w:r>
    </w:p>
    <w:p>
      <w:r>
        <w:rPr>
          <w:i/>
        </w:rPr>
        <w:t>“Yeh jabhi hoga khuda se gehra taluq jab hamare andar khuda ki discovery hogi”</w:t>
      </w:r>
    </w:p>
    <w:p>
      <w:r>
        <w:rPr>
          <w:sz w:val="20"/>
        </w:rPr>
        <w:t>11:17  tea banani hai, takhalluq be akhlaq Allah apna paida karna hai hamare andar.</w:t>
      </w:r>
      <w:r>
        <w:br/>
      </w:r>
      <w:r>
        <w:rPr>
          <w:sz w:val="20"/>
        </w:rPr>
        <w:t>11:21  aur yeh jabhi hoga Khuda se gehra ta'alluq jab hamare andar ek Khuda ko ek ek hum ek</w:t>
      </w:r>
      <w:r>
        <w:br/>
      </w:r>
      <w:r>
        <w:rPr>
          <w:sz w:val="20"/>
        </w:rPr>
        <w:t>11:25  discovery Khuda ki karenge.</w:t>
      </w:r>
      <w:r>
        <w:br/>
      </w:r>
      <w:r>
        <w:rPr>
          <w:sz w:val="20"/>
        </w:rPr>
        <w:t>11:29  Khuda hamara zaati daryaft ho jayega.</w:t>
      </w:r>
      <w:r>
        <w:br/>
      </w:r>
      <w:r>
        <w:rPr>
          <w:sz w:val="20"/>
        </w:rPr>
        <w:t>11:34  isi ko kehte hain marifat wala iman.</w:t>
      </w:r>
      <w:r>
        <w:br/>
      </w:r>
      <w:r>
        <w:rPr>
          <w:sz w:val="20"/>
        </w:rPr>
        <w:t>11:38  Khuda ki hum marifat karenge, tadabbur o tafakkur karenge.</w:t>
      </w:r>
      <w:r>
        <w:br/>
      </w:r>
      <w:r>
        <w:rPr>
          <w:sz w:val="20"/>
        </w:rPr>
        <w:t>11:42  ہر جو ساری sign, science, جو</w:t>
      </w:r>
      <w:r>
        <w:br/>
      </w:r>
      <w:r>
        <w:rPr>
          <w:sz w:val="20"/>
        </w:rPr>
        <w:t>11:47  ساری سائنس کائنات میں بکری ہوئی ہیں، ان سے ہم جو physical science ہیں، ان سے ہم spiritual</w:t>
      </w:r>
      <w:r>
        <w:br/>
      </w:r>
      <w:r>
        <w:rPr>
          <w:sz w:val="20"/>
        </w:rPr>
        <w:t>11:53  lessons derive karenge.</w:t>
      </w:r>
      <w:r>
        <w:br/>
      </w:r>
      <w:r>
        <w:rPr>
          <w:sz w:val="20"/>
        </w:rPr>
        <w:t>11:59  tab ja ke hamein apne aap ko ek ek marifat wala insaan hum bana payenge.</w:t>
      </w:r>
      <w:r>
        <w:br/>
      </w:r>
      <w:r>
        <w:rPr>
          <w:sz w:val="20"/>
        </w:rPr>
        <w:t>12:05  مسلسل ہم کو spiritual food کی ضرورت ہے، بغیر spiritual provision کے ہماری spiritual personality نہیں بنے گی۔</w:t>
      </w:r>
      <w:r>
        <w:br/>
      </w:r>
      <w:r>
        <w:rPr>
          <w:sz w:val="20"/>
        </w:rPr>
        <w:t>12:11  to yeh Maulana sahib ne kehte thay ke woh jo</w:t>
      </w:r>
      <w:r>
        <w:br/>
      </w:r>
      <w:r>
        <w:rPr>
          <w:sz w:val="20"/>
        </w:rPr>
        <w:t>12:17  divine blessings hain, woh to sab ko mil rahi hain, lekin aisa nahi hai ke tamam divine blessings</w:t>
      </w:r>
      <w:r>
        <w:br/>
      </w:r>
      <w:r>
        <w:rPr>
          <w:sz w:val="20"/>
        </w:rPr>
        <w:t>12:22  ek insaan ko mil jaye.</w:t>
      </w:r>
      <w:r>
        <w:br/>
      </w:r>
      <w:r>
        <w:rPr>
          <w:sz w:val="20"/>
        </w:rPr>
        <w:t>12:27  تو اس کا یہ طریقہ ہے کہ انسان جو ہے personalize, personalize کرے divine blessings کو۔</w:t>
      </w:r>
      <w:r>
        <w:br/>
      </w:r>
      <w:r>
        <w:rPr>
          <w:sz w:val="20"/>
        </w:rPr>
        <w:t>12:32  yani kisi ko bhi woh divine blessings mili hain, ya jaise suraj hai, hum ko roshni de raha</w:t>
      </w:r>
      <w:r>
        <w:br/>
      </w:r>
      <w:r>
        <w:rPr>
          <w:sz w:val="20"/>
        </w:rPr>
        <w:t>12:37  hai, hum ko hararat de raha hai, to woh woh yeh soche ke yeh Allah ne hamare liye</w:t>
      </w:r>
      <w:r>
        <w:br/>
      </w:r>
      <w:r>
        <w:rPr>
          <w:sz w:val="20"/>
        </w:rPr>
        <w:t>12:42  suraj nikala hai, Allah ne yeh</w:t>
      </w:r>
      <w:r>
        <w:br/>
      </w:r>
      <w:r>
        <w:rPr>
          <w:sz w:val="20"/>
        </w:rPr>
        <w:t>12:47  duniya hamare liye create ki hai. ya kisi ke pas bhi koi achi cheez dekhe, farz kare koi ek healthy child hai, to woh us ko dekhe to woh samjhe ke Allah taala ne kitna beautiful insan Allah paida karta hai. to woh yeh na ho ke hamara apna bachcha hoga, tabhi hum us ko appreciate karenge. to koi bhi divine blessings ho, woh humein mil rahi ho ya nahi mil rahi ho, us ko hum personalize karein aur samjhein ke sab kuch Allah taala</w:t>
      </w:r>
      <w:r>
        <w:br/>
      </w:r>
      <w:r>
        <w:rPr>
          <w:sz w:val="20"/>
        </w:rPr>
        <w:t>13:17  ne hamare liye paida kiya hai.</w:t>
      </w:r>
      <w:r>
        <w:br/>
      </w:r>
      <w:r>
        <w:rPr>
          <w:sz w:val="20"/>
        </w:rPr>
        <w:t>13:22  yeh poori kainat Allah ne insaanon ke liye paida kiya hai, kyunke science ne bataya hai ke yeh</w:t>
      </w:r>
      <w:r>
        <w:br/>
      </w:r>
      <w:r>
        <w:rPr>
          <w:sz w:val="20"/>
        </w:rPr>
        <w:t>13:27  custom made universe hai.</w:t>
      </w:r>
      <w:r>
        <w:br/>
      </w:r>
      <w:r>
        <w:rPr>
          <w:sz w:val="20"/>
        </w:rPr>
        <w:t>13:32  تو اس طریقے سے ایک بہت بڑا خدا کا divine, جو gratefulness ہے، divine hamd hai, وہ</w:t>
      </w:r>
      <w:r>
        <w:br/>
      </w:r>
      <w:r>
        <w:rPr>
          <w:sz w:val="20"/>
        </w:rPr>
        <w:t>13:37  hamare andar paida hoga aur hamari jo personality hai, woh khuda ke shukr mein, hamd mein naha uthe gi.</w:t>
      </w:r>
      <w:r>
        <w:br/>
      </w:r>
      <w:r>
        <w:rPr>
          <w:sz w:val="20"/>
        </w:rPr>
        <w:t>13:42  to is tarike se hamare andar aik</w:t>
      </w:r>
      <w:r>
        <w:br/>
      </w:r>
      <w:r>
        <w:rPr>
          <w:sz w:val="20"/>
        </w:rPr>
        <w:t>13:48  divine personality banegi aur wahi divine personality jo hai, hame zarurat hai akhirat mein jagah panay ke liye. Quran mein Allah Ta'ala ne farmaya hai: "wasakhir lakum ma fi al-ard, ma fi al-samawat wal-ard jameeah" chapter 45, verse 13. To isi ko science ne kaha hai, scientists, scientist ne kaha hai ke yeh custom made universe hai. Yani Allah Ta'ala ne tamam kainat ko</w:t>
      </w:r>
      <w:r>
        <w:br/>
      </w:r>
      <w:r>
        <w:rPr>
          <w:sz w:val="20"/>
        </w:rPr>
        <w:t>14:18  tamam dunya ki har cheez ko insan ke liye maskhar kar diya. agar allah maskhar na karta to hum is se kaam nahi le sakte thay, hum is se koi faida nahi utha sakte thay. misaal ke taur par, allah ta'ala ne jab yahan par jab transportation ki nai nai jo modern sooraten hain, wo nahi theen, to allah ta'ala ne ghoda banaya aur ghore ko maskhar kiya. agar farz karein ke ghoda na hota, hame sher ki sawari karni hoti to hum kabhi nahi pa</w:t>
      </w:r>
      <w:r>
        <w:br/>
      </w:r>
      <w:r>
        <w:rPr>
          <w:sz w:val="20"/>
        </w:rPr>
        <w:t>14:48  e.</w:t>
      </w:r>
      <w:r>
        <w:br/>
      </w:r>
      <w:r>
        <w:rPr>
          <w:sz w:val="20"/>
        </w:rPr>
        <w:t>14:52  to isi tarike se Allah taala ne tamam cheezon ko maskhar kar diya hai.</w:t>
      </w:r>
      <w:r>
        <w:br/>
      </w:r>
      <w:r>
        <w:rPr>
          <w:sz w:val="20"/>
        </w:rPr>
        <w:t>14:56  har cheez aik law of nature, qanoon o qaide ke tehat bandhi hui hai.</w:t>
      </w:r>
      <w:r>
        <w:br/>
      </w:r>
      <w:r>
        <w:rPr>
          <w:sz w:val="20"/>
        </w:rPr>
        <w:t>15:00  woh qanoon scientist discover karta hai aur tamam cheezon ko paida karta hai, aur us ko discover karta hai,</w:t>
      </w:r>
      <w:r>
        <w:br/>
      </w:r>
      <w:r>
        <w:rPr>
          <w:sz w:val="20"/>
        </w:rPr>
        <w:t>15:05  aur isi se tamam cheezain banti hain.</w:t>
      </w:r>
      <w:r>
        <w:br/>
      </w:r>
      <w:r>
        <w:rPr>
          <w:sz w:val="20"/>
        </w:rPr>
        <w:t>15:09  تو سائنس جو ہے، وہ سائنسدان جو ہے، کوئی create نہیں کرتا ہے، بلکہ وہ discover کرتا ہے۔</w:t>
      </w:r>
      <w:r>
        <w:br/>
      </w:r>
      <w:r>
        <w:rPr>
          <w:sz w:val="20"/>
        </w:rPr>
        <w:t>15:13  to aik hadith hai ke Allah se muhabbat karo,</w:t>
      </w:r>
      <w:r>
        <w:br/>
      </w:r>
      <w:r>
        <w:rPr>
          <w:sz w:val="20"/>
        </w:rPr>
        <w:t>15:18  Allah ki nematوں ki wajah se.</w:t>
      </w:r>
      <w:r>
        <w:br/>
      </w:r>
      <w:r>
        <w:rPr>
          <w:sz w:val="20"/>
        </w:rPr>
        <w:t>15:23  to Allah ki nematain aisi hain jo har insan tajurba kar raha hai.</w:t>
      </w:r>
      <w:r>
        <w:br/>
      </w:r>
      <w:r>
        <w:rPr>
          <w:sz w:val="20"/>
        </w:rPr>
        <w:t>15:28  تو اسی نعمتوں کی وجہ سے ہمیں مطلب اس نعمتوں کو **realize** کرنا پڑے گا۔</w:t>
      </w:r>
      <w:r>
        <w:br/>
      </w:r>
      <w:r>
        <w:rPr>
          <w:sz w:val="20"/>
        </w:rPr>
        <w:t>15:33  اگر ہم سوچیں گے کہ یہ نعمتیں ہمیں بازار سے مل رہی ہیں، تو ہمارا realization، God realization</w:t>
      </w:r>
      <w:r>
        <w:br/>
      </w:r>
      <w:r>
        <w:rPr>
          <w:sz w:val="20"/>
        </w:rPr>
        <w:t>15:38  mukammal nahi ho sakta hai.</w:t>
      </w:r>
      <w:r>
        <w:br/>
      </w:r>
      <w:r>
        <w:rPr>
          <w:sz w:val="20"/>
        </w:rPr>
        <w:t>15:43  humein is parde ko phaar kar humein dekhna hai ke yeh humein direct khuda humein</w:t>
      </w:r>
      <w:r>
        <w:br/>
      </w:r>
      <w:r>
        <w:rPr>
          <w:sz w:val="20"/>
        </w:rPr>
        <w:t>15:48  yeh nematوں bhihej raha hai.</w:t>
      </w:r>
      <w:r>
        <w:br/>
      </w:r>
      <w:r>
        <w:rPr>
          <w:sz w:val="20"/>
        </w:rPr>
        <w:t>15:54  matlab nemat, nematain jo hain, woh muhabbat ilahi ka sarchashma hain, source hain.</w:t>
      </w:r>
      <w:r>
        <w:br/>
      </w:r>
      <w:r>
        <w:rPr>
          <w:sz w:val="20"/>
        </w:rPr>
        <w:t>16:00  تو اس طریقے سے ہمیں ہر وقت، 24 گھنٹے، ہمیں منیم کو، بینیفیکٹر کو اپنے acknowledge کرنا ہے۔</w:t>
      </w:r>
      <w:r>
        <w:br/>
      </w:r>
      <w:r>
        <w:rPr>
          <w:sz w:val="20"/>
        </w:rPr>
        <w:t>16:06  aaj kal kya ho raha hai ke in inam se to khoob khoob faida utha rahe hain, nematوں</w:t>
      </w:r>
      <w:r>
        <w:br/>
      </w:r>
      <w:r>
        <w:rPr>
          <w:sz w:val="20"/>
        </w:rPr>
        <w:t>16:12  سے خوب خوب فائدہ اٹھا رہے ہیں، لیکن minimum کو ہم acknowledge نہیں کرتے۔ اور</w:t>
      </w:r>
      <w:r>
        <w:br/>
      </w:r>
      <w:r>
        <w:rPr>
          <w:sz w:val="20"/>
        </w:rPr>
        <w:t>16:18  yeh yahi lagta hai ke yeh Allah taala ko bohat ziyada napasand hai.</w:t>
      </w:r>
      <w:r>
        <w:br/>
      </w:r>
      <w:r>
        <w:rPr>
          <w:sz w:val="20"/>
        </w:rPr>
        <w:t>16:24  aaj jo sari dunya mein disasters ho rahe hain, sari dunya mein bohat hi khalbli machi hui hai.</w:t>
      </w:r>
      <w:r>
        <w:br/>
      </w:r>
      <w:r>
        <w:rPr>
          <w:sz w:val="20"/>
        </w:rPr>
        <w:t>16:30  kahin global warming hai, aur us ki wajah se tarah tarah ke masail paida ho rahe hain.</w:t>
      </w:r>
      <w:r>
        <w:br/>
      </w:r>
      <w:r>
        <w:rPr>
          <w:sz w:val="20"/>
        </w:rPr>
        <w:t>16:36  kahin earthquakes aa rahe hain, kahin volcanoes aa rahe hain, kahin sailab aa rahe hain, kahin forest fire hai.</w:t>
      </w:r>
      <w:r>
        <w:br/>
      </w:r>
      <w:r>
        <w:rPr>
          <w:sz w:val="20"/>
        </w:rPr>
        <w:t>16:43  تو انسان جو ہے، خدا کو اس نے acknowledge نہیں کیا،</w:t>
      </w:r>
    </w:p>
    <w:p>
      <w:pPr>
        <w:pStyle w:val="Heading2"/>
      </w:pPr>
      <w:r>
        <w:t>Life's mission and death awareness</w:t>
      </w:r>
    </w:p>
    <w:p>
      <w:r>
        <w:rPr>
          <w:color w:val="666666"/>
          <w:sz w:val="18"/>
        </w:rPr>
        <w:t>The Meaning of Ummat-i-Wasat Nov 25, 2018 · 5m 48s · at 29:59 · https://youtu.be/3POFfvXaFss?t=1799</w:t>
      </w:r>
    </w:p>
    <w:p>
      <w:r>
        <w:rPr>
          <w:i/>
        </w:rPr>
        <w:t>“To humari zindagi ka focus yahi hona chahiye.”</w:t>
      </w:r>
    </w:p>
    <w:p>
      <w:r>
        <w:rPr>
          <w:sz w:val="20"/>
        </w:rPr>
        <w:t>29:59  to hamari zindagi ka focus yahi hona chahiye, hamari zindagi ka nishana yeh hona chahiye, hamari zindagi ka goal yahi hona chahiye, hamari zindagi ki manzil yahi honi chahiye.</w:t>
      </w:r>
      <w:r>
        <w:br/>
      </w:r>
      <w:r>
        <w:rPr>
          <w:sz w:val="20"/>
        </w:rPr>
        <w:t>30:15  Ummat e wasat ka role ada karna, Ummat e wasat ka. Yaad rakhiye ke aap masjid mein namaz padhein aur haj karein, umrah karein, yeh harghiz aap ki nijat ke liye kafi nahi hai.</w:t>
      </w:r>
      <w:r>
        <w:br/>
      </w:r>
      <w:r>
        <w:rPr>
          <w:sz w:val="20"/>
        </w:rPr>
        <w:t>30:30  yaad rakhiye,</w:t>
      </w:r>
      <w:r>
        <w:br/>
      </w:r>
      <w:r>
        <w:rPr>
          <w:sz w:val="20"/>
        </w:rPr>
        <w:t>30:34  har saal umrah karein, har saal haj karein, masjidain bharein, kuch bhi karein, harghiz harghiz aap ki nijat ke liye kafi nahi hai.</w:t>
      </w:r>
      <w:r>
        <w:br/>
      </w:r>
      <w:r>
        <w:rPr>
          <w:sz w:val="20"/>
        </w:rPr>
        <w:t>30:45  ya social work karein, bohat sare log social work karte hain khidmat e khalq ke naam se, harghiz harghiz kafi nahi hai nijat ke liye.</w:t>
      </w:r>
      <w:r>
        <w:br/>
      </w:r>
      <w:r>
        <w:rPr>
          <w:sz w:val="20"/>
        </w:rPr>
        <w:t>30:58  na social work kafi hai, na khidmat e khalq kafi hai, na namaz roza kafi hai, na haj o umrah kafi hai. Kyunke aap ka asal mission to yahi hai, asal mission to khair Ummat ka roza ada karna hai.</w:t>
      </w:r>
      <w:r>
        <w:br/>
      </w:r>
      <w:r>
        <w:rPr>
          <w:sz w:val="20"/>
        </w:rPr>
        <w:t>31:17  to wohi na karein to aap</w:t>
      </w:r>
      <w:r>
        <w:br/>
      </w:r>
      <w:r>
        <w:rPr>
          <w:sz w:val="20"/>
        </w:rPr>
        <w:t>31:25  yeh to aise hi hai jaise aap ghar mein kisi ko chokidar banayein, uska kaam dein ke tum gate par khade raho.</w:t>
      </w:r>
      <w:r>
        <w:br/>
      </w:r>
      <w:r>
        <w:rPr>
          <w:sz w:val="20"/>
        </w:rPr>
        <w:t>31:34  ab woh aadmi gate par na khara rahe, ja ke so raha hai, so jae. to jab aap se tankhwah lene aaega to aap kahenge, tum ko tankhwah kis baat ki?</w:t>
      </w:r>
      <w:r>
        <w:br/>
      </w:r>
      <w:r>
        <w:rPr>
          <w:sz w:val="20"/>
        </w:rPr>
        <w:t>31:47  tum ko kaha tha ke gate par khare raho, tum ja ke ghar mein so gae, to tankhwah kis baat ki? bhag jao yahan se.</w:t>
      </w:r>
      <w:r>
        <w:br/>
      </w:r>
      <w:r>
        <w:rPr>
          <w:sz w:val="20"/>
        </w:rPr>
        <w:t>32:00  to dekhiye, ummat-e-muslima ki yeh duty ke darje mein farz hai. duty ek hoti hai ibadat, haj ek hoti hai duty,</w:t>
      </w:r>
      <w:r>
        <w:br/>
      </w:r>
      <w:r>
        <w:rPr>
          <w:sz w:val="20"/>
        </w:rPr>
        <w:t>32:13  bait par mission.</w:t>
      </w:r>
      <w:r>
        <w:br/>
      </w:r>
      <w:r>
        <w:rPr>
          <w:sz w:val="20"/>
        </w:rPr>
        <w:t>32:18  to yeh ummat-e-muslima ka mission hai sare alam ko ba-khabar karna, aur is ke liye sari qaumon ko Allah ne hukum de diya hai ke woh aap ke liye infrastructure supply karte rahen, karte rahen, karte rahen.</w:t>
      </w:r>
      <w:r>
        <w:br/>
      </w:r>
      <w:r>
        <w:rPr>
          <w:sz w:val="20"/>
        </w:rPr>
        <w:t>32:40  to is ke ma'ne ke aap ke liye koi excuse nahin, Allah taala ne excuse ko khatm kar diya.</w:t>
      </w:r>
      <w:r>
        <w:br/>
      </w:r>
      <w:r>
        <w:rPr>
          <w:sz w:val="20"/>
        </w:rPr>
        <w:t>32:51  to mujhe aksar woh yaad aata hai Karachi ka qissa ke free mein main doon aap ko yeh kitab, tab to koi problem nahin hai.</w:t>
      </w:r>
      <w:r>
        <w:br/>
      </w:r>
      <w:r>
        <w:rPr>
          <w:sz w:val="20"/>
        </w:rPr>
        <w:t>33:03  to Allah ke farishte kahenge ke free mein jab tum ko karna tha dawat ka kaam, tab kya problem tumhare liye tha?</w:t>
      </w:r>
      <w:r>
        <w:br/>
      </w:r>
      <w:r>
        <w:rPr>
          <w:sz w:val="20"/>
        </w:rPr>
        <w:t>33:13  kya problem tha?</w:t>
      </w:r>
      <w:r>
        <w:br/>
      </w:r>
      <w:r>
        <w:rPr>
          <w:sz w:val="20"/>
        </w:rPr>
        <w:t>33:18  to gharaẓ hai ke yaad rakhiye, asal mas'ala yeh hai ke hum ko aap ko marna hai. aap ghor kijiye, sari tareekh mein har aadmi mar raha hai.</w:t>
      </w:r>
      <w:r>
        <w:br/>
      </w:r>
      <w:r>
        <w:rPr>
          <w:sz w:val="20"/>
        </w:rPr>
        <w:t>33:29  kya musalmanon ko maut nahin aaegi?</w:t>
      </w:r>
      <w:r>
        <w:br/>
      </w:r>
      <w:r>
        <w:rPr>
          <w:sz w:val="20"/>
        </w:rPr>
        <w:t>33:41  ya'ni international survey ke mutabiq insan ki umr is dunya mein average 70 saal hai, average 70 saal hai, 80 saal hai,</w:t>
      </w:r>
      <w:r>
        <w:br/>
      </w:r>
      <w:r>
        <w:rPr>
          <w:sz w:val="20"/>
        </w:rPr>
        <w:t>33:56  is ke baad bil maut hai. kisi ki umr thori lambi ho jati hai, jaise hamare Adam mein ek sahib the, woh 126 saal jiye.</w:t>
      </w:r>
      <w:r>
        <w:br/>
      </w:r>
      <w:r>
        <w:rPr>
          <w:sz w:val="20"/>
        </w:rPr>
        <w:t>34:09  to qabil-e-kar to aadmi rehta hai 50, 60 saal par, is ke baad to boodha hai, kuch karne ke qabil nahin hai.</w:t>
      </w:r>
      <w:r>
        <w:br/>
      </w:r>
      <w:r>
        <w:rPr>
          <w:sz w:val="20"/>
        </w:rPr>
        <w:t>34:23  to sab se zyada isi liye kaha gaya hai, aksiru zikr hadim min al-razzaq, maut ko bahut zyada yaad karo, maut ko bahut zyada, kyunke maut ko yaad karenge aap to duty ko yaad karenge, duty ko yaad karenge to Allah ke samne haziri ko yaad karenge,</w:t>
      </w:r>
      <w:r>
        <w:br/>
      </w:r>
      <w:r>
        <w:rPr>
          <w:sz w:val="20"/>
        </w:rPr>
        <w:t>34:43  Allah ke samne haziri ko yaad karenge to jannat aur jahannum ko yaad karenge.</w:t>
      </w:r>
      <w:r>
        <w:br/>
      </w:r>
      <w:r>
        <w:rPr>
          <w:sz w:val="20"/>
        </w:rPr>
        <w:t>34:55  to yahi sahi zindagi hai, yeh dunya mein sahi zindagi yahi hai ke aadmi waqt-e-zarurat le, yahan se jo us ko chahiye, aur is ke baad woh Allah ki duty ko anjam de,</w:t>
      </w:r>
      <w:r>
        <w:br/>
      </w:r>
      <w:r>
        <w:rPr>
          <w:sz w:val="20"/>
        </w:rPr>
        <w:t>35:10  woh Allah ke samne haziri hone ko yaad karta rahe, woh jannat aur jahannum ko bahut zyada yaad kare, kyunke aakhir kar to Allah ke samne pahunchna hai, aakhir kar to humein akhirat mein jana hai.</w:t>
      </w:r>
      <w:r>
        <w:br/>
      </w:r>
      <w:r>
        <w:rPr>
          <w:sz w:val="20"/>
        </w:rPr>
        <w:t>35:30  yeh zindagi to baqi nahin rahegi, aap chahe maal bana lijie, maal banaiye, qila banaiye, lekin jin logon ne maal banaye, qile banaye, woh chhod ke chale gae, jinhon ne maal aur qile banaye,</w:t>
      </w:r>
    </w:p>
    <w:p>
      <w:pPr>
        <w:pStyle w:val="Heading2"/>
      </w:pPr>
      <w:r>
        <w:t>Muhammad Ali surrenders, camel proverb on seeking God</w:t>
      </w:r>
    </w:p>
    <w:p>
      <w:r>
        <w:rPr>
          <w:color w:val="666666"/>
          <w:sz w:val="18"/>
        </w:rPr>
        <w:t>The Glory Of God 5 February 2006 - Maulana Wahiduddin Khan · 4m 05s · at 14:30 · https://youtu.be/Yah55gLyV8I?t=870</w:t>
      </w:r>
    </w:p>
    <w:p>
      <w:r>
        <w:rPr>
          <w:i/>
        </w:rPr>
        <w:t>“Maine ek baar Time magazine mein Muhammad Ali ke baare mein padha”</w:t>
      </w:r>
    </w:p>
    <w:p>
      <w:r>
        <w:rPr>
          <w:sz w:val="20"/>
        </w:rPr>
        <w:t>14:30  mein ne aik baar parha tha aik item. jo new york se parcha nikalta hai, time.</w:t>
      </w:r>
      <w:r>
        <w:br/>
      </w:r>
      <w:r>
        <w:rPr>
          <w:sz w:val="20"/>
        </w:rPr>
        <w:t>14:40  woh muhammad ali qalle ke baray mein tha. aap jante hain keh muhammad ali qalle bara hi arrogant aadmi hai.</w:t>
      </w:r>
      <w:r>
        <w:br/>
      </w:r>
      <w:r>
        <w:rPr>
          <w:sz w:val="20"/>
        </w:rPr>
        <w:t>14:53  woh kehta tha keh i am the king of the world.</w:t>
      </w:r>
      <w:r>
        <w:br/>
      </w:r>
      <w:r>
        <w:rPr>
          <w:sz w:val="20"/>
        </w:rPr>
        <w:t>14:57  lekin aik guru se is ki mulaqat hui. us guru ke aagay usay surrender kar diya.</w:t>
      </w:r>
      <w:r>
        <w:br/>
      </w:r>
      <w:r>
        <w:rPr>
          <w:sz w:val="20"/>
        </w:rPr>
        <w:t>15:07  to time ne is ka analysis kiya tha. keh kitna bara arrogant aadmi. jo apne aap ko king of the world kehta tha.</w:t>
      </w:r>
      <w:r>
        <w:br/>
      </w:r>
      <w:r>
        <w:rPr>
          <w:sz w:val="20"/>
        </w:rPr>
        <w:t>15:18  kyun aik guru ke aagay usay surrender kar diya?</w:t>
      </w:r>
      <w:r>
        <w:br/>
      </w:r>
      <w:r>
        <w:rPr>
          <w:sz w:val="20"/>
        </w:rPr>
        <w:t>15:22  us ne bataya tha keh insaan ki psychology yeh hai. keh kahin na kahin is ke mind mein chupa hua hota hai keh koi mujh se bhi bara hai.</w:t>
      </w:r>
      <w:r>
        <w:br/>
      </w:r>
      <w:r>
        <w:rPr>
          <w:sz w:val="20"/>
        </w:rPr>
        <w:t>15:33  yeh us ne scientific analysis kiya tha is ka. koi mujh se bhi bara hai. agarchay woh gharoor dikhata hai, ghamand dikhata hai, ego dikhata hai.</w:t>
      </w:r>
      <w:r>
        <w:br/>
      </w:r>
      <w:r>
        <w:rPr>
          <w:sz w:val="20"/>
        </w:rPr>
        <w:t>15:45  lekin yeh superficial baat hoti hai.</w:t>
      </w:r>
      <w:r>
        <w:br/>
      </w:r>
      <w:r>
        <w:rPr>
          <w:sz w:val="20"/>
        </w:rPr>
        <w:t>15:49  inner core par kahin. inner core par kahin chupa hua hota hai. keh o god, you are greater than myself.</w:t>
      </w:r>
      <w:r>
        <w:br/>
      </w:r>
      <w:r>
        <w:rPr>
          <w:sz w:val="20"/>
        </w:rPr>
        <w:t>16:04  to woh inner core jo hai jab kahin koi aisa insan mil jata hai. jo usko touch kar de, us inner core ko.</w:t>
      </w:r>
      <w:r>
        <w:br/>
      </w:r>
      <w:r>
        <w:rPr>
          <w:sz w:val="20"/>
        </w:rPr>
        <w:t>16:12  to wahan woh surrender kar deta hai.</w:t>
      </w:r>
      <w:r>
        <w:br/>
      </w:r>
      <w:r>
        <w:rPr>
          <w:sz w:val="20"/>
        </w:rPr>
        <w:t>16:17  ke yahan hai woh god jis ko main dhoondh raha tha.</w:t>
      </w:r>
      <w:r>
        <w:br/>
      </w:r>
      <w:r>
        <w:rPr>
          <w:sz w:val="20"/>
        </w:rPr>
        <w:t>16:23  har insan, har insan, har insan apne andar.</w:t>
      </w:r>
      <w:r>
        <w:br/>
      </w:r>
      <w:r>
        <w:rPr>
          <w:sz w:val="20"/>
        </w:rPr>
        <w:t>16:30  har insan ke inner core, har insan ke inner core mein yeh ehsas chupa hua hai.</w:t>
      </w:r>
      <w:r>
        <w:br/>
      </w:r>
      <w:r>
        <w:rPr>
          <w:sz w:val="20"/>
        </w:rPr>
        <w:t>16:38  jab tak insan is khuda ko nahi pata. is bare ko nahi pata. is super king ko nahi pata.</w:t>
      </w:r>
      <w:r>
        <w:br/>
      </w:r>
      <w:r>
        <w:rPr>
          <w:sz w:val="20"/>
        </w:rPr>
        <w:t>16:48  tab tak bari bari batein karta hai.</w:t>
      </w:r>
      <w:r>
        <w:br/>
      </w:r>
      <w:r>
        <w:rPr>
          <w:sz w:val="20"/>
        </w:rPr>
        <w:t>16:55  dehat mein ek misl hai ke oont jab tak pahad ko nahi dekhta woh bilbilata rehta hai.</w:t>
      </w:r>
      <w:r>
        <w:br/>
      </w:r>
      <w:r>
        <w:rPr>
          <w:sz w:val="20"/>
        </w:rPr>
        <w:t>17:03  aap ne agar kabhi dekha ho ke oont jo hai ek khaas thing par bolta hai, us ko bilbilana kehte hain. to dehat mein ek misl hai ke oont jab tak pahad ko nahi dekhta woh bilbilata rehta hai.</w:t>
      </w:r>
      <w:r>
        <w:br/>
      </w:r>
      <w:r>
        <w:rPr>
          <w:sz w:val="20"/>
        </w:rPr>
        <w:t>17:17  yeh insan ka haal hai.</w:t>
      </w:r>
      <w:r>
        <w:br/>
      </w:r>
      <w:r>
        <w:rPr>
          <w:sz w:val="20"/>
        </w:rPr>
        <w:t>17:20  jab tak is bare khuda, bare creator, bari hasti se is ka contact nahi hota. tab tak woh yahi karta hai ke woh ego, organs,</w:t>
      </w:r>
      <w:r>
        <w:br/>
      </w:r>
      <w:r>
        <w:rPr>
          <w:sz w:val="20"/>
        </w:rPr>
        <w:t>17:33  mind sab kuch woh bolta hai. I am the king of the world.</w:t>
      </w:r>
      <w:r>
        <w:br/>
      </w:r>
      <w:r>
        <w:rPr>
          <w:sz w:val="20"/>
        </w:rPr>
        <w:t>17:38  lekin jab aisa hota hai. ke woh is ke contact mein aa jata hai. to is ka inner core jo hai woh jaag parta hai.</w:t>
      </w:r>
      <w:r>
        <w:br/>
      </w:r>
      <w:r>
        <w:rPr>
          <w:sz w:val="20"/>
        </w:rPr>
        <w:t>17:54  is ke baad woh afford nahi kar sakta ke woh surrender na kare. woh afford nahi kar sakta ke surrender na kare. kyun ke jo cheez us ko jis ki use talash thi us ko mil gayi.</w:t>
      </w:r>
      <w:r>
        <w:br/>
      </w:r>
      <w:r>
        <w:rPr>
          <w:sz w:val="20"/>
        </w:rPr>
        <w:t>18:07  isi surrender mein us ko sukoon milta hai. is surrender mein us ko peace milta hai. is surrender mein use solace milta hai. to ek bechain rooh, ek unrest soul aakhir kar apne</w:t>
      </w:r>
      <w:r>
        <w:br/>
      </w:r>
      <w:r>
        <w:rPr>
          <w:sz w:val="20"/>
        </w:rPr>
        <w:t>18:26  apne peace ko pa leti hai.</w:t>
      </w:r>
      <w:r>
        <w:br/>
      </w:r>
      <w:r>
        <w:rPr>
          <w:sz w:val="20"/>
        </w:rPr>
        <w:t>18:31  to yeh hai insan ki harkat</w:t>
      </w:r>
    </w:p>
    <w:p>
      <w:pPr>
        <w:pStyle w:val="Heading2"/>
      </w:pPr>
      <w:r>
        <w:t>Hirohito's speech and Japan's post-war rebuilding</w:t>
      </w:r>
    </w:p>
    <w:p>
      <w:r>
        <w:rPr>
          <w:color w:val="666666"/>
          <w:sz w:val="18"/>
        </w:rPr>
        <w:t>Four Phases of Human History July 13, 2008 · 3m 04s · at 8:30 · https://youtu.be/sb24VHKydog?t=510</w:t>
      </w:r>
    </w:p>
    <w:p>
      <w:r>
        <w:rPr>
          <w:i/>
        </w:rPr>
        <w:t>“After WWII, America's atom bomb destroyed Japan”</w:t>
      </w:r>
    </w:p>
    <w:p>
      <w:r>
        <w:rPr>
          <w:sz w:val="20"/>
        </w:rPr>
        <w:t>8:30  aaj main jab soch raha tha is baat par to mujhe yaad aaya ke second world war ke baad american, america ke nuclear bomb ne japan ko destroy kar diya tha.</w:t>
      </w:r>
      <w:r>
        <w:br/>
      </w:r>
      <w:r>
        <w:rPr>
          <w:sz w:val="20"/>
        </w:rPr>
        <w:t>8:48  us waqt wahan ka jo king tha, woh hiro hito tha, jo bohat hi learned aadmi tha. us ne us waqt aik speech di thi aik radio par, tab tv nahin hota tha.</w:t>
      </w:r>
      <w:r>
        <w:br/>
      </w:r>
      <w:r>
        <w:rPr>
          <w:sz w:val="20"/>
        </w:rPr>
        <w:t>9:00  woh poori speech maine parhi hai, us ka tarjuma english mein. aik kitaab moti si maine parhi thi, "the story of japan".</w:t>
      </w:r>
      <w:r>
        <w:br/>
      </w:r>
      <w:r>
        <w:rPr>
          <w:sz w:val="20"/>
        </w:rPr>
        <w:t>9:09  us mein unhon ne is ko likha tha. us mein us ne kaha tha ke "we have to suffer the insufferable,</w:t>
      </w:r>
      <w:r>
        <w:br/>
      </w:r>
      <w:r>
        <w:rPr>
          <w:sz w:val="20"/>
        </w:rPr>
        <w:t>9:21  we have to suffer the insufferable to build japan again, to develop japan again". to</w:t>
      </w:r>
      <w:r>
        <w:br/>
      </w:r>
      <w:r>
        <w:rPr>
          <w:sz w:val="20"/>
        </w:rPr>
        <w:t>9:32  dekhiye, koi bhi bara target aap us ko achieve nahin kar paate jab tak insufferable ko aap suffer na karein.</w:t>
      </w:r>
      <w:r>
        <w:br/>
      </w:r>
      <w:r>
        <w:rPr>
          <w:sz w:val="20"/>
        </w:rPr>
        <w:t>9:44  aisa hi jannat ko paane ke liye aap ko yahi karna hai. un observable god ko observe karna hai.</w:t>
      </w:r>
      <w:r>
        <w:br/>
      </w:r>
      <w:r>
        <w:rPr>
          <w:sz w:val="20"/>
        </w:rPr>
        <w:t>9:56  undiscoverable god ko discover karna hai.</w:t>
      </w:r>
      <w:r>
        <w:br/>
      </w:r>
      <w:r>
        <w:rPr>
          <w:sz w:val="20"/>
        </w:rPr>
        <w:t>10:02  unthinkable god ko think karna hai. unbelievable god ko believe karna hai, with conviction, with complete conviction.</w:t>
      </w:r>
      <w:r>
        <w:br/>
      </w:r>
      <w:r>
        <w:rPr>
          <w:sz w:val="20"/>
        </w:rPr>
        <w:t>10:12  nahin to phir paradise nahin hai.</w:t>
      </w:r>
      <w:r>
        <w:br/>
      </w:r>
      <w:r>
        <w:rPr>
          <w:sz w:val="20"/>
        </w:rPr>
        <w:t>10:17  bible mein hai ke jis ko paradise nahi mile gi, us ke bare mein ke abad tak rona aur daant peesna ho ga.</w:t>
      </w:r>
      <w:r>
        <w:br/>
      </w:r>
      <w:r>
        <w:rPr>
          <w:sz w:val="20"/>
        </w:rPr>
        <w:t>10:29  abad tak rona aur daant peesna ho ga. to hero hito ke liye do option tha: ya to japan ko jo dustra ho chuka hai, wo aise hi chor de, khadr, ya phir yeh kare ke jo cheez safarable nahi hai, us ko safar kare.</w:t>
      </w:r>
      <w:r>
        <w:br/>
      </w:r>
      <w:r>
        <w:rPr>
          <w:sz w:val="20"/>
        </w:rPr>
        <w:t>10:51  yani american supremacy ko bardasht kare.</w:t>
      </w:r>
      <w:r>
        <w:br/>
      </w:r>
      <w:r>
        <w:rPr>
          <w:sz w:val="20"/>
        </w:rPr>
        <w:t>10:57  america ke bahir jo hate hai, us ko nikal de. america ke bahir jo jo negative thought aa gaye hain, us ko kharch kar nikal de.</w:t>
      </w:r>
      <w:r>
        <w:br/>
      </w:r>
      <w:r>
        <w:rPr>
          <w:sz w:val="20"/>
        </w:rPr>
        <w:t>11:06  tabhi to construction ka kaam ho sakta tha. to japan ne aisa kiya.</w:t>
      </w:r>
      <w:r>
        <w:br/>
      </w:r>
      <w:r>
        <w:rPr>
          <w:sz w:val="20"/>
        </w:rPr>
        <w:t>11:13  aur phir aap jante hain ke japan mein aik miracle hua, achanak super power ban gaya.</w:t>
      </w:r>
      <w:r>
        <w:br/>
      </w:r>
      <w:r>
        <w:rPr>
          <w:sz w:val="20"/>
        </w:rPr>
        <w:t>11:20  to baharhal mein yeh kahoon ga ke jannat jo hai, paradise jo hai, us se bari koi cheez nahi ho sakti insan ke liye.</w:t>
      </w:r>
    </w:p>
    <w:p>
      <w:pPr>
        <w:pStyle w:val="Heading2"/>
      </w:pPr>
      <w:r>
        <w:t>Science shows personality survives the changing body</w:t>
      </w:r>
    </w:p>
    <w:p>
      <w:r>
        <w:rPr>
          <w:color w:val="666666"/>
          <w:sz w:val="18"/>
        </w:rPr>
        <w:t>Powerful Evidence of Life After Death December 6, 2013 Maulana Wahiduddin Khan · 3m 04s · at 4:34 · https://youtu.be/AgjTBIRcWeg?t=274</w:t>
      </w:r>
    </w:p>
    <w:p>
      <w:r>
        <w:rPr>
          <w:i/>
        </w:rPr>
        <w:t>“If you consult a dictionary, death sounds like life's end”</w:t>
      </w:r>
    </w:p>
    <w:p>
      <w:r>
        <w:rPr>
          <w:sz w:val="20"/>
        </w:rPr>
        <w:t>4:34  dekhen, agar aap dictionary consult karen to dictionary yeh batayegi ke "death is permanent end of life".</w:t>
      </w:r>
      <w:r>
        <w:br/>
      </w:r>
      <w:r>
        <w:rPr>
          <w:sz w:val="20"/>
        </w:rPr>
        <w:t>4:47  magar main samajhta hoon ke dictionary ke yeh definition bohat hi incomplete hai.</w:t>
      </w:r>
      <w:r>
        <w:br/>
      </w:r>
      <w:r>
        <w:rPr>
          <w:sz w:val="20"/>
        </w:rPr>
        <w:t>4:56  is liye ke aap jante hain ke insaan ki jo body hai, woh</w:t>
      </w:r>
      <w:r>
        <w:br/>
      </w:r>
      <w:r>
        <w:rPr>
          <w:sz w:val="20"/>
        </w:rPr>
        <w:t>5:04  bohat zyada cell us ke andar hote hain, living cell, more than trillion. aur yeh cell tootate rehte hain, bante rehte hain.</w:t>
      </w:r>
      <w:r>
        <w:br/>
      </w:r>
      <w:r>
        <w:rPr>
          <w:sz w:val="20"/>
        </w:rPr>
        <w:t>5:16  bachpan mein aur jawani mein, barhape mein farq hota hai, lekin behraal tootna baqi rehta hai, replacement baqi rehta hai.</w:t>
      </w:r>
      <w:r>
        <w:br/>
      </w:r>
      <w:r>
        <w:rPr>
          <w:sz w:val="20"/>
        </w:rPr>
        <w:t>5:26  to andaza lagaya gaya hai ke ek ausat, us ka average yeh hai ke das saal mein aadmi ka poora body badal jata hai.</w:t>
      </w:r>
      <w:r>
        <w:br/>
      </w:r>
      <w:r>
        <w:rPr>
          <w:sz w:val="20"/>
        </w:rPr>
        <w:t>5:38  das saal mein. lekin Freud ne is ko research kiya, is par Sigmund Freud ne. to us ne kaha ke jo memory hai, woh kahan hai?</w:t>
      </w:r>
      <w:r>
        <w:br/>
      </w:r>
      <w:r>
        <w:rPr>
          <w:sz w:val="20"/>
        </w:rPr>
        <w:t>5:50  agar memory cell par hai to cell to khatm ho gaya.</w:t>
      </w:r>
      <w:r>
        <w:br/>
      </w:r>
      <w:r>
        <w:rPr>
          <w:sz w:val="20"/>
        </w:rPr>
        <w:t>5:55  body par hai to body bhi to khatm ho gaya. kyunke jo memory aadmi ki aaj se das saal, bees saal, pachas saal pehle thi, wo waisi ki waisi intact hoti hai.</w:t>
      </w:r>
      <w:r>
        <w:br/>
      </w:r>
      <w:r>
        <w:rPr>
          <w:sz w:val="20"/>
        </w:rPr>
        <w:t>6:08  to wo kahan hai? wo kahan rest kar rahi hai? agar aap kahein ke koi physical seat iski koi hai to physical seat to khatm ho gayi.</w:t>
      </w:r>
      <w:r>
        <w:br/>
      </w:r>
      <w:r>
        <w:rPr>
          <w:sz w:val="20"/>
        </w:rPr>
        <w:t>6:21  is tarah se yeh prove hua hai psychology mein ke jo hamari, hamari jo personality hai, wo hamari physical body se alag koi cheez hai, wo kahin aur rest kar rahi hai.</w:t>
      </w:r>
      <w:r>
        <w:br/>
      </w:r>
      <w:r>
        <w:rPr>
          <w:sz w:val="20"/>
        </w:rPr>
        <w:t>6:39  isi ko ek philosopher ne in shabdon mein kaha ke "personality is changelessness in change".</w:t>
      </w:r>
      <w:r>
        <w:br/>
      </w:r>
      <w:r>
        <w:rPr>
          <w:sz w:val="20"/>
        </w:rPr>
        <w:t>6:47  ek badalti hui body ke andar na badalti hui ek soul hai har insaan ke saath. to in sab baaton ko sochte hue phir mujhe yaad aata hai ke har mazhab mein, har religion mein yeh mana gaya hai ke in life of life ofter death, jis ko hum kehte hain, wo har mazhab mein mana gaya hai.</w:t>
      </w:r>
      <w:r>
        <w:br/>
      </w:r>
      <w:r>
        <w:rPr>
          <w:sz w:val="20"/>
        </w:rPr>
        <w:t>7:11  jitne bhi religious system hain, sab life ofter death ko mante hain.</w:t>
      </w:r>
      <w:r>
        <w:br/>
      </w:r>
      <w:r>
        <w:rPr>
          <w:sz w:val="20"/>
        </w:rPr>
        <w:t>7:17  har religion mein ek concept hai ke koi swarg hai, koi beckont hai, koi paradise hai, koi jannat hai, koi salvation hai.</w:t>
      </w:r>
      <w:r>
        <w:br/>
      </w:r>
      <w:r>
        <w:rPr>
          <w:sz w:val="20"/>
        </w:rPr>
        <w:t>7:28  yeh sab religion mein mana gaya hai. to main is bare mein jo maine padha hai, us ko le kar chand shabdon mein kuch baat karna chahunga.</w:t>
      </w:r>
    </w:p>
    <w:p>
      <w:pPr>
        <w:pStyle w:val="Heading2"/>
      </w:pPr>
      <w:r>
        <w:t>Muslims must seize modern opportunities for Islam</w:t>
      </w:r>
    </w:p>
    <w:p>
      <w:r>
        <w:rPr>
          <w:color w:val="666666"/>
          <w:sz w:val="18"/>
        </w:rPr>
        <w:t>Dars-e-Quran, Chapter 7 Verse 143 December 10, 2017 · 5m 22s · at 37:32 · https://youtu.be/O0OU7qnpEaY?t=2252</w:t>
      </w:r>
    </w:p>
    <w:p>
      <w:r>
        <w:rPr>
          <w:i/>
        </w:rPr>
        <w:t>“I say it's the opposite: all knowledge has come to defend Islam.”</w:t>
      </w:r>
    </w:p>
    <w:p>
      <w:r>
        <w:rPr>
          <w:sz w:val="20"/>
        </w:rPr>
        <w:t>37:32  mein kahunga maamla ulta hai ke saare uloom jo hain, Islam ke difaa mein aa gaye hain, Islam ki taaqat ban gaye hain.</w:t>
      </w:r>
      <w:r>
        <w:br/>
      </w:r>
      <w:r>
        <w:rPr>
          <w:sz w:val="20"/>
        </w:rPr>
        <w:t>37:43  saare uloom insani jo hain, woh Islam ke mu'eed ilm ban gaye hain. Ab to yeh hai ke is ko avail karo. Aaj ka zamana Islam ko different karne ka zamana nahi hai,</w:t>
      </w:r>
      <w:r>
        <w:br/>
      </w:r>
      <w:r>
        <w:rPr>
          <w:sz w:val="20"/>
        </w:rPr>
        <w:t>37:57  balkeh azeem mawaqe ko avail karne ka zamana hai.</w:t>
      </w:r>
      <w:r>
        <w:br/>
      </w:r>
      <w:r>
        <w:rPr>
          <w:sz w:val="20"/>
        </w:rPr>
        <w:t>38:04  yeh yeh bhi mein samajhta hoon ke jo Nehru ne jo baat kahi thi, us mein mujhe shaoor nazar nahi aata. Yeh baat azaadi ke baad kahi thi.</w:t>
      </w:r>
      <w:r>
        <w:br/>
      </w:r>
      <w:r>
        <w:rPr>
          <w:sz w:val="20"/>
        </w:rPr>
        <w:t>38:12  unhone azaadi ke baad kaha tha ke "freedom was in peril, defend it with all our might".</w:t>
      </w:r>
      <w:r>
        <w:br/>
      </w:r>
      <w:r>
        <w:rPr>
          <w:sz w:val="20"/>
        </w:rPr>
        <w:t>38:22  is ke baraks unhein kehna chahiye tha ke azaadi ke baad hamare mawaqe khul gaye hain. Azaadi ke baad ek poore mulk ke mawaqe hamare liye khul gaye hain.</w:t>
      </w:r>
      <w:r>
        <w:br/>
      </w:r>
      <w:r>
        <w:rPr>
          <w:sz w:val="20"/>
        </w:rPr>
        <w:t>38:32  saari opportunities hamare haath mein hain. To aap mil kar in ko avail karein. Yani Jawahar Lal Nehru ne kaha ke azaadi khatre mein hai, is ko is ka difaa karo.</w:t>
      </w:r>
      <w:r>
        <w:br/>
      </w:r>
      <w:r>
        <w:rPr>
          <w:sz w:val="20"/>
        </w:rPr>
        <w:t>38:48  mein kehta hoon ke azaadi ke baad Jawahar Lal Nehru ko yeh kehna chahiye tha ke azaadi ke baad saare mawaqe mulk ke hamare haath mein aa gaye hain.</w:t>
      </w:r>
      <w:r>
        <w:br/>
      </w:r>
      <w:r>
        <w:rPr>
          <w:sz w:val="20"/>
        </w:rPr>
        <w:t>38:59  aao, is ko hum avail karein, yeh mutahid ho kar. To ab wahi wahi baat Islam ke bare mein hai.</w:t>
      </w:r>
      <w:r>
        <w:br/>
      </w:r>
      <w:r>
        <w:rPr>
          <w:sz w:val="20"/>
        </w:rPr>
        <w:t>39:11  aaj ke log jo Islam ko khatraat mein ghira hua samajhte hain, aur saare log yahi bol bol rahe hain. Jis Musalman ko dekhiye, jis Musalmanon ki gathering mein jaiye, jis Musalman ka akhbar ya magazine padhiye, har ek ka khulasa yeh rahega ke Islam khatre mein hai, Islam under siege hai.</w:t>
      </w:r>
      <w:r>
        <w:br/>
      </w:r>
      <w:r>
        <w:rPr>
          <w:sz w:val="20"/>
        </w:rPr>
        <w:t>39:40  to is is ko lad kar is ko bachao. Mein kehta hoon maamla ulta hai ke jadeed daur ne, jadeed yeh kehna chahiye ke jadeed daur ne, jadeed tehzeeb ne saare mawaqe ko Islam ka mu'eed, saare daryafton ko, saare ilm ko Islam ka mu'eed ilm bana diya hai.</w:t>
      </w:r>
      <w:r>
        <w:br/>
      </w:r>
      <w:r>
        <w:rPr>
          <w:sz w:val="20"/>
        </w:rPr>
        <w:t>40:05  Islam ka ta'ayydi ilm bana diya.</w:t>
      </w:r>
      <w:r>
        <w:br/>
      </w:r>
      <w:r>
        <w:rPr>
          <w:sz w:val="20"/>
        </w:rPr>
        <w:t>40:10  to aao, hum uloom ko Islam ki ta'ayyad mein istemaal kar rahe hain. Aao, in mawaqe ko hum Islam ke haq mein avail karein.</w:t>
      </w:r>
      <w:r>
        <w:br/>
      </w:r>
      <w:r>
        <w:rPr>
          <w:sz w:val="20"/>
        </w:rPr>
        <w:t>40:21  yeh kehna chahiye.</w:t>
      </w:r>
      <w:r>
        <w:br/>
      </w:r>
      <w:r>
        <w:rPr>
          <w:sz w:val="20"/>
        </w:rPr>
        <w:t>40:25  mein samajhta hoon ke aaj ka safar aur masla yahi hai ke Musalmanon ke zehan ko negative se nikaal kar positive banaya jaye.</w:t>
      </w:r>
      <w:r>
        <w:br/>
      </w:r>
      <w:r>
        <w:rPr>
          <w:sz w:val="20"/>
        </w:rPr>
        <w:t>40:36  Musalmanon ke zehan ko</w:t>
      </w:r>
      <w:r>
        <w:br/>
      </w:r>
      <w:r>
        <w:rPr>
          <w:sz w:val="20"/>
        </w:rPr>
        <w:t>40:40  be yaqeeni se nikal kar yaqeen par laya jaye. Musalman jo sab ko dushman samajhte hain, isay nikal kar un sab ko bataya jaye ke sab hamare dost hain.</w:t>
      </w:r>
      <w:r>
        <w:br/>
      </w:r>
      <w:r>
        <w:rPr>
          <w:sz w:val="20"/>
        </w:rPr>
        <w:t>40:52  sab se bara, sab se bari service Musalmanon ke liye yahi hai.</w:t>
      </w:r>
      <w:r>
        <w:br/>
      </w:r>
      <w:r>
        <w:rPr>
          <w:sz w:val="20"/>
        </w:rPr>
        <w:t>41:02  Musalman agar is ko jaan len to un ko pata ho jaye ga ke yeh daur woh hai jab ke woh shahadat e azam ada kar sakte hain. Yani tareekh mein pehli bar yeh mumkin hua hai ke Islam ki shahadat e azam anjam paye.</w:t>
      </w:r>
      <w:r>
        <w:br/>
      </w:r>
      <w:r>
        <w:rPr>
          <w:sz w:val="20"/>
        </w:rPr>
        <w:t>41:19  shahadat e azam ka mani yeh hai ke insan ke tasleem shuda meyar par Islam ko sabit shuda banana.</w:t>
      </w:r>
      <w:r>
        <w:br/>
      </w:r>
      <w:r>
        <w:rPr>
          <w:sz w:val="20"/>
        </w:rPr>
        <w:t>41:32  yani insan ka jo apna musallama satah hai, us satah par Islam ko sabit shuda banana.</w:t>
      </w:r>
      <w:r>
        <w:br/>
      </w:r>
      <w:r>
        <w:rPr>
          <w:sz w:val="20"/>
        </w:rPr>
        <w:t>41:44  to mein samajhta hoon ke is zamane mein Musalmanon ko jo khidmat hai, woh fikri satah par yeh fikri khidmat hai. Yeh sab nahi hai.</w:t>
      </w:r>
      <w:r>
        <w:br/>
      </w:r>
      <w:r>
        <w:rPr>
          <w:sz w:val="20"/>
        </w:rPr>
        <w:t>41:54  ladna aur bare bare jalsay karna, sarakon par nare lagana aur so called qurbaniyan dena, yeh sab Islam ki khidmat nahi hai.</w:t>
      </w:r>
      <w:r>
        <w:br/>
      </w:r>
      <w:r>
        <w:rPr>
          <w:sz w:val="20"/>
        </w:rPr>
        <w:t>42:07  Islam ki khidmat yeh hai ke ek ana fikri inqilab aa jaye. Fikri inqilab, thora fikri hai.</w:t>
      </w:r>
      <w:r>
        <w:br/>
      </w:r>
      <w:r>
        <w:rPr>
          <w:sz w:val="20"/>
        </w:rPr>
        <w:t>42:21  tab ja kar Musalmanon ke andar nai zindagi aye gi. Un ke andar naya nai shakhsiyat paida hogi aur negative mind positive mind banega.</w:t>
      </w:r>
      <w:r>
        <w:br/>
      </w:r>
      <w:r>
        <w:rPr>
          <w:sz w:val="20"/>
        </w:rPr>
        <w:t>42:38  aur jo mawaqe in available pade hue hain, woh mawaqe available hon ge. Abhi kya hai? Beshumar naye mawaqe hain aaj ki duniya mein, lekin woh in available pade hue hain.</w:t>
      </w:r>
    </w:p>
    <w:p>
      <w:pPr>
        <w:pStyle w:val="Heading2"/>
      </w:pPr>
      <w:r>
        <w:t>Full talk: prioritizing God over worldly life, women's role</w:t>
      </w:r>
    </w:p>
    <w:p>
      <w:r>
        <w:rPr>
          <w:color w:val="666666"/>
          <w:sz w:val="18"/>
        </w:rPr>
        <w:t>CPS Women Interaction January 30, 2022 · 5m 25s · at 46:13 · https://youtu.be/Q4CTlqZId2g?t=2773</w:t>
      </w:r>
    </w:p>
    <w:p>
      <w:r>
        <w:rPr>
          <w:i/>
        </w:rPr>
        <w:t>“Discussion se yeh clear hua ke sabse zyada importance khuda ki marfat ko deni hai”</w:t>
      </w:r>
    </w:p>
    <w:p>
      <w:r>
        <w:rPr>
          <w:sz w:val="20"/>
        </w:rPr>
        <w:t>46:13  us mein jannat jahana hua hai khuda ki marfat aur maat par hum discussion kar rahe the.</w:t>
      </w:r>
      <w:r>
        <w:br/>
      </w:r>
      <w:r>
        <w:rPr>
          <w:sz w:val="20"/>
        </w:rPr>
        <w:t>46:21  to discussion se yeh clear hua ki humko sabse zyada is cheez ko importance deni hai, wah khuda</w:t>
      </w:r>
      <w:r>
        <w:br/>
      </w:r>
      <w:r>
        <w:rPr>
          <w:sz w:val="20"/>
        </w:rPr>
        <w:t>46:29  ki marfat hai aur khuda ko pane ke liye jo sabse badi qeemat hai jaise Maulana sahab yeh</w:t>
      </w:r>
      <w:r>
        <w:br/>
      </w:r>
      <w:r>
        <w:rPr>
          <w:sz w:val="20"/>
        </w:rPr>
        <w:t>46:37  kaha ki khuda ko pane ki sabse badi qeemat khud hamari apni zaat hai.</w:t>
      </w:r>
      <w:r>
        <w:br/>
      </w:r>
      <w:r>
        <w:rPr>
          <w:sz w:val="20"/>
        </w:rPr>
        <w:t>46:45  is se kamtar koi cheez bhi khuda ko pane ki qeemat nahi ban sakti.</w:t>
      </w:r>
      <w:r>
        <w:br/>
      </w:r>
      <w:r>
        <w:rPr>
          <w:sz w:val="20"/>
        </w:rPr>
        <w:t>46:54  hum jab logon se baat karte hain to aisa main soch hota hai ki to ki woh har cheezon ko bahut zyada importance dete hain. Duniya ki har cheez ko bahut importance dete hain. Diye hue hain. Siway Khuda ke. Isliye unke paas sab kuch hota hai magar Khuda nahi hota.</w:t>
      </w:r>
      <w:r>
        <w:br/>
      </w:r>
      <w:r>
        <w:rPr>
          <w:sz w:val="20"/>
        </w:rPr>
        <w:t>47:17  to insaan jab supreme importance Khuda ko dega, tabhi usko Khuda ki marfa hasil hoti hai. Aajkal har ghar mein har aurat ka haal yeh ki woh khana, kapda, fashion, parlor, shopping aur duniya ki bekar ki baatein hansi, mazak aur bewajah ki baatein hain. Kya kya drama hona jaane kya kya?</w:t>
      </w:r>
      <w:r>
        <w:br/>
      </w:r>
      <w:r>
        <w:rPr>
          <w:sz w:val="20"/>
        </w:rPr>
        <w:t>47:46  sirf yahi saare kaam sabke paas rehte hain. Isliye unke paas time hi nahi hota hai. To yeh sab kuch humne jisne diya hai, jo is kainath ka malik hai, usko supreme concern banai. Usko apni zindagi mein laiye. Maa baap se, bachchon se, husband se, sabse pehle Allah Rabbul Alameen hai.</w:t>
      </w:r>
      <w:r>
        <w:br/>
      </w:r>
      <w:r>
        <w:rPr>
          <w:sz w:val="20"/>
        </w:rPr>
        <w:t>48:15  humein zindagi ko pahad ki tarah sarpan ka nahi chalna hai. Zindagi khudk ke saath school ka safar hai. Zindagi mein itni zyada cheezein shaamil kar li jaati hain ki aur sabhi cheezon ko most important samjha jaata hai. Zindagi ko aasan kariye, zyada zindagi chahiye.</w:t>
      </w:r>
      <w:r>
        <w:br/>
      </w:r>
      <w:r>
        <w:rPr>
          <w:sz w:val="20"/>
        </w:rPr>
        <w:t>48:42  Maulana sahab kehte the simple living, high thinking.</w:t>
      </w:r>
      <w:r>
        <w:br/>
      </w:r>
      <w:r>
        <w:rPr>
          <w:sz w:val="20"/>
        </w:rPr>
        <w:t>48:47  choti si line itna bada wisdom hai.</w:t>
      </w:r>
      <w:r>
        <w:br/>
      </w:r>
      <w:r>
        <w:rPr>
          <w:sz w:val="20"/>
        </w:rPr>
        <w:t>48:52  humein is duniya mein marne ki tayyari karni hai na humein sirf marne ki apni bohat ki tayyari</w:t>
      </w:r>
      <w:r>
        <w:br/>
      </w:r>
      <w:r>
        <w:rPr>
          <w:sz w:val="20"/>
        </w:rPr>
        <w:t>48:57  karni hai jeene ki nahi.</w:t>
      </w:r>
      <w:r>
        <w:br/>
      </w:r>
      <w:r>
        <w:rPr>
          <w:sz w:val="20"/>
        </w:rPr>
        <w:t>49:02  koi bhi technology aisi abhi tak nahi bani hai na ban sakti hai ki woh humein maut se bacha le.</w:t>
      </w:r>
      <w:r>
        <w:br/>
      </w:r>
      <w:r>
        <w:rPr>
          <w:sz w:val="20"/>
        </w:rPr>
        <w:t>49:07  humein marna hi hai.</w:t>
      </w:r>
      <w:r>
        <w:br/>
      </w:r>
      <w:r>
        <w:rPr>
          <w:sz w:val="20"/>
        </w:rPr>
        <w:t>49:13  to duniya ki soch mein rahenge to aakhirat ko lightly liye rahenge. Aakhirat ki soch mein jiyenge tab hum duniya ko waqt zaroorat de sakenge. To humein Khuda ki yaad, aakhirat ki yaad mein jeena hai. Agar humne Khuda ke liye waqt nahi nikala to Khuda humein aakhirat mein kyun waqt dega?</w:t>
      </w:r>
      <w:r>
        <w:br/>
      </w:r>
      <w:r>
        <w:rPr>
          <w:sz w:val="20"/>
        </w:rPr>
        <w:t>49:41  kyun humein importance dega? Maulana sahab kehte the ki Islam mein achha hona yeh hai ki aadmi Allah ke liye doosri cheezon ko chhod de. Koi karamati cheez ya koi namaz roza kar lena yeh Islam sirf yahi Islam nahi hai.</w:t>
      </w:r>
      <w:r>
        <w:br/>
      </w:r>
      <w:r>
        <w:rPr>
          <w:sz w:val="20"/>
        </w:rPr>
        <w:t>50:04  jab tak hum apni soch ko nahi badlein humein apni soch ko badalna hai aur sabse badi cheez yeh hai ki ek aurat apni zimmedari ko samjhe. Ek aurat hi ki zimmedari hai ki woh pehle apni soch ko badle, phir apni family, apne bachchon ke, apne aas paas ke mahaul ko badle.</w:t>
      </w:r>
      <w:r>
        <w:br/>
      </w:r>
      <w:r>
        <w:rPr>
          <w:sz w:val="20"/>
        </w:rPr>
        <w:t>50:28  uske gharwalon ka jo hamara aurat ki samjhe ki hamare gharwalon ka focus kidhar hai? Duniya ki taraf hai ki aahrat ki taraf hai? Har aurat ki yeh zimmedari hai aur yeh kaam sirf ek aurat hi kar sakti hai.</w:t>
      </w:r>
      <w:r>
        <w:br/>
      </w:r>
      <w:r>
        <w:rPr>
          <w:sz w:val="20"/>
        </w:rPr>
        <w:t>50:44  uske liye humein apna mahaul badalna padega, Maulana sahab ki kitabon ko padhe, tasqeer aur Quran padhe, bachchon ke saath baithein, us par discussion karein, usko samjhayein aur yeh jo apni numayishi cheezein, chhoti cheezein hain use uske unki wajah se hum apne andar ek khokhlapan hamare andar aa jaata hai. Humein insaan ki satr par nahi reh paate.</w:t>
      </w:r>
      <w:r>
        <w:br/>
      </w:r>
      <w:r>
        <w:rPr>
          <w:sz w:val="20"/>
        </w:rPr>
        <w:t>51:12  humein seekhna hai, war karna hai, sochna hai, amal karna hai. Apne bachchon ka focus focus Khuda se jodna hai. Yeh hamari zimmedari hai. Har aurat to yeh baat ko samajhna hai ki hamari zimmedari kya hai? Dekhiye hum yeh nahi keh sakte ki hamare paas time nahi hai. Hum yeh bilkul bhi yeh nahi keh sakte.</w:t>
      </w:r>
      <w:r>
        <w:br/>
      </w:r>
      <w:r>
        <w:rPr>
          <w:sz w:val="20"/>
        </w:rPr>
        <w:t>51:38  hum misaal ke taur par main kuch misaal dena chahungi aapke samne ki jaise doctor Safeena hai ki ek matlab ek bahut badi misaal hai. Ek doctor hai, ek hospital chalati hain aur uske alawa woh ghar dekhti hai. Unke paas kitni sari zimmedari ho gayi.</w:t>
      </w:r>
    </w:p>
    <w:p>
      <w:pPr>
        <w:pStyle w:val="Heading2"/>
      </w:pPr>
      <w:r>
        <w:t>Creation to tension cause</w:t>
      </w:r>
    </w:p>
    <w:p>
      <w:r>
        <w:rPr>
          <w:color w:val="666666"/>
          <w:sz w:val="18"/>
        </w:rPr>
        <w:t>Return to Paradise (English) 30 May 2009 - Maulana Wahiduddin Khan · 5m 40s · at 4:13 · https://youtu.be/8t8YD_C7a2c?t=253</w:t>
      </w:r>
    </w:p>
    <w:p>
      <w:r>
        <w:rPr>
          <w:i/>
        </w:rPr>
        <w:t>“Now let us begin from the creation of man.”</w:t>
      </w:r>
    </w:p>
    <w:p>
      <w:r>
        <w:rPr>
          <w:sz w:val="20"/>
        </w:rPr>
        <w:t>4:13  now, let us begin from the creation of man. according to the Quranic account, God created man.</w:t>
      </w:r>
      <w:r>
        <w:br/>
      </w:r>
      <w:r>
        <w:rPr>
          <w:sz w:val="20"/>
        </w:rPr>
        <w:t>4:32  then he created paradise. both were</w:t>
      </w:r>
      <w:r>
        <w:br/>
      </w:r>
      <w:r>
        <w:rPr>
          <w:sz w:val="20"/>
        </w:rPr>
        <w:t>4:41  complementary to each other.</w:t>
      </w:r>
      <w:r>
        <w:br/>
      </w:r>
      <w:r>
        <w:rPr>
          <w:sz w:val="20"/>
        </w:rPr>
        <w:t>4:47  man was created with so many wishes, so many ambitions,</w:t>
      </w:r>
      <w:r>
        <w:br/>
      </w:r>
      <w:r>
        <w:rPr>
          <w:sz w:val="20"/>
        </w:rPr>
        <w:t>4:55  but one and God created paradise where all these wishes can be fulfilled.</w:t>
      </w:r>
      <w:r>
        <w:br/>
      </w:r>
      <w:r>
        <w:rPr>
          <w:sz w:val="20"/>
        </w:rPr>
        <w:t>5:08  so without man, paradise has no meaning, and without paradise, man has no meaning.</w:t>
      </w:r>
      <w:r>
        <w:br/>
      </w:r>
      <w:r>
        <w:rPr>
          <w:sz w:val="20"/>
        </w:rPr>
        <w:t>5:24  both are complementary to each other. then when god created man, he settled him in the paradise where everything was present.</w:t>
      </w:r>
      <w:r>
        <w:br/>
      </w:r>
      <w:r>
        <w:rPr>
          <w:sz w:val="20"/>
        </w:rPr>
        <w:t>5:46  all those things that is required by man was present over there. god said that you are free to enjoy all these things.</w:t>
      </w:r>
      <w:r>
        <w:br/>
      </w:r>
      <w:r>
        <w:rPr>
          <w:sz w:val="20"/>
        </w:rPr>
        <w:t>6:02  there is no restriction, but there was an exception. god said in the paradise, there is a forbidden tree,</w:t>
      </w:r>
      <w:r>
        <w:br/>
      </w:r>
      <w:r>
        <w:rPr>
          <w:sz w:val="20"/>
        </w:rPr>
        <w:t>6:17  shajar-e-mamnu'a. so man was told that don't approach this tree.</w:t>
      </w:r>
      <w:r>
        <w:br/>
      </w:r>
      <w:r>
        <w:rPr>
          <w:sz w:val="20"/>
        </w:rPr>
        <w:t>6:28  this was the only restriction.</w:t>
      </w:r>
      <w:r>
        <w:br/>
      </w:r>
      <w:r>
        <w:rPr>
          <w:sz w:val="20"/>
        </w:rPr>
        <w:t>6:34  man that is adam. adam was the representative of all mankind.</w:t>
      </w:r>
      <w:r>
        <w:br/>
      </w:r>
      <w:r>
        <w:rPr>
          <w:sz w:val="20"/>
        </w:rPr>
        <w:t>6:42  adam was not only first man. he was representative of all mankind. so adam or the first man failed to follow this instruction</w:t>
      </w:r>
      <w:r>
        <w:br/>
      </w:r>
      <w:r>
        <w:rPr>
          <w:sz w:val="20"/>
        </w:rPr>
        <w:t>7:01  . he ate the fruit of that forbidden tree,</w:t>
      </w:r>
      <w:r>
        <w:br/>
      </w:r>
      <w:r>
        <w:rPr>
          <w:sz w:val="20"/>
        </w:rPr>
        <w:t>7:08  and then he was expelled from paradise, and then he was settled in this planet earth</w:t>
      </w:r>
      <w:r>
        <w:br/>
      </w:r>
      <w:r>
        <w:rPr>
          <w:sz w:val="20"/>
        </w:rPr>
        <w:t>7:19  . this is the gist of the story.</w:t>
      </w:r>
      <w:r>
        <w:br/>
      </w:r>
      <w:r>
        <w:rPr>
          <w:sz w:val="20"/>
        </w:rPr>
        <w:t>7:24  now, god said that previously paradise were given to you as blessing, as a general blessing,</w:t>
      </w:r>
      <w:r>
        <w:br/>
      </w:r>
      <w:r>
        <w:rPr>
          <w:sz w:val="20"/>
        </w:rPr>
        <w:t>7:37  but now paradise will be given on merit basis.</w:t>
      </w:r>
      <w:r>
        <w:br/>
      </w:r>
      <w:r>
        <w:rPr>
          <w:sz w:val="20"/>
        </w:rPr>
        <w:t>7:46  you are here in the trial. this world is a testing ground for you, and those who stand the test, they will find re-entry into the paradise.</w:t>
      </w:r>
      <w:r>
        <w:br/>
      </w:r>
      <w:r>
        <w:rPr>
          <w:sz w:val="20"/>
        </w:rPr>
        <w:t>8:07  so it is this scheme of god. this is the creation plan of god that we are here in this planet earth.</w:t>
      </w:r>
      <w:r>
        <w:br/>
      </w:r>
      <w:r>
        <w:rPr>
          <w:sz w:val="20"/>
        </w:rPr>
        <w:t>8:17  then you know, a very common phenomena wide spread every where in the world, that is tension.</w:t>
      </w:r>
      <w:r>
        <w:br/>
      </w:r>
      <w:r>
        <w:rPr>
          <w:sz w:val="20"/>
        </w:rPr>
        <w:t>8:30  every man and woman are living in tension, in stress.</w:t>
      </w:r>
      <w:r>
        <w:br/>
      </w:r>
      <w:r>
        <w:rPr>
          <w:sz w:val="20"/>
        </w:rPr>
        <w:t>8:37  there is a flourish business of de-stressing, but in vain</w:t>
      </w:r>
      <w:r>
        <w:br/>
      </w:r>
      <w:r>
        <w:rPr>
          <w:sz w:val="20"/>
        </w:rPr>
        <w:t>8:44  no one you can find in this planet free of tension. why</w:t>
      </w:r>
      <w:r>
        <w:br/>
      </w:r>
      <w:r>
        <w:rPr>
          <w:sz w:val="20"/>
        </w:rPr>
        <w:t>8:52  tension is tension is very very crucial for man.</w:t>
      </w:r>
      <w:r>
        <w:br/>
      </w:r>
      <w:r>
        <w:rPr>
          <w:sz w:val="20"/>
        </w:rPr>
        <w:t>9:03  as i said earlier, man was settled in paradise. so paradise is homeland.</w:t>
      </w:r>
      <w:r>
        <w:br/>
      </w:r>
      <w:r>
        <w:rPr>
          <w:sz w:val="20"/>
        </w:rPr>
        <w:t>9:14  paradise is homeland for mankind,</w:t>
      </w:r>
      <w:r>
        <w:br/>
      </w:r>
      <w:r>
        <w:rPr>
          <w:sz w:val="20"/>
        </w:rPr>
        <w:t>9:20  and here in this planet we are living as diaspora.</w:t>
      </w:r>
      <w:r>
        <w:br/>
      </w:r>
      <w:r>
        <w:rPr>
          <w:sz w:val="20"/>
        </w:rPr>
        <w:t>9:27  in this land, in this planet we are living as diaspora. so everyone is home sick.</w:t>
      </w:r>
      <w:r>
        <w:br/>
      </w:r>
      <w:r>
        <w:rPr>
          <w:sz w:val="20"/>
        </w:rPr>
        <w:t>9:39  we are deprived of our home, so we are home sick.</w:t>
      </w:r>
      <w:r>
        <w:br/>
      </w:r>
      <w:r>
        <w:rPr>
          <w:sz w:val="20"/>
        </w:rPr>
        <w:t>9:45  it is this home sickness that creates tension.</w:t>
      </w:r>
    </w:p>
    <w:p>
      <w:pPr>
        <w:pStyle w:val="Heading2"/>
      </w:pPr>
      <w:r>
        <w:t>Discovering servanthood leads to revolution</w:t>
      </w:r>
    </w:p>
    <w:p>
      <w:r>
        <w:rPr>
          <w:color w:val="666666"/>
          <w:sz w:val="18"/>
        </w:rPr>
        <w:t>Success in Life And Life Hereafter April 20, 2014 Maulana Wahiduddin Khan · 3m 17s · at 4:24 · https://youtu.be/L2-KYLbot1I?t=264</w:t>
      </w:r>
    </w:p>
    <w:p>
      <w:r>
        <w:rPr>
          <w:i/>
        </w:rPr>
        <w:t>“دیکھیں پہلی بات یہ ہے کہ جو لفظ ہے اللہ کے بندے”</w:t>
      </w:r>
    </w:p>
    <w:p>
      <w:r>
        <w:rPr>
          <w:sz w:val="20"/>
        </w:rPr>
        <w:t>4:24  dekhiye pehli baat yeh hai ke jo lafz hai Allah ke bando. yeh khitab hai Allah ke bando se.</w:t>
      </w:r>
      <w:r>
        <w:br/>
      </w:r>
      <w:r>
        <w:rPr>
          <w:sz w:val="20"/>
        </w:rPr>
        <w:t>4:38  toh mein samajhta hoon ke is ayat mein jo baat kahi gayi hai woh un logon ke liye hai jo marifat ke marhale tay kar chuke hain.</w:t>
      </w:r>
      <w:r>
        <w:br/>
      </w:r>
      <w:r>
        <w:rPr>
          <w:sz w:val="20"/>
        </w:rPr>
        <w:t>4:49  sirf amal ke aitbar se woh apne aap ko paate hon kam.</w:t>
      </w:r>
      <w:r>
        <w:br/>
      </w:r>
      <w:r>
        <w:rPr>
          <w:sz w:val="20"/>
        </w:rPr>
        <w:t>4:57  to amal ke aitbar se peghambar bhi apne aap ko kam pata hai.</w:t>
      </w:r>
      <w:r>
        <w:br/>
      </w:r>
      <w:r>
        <w:rPr>
          <w:sz w:val="20"/>
        </w:rPr>
        <w:t>5:03  to is par ghaur kijiye. pehli baat hai marifat ka pehla point yeh hai ke insaan apne aap ko daryaft kare ke woh Allah ka abd hai.</w:t>
      </w:r>
      <w:r>
        <w:br/>
      </w:r>
      <w:r>
        <w:rPr>
          <w:sz w:val="20"/>
        </w:rPr>
        <w:t>5:15  Allah ka banda hai.</w:t>
      </w:r>
      <w:r>
        <w:br/>
      </w:r>
      <w:r>
        <w:rPr>
          <w:sz w:val="20"/>
        </w:rPr>
        <w:t>5:19  yeh bohat hi ahem baat hai. sahi maano mein apne ko Allah ka banda hone ke aitbar se daryaft karna yeh koi aasan kaam nahi hai.</w:t>
      </w:r>
      <w:r>
        <w:br/>
      </w:r>
      <w:r>
        <w:rPr>
          <w:sz w:val="20"/>
        </w:rPr>
        <w:t>5:32  aasan kaam nahi hai.</w:t>
      </w:r>
      <w:r>
        <w:br/>
      </w:r>
      <w:r>
        <w:rPr>
          <w:sz w:val="20"/>
        </w:rPr>
        <w:t>5:36  dekhiye hota yeh hai ke log kisi na kisi obsession mein jeete hain. tarah tarah ke obsession.</w:t>
      </w:r>
      <w:r>
        <w:br/>
      </w:r>
      <w:r>
        <w:rPr>
          <w:sz w:val="20"/>
        </w:rPr>
        <w:t>5:45  wo obsession unko sachai ki daryaft mein rok ban jata hai. to jab aap apne ko obsession se bahar layenge.</w:t>
      </w:r>
      <w:r>
        <w:br/>
      </w:r>
      <w:r>
        <w:rPr>
          <w:sz w:val="20"/>
        </w:rPr>
        <w:t>5:59  anti marifat jo soch hai us se bahar layenge. tab aap daryaft kar payenge ke main Allah ka banda hoon. aasan kaam nahi hai.</w:t>
      </w:r>
      <w:r>
        <w:br/>
      </w:r>
      <w:r>
        <w:rPr>
          <w:sz w:val="20"/>
        </w:rPr>
        <w:t>6:12  jab aadmi apne ko Allah ka banda hone ki wajah se daryaft kare to us ki pehchan kya hai? us ki pehchan yeh hai ke us ki soch Khuda rakhi soch ban jaye.</w:t>
      </w:r>
      <w:r>
        <w:br/>
      </w:r>
      <w:r>
        <w:rPr>
          <w:sz w:val="20"/>
        </w:rPr>
        <w:t>6:25  yaani God oriented thinking aajaye us ke andar. woh sirf Allah se khauf karne lage. sirf Allah se mohabbat karne lage.</w:t>
      </w:r>
      <w:r>
        <w:br/>
      </w:r>
      <w:r>
        <w:rPr>
          <w:sz w:val="20"/>
        </w:rPr>
        <w:t>6:39  Allah uska concern ban jaye.</w:t>
      </w:r>
      <w:r>
        <w:br/>
      </w:r>
      <w:r>
        <w:rPr>
          <w:sz w:val="20"/>
        </w:rPr>
        <w:t>6:45  marifat ke darje mein woh apne ko pa jaye ke main Allah ka banda hoon. to jab marifat ke darje mein woh pa le to saada baat nahi hogi.</w:t>
      </w:r>
      <w:r>
        <w:br/>
      </w:r>
      <w:r>
        <w:rPr>
          <w:sz w:val="20"/>
        </w:rPr>
        <w:t>6:57  us ki poori zindagi mein ek naya emergence aayega. ek naya inqilab aayega. to un ke liye un se hi khitab kiya gaya hai yeh.</w:t>
      </w:r>
      <w:r>
        <w:br/>
      </w:r>
      <w:r>
        <w:rPr>
          <w:sz w:val="20"/>
        </w:rPr>
        <w:t>7:10  ya ibadi a mere</w:t>
      </w:r>
      <w:r>
        <w:br/>
      </w:r>
      <w:r>
        <w:rPr>
          <w:sz w:val="20"/>
        </w:rPr>
        <w:t>7:13  mere bando yaani jinhone apne aap ko Allah ke banda hone ki wajah se discover kar liya hai. jinhone is baat ki marifat jin ko is baat ki marifat ho gayi hai ke main Allah ka banda hoon.</w:t>
      </w:r>
      <w:r>
        <w:br/>
      </w:r>
      <w:r>
        <w:rPr>
          <w:sz w:val="20"/>
        </w:rPr>
        <w:t>7:29  to jab aap Allah ka banda hone ki wajah se pa lein apne aap ko to saada baat nahi hogi. aap ki poori zindagi mein ek bhonchal aayega. ek bhonchal.</w:t>
      </w:r>
    </w:p>
    <w:p>
      <w:pPr>
        <w:pStyle w:val="Heading2"/>
      </w:pPr>
      <w:r>
        <w:t>Living in a world of competition</w:t>
      </w:r>
    </w:p>
    <w:p>
      <w:r>
        <w:rPr>
          <w:color w:val="666666"/>
          <w:sz w:val="18"/>
        </w:rPr>
        <w:t>Living in a World of Competition I 24 Oct. 2010 - Maulana Wahiduddin Khan · 4m 43s · at 0:58 · https://youtu.be/2XgV28_3yug?t=58</w:t>
      </w:r>
    </w:p>
    <w:p>
      <w:r>
        <w:rPr>
          <w:i/>
        </w:rPr>
        <w:t>“Yeh duniya humein mili hui hai”</w:t>
      </w:r>
    </w:p>
    <w:p>
      <w:r>
        <w:rPr>
          <w:sz w:val="20"/>
        </w:rPr>
        <w:t>0:58  dekhiye, yeh dunya hamein mili hui hai allah ki taraf se rehne ke liye. yahan allah ka qanoon hai ke yahan par muqabla hoga, competition hoga, challenges honge,</w:t>
      </w:r>
      <w:r>
        <w:br/>
      </w:r>
      <w:r>
        <w:rPr>
          <w:sz w:val="20"/>
        </w:rPr>
        <w:t>1:11  musabaqat hogi, aur is ke jo consequences hain woh bhi honge.</w:t>
      </w:r>
      <w:r>
        <w:br/>
      </w:r>
      <w:r>
        <w:rPr>
          <w:sz w:val="20"/>
        </w:rPr>
        <w:t>1:25  hum is se escape nahi kar sakte.</w:t>
      </w:r>
      <w:r>
        <w:br/>
      </w:r>
      <w:r>
        <w:rPr>
          <w:sz w:val="20"/>
        </w:rPr>
        <w:t>1:30  quran majeed mein is baat ko kai andaaz se bataya gaya hai. ek ayat hai, yeh ayat hai chapter number 90 ki, 90.</w:t>
      </w:r>
      <w:r>
        <w:br/>
      </w:r>
      <w:r>
        <w:rPr>
          <w:sz w:val="20"/>
        </w:rPr>
        <w:t>1:48  laqad khalaqnal insana fil qabd</w:t>
      </w:r>
      <w:r>
        <w:br/>
      </w:r>
      <w:r>
        <w:rPr>
          <w:sz w:val="20"/>
        </w:rPr>
        <w:t>1:56  yani "we have created man in suffering."</w:t>
      </w:r>
      <w:r>
        <w:br/>
      </w:r>
      <w:r>
        <w:rPr>
          <w:sz w:val="20"/>
        </w:rPr>
        <w:t>2:06  yahan par yeh sochne ki baat hai ke suffering ka matlab kya hai.</w:t>
      </w:r>
      <w:r>
        <w:br/>
      </w:r>
      <w:r>
        <w:rPr>
          <w:sz w:val="20"/>
        </w:rPr>
        <w:t>2:15  suffering ka matlab yeh nahi hai ke is par pahaad toote ga,</w:t>
      </w:r>
      <w:r>
        <w:br/>
      </w:r>
      <w:r>
        <w:rPr>
          <w:sz w:val="20"/>
        </w:rPr>
        <w:t>2:23  is tarah ka musibatein is par girai jayengi, yeh matlab nahi hai. suffering ka matlab wahi hai ke is dunya ka jo qanoon hai, jo law of nature hai,</w:t>
      </w:r>
      <w:r>
        <w:br/>
      </w:r>
      <w:r>
        <w:rPr>
          <w:sz w:val="20"/>
        </w:rPr>
        <w:t>2:41  is ke mutabiq insaan ko rehna padega aise halaat mein jis ke nateeje mein suffering pesh ayegi.</w:t>
      </w:r>
      <w:r>
        <w:br/>
      </w:r>
      <w:r>
        <w:rPr>
          <w:sz w:val="20"/>
        </w:rPr>
        <w:t>2:51  yani dunya mein har insaan ko azaadi di gayi hai, har insaan azaad hai, har insaan ko mauqa hai ke woh apni daur lagaye,</w:t>
      </w:r>
      <w:r>
        <w:br/>
      </w:r>
      <w:r>
        <w:rPr>
          <w:sz w:val="20"/>
        </w:rPr>
        <w:t>3:03  apna apna maqsad hasil karne ki koshish kare.</w:t>
      </w:r>
      <w:r>
        <w:br/>
      </w:r>
      <w:r>
        <w:rPr>
          <w:sz w:val="20"/>
        </w:rPr>
        <w:t>3:09  to jab saare log daurenge, zahir hai ke takraao bhi hoga, koi koi doosre ko defeat dega, kisi doosre ko nuqsaan hoga.</w:t>
      </w:r>
      <w:r>
        <w:br/>
      </w:r>
      <w:r>
        <w:rPr>
          <w:sz w:val="20"/>
        </w:rPr>
        <w:t>3:23  yani azaadi ki bina par</w:t>
      </w:r>
      <w:r>
        <w:br/>
      </w:r>
      <w:r>
        <w:rPr>
          <w:sz w:val="20"/>
        </w:rPr>
        <w:t>3:27  muqabla, competition, aur phir azaadaana competition ki bina par suffering, yeh matlab hai is aayat ka.</w:t>
      </w:r>
      <w:r>
        <w:br/>
      </w:r>
      <w:r>
        <w:rPr>
          <w:sz w:val="20"/>
        </w:rPr>
        <w:t>3:44  to aisi haalat mein agar koi aadmi cheekhein chalayein, shikayatein kare to woh kya hai? Woh woh shikayat jhooti hai uski,</w:t>
      </w:r>
      <w:r>
        <w:br/>
      </w:r>
      <w:r>
        <w:rPr>
          <w:sz w:val="20"/>
        </w:rPr>
        <w:t>3:58  kyunki woh to rahegi.</w:t>
      </w:r>
      <w:r>
        <w:br/>
      </w:r>
      <w:r>
        <w:rPr>
          <w:sz w:val="20"/>
        </w:rPr>
        <w:t>4:03  jaise bahut se log aap ko yeh kehte hue sunen milenge ke hamare saath discrimination hota hai. Yeh ek ek ek bilkul baseless baat hai.</w:t>
      </w:r>
      <w:r>
        <w:br/>
      </w:r>
      <w:r>
        <w:rPr>
          <w:sz w:val="20"/>
        </w:rPr>
        <w:t>4:17  nahin kehna yeh chahiye ke hum competition ke zamane mein compete nahin kar sake, is liye hum suffer kar rahe hain.</w:t>
      </w:r>
      <w:r>
        <w:br/>
      </w:r>
      <w:r>
        <w:rPr>
          <w:sz w:val="20"/>
        </w:rPr>
        <w:t>4:29  discrimination kehna ek waqeye ko galat andaaz se lena hai.</w:t>
      </w:r>
      <w:r>
        <w:br/>
      </w:r>
      <w:r>
        <w:rPr>
          <w:sz w:val="20"/>
        </w:rPr>
        <w:t>4:43  aam mizaj dunya bhar mein yeh hai ke log jahan kahin kisi ko koi setback hota hai, kahan kahin kisi ko koi problem pesh aate hain, kisi ki baat koi bigad jaati hai to foran doosre ko ilzaam deta hai woh</w:t>
      </w:r>
      <w:r>
        <w:br/>
      </w:r>
      <w:r>
        <w:rPr>
          <w:sz w:val="20"/>
        </w:rPr>
        <w:t>5:01  ke falan ki saazish se hua, hamare saath discrimination kiya gaya, hum ko second class citizen bana diya gaya hai. Yeh sab baatein bilkul baseless hain.</w:t>
      </w:r>
      <w:r>
        <w:br/>
      </w:r>
      <w:r>
        <w:rPr>
          <w:sz w:val="20"/>
        </w:rPr>
        <w:t>5:14  yani is ke maani hain ke woh yeh hue ke apni ghalti ko doosre khaane mein daalna,</w:t>
      </w:r>
      <w:r>
        <w:br/>
      </w:r>
      <w:r>
        <w:rPr>
          <w:sz w:val="20"/>
        </w:rPr>
        <w:t>5:22  apne failure ko doosre khaane mein daalna. You have to accept your fail</w:t>
      </w:r>
      <w:r>
        <w:br/>
      </w:r>
      <w:r>
        <w:rPr>
          <w:sz w:val="20"/>
        </w:rPr>
        <w:t>5:29  ure. You have to accept your mistake. Ke hamari apni kisi bhool ki wajah se aisa hua.</w:t>
      </w:r>
    </w:p>
    <w:p>
      <w:pPr>
        <w:pStyle w:val="Heading2"/>
      </w:pPr>
      <w:r>
        <w:t>Universe's magnitude reveals God's greatness</w:t>
      </w:r>
    </w:p>
    <w:p>
      <w:r>
        <w:rPr>
          <w:color w:val="666666"/>
          <w:sz w:val="18"/>
        </w:rPr>
        <w:t>Ramadan and The Quran | June 25, 2017 · 3m 31s · at 18:33 · https://youtu.be/57G2Uyeq_JI?t=1113</w:t>
      </w:r>
    </w:p>
    <w:p>
      <w:r>
        <w:rPr>
          <w:i/>
        </w:rPr>
        <w:t>“Our solar system is in the Milky Way”</w:t>
      </w:r>
    </w:p>
    <w:p>
      <w:r>
        <w:rPr>
          <w:sz w:val="20"/>
        </w:rPr>
        <w:t>18:33  is ne daryaft kiya hai ke hamara jo suraj system hai, woh milky way mein hai.</w:t>
      </w:r>
      <w:r>
        <w:br/>
      </w:r>
      <w:r>
        <w:rPr>
          <w:sz w:val="20"/>
        </w:rPr>
        <w:t>18:41  milky way mein taqreeban aik billion baray baray sitaray hain, aik billion, aur isi ka aik hissa hai suraj system.</w:t>
      </w:r>
      <w:r>
        <w:br/>
      </w:r>
      <w:r>
        <w:rPr>
          <w:sz w:val="20"/>
        </w:rPr>
        <w:t>18:48  phir is ke siwa billion billion galaxy hain, jis mein billion billion sitaray hain.</w:t>
      </w:r>
      <w:r>
        <w:br/>
      </w:r>
      <w:r>
        <w:rPr>
          <w:sz w:val="20"/>
        </w:rPr>
        <w:t>18:56  ghor kijiye ke mind</w:t>
      </w:r>
      <w:r>
        <w:br/>
      </w:r>
      <w:r>
        <w:rPr>
          <w:sz w:val="20"/>
        </w:rPr>
        <w:t>19:03  boggling azmat hai Khuda ki.</w:t>
      </w:r>
      <w:r>
        <w:br/>
      </w:r>
      <w:r>
        <w:rPr>
          <w:sz w:val="20"/>
        </w:rPr>
        <w:t>19:10  yeh jo Khuda ki greatness hai, woh mind boggling greatness hai.</w:t>
      </w:r>
      <w:r>
        <w:br/>
      </w:r>
      <w:r>
        <w:rPr>
          <w:sz w:val="20"/>
        </w:rPr>
        <w:t>19:16  to Ramzan mein jo fasting ki aati hai, woh is ke liye hai ke aap jab khanay ka</w:t>
      </w:r>
      <w:r>
        <w:br/>
      </w:r>
      <w:r>
        <w:rPr>
          <w:sz w:val="20"/>
        </w:rPr>
        <w:t>19:22  aik tukra munh mein dalen to aap sochtay hain ke mein aik insaan hoon, mere paas to khanay</w:t>
      </w:r>
      <w:r>
        <w:br/>
      </w:r>
      <w:r>
        <w:rPr>
          <w:sz w:val="20"/>
        </w:rPr>
        <w:t>19:28  ka aik tukra hai, lekin Khuda to</w:t>
      </w:r>
      <w:r>
        <w:br/>
      </w:r>
      <w:r>
        <w:rPr>
          <w:sz w:val="20"/>
        </w:rPr>
        <w:t>19:34  sari kainat ka malik hai, sab kuch is ki muthi mein hai, sari zameen par is ka control hai aur sari universe par is ka control hai. jab aap is tarah sochen ge to Allah ke baray mein aap ki umeedain bohat barh jayen gi. Allah ke baray mein aap, Allah ki rehmat, Allah ki azmat, Allah</w:t>
      </w:r>
      <w:r>
        <w:br/>
      </w:r>
      <w:r>
        <w:rPr>
          <w:sz w:val="20"/>
        </w:rPr>
        <w:t>20:04  ki shan karimi, is ke baray mein aap ki soch bohat barh jaye gi.</w:t>
      </w:r>
      <w:r>
        <w:br/>
      </w:r>
      <w:r>
        <w:rPr>
          <w:sz w:val="20"/>
        </w:rPr>
        <w:t>20:12  phir yahi nahi ke aap, yaani apni zaat ke baray mein bhi baat sochen ge ke mere bete</w:t>
      </w:r>
      <w:r>
        <w:br/>
      </w:r>
      <w:r>
        <w:rPr>
          <w:sz w:val="20"/>
        </w:rPr>
        <w:t>20:20  ko bari naukri mil jaye gi, mere paas bara ghar ban jaye ga.</w:t>
      </w:r>
      <w:r>
        <w:br/>
      </w:r>
      <w:r>
        <w:rPr>
          <w:sz w:val="20"/>
        </w:rPr>
        <w:t>20:27  nahi, is se bari bari bhi baat hai ke jab koi shakhs aap se kahay ga</w:t>
      </w:r>
      <w:r>
        <w:br/>
      </w:r>
      <w:r>
        <w:rPr>
          <w:sz w:val="20"/>
        </w:rPr>
        <w:t>20:35  ke is zamanay mein Islam ke dushmanon ka ghalba hai aur Islam under stage hai, ya aap se</w:t>
      </w:r>
      <w:r>
        <w:br/>
      </w:r>
      <w:r>
        <w:rPr>
          <w:sz w:val="20"/>
        </w:rPr>
        <w:t>20:42  kahain log ke Islam ya musalman under stage hain, to aap us ko kahain ge ke tum kaisay nadan ho.</w:t>
      </w:r>
      <w:r>
        <w:br/>
      </w:r>
      <w:r>
        <w:rPr>
          <w:sz w:val="20"/>
        </w:rPr>
        <w:t>20:50  Allah ki azmat ko tum underestimate kar rahay ho? jo deen Allah ne bheja, jis deen ka</w:t>
      </w:r>
      <w:r>
        <w:br/>
      </w:r>
      <w:r>
        <w:rPr>
          <w:sz w:val="20"/>
        </w:rPr>
        <w:t>20:57  muhafiz Allah taala hai, jo</w:t>
      </w:r>
      <w:r>
        <w:br/>
      </w:r>
      <w:r>
        <w:rPr>
          <w:sz w:val="20"/>
        </w:rPr>
        <w:t>21:05  deen deen Khudaawandi hai, kiya tum samajhtay ho ke yeh jo jin ko tum dushman keh rahay ho,</w:t>
      </w:r>
      <w:r>
        <w:br/>
      </w:r>
      <w:r>
        <w:rPr>
          <w:sz w:val="20"/>
        </w:rPr>
        <w:t>21:15  woh is ka kuch bigaar sakte hain? aisa Khuda ka deen, itnay baray Khuda ka deen, kaisay kisi</w:t>
      </w:r>
      <w:r>
        <w:br/>
      </w:r>
      <w:r>
        <w:rPr>
          <w:sz w:val="20"/>
        </w:rPr>
        <w:t>21:25  ke yeh kehna ke Islam under stage hai ya musalman und</w:t>
      </w:r>
      <w:r>
        <w:br/>
      </w:r>
      <w:r>
        <w:rPr>
          <w:sz w:val="20"/>
        </w:rPr>
        <w:t>21:35  stage hai, yeh Allah ki azmat ka kamtar andaza hai. Allah ki greatness ko underestimate karna hai. yahan tak baat pohnche gi. sirf yeh nahi keh aap samjhen mere bete ko acha job mil jaye ga, meri business achay se chal jaye gi. yeh to bohat choti batain hain. yeh to bohat choti batain hain. aap Islam ke mustaqbil, millat e muslema ke mustaqbil ke baray mein bari bari batain sochen</w:t>
      </w:r>
    </w:p>
    <w:p>
      <w:pPr>
        <w:pStyle w:val="Heading2"/>
      </w:pPr>
      <w:r>
        <w:t>Mind-based vs heart-based spirituality explained</w:t>
      </w:r>
    </w:p>
    <w:p>
      <w:r>
        <w:rPr>
          <w:color w:val="666666"/>
          <w:sz w:val="18"/>
        </w:rPr>
        <w:t>Interactive Session Eng02 06 2007 · 5m 18s · at 9:05 · https://youtu.be/eubwv4eDoAM?t=545</w:t>
      </w:r>
    </w:p>
    <w:p>
      <w:r>
        <w:rPr>
          <w:i/>
        </w:rPr>
        <w:t>“As those people who believe in heart-based spirituality”</w:t>
      </w:r>
    </w:p>
    <w:p>
      <w:r>
        <w:rPr>
          <w:sz w:val="20"/>
        </w:rPr>
        <w:t>9:05  As those people who believe in heart-based spirituality, I think they cannot prove it.</w:t>
      </w:r>
      <w:r>
        <w:br/>
      </w:r>
      <w:r>
        <w:rPr>
          <w:sz w:val="20"/>
        </w:rPr>
        <w:t>9:15  It is completely a feeling. But I believe in mind-based spirituality, and I think that it is provable because all the activities of mind are well known.</w:t>
      </w:r>
      <w:r>
        <w:br/>
      </w:r>
      <w:r>
        <w:rPr>
          <w:sz w:val="20"/>
        </w:rPr>
        <w:t>9:33  We can prove that there is a mind. We can prove that mind has a thinking capacity. So those who believe in heart-based spirituality,</w:t>
      </w:r>
      <w:r>
        <w:br/>
      </w:r>
      <w:r>
        <w:rPr>
          <w:sz w:val="20"/>
        </w:rPr>
        <w:t>9:48  they cannot prove it. But I believe in mind-based spirituality, and that is completely provable because when mind is provable, then mind-based spirituality is also provable.</w:t>
      </w:r>
      <w:r>
        <w:br/>
      </w:r>
      <w:r>
        <w:rPr>
          <w:sz w:val="20"/>
        </w:rPr>
        <w:t>10:05  What is this difference between mind-based spirituality and heart-based spirituality? Can you please elaborate on that?</w:t>
      </w:r>
      <w:r>
        <w:br/>
      </w:r>
      <w:r>
        <w:rPr>
          <w:sz w:val="20"/>
        </w:rPr>
        <w:t>10:11  Yes.</w:t>
      </w:r>
      <w:r>
        <w:br/>
      </w:r>
      <w:r>
        <w:rPr>
          <w:sz w:val="20"/>
        </w:rPr>
        <w:t>10:14  Those who believe in heart-based spirituality, they believe in ecstasy. Ecstasy.</w:t>
      </w:r>
      <w:r>
        <w:br/>
      </w:r>
      <w:r>
        <w:rPr>
          <w:sz w:val="20"/>
        </w:rPr>
        <w:t>10:26  They say that when we are engaged in heart-based spirituality, we receive ecstasy.</w:t>
      </w:r>
      <w:r>
        <w:br/>
      </w:r>
      <w:r>
        <w:rPr>
          <w:sz w:val="20"/>
        </w:rPr>
        <w:t>10:37  There is vajd.</w:t>
      </w:r>
      <w:r>
        <w:br/>
      </w:r>
      <w:r>
        <w:rPr>
          <w:sz w:val="20"/>
        </w:rPr>
        <w:t>10:41  Vajd. Vajd is not a thinking state. Vajd is simply a feeling. Feeling without thinking.</w:t>
      </w:r>
      <w:r>
        <w:br/>
      </w:r>
      <w:r>
        <w:rPr>
          <w:sz w:val="20"/>
        </w:rPr>
        <w:t>10:52  Vajd or ecstasy is thinking without... Vajd or ecstasy is a feeling without thinking.</w:t>
      </w:r>
      <w:r>
        <w:br/>
      </w:r>
      <w:r>
        <w:rPr>
          <w:sz w:val="20"/>
        </w:rPr>
        <w:t>11:08  But</w:t>
      </w:r>
      <w:r>
        <w:br/>
      </w:r>
      <w:r>
        <w:rPr>
          <w:sz w:val="20"/>
        </w:rPr>
        <w:t>11:14  the other kind of spirituality that is based on mind is completely based on thinking.</w:t>
      </w:r>
      <w:r>
        <w:br/>
      </w:r>
      <w:r>
        <w:rPr>
          <w:sz w:val="20"/>
        </w:rPr>
        <w:t>11:24  All those—the result of spiritual exercise is completely—it</w:t>
      </w:r>
      <w:r>
        <w:br/>
      </w:r>
      <w:r>
        <w:rPr>
          <w:sz w:val="20"/>
        </w:rPr>
        <w:t>11:42  can be defined in an intellectual term.</w:t>
      </w:r>
      <w:r>
        <w:br/>
      </w:r>
      <w:r>
        <w:rPr>
          <w:sz w:val="20"/>
        </w:rPr>
        <w:t>11:47  For example, if I am in sorrow, if I am sad, so I can</w:t>
      </w:r>
      <w:r>
        <w:br/>
      </w:r>
      <w:r>
        <w:rPr>
          <w:sz w:val="20"/>
        </w:rPr>
        <w:t>12:01  analyze it. I can give an intellectual answer. For example, I can say that sorrow is a part of life.</w:t>
      </w:r>
      <w:r>
        <w:br/>
      </w:r>
      <w:r>
        <w:rPr>
          <w:sz w:val="20"/>
        </w:rPr>
        <w:t>12:14  Sorrow is not evil. We are living in a world where there is competition, there is challenge.</w:t>
      </w:r>
      <w:r>
        <w:br/>
      </w:r>
      <w:r>
        <w:rPr>
          <w:sz w:val="20"/>
        </w:rPr>
        <w:t>12:25  So it is but natural that there is sorrow, there are grievances. So it is part of life. So everything that is part of life, you have to tolerate it because you cannot remove it.</w:t>
      </w:r>
      <w:r>
        <w:br/>
      </w:r>
      <w:r>
        <w:rPr>
          <w:sz w:val="20"/>
        </w:rPr>
        <w:t>12:40  Just like a rose plant. You know, at every branch of a rose plant, there are flower and thorn both.</w:t>
      </w:r>
      <w:r>
        <w:br/>
      </w:r>
      <w:r>
        <w:rPr>
          <w:sz w:val="20"/>
        </w:rPr>
        <w:t>12:49  So you have to accept the both. When you cannot remove the thorn, you have to accept it. So when you cannot remove sorrow from life, grievances from life, so you have to accept it.</w:t>
      </w:r>
      <w:r>
        <w:br/>
      </w:r>
      <w:r>
        <w:rPr>
          <w:sz w:val="20"/>
        </w:rPr>
        <w:t>13:02  And when you accept, then</w:t>
      </w:r>
      <w:r>
        <w:br/>
      </w:r>
      <w:r>
        <w:rPr>
          <w:sz w:val="20"/>
        </w:rPr>
        <w:t>13:08  you can remove the tension. Tension is a result of non-acceptance.</w:t>
      </w:r>
      <w:r>
        <w:br/>
      </w:r>
      <w:r>
        <w:rPr>
          <w:sz w:val="20"/>
        </w:rPr>
        <w:t>13:17  When you are not ready to accept... when you are not ready to accept the thorn, then it will create tension.</w:t>
      </w:r>
      <w:r>
        <w:br/>
      </w:r>
      <w:r>
        <w:rPr>
          <w:sz w:val="20"/>
        </w:rPr>
        <w:t>13:31  But when you accept the thorn, then there is no tension. It is a simple formula. So mind-based spirituality is a thinking exercise.</w:t>
      </w:r>
      <w:r>
        <w:br/>
      </w:r>
      <w:r>
        <w:rPr>
          <w:sz w:val="20"/>
        </w:rPr>
        <w:t>13:50  Everything is known here. But heart-based spirituality is</w:t>
      </w:r>
      <w:r>
        <w:br/>
      </w:r>
      <w:r>
        <w:rPr>
          <w:sz w:val="20"/>
        </w:rPr>
        <w:t>13:58  nothing but ecstasy that cannot be explained in terms of</w:t>
      </w:r>
      <w:r>
        <w:br/>
      </w:r>
      <w:r>
        <w:rPr>
          <w:sz w:val="20"/>
        </w:rPr>
        <w:t>14:08  intellec</w:t>
      </w:r>
      <w:r>
        <w:br/>
      </w:r>
      <w:r>
        <w:rPr>
          <w:sz w:val="20"/>
        </w:rPr>
        <w:t>14:11  t. Maulana, everything that a man does, the most important thing that he uses is his mind. What do you think is the importance of this mind?</w:t>
      </w:r>
    </w:p>
    <w:p>
      <w:pPr>
        <w:pStyle w:val="Heading2"/>
      </w:pPr>
      <w:r>
        <w:t>the true position of women in Islam — history and culture</w:t>
      </w:r>
    </w:p>
    <w:p>
      <w:r>
        <w:rPr>
          <w:color w:val="666666"/>
          <w:sz w:val="18"/>
        </w:rPr>
        <w:t>Interaction Session with Prof. Farida Khanam May 16, 2022 · 5m 14s · at 53:00 · https://youtu.be/eEfmoB2bwBM?t=3180</w:t>
      </w:r>
    </w:p>
    <w:p>
      <w:r>
        <w:rPr>
          <w:i/>
        </w:rPr>
        <w:t>“Agar hum Islamic history mein bhi dekhein to Hazrat Hajra, Hazrat Khadija, Hazrat Aisha”</w:t>
      </w:r>
    </w:p>
    <w:p>
      <w:r>
        <w:rPr>
          <w:sz w:val="20"/>
        </w:rPr>
        <w:t>53:00  in fact agar hum Islamic history mein bhi dekhein to Hazrat Hajra, Hazrat Khadija, Hazrat Aisha aur kai aise women jinhone bahut bada role ada kara Islamic history mein. in fact riwayat mein bhi aata hai ki jab Sahaba kisi problem mein ya kisi aisi cheez mein phanse to woh Hazrat Aisha ke paas jate unki wisdom hasil karne ke liye.</w:t>
      </w:r>
      <w:r>
        <w:br/>
      </w:r>
      <w:r>
        <w:rPr>
          <w:sz w:val="20"/>
        </w:rPr>
        <w:t>53:26  lekin apa yeh bhi yeh dekha gaya hai ki log aksar jab Islam ke bare mein baat karte hain to unko lagta hai ki position of women in Islam is lower, status of a woman is lower. jabki agar hum CPS mein dekhein to Maulana ne sabse aage in fact women CPS members ko hi kiya.</w:t>
      </w:r>
      <w:r>
        <w:br/>
      </w:r>
      <w:r>
        <w:rPr>
          <w:sz w:val="20"/>
        </w:rPr>
        <w:t>53:48  aap khud bhi CPS international ki chairperson hain aur jo hamare kai departments hain woh women hi head kar rahi hain. to position of women in Islam kya hai? ek to aap main chahta hoon aap yeh bhi wazeh karein aur doosra kuch women CPS members ke bare mein bhi aap batayein. dekhiye Islam ne auraton ka darja degrade nahi kiya.</w:t>
      </w:r>
      <w:r>
        <w:br/>
      </w:r>
      <w:r>
        <w:rPr>
          <w:sz w:val="20"/>
        </w:rPr>
        <w:t>54:15  Islam mein auraton aur mardon ka darja barabar hai. sirf roles different ho sakte hain. kai baar aurat ko ghar ke andar role ada karna hota hai mard ko.</w:t>
      </w:r>
      <w:r>
        <w:br/>
      </w:r>
      <w:r>
        <w:rPr>
          <w:sz w:val="20"/>
        </w:rPr>
        <w:t>54:26  bahar ke andar karna hota hai lekin ab darja uska uski dignity, uska respect, uska status sab barabar hai aur hum dekhte hain pygambar ke zamane mein to hum dekhte hain tamam aurtein jo hain hazad khadija ne sabse pehle jab rasoolullah sallallahu alaihi wasallam ke upar wahi aaye aur aapne namaz padhna shuru kiya to hadat khadija aapke saath padhti thi namaz.</w:t>
      </w:r>
      <w:r>
        <w:br/>
      </w:r>
      <w:r>
        <w:rPr>
          <w:sz w:val="20"/>
        </w:rPr>
        <w:t>54:51  bahar bhi aap jaate the kyunke khatra jab zyada hota tha to aap kahin pahadiyon mein chhup chhup ke namaz padhte the wahan bhi hadat khadija jaakar bahar padhti thi. Adrat Aisha ne bahut bada role ada kiya unko, bahut zyada unka memory bahut achhi thi, intelligent bahut zyada thi. To rasoolullah sallallahu alaihi wasallam unki khaas training form aate the. Ab mashwara bhi lete the unse.</w:t>
      </w:r>
      <w:r>
        <w:br/>
      </w:r>
      <w:r>
        <w:rPr>
          <w:sz w:val="20"/>
        </w:rPr>
        <w:t>55:20  aapne kabhi auraton ko mana nahi kiya, masjid mein aurtein aati thi. Namaz padhne ke liye, sherman sunne ke liye, kabhi kisi ko mana nahi kiya ki tum log ghar mein baitho. To asal mein jo baad mein hum dekhte hain ki auraton ko darja gir gaya aurtein gharon ke andar rehne lagi. Masjido mein bhi unko jaana pasand nahi kiya jaata tha.</w:t>
      </w:r>
      <w:r>
        <w:br/>
      </w:r>
      <w:r>
        <w:rPr>
          <w:sz w:val="20"/>
        </w:rPr>
        <w:t>55:44  yeh saare mamlaat aur khaastar par religious kaam ke liye to auraton ko encourage hi nahi kiya jaata tha. To iski wajah yeh thi ki jo ancient culture tha, to chunke zyada tar log usi culture se Islam mein dakhil hue the, to us culture ki wajah se woh apna culture lekar aaye aur usi culture ko Islamize kar liya gaya.</w:t>
      </w:r>
      <w:r>
        <w:br/>
      </w:r>
      <w:r>
        <w:rPr>
          <w:sz w:val="20"/>
        </w:rPr>
        <w:t>56:10  to tamam cheezein jo Islam mein aayi hain, har cheez zyada saare rasmo rivaaj sab kuch jo hai ancient culture se Islam mein aaye hain aur wahi Islamize kar liye gaye ki uska naam Islami rakh liya gaya aur phir jab musalman panchodeh sau saal se us culture ko follow kar rahe hain to logon ko lagta hai ki yahi Islam hai. People can't differentiate between Islam and Muslims. Unhe lagta bhai Islam hai.</w:t>
      </w:r>
      <w:r>
        <w:br/>
      </w:r>
      <w:r>
        <w:rPr>
          <w:sz w:val="20"/>
        </w:rPr>
        <w:t>56:38  to yeh masla paida hua. To Maulana to bahut zyada Quran waadi isko follow karne wale the. To unhone dekha ki auraton ka to sab barabar ka darja hai, har maamle mein barabar ka darja hai. Unhone kabhi mana nahi kiya.</w:t>
      </w:r>
      <w:r>
        <w:br/>
      </w:r>
      <w:r>
        <w:rPr>
          <w:sz w:val="20"/>
        </w:rPr>
        <w:t>56:55  ab sabse pehle maine kaam karna shuru kiya mission ka to kabhi nahi mana kiya unhone aur iske baad mein jab CPS bana to sabse pehle doctor Nagma aayi aur unhone kaha ki hum to in baaton ko jo aapne batai hain hum isko unhone kaha ki in baaton ko to zyada logon tak pahunchna chahiye. Yahan kamre mein baithkar hum baat kar rahe hain. To Maulana ne kaha ki aap pahunchaiye logon ko main to.</w:t>
      </w:r>
      <w:r>
        <w:br/>
      </w:r>
      <w:r>
        <w:rPr>
          <w:sz w:val="20"/>
        </w:rPr>
        <w:t>57:23  ab aapko ijazat deta hoon, aapko kabhi main mana nahi karunga. Aap jis tarike se chahein usko kaam karein. To is tarike se phir kaam shuru hua aur Maulana ne poori ijazat di. Matlab decision lene ki, program banane ki, har maamle mein kabhi interfere nahi karte the. Sirf khush hote the ki hum log kya kya kaam kar rahe hain.</w:t>
      </w:r>
      <w:r>
        <w:br/>
      </w:r>
      <w:r>
        <w:rPr>
          <w:sz w:val="20"/>
        </w:rPr>
        <w:t>57:47  to is tarike se har usmein har field mein ladies kaam kar rahi hain kyunke dekhiye ladies ke andar bahut zyada jazba hota hai. To is tarike se aur unko us jazbe ka koi nikaas nahi tha kyunke kahin bhi kaam unke liye tha nahi aur khaastor par deen ka kaam woh karna chahti thi. Wahan to masjid mein bhi daagla unka mana tha. To bahut zyada unke andar jazba bhara hua tha.</w:t>
      </w:r>
      <w:r>
        <w:br/>
      </w:r>
      <w:r>
        <w:rPr>
          <w:sz w:val="20"/>
        </w:rPr>
        <w:t>58:14  pehli baar unko mauka mila kaam karne ka to bahut hi poore devotion ke saath unhone kaam karna shuru kar diya. To ismein ek hamare Bangalore mein miss Sara Fatima unhone to bahut zyada kaam kiya hai. Poora Maulana ne kaha ki yeh Allashala English jo hai isko nikalna hai. Woh aayi hui thi apne husband ke saath.</w:t>
      </w:r>
    </w:p>
    <w:p>
      <w:pPr>
        <w:pStyle w:val="Heading2"/>
      </w:pPr>
      <w:r>
        <w:t>several hadiths on Prophetic humility and rejecting show-off</w:t>
      </w:r>
    </w:p>
    <w:p>
      <w:r>
        <w:rPr>
          <w:color w:val="666666"/>
          <w:sz w:val="18"/>
        </w:rPr>
        <w:t>Social Ethics CPS Women Article Discussion 22 September 3, 2023 · 4m 46s · at 5:35 · https://youtu.be/oG-xF3bhieg?t=335</w:t>
      </w:r>
    </w:p>
    <w:p>
      <w:r>
        <w:rPr>
          <w:i/>
        </w:rPr>
        <w:t>“Rasoolullah ke mamuli aadmi ki baat par bhi puri tawajjo hoti thi”</w:t>
      </w:r>
    </w:p>
    <w:p>
      <w:r>
        <w:rPr>
          <w:sz w:val="20"/>
        </w:rPr>
        <w:t>5:35  ekdam purity toh bilkul hai hi nahi har insaan ek Khuda khud chhodkar hi chal raha hai aur mamooli aadmi ko hum koi qabza nahi dete. jaise ke Rasool Allah Sallallahu Alaihi Wasallam ke mamooli aadmi ki baat par bhi poori qabza hoti thi ki ab kehte hain ki main apne watan se chalkar Nabiyullah ke paas aaya.</w:t>
      </w:r>
      <w:r>
        <w:br/>
      </w:r>
      <w:r>
        <w:rPr>
          <w:sz w:val="20"/>
        </w:rPr>
        <w:t>6:04  main pahuncha toh aap khutba de rahe the. maine kaha aisa ki Rasool main ek musafir raat mein hoon. mujhe nahi maloom deen kya hai? main aapse deen ki babit poochne aaya hoon. meri taraf aaye aur khutba chhod diya. mere paas aakar aan baith gaye aur Allah ne jo kuch aapko bataya tha woh mujhko batana shuru kiya. mujhko batane ke baad wapas sue aur dobara apna khutba mukammil kiya.</w:t>
      </w:r>
      <w:r>
        <w:br/>
      </w:r>
      <w:r>
        <w:rPr>
          <w:sz w:val="20"/>
        </w:rPr>
        <w:t>6:32  hum abhi mujhe jaldi mujhe ek waqie se pata chala ki ek insaan koi aisi qareeb aaya aur log khana kha rahe the aur usmein kya ho gaya yeh? matlab aisi awaaz aayi ki kya yeh waah aa gaya? ne khutba chhod diya pehle usko usse baat kari phir khutba shuru kiya. toh hamein apne is level ko hamein dekhna chahiye.</w:t>
      </w:r>
      <w:r>
        <w:br/>
      </w:r>
      <w:r>
        <w:rPr>
          <w:sz w:val="20"/>
        </w:rPr>
        <w:t>7:00  toh bahut bahut peeche ho gaye hain. aaj yeh ek waqya bhi mere saath aisa hua. ek lady hai woh unka kuch program tha kal khane peene ka. sab log baithkar sab log ke saath baithkar khana khayenge aur yeh hoga woh hoga. toh achanak se yeh program hone wala tha ki unke jinke yahan jaana tha unka accident ho gaya tha.</w:t>
      </w:r>
      <w:r>
        <w:br/>
      </w:r>
      <w:r>
        <w:rPr>
          <w:sz w:val="20"/>
        </w:rPr>
        <w:t>7:29  unke kaafi chot aa gayi. fracture bhi hua aur pata nahi kaise unke unse ulti ho rahi thi. toh woh unka damad tha jinke yahan unko jaana tha. toh unki zubaan se nikla ki Allah taala, Allah taala dekh nahi paaye us khushi ko ki woh hum sab baithkar ek saath khana khate hain.</w:t>
      </w:r>
      <w:r>
        <w:br/>
      </w:r>
      <w:r>
        <w:rPr>
          <w:sz w:val="20"/>
        </w:rPr>
        <w:t>7:59  to yahan par ek hadith mein padhna chahungi.</w:t>
      </w:r>
      <w:r>
        <w:br/>
      </w:r>
      <w:r>
        <w:rPr>
          <w:sz w:val="20"/>
        </w:rPr>
        <w:t>8:09  ek hadith Ahmad aur Ibnil Mubarak ne Ameet bin Nayem se nakal kiya hai.</w:t>
      </w:r>
      <w:r>
        <w:br/>
      </w:r>
      <w:r>
        <w:rPr>
          <w:sz w:val="20"/>
        </w:rPr>
        <w:t>8:19  woh kehte hain ke Umar bin Khatta aur Usman bin Faan Raziullah ne khane ki ek dawat mein</w:t>
      </w:r>
      <w:r>
        <w:br/>
      </w:r>
      <w:r>
        <w:rPr>
          <w:sz w:val="20"/>
        </w:rPr>
        <w:t>8:29  bulaya gaya jisko unhone qabool kar liya.</w:t>
      </w:r>
      <w:r>
        <w:br/>
      </w:r>
      <w:r>
        <w:rPr>
          <w:sz w:val="20"/>
        </w:rPr>
        <w:t>8:39  toh Usman Razi Allahu Anhu ne kaha, kis liye? unhone farmaya. mujhe andesha hai ke yeh fakhr-o-numaish ke liye kiya gaya ho. kyunke yeh badi baat hai ke itna zyada itni gehrai ke saath log us zamane mein Rasool Allah ki tarbiyat thi ki aise log the ki woh usko usmein shaan-o-shaukat dikh raha tha toh isliye woh jaana nahi pasand kar rahe the. aaj yahan shaan-o-shaukat yeh maani yaadi ki falan ne humko bulaya hai.</w:t>
      </w:r>
      <w:r>
        <w:br/>
      </w:r>
      <w:r>
        <w:rPr>
          <w:sz w:val="20"/>
        </w:rPr>
        <w:t>9:08  falan ne hamari dawat ki hai aur wahan par yeh khane ko mila, yeh karne ko mila. aaj shaanu shaukat yeh dekhi jati hai. to hum isi se andaza laga sakte hain ki aur hum jab chhota koi bulata hai to uske yahan kya jaen? aise hi kuch hoga. is tarah ke bhi log hote hain.</w:t>
      </w:r>
      <w:r>
        <w:br/>
      </w:r>
      <w:r>
        <w:rPr>
          <w:sz w:val="20"/>
        </w:rPr>
        <w:t>9:29  to uske liye ek ek baar yeh ek hadish hai ki imaan behti hazard ameen ahmad se revad kiya hai ki wahan kehte ki jabir raziya lanu ki yahan kuch mehman aaye. aap unke samne rooti aur sirka laye aur kaha ki isko khaiye. maine rasullah swarsallam ko yeh kehte hue suna hai ki kya yeh, kya hi behtareen salan hai sirka?</w:t>
      </w:r>
      <w:r>
        <w:br/>
      </w:r>
      <w:r>
        <w:rPr>
          <w:sz w:val="20"/>
        </w:rPr>
        <w:t>9:53  aapne farmaaya hai halaqat hai us qaum ke liye jo us cheez ko haqeer samjhe jo uske samne pesh ki gai ho. to ek mamuli sirka aur roti se woh unhone usko tareef karke khaya aur humne aksar hum sab jante honge ki kisi khane, kisi ne khane par bula koi bulata hai to log aksar mazak bhi udate hain ki unke yahan yeh gae the to unhone yeh khila diya. yeh khakar aate hain aur phir yeh karte hain.</w:t>
      </w:r>
      <w:r>
        <w:br/>
      </w:r>
      <w:r>
        <w:rPr>
          <w:sz w:val="20"/>
        </w:rPr>
        <w:t>10:21  to yeh sari cheezen jo bhi hamare usme ho rahi hain. to yeh sari jo jo matlab mizaj van gaya hai insanon ka. to yeh bahut badi matlab jo is khilaq yeh istemaaq istemaaq istemaaq istemaaq ki baat hai to yahan par yeh baat ko humko bahut hi zyada sochna chahiye.</w:t>
      </w:r>
    </w:p>
    <w:p>
      <w:pPr>
        <w:pStyle w:val="Heading2"/>
      </w:pPr>
      <w:r>
        <w:t>Science as God's new weapon for spreading the same old truth</w:t>
      </w:r>
    </w:p>
    <w:p>
      <w:r>
        <w:rPr>
          <w:color w:val="666666"/>
          <w:sz w:val="18"/>
        </w:rPr>
        <w:t>My Discovery of Truth January 8, 2006 Maulana Wahiduddin Khan · 5m 03s · at 1:09:43 · https://youtu.be/Q8ErBn6pGV8?t=4183</w:t>
      </w:r>
    </w:p>
    <w:p>
      <w:r>
        <w:rPr>
          <w:i/>
        </w:rPr>
        <w:t>“Khuda ne humein dawat ke liye naya scientific hathiyar diya hai”</w:t>
      </w:r>
    </w:p>
    <w:p>
      <w:r>
        <w:rPr>
          <w:sz w:val="20"/>
        </w:rPr>
        <w:t>1:09:43  to unhon ne sirf yeh kiya ke is ko parh diya. dekhein, yeh koi sadah baat nahi hai.</w:t>
      </w:r>
      <w:r>
        <w:br/>
      </w:r>
      <w:r>
        <w:rPr>
          <w:sz w:val="20"/>
        </w:rPr>
        <w:t>1:09:50  yani khuda ne koi karishma nahi dikhaya hai. khuda ne sach poochein to hum logon ke liye, yani jo dawat ka kaam karna chahte hain, un ke liye naya hathiyar diya hai, scientific hathiyar.</w:t>
      </w:r>
      <w:r>
        <w:br/>
      </w:r>
      <w:r>
        <w:rPr>
          <w:sz w:val="20"/>
        </w:rPr>
        <w:t>1:10:11  jaise yun samajh lijiye ke koi koi military kahin lad rahi ho, us ke paas sirf</w:t>
      </w:r>
      <w:r>
        <w:br/>
      </w:r>
      <w:r>
        <w:rPr>
          <w:sz w:val="20"/>
        </w:rPr>
        <w:t>1:10:21  woh ho talwar ho aur idhar se fauj aa jaye, gun le kar, bomb le kar, yani door maar hathiyar le kar.</w:t>
      </w:r>
      <w:r>
        <w:br/>
      </w:r>
      <w:r>
        <w:rPr>
          <w:sz w:val="20"/>
        </w:rPr>
        <w:t>1:10:34  jis ke paas talwar hai, us ke paas goodsti hathiyar hai.</w:t>
      </w:r>
      <w:r>
        <w:br/>
      </w:r>
      <w:r>
        <w:rPr>
          <w:sz w:val="20"/>
        </w:rPr>
        <w:t>1:10:39  jis ke paas gun aur bomb hai, us ke paas door bar hathiyar hai. to jab yeh position hoga, ho jaye ke ek taraf ki fauj ke paas sirf talwar reh jaye aur doosri taraf ki fauj jo hai, woh gun aur bomb le kar aa jaye,</w:t>
      </w:r>
      <w:r>
        <w:br/>
      </w:r>
      <w:r>
        <w:rPr>
          <w:sz w:val="20"/>
        </w:rPr>
        <w:t>1:10:54  to government wahan unhein supply kare woh hathiyar, door bar hathiyar, yani un ko bomb bheje, un ko gun bheje taake woh un ka un ke challenge ko samna kar sakein, un ka muqabla kar sakein.</w:t>
      </w:r>
      <w:r>
        <w:br/>
      </w:r>
      <w:r>
        <w:rPr>
          <w:sz w:val="20"/>
        </w:rPr>
        <w:t>1:11:10  to main samajhta hoon ke khuda ne hamein naye dalail bheje hain,</w:t>
      </w:r>
      <w:r>
        <w:br/>
      </w:r>
      <w:r>
        <w:rPr>
          <w:sz w:val="20"/>
        </w:rPr>
        <w:t>1:11:19  yani sachai ka paigham duniya mein phailane wale, sachai ki dawat dene wale, jo sainkdo saal se judicial judicial dalilon ke zariye apna kaam kar rahe the.</w:t>
      </w:r>
      <w:r>
        <w:br/>
      </w:r>
      <w:r>
        <w:rPr>
          <w:sz w:val="20"/>
        </w:rPr>
        <w:t>1:11:39  lekin aa gaya scientific zamana</w:t>
      </w:r>
      <w:r>
        <w:br/>
      </w:r>
      <w:r>
        <w:rPr>
          <w:sz w:val="20"/>
        </w:rPr>
        <w:t>1:11:44  to khuda ne yeh kiya ke scientific zamane mein scientific dalail bhi hamein faraham kar diye taake hum aaj ke insaan ko naye daleelon ke sath</w:t>
      </w:r>
      <w:r>
        <w:br/>
      </w:r>
      <w:r>
        <w:rPr>
          <w:sz w:val="20"/>
        </w:rPr>
        <w:t>1:11:59  mutmain kar saken, satisfy kar saken.</w:t>
      </w:r>
      <w:r>
        <w:br/>
      </w:r>
      <w:r>
        <w:rPr>
          <w:sz w:val="20"/>
        </w:rPr>
        <w:t>1:12:03  to yeh sab cheezein jo samne aayin hain maujooda zamane mein scientific discovery ke zariye,</w:t>
      </w:r>
      <w:r>
        <w:br/>
      </w:r>
      <w:r>
        <w:rPr>
          <w:sz w:val="20"/>
        </w:rPr>
        <w:t>1:12:13  yeh maine apni kitabon mein is ko kafi detail mein likha hai. to yeh main samajhta hoon ke khuda ki taraf se ek nayi khep bheji gayi hai, ek nayi help bheji gayi hai, ek nayi madad bheji gayi hai ke aye sachai ki ka mission le kar chalne walon,</w:t>
      </w:r>
      <w:r>
        <w:br/>
      </w:r>
      <w:r>
        <w:rPr>
          <w:sz w:val="20"/>
        </w:rPr>
        <w:t>1:12:34  ab agar tum ko muqabla pesh aa raha hai in insanon se jo scientific thought le kar samne aaye hain, to hum tum ko scientific hathiyar dete hain, muqabla karo in ka.</w:t>
      </w:r>
      <w:r>
        <w:br/>
      </w:r>
      <w:r>
        <w:rPr>
          <w:sz w:val="20"/>
        </w:rPr>
        <w:t>1:12:52  to hamari zimmedari ko yeh cheezein badhati hain. yeh koi fakhr ki cheez nahi hai ke hum fakhr karen ke dekho Quran mein yeh likha hua hai.</w:t>
      </w:r>
      <w:r>
        <w:br/>
      </w:r>
      <w:r>
        <w:rPr>
          <w:sz w:val="20"/>
        </w:rPr>
        <w:t>1:13:01  main fakhr ko to ek ek ek sun samajhta hoon, SIIN sun. Quran mein yeh baatein jo batai gayi hain, yeh is liye nahi ke hum pride banayein is ko apna ke dekho hamare Quran mein yeh likha hua hai.</w:t>
      </w:r>
      <w:r>
        <w:br/>
      </w:r>
      <w:r>
        <w:rPr>
          <w:sz w:val="20"/>
        </w:rPr>
        <w:t>1:13:15  wo pride nahi hai, wo hamari responsibility ko batati hain,</w:t>
      </w:r>
      <w:r>
        <w:br/>
      </w:r>
      <w:r>
        <w:rPr>
          <w:sz w:val="20"/>
        </w:rPr>
        <w:t>1:13:23  hamari responsibility ko batati hain. aur yeh kaam jo jis ki taraf maine ishara kiya, yeh aaj se nahi, hazaron saal se ho raha hai.</w:t>
      </w:r>
      <w:r>
        <w:br/>
      </w:r>
      <w:r>
        <w:rPr>
          <w:sz w:val="20"/>
        </w:rPr>
        <w:t>1:13:34  kyunke jaisa ke maine arz kiya hai, Islam koi alag mazhab nahi hai.</w:t>
      </w:r>
      <w:r>
        <w:br/>
      </w:r>
      <w:r>
        <w:rPr>
          <w:sz w:val="20"/>
        </w:rPr>
        <w:t>1:13:42  khuda ne jitne bhi paighambar bheje, sab ka mazhab Islam tha, sab ka mazhab Islam tha.</w:t>
      </w:r>
      <w:r>
        <w:br/>
      </w:r>
      <w:r>
        <w:rPr>
          <w:sz w:val="20"/>
        </w:rPr>
        <w:t>1:13:51  Islam maani khuda ka ek hi mazhab. lekin hua kya ke doosre mazhabon mein milawat ho gayi, un ke andar interpolation hua to apni in apne original form mein wo baqi nahi rahe.</w:t>
      </w:r>
      <w:r>
        <w:br/>
      </w:r>
      <w:r>
        <w:rPr>
          <w:sz w:val="20"/>
        </w:rPr>
        <w:t>1:14:09  bas itni si baat hai. aur Islam ka jo text hai, jo Quran hai, wo apne original form mein aaj bhi baqi hai.</w:t>
      </w:r>
      <w:r>
        <w:br/>
      </w:r>
      <w:r>
        <w:rPr>
          <w:sz w:val="20"/>
        </w:rPr>
        <w:t>1:14:21  to goya ke pichle mazahib ka yeh authentic version hai. bas authentic version, koi naya mazhab nahi, koi superior mazhab bhi nahi, koi afzal mazhab bhi nahi,</w:t>
      </w:r>
      <w:r>
        <w:br/>
      </w:r>
      <w:r>
        <w:rPr>
          <w:sz w:val="20"/>
        </w:rPr>
        <w:t>1:14:37  aisa kuch bhi nahi. pichle mazahib hi ka authentic version hai yeh. bas</w:t>
      </w:r>
    </w:p>
    <w:p>
      <w:pPr>
        <w:pStyle w:val="Heading2"/>
      </w:pPr>
      <w:r>
        <w:t>Adam in paradise, the fall, and the purpose of freedom</w:t>
      </w:r>
    </w:p>
    <w:p>
      <w:r>
        <w:rPr>
          <w:color w:val="666666"/>
          <w:sz w:val="18"/>
        </w:rPr>
        <w:t>A Study of Human History February 5, 2023 · 4m 35s · at 20:13 · https://youtu.be/2aGbbn-RmQQ?t=1213</w:t>
      </w:r>
    </w:p>
    <w:p>
      <w:r>
        <w:rPr>
          <w:i/>
        </w:rPr>
        <w:t>“Hazrat Adam was placed in paradise, then he sinned”</w:t>
      </w:r>
    </w:p>
    <w:p>
      <w:r>
        <w:rPr>
          <w:sz w:val="20"/>
        </w:rPr>
        <w:t>20:13  nai nai duniya bani hui thi. wahan koi har cheez bilkul khalis thi. to wahan wohi jannat</w:t>
      </w:r>
      <w:r>
        <w:br/>
      </w:r>
      <w:r>
        <w:rPr>
          <w:sz w:val="20"/>
        </w:rPr>
        <w:t>20:22  hi lagti hogi. to bible ke mutabiq hai bagh adan. to to wahan par unko rakha gaya. lekin unhone phir woh lambi kahani hai. unhone forbidden tree ka fruit kha liya aur phir allah taala ne unko jannat se nikal ke phir is duniya mein bheja. to quran mein yeh baat is tarah se clear nahi hai ke bagh adan wali baat. lekin yeh hai ke phir wahan se nikal diya, jahan bhi rakha gaya tha.</w:t>
      </w:r>
      <w:r>
        <w:br/>
      </w:r>
      <w:r>
        <w:rPr>
          <w:sz w:val="20"/>
        </w:rPr>
        <w:t>20:49  to phir us ke baad hazrat aadim ne tauba kiya aur allah taala ne unko maaf kar diya. to yeh jo hai freedom, yeh bohat badi cheez hai. kyunke freedom ke baghair hum apna test nahi de sakte aur duniya mein insaan bheja hi gaya hai test ke liye.</w:t>
      </w:r>
      <w:r>
        <w:br/>
      </w:r>
      <w:r>
        <w:rPr>
          <w:sz w:val="20"/>
        </w:rPr>
        <w:t>21:08  to is liye allah taala ne mukammal freedom di insaan ko aur insaan ko poori guidance di ke woh guidance ke mutabiq woh amal karein aur khuda ki marzi ke mutabiq apni zindagi guzare. to is ki wajah se kya hua ke us mein jo allah taala ne yeh kaha tha na ke jo main jaanta hoon, woh tum nahi jaante.</w:t>
      </w:r>
      <w:r>
        <w:br/>
      </w:r>
      <w:r>
        <w:rPr>
          <w:sz w:val="20"/>
        </w:rPr>
        <w:t>21:35  to us ki wajah yeh thi ke insaan ke andar allah taala ne ek nidamat ka ehsaas, feeling of guilt rakha tha ke woh bhi galti karega. kyunke kisi ko bhi aap mukammal freedom de dijiye, to woh galti karega. to lekin jab galti karega, to woh jinnaat ki tarah nahi karega ke usko kabhi ehsaas hi na ho ke mujh se galti hui</w:t>
      </w:r>
      <w:r>
        <w:br/>
      </w:r>
      <w:r>
        <w:rPr>
          <w:sz w:val="20"/>
        </w:rPr>
        <w:t>22:02  hai. usko galti ka ehsaas hoga, phir woh maafi mangega, apni islah karega aur woh aur zyada mature ho jayega. kyunke woh us se learning lega. jab kuch galti karega, to woh us se learning lega. to is tarah se us ko andar aur zyada ehsaas zimmedari paida hoga aur zyada woh khuda ke qareeb ho jayega.</w:t>
      </w:r>
      <w:r>
        <w:br/>
      </w:r>
      <w:r>
        <w:rPr>
          <w:sz w:val="20"/>
        </w:rPr>
        <w:t>22:23  to is tarah se insaan jab galti kare, to yeh soche ke galti allah taala maaf karte hain. lekin woh galti ek sincere repentance hona chahiye. aisa nahi ke roz roz galti karte rahe aadmi aur roz roz allah taala to bohat zyada maaf karne wale hain. lekin koshish yahi karni chahiye ke bar bar galti na kare aur bohat zyada, bohat zyada serious ho</w:t>
      </w:r>
      <w:r>
        <w:br/>
      </w:r>
      <w:r>
        <w:rPr>
          <w:sz w:val="20"/>
        </w:rPr>
        <w:t>22:50  jaye. bohat zyada is maamle mein jab aadmi bohat zyada serious ho jata hai, to us ke andar itna shaoor jaag padta hai na ke phir woh dobara us galti ko nahi karta hai. to is ki misaal hazrat aadim alaihissalam hai ke unhone galti ki aur us ke baad unhone bohat hi sachchi tauba ki aur allah taala ne unko maaf kiya. aur na sirf maaf kiya, balkeh unko pehla paighambar bhi banaya.</w:t>
      </w:r>
      <w:r>
        <w:br/>
      </w:r>
      <w:r>
        <w:rPr>
          <w:sz w:val="20"/>
        </w:rPr>
        <w:t>23:16  to is ka matlab hai ke galti karna koi itna bada, badi baat nahi hai. lekin galti par stick karna, galti ki maafi na mangna, yeh yeh galat baat hai. bilkul, aap bohat aap ne sahi farmaya. is liye maulana bohat emphasize karte the ke fauran apni galti maan lijiye. aur woh khud bhi aisa karte the ke agar unko lagta tha ke kuch galti par hain, to kehte the, "I was wrong."</w:t>
      </w:r>
      <w:r>
        <w:br/>
      </w:r>
      <w:r>
        <w:rPr>
          <w:sz w:val="20"/>
        </w:rPr>
        <w:t>23:42  aap yahan par ek cheez kehna chahunga ke jaise agar hum dekhein, har insaan ke andar ek desire ka samundar basa hua hai. and it is rightly said that every man is a graveyard of unfulfilled desires. to aap dekhein to ek mismatch hai between human beings and this world. kyunke desires to poore hone wale nahi. to</w:t>
      </w:r>
      <w:r>
        <w:br/>
      </w:r>
      <w:r>
        <w:rPr>
          <w:sz w:val="20"/>
        </w:rPr>
        <w:t>24:04  aap sawal yahan par yahi aata hai. aur main yahan par wohi aap ne jo zikr kiya tha creation plan ka, us ko le kar aana chahunga ke what was the purpose of creating mankind. ya yeh jo creation plan jis ka aap ne abhi zikr kiya, us ke bare mein aap us us ko achhe se waz karein. asal mein jab allah taala ne insaan ko paida kiya, to uska sirf ek mukhtasar sa waqt jo hai, is duniya mein rakha.</w:t>
      </w:r>
      <w:r>
        <w:br/>
      </w:r>
      <w:r>
        <w:rPr>
          <w:sz w:val="20"/>
        </w:rPr>
        <w:t>24:32  insaan ek eternal creature hai aur ek mukhtasar waqt, 60, 70, 80 saal, is duniya mein rakha gaya hai. to yahi sari cheezein creation plan se hamein samajhna hai ke us ko yahan par test ke liye rakha gaya hai.</w:t>
      </w:r>
    </w:p>
    <w:p>
      <w:pPr>
        <w:pStyle w:val="Heading2"/>
      </w:pPr>
      <w:r>
        <w:t>Karl Marx's socialist ideology as history's grand falsehood</w:t>
      </w:r>
    </w:p>
    <w:p>
      <w:r>
        <w:rPr>
          <w:color w:val="666666"/>
          <w:sz w:val="18"/>
        </w:rPr>
        <w:t>Living in Falsehood 25 Jan 2009 · 3m 12s · at 7:09 · https://youtu.be/Qt8VwwonU9k?t=429</w:t>
      </w:r>
    </w:p>
    <w:p>
      <w:r>
        <w:rPr>
          <w:i/>
        </w:rPr>
        <w:t>“Let me give the example of Karl Marx”</w:t>
      </w:r>
    </w:p>
    <w:p>
      <w:r>
        <w:rPr>
          <w:sz w:val="20"/>
        </w:rPr>
        <w:t>7:09  jaise mein misaal doon karl marx ki. kaha jata hai, yaani gaal brait ne likha hai ke karl marx ke jo jo thought the, us ki jo theory thi,</w:t>
      </w:r>
      <w:r>
        <w:br/>
      </w:r>
      <w:r>
        <w:rPr>
          <w:sz w:val="20"/>
        </w:rPr>
        <w:t>7:23  jitna history mein phaili, kisi bhi history mein kabhi bhi kisi aadmi ki theory itna na phaili.</w:t>
      </w:r>
      <w:r>
        <w:br/>
      </w:r>
      <w:r>
        <w:rPr>
          <w:sz w:val="20"/>
        </w:rPr>
        <w:t>7:30  us ki ideology jo thi, sab zyada dunya mein phaili. aur mein khud apne bachpan mein, apni naujawani ke waqt mein janta hoon ke saare jo pehle ke log the, woh isi dhang pe sochte the.</w:t>
      </w:r>
      <w:r>
        <w:br/>
      </w:r>
      <w:r>
        <w:rPr>
          <w:sz w:val="20"/>
        </w:rPr>
        <w:t>7:45  yaani socialist, socialistic thinking. sab log, sab log, sab log. woh kya tha? that was also a kind of falsehood yaani aik false ideology banai us ne, aur woh itna logon ko is mein,</w:t>
      </w:r>
      <w:r>
        <w:br/>
      </w:r>
      <w:r>
        <w:rPr>
          <w:sz w:val="20"/>
        </w:rPr>
        <w:t>8:04  yaani itna zyada log attract hue ke isi dhang par sochne lagay. woh kya tha?</w:t>
      </w:r>
      <w:r>
        <w:br/>
      </w:r>
      <w:r>
        <w:rPr>
          <w:sz w:val="20"/>
        </w:rPr>
        <w:t>8:12  ke dunya mein hamesha se insan dekhta aaya hai ke dunya mein exploitation hai. exploitation. to us ne exploitation ka yeh solution bataya ke private economy ko khatam kar diya j</w:t>
      </w:r>
      <w:r>
        <w:br/>
      </w:r>
      <w:r>
        <w:rPr>
          <w:sz w:val="20"/>
        </w:rPr>
        <w:t>8:31  aye. is ka us ki theory yeh thi ke aik individual jo hai, jab us ke hath mein koi property aati hai, koi industry aati hai,</w:t>
      </w:r>
      <w:r>
        <w:br/>
      </w:r>
      <w:r>
        <w:rPr>
          <w:sz w:val="20"/>
        </w:rPr>
        <w:t>8:45  koi bhi ikhtiyar aata hai, to woh exploit karta hai doosron ko. to private economy khatam kar diya jaye aur socialist economy lai jaye dunya mein.</w:t>
      </w:r>
      <w:r>
        <w:br/>
      </w:r>
      <w:r>
        <w:rPr>
          <w:sz w:val="20"/>
        </w:rPr>
        <w:t>8:55  yaani aik ke qabze mein na ho, sab ke qabze mein ho.</w:t>
      </w:r>
      <w:r>
        <w:br/>
      </w:r>
      <w:r>
        <w:rPr>
          <w:sz w:val="20"/>
        </w:rPr>
        <w:t>9:00  ab logon ko bara acha laga yeh ke cheezain jo hain, sab aik ke qabze mein na hon, sab ke qabze mein hon. lekin sab log kya mil kar ke koi nizam chalayen gay?</w:t>
      </w:r>
      <w:r>
        <w:br/>
      </w:r>
      <w:r>
        <w:rPr>
          <w:sz w:val="20"/>
        </w:rPr>
        <w:t>9:12  kese sab ke qabze mein kese aa sakta hai? to kya hua ke jo jo government hai, jo state hai, un ke hath mein dena para.</w:t>
      </w:r>
      <w:r>
        <w:br/>
      </w:r>
      <w:r>
        <w:rPr>
          <w:sz w:val="20"/>
        </w:rPr>
        <w:t>9:25  to logon se cheen kar ke kya kiya gaya? state ke ya government ke qabze mein de diya gaya. to dekhiye ke yeh yeh tha state economy,</w:t>
      </w:r>
      <w:r>
        <w:br/>
      </w:r>
      <w:r>
        <w:rPr>
          <w:sz w:val="20"/>
        </w:rPr>
        <w:t>9:39  aur us ne naam kya de diya? socialist economy. that was wrong nomenclature to aik khoobsurat, aik beautiful word bol kar ke aadmi idhar se udhar aadmi ka khayal kar deta hai.</w:t>
      </w:r>
      <w:r>
        <w:br/>
      </w:r>
      <w:r>
        <w:rPr>
          <w:sz w:val="20"/>
        </w:rPr>
        <w:t>9:52  yaani falsehood mein kyun jeete hain log</w:t>
      </w:r>
      <w:r>
        <w:br/>
      </w:r>
      <w:r>
        <w:rPr>
          <w:sz w:val="20"/>
        </w:rPr>
        <w:t>9:54  ? ke logon ko aik beautiful word mil jata hai ke jo hone wala tha, woh to state economy thi. yaani bureaucracy jo hai, us ke qabze mein sab cheezain aa jayen,</w:t>
      </w:r>
      <w:r>
        <w:br/>
      </w:r>
      <w:r>
        <w:rPr>
          <w:sz w:val="20"/>
        </w:rPr>
        <w:t>10:08  lekin us ka naam de diya us ne kya hai? socialist economy. to is tarah se log falsehood mein jeete hain.</w:t>
      </w:r>
    </w:p>
    <w:p>
      <w:pPr>
        <w:pStyle w:val="Heading2"/>
      </w:pPr>
      <w:r>
        <w:t>History of human blindness: nature worship to philosophy to mysticism</w:t>
      </w:r>
    </w:p>
    <w:p>
      <w:r>
        <w:rPr>
          <w:color w:val="666666"/>
          <w:sz w:val="18"/>
        </w:rPr>
        <w:t>Right Thinking, February 10, 2008 · 6m 07s · at 2:48 · https://youtu.be/12Qqn67uhSU?t=168</w:t>
      </w:r>
    </w:p>
    <w:p>
      <w:r>
        <w:rPr>
          <w:i/>
        </w:rPr>
        <w:t>“Mujhe ek ayat yaad aayi Quran ki”</w:t>
      </w:r>
    </w:p>
    <w:p>
      <w:r>
        <w:rPr>
          <w:sz w:val="20"/>
        </w:rPr>
        <w:t>2:48  mujhe aik ayat yaad aayi Quran ki.</w:t>
      </w:r>
      <w:r>
        <w:br/>
      </w:r>
      <w:r>
        <w:rPr>
          <w:sz w:val="20"/>
        </w:rPr>
        <w:t>2:55  Quran mein aik surah ka naam hai Muhammad, chapter number 47.</w:t>
      </w:r>
      <w:r>
        <w:br/>
      </w:r>
      <w:r>
        <w:rPr>
          <w:sz w:val="20"/>
        </w:rPr>
        <w:t>3:07  to is ki aik ayat hai:</w:t>
      </w:r>
      <w:r>
        <w:br/>
      </w:r>
      <w:r>
        <w:rPr>
          <w:sz w:val="20"/>
        </w:rPr>
        <w:t>3:13  aam insan ke baray mein logon ka haal kya hai? to farmaya keیتمطعون ویاکلون کما یأکل الانعام</w:t>
      </w:r>
      <w:r>
        <w:br/>
      </w:r>
      <w:r>
        <w:rPr>
          <w:sz w:val="20"/>
        </w:rPr>
        <w:t>3:28  ke logon ka haal yeh hai ke woh dunya ki cheezon se enjoy kar rahay hain, kha pee rahay hain, lekin woh just like animal hain.</w:t>
      </w:r>
      <w:r>
        <w:br/>
      </w:r>
      <w:r>
        <w:rPr>
          <w:sz w:val="20"/>
        </w:rPr>
        <w:t>3:43  just like animal hain.</w:t>
      </w:r>
      <w:r>
        <w:br/>
      </w:r>
      <w:r>
        <w:rPr>
          <w:sz w:val="20"/>
        </w:rPr>
        <w:t>3:48  to farmaya ke aisay logon ka thikana hell hoga. bari sochne wali ayat hai yeh.</w:t>
      </w:r>
      <w:r>
        <w:br/>
      </w:r>
      <w:r>
        <w:rPr>
          <w:sz w:val="20"/>
        </w:rPr>
        <w:t>4:00  yani Khuda ne aik dunya banai jahan har taraf Khuda ke signs hain, SIGNS signs, Khuda ki nishaniyan.</w:t>
      </w:r>
      <w:r>
        <w:br/>
      </w:r>
      <w:r>
        <w:rPr>
          <w:sz w:val="20"/>
        </w:rPr>
        <w:t>4:15  har cheez mein, chahe ghaas ho ya galaxy ho ya solar system ho ya oceans hon, har cheez mein divine signs hain, Khuda ki nishaniyan hain.</w:t>
      </w:r>
      <w:r>
        <w:br/>
      </w:r>
      <w:r>
        <w:rPr>
          <w:sz w:val="20"/>
        </w:rPr>
        <w:t>4:28  yani is ko dekh kar agar aap apnay mind ko apply karen to aap bohat gehri meaning is se extract karen ge.</w:t>
      </w:r>
      <w:r>
        <w:br/>
      </w:r>
      <w:r>
        <w:rPr>
          <w:sz w:val="20"/>
        </w:rPr>
        <w:t>4:39  lekin log yun hi jee rahay hain bas aur mar jatay hain.</w:t>
      </w:r>
      <w:r>
        <w:br/>
      </w:r>
      <w:r>
        <w:rPr>
          <w:sz w:val="20"/>
        </w:rPr>
        <w:t>4:49  to Quran mein aik aur ayat hai ke من کان فیھذی عامہ فو فی الاخرۃ عامہ yani jo is dunya mein andha raha, woh world hereafter mein bhi andha hoga.</w:t>
      </w:r>
      <w:r>
        <w:br/>
      </w:r>
      <w:r>
        <w:rPr>
          <w:sz w:val="20"/>
        </w:rPr>
        <w:t>5:07  yeh andha kaun hai?</w:t>
      </w:r>
      <w:r>
        <w:br/>
      </w:r>
      <w:r>
        <w:rPr>
          <w:sz w:val="20"/>
        </w:rPr>
        <w:t>5:12  woh andha woh hai jo</w:t>
      </w:r>
      <w:r>
        <w:br/>
      </w:r>
      <w:r>
        <w:rPr>
          <w:sz w:val="20"/>
        </w:rPr>
        <w:t>5:17  signs ke beech mein chal phir raha ho, lekin is se woh lesson nahi le sakta ho, jaise woh animal tha jo kal mein ne dekha.</w:t>
      </w:r>
      <w:r>
        <w:br/>
      </w:r>
      <w:r>
        <w:rPr>
          <w:sz w:val="20"/>
        </w:rPr>
        <w:t>5:32  aap sochen ke wahan to har taraf kitaben bikhri hui theen, book stalls lagay hue thay, reading material phaila hua tha.</w:t>
      </w:r>
      <w:r>
        <w:br/>
      </w:r>
      <w:r>
        <w:rPr>
          <w:sz w:val="20"/>
        </w:rPr>
        <w:t>5:44  phir wahan par sirf educated log thay jin se aap discussion kar sakein, jin se aap dialogue kar sakein, jin se aap learning kar sakein.</w:t>
      </w:r>
      <w:r>
        <w:br/>
      </w:r>
      <w:r>
        <w:rPr>
          <w:sz w:val="20"/>
        </w:rPr>
        <w:t>5:57  to insaan wahan living book ke taur par thay aur printed book bhi wahan par maujood theen har taraf. to it was a city of learning.</w:t>
      </w:r>
      <w:r>
        <w:br/>
      </w:r>
      <w:r>
        <w:rPr>
          <w:sz w:val="20"/>
        </w:rPr>
        <w:t>6:10  aisa hi poori dunya hai aur aise hi woh tha. to jis tarah se woh animal, jis ko maine dekha ke woh daud raha hai, chal phir raha hai, lekin us ko kuch bhi pata nahi ke yahan par kya hai,</w:t>
      </w:r>
      <w:r>
        <w:br/>
      </w:r>
      <w:r>
        <w:rPr>
          <w:sz w:val="20"/>
        </w:rPr>
        <w:t>6:26  in kitabon mein kya hai, yahan par kon sa ilm hai,</w:t>
      </w:r>
      <w:r>
        <w:br/>
      </w:r>
      <w:r>
        <w:rPr>
          <w:sz w:val="20"/>
        </w:rPr>
        <w:t>6:34  kuch bhi pata nahi. bas daud raha hai, kha pee raha hai. isi se yahi us ki zindagi hai, yahi us ki maut hai.</w:t>
      </w:r>
      <w:r>
        <w:br/>
      </w:r>
      <w:r>
        <w:rPr>
          <w:sz w:val="20"/>
        </w:rPr>
        <w:t>6:46  to maine socha ke aaj ka insaan jo hai, just like animal jee raha hai is dunya mein.</w:t>
      </w:r>
      <w:r>
        <w:br/>
      </w:r>
      <w:r>
        <w:rPr>
          <w:sz w:val="20"/>
        </w:rPr>
        <w:t>6:59  aur shayad aaj hi ka insaan nahi, balkeh poori history ka insaan. wal-insanu lafi khusrin</w:t>
      </w:r>
      <w:r>
        <w:br/>
      </w:r>
      <w:r>
        <w:rPr>
          <w:sz w:val="20"/>
        </w:rPr>
        <w:t>7:07  poori poori history guzar gayi, kuch thore se exceptions ko chhod kar. saare insaan just like animal jeete rahe is dunya mein.</w:t>
      </w:r>
      <w:r>
        <w:br/>
      </w:r>
      <w:r>
        <w:rPr>
          <w:sz w:val="20"/>
        </w:rPr>
        <w:t>7:21  halankeh har taraf nishaniyan theen, har taraf signs thay, har taraf lessons thay, har taraf spiritual food tha.</w:t>
      </w:r>
      <w:r>
        <w:br/>
      </w:r>
      <w:r>
        <w:rPr>
          <w:sz w:val="20"/>
        </w:rPr>
        <w:t>7:32  dekhein, aur agar aap bohat pehle ki tareekh dekhein, history mein peechay chale jayein, peechay to peechay kya tha?</w:t>
      </w:r>
      <w:r>
        <w:br/>
      </w:r>
      <w:r>
        <w:rPr>
          <w:sz w:val="20"/>
        </w:rPr>
        <w:t>7:44  koi suraj ko pooj raha hai, koi chand ko pooj raha hai, koi stars ko pooj raha hai, koi ocean ko pooj raha hai, koi mountain ko pooj raha hai.</w:t>
      </w:r>
      <w:r>
        <w:br/>
      </w:r>
      <w:r>
        <w:rPr>
          <w:sz w:val="20"/>
        </w:rPr>
        <w:t>7:55  to historians is ko kehte hain nature worship.</w:t>
      </w:r>
      <w:r>
        <w:br/>
      </w:r>
      <w:r>
        <w:rPr>
          <w:sz w:val="20"/>
        </w:rPr>
        <w:t>8:00  to shuru ka zamana jo hai, aap dekhein to hazaron saal har taraf nature worship thi. yeh kya hai?</w:t>
      </w:r>
      <w:r>
        <w:br/>
      </w:r>
      <w:r>
        <w:rPr>
          <w:sz w:val="20"/>
        </w:rPr>
        <w:t>8:09  yeh bhi andha pan tha. saare log</w:t>
      </w:r>
      <w:r>
        <w:br/>
      </w:r>
      <w:r>
        <w:rPr>
          <w:sz w:val="20"/>
        </w:rPr>
        <w:t>8:15  quran mein hai ke rabbana atina fil-dunya hasanatan wa fil-akhirati hasanatan wa qina azabannar ke yeh natural phenomena jo hai, is ne logon ko itna zyada behka rakha hai, isi mein gum hain log.</w:t>
      </w:r>
      <w:r>
        <w:br/>
      </w:r>
      <w:r>
        <w:rPr>
          <w:sz w:val="20"/>
        </w:rPr>
        <w:t>8:27  yani log creature mein gum hain aur creator ki unhein khabar nahi. logon ne makhlooq ko apna khuda bana liya aur khaliq ka unhein pata nahi.</w:t>
      </w:r>
      <w:r>
        <w:br/>
      </w:r>
      <w:r>
        <w:rPr>
          <w:sz w:val="20"/>
        </w:rPr>
        <w:t>8:42  rabbana atina fil-dunya hasanatan wa fil-akhirati hasanatan wa qina azabannar hazaron saal beet gaye aur insaan isi andhe pan mein pada raha.</w:t>
      </w:r>
    </w:p>
    <w:p>
      <w:pPr>
        <w:pStyle w:val="Heading2"/>
      </w:pPr>
      <w:r>
        <w:t>Death ends development — use life to prepare</w:t>
      </w:r>
    </w:p>
    <w:p>
      <w:r>
        <w:rPr>
          <w:color w:val="666666"/>
          <w:sz w:val="18"/>
        </w:rPr>
        <w:t>Shock A Blessing in Disguise November 01, 2009 · 5m 45s · at 46:18 · https://youtu.be/trEB_2Bwos8?t=2778</w:t>
      </w:r>
    </w:p>
    <w:p>
      <w:r>
        <w:rPr>
          <w:i/>
        </w:rPr>
        <w:t>“After death, there is no more development, so use this life”</w:t>
      </w:r>
    </w:p>
    <w:p>
      <w:r>
        <w:rPr>
          <w:sz w:val="20"/>
        </w:rPr>
        <w:t>46:18  tu bahut hi soch samajh kar zindagi guzarna ahem hai dunya mein andhe bhare ki tarah nahi reh sakte dunya mein andhe bhare rahenge dekhiye mein aksar yeh kaha karta hoon ke bahut hi ek bahut hi zyada ek khatarnak baat yeh hai ke maut ke baad koi development nahi hai bahut hi danger baat yeh hai jo koi development hai maut tak hai maut ke baad stand still hai</w:t>
      </w:r>
      <w:r>
        <w:br/>
      </w:r>
      <w:r>
        <w:rPr>
          <w:sz w:val="20"/>
        </w:rPr>
        <w:t>46:47  jitna aap ne maut tak apne ko develop kiya hai usi par theher jayenge aap millionaires rahe millionaires tak rahenge aap lekin aap kuch development nahi hoga stand still yeh kitni kitni danger baat hai is dunya mein agar koi ek job mile usko kahin ji ek bhi hai tu tum ko itna milega 10th per month uske baad kuch tum ko tarqqi nahi hai</w:t>
      </w:r>
      <w:r>
        <w:br/>
      </w:r>
      <w:r>
        <w:rPr>
          <w:sz w:val="20"/>
        </w:rPr>
        <w:t>47:14  kuch nahi milega tum ko ek din bhi usko sukoon nahi hoga kyunke insaan chahta hai ke har din aur tarqqi aur tarqqi aur tarqqi insaan ke jo nature hai insaan ka nature hai har din woh apne ko chahta hai ke aur tarqqi mujhe ho aur aage badh jao aisa admi aap dekhiye jo jisko kaho ke na promotion hoga na increment hoga na koi aur uska uhda badhega</w:t>
      </w:r>
      <w:r>
        <w:br/>
      </w:r>
      <w:r>
        <w:rPr>
          <w:sz w:val="20"/>
        </w:rPr>
        <w:t>47:43  tu woh woh job uske liye museebat ban jayega is job ko woh samjhega yeh prison hai prison yeh hosla ke mein aage mera promotion ho sakta hai mera increment ho sakta hai mujhe aur bade bade job mil sakte hain yahi hosla usko zinda rakhta hai job mein bhi business mein bhi</w:t>
      </w:r>
      <w:r>
        <w:br/>
      </w:r>
      <w:r>
        <w:rPr>
          <w:sz w:val="20"/>
        </w:rPr>
        <w:t>48:05  tu kitna danger baat hai ke aap ka nature jo hai aap apne nature ko deny kar rahe hain ke maut ki taraf badh rahe hain hum aur stand still life apne ko accept karne wale hain hum tu jitna aap apne ko develop kar sakein kijiye kyunke agar aap ke develop karne mein one percent bhi kami reh gayi tu hamesha woh kami baqi rahegi billion trillion saal tak kami baqi rahegi woh</w:t>
      </w:r>
      <w:r>
        <w:br/>
      </w:r>
      <w:r>
        <w:rPr>
          <w:sz w:val="20"/>
        </w:rPr>
        <w:t>48:33  phir developer nahin hone wala hai isiko mein kaha karta hoon ki aadmi jahan marta hai wahin woh wahin uthaya jayega aadmi jahan marega wahin woh uthega</w:t>
      </w:r>
      <w:r>
        <w:br/>
      </w:r>
      <w:r>
        <w:rPr>
          <w:sz w:val="20"/>
        </w:rPr>
        <w:t>48:45  matlab jis level of development par aap intellectual development ke jis level par aapko maut ayegi usi level par aapko jeena hai aindah kuch isse aage aapko nahin milne wala hai isi liye quran mein hai ke lais dad iman ma iman ek lafz hai quran mein azdad iman azdad iman hadith mein bhi aata hai ke al iman bi</w:t>
      </w:r>
      <w:r>
        <w:br/>
      </w:r>
      <w:r>
        <w:rPr>
          <w:sz w:val="20"/>
        </w:rPr>
        <w:t>49:12  di bahasein ispar hain ulma ke darmiyan ke iman ghatta badhta hai ke nahin ghatta badhta hai yeh baatein bilkul besaleeb baatein hain iman ek badhne wali cheez hai badhne wali cheez hai badhne wali cheez hai</w:t>
      </w:r>
      <w:r>
        <w:br/>
      </w:r>
      <w:r>
        <w:rPr>
          <w:sz w:val="20"/>
        </w:rPr>
        <w:t>49:30  toh khuda ne aapko ek poori universe de di hai padhne ke liye</w:t>
      </w:r>
      <w:r>
        <w:br/>
      </w:r>
      <w:r>
        <w:rPr>
          <w:sz w:val="20"/>
        </w:rPr>
        <w:t>49:36  iceberg toh saat meel aur das meel tak badhta hai</w:t>
      </w:r>
      <w:r>
        <w:br/>
      </w:r>
      <w:r>
        <w:rPr>
          <w:sz w:val="20"/>
        </w:rPr>
        <w:t>49:40  aap billion meel tak badh sakte hain</w:t>
      </w:r>
      <w:r>
        <w:br/>
      </w:r>
      <w:r>
        <w:rPr>
          <w:sz w:val="20"/>
        </w:rPr>
        <w:t>49:45  iceberg jo hai iske bhi badhne ki ek had hai saat meel tak badhega das meel tak badhega koi koi iceberg hota hai 10 story building ke barabar koi kehta hai 100 story building ke barabar hota hai lekin phir bhi har uski had hai aap ki koi had nahin hai badha badhte jaiye badhte jaiye badhte jaiye</w:t>
      </w:r>
      <w:r>
        <w:br/>
      </w:r>
      <w:r>
        <w:rPr>
          <w:sz w:val="20"/>
        </w:rPr>
        <w:t>50:09  billion meel aur billion meel tak badhte chale jaiye kyunke world of thought ki koi had nahin hai world of thought ki koi had nahin hai</w:t>
      </w:r>
      <w:r>
        <w:br/>
      </w:r>
      <w:r>
        <w:rPr>
          <w:sz w:val="20"/>
        </w:rPr>
        <w:t>50:22  university is alam jo kehte hain sky is alam toh world of thought ki toh koi had nahin hai</w:t>
      </w:r>
      <w:r>
        <w:br/>
      </w:r>
      <w:r>
        <w:rPr>
          <w:sz w:val="20"/>
        </w:rPr>
        <w:t>50:33  toh jo insaan dekhe is tarah apna aapko badhayega</w:t>
      </w:r>
      <w:r>
        <w:br/>
      </w:r>
      <w:r>
        <w:rPr>
          <w:sz w:val="20"/>
        </w:rPr>
        <w:t>50:37  wohi jannat ki aali shaan nemat ko payega</w:t>
      </w:r>
      <w:r>
        <w:br/>
      </w:r>
      <w:r>
        <w:rPr>
          <w:sz w:val="20"/>
        </w:rPr>
        <w:t>50:45  yahan is duniya aapko di gayi kis liye apne test ko develop karein apne zehni mayar ko badhayein apne intellectual level jo hai aapko ouncha karein isi ke liye di gayi hai yahan yeh paane ke liye nahin hai pressure ke liye dekhein ke preparation ek hai paana</w:t>
      </w:r>
      <w:r>
        <w:br/>
      </w:r>
      <w:r>
        <w:rPr>
          <w:sz w:val="20"/>
        </w:rPr>
        <w:t>51:08  yeh duniya paane ke liye nahin hai apne ko prepare karne ke liye</w:t>
      </w:r>
      <w:r>
        <w:br/>
      </w:r>
      <w:r>
        <w:rPr>
          <w:sz w:val="20"/>
        </w:rPr>
        <w:t>51:15  yaad rakhiye is baat ko bahut zyada yaad rakhiye ke yeh duniya aap paane ke liye hai hi nahin achievement ke liye nahin hai yeh duniya yeh duniya hai apne ko develop karne ke liye apna test jitna develop karenge utna hi jannat mein aap enjoy kar sakenge</w:t>
      </w:r>
      <w:r>
        <w:br/>
      </w:r>
      <w:r>
        <w:rPr>
          <w:sz w:val="20"/>
        </w:rPr>
        <w:t>51:33  apna mind jitna develop karenge utni jannat mein aapko badi badi soch aapke mind mein ayegi apne apne apne intellectual level ko jitna ouncha karenge utni hi khuda ki qurbat aapko hasil hogi toh yeh duniya preparation ke liye hai achievement ke liye nahin hai yeh duniya</w:t>
      </w:r>
      <w:r>
        <w:br/>
      </w:r>
      <w:r>
        <w:rPr>
          <w:sz w:val="20"/>
        </w:rPr>
        <w:t>51:57  bahut zyada sochiye is baat ko kyunke bahut hum mein se har har ek ka peecha kar rahi hai</w:t>
      </w:r>
    </w:p>
    <w:p>
      <w:pPr>
        <w:pStyle w:val="Heading2"/>
      </w:pPr>
      <w:r>
        <w:t>Universe's scale and Earth's rotation as proof of a Creator</w:t>
      </w:r>
    </w:p>
    <w:p>
      <w:r>
        <w:rPr>
          <w:color w:val="666666"/>
          <w:sz w:val="18"/>
        </w:rPr>
        <w:t>God and Man April 30, 2006 · 4m 23s · at 21:11 · https://youtu.be/57HbKTw6Udg?t=1271</w:t>
      </w:r>
    </w:p>
    <w:p>
      <w:r>
        <w:rPr>
          <w:i/>
        </w:rPr>
        <w:t>“I was talking to a man yesterday about thinking through nature”</w:t>
      </w:r>
    </w:p>
    <w:p>
      <w:r>
        <w:rPr>
          <w:sz w:val="20"/>
        </w:rPr>
        <w:t>21:11  ab dekhein kal mein aik sahib se baat kar raha tha, isi tarah ki baat kar raha tha mein. to mein ne kaha ke nature mein sochna kitni bari cheez hai.</w:t>
      </w:r>
      <w:r>
        <w:br/>
      </w:r>
      <w:r>
        <w:rPr>
          <w:sz w:val="20"/>
        </w:rPr>
        <w:t>21:23  to mein ne kaha ke dekhein yeh earth planet earth hai jis par hum rehtay hain, yeh is ke andar aik aik aik exception hai. itni bari universe hai, itni bari universe hai ke aap is ko naap nahi saktay.</w:t>
      </w:r>
      <w:r>
        <w:br/>
      </w:r>
      <w:r>
        <w:rPr>
          <w:sz w:val="20"/>
        </w:rPr>
        <w:t>21:38  koi bare se bara hawai jahaz hazaron saal tak chalta rahe, tab bhi woh is ka charon taraf se, yani is ka safar poora nahi ho sakta.</w:t>
      </w:r>
      <w:r>
        <w:br/>
      </w:r>
      <w:r>
        <w:rPr>
          <w:sz w:val="20"/>
        </w:rPr>
        <w:t>21:47  kyun ke aap jantay hain ke universe expand kar rahi hai. to har 144 years mein is ka distance double ho jata hai, yani itni bari aaj hai to 144 years itni bari ho jaye gi.</w:t>
      </w:r>
      <w:r>
        <w:br/>
      </w:r>
      <w:r>
        <w:rPr>
          <w:sz w:val="20"/>
        </w:rPr>
        <w:t>22:01  to jo jahaz hamara daur raha hai is ke is mein to kaise pohanchay ga woh</w:t>
      </w:r>
      <w:r>
        <w:br/>
      </w:r>
      <w:r>
        <w:rPr>
          <w:sz w:val="20"/>
        </w:rPr>
        <w:t>22:06  ? kyun ke woh to universe to expand kar rahi hai. 144 years mein double ho jata hai is ka sara distance.</w:t>
      </w:r>
      <w:r>
        <w:br/>
      </w:r>
      <w:r>
        <w:rPr>
          <w:sz w:val="20"/>
        </w:rPr>
        <w:t>22:14  to kabhi bhi hum is ko cover nahi kar payein gay. to mein ne kaha ke dekhiye itni bari universe hai aur is mein zameen bohat hi choti hai.</w:t>
      </w:r>
      <w:r>
        <w:br/>
      </w:r>
      <w:r>
        <w:rPr>
          <w:sz w:val="20"/>
        </w:rPr>
        <w:t>22:25  yani aik zarray ko, aik aur aik aik cent particle ko aap das lakh hissay banaye to "as compared to the universe" woh aik aik hissa is ke barabar hoga.</w:t>
      </w:r>
      <w:r>
        <w:br/>
      </w:r>
      <w:r>
        <w:rPr>
          <w:sz w:val="20"/>
        </w:rPr>
        <w:t>22:42  lekin is choti zameen mein aik aik anokhi cheez hai jo poore universe mein kahin nahi hai. woh kya hai? axis par rotate karna.</w:t>
      </w:r>
      <w:r>
        <w:br/>
      </w:r>
      <w:r>
        <w:rPr>
          <w:sz w:val="20"/>
        </w:rPr>
        <w:t>22:53  sare planet orbit par rotate kar rahay hain, sare stars orbit par rotate kar rahay hain. lekin zameen jo hai is ka double rotation hai, yani orbit par, orbit ka matlab hota hai suraj ke charon taraf aur axis par, yani khud apnay oopar.</w:t>
      </w:r>
      <w:r>
        <w:br/>
      </w:r>
      <w:r>
        <w:rPr>
          <w:sz w:val="20"/>
        </w:rPr>
        <w:t>23:12  axis par rotate karna yeh zameen ki aik aik exceptional quality hai.</w:t>
      </w:r>
      <w:r>
        <w:br/>
      </w:r>
      <w:r>
        <w:rPr>
          <w:sz w:val="20"/>
        </w:rPr>
        <w:t>23:19  yeh na ho to duniya mein raat aur din na aaye. raat aur din jo atay hain barabar, woh isi liye atay hain. kyun ke chand par aap jantay hain ke chand mein hamesha aik taraf roshni, aik taraf andhera.</w:t>
      </w:r>
      <w:r>
        <w:br/>
      </w:r>
      <w:r>
        <w:rPr>
          <w:sz w:val="20"/>
        </w:rPr>
        <w:t>23:32  kyun ke is mein axis pe rotate karnay ki baat nahi hai. to mein ne kaha ke yeh dekhiye, agar aap sochain, woh sahib jo thay woh khuda ko mantay nahi thay.</w:t>
      </w:r>
      <w:r>
        <w:br/>
      </w:r>
      <w:r>
        <w:rPr>
          <w:sz w:val="20"/>
        </w:rPr>
        <w:t>23:44  to mein ne kaha ke dekhiye itni bari universe mein aik sirf aik planet earth ka ke andar yeh baat paya jana jo apnay mehwar par, apnay axis par rotate karti hai, yeh aik direct intervention ko batata hai.</w:t>
      </w:r>
      <w:r>
        <w:br/>
      </w:r>
      <w:r>
        <w:rPr>
          <w:sz w:val="20"/>
        </w:rPr>
        <w:t>24:03  baghair intervention ke, yani "where there is exception, there is intervention".</w:t>
      </w:r>
      <w:r>
        <w:br/>
      </w:r>
      <w:r>
        <w:rPr>
          <w:sz w:val="20"/>
        </w:rPr>
        <w:t>24:09  jab bhi koi, mislan yeh hamara kamra hai, suppose yahan par panch kursiyan hain, agli baar koi aaye to yahan chaar kursi milay, sirf hum ne kisi ne interview kiya, panch ko chaar kar diya.</w:t>
      </w:r>
      <w:r>
        <w:br/>
      </w:r>
      <w:r>
        <w:rPr>
          <w:sz w:val="20"/>
        </w:rPr>
        <w:t>24:23  jab bhi kahin exception ho to samajh lijiye ke wahan intervention hai. jab intervention hai to is ka matlab hai kisi ne interview kiya, kisi kisi ne interview kar ke wahan ke is ko badal diya.</w:t>
      </w:r>
      <w:r>
        <w:br/>
      </w:r>
      <w:r>
        <w:rPr>
          <w:sz w:val="20"/>
        </w:rPr>
        <w:t>24:36  inhi baaton ko dekh kar Einstein ne, jo bohat bara scientist tha, us ne kaha tha ke "I believe that there is a reality outside of us."</w:t>
      </w:r>
      <w:r>
        <w:br/>
      </w:r>
      <w:r>
        <w:rPr>
          <w:sz w:val="20"/>
        </w:rPr>
        <w:t>24:49  "I believe that there is a reality outside of us." Yaani aise waqiaat is ko nazar aaye universe mein ke is ko maanna parta tha ke hum se bahar koi cheez hai.</w:t>
      </w:r>
      <w:r>
        <w:br/>
      </w:r>
      <w:r>
        <w:rPr>
          <w:sz w:val="20"/>
        </w:rPr>
        <w:t>25:02  "Why this intervention? Why this exception?"</w:t>
      </w:r>
      <w:r>
        <w:br/>
      </w:r>
      <w:r>
        <w:rPr>
          <w:sz w:val="20"/>
        </w:rPr>
        <w:t>25:08  to itni bari universe mein sirf ek choti zameen ka is ke andar yeh sifat hona ke woh apne axis pe rotate kare, khula hua intervention ka maamla hai.</w:t>
      </w:r>
      <w:r>
        <w:br/>
      </w:r>
      <w:r>
        <w:rPr>
          <w:sz w:val="20"/>
        </w:rPr>
        <w:t>25:21  aur jahan intarvyushan ho to is maani hai ke koi hai jis ne intarvyu kiya. to goya ke kainaat bata rahi hai ke mera ek krietar hai.</w:t>
      </w:r>
      <w:r>
        <w:br/>
      </w:r>
      <w:r>
        <w:rPr>
          <w:sz w:val="20"/>
        </w:rPr>
        <w:t>25:31  agar krietar na ho to intarvyu kaun karega wahan par?</w:t>
      </w:r>
    </w:p>
    <w:p>
      <w:pPr>
        <w:pStyle w:val="Heading2"/>
      </w:pPr>
      <w:r>
        <w:t>Satan's ingratitude: fixating on the one thing missing</w:t>
      </w:r>
    </w:p>
    <w:p>
      <w:r>
        <w:rPr>
          <w:color w:val="666666"/>
          <w:sz w:val="18"/>
        </w:rPr>
        <w:t>Communal Interpretation of Islam, February 27, 2011 · 5m 15s · at 1:30:49 · https://youtu.be/6RmJeBE6wyY?t=5449</w:t>
      </w:r>
    </w:p>
    <w:p>
      <w:r>
        <w:rPr>
          <w:i/>
        </w:rPr>
        <w:t>“You will not find most of them grateful, Satan said”</w:t>
      </w:r>
    </w:p>
    <w:p>
      <w:r>
        <w:rPr>
          <w:sz w:val="20"/>
        </w:rPr>
        <w:t>1:30:49  mus aishane diliselikhaha: "in chapter number seven, verse number one seven of Quran, it is mentioned that Satan said to God: you will not find most of them grateful.</w:t>
      </w:r>
      <w:r>
        <w:br/>
      </w:r>
      <w:r>
        <w:rPr>
          <w:sz w:val="20"/>
        </w:rPr>
        <w:t>1:31:07  Maulana, kindly explain this. La tajad akthar shakin. Yeh bahut zyada sochne ki baat hai.</w:t>
      </w:r>
      <w:r>
        <w:br/>
      </w:r>
      <w:r>
        <w:rPr>
          <w:sz w:val="20"/>
        </w:rPr>
        <w:t>1:31:19  main jabpadhtahoon yah quran majid mein jo qissahai ablis ka aur adam ka, aur jab allhtala ne banaya usko, aur sajda qbulkiya, yah qissah quran mein kai bar aya hai,</w:t>
      </w:r>
      <w:r>
        <w:br/>
      </w:r>
      <w:r>
        <w:rPr>
          <w:sz w:val="20"/>
        </w:rPr>
        <w:t>1:31:34  kai bar.</w:t>
      </w:r>
      <w:r>
        <w:br/>
      </w:r>
      <w:r>
        <w:rPr>
          <w:sz w:val="20"/>
        </w:rPr>
        <w:t>1:31:37  to asmeinsari yani yani is yani harqism kasabaqasmein maujud hai, harqism kasabaq.</w:t>
      </w:r>
      <w:r>
        <w:br/>
      </w:r>
      <w:r>
        <w:rPr>
          <w:sz w:val="20"/>
        </w:rPr>
        <w:t>1:31:47  misalan isvaaqe kolijiye ki allhtala ne paida kiya jinko, phirpaida kiya insanko. insanko paida kiya tha mttise, jinko paida kiya tha aag se.</w:t>
      </w:r>
      <w:r>
        <w:br/>
      </w:r>
      <w:r>
        <w:rPr>
          <w:sz w:val="20"/>
        </w:rPr>
        <w:t>1:32:02  to Allah ta'ala ne kaha tha ke sab log jhuk jaaen Adam ke aagay.</w:t>
      </w:r>
      <w:r>
        <w:br/>
      </w:r>
      <w:r>
        <w:rPr>
          <w:sz w:val="20"/>
        </w:rPr>
        <w:t>1:32:06  to malaika jhuk gaye, farishte, aur insaan, aur aur shaitan nahi jhuka, jo ke jinnat tha. to us ne us ko kis sense mein liya? negative sense mein liya ke Allah ta'ala ne Adam ko mujh se bartar bana diya aur mujh se kam, mujhe kam, kam bana diya.</w:t>
      </w:r>
      <w:r>
        <w:br/>
      </w:r>
      <w:r>
        <w:rPr>
          <w:sz w:val="20"/>
        </w:rPr>
        <w:t>1:32:27  us ne kaha ke us ko paida kiya tune mitti se, aur mujh ko aag se paida kiya, aur main to bartar main tha. us ko kaise bartari de di aap ne? khalaqtani min naari wa khalaqtani min teeni.</w:t>
      </w:r>
      <w:r>
        <w:br/>
      </w:r>
      <w:r>
        <w:rPr>
          <w:sz w:val="20"/>
        </w:rPr>
        <w:t>1:32:37  yeh kya hai? is par main sochta hoon to us waqt bhi jinnat ko hazaron cheezen mili hui theen.</w:t>
      </w:r>
      <w:r>
        <w:br/>
      </w:r>
      <w:r>
        <w:rPr>
          <w:sz w:val="20"/>
        </w:rPr>
        <w:t>1:32:47  yeh jitna power tha jinnat ko, Iblees ek jinnat tha. ke aap Quran mein likha hua hai ke Hazrat Sulaiman jo badshah the, to un ke darbar mein jinnat bhi hua karte the.</w:t>
      </w:r>
      <w:r>
        <w:br/>
      </w:r>
      <w:r>
        <w:rPr>
          <w:sz w:val="20"/>
        </w:rPr>
        <w:t>1:33:00  Hazrat Usman ne chaha ke malika Saba ka takht jo hai, woh koi utha kar ke laaye. to Saba ka takht Yemen mein tha, yeh aur yeh khud Jerusalem mein the.</w:t>
      </w:r>
      <w:r>
        <w:br/>
      </w:r>
      <w:r>
        <w:rPr>
          <w:sz w:val="20"/>
        </w:rPr>
        <w:t>1:33:14  to chahte the ke Yemen se takht utha kar koi laaye aur yeh us ko yahan par yaani Jerusalem mein rakh de.</w:t>
      </w:r>
      <w:r>
        <w:br/>
      </w:r>
      <w:r>
        <w:rPr>
          <w:sz w:val="20"/>
        </w:rPr>
        <w:t>1:33:22  to ek jinnat ne kaha ke main main abhi yaani ek sakaram mein aisa kaam karta hoon. to us ne apna haath badhaya, wahan utha kar ke la kar wahan rakh diya.</w:t>
      </w:r>
      <w:r>
        <w:br/>
      </w:r>
      <w:r>
        <w:rPr>
          <w:sz w:val="20"/>
        </w:rPr>
        <w:t>1:33:33  itna power mila hua jinnat ko. ek cheez nahi mili, woh kya? ke Allah ta'ala ne kaha ke tum sab log jo hai, Adam ke aagay jhuk jao.</w:t>
      </w:r>
      <w:r>
        <w:br/>
      </w:r>
      <w:r>
        <w:rPr>
          <w:sz w:val="20"/>
        </w:rPr>
        <w:t>1:33:44  to</w:t>
      </w:r>
      <w:r>
        <w:br/>
      </w:r>
      <w:r>
        <w:rPr>
          <w:sz w:val="20"/>
        </w:rPr>
        <w:t>1:33:45  99 cheezen abhi bhi jinnat ko mili hui theen. ek cheez nahi mili thi, is par woh ghussa ho gaya, negative ho gaya aur nashukra ho gaya. to shukr aur nashukre ka yeh khulasa hai.</w:t>
      </w:r>
      <w:r>
        <w:br/>
      </w:r>
      <w:r>
        <w:rPr>
          <w:sz w:val="20"/>
        </w:rPr>
        <w:t>1:33:58  jitne log nashukre ki baaten karte hain, un ko dekhiye, aap abhi bhi un ko 99 cheezen mili hui hongi. ek cheez koi na milegi, usi par nashukre ho jayenge. woh</w:t>
      </w:r>
      <w:r>
        <w:br/>
      </w:r>
      <w:r>
        <w:rPr>
          <w:sz w:val="20"/>
        </w:rPr>
        <w:t>1:34:10  kisi ko bhi dekhiye, aap</w:t>
      </w:r>
      <w:r>
        <w:br/>
      </w:r>
      <w:r>
        <w:rPr>
          <w:sz w:val="20"/>
        </w:rPr>
        <w:t>1:34:15  kisi ko bhi dekhiye, jo bhi nashukre ki baaten karta hai, to kisi ek cheez ko le kar ke woh nashukre ki baaten kar raha hoga. jab ke usi waqt us ko beshumar mili hui hain.</w:t>
      </w:r>
      <w:r>
        <w:br/>
      </w:r>
      <w:r>
        <w:rPr>
          <w:sz w:val="20"/>
        </w:rPr>
        <w:t>1:34:28  maslan mujhe ek saahab se mulaqat thi, to woh nashukre ki baaten karne lage ke mere paas ghar nahi, mere paas car nahi, mere paas job nahi. to main ne kaha ke aap khud to aap hain, abhi bhi</w:t>
      </w:r>
      <w:r>
        <w:br/>
      </w:r>
      <w:r>
        <w:rPr>
          <w:sz w:val="20"/>
        </w:rPr>
        <w:t>1:34:38  zuban hai, aap bol rahe hain, aankh hai, aap dekh rahe hain, dimaagh hai, aap soch rahe hain, paon hain, aap chal rahe hain. yeh to har car se zyada qeemti hai, har ghar se zyada qeemti hai.</w:t>
      </w:r>
      <w:r>
        <w:br/>
      </w:r>
      <w:r>
        <w:rPr>
          <w:sz w:val="20"/>
        </w:rPr>
        <w:t>1:34:49  is tarah koi nahi sochta. ek mili hui cheez par focus kar ke woh nashukre mein pad jaata hai, ungrateful ban jaata hai aur 99 mili hui cheezon ko bhool jaata hai.</w:t>
      </w:r>
      <w:r>
        <w:br/>
      </w:r>
      <w:r>
        <w:rPr>
          <w:sz w:val="20"/>
        </w:rPr>
        <w:t>1:35:02  yeh Iblees ne kiya tha.</w:t>
      </w:r>
      <w:r>
        <w:br/>
      </w:r>
      <w:r>
        <w:rPr>
          <w:sz w:val="20"/>
        </w:rPr>
        <w:t>1:35:06  to jo aaj jo aaj jo log yeh aisa karein, to Iblees ne jo challenge kiya tha ke bila etda akthar shakin keh yahi nafsiyat mein sab mein paida kar doonga.</w:t>
      </w:r>
      <w:r>
        <w:br/>
      </w:r>
      <w:r>
        <w:rPr>
          <w:sz w:val="20"/>
        </w:rPr>
        <w:t>1:35:19  to aap dekhein, saari duniya isi mein isi mein phansi hui hai. yaani Iblees ne aisa logon ko sikhaya ke bas ek cheez par focus karo, baqi cheezon ko bhula do.</w:t>
      </w:r>
      <w:r>
        <w:br/>
      </w:r>
      <w:r>
        <w:rPr>
          <w:sz w:val="20"/>
        </w:rPr>
        <w:t>1:35:30  to kaisi ajeeb baat hai ke saari duniya Iblees ki pairvi kar rahi hai. jisko bhi dekhiye, saari duniya hamesha Iblees ki pairvi kar rahi hai.</w:t>
      </w:r>
      <w:r>
        <w:br/>
      </w:r>
      <w:r>
        <w:rPr>
          <w:sz w:val="20"/>
        </w:rPr>
        <w:t>1:35:40  aur pairvi kya hai? ek na mili hui cheez par focus karna aur 99 mili hui cheez ko bhula dena. yeh Iblees ki sunnat hai aur sab ke log isi isi par chal rahe hain.</w:t>
      </w:r>
      <w:r>
        <w:br/>
      </w:r>
      <w:r>
        <w:rPr>
          <w:sz w:val="20"/>
        </w:rPr>
        <w:t>1:35:53  bahut hi dangerous situation hai, bahut hi risk ki si hai yeh cheez, kyunke Allah ki rehmat se woh insaan mehroom ho jayega jo nashukre mein padega.</w:t>
      </w:r>
    </w:p>
    <w:p>
      <w:pPr>
        <w:pStyle w:val="Heading2"/>
      </w:pPr>
      <w:r>
        <w:t>Paradise, test, and conditioning of mankind</w:t>
      </w:r>
    </w:p>
    <w:p>
      <w:r>
        <w:rPr>
          <w:color w:val="666666"/>
          <w:sz w:val="18"/>
        </w:rPr>
        <w:t>Missing Pair of Our World | May 7, 2007 · 6m 05s · at 25:55 · https://youtu.be/debZDQerew0?t=1555</w:t>
      </w:r>
    </w:p>
    <w:p>
      <w:r>
        <w:rPr>
          <w:i/>
        </w:rPr>
        <w:t>“This settlement will be on selective basis rather than common basis.”</w:t>
      </w:r>
    </w:p>
    <w:p>
      <w:r>
        <w:rPr>
          <w:sz w:val="20"/>
        </w:rPr>
        <w:t>25:55  This settlement will be on selective basis rather than common basis.</w:t>
      </w:r>
      <w:r>
        <w:br/>
      </w:r>
      <w:r>
        <w:rPr>
          <w:sz w:val="20"/>
        </w:rPr>
        <w:t>26:01  It means that everyone is not going to Paradise.</w:t>
      </w:r>
      <w:r>
        <w:br/>
      </w:r>
      <w:r>
        <w:rPr>
          <w:sz w:val="20"/>
        </w:rPr>
        <w:t>26:07  Every man and woman is not going to "paradise".</w:t>
      </w:r>
      <w:r>
        <w:br/>
      </w:r>
      <w:r>
        <w:rPr>
          <w:sz w:val="20"/>
        </w:rPr>
        <w:t>26:13  Only selective people will receive this blessing.</w:t>
      </w:r>
      <w:r>
        <w:br/>
      </w:r>
      <w:r>
        <w:rPr>
          <w:sz w:val="20"/>
        </w:rPr>
        <w:t>26:19  And who are those selective people? Those</w:t>
      </w:r>
      <w:r>
        <w:br/>
      </w:r>
      <w:r>
        <w:rPr>
          <w:sz w:val="20"/>
        </w:rPr>
        <w:t>26:25  who have, those who have stand in the test.</w:t>
      </w:r>
      <w:r>
        <w:br/>
      </w:r>
      <w:r>
        <w:rPr>
          <w:sz w:val="20"/>
        </w:rPr>
        <w:t>26:33  Those who stand in the test.</w:t>
      </w:r>
      <w:r>
        <w:br/>
      </w:r>
      <w:r>
        <w:rPr>
          <w:sz w:val="20"/>
        </w:rPr>
        <w:t>26:41  Those who are deserving candidate of "paradise".</w:t>
      </w:r>
      <w:r>
        <w:br/>
      </w:r>
      <w:r>
        <w:rPr>
          <w:sz w:val="20"/>
        </w:rPr>
        <w:t>26:49  And what is that test? God gave man freedom, because without freedom, there is no test.</w:t>
      </w:r>
      <w:r>
        <w:br/>
      </w:r>
      <w:r>
        <w:rPr>
          <w:sz w:val="20"/>
        </w:rPr>
        <w:t>26:57  So when God settled man in this testing ground in the present world, He gave man freedom, complete freedom.</w:t>
      </w:r>
      <w:r>
        <w:br/>
      </w:r>
      <w:r>
        <w:rPr>
          <w:sz w:val="20"/>
        </w:rPr>
        <w:t>27:07  And here is the test: Those who misuse their freedom, they will go to hell.</w:t>
      </w:r>
      <w:r>
        <w:br/>
      </w:r>
      <w:r>
        <w:rPr>
          <w:sz w:val="20"/>
        </w:rPr>
        <w:t>27:17  And those who</w:t>
      </w:r>
      <w:r>
        <w:br/>
      </w:r>
      <w:r>
        <w:rPr>
          <w:sz w:val="20"/>
        </w:rPr>
        <w:t>27:28  save themselves from misusing, they will go to "paradise".</w:t>
      </w:r>
      <w:r>
        <w:br/>
      </w:r>
      <w:r>
        <w:rPr>
          <w:sz w:val="20"/>
        </w:rPr>
        <w:t>27:35  So proper use of freedom and misuse of freedom, this is the demarcation of the both group.</w:t>
      </w:r>
      <w:r>
        <w:br/>
      </w:r>
      <w:r>
        <w:rPr>
          <w:sz w:val="20"/>
        </w:rPr>
        <w:t>27:43  This is the creation plan of God.</w:t>
      </w:r>
      <w:r>
        <w:br/>
      </w:r>
      <w:r>
        <w:rPr>
          <w:sz w:val="20"/>
        </w:rPr>
        <w:t>27:50  And according to this creation plan,</w:t>
      </w:r>
      <w:r>
        <w:br/>
      </w:r>
      <w:r>
        <w:rPr>
          <w:sz w:val="20"/>
        </w:rPr>
        <w:t>27:58  That missing pair of word is "paradise".</w:t>
      </w:r>
      <w:r>
        <w:br/>
      </w:r>
      <w:r>
        <w:rPr>
          <w:sz w:val="20"/>
        </w:rPr>
        <w:t>28:06  And "paradise" is the another part of our earth.</w:t>
      </w:r>
      <w:r>
        <w:br/>
      </w:r>
      <w:r>
        <w:rPr>
          <w:sz w:val="20"/>
        </w:rPr>
        <w:t>28:14  Then I would like to refer one very important point that is that these things are very clear,</w:t>
      </w:r>
      <w:r>
        <w:br/>
      </w:r>
      <w:r>
        <w:rPr>
          <w:sz w:val="20"/>
        </w:rPr>
        <w:t>28:22  But why people fail to understand it?</w:t>
      </w:r>
      <w:r>
        <w:br/>
      </w:r>
      <w:r>
        <w:rPr>
          <w:sz w:val="20"/>
        </w:rPr>
        <w:t>28:30  The reason is conditioning. There is a hadith. The Prophet of Islam has said: "Kal mauludi yulad al fitra yu waddanhi wa majsanihi wa nasrani"</w:t>
      </w:r>
      <w:r>
        <w:br/>
      </w:r>
      <w:r>
        <w:rPr>
          <w:sz w:val="20"/>
        </w:rPr>
        <w:t>29:00  .</w:t>
      </w:r>
      <w:r>
        <w:br/>
      </w:r>
      <w:r>
        <w:rPr>
          <w:sz w:val="20"/>
        </w:rPr>
        <w:t>29:07  Everyone is born in nature.</w:t>
      </w:r>
      <w:r>
        <w:br/>
      </w:r>
      <w:r>
        <w:rPr>
          <w:sz w:val="20"/>
        </w:rPr>
        <w:t>29:15  Everyone is born in divine nature.</w:t>
      </w:r>
      <w:r>
        <w:br/>
      </w:r>
      <w:r>
        <w:rPr>
          <w:sz w:val="20"/>
        </w:rPr>
        <w:t>29:22  Then his parents make him who are Christian or Parsi.</w:t>
      </w:r>
      <w:r>
        <w:br/>
      </w:r>
      <w:r>
        <w:rPr>
          <w:sz w:val="20"/>
        </w:rPr>
        <w:t>29:30  "These three words are, don't take these three words in a literal sense."</w:t>
      </w:r>
      <w:r>
        <w:br/>
      </w:r>
      <w:r>
        <w:rPr>
          <w:sz w:val="20"/>
        </w:rPr>
        <w:t>29:35  You have to generalize it.</w:t>
      </w:r>
      <w:r>
        <w:br/>
      </w:r>
      <w:r>
        <w:rPr>
          <w:sz w:val="20"/>
        </w:rPr>
        <w:t>29:40  You have to universalize it.</w:t>
      </w:r>
      <w:r>
        <w:br/>
      </w:r>
      <w:r>
        <w:rPr>
          <w:sz w:val="20"/>
        </w:rPr>
        <w:t>29:45  Then you will find the true meaning of this Hadith.</w:t>
      </w:r>
      <w:r>
        <w:br/>
      </w:r>
      <w:r>
        <w:rPr>
          <w:sz w:val="20"/>
        </w:rPr>
        <w:t>29:50  This hadith tells us about the conditioning.</w:t>
      </w:r>
      <w:r>
        <w:br/>
      </w:r>
      <w:r>
        <w:rPr>
          <w:sz w:val="20"/>
        </w:rPr>
        <w:t>29:55  What is now known the phenomena of now known as kundalini</w:t>
      </w:r>
      <w:r>
        <w:br/>
      </w:r>
      <w:r>
        <w:rPr>
          <w:sz w:val="20"/>
        </w:rPr>
        <w:t>30:00  Shunning? Conditioning.</w:t>
      </w:r>
      <w:r>
        <w:br/>
      </w:r>
      <w:r>
        <w:rPr>
          <w:sz w:val="20"/>
        </w:rPr>
        <w:t>30:10  تو this hadith means that everyone is Muslim by birth.</w:t>
      </w:r>
      <w:r>
        <w:br/>
      </w:r>
      <w:r>
        <w:rPr>
          <w:sz w:val="20"/>
        </w:rPr>
        <w:t>30:20  Everyone is Mr. Nature by birth, but his parents</w:t>
      </w:r>
      <w:r>
        <w:br/>
      </w:r>
      <w:r>
        <w:rPr>
          <w:sz w:val="20"/>
        </w:rPr>
        <w:t>30:30  turn, but his parents turn him into Mr. Conditioned. Everyone is Mr. Nature by birth, but his parents turn him into Mr. Conditioned.</w:t>
      </w:r>
      <w:r>
        <w:br/>
      </w:r>
      <w:r>
        <w:rPr>
          <w:sz w:val="20"/>
        </w:rPr>
        <w:t>31:00  .</w:t>
      </w:r>
      <w:r>
        <w:br/>
      </w:r>
      <w:r>
        <w:rPr>
          <w:sz w:val="20"/>
        </w:rPr>
        <w:t>31:06  So this is the problem.</w:t>
      </w:r>
      <w:r>
        <w:br/>
      </w:r>
      <w:r>
        <w:rPr>
          <w:sz w:val="20"/>
        </w:rPr>
        <w:t>31:12  According to my experience, I can say that there is no exception at all.</w:t>
      </w:r>
      <w:r>
        <w:br/>
      </w:r>
      <w:r>
        <w:rPr>
          <w:sz w:val="20"/>
        </w:rPr>
        <w:t>31:18  Everyone is Mr. Condition, because after taking birth, he lives in a family, in a society, in institutions.</w:t>
      </w:r>
      <w:r>
        <w:br/>
      </w:r>
      <w:r>
        <w:rPr>
          <w:sz w:val="20"/>
        </w:rPr>
        <w:t>31:24  So, everyone</w:t>
      </w:r>
      <w:r>
        <w:br/>
      </w:r>
      <w:r>
        <w:rPr>
          <w:sz w:val="20"/>
        </w:rPr>
        <w:t>31:31  becomes Mr. conditioned. The first thing is, the first thing that is required is to de-condition himself. Without de-conditioning, one cannot understand anything. Without de-conditioning, everyone is, everyone is stepped. Every</w:t>
      </w:r>
    </w:p>
    <w:p>
      <w:pPr>
        <w:pStyle w:val="Heading2"/>
      </w:pPr>
      <w:r>
        <w:t>Rediscovery for born Muslims</w:t>
      </w:r>
    </w:p>
    <w:p>
      <w:r>
        <w:rPr>
          <w:color w:val="666666"/>
          <w:sz w:val="18"/>
        </w:rPr>
        <w:t>Interaction with CPS Ulema October 3, 2020 Maulana Wahiduddin Khan · 3m 31s · at 1:32 · https://youtu.be/5MzuTftI8jY?t=92</w:t>
      </w:r>
    </w:p>
    <w:p>
      <w:r>
        <w:rPr>
          <w:i/>
        </w:rPr>
        <w:t>“We born Muslims think we already know truth.”</w:t>
      </w:r>
    </w:p>
    <w:p>
      <w:r>
        <w:rPr>
          <w:sz w:val="20"/>
        </w:rPr>
        <w:t>1:32  Is wajah se hum talash-e-haq ki zaroorat mehsoos nahi karte, aur isi wajah se hum seeker nahi bante. Aur ab sadiyon se yun hota chala aa raha hai ke musalman ki aksariyat seeker nahi hai aur maarfat se mahroom hai.</w:t>
      </w:r>
      <w:r>
        <w:br/>
      </w:r>
      <w:r>
        <w:rPr>
          <w:sz w:val="20"/>
        </w:rPr>
        <w:t>1:53  To ab is masle ka hal kya hai?</w:t>
      </w:r>
      <w:r>
        <w:br/>
      </w:r>
      <w:r>
        <w:rPr>
          <w:sz w:val="20"/>
        </w:rPr>
        <w:t>1:57  Is masle ka hal yeh hai ke aap aise log</w:t>
      </w:r>
      <w:r>
        <w:br/>
      </w:r>
      <w:r>
        <w:rPr>
          <w:sz w:val="20"/>
        </w:rPr>
        <w:t>2:03  Islam ki rediscovery karen, koi doosra hal nahi hai.</w:t>
      </w:r>
      <w:r>
        <w:br/>
      </w:r>
      <w:r>
        <w:rPr>
          <w:sz w:val="20"/>
        </w:rPr>
        <w:t>2:14  Dekhiye, Quran mein hai ke "waida zal fahada" ya "zal" ka mani gumrah nahi hai, seeker.</w:t>
      </w:r>
      <w:r>
        <w:br/>
      </w:r>
      <w:r>
        <w:rPr>
          <w:sz w:val="20"/>
        </w:rPr>
        <w:t>2:27  "Waida zal fahada"</w:t>
      </w:r>
      <w:r>
        <w:br/>
      </w:r>
      <w:r>
        <w:rPr>
          <w:sz w:val="20"/>
        </w:rPr>
        <w:t>2:31  To koi seeker paya to phir to koi hidayat di. To jab tak aap seeker na banen, aap ko sahi maanon mein find hi nahi ho sakti.</w:t>
      </w:r>
      <w:r>
        <w:br/>
      </w:r>
      <w:r>
        <w:rPr>
          <w:sz w:val="20"/>
        </w:rPr>
        <w:t>2:47  To jo log paida hue hain Islam mein, unke upar yeh karna hai ke woh Islam ko rediscovery banen. Rediscovery banne ka formula kya hai, woh hum ne apni kitab "Islam Rediscover" mein bataya hai,</w:t>
      </w:r>
      <w:r>
        <w:br/>
      </w:r>
      <w:r>
        <w:rPr>
          <w:sz w:val="20"/>
        </w:rPr>
        <w:t>3:05  "Islam Rediscover" to usko aap padh sakte hain.</w:t>
      </w:r>
      <w:r>
        <w:br/>
      </w:r>
      <w:r>
        <w:rPr>
          <w:sz w:val="20"/>
        </w:rPr>
        <w:t>3:13  Unka doosra sawal jo isi se milta julta hai: Allah taala ne musalmanon ko bohat se shauq diye, maslan Arab Israel jang mein shikast, Falasteen mein shikast, Hindustan mein Angrezon se shikast,</w:t>
      </w:r>
      <w:r>
        <w:br/>
      </w:r>
      <w:r>
        <w:rPr>
          <w:sz w:val="20"/>
        </w:rPr>
        <w:t>3:28  Kashmir mein nakami, Babri Masjid ka shauq, Mashriqi Pakistan ka shauq, Iraq, Afghanistan, Iran aur Yemen ka shauq, ab tel se mala mal mulkon ka diwaliya hone ka shauq waghera waghera.</w:t>
      </w:r>
      <w:r>
        <w:br/>
      </w:r>
      <w:r>
        <w:rPr>
          <w:sz w:val="20"/>
        </w:rPr>
        <w:t>3:44  Itni nakami dekhne ke baad bhi hum trigger kyun nahi hue?</w:t>
      </w:r>
      <w:r>
        <w:br/>
      </w:r>
      <w:r>
        <w:rPr>
          <w:sz w:val="20"/>
        </w:rPr>
        <w:t>3:50  Is ki wajah yeh hai ke paida hote hi aadmi sochta hai ke main to Muslim hoon.</w:t>
      </w:r>
      <w:r>
        <w:br/>
      </w:r>
      <w:r>
        <w:rPr>
          <w:sz w:val="20"/>
        </w:rPr>
        <w:t>3:59  Woh is is daur se guzarta hi nahi, "waida zal fahada".</w:t>
      </w:r>
      <w:r>
        <w:br/>
      </w:r>
      <w:r>
        <w:rPr>
          <w:sz w:val="20"/>
        </w:rPr>
        <w:t>4:10  to</w:t>
      </w:r>
      <w:r>
        <w:br/>
      </w:r>
      <w:r>
        <w:rPr>
          <w:sz w:val="20"/>
        </w:rPr>
        <w:t>4:14  aaj kal ke jo musalman hain, woh khade hue hain aqeeday par, discovery par nahi khade hue hain. aur mere ilm ke mutabiq poori history mein mujhe koi bhi nahi maloom</w:t>
      </w:r>
      <w:r>
        <w:br/>
      </w:r>
      <w:r>
        <w:rPr>
          <w:sz w:val="20"/>
        </w:rPr>
        <w:t>4:30  jo jis qareeb khada hua ho. albattah kuch log aise hain jo baaz ko islam qabool kiya unhon ne, woh is mein exception hain, mislan</w:t>
      </w:r>
      <w:r>
        <w:br/>
      </w:r>
      <w:r>
        <w:rPr>
          <w:sz w:val="20"/>
        </w:rPr>
        <w:t>4:47  nishi kant trade badshah, un ke case mein bayan kiya hai is kitab mein, yaani "islam re-discover".</w:t>
      </w:r>
      <w:r>
        <w:br/>
      </w:r>
      <w:r>
        <w:rPr>
          <w:sz w:val="20"/>
        </w:rPr>
        <w:t>4:58  woh waqai seeker tha, phir us ko islam mila.</w:t>
      </w:r>
    </w:p>
    <w:p>
      <w:pPr>
        <w:pStyle w:val="Heading2"/>
      </w:pPr>
      <w:r>
        <w:t>Understanding root ideology beats calling the West evil</w:t>
      </w:r>
    </w:p>
    <w:p>
      <w:r>
        <w:rPr>
          <w:color w:val="666666"/>
          <w:sz w:val="18"/>
        </w:rPr>
        <w:t>Pillars of Western Thought October 6, 2013 · 4m 45s · at 0:59 · https://youtu.be/o4WfPvju5_M?t=59</w:t>
      </w:r>
    </w:p>
    <w:p>
      <w:r>
        <w:rPr>
          <w:i/>
        </w:rPr>
        <w:t>“Muslims have written countless books calling the West evil”</w:t>
      </w:r>
    </w:p>
    <w:p>
      <w:r>
        <w:rPr>
          <w:sz w:val="20"/>
        </w:rPr>
        <w:t>0:59  musalmanon ne beshumar kitaben chhapi hain har zaban mein, arab se le kar naan arab tak, maghrib ke bare mein.</w:t>
      </w:r>
      <w:r>
        <w:br/>
      </w:r>
      <w:r>
        <w:rPr>
          <w:sz w:val="20"/>
        </w:rPr>
        <w:t>1:10  lekin jahan tak main janta hoon, yeh sari kitaben sirf yeh batati hain ke western world ek evil world hai.</w:t>
      </w:r>
      <w:r>
        <w:br/>
      </w:r>
      <w:r>
        <w:rPr>
          <w:sz w:val="20"/>
        </w:rPr>
        <w:t>1:21  evil world hai, wahan evil culture hai, evil character hai. sab kuch evil hai wahan.</w:t>
      </w:r>
      <w:r>
        <w:br/>
      </w:r>
      <w:r>
        <w:rPr>
          <w:sz w:val="20"/>
        </w:rPr>
        <w:t>1:30  main kahoon ga ke ram fishi, it stands rejected.</w:t>
      </w:r>
      <w:r>
        <w:br/>
      </w:r>
      <w:r>
        <w:rPr>
          <w:sz w:val="20"/>
        </w:rPr>
        <w:t>1:36  kyun ke is duniya mein dekhiye, chahe koi evil ho, tab bhi us ko ek justification chahiye. ek justified ideology chahiye.</w:t>
      </w:r>
      <w:r>
        <w:br/>
      </w:r>
      <w:r>
        <w:rPr>
          <w:sz w:val="20"/>
        </w:rPr>
        <w:t>1:49  is ke baghair woh phail nahin sakta, is ke baghair us ko duniya mein phailao nahin mil sakta.</w:t>
      </w:r>
      <w:r>
        <w:br/>
      </w:r>
      <w:r>
        <w:rPr>
          <w:sz w:val="20"/>
        </w:rPr>
        <w:t>1:57  to sirf yeh kehna, ek bura bhala kehna ke woh shajar khabeesa hai aur buraiyon ka,</w:t>
      </w:r>
      <w:r>
        <w:br/>
      </w:r>
      <w:r>
        <w:rPr>
          <w:sz w:val="20"/>
        </w:rPr>
        <w:t>2:08  sab buraiyon ka dher hai waghera, jo ke karte hain musalman, yeh bilkul abas hai, be faida hai, is ka koi faida nahin. is se aap us ko counter nahin kar sakte.</w:t>
      </w:r>
      <w:r>
        <w:br/>
      </w:r>
      <w:r>
        <w:rPr>
          <w:sz w:val="20"/>
        </w:rPr>
        <w:t>2:21  aap ko janna pare ga ke is ki jar mein kya hai, is ki ideology kya hai.</w:t>
      </w:r>
      <w:r>
        <w:br/>
      </w:r>
      <w:r>
        <w:rPr>
          <w:sz w:val="20"/>
        </w:rPr>
        <w:t>2:26  aur is ki ideology ko aap ko face karna pare ga. ideology satah par challenge hota hai. woh ab kisi ko khabar hi nahin.</w:t>
      </w:r>
      <w:r>
        <w:br/>
      </w:r>
      <w:r>
        <w:rPr>
          <w:sz w:val="20"/>
        </w:rPr>
        <w:t>2:36  jitni maine kitaben padhi hain, kisi ko pata hi nahin ke west ki ideology kya hai. mislan aap syed qutb ki kitab padhiye, America al-ti rai to.</w:t>
      </w:r>
      <w:r>
        <w:br/>
      </w:r>
      <w:r>
        <w:rPr>
          <w:sz w:val="20"/>
        </w:rPr>
        <w:t>2:50  America jis ko maine dekha, to kuch nahin is mein mile ga aap ko,</w:t>
      </w:r>
      <w:r>
        <w:br/>
      </w:r>
      <w:r>
        <w:rPr>
          <w:sz w:val="20"/>
        </w:rPr>
        <w:t>2:54  siwaye is ke kuch buraiyan, nudity hai jis mislan barhangi, abahiyat, permissive society, aisi kuch.</w:t>
      </w:r>
      <w:r>
        <w:br/>
      </w:r>
      <w:r>
        <w:rPr>
          <w:sz w:val="20"/>
        </w:rPr>
        <w:t>3:03  yeh to oopri cheezen hain. asal jo hai is ki woh doosri hai.</w:t>
      </w:r>
      <w:r>
        <w:br/>
      </w:r>
      <w:r>
        <w:rPr>
          <w:sz w:val="20"/>
        </w:rPr>
        <w:t>3:10  to dekhiye, main apne study ke mutabiq arz karna chahta hoon ke</w:t>
      </w:r>
      <w:r>
        <w:br/>
      </w:r>
      <w:r>
        <w:rPr>
          <w:sz w:val="20"/>
        </w:rPr>
        <w:t>3:18  jo moajza jo maghrib hai, us ke char basic sutoon hain, pillars hain.</w:t>
      </w:r>
      <w:r>
        <w:br/>
      </w:r>
      <w:r>
        <w:rPr>
          <w:sz w:val="20"/>
        </w:rPr>
        <w:t>3:28  pillars. woh hain newton, isaac newton, charles darwin, karl marx, aur sigmund freud.</w:t>
      </w:r>
      <w:r>
        <w:br/>
      </w:r>
      <w:r>
        <w:rPr>
          <w:sz w:val="20"/>
        </w:rPr>
        <w:t>3:43  in charon ke khayalat unniswin sadi mein phailay, nineteen century mein. jab ke trace ka zamana aa chuka tha.</w:t>
      </w:r>
      <w:r>
        <w:br/>
      </w:r>
      <w:r>
        <w:rPr>
          <w:sz w:val="20"/>
        </w:rPr>
        <w:t>3:53  dekhiye, kisi bhi khayal ko phailne ke liye trace zaroori hai.</w:t>
      </w:r>
      <w:r>
        <w:br/>
      </w:r>
      <w:r>
        <w:rPr>
          <w:sz w:val="20"/>
        </w:rPr>
        <w:t>3:59  is tarah ka ek waqea hua tha dasveen sadi isvi mein ke khan al-safa iraq mein bani thi, ek khan al-safa, woh bhi isi tarah ki ek ek tanzeem thi, jo secret tanzeem thi.</w:t>
      </w:r>
      <w:r>
        <w:br/>
      </w:r>
      <w:r>
        <w:rPr>
          <w:sz w:val="20"/>
        </w:rPr>
        <w:t>4:19  to woh phaili nahi, woh kyunke woh printing press ka zamana nahi tha, woh</w:t>
      </w:r>
      <w:r>
        <w:br/>
      </w:r>
      <w:r>
        <w:rPr>
          <w:sz w:val="20"/>
        </w:rPr>
        <w:t>4:23  mahdood daira mein rahi, aur phir woh ab woh us ki kitabein jo hain, kisi kisi kisi kutub khane mein milein gi aap ko, aur kahin nahi milein gi.</w:t>
      </w:r>
      <w:r>
        <w:br/>
      </w:r>
      <w:r>
        <w:rPr>
          <w:sz w:val="20"/>
        </w:rPr>
        <w:t>4:35  rasail is khawar al-safa jo hain, woh hum ne parha tha madrasay ke zamane mein. lekin us ki hesiyat kya hai? printing press ka zamana in ko nahi mila, is liye woh khatam ho gaye.</w:t>
      </w:r>
      <w:r>
        <w:br/>
      </w:r>
      <w:r>
        <w:rPr>
          <w:sz w:val="20"/>
        </w:rPr>
        <w:t>4:48  to yeh jo chaar pillars hain, in ke baray mein arz karna chahta hoon ke unhone kuch ideology dunya ko di, aisi ideology jo attract karti thi insan ke zehn ko.</w:t>
      </w:r>
      <w:r>
        <w:br/>
      </w:r>
      <w:r>
        <w:rPr>
          <w:sz w:val="20"/>
        </w:rPr>
        <w:t>4:59  is ka matlab mein nahi keh raha hoon ke un ki ideology sahi thi. sahi nahi hai. lekin us andaaz se unhone pesh kiya ke woh logon ko attract kar rahi thi.</w:t>
      </w:r>
      <w:r>
        <w:br/>
      </w:r>
      <w:r>
        <w:rPr>
          <w:sz w:val="20"/>
        </w:rPr>
        <w:t>5:11  dekhiye, Isaac Newton jo hai, us ne kya kiya?</w:t>
      </w:r>
      <w:r>
        <w:br/>
      </w:r>
      <w:r>
        <w:rPr>
          <w:sz w:val="20"/>
        </w:rPr>
        <w:t>5:18  us ne kainat ka ek mechanical interpretation diya dunya ko. mechanical interpretation. to insan hamesha se chahta tha explain karna.</w:t>
      </w:r>
      <w:r>
        <w:br/>
      </w:r>
      <w:r>
        <w:rPr>
          <w:sz w:val="20"/>
        </w:rPr>
        <w:t>5:30  log intezar mein thay koi explanation milay. to Newton ka jo explanation tha, ab is mein mechanical tha, aur woh bohat hi adhura tha, lekin bohat us ko qabooliyat hasil hui.</w:t>
      </w:r>
    </w:p>
    <w:p>
      <w:pPr>
        <w:pStyle w:val="Heading2"/>
      </w:pPr>
      <w:r>
        <w:t>Q&amp;A: are God's rejection signs a point of no return</w:t>
      </w:r>
    </w:p>
    <w:p>
      <w:r>
        <w:rPr>
          <w:color w:val="666666"/>
          <w:sz w:val="18"/>
        </w:rPr>
        <w:t>Islam in Daily Life May 26, 2013 · 3m 33s · at 45:44 · https://youtu.be/iNyWPrbyyhA?t=2744</w:t>
      </w:r>
    </w:p>
    <w:p>
      <w:r>
        <w:rPr>
          <w:i/>
        </w:rPr>
        <w:t>“Question: are God's rejection signs a point of no return?”</w:t>
      </w:r>
    </w:p>
    <w:p>
      <w:r>
        <w:rPr>
          <w:sz w:val="20"/>
        </w:rPr>
        <w:t>45:44  sawal singapore se hai, slash, mister slash malhotra ka. unhon ne likha hai: "Maulana sahib I have a question for you today.</w:t>
      </w:r>
      <w:r>
        <w:br/>
      </w:r>
      <w:r>
        <w:rPr>
          <w:sz w:val="20"/>
        </w:rPr>
        <w:t>45:54  This pertains to your earlier podcast on signs of rejection by God. Are these signs a signal that man has crossed the point of no return and no repentance from here will work</w:t>
      </w:r>
      <w:r>
        <w:br/>
      </w:r>
      <w:r>
        <w:rPr>
          <w:sz w:val="20"/>
        </w:rPr>
        <w:t>46:09  ? Maulana sahib please shed some light on this subject. rashal kamai to hai inkar karna. ji. nishaniyon ka inkar?</w:t>
      </w:r>
      <w:r>
        <w:br/>
      </w:r>
      <w:r>
        <w:rPr>
          <w:sz w:val="20"/>
        </w:rPr>
        <w:t>46:19  ji. kya matlab nishaniyon ka inkar? nishaniyon ka inkar insan karta hai. achha hai. phir se padhiye to. phir se padhiye.</w:t>
      </w:r>
      <w:r>
        <w:br/>
      </w:r>
      <w:r>
        <w:rPr>
          <w:sz w:val="20"/>
        </w:rPr>
        <w:t>46:29  I have a question for you today. This pertains to your earlier podcast on signs of rejection by God</w:t>
      </w:r>
      <w:r>
        <w:br/>
      </w:r>
      <w:r>
        <w:rPr>
          <w:sz w:val="20"/>
        </w:rPr>
        <w:t>46:36  . Are these signs a signal that man has crossed the point of no return and no repentance from here will work?</w:t>
      </w:r>
      <w:r>
        <w:br/>
      </w:r>
      <w:r>
        <w:rPr>
          <w:sz w:val="20"/>
        </w:rPr>
        <w:t>46:48  mein jahan tak mein samajh paya hoon yeh shayad yeh kehna chahte hain ke Allah ki taraf se jo koi nishani zahir ho aur us ko insan usay sabak na le aur uska inkar kare</w:t>
      </w:r>
      <w:r>
        <w:br/>
      </w:r>
      <w:r>
        <w:rPr>
          <w:sz w:val="20"/>
        </w:rPr>
        <w:t>47:03  to kya uska nateeja yeh hoga ke insan jo hai ab is ki islaah khatam ho gayi? ab woh is ab woh punishment hi is ke hissay muqaddar hai?</w:t>
      </w:r>
      <w:r>
        <w:br/>
      </w:r>
      <w:r>
        <w:rPr>
          <w:sz w:val="20"/>
        </w:rPr>
        <w:t>47:14  yeh matlab hai is ka? ji Maulana yahi yahi yahi lag raha hai. haan agar yeh matlab hai to mera mudda</w:t>
      </w:r>
      <w:r>
        <w:br/>
      </w:r>
      <w:r>
        <w:rPr>
          <w:sz w:val="20"/>
        </w:rPr>
        <w:t>47:23  aisa nahi hoga. mujhe yaad nahi kya kaha tha maine ke koi bhi yani Allah ki taraf se nishaniyan zahir hoti hain to ek to koi bhi inkar aap ko foran yani Allah ka final nahi ban jata.</w:t>
      </w:r>
      <w:r>
        <w:br/>
      </w:r>
      <w:r>
        <w:rPr>
          <w:sz w:val="20"/>
        </w:rPr>
        <w:t>47:40  kyun ke signs to rozana zahir hote hain.</w:t>
      </w:r>
      <w:r>
        <w:br/>
      </w:r>
      <w:r>
        <w:rPr>
          <w:sz w:val="20"/>
        </w:rPr>
        <w:t>47:43  aap inkar karein, inkar karein lekin kisi waqt agar aap ko tofeeq ho jaye manne ki aur aap loten, you turn lein to Allah aap ko accept kar lega.</w:t>
      </w:r>
      <w:r>
        <w:br/>
      </w:r>
      <w:r>
        <w:rPr>
          <w:sz w:val="20"/>
        </w:rPr>
        <w:t>47:56  kyun ke hadith mein hai ke</w:t>
      </w:r>
      <w:r>
        <w:br/>
      </w:r>
      <w:r>
        <w:rPr>
          <w:sz w:val="20"/>
        </w:rPr>
        <w:t>48:02  "yaqbalu al-tawba bi-ghayri ghurqin". Allah aakhir waqt tak tauba qabool karta hai.</w:t>
      </w:r>
      <w:r>
        <w:br/>
      </w:r>
      <w:r>
        <w:rPr>
          <w:sz w:val="20"/>
        </w:rPr>
        <w:t>48:10  to chahe aap ne bar bar nishaniyon ka inkar kiya ho lekin kabhi aap ko subah shaam mein aap ko yani aap ka mind jo hai jaag uthe aur aap yani soche ke main ghalati kar raha tha</w:t>
      </w:r>
      <w:r>
        <w:br/>
      </w:r>
      <w:r>
        <w:rPr>
          <w:sz w:val="20"/>
        </w:rPr>
        <w:t>48:27  "I was wrong, I was wrong, I was wrong". aur phir aap Allah ki taraf chal padein. to hadith mein aata hai ke tum agar chal kar aaoge Allah ki taraf to Allah tumhein daud kar aayega tumhari taraf.</w:t>
      </w:r>
      <w:r>
        <w:br/>
      </w:r>
      <w:r>
        <w:rPr>
          <w:sz w:val="20"/>
        </w:rPr>
        <w:t>48:44  bahut ajeeb hadith ek hai. koi banda agar Allah ki taraf agar chal kar aata hai to Allah us ko daud kar aata hai.</w:t>
      </w:r>
      <w:r>
        <w:br/>
      </w:r>
      <w:r>
        <w:rPr>
          <w:sz w:val="20"/>
        </w:rPr>
        <w:t>48:54  to koi bhi rejection signs ka insan ko punishment ka mustahiq foran nahi banata. Allah us ko aur mauqa deta hai, aur mauqa, aur mauqa deta hai.</w:t>
      </w:r>
      <w:r>
        <w:br/>
      </w:r>
      <w:r>
        <w:rPr>
          <w:sz w:val="20"/>
        </w:rPr>
        <w:t>49:08  to five hours no return bahut der mein aata hai, foran nahi aata. Maulana agla sawal Ahmedabad se hai, Ibrahim sahib ka</w:t>
      </w:r>
    </w:p>
    <w:p>
      <w:pPr>
        <w:pStyle w:val="Heading2"/>
      </w:pPr>
      <w:r>
        <w:t>Hadith of the four daily moments: prayer, self-check, nature, work</w:t>
      </w:r>
    </w:p>
    <w:p>
      <w:r>
        <w:rPr>
          <w:color w:val="666666"/>
          <w:sz w:val="18"/>
        </w:rPr>
        <w:t>God Oriented Life (English) January 6, 2007 Maulana Wahiduddin Khan · 5m 25s · at 39:54 · https://youtu.be/kjKfha7l8uo?t=2394</w:t>
      </w:r>
    </w:p>
    <w:p>
      <w:r>
        <w:rPr>
          <w:i/>
        </w:rPr>
        <w:t>“According to this hadith, every human being has four moments”</w:t>
      </w:r>
    </w:p>
    <w:p>
      <w:r>
        <w:rPr>
          <w:sz w:val="20"/>
        </w:rPr>
        <w:t>39:54  deen. i would like to add one hadith. that tells us. the formula.</w:t>
      </w:r>
      <w:r>
        <w:br/>
      </w:r>
      <w:r>
        <w:rPr>
          <w:sz w:val="20"/>
        </w:rPr>
        <w:t>40:04  of this kind of life. there is a hadith. in this hadith there are four. four principles.</w:t>
      </w:r>
      <w:r>
        <w:br/>
      </w:r>
      <w:r>
        <w:rPr>
          <w:sz w:val="20"/>
        </w:rPr>
        <w:t>40:14  precisely there are four principles.</w:t>
      </w:r>
      <w:r>
        <w:br/>
      </w:r>
      <w:r>
        <w:rPr>
          <w:sz w:val="20"/>
        </w:rPr>
        <w:t>40:18  malik mugallub al-aql antakun sa'at. sa'at. rabb sa'at.</w:t>
      </w:r>
      <w:r>
        <w:br/>
      </w:r>
      <w:r>
        <w:rPr>
          <w:sz w:val="20"/>
        </w:rPr>
        <w:t>40:31  nafsah. wa sa'at. allah wa sa'at. yakhlu fiha li hajatih min al-matlab wal-mashriq.</w:t>
      </w:r>
      <w:r>
        <w:br/>
      </w:r>
      <w:r>
        <w:rPr>
          <w:sz w:val="20"/>
        </w:rPr>
        <w:t>40:46  is a saying of the prophet of islam.</w:t>
      </w:r>
      <w:r>
        <w:br/>
      </w:r>
      <w:r>
        <w:rPr>
          <w:sz w:val="20"/>
        </w:rPr>
        <w:t>40:50  so it is a hadith. so according to this hadith.</w:t>
      </w:r>
      <w:r>
        <w:br/>
      </w:r>
      <w:r>
        <w:rPr>
          <w:sz w:val="20"/>
        </w:rPr>
        <w:t>40:58  there.</w:t>
      </w:r>
      <w:r>
        <w:br/>
      </w:r>
      <w:r>
        <w:rPr>
          <w:sz w:val="20"/>
        </w:rPr>
        <w:t>41:01  yani every human being. every man and woman. must have.</w:t>
      </w:r>
      <w:r>
        <w:br/>
      </w:r>
      <w:r>
        <w:rPr>
          <w:sz w:val="20"/>
        </w:rPr>
        <w:t>41:09  four moments. four moments in their life.</w:t>
      </w:r>
      <w:r>
        <w:br/>
      </w:r>
      <w:r>
        <w:rPr>
          <w:sz w:val="20"/>
        </w:rPr>
        <w:t>41:16  one. when.</w:t>
      </w:r>
      <w:r>
        <w:br/>
      </w:r>
      <w:r>
        <w:rPr>
          <w:sz w:val="20"/>
        </w:rPr>
        <w:t>41:22  fiha rabb. when. he is busy. in whisper.</w:t>
      </w:r>
      <w:r>
        <w:br/>
      </w:r>
      <w:r>
        <w:rPr>
          <w:sz w:val="20"/>
        </w:rPr>
        <w:t>41:32  to god. with whisper to god. that is. yani. that is nearness to god.</w:t>
      </w:r>
      <w:r>
        <w:br/>
      </w:r>
      <w:r>
        <w:rPr>
          <w:sz w:val="20"/>
        </w:rPr>
        <w:t>41:43  presence of god.</w:t>
      </w:r>
      <w:r>
        <w:br/>
      </w:r>
      <w:r>
        <w:rPr>
          <w:sz w:val="20"/>
        </w:rPr>
        <w:t>41:44  he must experience. the presence of god. nearness of god. and he may.</w:t>
      </w:r>
      <w:r>
        <w:br/>
      </w:r>
      <w:r>
        <w:rPr>
          <w:sz w:val="20"/>
        </w:rPr>
        <w:t>41:52  he. must. engage in dua. called whisper. so there must be some moment when.</w:t>
      </w:r>
      <w:r>
        <w:br/>
      </w:r>
      <w:r>
        <w:rPr>
          <w:sz w:val="20"/>
        </w:rPr>
        <w:t>42:04  one feel so near to god. that he engage in whispers. in conversation. conversation.</w:t>
      </w:r>
      <w:r>
        <w:br/>
      </w:r>
      <w:r>
        <w:rPr>
          <w:sz w:val="20"/>
        </w:rPr>
        <w:t>42:15  to fiha rabb.</w:t>
      </w:r>
      <w:r>
        <w:br/>
      </w:r>
      <w:r>
        <w:rPr>
          <w:sz w:val="20"/>
        </w:rPr>
        <w:t>42:20  such moment when he is. very near to god. and he engage in conversation to god.</w:t>
      </w:r>
      <w:r>
        <w:br/>
      </w:r>
      <w:r>
        <w:rPr>
          <w:sz w:val="20"/>
        </w:rPr>
        <w:t>42:29  that is whisper. in the form of whisper. the second moment is.</w:t>
      </w:r>
      <w:r>
        <w:br/>
      </w:r>
      <w:r>
        <w:rPr>
          <w:sz w:val="20"/>
        </w:rPr>
        <w:t>42:40  yuhasib fiha nafsah. that is introspection.</w:t>
      </w:r>
      <w:r>
        <w:br/>
      </w:r>
      <w:r>
        <w:rPr>
          <w:sz w:val="20"/>
        </w:rPr>
        <w:t>42:46  so every day and night. one must experience. this kind of. moment also when he engage introspection.</w:t>
      </w:r>
      <w:r>
        <w:br/>
      </w:r>
      <w:r>
        <w:rPr>
          <w:sz w:val="20"/>
        </w:rPr>
        <w:t>43:01  in saying. in yourself. that is called introspection.</w:t>
      </w:r>
      <w:r>
        <w:br/>
      </w:r>
      <w:r>
        <w:rPr>
          <w:sz w:val="20"/>
        </w:rPr>
        <w:t>43:11  so is the second moment. when you are engaged in. introspection.</w:t>
      </w:r>
      <w:r>
        <w:br/>
      </w:r>
      <w:r>
        <w:rPr>
          <w:sz w:val="20"/>
        </w:rPr>
        <w:t>43:21  self self thinking. taking against your own self. anti maybe called anti self thinking.</w:t>
      </w:r>
      <w:r>
        <w:br/>
      </w:r>
      <w:r>
        <w:rPr>
          <w:sz w:val="20"/>
        </w:rPr>
        <w:t>43:32  so the second moment is. one when you are engaged in. anti self thinking.</w:t>
      </w:r>
      <w:r>
        <w:br/>
      </w:r>
      <w:r>
        <w:rPr>
          <w:sz w:val="20"/>
        </w:rPr>
        <w:t>43:40  yani finding. mistakes in your own. what was wrong with you. so introspection.</w:t>
      </w:r>
      <w:r>
        <w:br/>
      </w:r>
      <w:r>
        <w:rPr>
          <w:sz w:val="20"/>
        </w:rPr>
        <w:t>43:50  then the third moment is. contemplation. in the nature. in the creation.</w:t>
      </w:r>
      <w:r>
        <w:br/>
      </w:r>
      <w:r>
        <w:rPr>
          <w:sz w:val="20"/>
        </w:rPr>
        <w:t>44:00  fiha allah. third moment. so it is also necessary that you must find some experience</w:t>
      </w:r>
      <w:r>
        <w:br/>
      </w:r>
      <w:r>
        <w:rPr>
          <w:sz w:val="20"/>
        </w:rPr>
        <w:t>44:08  . you must experience some moment when. you are contemplating in the nature. in the. in the creation plan.</w:t>
      </w:r>
      <w:r>
        <w:br/>
      </w:r>
      <w:r>
        <w:rPr>
          <w:sz w:val="20"/>
        </w:rPr>
        <w:t>44:18  in the creation of god. and taking lessons from. from taking lesson from. creation.</w:t>
      </w:r>
      <w:r>
        <w:br/>
      </w:r>
      <w:r>
        <w:rPr>
          <w:sz w:val="20"/>
        </w:rPr>
        <w:t>44:28  taking lessons from. from. world around you. contemplation.</w:t>
      </w:r>
      <w:r>
        <w:br/>
      </w:r>
      <w:r>
        <w:rPr>
          <w:sz w:val="20"/>
        </w:rPr>
        <w:t>44:37  then the fourth is. to. to try to find some livelihood. for your life.</w:t>
      </w:r>
      <w:r>
        <w:br/>
      </w:r>
      <w:r>
        <w:rPr>
          <w:sz w:val="20"/>
        </w:rPr>
        <w:t>44:46  so first is. so first is. conversation with god.</w:t>
      </w:r>
      <w:r>
        <w:br/>
      </w:r>
      <w:r>
        <w:rPr>
          <w:sz w:val="20"/>
        </w:rPr>
        <w:t>44:55  second is introspection. third is contemplation. and fourth is. find some time to.</w:t>
      </w:r>
      <w:r>
        <w:br/>
      </w:r>
      <w:r>
        <w:rPr>
          <w:sz w:val="20"/>
        </w:rPr>
        <w:t>45:08  to. to get. livelihood for you. for your daily living</w:t>
      </w:r>
    </w:p>
    <w:p>
      <w:pPr>
        <w:pStyle w:val="Heading2"/>
      </w:pPr>
      <w:r>
        <w:t>full argument on converting hate into love to reach God</w:t>
      </w:r>
    </w:p>
    <w:p>
      <w:r>
        <w:rPr>
          <w:color w:val="666666"/>
          <w:sz w:val="18"/>
        </w:rPr>
        <w:t>The Power of Remembering God Often September 26, 2010 · 4m 32s · at 10:30 · https://youtu.be/GMmwEr7Wt80?t=630</w:t>
      </w:r>
    </w:p>
    <w:p>
      <w:r>
        <w:rPr>
          <w:i/>
        </w:rPr>
        <w:t>“This is exactly what happens with human beings too”</w:t>
      </w:r>
    </w:p>
    <w:p>
      <w:r>
        <w:rPr>
          <w:sz w:val="20"/>
        </w:rPr>
        <w:t>10:30  to mein ne socha ke yahi mamla insaan ka hai. insaan jeeta hai kis mein? hate mein jeeta hai. nafrat mein jeeta hai.</w:t>
      </w:r>
      <w:r>
        <w:br/>
      </w:r>
      <w:r>
        <w:rPr>
          <w:sz w:val="20"/>
        </w:rPr>
        <w:t>10:40  shikayat mein jeeta hai. karwapan mein jeeta hai. violence mein jeeta hai. hinsa mein.</w:t>
      </w:r>
      <w:r>
        <w:br/>
      </w:r>
      <w:r>
        <w:rPr>
          <w:sz w:val="20"/>
        </w:rPr>
        <w:t>10:46  jis ko dekhiye, kuch na kuch apne mind mein negative thought liye hue hain. negative boli bolta hai. to negative soch, negative feeling, negative behaviour,</w:t>
      </w:r>
      <w:r>
        <w:br/>
      </w:r>
      <w:r>
        <w:rPr>
          <w:sz w:val="20"/>
        </w:rPr>
        <w:t>11:02  is mein jeeta hai insaan. to jahan negativity aai, khuda ka inspiration wahan se chala gaya.</w:t>
      </w:r>
      <w:r>
        <w:br/>
      </w:r>
      <w:r>
        <w:rPr>
          <w:sz w:val="20"/>
        </w:rPr>
        <w:t>11:13  to kya wajah hai ke hum khuda ko bohat ziyada yaad nahin kar paate? kyun ke hamare aur khuda ke beech mein negative thought record ban gaye hain.</w:t>
      </w:r>
      <w:r>
        <w:br/>
      </w:r>
      <w:r>
        <w:rPr>
          <w:sz w:val="20"/>
        </w:rPr>
        <w:t>11:26  to hamein kya karna hoga? insaanon se hamein jo negative experience ho, us ko hamein bhulana pare ga.</w:t>
      </w:r>
      <w:r>
        <w:br/>
      </w:r>
      <w:r>
        <w:rPr>
          <w:sz w:val="20"/>
        </w:rPr>
        <w:t>11:39  sirf bhulana nahin, us ko convert</w:t>
      </w:r>
      <w:r>
        <w:br/>
      </w:r>
      <w:r>
        <w:rPr>
          <w:sz w:val="20"/>
        </w:rPr>
        <w:t>11:42  karna pare ga. negativity ko positivity mein convert karna pare ga. mein aksar kaha karta hoon ke khuda ne gaaye ko ke zariye aik demonstration diya hai.</w:t>
      </w:r>
      <w:r>
        <w:br/>
      </w:r>
      <w:r>
        <w:rPr>
          <w:sz w:val="20"/>
        </w:rPr>
        <w:t>11:57  yani "cow is a divine demonstration". yeh mein aksar kehta hoon.</w:t>
      </w:r>
      <w:r>
        <w:br/>
      </w:r>
      <w:r>
        <w:rPr>
          <w:sz w:val="20"/>
        </w:rPr>
        <w:t>12:06  kya? yani gaaye ko aap ne kya diya? ghaas diya. us ne kya lotaya</w:t>
      </w:r>
      <w:r>
        <w:br/>
      </w:r>
      <w:r>
        <w:rPr>
          <w:sz w:val="20"/>
        </w:rPr>
        <w:t>12:12  ؟ doodh lotaya. us ka matlab kya hua؟ ke "cow is an a divine industry".</w:t>
      </w:r>
      <w:r>
        <w:br/>
      </w:r>
      <w:r>
        <w:rPr>
          <w:sz w:val="20"/>
        </w:rPr>
        <w:t>12:21  that is able to convert non milk into milk. to khuda yeh bata raha hai insaan ko ke dekho, tum ko negativity ko positivity mein convert karna pare ga.</w:t>
      </w:r>
      <w:r>
        <w:br/>
      </w:r>
      <w:r>
        <w:rPr>
          <w:sz w:val="20"/>
        </w:rPr>
        <w:t>12:33  nafrat ko mohabbat mein convert karna pare ga. talkhi ko, karwahat ko mithas mein convert karna pare ga.</w:t>
      </w:r>
      <w:r>
        <w:br/>
      </w:r>
      <w:r>
        <w:rPr>
          <w:sz w:val="20"/>
        </w:rPr>
        <w:t>12:42  yahan tak ke dushmani ko dosti mein convert karna pare ga. badkhwahi ko khair khwahi mein convert karna pare ga. to aisa hoga ke</w:t>
      </w:r>
      <w:r>
        <w:br/>
      </w:r>
      <w:r>
        <w:rPr>
          <w:sz w:val="20"/>
        </w:rPr>
        <w:t>12:57  ke tumhare andar khuda jalwa kare ga. tum ko khuda ka inspiration pohnche ga. phir tum khuda ko yaad karoge.</w:t>
      </w:r>
      <w:r>
        <w:br/>
      </w:r>
      <w:r>
        <w:rPr>
          <w:sz w:val="20"/>
        </w:rPr>
        <w:t>13:07  phir tum har cheez mein khuda ka jalwa dekh paoge.</w:t>
      </w:r>
      <w:r>
        <w:br/>
      </w:r>
      <w:r>
        <w:rPr>
          <w:sz w:val="20"/>
        </w:rPr>
        <w:t>13:11  to logon ne kya kar rakha hai? nafrat ka cloud,</w:t>
      </w:r>
      <w:r>
        <w:br/>
      </w:r>
      <w:r>
        <w:rPr>
          <w:sz w:val="20"/>
        </w:rPr>
        <w:t>13:20  het aur shikayat ka badal apne aur khuda ke beech mein bana rakha hai.</w:t>
      </w:r>
      <w:r>
        <w:br/>
      </w:r>
      <w:r>
        <w:rPr>
          <w:sz w:val="20"/>
        </w:rPr>
        <w:t>13:29  is liye log zikr kaseer nahi kar paate.</w:t>
      </w:r>
      <w:r>
        <w:br/>
      </w:r>
      <w:r>
        <w:rPr>
          <w:sz w:val="20"/>
        </w:rPr>
        <w:t>13:33  kehte hain nahi, badi mahroomi hai ke jis khaliq ne aap ko banaya, jis khaliq ne yeh universe banaya, jis khaliq ne yeh life support system yahan par rakha, usi hi khuda ko aap yaad na kar sakein.</w:t>
      </w:r>
      <w:r>
        <w:br/>
      </w:r>
      <w:r>
        <w:rPr>
          <w:sz w:val="20"/>
        </w:rPr>
        <w:t>13:51  usi khuda ko aap acknowledge na kar sakein. to isi baat ko hadith mein is tarah kaha gaya hai ke "man lam yashkur al-nas lam yashkur Allah"</w:t>
      </w:r>
      <w:r>
        <w:br/>
      </w:r>
      <w:r>
        <w:rPr>
          <w:sz w:val="20"/>
        </w:rPr>
        <w:t>14:03  . jo aadmi insaan ka shukr na karega, woh khuda ka bhi shukr nahi karega. shukr ka matlab kya hai? acknowledge karna, itraaf karna, manna.</w:t>
      </w:r>
      <w:r>
        <w:br/>
      </w:r>
      <w:r>
        <w:rPr>
          <w:sz w:val="20"/>
        </w:rPr>
        <w:t>14:18  jab aap insaan ko, insaan ka itraaf na karein to is ka matlab hai ke aap ke andar itraaf ki salahiyat hi khatam ho gayi.</w:t>
      </w:r>
      <w:r>
        <w:br/>
      </w:r>
      <w:r>
        <w:rPr>
          <w:sz w:val="20"/>
        </w:rPr>
        <w:t>14:34  insaan ko acknowledge na karne ka matlab yeh hua ke aap ke andar acknowledge karne ki salahiyat khatam ho gayi. to aisa nahi ho sakta ke aap insaan ko to acknowledge na karein, achanak khuda ko acknowledge karne lagen.</w:t>
      </w:r>
      <w:r>
        <w:br/>
      </w:r>
      <w:r>
        <w:rPr>
          <w:sz w:val="20"/>
        </w:rPr>
        <w:t>14:50  aisa nahi ho sakta hai. jab aap khuda, jab aap insaan ko acknowledge karenge, tabhi aap khuda ko bhi acknowledge kar sakenge.</w:t>
      </w:r>
    </w:p>
    <w:p>
      <w:pPr>
        <w:pStyle w:val="Heading2"/>
      </w:pPr>
      <w:r>
        <w:t>Full journey: years of searching before finding Islam's truth</w:t>
      </w:r>
    </w:p>
    <w:p>
      <w:r>
        <w:rPr>
          <w:color w:val="666666"/>
          <w:sz w:val="18"/>
        </w:rPr>
        <w:t>Remembering Maulana Wahiduddin Khan April 21, 2024 · 4m 14s · at 20:40 · https://youtu.be/4ihrHq1uR3w?t=1240</w:t>
      </w:r>
    </w:p>
    <w:p>
      <w:r>
        <w:rPr>
          <w:i/>
        </w:rPr>
        <w:t>“Khudavand, tu kab aayega? Main kab tak tera intezar karoon?”</w:t>
      </w:r>
    </w:p>
    <w:p>
      <w:r>
        <w:rPr>
          <w:sz w:val="20"/>
        </w:rPr>
        <w:t>20:40  wo sachchai ki talash jo unko bachpan se thi, wo to unconscious level par thi. wahi jo baap ko talash karte-karte, wo wo khuda ki talash mein divert ho gayi. to lekin wo unconscious level pe thi. baad mein jab unhone kafi mutaliq kiya, kafi gaur o fikar kiya, to uske baad unko ehsaas hua. balki madrasatul islah mein</w:t>
      </w:r>
      <w:r>
        <w:br/>
      </w:r>
      <w:r>
        <w:rPr>
          <w:sz w:val="20"/>
        </w:rPr>
        <w:t>21:07  padhne ke baad unko ehsaas hua ki humne jo padhai, jo traditional uloom ko padha hai, usse jo naye-naye sawalaat logon ke andar paida ho rahe hain. kyunki galba tha western sciences ka, western thoughts ka jo galba tha, to uski wajah se naye-naye sawalaat paida ho rahe the. aur jo hamari jo traditional uloom the, usko padhne se uske jawabaat logon ko nahi mil rahe the. to</w:t>
      </w:r>
      <w:r>
        <w:br/>
      </w:r>
      <w:r>
        <w:rPr>
          <w:sz w:val="20"/>
        </w:rPr>
        <w:t>21:35  yeh ehsaas unko har baat ko bahut hi gehra ehsaas hota tha. to yeh ehsaas hua, to unhone talash karna shuru kar diya, sachchai ki talash. to uske liye safar karna shuru kar diya. kahin bhi chale jate. to isi mein kerala, unhone suna ki kanyakumari mein swami vivekanand ko sachchai mi</w:t>
      </w:r>
      <w:r>
        <w:br/>
      </w:r>
      <w:r>
        <w:rPr>
          <w:sz w:val="20"/>
        </w:rPr>
        <w:t>21:58  li thi. to wahan pahunch gaye sachchai ki talash mein. wahan jaakar usi patthar par, jahan swami vivekanand baithe the, wahin jaakar der tak baithe rahe, yahan tak ki suraj ghuroob ho gaya. to isi tarah se, usi chakkar mein wo lahore chale gaye the. to lekin wo matlab bechaini ka ek alam tha. ghar mein unko sukoon milta nahi tha. to</w:t>
      </w:r>
      <w:r>
        <w:br/>
      </w:r>
      <w:r>
        <w:rPr>
          <w:sz w:val="20"/>
        </w:rPr>
        <w:t>22:21  wo idhar-udhar, idhar-udhar chale jate the. aur raste mein kehte jate the, "khuda vand, tu kab aayega? main kab tak tera intezar karu?</w:t>
      </w:r>
      <w:r>
        <w:br/>
      </w:r>
      <w:r>
        <w:rPr>
          <w:sz w:val="20"/>
        </w:rPr>
        <w:t>22:31  main kab tak tere aane ka intezar karu?" to bahut saalon yeh guzra aisa. to isi tarah se talash karte-karte aur mutaliq karte-karte, finally unko laga ki unko ab sachchai ki daryaft ho gayi. unhone islam ki sachchai ko ab daryaft kiya hai.</w:t>
      </w:r>
      <w:r>
        <w:br/>
      </w:r>
      <w:r>
        <w:rPr>
          <w:sz w:val="20"/>
        </w:rPr>
        <w:t>22:52  kyunki iske liye unhone english padhi. english taqreeban 10 saal tak padhte rahe. aur english mein tamam kitabein, yahan tak ki bertrand russell ki bhi sari kitabein padh daali, jo ki bahut bada atheist tha. to sari kitabein padhne ke baad, jo unhone apni kitab "mazhab aur jadeed challenge" mein likha hai, aur doosri kitabon mein uski detail likhi hai, to</w:t>
      </w:r>
      <w:r>
        <w:br/>
      </w:r>
      <w:r>
        <w:rPr>
          <w:sz w:val="20"/>
        </w:rPr>
        <w:t>23:15  uske baad unko ehsaas hua ki wo unko sachchai mil gayi hai. to phir dobara kalma padha, aansuon ke saath. phir jo hai, unko phir usi ek samajh liya ki yahi sachchai hai. aur isi ke liye apni tan man dhan sab laga dena hai.</w:t>
      </w:r>
      <w:r>
        <w:br/>
      </w:r>
      <w:r>
        <w:rPr>
          <w:sz w:val="20"/>
        </w:rPr>
        <w:t>23:35  to aur isi dauran, jo kerala mein safar karne kerala gaye the, to wahan par unko ek isai padri ne ek wo diya, leaflet. leaflet diya. to leaflet jo hai,</w:t>
      </w:r>
      <w:r>
        <w:br/>
      </w:r>
      <w:r>
        <w:rPr>
          <w:sz w:val="20"/>
        </w:rPr>
        <w:t>23:53  yeh maulana ko bahut achha laga ki yeh dawat ka mission jo hai, yeh to bahut achha tareeka hai.</w:t>
      </w:r>
      <w:r>
        <w:br/>
      </w:r>
      <w:r>
        <w:rPr>
          <w:sz w:val="20"/>
        </w:rPr>
        <w:t>24:00  isi tarah se hamare paas leaflet hone chahiye. aur humein logon ko leaflet dena chahiye. to yeh wahan se unko dawat ki ka jo hai, ki kaise kiya jaye, uske liye literature ki tayyari ki jaye. to is tarah se unhone shuru kiya ki dawat e ilallah ka mission shuru kiya. aur jo unhone nayi-nayi baatein batai ki yeh kaam humein peaceful tareeqe se karna hai, logon ke saath khair khwahi ke saath kaam karna hai,</w:t>
      </w:r>
      <w:r>
        <w:br/>
      </w:r>
      <w:r>
        <w:rPr>
          <w:sz w:val="20"/>
        </w:rPr>
        <w:t>24:29  daai madhu ka rishta humein bataya. kyunki us zamane mein bas har aadmi se log nafrat kar rahe the. kyunki musalman samjhte the, inhone hamari political power ko chheena hai. to yeh sara bataya ki humein sabse mohabbat karni hai, nafrat nahi karna hai. sabr bardasht ke saath humein unko khuda ka paigham pahunchana hai. to yeh hai. ji, jazaakallah aap.</w:t>
      </w:r>
    </w:p>
    <w:p>
      <w:pPr>
        <w:pStyle w:val="Heading2"/>
      </w:pPr>
      <w:r>
        <w:t>Big Bang confirms Quranic prophecy of Creator</w:t>
      </w:r>
    </w:p>
    <w:p>
      <w:r>
        <w:rPr>
          <w:color w:val="666666"/>
          <w:sz w:val="18"/>
        </w:rPr>
        <w:t>Discovery of God November 3, 2019 Maulana Wahiduddin Khan · 4m 29s · at 5:34 · https://youtu.be/WUaOl0Kwwng?t=334</w:t>
      </w:r>
    </w:p>
    <w:p>
      <w:r>
        <w:rPr>
          <w:i/>
        </w:rPr>
        <w:t>“1927 mein, yani meri paidaish ke do saal baad”</w:t>
      </w:r>
    </w:p>
    <w:p>
      <w:r>
        <w:rPr>
          <w:sz w:val="20"/>
        </w:rPr>
        <w:t>5:34  mein samajhta hoon keh 1927 mein, yani meri paidaish ke do saal baad,</w:t>
      </w:r>
      <w:r>
        <w:br/>
      </w:r>
      <w:r>
        <w:rPr>
          <w:sz w:val="20"/>
        </w:rPr>
        <w:t>5:47  mein paida hua 1925 mein, aur yeh baat hai 1927 ki, jabkeh science daanon ne daryaft kiya keh sitare jo hain, yeh galaxy jo hai, woh phail rahi hai,</w:t>
      </w:r>
      <w:r>
        <w:br/>
      </w:r>
      <w:r>
        <w:rPr>
          <w:sz w:val="20"/>
        </w:rPr>
        <w:t>6:08  phail rahi hai, charon taraf phail rahi hai. to is ke yeh jo mushahida tha, is ko le kar science daanon ne bohat zyada study ki,</w:t>
      </w:r>
      <w:r>
        <w:br/>
      </w:r>
      <w:r>
        <w:rPr>
          <w:sz w:val="20"/>
        </w:rPr>
        <w:t>6:24  bohat zyada study ki. saare astronomers is mein lag gaye,</w:t>
      </w:r>
      <w:r>
        <w:br/>
      </w:r>
      <w:r>
        <w:rPr>
          <w:sz w:val="20"/>
        </w:rPr>
        <w:t>6:32  yahan tak keh 1927 mein</w:t>
      </w:r>
      <w:r>
        <w:br/>
      </w:r>
      <w:r>
        <w:rPr>
          <w:sz w:val="20"/>
        </w:rPr>
        <w:t>6:39  yeh</w:t>
      </w:r>
      <w:r>
        <w:br/>
      </w:r>
      <w:r>
        <w:rPr>
          <w:sz w:val="20"/>
        </w:rPr>
        <w:t>6:45  maan liya gaya keh</w:t>
      </w:r>
      <w:r>
        <w:br/>
      </w:r>
      <w:r>
        <w:rPr>
          <w:sz w:val="20"/>
        </w:rPr>
        <w:t>6:49  space mein ek ek big big bang hua hai,</w:t>
      </w:r>
      <w:r>
        <w:br/>
      </w:r>
      <w:r>
        <w:rPr>
          <w:sz w:val="20"/>
        </w:rPr>
        <w:t>6:57  bohat bara dhamaka,</w:t>
      </w:r>
      <w:r>
        <w:br/>
      </w:r>
      <w:r>
        <w:rPr>
          <w:sz w:val="20"/>
        </w:rPr>
        <w:t>7:04  big bang hua hai</w:t>
      </w:r>
      <w:r>
        <w:br/>
      </w:r>
      <w:r>
        <w:rPr>
          <w:sz w:val="20"/>
        </w:rPr>
        <w:t>7:11  1927 mein. mein is par soch raha tha keh big bang to haqeeqat mein tha, big beginning.</w:t>
      </w:r>
      <w:r>
        <w:br/>
      </w:r>
      <w:r>
        <w:rPr>
          <w:sz w:val="20"/>
        </w:rPr>
        <w:t>7:26  is is pas is pas manzar ko le kar socha gaya hai keh jab keh insan yeh keh raha tha keh koi</w:t>
      </w:r>
      <w:r>
        <w:br/>
      </w:r>
      <w:r>
        <w:rPr>
          <w:sz w:val="20"/>
        </w:rPr>
        <w:t>7:40  is kainat ka koi bigger beginner nahi hai,</w:t>
      </w:r>
      <w:r>
        <w:br/>
      </w:r>
      <w:r>
        <w:rPr>
          <w:sz w:val="20"/>
        </w:rPr>
        <w:t>7:48  yani koi khaliq nahi hai jis ne is kainat ka aaghaz kiya ho. yeh chali aa rahi hai, chali aa rahi hai, chali aa rahi hai.</w:t>
      </w:r>
      <w:r>
        <w:br/>
      </w:r>
      <w:r>
        <w:rPr>
          <w:sz w:val="20"/>
        </w:rPr>
        <w:t>7:59  is waqt</w:t>
      </w:r>
      <w:r>
        <w:br/>
      </w:r>
      <w:r>
        <w:rPr>
          <w:sz w:val="20"/>
        </w:rPr>
        <w:t>8:02  1927 mein yeh bhi kaha gaya keh 13 billion saal pehle universe ka ek ek big bang hua hai.</w:t>
      </w:r>
      <w:r>
        <w:br/>
      </w:r>
      <w:r>
        <w:rPr>
          <w:sz w:val="20"/>
        </w:rPr>
        <w:t>8:18  to big bang ka lafz yeh tha keh bara dhamaka, lekin dhamake ka koi waqt tha, zahir hai,</w:t>
      </w:r>
      <w:r>
        <w:br/>
      </w:r>
      <w:r>
        <w:rPr>
          <w:sz w:val="20"/>
        </w:rPr>
        <w:t>8:32  dhamake ki koi beginning thi. to agarcheh lafz bola gaya tha big bang, lekin</w:t>
      </w:r>
      <w:r>
        <w:br/>
      </w:r>
      <w:r>
        <w:rPr>
          <w:sz w:val="20"/>
        </w:rPr>
        <w:t>8:44  apne meaning ke aitbar se is ki meaning thi</w:t>
      </w:r>
      <w:r>
        <w:br/>
      </w:r>
      <w:r>
        <w:rPr>
          <w:sz w:val="20"/>
        </w:rPr>
        <w:t>8:56  big beginning. big bang ka matlab tha big beginning, yani ek space thi, space mein ek dhamaka hua.</w:t>
      </w:r>
      <w:r>
        <w:br/>
      </w:r>
      <w:r>
        <w:rPr>
          <w:sz w:val="20"/>
        </w:rPr>
        <w:t>9:12  is dhamake ke baad universe wajood aai.</w:t>
      </w:r>
      <w:r>
        <w:br/>
      </w:r>
      <w:r>
        <w:rPr>
          <w:sz w:val="20"/>
        </w:rPr>
        <w:t>9:21  to is ka matlab yeh hai ke woh jo insaan ne samajh liya tha ke koi Khuda nahi hai,</w:t>
      </w:r>
      <w:r>
        <w:br/>
      </w:r>
      <w:r>
        <w:rPr>
          <w:sz w:val="20"/>
        </w:rPr>
        <w:t>9:30  to science ki discovery yahan tak pahunchi, yahan tak pahunchi, yahan tak pahunchi ke 1927 mein ailaan kar diya gaya, jis ko tamam poori scientific community ne accept kar liya ke kainat ka ek beginner hai,</w:t>
      </w:r>
      <w:r>
        <w:br/>
      </w:r>
      <w:r>
        <w:rPr>
          <w:sz w:val="20"/>
        </w:rPr>
        <w:t>9:55  yaani kainat ka ek creator hai.</w:t>
      </w:r>
    </w:p>
    <w:p>
      <w:pPr>
        <w:pStyle w:val="Heading2"/>
      </w:pPr>
      <w:r>
        <w:t>Spirituality is a mind-based discipline, not a heart-based one</w:t>
      </w:r>
    </w:p>
    <w:p>
      <w:r>
        <w:rPr>
          <w:color w:val="666666"/>
          <w:sz w:val="18"/>
        </w:rPr>
        <w:t>The Importance of Intellectual Awakening September 30, 2007 · 5m 54s · at 49:07 · https://youtu.be/foRHHjBDbYI?t=2947</w:t>
      </w:r>
    </w:p>
    <w:p>
      <w:r>
        <w:rPr>
          <w:i/>
        </w:rPr>
        <w:t>“Roohaniyat zehn par mabni discipline hai”</w:t>
      </w:r>
    </w:p>
    <w:p>
      <w:r>
        <w:rPr>
          <w:sz w:val="20"/>
        </w:rPr>
        <w:t>49:07  baghair zehni bedari ke aap ko kuch bhi kuch kuch bhi nahi aap jaan sakte. jaise Quran mein hai ke waqayim min ayat fi al-samawati wal-ardi yamurrun alayha wahum anha mu'ridun.</w:t>
      </w:r>
      <w:r>
        <w:br/>
      </w:r>
      <w:r>
        <w:rPr>
          <w:sz w:val="20"/>
        </w:rPr>
        <w:t>49:28  ke zameen o aasman mein science, sign, science bikhre hue hain. is se log guzarte hain. lekin bas avoid kar ke chale aate hain.</w:t>
      </w:r>
      <w:r>
        <w:br/>
      </w:r>
      <w:r>
        <w:rPr>
          <w:sz w:val="20"/>
        </w:rPr>
        <w:t>49:42  jaise ke maine qissa bataya ke aap ko ke daak dhoop mein baitha hua tha. woh bhi ek ek ek sign tha, ek ek nishani tha. nishani yeh hai ke woh bata raha tha ke main janwar hoon to janwaron ki satah ki</w:t>
      </w:r>
      <w:r>
        <w:br/>
      </w:r>
      <w:r>
        <w:rPr>
          <w:sz w:val="20"/>
        </w:rPr>
        <w:t>49:54  zindagi meri hai. dekho main dhoop le raha hoon magar mujhe kuch pata nahi ke dhoop kya cheez hoti hai. lekin insaan ka satah jo hai woh yeh hai ke woh dhoop mein daryaft kare, dhoop ko daryaft kare, suraj ko daryaft kare, suraj ke nizaam ko.</w:t>
      </w:r>
      <w:r>
        <w:br/>
      </w:r>
      <w:r>
        <w:rPr>
          <w:sz w:val="20"/>
        </w:rPr>
        <w:t>50:11  yahan tak ke woh daryaft kar le khaliq ko.</w:t>
      </w:r>
      <w:r>
        <w:br/>
      </w:r>
      <w:r>
        <w:rPr>
          <w:sz w:val="20"/>
        </w:rPr>
        <w:t>50:17  to yeh hai, yaani yeh hai zehni bedari. aur yeh hai sachcha roza.</w:t>
      </w:r>
      <w:r>
        <w:br/>
      </w:r>
      <w:r>
        <w:rPr>
          <w:sz w:val="20"/>
        </w:rPr>
        <w:t>50:27  aur isi ka naam roohaniyat hai.</w:t>
      </w:r>
      <w:r>
        <w:br/>
      </w:r>
      <w:r>
        <w:rPr>
          <w:sz w:val="20"/>
        </w:rPr>
        <w:t>50:33  abhi main ek ek article padh raha tha. to is article mein roohaniyat par tha woh. to wohi dil par mabni roohaniyat ki baatein thin is ke andar.</w:t>
      </w:r>
      <w:r>
        <w:br/>
      </w:r>
      <w:r>
        <w:rPr>
          <w:sz w:val="20"/>
        </w:rPr>
        <w:t>50:45  dil par</w:t>
      </w:r>
      <w:r>
        <w:br/>
      </w:r>
      <w:r>
        <w:rPr>
          <w:sz w:val="20"/>
        </w:rPr>
        <w:t>50:47  mabni roohaniyat. to yeh log samajhte hain ke bas sab kuch dil mein hai. dhyan kahan lagao aur is mein se nikalte raho.</w:t>
      </w:r>
      <w:r>
        <w:br/>
      </w:r>
      <w:r>
        <w:rPr>
          <w:sz w:val="20"/>
        </w:rPr>
        <w:t>51:00  yeh dil ko kholne ka naam hai roohaniyat. aur dil mein to kuch hai hi nahi. dil mein to kuch bhi nahi hai, dil mein to sirf gardish khoon ka ek zariya hai dil.</w:t>
      </w:r>
      <w:r>
        <w:br/>
      </w:r>
      <w:r>
        <w:rPr>
          <w:sz w:val="20"/>
        </w:rPr>
        <w:t>51:15  bas. to hazaron saal se log dil ko dhyan mein lagaye hue hain aur kuch un ko mila nahi. kuch bhi nahi mila.</w:t>
      </w:r>
      <w:r>
        <w:br/>
      </w:r>
      <w:r>
        <w:rPr>
          <w:sz w:val="20"/>
        </w:rPr>
        <w:t>51:26  to mein ne yeh bhi meri daryaft hai ke rohaniyat jo hai zehn par mabni discipline hai. zehn par mabni. yaani aap ke zehn par mabni hai is rohaniyat ka mamla</w:t>
      </w:r>
      <w:r>
        <w:br/>
      </w:r>
      <w:r>
        <w:rPr>
          <w:sz w:val="20"/>
        </w:rPr>
        <w:t>51:40  . yaani soch se juda hua hai, soch se. soch se juda hua hai. aur wohi wohi cheez hai jis ko ke quran mein rizq-e-rabb kaha gaya.</w:t>
      </w:r>
      <w:r>
        <w:br/>
      </w:r>
      <w:r>
        <w:rPr>
          <w:sz w:val="20"/>
        </w:rPr>
        <w:t>51:52  rizq-e-rabb kya hai? woh bhi rohaniyat, rohani khurak. quran mein hai rizq-e-rabb. rabb ka rizq.</w:t>
      </w:r>
      <w:r>
        <w:br/>
      </w:r>
      <w:r>
        <w:rPr>
          <w:sz w:val="20"/>
        </w:rPr>
        <w:t>52:01  is ka matlab hai zehni khurak. jaise quran mein hazrat maryam ka zikr hai.</w:t>
      </w:r>
      <w:r>
        <w:br/>
      </w:r>
      <w:r>
        <w:rPr>
          <w:sz w:val="20"/>
        </w:rPr>
        <w:t>52:11  hazrat maryam rehti thi woh hekal ke aik kamre mein. hekal ke premises mein rehti thi woh.</w:t>
      </w:r>
      <w:r>
        <w:br/>
      </w:r>
      <w:r>
        <w:rPr>
          <w:sz w:val="20"/>
        </w:rPr>
        <w:t>52:20  aur ibadat karti thi woh. to un ke khandani buzurg the zakariya.</w:t>
      </w:r>
      <w:r>
        <w:br/>
      </w:r>
      <w:r>
        <w:rPr>
          <w:sz w:val="20"/>
        </w:rPr>
        <w:t>52:29  aur woh aaye to unhone poocha ke ya mariyam wanda lakhdha? to is mein yeh hai ke jab bhi zakariya aate the un ke mihrab mein, yaani un ke hujre mein wajad intaha rizqah.</w:t>
      </w:r>
      <w:r>
        <w:br/>
      </w:r>
      <w:r>
        <w:rPr>
          <w:sz w:val="20"/>
        </w:rPr>
        <w:t>52:46  wajad intaha rizqah. to wahan rizq paate the woh. yaani hazrat maryam ke paas rizq paate the. to unhone poocha ke aye maryam yeh rizq to woh kahan se aaya?</w:t>
      </w:r>
      <w:r>
        <w:br/>
      </w:r>
      <w:r>
        <w:rPr>
          <w:sz w:val="20"/>
        </w:rPr>
        <w:t>52:58  rizq matlab khurak. to unhone kaha ke yeh khuda ki taraf se hai. to log yeh samajhte hain ke woh eid, seb aur kela yeh sab hota tha wahan.</w:t>
      </w:r>
      <w:r>
        <w:br/>
      </w:r>
      <w:r>
        <w:rPr>
          <w:sz w:val="20"/>
        </w:rPr>
        <w:t>53:07  be mausam ke phool. aam taur par yeh samajhte hain ke be mausam ke phool. yaani garmi mein jhaare ke phool, jhaare garmi ke phool. yeh bilkul be buniyad baatein hain.</w:t>
      </w:r>
      <w:r>
        <w:br/>
      </w:r>
      <w:r>
        <w:rPr>
          <w:sz w:val="20"/>
        </w:rPr>
        <w:t>53:18  yeh be buniyad baatein hain. is ka matlab tha rohani khurak. is ka matlab jismani khurak nahi hota tha is ka matlab</w:t>
      </w:r>
      <w:r>
        <w:br/>
      </w:r>
      <w:r>
        <w:rPr>
          <w:sz w:val="20"/>
        </w:rPr>
        <w:t>53:28  . yaani hazrat maryam jab baat karti thi un ki baaton mein bohat si gehrai hoti thi. khuda ki marifat hoti thi.</w:t>
      </w:r>
      <w:r>
        <w:br/>
      </w:r>
      <w:r>
        <w:rPr>
          <w:sz w:val="20"/>
        </w:rPr>
        <w:t>53:39  is mein sachai ka idrak hota tha. to yeh sab baatein thi wahan. to woh bol pade yeh sab tum kaise itni bari bari baatein tumhare zehn mein aati hain?</w:t>
      </w:r>
      <w:r>
        <w:br/>
      </w:r>
      <w:r>
        <w:rPr>
          <w:sz w:val="20"/>
        </w:rPr>
        <w:t>53:50  kahan se tum ne seekha yeh?</w:t>
      </w:r>
      <w:r>
        <w:br/>
      </w:r>
      <w:r>
        <w:rPr>
          <w:sz w:val="20"/>
        </w:rPr>
        <w:t>53:53  bazaahir to tumhara koi teacher nahi hai. yeh madarse mein tum nahi parh rahi ho. to unhone kaha kya? hadha min indallah.</w:t>
      </w:r>
      <w:r>
        <w:br/>
      </w:r>
      <w:r>
        <w:rPr>
          <w:sz w:val="20"/>
        </w:rPr>
        <w:t>54:04  ke khuda ki taraf se hai. hawa min indallah. hawa min indallah. yaani khuda ke ilham se yeh cheezein mujhe mil rahi hain. khuda ke ilham se.</w:t>
      </w:r>
      <w:r>
        <w:br/>
      </w:r>
      <w:r>
        <w:rPr>
          <w:sz w:val="20"/>
        </w:rPr>
        <w:t>54:16  to hazrat maryam ko rohani khurak milta tha.</w:t>
      </w:r>
      <w:r>
        <w:br/>
      </w:r>
      <w:r>
        <w:rPr>
          <w:sz w:val="20"/>
        </w:rPr>
        <w:t>54:21  yeh yeh jismani khurak nahi. woh to sabhi ko milta hai. jismani khurak to sabhi ko milta hai lekin jo un ko khaas cheez milti thi un ko woh thi rohani khurak.</w:t>
      </w:r>
      <w:r>
        <w:br/>
      </w:r>
      <w:r>
        <w:rPr>
          <w:sz w:val="20"/>
        </w:rPr>
        <w:t>54:36  rohani khurak kya thi woh jo un ko milti thi? woh thi un ki soch, un ki guftagu.</w:t>
      </w:r>
      <w:r>
        <w:br/>
      </w:r>
      <w:r>
        <w:rPr>
          <w:sz w:val="20"/>
        </w:rPr>
        <w:t>54:45  cheezon ke baray mein un ki rai woh hoti thi.</w:t>
      </w:r>
      <w:r>
        <w:br/>
      </w:r>
      <w:r>
        <w:rPr>
          <w:sz w:val="20"/>
        </w:rPr>
        <w:t>54:49  to mein samajhta hoon ke rohaniyat jo hai woh zehn par mabni discipline hai. soch se juda hua hai is ka mamla.</w:t>
      </w:r>
    </w:p>
    <w:p>
      <w:pPr>
        <w:pStyle w:val="Heading2"/>
      </w:pPr>
      <w:r>
        <w:t>The real test of belief: love, fear and awe of God alone</w:t>
      </w:r>
    </w:p>
    <w:p>
      <w:r>
        <w:rPr>
          <w:color w:val="666666"/>
          <w:sz w:val="18"/>
        </w:rPr>
        <w:t>Dars -e-Quran 3 July 2007 Ch. 2 verses 219, 238, 249 &amp; 255 · 5m 38s · at 50:15 · https://youtu.be/R3NkkhEn-XA?t=3015</w:t>
      </w:r>
    </w:p>
    <w:p>
      <w:r>
        <w:rPr>
          <w:i/>
        </w:rPr>
        <w:t>“Jab bhi koi Khuda ke siwa kisi aur se dare ya pyaar kare”</w:t>
      </w:r>
    </w:p>
    <w:p>
      <w:r>
        <w:rPr>
          <w:sz w:val="20"/>
        </w:rPr>
        <w:t>50:15  jab bhi aadmi kisi aur ko bara maane, kisi aur se umeed rakhe, kisi aur se dua kare, kisi aur se woh</w:t>
      </w:r>
      <w:r>
        <w:br/>
      </w:r>
      <w:r>
        <w:rPr>
          <w:sz w:val="20"/>
        </w:rPr>
        <w:t>50:28  apni haajatein maange, kisi aur se dare, kisi aur se mohabbat kare,</w:t>
      </w:r>
      <w:r>
        <w:br/>
      </w:r>
      <w:r>
        <w:rPr>
          <w:sz w:val="20"/>
        </w:rPr>
        <w:t>50:37  to yeh sab sirf is waqt hota hai jab ke khuda ki azmat ka jo concept hai, woh iske zehan se nikal gaya ho.</w:t>
      </w:r>
      <w:r>
        <w:br/>
      </w:r>
      <w:r>
        <w:rPr>
          <w:sz w:val="20"/>
        </w:rPr>
        <w:t>50:49  is aayat ul kursi mein jis tareeqe se khuda ka introduction diya gaya hai, is tarah se agar aap ke aap ke mind mein iska tasawwur baitha hua ho to sab kuch minus ho jata hai.</w:t>
      </w:r>
      <w:r>
        <w:br/>
      </w:r>
      <w:r>
        <w:rPr>
          <w:sz w:val="20"/>
        </w:rPr>
        <w:t>51:06  har cheez helpless hai, koi bhi cheez aisi nahi hai jiske paas koi barhai ho khuda ke siwa. Sari barhai khuda ke liye hai, sari qudrat khuda ke liye hai,</w:t>
      </w:r>
      <w:r>
        <w:br/>
      </w:r>
      <w:r>
        <w:rPr>
          <w:sz w:val="20"/>
        </w:rPr>
        <w:t>51:22  saara ikhtiyar khuda ke liye hai, aur khuda na to thakta, na isko neend aati, na woh kabhi aaram karta.</w:t>
      </w:r>
      <w:r>
        <w:br/>
      </w:r>
      <w:r>
        <w:rPr>
          <w:sz w:val="20"/>
        </w:rPr>
        <w:t>51:34  khuda is se zyada bara hai ke isko aaram ki zaroorat pesh aaye. Yeh hum hain jin ko aaram ki zaroorat pesh aati hai,</w:t>
      </w:r>
      <w:r>
        <w:br/>
      </w:r>
      <w:r>
        <w:rPr>
          <w:sz w:val="20"/>
        </w:rPr>
        <w:t>51:46  hamare body ka degeneration hota rehta hai, lekin khuda ka koi khuda is law se oopar hai, law of generation, law of degeneration se oopar hai.</w:t>
      </w:r>
      <w:r>
        <w:br/>
      </w:r>
      <w:r>
        <w:rPr>
          <w:sz w:val="20"/>
        </w:rPr>
        <w:t>51:59  khuda,</w:t>
      </w:r>
      <w:r>
        <w:br/>
      </w:r>
      <w:r>
        <w:rPr>
          <w:sz w:val="20"/>
        </w:rPr>
        <w:t>52:03  khuda agar law of degeneration se oopar na ho to woh khuda hi nahi hai. Phir woh</w:t>
      </w:r>
      <w:r>
        <w:br/>
      </w:r>
      <w:r>
        <w:rPr>
          <w:sz w:val="20"/>
        </w:rPr>
        <w:t>52:13  to khuda ki greatness ka, khuda ki glory ka is aayat mein jis tareeqe se taaruf diya gaya hai,</w:t>
      </w:r>
      <w:r>
        <w:br/>
      </w:r>
      <w:r>
        <w:rPr>
          <w:sz w:val="20"/>
        </w:rPr>
        <w:t>52:25  woh agar aadmi ke dil mein baith jaye, aadmi ke dimagh mein baith jaye to wahi hoga jo quran mein kaha gaya hai ke "wal lazeena aamanoo ashadd hubbal lillah".</w:t>
      </w:r>
      <w:r>
        <w:br/>
      </w:r>
      <w:r>
        <w:rPr>
          <w:sz w:val="20"/>
        </w:rPr>
        <w:t>52:37  jo believers hain, woh sab se zyada mohabbat karte hain khuda se.</w:t>
      </w:r>
      <w:r>
        <w:br/>
      </w:r>
      <w:r>
        <w:rPr>
          <w:sz w:val="20"/>
        </w:rPr>
        <w:t>52:45  aur doosri jagah farmaya ke "walam yakhsha illalllah".</w:t>
      </w:r>
      <w:r>
        <w:br/>
      </w:r>
      <w:r>
        <w:rPr>
          <w:sz w:val="20"/>
        </w:rPr>
        <w:t>52:51  is ke dil mein darr nahi hota siwa khuda ke, sirf khuda ka darr hota hai.</w:t>
      </w:r>
      <w:r>
        <w:br/>
      </w:r>
      <w:r>
        <w:rPr>
          <w:sz w:val="20"/>
        </w:rPr>
        <w:t>52:58  isi tarah quran mein farmaya ke "idha dhukir allahu wajilat quloobuhum".</w:t>
      </w:r>
      <w:r>
        <w:br/>
      </w:r>
      <w:r>
        <w:rPr>
          <w:sz w:val="20"/>
        </w:rPr>
        <w:t>53:07  momin to woh hai ke jab khuda ka zikr kiya jaye iske samne to iska dil dahal uthe, dil dahal uthe. "Inna wal mominoon allazeena dhukir allahu wajilat quloobuhum".</w:t>
      </w:r>
      <w:r>
        <w:br/>
      </w:r>
      <w:r>
        <w:rPr>
          <w:sz w:val="20"/>
        </w:rPr>
        <w:t>53:22  momin woh hain ke jab unke samne khuda ka zikr kiya jaye to unka dil dahal uthe.</w:t>
      </w:r>
      <w:r>
        <w:br/>
      </w:r>
      <w:r>
        <w:rPr>
          <w:sz w:val="20"/>
        </w:rPr>
        <w:t>53:33  to jo concept khuda ka hai, tauheed ka hai, is aayat mein woh aadmi ke dil par, woh aadmi ke zehan mein wazeh ho,</w:t>
      </w:r>
      <w:r>
        <w:br/>
      </w:r>
      <w:r>
        <w:rPr>
          <w:sz w:val="20"/>
        </w:rPr>
        <w:t>53:46  woh is aadmi ke dil mein baitha hua ho to iska haal yahi hoga. Isko darr hoga to khuda ka darr hoga, isko mohabbat hogi to khuda se mohabbat hogi, khuda ko soch kar iske andar thrill paida hoga.</w:t>
      </w:r>
      <w:r>
        <w:br/>
      </w:r>
      <w:r>
        <w:rPr>
          <w:sz w:val="20"/>
        </w:rPr>
        <w:t>54:01  thral!</w:t>
      </w:r>
      <w:r>
        <w:br/>
      </w:r>
      <w:r>
        <w:rPr>
          <w:sz w:val="20"/>
        </w:rPr>
        <w:t>54:07  dekhiye, agar yeh کیفیتیں na hon kisi ke andar, yaani agar woh koi kahe ke main Khuda ko manta hoon, agar koi munh se bole ke main to Khuda ko manta hoon, lekin</w:t>
      </w:r>
      <w:r>
        <w:br/>
      </w:r>
      <w:r>
        <w:rPr>
          <w:sz w:val="20"/>
        </w:rPr>
        <w:t>54:23  us ke andar yeh کیفیت na ho ke sab se zyada darr us ko Khuda ka ho, yeh کیفیت na ho ke sab se zyada mohabbat woh Khuda se kare,</w:t>
      </w:r>
      <w:r>
        <w:br/>
      </w:r>
      <w:r>
        <w:rPr>
          <w:sz w:val="20"/>
        </w:rPr>
        <w:t>54:35  yeh کیفیت na ho ke Khuda ka naam lene par us ka dil mein dhall uthe, woh us ke andar thral paida ho jata hai.</w:t>
      </w:r>
      <w:r>
        <w:br/>
      </w:r>
      <w:r>
        <w:rPr>
          <w:sz w:val="20"/>
        </w:rPr>
        <w:t>54:45  agar yeh baatein na hon to samajh lijiye ke woh lift service ke taur par Khuda ko manta hai, us ko Khuda ki discovery nahi hui, us ko Khuda ka realization nahi hua,</w:t>
      </w:r>
      <w:r>
        <w:br/>
      </w:r>
      <w:r>
        <w:rPr>
          <w:sz w:val="20"/>
        </w:rPr>
        <w:t>55:00  Khuda ka koi bohat hi reduced form us ke mind mein hai,</w:t>
      </w:r>
      <w:r>
        <w:br/>
      </w:r>
      <w:r>
        <w:rPr>
          <w:sz w:val="20"/>
        </w:rPr>
        <w:t>55:06  Khuda ko bohat hi reduced form. to yeh hai criterion is baat ka ke kaun aadmi Khuda ko manta hai ya nahi manta ke agar us ke andar yeh کیفیتیں hon tab woh Khuda ko maan raha hai, warna woh Khuda ko maanne wala nahi hai.</w:t>
      </w:r>
      <w:r>
        <w:br/>
      </w:r>
      <w:r>
        <w:rPr>
          <w:sz w:val="20"/>
        </w:rPr>
        <w:t>55:23  us ka maanna sirf lip service hai. aqool qawli haza wastaghfirullaha li walakum ajmaeen.</w:t>
      </w:r>
    </w:p>
    <w:p>
      <w:pPr>
        <w:pStyle w:val="Heading2"/>
      </w:pPr>
      <w:r>
        <w:t>Faith is a discovery not lip service</w:t>
      </w:r>
    </w:p>
    <w:p>
      <w:r>
        <w:rPr>
          <w:color w:val="666666"/>
          <w:sz w:val="18"/>
        </w:rPr>
        <w:t>Five Basic Tenets of Islam | July 16, 2008 · 4m 09s · at 1:48 · https://youtu.be/Ex_5yB-9vnY?t=108</w:t>
      </w:r>
    </w:p>
    <w:p>
      <w:r>
        <w:rPr>
          <w:i/>
        </w:rPr>
        <w:t>“پہلے آپ ایمان کو لیجیے۔ سب لوگ جانتے ہیں کہ ایمان کا مطلب ہے خدا پر”</w:t>
      </w:r>
    </w:p>
    <w:p>
      <w:r>
        <w:rPr>
          <w:sz w:val="20"/>
        </w:rPr>
        <w:t>1:48  pehlay aap Iman ko lijiye.</w:t>
      </w:r>
      <w:r>
        <w:br/>
      </w:r>
      <w:r>
        <w:rPr>
          <w:sz w:val="20"/>
        </w:rPr>
        <w:t>1:55  sab log jaante hain ke Iman ka matlab hai Khuda par Iman lana, Rasool par Iman lana.</w:t>
      </w:r>
      <w:r>
        <w:br/>
      </w:r>
      <w:r>
        <w:rPr>
          <w:sz w:val="20"/>
        </w:rPr>
        <w:t>2:02  Iman ka kalma jo hai us ko maanna.</w:t>
      </w:r>
      <w:r>
        <w:br/>
      </w:r>
      <w:r>
        <w:rPr>
          <w:sz w:val="20"/>
        </w:rPr>
        <w:t>2:08  jaise ke La ilaha illallah Muhammadur Rasulullah.</w:t>
      </w:r>
      <w:r>
        <w:br/>
      </w:r>
      <w:r>
        <w:rPr>
          <w:sz w:val="20"/>
        </w:rPr>
        <w:t>2:15  magar Iman itni saada baat nahi hai.</w:t>
      </w:r>
      <w:r>
        <w:br/>
      </w:r>
      <w:r>
        <w:rPr>
          <w:sz w:val="20"/>
        </w:rPr>
        <w:t>2:21  jab aap kehte hain ke ek Khuda ke siwa koi Khuda nahi.</w:t>
      </w:r>
      <w:r>
        <w:br/>
      </w:r>
      <w:r>
        <w:rPr>
          <w:sz w:val="20"/>
        </w:rPr>
        <w:t>2:29  ya yeh ke muhammad allah ke rasool hain aur aakhri rasool hain.</w:t>
      </w:r>
      <w:r>
        <w:br/>
      </w:r>
      <w:r>
        <w:rPr>
          <w:sz w:val="20"/>
        </w:rPr>
        <w:t>2:36  to yeh mahaz aik lip service nahi hoti hai.</w:t>
      </w:r>
      <w:r>
        <w:br/>
      </w:r>
      <w:r>
        <w:rPr>
          <w:sz w:val="20"/>
        </w:rPr>
        <w:t>2:44  aisa nahi hai ke koi manter jaisi baat hai</w:t>
      </w:r>
      <w:r>
        <w:br/>
      </w:r>
      <w:r>
        <w:rPr>
          <w:sz w:val="20"/>
        </w:rPr>
        <w:t>2:52  ke manter ko parh liya bas ho gaya.</w:t>
      </w:r>
      <w:r>
        <w:br/>
      </w:r>
      <w:r>
        <w:rPr>
          <w:sz w:val="20"/>
        </w:rPr>
        <w:t>2:58  yeh to aik marifat se nikla hua kalma hai.</w:t>
      </w:r>
      <w:r>
        <w:br/>
      </w:r>
      <w:r>
        <w:rPr>
          <w:sz w:val="20"/>
        </w:rPr>
        <w:t>3:04  yani out of discovery, out of realization.</w:t>
      </w:r>
      <w:r>
        <w:br/>
      </w:r>
      <w:r>
        <w:rPr>
          <w:sz w:val="20"/>
        </w:rPr>
        <w:t>3:10  jab aap apne bare mein sochte hain ke mein kaise bana.</w:t>
      </w:r>
      <w:r>
        <w:br/>
      </w:r>
      <w:r>
        <w:rPr>
          <w:sz w:val="20"/>
        </w:rPr>
        <w:t>3:16  jab aap dunya ke bare mein sochte hain ke dunya</w:t>
      </w:r>
      <w:r>
        <w:br/>
      </w:r>
      <w:r>
        <w:rPr>
          <w:sz w:val="20"/>
        </w:rPr>
        <w:t>3:22  kaise bani.</w:t>
      </w:r>
      <w:r>
        <w:br/>
      </w:r>
      <w:r>
        <w:rPr>
          <w:sz w:val="20"/>
        </w:rPr>
        <w:t>3:27  jab aap sochte hain ke suraj se roshni kaise aa rahi hai.</w:t>
      </w:r>
      <w:r>
        <w:br/>
      </w:r>
      <w:r>
        <w:rPr>
          <w:sz w:val="20"/>
        </w:rPr>
        <w:t>3:32  hawa kaise mujh ko oxygen supply kar rahi hai.</w:t>
      </w:r>
      <w:r>
        <w:br/>
      </w:r>
      <w:r>
        <w:rPr>
          <w:sz w:val="20"/>
        </w:rPr>
        <w:t>3:37  aisi million million baatein jo aap ke experience mein aati hain.</w:t>
      </w:r>
      <w:r>
        <w:br/>
      </w:r>
      <w:r>
        <w:rPr>
          <w:sz w:val="20"/>
        </w:rPr>
        <w:t>3:42  zahir hai ke aap sochte hain ke aisa kaise hai.</w:t>
      </w:r>
      <w:r>
        <w:br/>
      </w:r>
      <w:r>
        <w:rPr>
          <w:sz w:val="20"/>
        </w:rPr>
        <w:t>3:48  kaise yeh ho raha hai.</w:t>
      </w:r>
      <w:r>
        <w:br/>
      </w:r>
      <w:r>
        <w:rPr>
          <w:sz w:val="20"/>
        </w:rPr>
        <w:t>3:53  kyun ke aap hone wali cheez ko dekh rahe hain.</w:t>
      </w:r>
      <w:r>
        <w:br/>
      </w:r>
      <w:r>
        <w:rPr>
          <w:sz w:val="20"/>
        </w:rPr>
        <w:t>3:58  magar kon kar raha hai cheezon ko woh aap ko dikhai nahi deta.</w:t>
      </w:r>
      <w:r>
        <w:br/>
      </w:r>
      <w:r>
        <w:rPr>
          <w:sz w:val="20"/>
        </w:rPr>
        <w:t>4:03  jaise oxygen ki supply jo ho rahi hai.</w:t>
      </w:r>
      <w:r>
        <w:br/>
      </w:r>
      <w:r>
        <w:rPr>
          <w:sz w:val="20"/>
        </w:rPr>
        <w:t>4:08  saare insan jis ki wajah se zinda hain.</w:t>
      </w:r>
      <w:r>
        <w:br/>
      </w:r>
      <w:r>
        <w:rPr>
          <w:sz w:val="20"/>
        </w:rPr>
        <w:t>4:13  to bohat bari industry hai.</w:t>
      </w:r>
      <w:r>
        <w:br/>
      </w:r>
      <w:r>
        <w:rPr>
          <w:sz w:val="20"/>
        </w:rPr>
        <w:t>4:18  jis ke under mein yeh sab ho raha hai. ab yeh</w:t>
      </w:r>
      <w:r>
        <w:br/>
      </w:r>
      <w:r>
        <w:rPr>
          <w:sz w:val="20"/>
        </w:rPr>
        <w:t>4:23  industry jo hai raat din kaam kar rahi hai. lekin hamein pata nahin ke kis ne yeh industry chala rakhi hai. aisi suraj ka jo roshni ka bhandar hai. aisi food jo zameen se nikal raha hai. pani itna sab jo duniya mein hai phail</w:t>
      </w:r>
      <w:r>
        <w:br/>
      </w:r>
      <w:r>
        <w:rPr>
          <w:sz w:val="20"/>
        </w:rPr>
        <w:t>4:53  hua.</w:t>
      </w:r>
      <w:r>
        <w:br/>
      </w:r>
      <w:r>
        <w:rPr>
          <w:sz w:val="20"/>
        </w:rPr>
        <w:t>4:57  kitni sari cheezein hain har waqt.</w:t>
      </w:r>
      <w:r>
        <w:br/>
      </w:r>
      <w:r>
        <w:rPr>
          <w:sz w:val="20"/>
        </w:rPr>
        <w:t>5:01  lekin woh yeh bol nahi rahe ke unhon ne kis ne un ko banaya hai.</w:t>
      </w:r>
      <w:r>
        <w:br/>
      </w:r>
      <w:r>
        <w:rPr>
          <w:sz w:val="20"/>
        </w:rPr>
        <w:t>5:05  kaise aisa ho gaya hai.</w:t>
      </w:r>
      <w:r>
        <w:br/>
      </w:r>
      <w:r>
        <w:rPr>
          <w:sz w:val="20"/>
        </w:rPr>
        <w:t>5:09  apne aap to nahi ho sakta hai.</w:t>
      </w:r>
      <w:r>
        <w:br/>
      </w:r>
      <w:r>
        <w:rPr>
          <w:sz w:val="20"/>
        </w:rPr>
        <w:t>5:13  apne aap to kuch bhi nahi ho sakta hai.</w:t>
      </w:r>
      <w:r>
        <w:br/>
      </w:r>
      <w:r>
        <w:rPr>
          <w:sz w:val="20"/>
        </w:rPr>
        <w:t>5:17  to jab aap is par sochte hain.</w:t>
      </w:r>
      <w:r>
        <w:br/>
      </w:r>
      <w:r>
        <w:rPr>
          <w:sz w:val="20"/>
        </w:rPr>
        <w:t>5:21  quran ko padhte hain.</w:t>
      </w:r>
      <w:r>
        <w:br/>
      </w:r>
      <w:r>
        <w:rPr>
          <w:sz w:val="20"/>
        </w:rPr>
        <w:t>5:25  tamam relevant baaton par dhyan dete hain.</w:t>
      </w:r>
      <w:r>
        <w:br/>
      </w:r>
      <w:r>
        <w:rPr>
          <w:sz w:val="20"/>
        </w:rPr>
        <w:t>5:29  aur aakhir kar aap ko ek discovery hoti hai.</w:t>
      </w:r>
      <w:r>
        <w:br/>
      </w:r>
      <w:r>
        <w:rPr>
          <w:sz w:val="20"/>
        </w:rPr>
        <w:t>5:33  jaise ek greek philosopher ko hui thi.</w:t>
      </w:r>
      <w:r>
        <w:br/>
      </w:r>
      <w:r>
        <w:rPr>
          <w:sz w:val="20"/>
        </w:rPr>
        <w:t>5:36  jis ne kaha tha eureka eureka.</w:t>
      </w:r>
      <w:r>
        <w:br/>
      </w:r>
      <w:r>
        <w:rPr>
          <w:sz w:val="20"/>
        </w:rPr>
        <w:t>5:40  main ne pa liya main ne pa liya.</w:t>
      </w:r>
      <w:r>
        <w:br/>
      </w:r>
      <w:r>
        <w:rPr>
          <w:sz w:val="20"/>
        </w:rPr>
        <w:t>5:43  to la ilaha illallah jo hai wo main ne pa liya jaisa ek kalma hai.</w:t>
      </w:r>
      <w:r>
        <w:br/>
      </w:r>
      <w:r>
        <w:rPr>
          <w:sz w:val="20"/>
        </w:rPr>
        <w:t>5:47  yeh eureka hai.</w:t>
      </w:r>
      <w:r>
        <w:br/>
      </w:r>
      <w:r>
        <w:rPr>
          <w:sz w:val="20"/>
        </w:rPr>
        <w:t>5:50  yeh momin ka eureka hai yeh.</w:t>
      </w:r>
      <w:r>
        <w:br/>
      </w:r>
      <w:r>
        <w:rPr>
          <w:sz w:val="20"/>
        </w:rPr>
        <w:t>5:54  yeh koi lip service nahi hai.</w:t>
      </w:r>
    </w:p>
    <w:p>
      <w:pPr>
        <w:pStyle w:val="Heading2"/>
      </w:pPr>
      <w:r>
        <w:t>the Prophet's death, Umar's denial, and Abu Bakr's surrender</w:t>
      </w:r>
    </w:p>
    <w:p>
      <w:r>
        <w:rPr>
          <w:color w:val="666666"/>
          <w:sz w:val="18"/>
        </w:rPr>
        <w:t>One Can See God March 4, 2007 · 5m 53s · at 59:51 · https://youtu.be/Xm14mPW0HJI?t=3591</w:t>
      </w:r>
    </w:p>
    <w:p>
      <w:r>
        <w:rPr>
          <w:i/>
        </w:rPr>
        <w:t>“جب رسول اللہ کی وفات ہوئی مدینہ میں 632 عیسوی میں۔”</w:t>
      </w:r>
    </w:p>
    <w:p>
      <w:r>
        <w:rPr>
          <w:sz w:val="20"/>
        </w:rPr>
        <w:t>59:51  jab rasool Allah ki wafat hui. madine mein. 632 eesvi mein. to wahan achaanak.</w:t>
      </w:r>
      <w:r>
        <w:br/>
      </w:r>
      <w:r>
        <w:rPr>
          <w:sz w:val="20"/>
        </w:rPr>
        <w:t>1:00:02  ek ek qissa pesh aaya. ke jo.</w:t>
      </w:r>
      <w:r>
        <w:br/>
      </w:r>
      <w:r>
        <w:rPr>
          <w:sz w:val="20"/>
        </w:rPr>
        <w:t>1:00:08  ek top ke aadmi the umar farooq. bohat hi top ke aadmi the. aur bohat zabardast yani woh the woh wrestler the is zamane mein woh.</w:t>
      </w:r>
      <w:r>
        <w:br/>
      </w:r>
      <w:r>
        <w:rPr>
          <w:sz w:val="20"/>
        </w:rPr>
        <w:t>1:00:17  bare oonche lambe the woh.</w:t>
      </w:r>
      <w:r>
        <w:br/>
      </w:r>
      <w:r>
        <w:rPr>
          <w:sz w:val="20"/>
        </w:rPr>
        <w:t>1:00:20  to sab log un se darte the. to jab aap ki wafat hui maut hui aap ki. to woh talwar le kar khade ho gaye wahan par madine ki masjid mein.</w:t>
      </w:r>
      <w:r>
        <w:br/>
      </w:r>
      <w:r>
        <w:rPr>
          <w:sz w:val="20"/>
        </w:rPr>
        <w:t>1:00:31  kyunke masjid ke hisse mein aap ka jism tha wahan par. to khair wahan par. unhon ne kaha ke jo aadmi yeh kahe ga.</w:t>
      </w:r>
      <w:r>
        <w:br/>
      </w:r>
      <w:r>
        <w:rPr>
          <w:sz w:val="20"/>
        </w:rPr>
        <w:t>1:00:40  ke rasool Allah. ki maut ho gayi hai mein is ko. is ki gardan maar doon ga ise ise qatl kar doon ga is ko.</w:t>
      </w:r>
      <w:r>
        <w:br/>
      </w:r>
      <w:r>
        <w:rPr>
          <w:sz w:val="20"/>
        </w:rPr>
        <w:t>1:00:47  kyunke un ki theory kya thi ke rasool Allah jo hain un ki wafat nahi hui hai. un ki un ki jo rooh hai chali gayi hai khuda se milne ke liye.</w:t>
      </w:r>
      <w:r>
        <w:br/>
      </w:r>
      <w:r>
        <w:rPr>
          <w:sz w:val="20"/>
        </w:rPr>
        <w:t>1:00:56  mil kar lote gi phir isi body mein lote gi. bas un ka aap ne soch thi yeh. jo sahi nahi thi. to bilkul woh keh rahe the ke kisi ki nahi sunoon ga mein.</w:t>
      </w:r>
      <w:r>
        <w:br/>
      </w:r>
      <w:r>
        <w:rPr>
          <w:sz w:val="20"/>
        </w:rPr>
        <w:t>1:01:09  to to woh bohat. ek ek wahan par ek ajeeb. koi un ko control nahi kar sakta tha.</w:t>
      </w:r>
      <w:r>
        <w:br/>
      </w:r>
      <w:r>
        <w:rPr>
          <w:sz w:val="20"/>
        </w:rPr>
        <w:t>1:01:18  to jo rasool Allah ke baad jo number do par jo aadmi tha abubakar. yeh number teen par hote the. woh kahin madine se bahar the.</w:t>
      </w:r>
      <w:r>
        <w:br/>
      </w:r>
      <w:r>
        <w:rPr>
          <w:sz w:val="20"/>
        </w:rPr>
        <w:t>1:01:28  aaye to maloom hua ke rasool Allah ki maut ho gayi hai. to woh aaye wahan par jahan par yeh. cheekh chilla rahe the talwar le kar ke.</w:t>
      </w:r>
      <w:r>
        <w:br/>
      </w:r>
      <w:r>
        <w:rPr>
          <w:sz w:val="20"/>
        </w:rPr>
        <w:t>1:01:41  to unhon ne kaha umar chup raho. woh woh chup nahi tayyar nahi woh chup rehne par.</w:t>
      </w:r>
      <w:r>
        <w:br/>
      </w:r>
      <w:r>
        <w:rPr>
          <w:sz w:val="20"/>
        </w:rPr>
        <w:t>1:01:49  to kya hua. alag khare ho gaye hazrat abubakar. khare ho kar unhon ne ek ayat padhi.</w:t>
      </w:r>
      <w:r>
        <w:br/>
      </w:r>
      <w:r>
        <w:rPr>
          <w:sz w:val="20"/>
        </w:rPr>
        <w:t>1:02:00  quran ki ek ayat. wa muhammad rasool. qad khalaqa min qabl al-rusul. afaqb</w:t>
      </w:r>
      <w:r>
        <w:br/>
      </w:r>
      <w:r>
        <w:rPr>
          <w:sz w:val="20"/>
        </w:rPr>
        <w:t>1:02:14  he.</w:t>
      </w:r>
      <w:r>
        <w:br/>
      </w:r>
      <w:r>
        <w:rPr>
          <w:sz w:val="20"/>
        </w:rPr>
        <w:t>1:02:19  allah is ka translation yeh hai. ke.</w:t>
      </w:r>
      <w:r>
        <w:br/>
      </w:r>
      <w:r>
        <w:rPr>
          <w:sz w:val="20"/>
        </w:rPr>
        <w:t>1:02:31  ke muhammad sirf khuda ke rasool hain messenger hain. is ka main literal translation kar raha hoon aap ko. muhammad is ke siwa kuch nahi.</w:t>
      </w:r>
      <w:r>
        <w:br/>
      </w:r>
      <w:r>
        <w:rPr>
          <w:sz w:val="20"/>
        </w:rPr>
        <w:t>1:02:42  ke woh ek ek messenger hain. un se pehle bhi bohat messenger aaye hain.</w:t>
      </w:r>
      <w:r>
        <w:br/>
      </w:r>
      <w:r>
        <w:rPr>
          <w:sz w:val="20"/>
        </w:rPr>
        <w:t>1:02:50  agar woh mar jayein.</w:t>
      </w:r>
      <w:r>
        <w:br/>
      </w:r>
      <w:r>
        <w:rPr>
          <w:sz w:val="20"/>
        </w:rPr>
        <w:t>1:02:56  ya qatal kar diya jaye.</w:t>
      </w:r>
      <w:r>
        <w:br/>
      </w:r>
      <w:r>
        <w:rPr>
          <w:sz w:val="20"/>
        </w:rPr>
        <w:t>1:03:01  is ko ghor kijiye is ke is ki literal translation mein kar raha hoon is ka. ke muhammad is ke siwa kuch nahi ke woh. khuda ke messenger hain.</w:t>
      </w:r>
      <w:r>
        <w:br/>
      </w:r>
      <w:r>
        <w:rPr>
          <w:sz w:val="20"/>
        </w:rPr>
        <w:t>1:03:11  un se pehle bhi bohat se messenger aaye hain. agar woh mar jayein. aur agar woh qatal kar diya jaye.</w:t>
      </w:r>
      <w:r>
        <w:br/>
      </w:r>
      <w:r>
        <w:rPr>
          <w:sz w:val="20"/>
        </w:rPr>
        <w:t>1:03:20  to kya to ultay paon phir jayega.</w:t>
      </w:r>
      <w:r>
        <w:br/>
      </w:r>
      <w:r>
        <w:rPr>
          <w:sz w:val="20"/>
        </w:rPr>
        <w:t>1:03:28  aur jo ultay paon phirega. to khuda ka kuch nahi bigarega woh.</w:t>
      </w:r>
      <w:r>
        <w:br/>
      </w:r>
      <w:r>
        <w:rPr>
          <w:sz w:val="20"/>
        </w:rPr>
        <w:t>1:03:37  yeh ayat padhi unhon ne abubakar ne padha. to umar kehte hain.</w:t>
      </w:r>
      <w:r>
        <w:br/>
      </w:r>
      <w:r>
        <w:rPr>
          <w:sz w:val="20"/>
        </w:rPr>
        <w:t>1:03:45  ke main literally zameen par gir pada. aur mera paon jo thay unhon ne mera bojh uthane se inkar kar diya.</w:t>
      </w:r>
      <w:r>
        <w:br/>
      </w:r>
      <w:r>
        <w:rPr>
          <w:sz w:val="20"/>
        </w:rPr>
        <w:t>1:03:54  main jaan liya ke khuda ki main jaan liya ke rasool allah ki maut ho gayi hai. ab aap ghor kijiye ke woh ek ek sentence hi to tha woh. arabic mein ek sentence.</w:t>
      </w:r>
      <w:r>
        <w:br/>
      </w:r>
      <w:r>
        <w:rPr>
          <w:sz w:val="20"/>
        </w:rPr>
        <w:t>1:04:05  woh koi bomb to nahi tha. bomb to nahi tha lekin woh word of god tha. is word of god ke aage woh woh apne ko sambhal nahi sake gir pade zameen par bilkul.</w:t>
      </w:r>
      <w:r>
        <w:br/>
      </w:r>
      <w:r>
        <w:rPr>
          <w:sz w:val="20"/>
        </w:rPr>
        <w:t>1:04:18  yeh hai surrender.</w:t>
      </w:r>
      <w:r>
        <w:br/>
      </w:r>
      <w:r>
        <w:rPr>
          <w:sz w:val="20"/>
        </w:rPr>
        <w:t>1:04:24  to sab se bara jo hota hai is zameen par valuable koi waqea woh hai sajda khuda ke aage surrender karna.</w:t>
      </w:r>
      <w:r>
        <w:br/>
      </w:r>
      <w:r>
        <w:rPr>
          <w:sz w:val="20"/>
        </w:rPr>
        <w:t>1:04:37  is ke kai manifestation hain. ek to panch time mein namaz mein aap surrender karte hain. aur jab aap aap aap se koi ghalati ho gayi.</w:t>
      </w:r>
      <w:r>
        <w:br/>
      </w:r>
      <w:r>
        <w:rPr>
          <w:sz w:val="20"/>
        </w:rPr>
        <w:t>1:04:46  aur doosra aadmi bataya aap ko. within second aap ko jaan lena chahiye ke main ne ghalat kaha.</w:t>
      </w:r>
      <w:r>
        <w:br/>
      </w:r>
      <w:r>
        <w:rPr>
          <w:sz w:val="20"/>
        </w:rPr>
        <w:t>1:04:52  aap is ko patch up na karein idhar udhar na karein seedhe seedhe maan lein kahein ke i was wrong to aap ne sajda kiya.</w:t>
      </w:r>
      <w:r>
        <w:br/>
      </w:r>
      <w:r>
        <w:rPr>
          <w:sz w:val="20"/>
        </w:rPr>
        <w:t>1:05:02  jab bhi koi sachai pesh ki jaye aap ko. to isi isi dheere dheere aap ko pehchan lein. aur kahein ke haan main is ko manta hoon. woh bhi sajda hai.</w:t>
      </w:r>
      <w:r>
        <w:br/>
      </w:r>
      <w:r>
        <w:rPr>
          <w:sz w:val="20"/>
        </w:rPr>
        <w:t>1:05:11  to surrender hai. to sab se bari cheez jo insan pesh kar kar sakta hai khuda ke aage woh hai shaoori taur par khuda ke aage surrender karna.</w:t>
      </w:r>
      <w:r>
        <w:br/>
      </w:r>
      <w:r>
        <w:rPr>
          <w:sz w:val="20"/>
        </w:rPr>
        <w:t>1:05:23  jabke doosri cheez unconsciously surrender ki hui hai. yani mountain aur ocean aur sitare aur galaxy har unconsciously har ek surrender ki hui hai.</w:t>
      </w:r>
      <w:r>
        <w:br/>
      </w:r>
      <w:r>
        <w:rPr>
          <w:sz w:val="20"/>
        </w:rPr>
        <w:t>1:05:34  insan ki jo. woh hai speciality hai woh yeh hai. ke woh shaoori tor par khuda ke aagay apnay ko surrender kar deta hai.</w:t>
      </w:r>
    </w:p>
    <w:p>
      <w:pPr>
        <w:pStyle w:val="Heading2"/>
      </w:pPr>
      <w:r>
        <w:t>Greatest obstacle and historical examples</w:t>
      </w:r>
    </w:p>
    <w:p>
      <w:r>
        <w:rPr>
          <w:color w:val="666666"/>
          <w:sz w:val="18"/>
        </w:rPr>
        <w:t>Building a Heavenly Personality 15 April 2012 Maulana Wahiduddin Khan · 3m 02s · at 7:49 · https://youtu.be/lVtjH4AZ7dU?t=469</w:t>
      </w:r>
    </w:p>
    <w:p>
      <w:r>
        <w:rPr>
          <w:i/>
        </w:rPr>
        <w:t>“Paradise itself is the greatest obstacle in the way of paradise”</w:t>
      </w:r>
    </w:p>
    <w:p>
      <w:r>
        <w:rPr>
          <w:sz w:val="20"/>
        </w:rPr>
        <w:t>7:49  to maine socha ke Paradise itself is the greatest obstacle in the way of paradise.</w:t>
      </w:r>
      <w:r>
        <w:br/>
      </w:r>
      <w:r>
        <w:rPr>
          <w:sz w:val="20"/>
        </w:rPr>
        <w:t>8:00  yani khud paradise jo hai, hamare liye sab se bari rukawat hai paradise ko hasil karne mein.</w:t>
      </w:r>
      <w:r>
        <w:br/>
      </w:r>
      <w:r>
        <w:rPr>
          <w:sz w:val="20"/>
        </w:rPr>
        <w:t>8:07  kyun? hum paidaishi taur par talib jannat makhlooq hain. is ka hona yeh chahiye tha ke hum jannat ka amal karein.</w:t>
      </w:r>
      <w:r>
        <w:br/>
      </w:r>
      <w:r>
        <w:rPr>
          <w:sz w:val="20"/>
        </w:rPr>
        <w:t>8:20  lekin hota yeh hai ke is dunya mein hum chahte hain ke jannat banana.</w:t>
      </w:r>
      <w:r>
        <w:br/>
      </w:r>
      <w:r>
        <w:rPr>
          <w:sz w:val="20"/>
        </w:rPr>
        <w:t>8:26  jo jannat ke naam par hum jannat ko kho dete hain.</w:t>
      </w:r>
      <w:r>
        <w:br/>
      </w:r>
      <w:r>
        <w:rPr>
          <w:sz w:val="20"/>
        </w:rPr>
        <w:t>8:33  jannat ke naam par hum jannat kho dete hain. kyun ke is dunya mein hum jannati zindagi to bana nahi sakte. to sara kya hua akraat ho jata hai.</w:t>
      </w:r>
      <w:r>
        <w:br/>
      </w:r>
      <w:r>
        <w:rPr>
          <w:sz w:val="20"/>
        </w:rPr>
        <w:t>8:45  habta ta'maluhu fi ad-dunya. wala mazmoon ho jata hai. aur jab marte hain to lagta hai ke hum baghair kuch liye hue wahan ja rahe hain.</w:t>
      </w:r>
      <w:r>
        <w:br/>
      </w:r>
      <w:r>
        <w:rPr>
          <w:sz w:val="20"/>
        </w:rPr>
        <w:t>8:57  yeh bohat ajeeb baat hai ke insan ko aik aik aik tazaad ke andar jeena hai. aik contradiction ke andar jeena hai.</w:t>
      </w:r>
      <w:r>
        <w:br/>
      </w:r>
      <w:r>
        <w:rPr>
          <w:sz w:val="20"/>
        </w:rPr>
        <w:t>9:08  ke aadmi to hai talib jannat, lekin is ko rehna hai ghair jannat mein. yeh dunya ghair jannati dunya hai.</w:t>
      </w:r>
      <w:r>
        <w:br/>
      </w:r>
      <w:r>
        <w:rPr>
          <w:sz w:val="20"/>
        </w:rPr>
        <w:t>9:18  aik talib jannat ko ghair jannati dunya mein rehna padta hai. yeh bari zabardast yani problem hai har insan ke liye.</w:t>
      </w:r>
      <w:r>
        <w:br/>
      </w:r>
      <w:r>
        <w:rPr>
          <w:sz w:val="20"/>
        </w:rPr>
        <w:t>9:30  to sari tareekh mein yeh hua ke insan ne chaha ke is ke zehen mein jo dunya wasee hui hai,</w:t>
      </w:r>
      <w:r>
        <w:br/>
      </w:r>
      <w:r>
        <w:rPr>
          <w:sz w:val="20"/>
        </w:rPr>
        <w:t>9:37  is ko banaye. lekin bana nahi pata to aakhir mein kya mayoos pad jata hai. koi chahta hai acha ghar banaye, jannati ghar.</w:t>
      </w:r>
      <w:r>
        <w:br/>
      </w:r>
      <w:r>
        <w:rPr>
          <w:sz w:val="20"/>
        </w:rPr>
        <w:t>9:52  koi chahta hai ke bari hukoomat mil jaye is ko. yani koi har aadmi ke dimagh mein jo basa hua hai, is ko chahta hai dunya mein le, chahe woh</w:t>
      </w:r>
      <w:r>
        <w:br/>
      </w:r>
      <w:r>
        <w:rPr>
          <w:sz w:val="20"/>
        </w:rPr>
        <w:t>10:04  yani paise kamane mein, auditors kamane mein, hukoomat kamane mein, jis mani mein bhi ho. lekin is dunya mein Allah taala ne woh mawaqe rakhe nahi hain ke aap jannat ko bana paein.</w:t>
      </w:r>
      <w:r>
        <w:br/>
      </w:r>
      <w:r>
        <w:rPr>
          <w:sz w:val="20"/>
        </w:rPr>
        <w:t>10:16  to aakhir mein kya hota hai ke aap mayoos marte hain. mayoos marte hain.</w:t>
      </w:r>
      <w:r>
        <w:br/>
      </w:r>
      <w:r>
        <w:rPr>
          <w:sz w:val="20"/>
        </w:rPr>
        <w:t>10:21  to sari tareekh mein aik ajeeb o ghareeb yeh cheez hui hai ke aadmi aik shauq ke sath zindagi shuru karta hai. hausle aur shauq ke sath. marta hai mayoosi mein.</w:t>
      </w:r>
      <w:r>
        <w:br/>
      </w:r>
      <w:r>
        <w:rPr>
          <w:sz w:val="20"/>
        </w:rPr>
        <w:t>10:34  poori poori tareekh. yani Alexander jo tha, Alexander the Great, Sikandar Azam, sari dunya ko fateh karne ke liye utha.</w:t>
      </w:r>
      <w:r>
        <w:br/>
      </w:r>
      <w:r>
        <w:rPr>
          <w:sz w:val="20"/>
        </w:rPr>
        <w:t>10:45  bohat bari fauj le kar ke. lekin dunya fateh nahi kar paya aur mayusi mein mar gaya.</w:t>
      </w:r>
    </w:p>
    <w:p>
      <w:pPr>
        <w:pStyle w:val="Heading2"/>
      </w:pPr>
      <w:r>
        <w:t>entertainment culture is destroying children's respect for parents</w:t>
      </w:r>
    </w:p>
    <w:p>
      <w:r>
        <w:rPr>
          <w:color w:val="666666"/>
          <w:sz w:val="18"/>
        </w:rPr>
        <w:t>Beginning of the End February 9, 2007 Maulana Wahiduddin Khan · 4m 17s · at 1:27:53 · https://youtu.be/wzRYtn704oE?t=5273</w:t>
      </w:r>
    </w:p>
    <w:p>
      <w:r>
        <w:rPr>
          <w:i/>
        </w:rPr>
        <w:t>“سب سے بری چیز آج کل کے لوگ ہیں: ہوا کلچر”</w:t>
      </w:r>
    </w:p>
    <w:p>
      <w:r>
        <w:rPr>
          <w:sz w:val="20"/>
        </w:rPr>
        <w:t>1:27:53  to aap apne andar sochne ki aadat dalen. aur sab se bari buri cheez jo rukawat hai tawsuf mein, woh hai hawa culture. sab se buri cheez aaj kal ke log kiya hain?</w:t>
      </w:r>
      <w:r>
        <w:br/>
      </w:r>
      <w:r>
        <w:rPr>
          <w:sz w:val="20"/>
        </w:rPr>
        <w:t>1:28:05  koi maqsad hi is ka nahi hai siwaye hawa karne ke. main to jahan bhi dekhta hoon, woh sab hawa karte hain. bas jo nai nasal hai, nai nasal, woh sab hawa yahi jante hain ke hawa karo baith kar ke.</w:t>
      </w:r>
      <w:r>
        <w:br/>
      </w:r>
      <w:r>
        <w:rPr>
          <w:sz w:val="20"/>
        </w:rPr>
        <w:t>1:28:17  aur isi liye hadith mein jata hai ke doston se to woh khoob theek rahe ga aur baap se theek nahi rahe ga. kyun? dua hawa baap se to hota nahi, hawa hota hai bachon se.</w:t>
      </w:r>
      <w:r>
        <w:br/>
      </w:r>
      <w:r>
        <w:rPr>
          <w:sz w:val="20"/>
        </w:rPr>
        <w:t>1:28:29  woh apne apne sathiyon se hawa hota hai. to yeh jo hadith mein hai ke barsadiqa wajafa abba ke doston se to khoob acha bana bana rahe ga woh, aur baap se woh acha nahi bana rahe ga</w:t>
      </w:r>
      <w:r>
        <w:br/>
      </w:r>
      <w:r>
        <w:rPr>
          <w:sz w:val="20"/>
        </w:rPr>
        <w:t>1:28:44  a. to kyun? yeh hawa culture ka aik peshangoi hai.</w:t>
      </w:r>
      <w:r>
        <w:br/>
      </w:r>
      <w:r>
        <w:rPr>
          <w:sz w:val="20"/>
        </w:rPr>
        <w:t>1:28:51  yeh hawa culture jo aaj kal aa gaya hai, entertainment culture. entertainment culture hi ko main hawa culture keh raha hoon. isi ke hadith mein pehle se bata diya gaya ke aik zamana aaye ga ke log hawa karenge.</w:t>
      </w:r>
      <w:r>
        <w:br/>
      </w:r>
      <w:r>
        <w:rPr>
          <w:sz w:val="20"/>
        </w:rPr>
        <w:t>1:29:03  maine aik qissa bataya tha is se pehle ke main saudi arab gaya to wahan par aik lunch tha. woh lunch rakha gaya tha is par board par.</w:t>
      </w:r>
      <w:r>
        <w:br/>
      </w:r>
      <w:r>
        <w:rPr>
          <w:sz w:val="20"/>
        </w:rPr>
        <w:t>1:29:11  modern qism ki board thi to woh samandar mein tair rahi thi. use wahan hum log kha rahe thay. to main aik kinare baith gaya tha, aik corner mein, aur idhar doosri taraf bohat se log baithe hue thay.</w:t>
      </w:r>
      <w:r>
        <w:br/>
      </w:r>
      <w:r>
        <w:rPr>
          <w:sz w:val="20"/>
        </w:rPr>
        <w:t>1:29:21  woh sab top intellectuals thay aur bohat hans rahe thay, bohat hans rahe thay. to mere sath mere sath rajat thay. main un ko bheja ja ke dekhe ke kis baat pe hans rahe hain woh.</w:t>
      </w:r>
      <w:r>
        <w:br/>
      </w:r>
      <w:r>
        <w:rPr>
          <w:sz w:val="20"/>
        </w:rPr>
        <w:t>1:29:30  mujhe un ko hansi nahi aa rahi thi. main to apne chup chap baitha tha. woh kyun hans rahe hain itna zyada? to yeh gaye wahan par, dekha ke kuch bhi nahi. har baat bahu hawa</w:t>
      </w:r>
      <w:r>
        <w:br/>
      </w:r>
      <w:r>
        <w:rPr>
          <w:sz w:val="20"/>
        </w:rPr>
        <w:t>1:29:40  ke shukr kam hai. arey bhai, shukr kam hai. haan haan haan, bhai shukr zyada hai. haan haan, bhai chamcha to hai hi nahi. haan haan, yeh spoon to bara hai. haan haan, yeh spoon chota hai.</w:t>
      </w:r>
      <w:r>
        <w:br/>
      </w:r>
      <w:r>
        <w:rPr>
          <w:sz w:val="20"/>
        </w:rPr>
        <w:t>1:29:49  haan haan, yeh aik hawa culture hai. har baat bahu hawa karna. to chuki yeh is tarah se aap apne baap se nahi rahte, is tarah rehne ke liye apne apne saathi chahiye.</w:t>
      </w:r>
      <w:r>
        <w:br/>
      </w:r>
      <w:r>
        <w:rPr>
          <w:sz w:val="20"/>
        </w:rPr>
        <w:t>1:30:03  to isi liye hadith mein aata hai ke apne sathiyon se khoob theek rahe ga woh aur baap ke khilaf chale ga.</w:t>
      </w:r>
      <w:r>
        <w:br/>
      </w:r>
      <w:r>
        <w:rPr>
          <w:sz w:val="20"/>
        </w:rPr>
        <w:t>1:30:10  main america mein aik bohat hi modern shehar hai, wahan par tha. main jis ko kehte hain bay area, us mein bohat hi zabardast qism ka ghar tha aik musalman ka.</w:t>
      </w:r>
      <w:r>
        <w:br/>
      </w:r>
      <w:r>
        <w:rPr>
          <w:sz w:val="20"/>
        </w:rPr>
        <w:t>1:30:20  yahin gaye hue hain india ke. to main wahan baitha hua tha. in ka raat ke gyarah baje thay. ghar ke bahar bohat hi khoobsurat lawn tha. wahan par aik jagah thi, hum baithe hue thay hum log.</w:t>
      </w:r>
      <w:r>
        <w:br/>
      </w:r>
      <w:r>
        <w:rPr>
          <w:sz w:val="20"/>
        </w:rPr>
        <w:t>1:30:32  gyarah baje in ka beta nikla andar se, naujawan,</w:t>
      </w:r>
      <w:r>
        <w:br/>
      </w:r>
      <w:r>
        <w:rPr>
          <w:sz w:val="20"/>
        </w:rPr>
        <w:t>1:30:36  baap se kuch nahi bola. bilkul seedhe ja kar ke car kholi aur car le kar rawana ho gaya. to baap kehte hain mujh se ke dekhen, yeh jo hai, agar main is se poochun kahan ja rahe ho to mujhe poochne ke main pooch nahi sakta is se.</w:t>
      </w:r>
      <w:r>
        <w:br/>
      </w:r>
      <w:r>
        <w:rPr>
          <w:sz w:val="20"/>
        </w:rPr>
        <w:t>1:30:55  mujhe mein allowed nahin hoon ke mein poochun is se ke tum kahan ja rahe ho. aur jahan aur jante hain kahan ja raha hai,</w:t>
      </w:r>
      <w:r>
        <w:br/>
      </w:r>
      <w:r>
        <w:rPr>
          <w:sz w:val="20"/>
        </w:rPr>
        <w:t>1:31:02  wo club mein ja raha hai. wahan sab ladke ekatha hain, wahan hua karega. phir raat ko bohat der mein aayega. tab bhi yeh pooch nahin sakta ke tum kahan gaye the. to yeh to qayamat ke is peshangoi hai ke bachche jo hain,</w:t>
      </w:r>
      <w:r>
        <w:br/>
      </w:r>
      <w:r>
        <w:rPr>
          <w:sz w:val="20"/>
        </w:rPr>
        <w:t>1:31:18  ji apne sathiyon se khoob theek thak rahenge aur baap se theek thak nahin rahenge. kyunke hua culture jo hai, baap se hota nahin, wo hota hai bachchon se. sab jagah yahi india mein bhi hai, yeh america mein bhi hai, europe mein har jagah yeh hai.</w:t>
      </w:r>
      <w:r>
        <w:br/>
      </w:r>
      <w:r>
        <w:rPr>
          <w:sz w:val="20"/>
        </w:rPr>
        <w:t>1:31:32  kuch khush form qism ke log, kuch phir thinker hain, wo samajhte hain ke nahin, mere mere bete aise nahin hain. mein ek sahib ghar gaya, kaha mera beta cinema nahin, wo nahin dekhta, tv nahin dekhta, mere bachche tv nahin dekhte.</w:t>
      </w:r>
      <w:r>
        <w:br/>
      </w:r>
      <w:r>
        <w:rPr>
          <w:sz w:val="20"/>
        </w:rPr>
        <w:t>1:31:46  un ke ghar mein tv nahin rakha tha unhone ke dekhen, mere ghar mein tv nahin hai, mere bachche tv nahin dekhte. ab mein jab inquiry ki to maloom hua ke sab ja kar paros mein dekhte hain.</w:t>
      </w:r>
      <w:r>
        <w:br/>
      </w:r>
      <w:r>
        <w:rPr>
          <w:sz w:val="20"/>
        </w:rPr>
        <w:t>1:31:57  wohi bachche paros mein ja kar dekhte hain.</w:t>
      </w:r>
      <w:r>
        <w:br/>
      </w:r>
      <w:r>
        <w:rPr>
          <w:sz w:val="20"/>
        </w:rPr>
        <w:t>1:32:00  intezar karte rahe ke baap sahib zara sa idhar udhar hon to paros se pahunch ke ja kar tv dekhen. to bohat se log mujhe mile, aise log jo bohat hi nayi thinking un ki hoti hai.</w:t>
      </w:r>
    </w:p>
    <w:p>
      <w:pPr>
        <w:pStyle w:val="Heading2"/>
      </w:pPr>
      <w:r>
        <w:t>Islamic contributions in medicine and geography</w:t>
      </w:r>
    </w:p>
    <w:p>
      <w:r>
        <w:rPr>
          <w:color w:val="666666"/>
          <w:sz w:val="18"/>
        </w:rPr>
        <w:t>Islam Daur e Jadid Mein · 4m 56s · at 16:18 · https://youtu.be/9ZHW3HTZ66o?t=978</w:t>
      </w:r>
    </w:p>
    <w:p>
      <w:r>
        <w:rPr>
          <w:i/>
        </w:rPr>
        <w:t>“Tauheed is duniya ki sab se badi sachai hai”</w:t>
      </w:r>
    </w:p>
    <w:p>
      <w:r>
        <w:rPr>
          <w:sz w:val="20"/>
        </w:rPr>
        <w:t>16:18  tauheed is dunya ki sab se bari sachai hai. tauheed ko ikhtiyar karne ki wajah se daur awwal ke musalmanon ke liye yeh mumkin hua ke woh dunya walon ke darmiyan ek aisi baradari ban kar ubhren jin ka har taraf istaqbal kiya jaye aur jin se dunya walon ko har qism ka nafa hasil ho.</w:t>
      </w:r>
      <w:r>
        <w:br/>
      </w:r>
      <w:r>
        <w:rPr>
          <w:sz w:val="20"/>
        </w:rPr>
        <w:t>16:42  yahan hum is silsile mein chand misalein darj karenge. number ek: islami inqilab ke baad kai so saal aise guzre hain jab musalman sari dunya mein ilm-e-tib ke imam thay.</w:t>
      </w:r>
      <w:r>
        <w:br/>
      </w:r>
      <w:r>
        <w:rPr>
          <w:sz w:val="20"/>
        </w:rPr>
        <w:t>16:58  dunya ke baray baray log muslim atibba se rujoo karte thay aur tib mein musalmanon ki tasneefat har jagah fan-e-tib ka ma'khaz bani hui theen.</w:t>
      </w:r>
      <w:r>
        <w:br/>
      </w:r>
      <w:r>
        <w:rPr>
          <w:sz w:val="20"/>
        </w:rPr>
        <w:t>17:10  europe ka sab se pehla medical college sarno italy mein qaim hua. yeh medical college gyarween sadi isvi mein qaim hua tha.</w:t>
      </w:r>
      <w:r>
        <w:br/>
      </w:r>
      <w:r>
        <w:rPr>
          <w:sz w:val="20"/>
        </w:rPr>
        <w:t>17:21  is ka nisaab bari had tak un tibbi kitabon par mushtamil tha jo arabi zaban se latini zaban mein tarjuma ki gayi theen.</w:t>
      </w:r>
      <w:r>
        <w:br/>
      </w:r>
      <w:r>
        <w:rPr>
          <w:sz w:val="20"/>
        </w:rPr>
        <w:t>17:31  encyclopedia britannica ne is ke tazkire ke zail mein likha hai ke europe mein barahween sadi ne arabi se latini mein kitabon ke tarjume ka ek heiroana program dekha.</w:t>
      </w:r>
      <w:r>
        <w:br/>
      </w:r>
      <w:r>
        <w:rPr>
          <w:sz w:val="20"/>
        </w:rPr>
        <w:t>17:45  yeh baat bohat aham hai ke europe ka ibtidai tibbi school jo salerno mein qaim hua aur doosra jo montpellier mein qaim hua, dono arabi aur yahoodi ma'khazon se bohat qareeb thay.</w:t>
      </w:r>
      <w:r>
        <w:br/>
      </w:r>
      <w:r>
        <w:rPr>
          <w:sz w:val="20"/>
        </w:rPr>
        <w:t>18:01  The twelfth century saw a heroic program of translation of works from Arabic to Latin. It is significant that the earliest medical school in Europe was at Salar No and that it was later rivaled by Montpellier, also close to Arabic and Jewish sources.</w:t>
      </w:r>
      <w:r>
        <w:br/>
      </w:r>
      <w:r>
        <w:rPr>
          <w:sz w:val="20"/>
        </w:rPr>
        <w:t>18:23  professor hitti ne is silsile mein mazeed tafseel bayan karte hue likha hai ke al-zahrawi ki kitab al-tasreef liman ajza an al-talif ka surgery se mutaliq hissa gherard of cremona ne arabi se latini mein tarjuma kiya.</w:t>
      </w:r>
      <w:r>
        <w:br/>
      </w:r>
      <w:r>
        <w:rPr>
          <w:sz w:val="20"/>
        </w:rPr>
        <w:t>18:41  europe mein is ke mukhtalif edition chhapay: venice mein 1497 mein, basel mein 1541 mein, oxford mein 1778 mein.</w:t>
      </w:r>
      <w:r>
        <w:br/>
      </w:r>
      <w:r>
        <w:rPr>
          <w:sz w:val="20"/>
        </w:rPr>
        <w:t>18:54  yeh tarjuma sadiyon tak salerno aur montpellier aur doosre europi tibbi idaron mein nisaab-e-taleem ka juz bana raha. This surgical part was translated into Latin by Gherard of Cremona and various editions were published at Venice 1497, at Bessel in 1541, and at Oxford in 1778.</w:t>
      </w:r>
      <w:r>
        <w:br/>
      </w:r>
      <w:r>
        <w:rPr>
          <w:sz w:val="20"/>
        </w:rPr>
        <w:t>19:20  It held its place for centuries as the manual of surgery in Salar No, Montpellier, and other early schools of medicine.</w:t>
      </w:r>
      <w:r>
        <w:br/>
      </w:r>
      <w:r>
        <w:rPr>
          <w:sz w:val="20"/>
        </w:rPr>
        <w:t>19:33  aaj aap jadeed tarz ke kisi hospital ya kisi medical college mein dakhil hon to wahan ki har cheez aap ko maghribi tehzeeb ka tohfa nazar ayegi.</w:t>
      </w:r>
      <w:r>
        <w:br/>
      </w:r>
      <w:r>
        <w:rPr>
          <w:sz w:val="20"/>
        </w:rPr>
        <w:t>19:42  magar chand so saal pehle yeh haal tha ke aap waqt ke kisi mayari hospital ya kisi medical college mein dakhil hon to wahan ki har cheez islami tehzeeb ka tohfa nazar aati thi.</w:t>
      </w:r>
      <w:r>
        <w:br/>
      </w:r>
      <w:r>
        <w:rPr>
          <w:sz w:val="20"/>
        </w:rPr>
        <w:t>19:56  yeh hai woh bunyadi farq jo musalmanon ke maazi aur un ke haal mein paida ho gaya hai. number do: geography ek be had aham science hai.</w:t>
      </w:r>
      <w:r>
        <w:br/>
      </w:r>
      <w:r>
        <w:rPr>
          <w:sz w:val="20"/>
        </w:rPr>
        <w:t>20:07  iska talluq zindagi ke beshumar shobon se hai. daur awwal ke musalmanon ne is fun mein bhi kamal paida kiya. misal ke taur par al-idrisi apne zamanay mein dunya ka sab se bara geography alam tha.</w:t>
      </w:r>
      <w:r>
        <w:br/>
      </w:r>
      <w:r>
        <w:rPr>
          <w:sz w:val="20"/>
        </w:rPr>
        <w:t>20:23  professor philip hitti ne is ki babat hasb-e-zeil alfaaz likhe hain: "The most distinguished geographer of the Middle Ages" yani qurun-e-wusta ka sab se ziyada mumtaz geography dan.</w:t>
      </w:r>
      <w:r>
        <w:br/>
      </w:r>
      <w:r>
        <w:rPr>
          <w:sz w:val="20"/>
        </w:rPr>
        <w:t>20:39  al-idrisi ke zamanay mein roger دوم sicily ka badshah tha. us ko ek geography naqshay ki zaroorat hui to us ko yeh naqsha jis ne bana kar diya woh yahi al-idrisi tha.</w:t>
      </w:r>
      <w:r>
        <w:br/>
      </w:r>
      <w:r>
        <w:rPr>
          <w:sz w:val="20"/>
        </w:rPr>
        <w:t>20:50  philip hitti ne mazeed likha hai: "The most brilliant geographical author" "The most brilliant geographical author and cartographer of the twelfth century" Indeed, of all medieval time, was al-Idrisi a descendant of a Spanish-Arab family who got his education in Spain.</w:t>
      </w:r>
    </w:p>
    <w:p>
      <w:pPr>
        <w:pStyle w:val="Heading2"/>
      </w:pPr>
      <w:r>
        <w:t>Misapplication of paradise concept examples</w:t>
      </w:r>
    </w:p>
    <w:p>
      <w:r>
        <w:rPr>
          <w:color w:val="666666"/>
          <w:sz w:val="18"/>
        </w:rPr>
        <w:t>Right Man at Wrong Place May 18, 2008 · 5m 53s · at 52:50 · https://youtu.be/LMuZOvUII6c?t=3170</w:t>
      </w:r>
    </w:p>
    <w:p>
      <w:r>
        <w:rPr>
          <w:i/>
        </w:rPr>
        <w:t>“Now I will give another example”</w:t>
      </w:r>
    </w:p>
    <w:p>
      <w:r>
        <w:rPr>
          <w:sz w:val="20"/>
        </w:rPr>
        <w:t>52:50  jo hai Quran mein bataya gaya hai. ab mein ek aur example doon ga is se aap baat shayad zyada clear ho jaye.</w:t>
      </w:r>
      <w:r>
        <w:br/>
      </w:r>
      <w:r>
        <w:rPr>
          <w:sz w:val="20"/>
        </w:rPr>
        <w:t>52:58  dekhiye.</w:t>
      </w:r>
      <w:r>
        <w:br/>
      </w:r>
      <w:r>
        <w:rPr>
          <w:sz w:val="20"/>
        </w:rPr>
        <w:t>53:02  Bible mein ek bahut hi meaningful ek quotation hai ek prophet ka. ek prophet ki zuban se. bahut hi meaningful.</w:t>
      </w:r>
      <w:r>
        <w:br/>
      </w:r>
      <w:r>
        <w:rPr>
          <w:sz w:val="20"/>
        </w:rPr>
        <w:t>53:14  Bible mein jo ashya ka jo chapter hai us mein. to ek prophet ne yeh kaha ke duniya mein tum ko jo yeh rehna hai to is mein to tum ko museebatein rahen gi.</w:t>
      </w:r>
      <w:r>
        <w:br/>
      </w:r>
      <w:r>
        <w:rPr>
          <w:sz w:val="20"/>
        </w:rPr>
        <w:t>53:27  is mein tum tum ko yani problem face karna parega. to is mein unho ne kaha ke yeh batate hue ke wahi jo maine arz kiya ke jannat mein milega sab kuch woh tum ko.</w:t>
      </w:r>
      <w:r>
        <w:br/>
      </w:r>
      <w:r>
        <w:rPr>
          <w:sz w:val="20"/>
        </w:rPr>
        <w:t>53:43  to is mein woh kehte hain ke ke God will wipe away tears from all faces.</w:t>
      </w:r>
      <w:r>
        <w:br/>
      </w:r>
      <w:r>
        <w:rPr>
          <w:sz w:val="20"/>
        </w:rPr>
        <w:t>54:00  god will wipe away tears from all faces. yani god khuda ke khuda jo hai har aankh ke aansu pooch dega.</w:t>
      </w:r>
      <w:r>
        <w:br/>
      </w:r>
      <w:r>
        <w:rPr>
          <w:sz w:val="20"/>
        </w:rPr>
        <w:t>54:14  matlab is waqt jab pahunchenge aap. dunya mein to aap musibaten uthayenge, problem ko jhelenge. lekin agar aap ne qualify kiya paradise ke liye aur wahan pahunche aap is tareeqe se to wahan aap ke aansu pooch jayenge.</w:t>
      </w:r>
      <w:r>
        <w:br/>
      </w:r>
      <w:r>
        <w:rPr>
          <w:sz w:val="20"/>
        </w:rPr>
        <w:t>54:30  wahan aap ko sukoon milega, chain milega, sab kuch milega. to yeh hai yeh hai is mein bible mein. ke god will wipe away tears from all faces.</w:t>
      </w:r>
      <w:r>
        <w:br/>
      </w:r>
      <w:r>
        <w:rPr>
          <w:sz w:val="20"/>
        </w:rPr>
        <w:t>54:45  ab kya hua ke is ko le liya tolstoy ne. tolstoy ek bahut bada writer tha russia ka. us ki kitab hai war and peace aur bahut si kitabein hain.</w:t>
      </w:r>
      <w:r>
        <w:br/>
      </w:r>
      <w:r>
        <w:rPr>
          <w:sz w:val="20"/>
        </w:rPr>
        <w:t>54:56  to is ko dunya mein transfer karna chaha unhon ne. unhon ne yeh mashal banaya apna ke dunya mein jo insan hain, jo society hai un ke aansu poochein hum.</w:t>
      </w:r>
      <w:r>
        <w:br/>
      </w:r>
      <w:r>
        <w:rPr>
          <w:sz w:val="20"/>
        </w:rPr>
        <w:t>55:07  agar aisi society banayein jis mein koi rota rone wala na ho. to kuch bhi nahi hua woh khud hi yani is mein death spell mein mare.</w:t>
      </w:r>
      <w:r>
        <w:br/>
      </w:r>
      <w:r>
        <w:rPr>
          <w:sz w:val="20"/>
        </w:rPr>
        <w:t>55:19  nineteen ten mein, 1910 mein un ka death hua. tolstoy ka. 1910 mein frustration mein mare woh.</w:t>
      </w:r>
      <w:r>
        <w:br/>
      </w:r>
      <w:r>
        <w:rPr>
          <w:sz w:val="20"/>
        </w:rPr>
        <w:t>55:29  halanke un ki 88 years ho chuki thi. kyun ke woh ayat jo thi bible mein woh to akhirat ke bare mein thi. is dunya ke bare mein nahi thi woh.</w:t>
      </w:r>
      <w:r>
        <w:br/>
      </w:r>
      <w:r>
        <w:rPr>
          <w:sz w:val="20"/>
        </w:rPr>
        <w:t>55:40  yehi kahani hum india mein dekhte hain. mahatma gandhi bahut hi bare leader the. to unhon ne kaha tha azadi se pehle ke mera mission har aankh ke aansu poochna hai.</w:t>
      </w:r>
      <w:r>
        <w:br/>
      </w:r>
      <w:r>
        <w:rPr>
          <w:sz w:val="20"/>
        </w:rPr>
        <w:t>55:59  mahatma gandhi ne kaha tha azadi se pehle ke mera mission har aankh ke aansu poochna hai. to 47 ke baad kya har aankh ke aansu pooch gaye?</w:t>
      </w:r>
      <w:r>
        <w:br/>
      </w:r>
      <w:r>
        <w:rPr>
          <w:sz w:val="20"/>
        </w:rPr>
        <w:t>56:11  zahair hai ke nahi poochhe. balkeh shayad rone walon ki aankh aur rone wali aankhein aur zyada ho gayin. 1947 mein jo jawaharlal nehru ne kaha tha ke india mein 36 crore aadmi hain.</w:t>
      </w:r>
      <w:r>
        <w:br/>
      </w:r>
      <w:r>
        <w:rPr>
          <w:sz w:val="20"/>
        </w:rPr>
        <w:t>56:26  aur 36 crore problem hain. aur aaj kitne aadmi hain? aaj to bahut zyada hamari ginti ho chuki hai.</w:t>
      </w:r>
      <w:r>
        <w:br/>
      </w:r>
      <w:r>
        <w:rPr>
          <w:sz w:val="20"/>
        </w:rPr>
        <w:t>56:37  to rone wale hi badh gaye hain. to rone wale jo the un ke aansu kahan poochhe? to kyun aisa hua?</w:t>
      </w:r>
      <w:r>
        <w:br/>
      </w:r>
      <w:r>
        <w:rPr>
          <w:sz w:val="20"/>
        </w:rPr>
        <w:t>56:46  hamare leader ne is bible ke ek verse ko dunya mein transfer karna chaha. jo thi akhirat ke liye, paradise ke liye.</w:t>
      </w:r>
      <w:r>
        <w:br/>
      </w:r>
      <w:r>
        <w:rPr>
          <w:sz w:val="20"/>
        </w:rPr>
        <w:t>56:57  yaad rakhiye ke dunya mein hamein yani khuda banaye nahi khuda ne dunya ko ke hum hamari desires yahan poori hon.</w:t>
      </w:r>
      <w:r>
        <w:br/>
      </w:r>
      <w:r>
        <w:rPr>
          <w:sz w:val="20"/>
        </w:rPr>
        <w:t>57:07  desires to wahan poori hongi. yahan to hamein intellectual development karna hai, spiritual development karna hai. apne ko qualify karna hai taake hum paradise mein entry pa sakein.</w:t>
      </w:r>
      <w:r>
        <w:br/>
      </w:r>
      <w:r>
        <w:rPr>
          <w:sz w:val="20"/>
        </w:rPr>
        <w:t>57:19  to itne bare bare log jo hain unhon ne aisa samjha ke bible ki woh ayat jo thi akhirat ke liye aur jannat ke liye us ko unhon ne chaha ke is dunya mein apply karein.</w:t>
      </w:r>
      <w:r>
        <w:br/>
      </w:r>
      <w:r>
        <w:rPr>
          <w:sz w:val="20"/>
        </w:rPr>
        <w:t>57:30  jo ke possible nahi tha woh. woh possible nahi tha woh.</w:t>
      </w:r>
      <w:r>
        <w:br/>
      </w:r>
      <w:r>
        <w:rPr>
          <w:sz w:val="20"/>
        </w:rPr>
        <w:t>57:37  you cannot achieve paradise in this world.</w:t>
      </w:r>
      <w:r>
        <w:br/>
      </w:r>
      <w:r>
        <w:rPr>
          <w:sz w:val="20"/>
        </w:rPr>
        <w:t>57:42  they wanted to establish paradise in this world. but it was not possible. you cannot achieve paradise in this world.</w:t>
      </w:r>
      <w:r>
        <w:br/>
      </w:r>
      <w:r>
        <w:rPr>
          <w:sz w:val="20"/>
        </w:rPr>
        <w:t>57:51  to yeh hai kahani poori poori history ki. ke log less than ideal par razi nahi hote. is liye woh zindagi mein frustration mein rehte hain.</w:t>
      </w:r>
      <w:r>
        <w:br/>
      </w:r>
      <w:r>
        <w:rPr>
          <w:sz w:val="20"/>
        </w:rPr>
        <w:t>58:01  aap less than ideal par razi ho jaiye. aur less than ideal par razi hone ka matlab kya hai? is ke baad aap ko opportunity milti hai ke aap apne ko prepare kar sakein.</w:t>
      </w:r>
      <w:r>
        <w:br/>
      </w:r>
      <w:r>
        <w:rPr>
          <w:sz w:val="20"/>
        </w:rPr>
        <w:t>58:13  less than ideal par razi hona apne aap ko woh opportunity avail karne ke qabil banana hai.</w:t>
      </w:r>
    </w:p>
    <w:p>
      <w:pPr>
        <w:pStyle w:val="Heading2"/>
      </w:pPr>
      <w:r>
        <w:t>Two-part formula to become beloved of God</w:t>
      </w:r>
    </w:p>
    <w:p>
      <w:r>
        <w:rPr>
          <w:color w:val="666666"/>
          <w:sz w:val="18"/>
        </w:rPr>
        <w:t>Love of God June 12, 2011 Maulana Wahiduddin Khan · 5m 48s · at 46:55 · https://youtu.be/TmcYUtTqQCg?t=2815</w:t>
      </w:r>
    </w:p>
    <w:p>
      <w:r>
        <w:rPr>
          <w:i/>
        </w:rPr>
        <w:t>“Aik baat yeh main kahoon ga, khuda ki boundaries ko discover kijiye”</w:t>
      </w:r>
    </w:p>
    <w:p>
      <w:r>
        <w:rPr>
          <w:sz w:val="20"/>
        </w:rPr>
        <w:t>46:55  to ek baat yeh mein kahunga ke khuda ki boundaries ko discover kijiye, khuda ke blessing ko discover kijiye, khuda ke inaamaat ko discover kijiye.</w:t>
      </w:r>
      <w:r>
        <w:br/>
      </w:r>
      <w:r>
        <w:rPr>
          <w:sz w:val="20"/>
        </w:rPr>
        <w:t>47:06  tab ja kar aap ko maloom ho gaya ke yeh to khuda ka bohat bara ehsaan hai hamare upar. tab mohabbat ka chashma aap ke dil mein paida hoga.</w:t>
      </w:r>
      <w:r>
        <w:br/>
      </w:r>
      <w:r>
        <w:rPr>
          <w:sz w:val="20"/>
        </w:rPr>
        <w:t>47:16  ek baat yeh hai. doosri baat yeh hai ke is baat ko janiye ke aap law of nature se lad nahin sakte hain.</w:t>
      </w:r>
      <w:r>
        <w:br/>
      </w:r>
      <w:r>
        <w:rPr>
          <w:sz w:val="20"/>
        </w:rPr>
        <w:t>47:27  yani aap law of nature ladne ka matlab yeh hai ke aap aap chahein kaan se mein bolne lagoon aur dobara sunne lagoon, there is impossible.</w:t>
      </w:r>
      <w:r>
        <w:br/>
      </w:r>
      <w:r>
        <w:rPr>
          <w:sz w:val="20"/>
        </w:rPr>
        <w:t>47:36  to law of nature kya hai?</w:t>
      </w:r>
      <w:r>
        <w:br/>
      </w:r>
      <w:r>
        <w:rPr>
          <w:sz w:val="20"/>
        </w:rPr>
        <w:t>47:40  woh yahi hai ke ek dil mein, ek seenay mein do dil nahin ho sakte. yani ek hi dil mein mohabbat bhi ho, usi dil mein hate bhi ho, yeh impossible hai.</w:t>
      </w:r>
      <w:r>
        <w:br/>
      </w:r>
      <w:r>
        <w:rPr>
          <w:sz w:val="20"/>
        </w:rPr>
        <w:t>47:55  to aap ko yeh janna padega ke agar aap ko Allah se mohabbat karna hai to doosron se hate bhi khatam karna hai. hate khatam,</w:t>
      </w:r>
      <w:r>
        <w:br/>
      </w:r>
      <w:r>
        <w:rPr>
          <w:sz w:val="20"/>
        </w:rPr>
        <w:t>48:04  chahe koi excuse ho, chahe woh aap ke nazdeek zalim ho, chahe woh aap ka specter ho, chahe us ne aap ke huqooq chheenay hon, chahe us ne aap ko gaali di ho, chahe us ne rasool Allah ko shatm kiya ho, kuch bhi kiya ho, kuch bhi kiya ho, kuch bhi kiya ho,</w:t>
      </w:r>
      <w:r>
        <w:br/>
      </w:r>
      <w:r>
        <w:rPr>
          <w:sz w:val="20"/>
        </w:rPr>
        <w:t>48:22  aap ko ise ignore karna pare ga. aap ko bhulana pare ga. aap ko is se hate apne dil mein nahi lana pare ga.</w:t>
      </w:r>
      <w:r>
        <w:br/>
      </w:r>
      <w:r>
        <w:rPr>
          <w:sz w:val="20"/>
        </w:rPr>
        <w:t>48:32  tab aap is qabil honge ke Allah se mohabbat karen. yeh do, yeh hai two part formula:</w:t>
      </w:r>
      <w:r>
        <w:br/>
      </w:r>
      <w:r>
        <w:rPr>
          <w:sz w:val="20"/>
        </w:rPr>
        <w:t>48:42  ek positive, ek negative. yaani positive side yeh hai ke aap Allah ki blessing ko discover karen.</w:t>
      </w:r>
      <w:r>
        <w:br/>
      </w:r>
      <w:r>
        <w:rPr>
          <w:sz w:val="20"/>
        </w:rPr>
        <w:t>48:52  is yeh discovery yahan to barhe ta barhe ke har cheez jo aap ko mili hui hai, woh sab Khuda ke diya hua dikhai dene lage aap ko.</w:t>
      </w:r>
      <w:r>
        <w:br/>
      </w:r>
      <w:r>
        <w:rPr>
          <w:sz w:val="20"/>
        </w:rPr>
        <w:t>49:01  aap aap ek glass pani piyen to lage ke Khuda ne mujhe bheja hai pani, mere paise se nahi pani aya hai.</w:t>
      </w:r>
      <w:r>
        <w:br/>
      </w:r>
      <w:r>
        <w:rPr>
          <w:sz w:val="20"/>
        </w:rPr>
        <w:t>49:13  koi supply kar raha hai, supply kar raha hai, koi is se pani nahi aya. yeh barah-e-rast Allah ne pani diya hai. to kuch bhi, kuch bhi, kuch bhi,</w:t>
      </w:r>
      <w:r>
        <w:br/>
      </w:r>
      <w:r>
        <w:rPr>
          <w:sz w:val="20"/>
        </w:rPr>
        <w:t>49:24  chahe aap ke beta, beti ho, aap ki property ho, aap ka business ho, aap ki health ho, aap ka mind ho, aap aap ke andar speaking power ho,</w:t>
      </w:r>
      <w:r>
        <w:br/>
      </w:r>
      <w:r>
        <w:rPr>
          <w:sz w:val="20"/>
        </w:rPr>
        <w:t>49:40  kuch bhi jo aap ke pas hai, yeh life support system jo hai, jis se aap faida utha rahe hain, woh ho.</w:t>
      </w:r>
      <w:r>
        <w:br/>
      </w:r>
      <w:r>
        <w:rPr>
          <w:sz w:val="20"/>
        </w:rPr>
        <w:t>49:49  har ek ko aap Khuda ki blessing samjhen, hundred percent. tab ja kar ke Allah se mohabbat paida hogi.</w:t>
      </w:r>
      <w:r>
        <w:br/>
      </w:r>
      <w:r>
        <w:rPr>
          <w:sz w:val="20"/>
        </w:rPr>
        <w:t>50:00  aur doosri cheez yeh hai ke insanon se aap nafrat ko chhodna pare ga. aap ko hundred percent chhodna pare ga.</w:t>
      </w:r>
      <w:r>
        <w:br/>
      </w:r>
      <w:r>
        <w:rPr>
          <w:sz w:val="20"/>
        </w:rPr>
        <w:t>50:11  aap ko koi bhi excuse lena nahi pare ga.</w:t>
      </w:r>
      <w:r>
        <w:br/>
      </w:r>
      <w:r>
        <w:rPr>
          <w:sz w:val="20"/>
        </w:rPr>
        <w:t>50:15  bilfarz, suppose koi aadmi zulm kar raha hai to us ko Khuda ke hawale hawale kijiye. koi conspiracy kar raha hai to Khuda ke hawale kar dijiye.</w:t>
      </w:r>
      <w:r>
        <w:br/>
      </w:r>
      <w:r>
        <w:rPr>
          <w:sz w:val="20"/>
        </w:rPr>
        <w:t>50:25  koi aap se chheen raha hai to Khuda ke hawale kar dijiye. kisi ne bomb mara hai to Khuda ke hawale kijiye. kisi ne gun chalaya hai to Khuda ke hawale kijiye.</w:t>
      </w:r>
      <w:r>
        <w:br/>
      </w:r>
      <w:r>
        <w:rPr>
          <w:sz w:val="20"/>
        </w:rPr>
        <w:t>50:36  yeh hai two part formula.</w:t>
      </w:r>
      <w:r>
        <w:br/>
      </w:r>
      <w:r>
        <w:rPr>
          <w:sz w:val="20"/>
        </w:rPr>
        <w:t>50:38  aur nahi to phir is ke tayyar rahiye ke maut ke baad jab aap pohnchenge Allah ke samne to wahan aap pulon mein shawar nahi kiya jayega aap ka jinhon ne Allah se mohabbat ki thi.</w:t>
      </w:r>
      <w:r>
        <w:br/>
      </w:r>
      <w:r>
        <w:rPr>
          <w:sz w:val="20"/>
        </w:rPr>
        <w:t>50:53  hadith mein aur Quran mein yeh baat ayi hai ke jo log Allah se mohabbat karte hain to Allah bhi un se mohabbat karta hai. kitni bari baat hai yeh.</w:t>
      </w:r>
      <w:r>
        <w:br/>
      </w:r>
      <w:r>
        <w:rPr>
          <w:sz w:val="20"/>
        </w:rPr>
        <w:t>51:04  yaani yeh bilateral hai, ga unilateral nahi hai. yeh</w:t>
      </w:r>
      <w:r>
        <w:br/>
      </w:r>
      <w:r>
        <w:rPr>
          <w:sz w:val="20"/>
        </w:rPr>
        <w:t>51:08  jo log Allah se mohabbat karte hain to Allah bhi un se mohabbat karta hai.</w:t>
      </w:r>
      <w:r>
        <w:br/>
      </w:r>
      <w:r>
        <w:rPr>
          <w:sz w:val="20"/>
        </w:rPr>
        <w:t>51:16  jise ek buzurg ke bare mein kaha tha ke mahboob-e-Ilahi, mahboob-e-Ilahi koi ek buzurg nahi hai. sare aadmi mahboob-e-Ilahi ho sakte hain. yaad rakhiye, mahboob-e-Ilahi koi ek shakhs nahi hai.</w:t>
      </w:r>
      <w:r>
        <w:br/>
      </w:r>
      <w:r>
        <w:rPr>
          <w:sz w:val="20"/>
        </w:rPr>
        <w:t>51:27  mahboob-e-Ilahi koi shakhsi title nahi hai. har aadmi mahboob-e-Ilahi ban sakta hai. kaise? us ne Allah se mohabbat ki ho.</w:t>
      </w:r>
      <w:r>
        <w:br/>
      </w:r>
      <w:r>
        <w:rPr>
          <w:sz w:val="20"/>
        </w:rPr>
        <w:t>51:39  kaise? us ne Allah ki boundaries ko discover kiya ho. us ne Allah ki khatir har hate ko bilkul mita diya ho.</w:t>
      </w:r>
      <w:r>
        <w:br/>
      </w:r>
      <w:r>
        <w:rPr>
          <w:sz w:val="20"/>
        </w:rPr>
        <w:t>51:49  har nafrat ko khatam kar diya ho.</w:t>
      </w:r>
      <w:r>
        <w:br/>
      </w:r>
      <w:r>
        <w:rPr>
          <w:sz w:val="20"/>
        </w:rPr>
        <w:t>51:55  to woh Allah se mohabbat kar payega. aur jo Allah se mohabbat kar payega to Allah ka mahboob ban jayega. woh jo mahboob-e-Ilahi koi ek buzurg nahi hai.</w:t>
      </w:r>
      <w:r>
        <w:br/>
      </w:r>
      <w:r>
        <w:rPr>
          <w:sz w:val="20"/>
        </w:rPr>
        <w:t>52:06  woh</w:t>
      </w:r>
      <w:r>
        <w:br/>
      </w:r>
      <w:r>
        <w:rPr>
          <w:sz w:val="20"/>
        </w:rPr>
        <w:t>52:07  har har insaan mahboob-e-Ilahi ban sakta hai bashart ke woh in do sharton ko poora kare.</w:t>
      </w:r>
      <w:r>
        <w:br/>
      </w:r>
      <w:r>
        <w:rPr>
          <w:sz w:val="20"/>
        </w:rPr>
        <w:t>52:16  to dunya mein jo is baat ka yaani proof de ga, is baat ka saboot de ga ke in sharton ko poora karte hue woh Allah se mohabbat karne wala bana</w:t>
      </w:r>
      <w:r>
        <w:br/>
      </w:r>
      <w:r>
        <w:rPr>
          <w:sz w:val="20"/>
        </w:rPr>
        <w:t>52:30  to aakhirat mein is ko ailaan kiya jaye ke yeh hain Allah ke, yeh hain woh log jin se Allah mohabbat karta hai, in ko jannaton mein dakhil karo.</w:t>
      </w:r>
    </w:p>
    <w:p>
      <w:pPr>
        <w:pStyle w:val="Heading2"/>
      </w:pPr>
      <w:r>
        <w:t>why does God allow suffering — freedom and shock treatment</w:t>
      </w:r>
    </w:p>
    <w:p>
      <w:r>
        <w:rPr>
          <w:color w:val="666666"/>
          <w:sz w:val="18"/>
        </w:rPr>
        <w:t>Interaction Session with Prof. Farida Khanam May 16, 2022 · 5m 30s · at 46:59 · https://youtu.be/eEfmoB2bwBM?t=2819</w:t>
      </w:r>
    </w:p>
    <w:p>
      <w:r>
        <w:rPr>
          <w:i/>
        </w:rPr>
        <w:t>“Why is it that there are so many difficulties, challenges?”</w:t>
      </w:r>
    </w:p>
    <w:p>
      <w:r>
        <w:rPr>
          <w:sz w:val="20"/>
        </w:rPr>
        <w:t>46:59  why is it that there are so many difficulties, challenges? to is iska kya jawab hoga ki agar agar god hain to phir problems kyu hain? life ek smoothly kyu nahi run kar sakti? kyu hum apni zindagi mein itne challenges face karte hain? iska kya, iska kya karan hai? bahut sare logon ka yeh hai ki agar Khuda hota to duniya mein itni burai nahi hoti.</w:t>
      </w:r>
      <w:r>
        <w:br/>
      </w:r>
      <w:r>
        <w:rPr>
          <w:sz w:val="20"/>
        </w:rPr>
        <w:t>47:26  problem of evil ko lekar ke bahut sare log atheist ho jate hain. asal mein woh yeh samajhte hain ki Khuda ne sab kuch create kiya hai. evil bhi Khuda ne create kiya hai. to aisa nahi hai. evil Khuda ne nahi create ki hai. Khuda ne freedom diya hai aur un logon ko asal mein yeh nahi maloom ki insan is duniya mein test ke liye aaya hai. to yeh basic cheez hai jiske zariye se woh doosri baaton ko samajh sakte hain.</w:t>
      </w:r>
      <w:r>
        <w:br/>
      </w:r>
      <w:r>
        <w:rPr>
          <w:sz w:val="20"/>
        </w:rPr>
        <w:t>47:54  to jab agar agar hamare haath paon baandh diye jayenge musal ke taur par hum examination hall mein jate hain, hamare haath paon baandh diye gaye, to hum kaise exam lenge? to is tareeqe se yahan par Allah taala ne hamein aazadi di hai aur hamare andar desires bahut zyada hain. asal mein yeh jo desires hai na, yeh akhirat ke lihaaz se, jannat ke lihaaz se rakhi gayi hai.</w:t>
      </w:r>
      <w:r>
        <w:br/>
      </w:r>
      <w:r>
        <w:rPr>
          <w:sz w:val="20"/>
        </w:rPr>
        <w:t>48:23  Quran mein aaya ki jannat mein jo kuch hum chahenge woh milega. to desire based life hogi wahan par aur duniya mein need based life hai. lekin hamare andar woh saare jazbaat agar na hote to hum jannat ke liye mehnat hi na karte. hamare andar woh saare jazbaat hain, hamare ambitions hain, aspirations hain to uske liye hum kaam karna chahte hain.</w:t>
      </w:r>
      <w:r>
        <w:br/>
      </w:r>
      <w:r>
        <w:rPr>
          <w:sz w:val="20"/>
        </w:rPr>
        <w:t>48:48  to agar hamare paas proper guidance ho ki woh cheezein sab akhirat mein milengi duniya mein nahi, to hamein baat samajh mein aa jaye ki is duniya mein hamein apni aazadi ka sahi istemal karna hai. jitni bhi buraiyan hui hain, woh sab aazadi ke galat istemal se.</w:t>
      </w:r>
      <w:r>
        <w:br/>
      </w:r>
      <w:r>
        <w:rPr>
          <w:sz w:val="20"/>
        </w:rPr>
        <w:t>49:08  to yeh jo hai to yeh insan chuki insan ko Khuda ki hidayat nahi mili hui hai na, to is wajah se woh, usko ehsaas hi nahi hai ki woh accountable hai Khuda ke aage. woh samajhta hai jaise duniya mein uski baatein chhup jati hain, court mein case jata hai, vakeel ko paisa dekar bach jata hai. to consciously unconsciously woh samajhta hai ki akhirat mein bhi aisa hoga.</w:t>
      </w:r>
      <w:r>
        <w:br/>
      </w:r>
      <w:r>
        <w:rPr>
          <w:sz w:val="20"/>
        </w:rPr>
        <w:t>49:38  wahan to aisa nahi hoga, wahan to ek ek cheez jo kuch humne is duniya mein kiya hai, woh sab kuch wahan hazir ho jayegi. woh Quran mein aaya hai ki yeh kaisa daftar hai ki chhote se chhote aur bade se bada amal jo hamara tha, woh sab is mein maujood hai. to yeh logon ko maloom nahi hai, Quran bhi log padhte hain. to woh tarjume ke saath, tafsir ke saath padhte nahi ho.</w:t>
      </w:r>
      <w:r>
        <w:br/>
      </w:r>
      <w:r>
        <w:rPr>
          <w:sz w:val="20"/>
        </w:rPr>
        <w:t>50:05  Quran padhne walon ko bhi sari baatein nahi maloom hain. to ek to yeh baat hai. doosri baat yeh hai ki jo problems logon ko nazar aa rahe hain woh Maulana kehte the ki woh challenges hain. to woh shock treatment hai.</w:t>
      </w:r>
      <w:r>
        <w:br/>
      </w:r>
      <w:r>
        <w:rPr>
          <w:sz w:val="20"/>
        </w:rPr>
        <w:t>50:22  jaise main misaal doongi Gandhi ji ki ki Gandhi ji ko jab train se nikal utar ke bahar</w:t>
      </w:r>
      <w:r>
        <w:br/>
      </w:r>
      <w:r>
        <w:rPr>
          <w:sz w:val="20"/>
        </w:rPr>
        <w:t>50:29  phenk diya gaya platform par, tab Gandhi ji ke andar woh jaldba jaaga ki hamein India ko azaad karana hai.</w:t>
      </w:r>
      <w:r>
        <w:br/>
      </w:r>
      <w:r>
        <w:rPr>
          <w:sz w:val="20"/>
        </w:rPr>
        <w:t>50:37  to na wah hota na wah unke andar wah jaldbaagta.</w:t>
      </w:r>
      <w:r>
        <w:br/>
      </w:r>
      <w:r>
        <w:rPr>
          <w:sz w:val="20"/>
        </w:rPr>
        <w:t>50:45  to wah ek shock treatment hota hai insaan ke andar jo saare jaldbaad hai wah dormant position mein hote hain.</w:t>
      </w:r>
      <w:r>
        <w:br/>
      </w:r>
      <w:r>
        <w:rPr>
          <w:sz w:val="20"/>
        </w:rPr>
        <w:t>50:53  aisi Birla jo ke bahut bade industrialist hain woh unhone ek baar kahin Angrezo ke zamane mein woh kisi daftar mein gaye. to unko baithne nahi diya gaya, khade khade unhone kaam kiya. wahan se unke andar yeh jazbaat ja gayi ki bhai hamara mol ke aur hum baith bhi nahi sakte apni seat par. to unhone bahut badi funding ki congress us zamane mein. sabse badi party thi aur unhone poori koshish ki aazadi ke liye.</w:t>
      </w:r>
      <w:r>
        <w:br/>
      </w:r>
      <w:r>
        <w:rPr>
          <w:sz w:val="20"/>
        </w:rPr>
        <w:t>51:21  to yeh to badi badi chand misaal hai yeh har ek ki zindagi mein hoti hai. jab hamein koi humiliation hota hai, misaal ke dauran hum humne koi exam diya hum fail ho gaye to hum aur zyada mehnat karte hain. to yeh jo hai woh shock treatment hai na ki evil hai koi. hamare samajhne ka fear hai. usko hum right angle se dekhein to woh shock treatment hai aur wrong angle se dekhein to problem afebrile hai.</w:t>
      </w:r>
      <w:r>
        <w:br/>
      </w:r>
      <w:r>
        <w:rPr>
          <w:sz w:val="20"/>
        </w:rPr>
        <w:t>51:50  koi ameer hai, koi gareeb hai, koi shaydamand hai, koi beemar hai, koi jinko haves aur haves nots kehte hain, to Maulana kehte haves nots hamesha ke liye thodi hote hain. woh unke andar zabardast motive jaagta hai aur woh mehnat karte hain, mehnat karke aage badh jate hain. aur jo hain woh peeche reh jate hain. to yeh musalsal ek process hai.</w:t>
      </w:r>
      <w:r>
        <w:br/>
      </w:r>
      <w:r>
        <w:rPr>
          <w:sz w:val="20"/>
        </w:rPr>
        <w:t>52:15  na sirf individuals mein balki qaumon mein bhi yeh yeh ek process hai jo chal raha hai. to halaat badalte rehte hain hamein usko right angle se samajhna hai.</w:t>
      </w:r>
      <w:r>
        <w:br/>
      </w:r>
      <w:r>
        <w:rPr>
          <w:sz w:val="20"/>
        </w:rPr>
        <w:t>52:29  wah isiliye wah logon ko samajh mein nahi aata kyunki hoda ki guidance jo hai na ab quran</w:t>
      </w:r>
    </w:p>
    <w:p>
      <w:pPr>
        <w:pStyle w:val="Heading2"/>
      </w:pPr>
      <w:r>
        <w:t>Fear of paradise denial, and the mind's positive engineering</w:t>
      </w:r>
    </w:p>
    <w:p>
      <w:r>
        <w:rPr>
          <w:color w:val="666666"/>
          <w:sz w:val="18"/>
        </w:rPr>
        <w:t>Lessons from Bombay Nov 30, 2008 · 4m 52s · at 37:42 · https://youtu.be/LiDznEqzaRI?t=2262</w:t>
      </w:r>
    </w:p>
    <w:p>
      <w:r>
        <w:rPr>
          <w:i/>
        </w:rPr>
        <w:t>“Mere paas ek sahab ka telephone aaya jo Singapore mein rehte hain.”</w:t>
      </w:r>
    </w:p>
    <w:p>
      <w:r>
        <w:rPr>
          <w:sz w:val="20"/>
        </w:rPr>
        <w:t>37:42  mere paas ek sahib telephone aaye jo rehte hain singapore mein. unhon ne dream aaya, un ko exactly yahi dream aaya ke dunya khatam ho gayi hai,</w:t>
      </w:r>
      <w:r>
        <w:br/>
      </w:r>
      <w:r>
        <w:rPr>
          <w:sz w:val="20"/>
        </w:rPr>
        <w:t>37:57  agla daur aa gaya hai, log ja rahe hain, phir koi jahannum ki taraf, koi jannat ki taraf chali ja rahi hai.</w:t>
      </w:r>
      <w:r>
        <w:br/>
      </w:r>
      <w:r>
        <w:rPr>
          <w:sz w:val="20"/>
        </w:rPr>
        <w:t>38:08  to jab wahan pohnche yeh to dekha unhon ne ke jab woh gate par pohnche jannat ke to wahan jo angel khare hue the, unhon ne un ko lota diya ke chup jao, tum ko entry nahin mile gi.</w:t>
      </w:r>
      <w:r>
        <w:br/>
      </w:r>
      <w:r>
        <w:rPr>
          <w:sz w:val="20"/>
        </w:rPr>
        <w:t>38:20  to tarap uthe woh ke unhon ne mujhe telephone kiya ke mujhe kya karna chahiye? to yeh saare log jo bhram mein jee rahe hain, unhein sochna chahiye ke agar wahan entry na mile to kya hoga?</w:t>
      </w:r>
      <w:r>
        <w:br/>
      </w:r>
      <w:r>
        <w:rPr>
          <w:sz w:val="20"/>
        </w:rPr>
        <w:t>38:34  is ke baad kahan jayenge?</w:t>
      </w:r>
      <w:r>
        <w:br/>
      </w:r>
      <w:r>
        <w:rPr>
          <w:sz w:val="20"/>
        </w:rPr>
        <w:t>38:42  to dekhiye, ek baat mein arz karunga aap ko, is ko sochiye aap ke ek hai yani ek hai</w:t>
      </w:r>
      <w:r>
        <w:br/>
      </w:r>
      <w:r>
        <w:rPr>
          <w:sz w:val="20"/>
        </w:rPr>
        <w:t>38:55  negative engineering of mind, negative engineering of mind,</w:t>
      </w:r>
      <w:r>
        <w:br/>
      </w:r>
      <w:r>
        <w:rPr>
          <w:sz w:val="20"/>
        </w:rPr>
        <w:t>39:00  ek hai positive engineering of mind,</w:t>
      </w:r>
      <w:r>
        <w:br/>
      </w:r>
      <w:r>
        <w:rPr>
          <w:sz w:val="20"/>
        </w:rPr>
        <w:t>39:07  negative engineering of mind, aur doosri hai positive engineering of mind. aaj kal jo muashra hai, woh sab ki negative engineering kar raha hai,</w:t>
      </w:r>
      <w:r>
        <w:br/>
      </w:r>
      <w:r>
        <w:rPr>
          <w:sz w:val="20"/>
        </w:rPr>
        <w:t>39:20  sab ke mind ki negative engineering kar raha hai. matlab nafratein bhar raha hai, pride bhar raha hai.</w:t>
      </w:r>
      <w:r>
        <w:br/>
      </w:r>
      <w:r>
        <w:rPr>
          <w:sz w:val="20"/>
        </w:rPr>
        <w:t>39:32  abhi kal mein ne parha ek bohat bare leader ka ke death ho gayi, aur un ka india ke ek mashhoor shehar mein un ka ghar tha.</w:t>
      </w:r>
      <w:r>
        <w:br/>
      </w:r>
      <w:r>
        <w:rPr>
          <w:sz w:val="20"/>
        </w:rPr>
        <w:t>39:44  to is mein mein ne parha ke un ke ghar ka naam tha Aish Mahal. 77 years mein un ko maut ho gayi, un ko cancer ho gaya tha, abhi kal ki baat hai.</w:t>
      </w:r>
      <w:r>
        <w:br/>
      </w:r>
      <w:r>
        <w:rPr>
          <w:sz w:val="20"/>
        </w:rPr>
        <w:t>39:56  to mein ne akhbar mein parha ke woh jo ghar tha un ka wahan par, uska naam tha Aish Mahal,</w:t>
      </w:r>
      <w:r>
        <w:br/>
      </w:r>
      <w:r>
        <w:rPr>
          <w:sz w:val="20"/>
        </w:rPr>
        <w:t>40:03  lekin mar gaye aur khatam ho gaye. ab to koi Aish Mahal nahin hai. to yeh hai, yeh hai negative engineering ke apne ko samajhte hain ke hum to hum to special race hain, hamara to mamla special mamla hai,</w:t>
      </w:r>
      <w:r>
        <w:br/>
      </w:r>
      <w:r>
        <w:rPr>
          <w:sz w:val="20"/>
        </w:rPr>
        <w:t>40:23  aur jab woh speciality nahin milti un ko dunya mein to phir negative ban jate hain. kyunke dekhiye, mera tajurba yeh hai ke har aadmi over expectation mein jeeta hai.</w:t>
      </w:r>
      <w:r>
        <w:br/>
      </w:r>
      <w:r>
        <w:rPr>
          <w:sz w:val="20"/>
        </w:rPr>
        <w:t>40:33  har aadmi, har aadmi, har aadmi over expectations mein jeeta hai. to</w:t>
      </w:r>
      <w:r>
        <w:br/>
      </w:r>
      <w:r>
        <w:rPr>
          <w:sz w:val="20"/>
        </w:rPr>
        <w:t>40:38  woh poori nahin hoti to kisi ko uska responsible banata hai. phir hukumat se nafrat, society se nafrat, khandanon mein nafratein ke jo mujhe chahiye woh nahin mil raha hai, aur yeh shakhs nahin de raha hai hum is ko.</w:t>
      </w:r>
      <w:r>
        <w:br/>
      </w:r>
      <w:r>
        <w:rPr>
          <w:sz w:val="20"/>
        </w:rPr>
        <w:t>40:54  isi se election mein aap jante hain ek anti incumbency factor wajood mein aata hai ke jo hum chahte the woh nahin diya, tab to un ko haraenge tum ko.</w:t>
      </w:r>
      <w:r>
        <w:br/>
      </w:r>
      <w:r>
        <w:rPr>
          <w:sz w:val="20"/>
        </w:rPr>
        <w:t>41:09  to dekhiye, is waqt sari dunya mein yahi soorat haal hai ke log negative engineering of mind ho rahi hai.</w:t>
      </w:r>
      <w:r>
        <w:br/>
      </w:r>
      <w:r>
        <w:rPr>
          <w:sz w:val="20"/>
        </w:rPr>
        <w:t>41:19  unki hamara mission kya hai? hamara mission hai positive engineering of mind, logon ke andar positive soch lana.</w:t>
      </w:r>
      <w:r>
        <w:br/>
      </w:r>
      <w:r>
        <w:rPr>
          <w:sz w:val="20"/>
        </w:rPr>
        <w:t>41:30  lekin yeh bohat hi mushkil kaam hai kyunke is ki de conditioning karni parti hai,</w:t>
      </w:r>
      <w:r>
        <w:br/>
      </w:r>
      <w:r>
        <w:rPr>
          <w:sz w:val="20"/>
        </w:rPr>
        <w:t>41:36  pyaaz ke layers ke tareeqe se apne mind ko karna parta hai, apne aap ko birth merciless introspection karna parta hai.</w:t>
      </w:r>
      <w:r>
        <w:br/>
      </w:r>
      <w:r>
        <w:rPr>
          <w:sz w:val="20"/>
        </w:rPr>
        <w:t>41:46  merciless introspection</w:t>
      </w:r>
      <w:r>
        <w:br/>
      </w:r>
      <w:r>
        <w:rPr>
          <w:sz w:val="20"/>
        </w:rPr>
        <w:t>41:51  to yeh hamara mission jo ek lafz mein agar mein kahoon to yahi hai ke ek aisi dunya jahan sab ki negative engineering ho rahi hai mind ki, aur wahan hamein logon ki mind ki positive engineering karni hai.</w:t>
      </w:r>
      <w:r>
        <w:br/>
      </w:r>
      <w:r>
        <w:rPr>
          <w:sz w:val="20"/>
        </w:rPr>
        <w:t>42:10  bilashuba yeh bohat hi mushkil kaam hai, lekin jannat koi susti cheez hai? aap kya samajhte hain? jannat ka ticket koi sasta ticket hai?</w:t>
      </w:r>
      <w:r>
        <w:br/>
      </w:r>
      <w:r>
        <w:rPr>
          <w:sz w:val="20"/>
        </w:rPr>
        <w:t>42:21  isi mushkil kaam ke karne se aap ko jannat milne wali hai,</w:t>
      </w:r>
      <w:r>
        <w:br/>
      </w:r>
      <w:r>
        <w:rPr>
          <w:sz w:val="20"/>
        </w:rPr>
        <w:t>42:28  isi mushkil kaam ke karne se. ab dekhiye ke jo bombay ke jo detail aayi hain media mein, aap sab jante hain is ko</w:t>
      </w:r>
    </w:p>
    <w:p>
      <w:pPr>
        <w:pStyle w:val="Heading2"/>
      </w:pPr>
      <w:r>
        <w:t>From personal reflection to awe of Allah's kingdom</w:t>
      </w:r>
    </w:p>
    <w:p>
      <w:r>
        <w:rPr>
          <w:color w:val="666666"/>
          <w:sz w:val="18"/>
        </w:rPr>
        <w:t>Kingdom of God August 25, 2018 · 5m 47s · at 3:23 · https://youtu.be/SrnWPkMbEQw?t=203</w:t>
      </w:r>
    </w:p>
    <w:p>
      <w:r>
        <w:rPr>
          <w:i/>
        </w:rPr>
        <w:t>“To yeh aayat mujhe is tarah yaad aayi...”</w:t>
      </w:r>
    </w:p>
    <w:p>
      <w:r>
        <w:rPr>
          <w:sz w:val="20"/>
        </w:rPr>
        <w:t>3:23  to yeh ayat mujhe is tarah yaad aai ke aaj subah,</w:t>
      </w:r>
      <w:r>
        <w:br/>
      </w:r>
      <w:r>
        <w:rPr>
          <w:sz w:val="20"/>
        </w:rPr>
        <w:t>3:33  aaj subah jab main utha to fajr ki namaz ke baad main bahar ja kar baith gaya, jaisa ke mera routine hai.</w:t>
      </w:r>
      <w:r>
        <w:br/>
      </w:r>
      <w:r>
        <w:rPr>
          <w:sz w:val="20"/>
        </w:rPr>
        <w:t>3:50  to ek anokhi baat mere zehen mein aai, ek anokha sawaal woh yeh ke main main kahan hoon?</w:t>
      </w:r>
      <w:r>
        <w:br/>
      </w:r>
      <w:r>
        <w:rPr>
          <w:sz w:val="20"/>
        </w:rPr>
        <w:t>4:03  us waqt andhera tha, abhi roshni nahin phaili thi, to mere zehen mein achanak aaya ke main kahan hoon?</w:t>
      </w:r>
      <w:r>
        <w:br/>
      </w:r>
      <w:r>
        <w:rPr>
          <w:sz w:val="20"/>
        </w:rPr>
        <w:t>4:14  jab walid ne kaha ke main dilli mein hoon,</w:t>
      </w:r>
      <w:r>
        <w:br/>
      </w:r>
      <w:r>
        <w:rPr>
          <w:sz w:val="20"/>
        </w:rPr>
        <w:t>4:20  phir main ne socha ke dilli kahan hai?</w:t>
      </w:r>
      <w:r>
        <w:br/>
      </w:r>
      <w:r>
        <w:rPr>
          <w:sz w:val="20"/>
        </w:rPr>
        <w:t>4:26  to mere walid ne kaha ke dilli india mein hai. phir main ne socha ke india kahan hai? to main ne socha ke india planet earth par hai.</w:t>
      </w:r>
      <w:r>
        <w:br/>
      </w:r>
      <w:r>
        <w:rPr>
          <w:sz w:val="20"/>
        </w:rPr>
        <w:t>4:43  phir main ne socha ke yeh planet earth kahan hai? to main ne socha ke woh solar system ka ek part hai.</w:t>
      </w:r>
      <w:r>
        <w:br/>
      </w:r>
      <w:r>
        <w:rPr>
          <w:sz w:val="20"/>
        </w:rPr>
        <w:t>4:56  phir main ne socha ke solar system kahan hai? To meri aankhon ke samne woh naqsha aa gaya</w:t>
      </w:r>
      <w:r>
        <w:br/>
      </w:r>
      <w:r>
        <w:rPr>
          <w:sz w:val="20"/>
        </w:rPr>
        <w:t>5:06  jo main ne dekha hai</w:t>
      </w:r>
      <w:r>
        <w:br/>
      </w:r>
      <w:r>
        <w:rPr>
          <w:sz w:val="20"/>
        </w:rPr>
        <w:t>5:10  ke yeh galaxy hamari hai jo hum Milky Way kehte hain, is ke ek taraf hai poora poora ka poora solar system.</w:t>
      </w:r>
      <w:r>
        <w:br/>
      </w:r>
      <w:r>
        <w:rPr>
          <w:sz w:val="20"/>
        </w:rPr>
        <w:t>5:21  is tarah se jab main ne socha,</w:t>
      </w:r>
      <w:r>
        <w:br/>
      </w:r>
      <w:r>
        <w:rPr>
          <w:sz w:val="20"/>
        </w:rPr>
        <w:t>5:26  tab mere samne aaya ke woh woh woh woh baat to aaji hai, woh waqea to aaji hai</w:t>
      </w:r>
      <w:r>
        <w:br/>
      </w:r>
      <w:r>
        <w:rPr>
          <w:sz w:val="20"/>
        </w:rPr>
        <w:t>5:38  ke hamari poori duniya, yeh poora solar system, poori galaxy, yeh poora space,</w:t>
      </w:r>
      <w:r>
        <w:br/>
      </w:r>
      <w:r>
        <w:rPr>
          <w:sz w:val="20"/>
        </w:rPr>
        <w:t>5:52  to rab-ul-alameen ki azmat itni zyada hai ke woh in sab ko apne hath mein liye hue hai.</w:t>
      </w:r>
      <w:r>
        <w:br/>
      </w:r>
      <w:r>
        <w:rPr>
          <w:sz w:val="20"/>
        </w:rPr>
        <w:t>6:05  yeh sochte hue maine to ek wohi thartharahat paida ho gayi jo rasool Allah ke bare mein aata hai.</w:t>
      </w:r>
      <w:r>
        <w:br/>
      </w:r>
      <w:r>
        <w:rPr>
          <w:sz w:val="20"/>
        </w:rPr>
        <w:t>6:17  ek hadith hai ke aap ne yeh ayat padhi</w:t>
      </w:r>
      <w:r>
        <w:br/>
      </w:r>
      <w:r>
        <w:rPr>
          <w:sz w:val="20"/>
        </w:rPr>
        <w:t>6:24  member par, madine ka jo member tha, us ke upar khutba dene ke liye khade hue to aap ne yeh ayat padhi.</w:t>
      </w:r>
      <w:r>
        <w:br/>
      </w:r>
      <w:r>
        <w:rPr>
          <w:sz w:val="20"/>
        </w:rPr>
        <w:t>6:38  yeh ayat padhte hue aap ke body mein thartharahat paida ho gayi, aap hilne lage. Sahabi kehte hain ke hum ko aisa laga ke aap member par se gir pade hain.</w:t>
      </w:r>
      <w:r>
        <w:br/>
      </w:r>
      <w:r>
        <w:rPr>
          <w:sz w:val="20"/>
        </w:rPr>
        <w:t>6:55  yeh kaise?</w:t>
      </w:r>
      <w:r>
        <w:br/>
      </w:r>
      <w:r>
        <w:rPr>
          <w:sz w:val="20"/>
        </w:rPr>
        <w:t>7:00  to maine socha ke main madine ka woh member har jagah hai kyunke woh aap ka soch jo hai, aap ki jo mind hai, woh create karta hai madine ke member ko.</w:t>
      </w:r>
      <w:r>
        <w:br/>
      </w:r>
      <w:r>
        <w:rPr>
          <w:sz w:val="20"/>
        </w:rPr>
        <w:t>7:14  jaise mere mind mein create kiya.</w:t>
      </w:r>
      <w:r>
        <w:br/>
      </w:r>
      <w:r>
        <w:rPr>
          <w:sz w:val="20"/>
        </w:rPr>
        <w:t>7:21  jab aap is tarah sochein,</w:t>
      </w:r>
      <w:r>
        <w:br/>
      </w:r>
      <w:r>
        <w:rPr>
          <w:sz w:val="20"/>
        </w:rPr>
        <w:t>7:32  jaise maine padha tha ke ek astronaut is space mein gaya, Carl Madsen tha woh,</w:t>
      </w:r>
      <w:r>
        <w:br/>
      </w:r>
      <w:r>
        <w:rPr>
          <w:sz w:val="20"/>
        </w:rPr>
        <w:t>7:48  to us ne zameen ke chakkar lagaye.</w:t>
      </w:r>
      <w:r>
        <w:br/>
      </w:r>
      <w:r>
        <w:rPr>
          <w:sz w:val="20"/>
        </w:rPr>
        <w:t>7:57  phir woh utra, woh space se zameen par utra</w:t>
      </w:r>
      <w:r>
        <w:br/>
      </w:r>
      <w:r>
        <w:rPr>
          <w:sz w:val="20"/>
        </w:rPr>
        <w:t>8:03  to us mein tasveer bani hui thi, us ki photo ke jab woh zameen par utra aur jab woh apne space craft se bahar aaya</w:t>
      </w:r>
      <w:r>
        <w:br/>
      </w:r>
      <w:r>
        <w:rPr>
          <w:sz w:val="20"/>
        </w:rPr>
        <w:t>8:19  to achaanak woh bilkul sajde mein gir pada. Us ka photo samne sahaba alaihi salam hain, sajde ki halat mein.</w:t>
      </w:r>
      <w:r>
        <w:br/>
      </w:r>
      <w:r>
        <w:rPr>
          <w:sz w:val="20"/>
        </w:rPr>
        <w:t>8:35  yaani space mein itna zyada us ko laga hoga ke bhai itne bade vast universe mein kahan hoon, kahan hoon, kahan hoon.</w:t>
      </w:r>
      <w:r>
        <w:br/>
      </w:r>
      <w:r>
        <w:rPr>
          <w:sz w:val="20"/>
        </w:rPr>
        <w:t>8:49  jab woh zameen par utra hoga, tab us ko apna location maloom hua hoga. Is کیفیت mein woh sajde mein gir pada.</w:t>
      </w:r>
      <w:r>
        <w:br/>
      </w:r>
      <w:r>
        <w:rPr>
          <w:sz w:val="20"/>
        </w:rPr>
        <w:t>9:04  to yeh sari cheez is ayat mein, is hadith mein hai</w:t>
      </w:r>
    </w:p>
    <w:p>
      <w:pPr>
        <w:pStyle w:val="Heading2"/>
      </w:pPr>
      <w:r>
        <w:t>Destiny and free will explained with black hole analogy</w:t>
      </w:r>
    </w:p>
    <w:p>
      <w:r>
        <w:rPr>
          <w:color w:val="666666"/>
          <w:sz w:val="18"/>
        </w:rPr>
        <w:t>Q&amp;A 13 JAN 2008 Maulana Wahiduddin Khan · 6m 11s · at 10:15 · https://youtu.be/MADrJIsr4FI?t=615</w:t>
      </w:r>
    </w:p>
    <w:p>
      <w:r>
        <w:rPr>
          <w:i/>
        </w:rPr>
        <w:t>“In Urdu this is called jabr o ikhtiyar, a very old question.”</w:t>
      </w:r>
    </w:p>
    <w:p>
      <w:r>
        <w:rPr>
          <w:sz w:val="20"/>
        </w:rPr>
        <w:t>10:15  isko kehte hain urdu mein jabr o ikhtiyar bahut purana sawal hai, hazaron saal se chala raha hai ki duniya mein aadmi ko kitna freedom hai aur kitna compulsion hai. kyunki hum apne aap ko dekhte hain ki hum free hain,</w:t>
      </w:r>
      <w:r>
        <w:br/>
      </w:r>
      <w:r>
        <w:rPr>
          <w:sz w:val="20"/>
        </w:rPr>
        <w:t>10:39  phir bhi hum paate hain ko kahin ki hum majboor paate hain apne aap ko. to dono mein kya</w:t>
      </w:r>
      <w:r>
        <w:br/>
      </w:r>
      <w:r>
        <w:rPr>
          <w:sz w:val="20"/>
        </w:rPr>
        <w:t>10:46  talluq hai? ye bahut purana sawal hai. to aap kitab jo kehte hain ilm ul aqaaid ye bahas ilm ul aqaaid mein hoti hai. ilm ul aqaaid mein dekhiye,</w:t>
      </w:r>
      <w:r>
        <w:br/>
      </w:r>
      <w:r>
        <w:rPr>
          <w:sz w:val="20"/>
        </w:rPr>
        <w:t>11:00  do school hain.</w:t>
      </w:r>
      <w:r>
        <w:br/>
      </w:r>
      <w:r>
        <w:rPr>
          <w:sz w:val="20"/>
        </w:rPr>
        <w:t>11:03  ek kehte hain jabriya, ek kehte hain qadriya. jabriya aur qadriya to zyada tar yahi dono mashhoor hain. lekin ek aur school hai,</w:t>
      </w:r>
      <w:r>
        <w:br/>
      </w:r>
      <w:r>
        <w:rPr>
          <w:sz w:val="20"/>
        </w:rPr>
        <w:t>11:19  us ko kehte hain wastiya. wastiya school bahut kam mashhoor hua hai. jabriya, qadriya school zyada mashhoor hua hai. yaani wo log jo kehte hain ki saahab, is duniya mein to hamein jabri zabar hai, doosre kehte hain ki nahin, hamare upar ikhtiyar hai.</w:t>
      </w:r>
      <w:r>
        <w:br/>
      </w:r>
      <w:r>
        <w:rPr>
          <w:sz w:val="20"/>
        </w:rPr>
        <w:t>11:33  wastiya matlab beech, beech ka, middle ka. to main wastiya hai ko sahi samajhta hoon ki ye mamla in between ka hai. wo kaise?</w:t>
      </w:r>
      <w:r>
        <w:br/>
      </w:r>
      <w:r>
        <w:rPr>
          <w:sz w:val="20"/>
        </w:rPr>
        <w:t>11:47  dekhiye, hum ek aisi duniya mein jo khuda ne banai hai, to hamare paas apna free will hai. lekin us free will ko jab hum exercise karte hain, to hamein zameen chahiye, hamein suraj chahiye, hamein hawa chahiye, hamein food chahiye,</w:t>
      </w:r>
      <w:r>
        <w:br/>
      </w:r>
      <w:r>
        <w:rPr>
          <w:sz w:val="20"/>
        </w:rPr>
        <w:t>12:08  hamein bahut sari cheezein chahiye. to us ko main kahunga ki infrastructure. infrastructure khuda ka hai aur irada mera hai. free will to mera hai,</w:t>
      </w:r>
      <w:r>
        <w:br/>
      </w:r>
      <w:r>
        <w:rPr>
          <w:sz w:val="20"/>
        </w:rPr>
        <w:t>12:22  lekin is free will ko jab main exercise karne nikalta hoon, to sara infrastructure wo khuda ka hota hai.</w:t>
      </w:r>
      <w:r>
        <w:br/>
      </w:r>
      <w:r>
        <w:rPr>
          <w:sz w:val="20"/>
        </w:rPr>
        <w:t>12:29  usi ki hawa mein saans lena hai, khudai ki suraj se roshni lena hai, khudai ke soil se hamein khana lena hai. to main samajhta hoon ki wastiya ka matlab yeh hai ki khuda ke infrastructure ko istemal kiye baghair</w:t>
      </w:r>
      <w:r>
        <w:br/>
      </w:r>
      <w:r>
        <w:rPr>
          <w:sz w:val="20"/>
        </w:rPr>
        <w:t>12:49  main koi kaam nahin kar sakta. to khuda ke infrastructure ke siwa mere koi option nahin. mere paas koi hai. yahan par majboor main hoon. koi aur universe create nahin kar sakta. to wahan par meri majboori aa jati hai ki wahi infrastructure hai, wahi ek hi option hai. lekin phir bhi irada, irada mera jo hai, wo apni jagah par hai.</w:t>
      </w:r>
      <w:r>
        <w:br/>
      </w:r>
      <w:r>
        <w:rPr>
          <w:sz w:val="20"/>
        </w:rPr>
        <w:t>13:11  us ko poora ikhtiyar mujhe mila hua hai. to yaad rakhiye, khuda ke yahan jo jo pooch hai, wo irade ke e'tibar se hai, infrastructure ke e'tibar se nahin hai. ki jo bhi available infrastructure tha, us mein tum ne</w:t>
      </w:r>
      <w:r>
        <w:br/>
      </w:r>
      <w:r>
        <w:rPr>
          <w:sz w:val="20"/>
        </w:rPr>
        <w:t>13:28  apne irade ko kis tarah istemal kiya. yahan par main ek baat aur add karunga, jo wastiya log mere khayal se nahin keh paaye the, wo log. lekin science ke zamane mein hum keh sakte hain,</w:t>
      </w:r>
      <w:r>
        <w:br/>
      </w:r>
      <w:r>
        <w:rPr>
          <w:sz w:val="20"/>
        </w:rPr>
        <w:t>13:42  wo kya</w:t>
      </w:r>
      <w:r>
        <w:br/>
      </w:r>
      <w:r>
        <w:rPr>
          <w:sz w:val="20"/>
        </w:rPr>
        <w:t>13:43  ? wo kya hai? ki ek sawal yeh phir bhi paida hota hai ki khuda aalim ul ghaib hai. khuda har baat ko jaanta hai. khuda ko yahi pata hai ki main kya karunga. yaani agarche mere paas irada hai,</w:t>
      </w:r>
      <w:r>
        <w:br/>
      </w:r>
      <w:r>
        <w:rPr>
          <w:sz w:val="20"/>
        </w:rPr>
        <w:t>13:57  lekin main us irade ko kaise exercise karunga, is ka pata bhi khuda ko hai. kyunki wo aalim ul ghaib hai,</w:t>
      </w:r>
      <w:r>
        <w:br/>
      </w:r>
      <w:r>
        <w:rPr>
          <w:sz w:val="20"/>
        </w:rPr>
        <w:t>14:03  ghaib ko janne wala hai. main yeh kahunga ki khuda ko, khuda aap jaante hain, ek all powerful hai. khuda ko sara,</w:t>
      </w:r>
      <w:r>
        <w:br/>
      </w:r>
      <w:r>
        <w:rPr>
          <w:sz w:val="20"/>
        </w:rPr>
        <w:t>14:18  sari qudrat hai, sara ikhtiyar hai.</w:t>
      </w:r>
      <w:r>
        <w:br/>
      </w:r>
      <w:r>
        <w:rPr>
          <w:sz w:val="20"/>
        </w:rPr>
        <w:t>14:20  to is ka bhi ikhtiyar hai ki apne, apne ikhtiyar ko kahin wo rok le. wo</w:t>
      </w:r>
      <w:r>
        <w:br/>
      </w:r>
      <w:r>
        <w:rPr>
          <w:sz w:val="20"/>
        </w:rPr>
        <w:t>14:30  sara ikhtiyar rakhte hue, yeh bhi ikhtiyar hai ki apne ikhtiyar ko kahin wo in ineffective bana de. is ka bhi us ko ikhtiyar hai. yeh baat hum pehle nahin samajh paate the, lekin ab jo black hole theory jo aai hai, us ne is ko</w:t>
      </w:r>
      <w:r>
        <w:br/>
      </w:r>
      <w:r>
        <w:rPr>
          <w:sz w:val="20"/>
        </w:rPr>
        <w:t>14:48  samajh, yaani understandable bana diya hai. to aap jante hain ki black hole naam hai bahut powerful stars ka, giant stars ka naam hai. wo bahut bepanah, unke andar energy hai, lekin hum unko dekh nahin paate. kyon?</w:t>
      </w:r>
      <w:r>
        <w:br/>
      </w:r>
      <w:r>
        <w:rPr>
          <w:sz w:val="20"/>
        </w:rPr>
        <w:t>15:05  unki gravity itni badhi hui hai, apne light ko bhi bahar nahin aane dete. light ko bhi kiche hue hain. wo jabki suraj aisa nahin karta. suraj ki roshni hum tak pahunchti hai. to iska maane hai ki isse hum yeh samajh paate hain ki</w:t>
      </w:r>
      <w:r>
        <w:br/>
      </w:r>
      <w:r>
        <w:rPr>
          <w:sz w:val="20"/>
        </w:rPr>
        <w:t>15:23  jo yah stars hain, bade-bade giant stars hain, jis tarah apni light ko aap rok rakha hai, unhonne</w:t>
      </w:r>
      <w:r>
        <w:br/>
      </w:r>
      <w:r>
        <w:rPr>
          <w:sz w:val="20"/>
        </w:rPr>
        <w:t>15:30  wo bahar aane nahi dete.</w:t>
      </w:r>
      <w:r>
        <w:br/>
      </w:r>
      <w:r>
        <w:rPr>
          <w:sz w:val="20"/>
        </w:rPr>
        <w:t>15:33  isi tarah khuda ne apni qudrat ko wahan par rok liya hai, jahan ki insaan ki azadi ka</w:t>
      </w:r>
      <w:r>
        <w:br/>
      </w:r>
      <w:r>
        <w:rPr>
          <w:sz w:val="20"/>
        </w:rPr>
        <w:t>15:37  mamla hai. main samajhta hoon ke space bhi ek demonstrate diya ja raha hai ke kis tarah yeh</w:t>
      </w:r>
      <w:r>
        <w:br/>
      </w:r>
      <w:r>
        <w:rPr>
          <w:sz w:val="20"/>
        </w:rPr>
        <w:t>15:44  mumkin hai ke sab kuch ikhtiyar rakhte hue, khuda apne ikhtiyar ko kahin detach kar de, kahin rok</w:t>
      </w:r>
      <w:r>
        <w:br/>
      </w:r>
      <w:r>
        <w:rPr>
          <w:sz w:val="20"/>
        </w:rPr>
        <w:t>15:51  le.</w:t>
      </w:r>
      <w:r>
        <w:br/>
      </w:r>
      <w:r>
        <w:rPr>
          <w:sz w:val="20"/>
        </w:rPr>
        <w:t>15:53  wo mamla yahan par hai. to main samajhta hoon ki black hole theory ki jo discovery hui hai, wo iska ek demonstrate hai ki light rakhte hue, apni light ko aap tak pahunchne nahin deta. wo aisi Khuda apni sari qudrat rakhte hue, apni qudrat ko</w:t>
      </w:r>
      <w:r>
        <w:br/>
      </w:r>
      <w:r>
        <w:rPr>
          <w:sz w:val="20"/>
        </w:rPr>
        <w:t>16:13  aapse wo kar leta hai, detach kar leta hai. isse main chahta hoon ki wastiya ka jo nuqta nazar hai, wo understandable ban jata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