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117 clips · theme hadith · full transcripts with timestamps · exported 2026-09-21</w:t>
      </w:r>
    </w:p>
    <w:p>
      <w:pPr>
        <w:pStyle w:val="Heading2"/>
      </w:pPr>
      <w:r>
        <w:t>how jurists invented Dar-ul-Harb and killed da'wah's spirit</w:t>
      </w:r>
    </w:p>
    <w:p>
      <w:r>
        <w:rPr>
          <w:color w:val="666666"/>
          <w:sz w:val="18"/>
        </w:rPr>
        <w:t>History of Islamic Learning May 14, 2006 Part 2 · 5m 24s · at 21:05 · https://youtu.be/snrt_NRyjLI?t=1265</w:t>
      </w:r>
    </w:p>
    <w:p>
      <w:r>
        <w:rPr>
          <w:i/>
        </w:rPr>
        <w:t>“دنیا کو دارالحرب بتانا — ایک بہت بڑی انٹرپریٹیشن کی غلطی”</w:t>
      </w:r>
    </w:p>
    <w:p>
      <w:r>
        <w:rPr>
          <w:sz w:val="20"/>
        </w:rPr>
        <w:t>21:05  ek bohat bari interpretation ki ghalati hui, jo jis ka bohat nuqsan hua, woh hai dunya ko dar-ul-harb batana.</w:t>
      </w:r>
      <w:r>
        <w:br/>
      </w:r>
      <w:r>
        <w:rPr>
          <w:sz w:val="20"/>
        </w:rPr>
        <w:t>21:16  yani Abbasi period mein jo fiqh bani, us fiqh mein yeh unhon ne yeh kaha, jo dunya ki jo taqseem ki ke jahan Musalmanon ka rule hai, woh hai dar-ul-Islam, aur jahan non-muslim rehte hain, woh dar-ul-harb hai.</w:t>
      </w:r>
      <w:r>
        <w:br/>
      </w:r>
      <w:r>
        <w:rPr>
          <w:sz w:val="20"/>
        </w:rPr>
        <w:t>21:31  woh dar-ul-Islam o dar-ul-harb ka batwara kiya unhon ne. yeh kyun hua? yeh kahin Quran mein likha hua nahi tha, kahin Hadees mein Rasool Allah ne nahi bataya tha, hatta ke dar-ul-harb ka word hi use nahi hua hai Quran o Hadees mein.</w:t>
      </w:r>
      <w:r>
        <w:br/>
      </w:r>
      <w:r>
        <w:rPr>
          <w:sz w:val="20"/>
        </w:rPr>
        <w:t>21:47  yeh to pehli baar fuqaha ne istemal kiya. to chunke woh zamana jab ke yeh yeh jab ke yeh fiqh bani, yeh fiqh bani aap jante hain ke dedh sau saal baad, yani Abbasi period mein.</w:t>
      </w:r>
      <w:r>
        <w:br/>
      </w:r>
      <w:r>
        <w:rPr>
          <w:sz w:val="20"/>
        </w:rPr>
        <w:t>22:04  to Abbasi period mein kya tha? Musalmanon ka empire qaim tha, yani Asia aur Africa ke bohat bare raqbe mein un ka empire qaim tha, un ki saltanat.</w:t>
      </w:r>
      <w:r>
        <w:br/>
      </w:r>
      <w:r>
        <w:rPr>
          <w:sz w:val="20"/>
        </w:rPr>
        <w:t>22:17  to aap jante hain ke jab jab koi government, koi aisi saltanat banti hai, koi empire banta hai, to parosiyon se us ke kuch na kuch jhagde lage rehte hain, kuch na kuch ladaiyan hoti rehti hain.</w:t>
      </w:r>
      <w:r>
        <w:br/>
      </w:r>
      <w:r>
        <w:rPr>
          <w:sz w:val="20"/>
        </w:rPr>
        <w:t>22:28  yeh aam baat hai. jo bhi history mein koi empire bana hai, koi bari saltanat bani hai, to hamesha us ke sath yahi pesh aaya hai.</w:t>
      </w:r>
      <w:r>
        <w:br/>
      </w:r>
      <w:r>
        <w:rPr>
          <w:sz w:val="20"/>
        </w:rPr>
        <w:t>22:38  hamare India ke sath bhi aap jante hain ke is tarah ke, yani border ke jhagde hote rahe hain, aur abhi bhi jari hain.</w:t>
      </w:r>
      <w:r>
        <w:br/>
      </w:r>
      <w:r>
        <w:rPr>
          <w:sz w:val="20"/>
        </w:rPr>
        <w:t>22:46  to jab bhi koi empire banta hai, to us ke sath sath border ke logon se ladaiyan bhi aa jati hain. to chunache yeh Muslim empire, jo koi aath sau saal tak baqi raha,</w:t>
      </w:r>
      <w:r>
        <w:br/>
      </w:r>
      <w:r>
        <w:rPr>
          <w:sz w:val="20"/>
        </w:rPr>
        <w:t>23:01  to us zamane mein ladaiyan pesh aati thin. is se consciously ya unconsciously yeh mizaj bana ke baqi jo dunya jo hai, rest of the world jo hai, woh hamari enemy hai.</w:t>
      </w:r>
      <w:r>
        <w:br/>
      </w:r>
      <w:r>
        <w:rPr>
          <w:sz w:val="20"/>
        </w:rPr>
        <w:t>23:14  rest of the world jo hai, hamari enemy hai. yani yeh ek political phenomena tha, na ke Islamic phenomena. yani doosron ka, yani doosron se ladai chhidna, doosron se koi jang hona, yeh that was a political phenomena.</w:t>
      </w:r>
      <w:r>
        <w:br/>
      </w:r>
      <w:r>
        <w:rPr>
          <w:sz w:val="20"/>
        </w:rPr>
        <w:t>23:33  woh Islamic phenomena nahi tha ke lado logon se, lad lad ke ke aisa karo.</w:t>
      </w:r>
      <w:r>
        <w:br/>
      </w:r>
      <w:r>
        <w:rPr>
          <w:sz w:val="20"/>
        </w:rPr>
        <w:t>23:39  ab kya hua ke consciously ya unconsciously unhon ne samjha yeh sare log jo hain, hamare rival hain, yeh sare log hamare enemy hain. is mizaj ki wajah se jo jo unhon ne banaya, jo taqseem ki unhon ne, to Muslim jo jahan rule kar rahe the, un ko keh diya ke dar-ul-Islam hai.</w:t>
      </w:r>
      <w:r>
        <w:br/>
      </w:r>
      <w:r>
        <w:rPr>
          <w:sz w:val="20"/>
        </w:rPr>
        <w:t>23:58  jahan Muslim nahi rule kar rahe the, un ko keh diya ke dar-ul-harb hai. woh dar-ul-harb ka matlab kya hai?</w:t>
      </w:r>
      <w:r>
        <w:br/>
      </w:r>
      <w:r>
        <w:rPr>
          <w:sz w:val="20"/>
        </w:rPr>
        <w:t>24:03  dar-ul-harb maani hote hain ladai ka ghar, yani land of war. dar-ul-harb ka matlab hota hai land of war.</w:t>
      </w:r>
      <w:r>
        <w:br/>
      </w:r>
      <w:r>
        <w:rPr>
          <w:sz w:val="20"/>
        </w:rPr>
        <w:t>24:12  is ka matlab kya hai? ke woh woh mulk jis se Musalman potentially at war hon, ya to at war hon, ya potentially at war hon.</w:t>
      </w:r>
      <w:r>
        <w:br/>
      </w:r>
      <w:r>
        <w:rPr>
          <w:sz w:val="20"/>
        </w:rPr>
        <w:t>24:24  to us waqt jab ke Musalmanon ka empire qaim tha, to situation aisi thi, political situation</w:t>
      </w:r>
      <w:r>
        <w:br/>
      </w:r>
      <w:r>
        <w:rPr>
          <w:sz w:val="20"/>
        </w:rPr>
        <w:t>24:31  ke Musalman ya to ladai chidi hui thi, ya potentially at war the Musalman. aap dekhiye, aap tareekh dekhiye, Mughlon ki tareekh dekhiye, Abbasiyon ki tareekh dekhiye, Spain ki tareekh dekhiye, musalsal ek na ek ladai chalti rehti thi.</w:t>
      </w:r>
      <w:r>
        <w:br/>
      </w:r>
      <w:r>
        <w:rPr>
          <w:sz w:val="20"/>
        </w:rPr>
        <w:t>24:48  is liye ke ladai chalti rehti thi. to is ke tehat yeh zehan bana ke Musalman doosri qaumon se ya to at war hain, ya potentially at war hain.</w:t>
      </w:r>
      <w:r>
        <w:br/>
      </w:r>
      <w:r>
        <w:rPr>
          <w:sz w:val="20"/>
        </w:rPr>
        <w:t>24:59  is wajah se unhon ne yeh bana diya ke Muslim area jo hai, woh dar-ul-Islam hai, aur non-Muslim area jo hai, woh dar-ul-harb hai. yeh kitna bara nuqsan tha.</w:t>
      </w:r>
      <w:r>
        <w:br/>
      </w:r>
      <w:r>
        <w:rPr>
          <w:sz w:val="20"/>
        </w:rPr>
        <w:t>25:11  is ki wajah se dawat ka mizaj khatam ho gaya. dawat yeh chahta hai ke aap kisi ko dushman na samjhein, doosron ko apna apna samjhein, insan samjhein, un se mohabbat karein, un se khair khwahi karein.</w:t>
      </w:r>
      <w:r>
        <w:br/>
      </w:r>
      <w:r>
        <w:rPr>
          <w:sz w:val="20"/>
        </w:rPr>
        <w:t>25:26  dawat ka jo mizaj hai, woh khair khwahi chahta hai, mohabbat chahta hai. lekin yeh jo dar-ul-harb ka concept hai, yeh ab ulta ho gaya, ulta ho gaya.</w:t>
      </w:r>
      <w:r>
        <w:br/>
      </w:r>
      <w:r>
        <w:rPr>
          <w:sz w:val="20"/>
        </w:rPr>
        <w:t>25:37  yeh doosre log jo thay, nan muslim jo thay, woh aap ke dushman ban gaye, aap ke rival ban gaye, aap ke hareef banay. to aap sochiye ke jin logon ke bare mein aap ka concept yeh ban jaye, to aap dawat denge in ko?</w:t>
      </w:r>
      <w:r>
        <w:br/>
      </w:r>
      <w:r>
        <w:rPr>
          <w:sz w:val="20"/>
        </w:rPr>
        <w:t>25:53  un ke liye to larai ki tayari karenge ke kab larai pesh aa jaye. aap ka mind yeh rahega ke pata nahi kab larai pesh aa jaye.</w:t>
      </w:r>
      <w:r>
        <w:br/>
      </w:r>
      <w:r>
        <w:rPr>
          <w:sz w:val="20"/>
        </w:rPr>
        <w:t>26:02  is ke liye un ke, un ke liye, yani jangii jangii tayari karo. yeh thi political situation, na ke islam ki teaching, jis ne dar-ul-harb ka concept paida kiya.</w:t>
      </w:r>
      <w:r>
        <w:br/>
      </w:r>
      <w:r>
        <w:rPr>
          <w:sz w:val="20"/>
        </w:rPr>
        <w:t>26:16  yeh aik example hai jisay aap samajh sakte hain ke interpretation ki ghalti se kitni bari bari, yani kitni bari bari ghaltiyan hui hain jin ko humein aaj theek karna hai.</w:t>
      </w:r>
    </w:p>
    <w:p>
      <w:pPr>
        <w:pStyle w:val="Heading2"/>
      </w:pPr>
      <w:r>
        <w:t>Condition for receiving the hadith's promise</w:t>
      </w:r>
    </w:p>
    <w:p>
      <w:r>
        <w:rPr>
          <w:color w:val="666666"/>
          <w:sz w:val="18"/>
        </w:rPr>
        <w:t>Hadith-e-Qudsi April 24, 2014 Maulana Wahiduddin Khan · 4m 46s · at 16:40 · https://youtu.be/DXaqyk0uct0?t=1000</w:t>
      </w:r>
    </w:p>
    <w:p>
      <w:r>
        <w:rPr>
          <w:i/>
        </w:rPr>
        <w:t>“This hadith is very important, but a responsibility is attached.”</w:t>
      </w:r>
    </w:p>
    <w:p>
      <w:r>
        <w:rPr>
          <w:sz w:val="20"/>
        </w:rPr>
        <w:t>16:40  To yeh hadith bohat ziyada aham hai, bohat ziyada aham hai, lekin is hadith ke sath sath aik zimmedari juri hui hai. Agar aap is hadith ka misdaq banna chahtay hain, agar aap is hadith ka misdaq banna chahtay hain, pehle abd baniye,</w:t>
      </w:r>
      <w:r>
        <w:br/>
      </w:r>
      <w:r>
        <w:rPr>
          <w:sz w:val="20"/>
        </w:rPr>
        <w:t>16:59  yani saail ya dua go banne se pehle abd baniye.</w:t>
      </w:r>
      <w:r>
        <w:br/>
      </w:r>
      <w:r>
        <w:rPr>
          <w:sz w:val="20"/>
        </w:rPr>
        <w:t>17:08  Yeh hadith batati hai ke aap saal banne ka istihqaaq hi nahi hoga, aap ko dua karne ka istihqaaq hi aap ko nahi haasil hai is waqt tak jab tak abd abd na banay ga.</w:t>
      </w:r>
      <w:r>
        <w:br/>
      </w:r>
      <w:r>
        <w:rPr>
          <w:sz w:val="20"/>
        </w:rPr>
        <w:t>17:23  To pehle abd baniye, phir yeh hadith aap ke oopar apply hogi.</w:t>
      </w:r>
      <w:r>
        <w:br/>
      </w:r>
      <w:r>
        <w:rPr>
          <w:sz w:val="20"/>
        </w:rPr>
        <w:t>17:33  To yeh hadith bilashuba bohat hi ajeeb hadith hai.</w:t>
      </w:r>
      <w:r>
        <w:br/>
      </w:r>
      <w:r>
        <w:rPr>
          <w:sz w:val="20"/>
        </w:rPr>
        <w:t>17:36  Is mein aik ajeeb basharat hai, bohat hi hopeful hai. Yeh hadith is mein bohat ziyada umeed hai insaan ke liye, lekin kis insaan ke liye?</w:t>
      </w:r>
      <w:r>
        <w:br/>
      </w:r>
      <w:r>
        <w:rPr>
          <w:sz w:val="20"/>
        </w:rPr>
        <w:t>17:51  Sarkash insaan ke liye nahi, jo apni marzi chalaye, us ke liye nahi, jo apna jhanda buland kare, us ke liye nahi, us insaan ke liye jo sach much abd ban chuka ho,</w:t>
      </w:r>
      <w:r>
        <w:br/>
      </w:r>
      <w:r>
        <w:rPr>
          <w:sz w:val="20"/>
        </w:rPr>
        <w:t>18:06  abd Allah ke mayar ke mutabiq, Allah ke criterion ke mutabiq. To phir us ko yeh hadith ke alfaaz, is hadith qudsi ke alfaaz, us par saadiq aa jayen ge.</w:t>
      </w:r>
      <w:r>
        <w:br/>
      </w:r>
      <w:r>
        <w:rPr>
          <w:sz w:val="20"/>
        </w:rPr>
        <w:t>18:24  Falyazn nabiyun ma shaa.</w:t>
      </w:r>
      <w:r>
        <w:br/>
      </w:r>
      <w:r>
        <w:rPr>
          <w:sz w:val="20"/>
        </w:rPr>
        <w:t>18:36  To yeh hadith mukhtalif alfaaz ka atai hai.</w:t>
      </w:r>
      <w:r>
        <w:br/>
      </w:r>
      <w:r>
        <w:rPr>
          <w:sz w:val="20"/>
        </w:rPr>
        <w:t>18:43  Alfaaz mukhtalif hain, lekin sense aik hi hai, aur sense yahi hai ke jo insaan abd ban jaye,</w:t>
      </w:r>
      <w:r>
        <w:br/>
      </w:r>
      <w:r>
        <w:rPr>
          <w:sz w:val="20"/>
        </w:rPr>
        <w:t>18:55  to us ko aik ajeeb o ghareeb nemmat haasil ho jati hai. Nemmat, yeh nemmat ki baat hai, yeh inaam ki baat hai.</w:t>
      </w:r>
      <w:r>
        <w:br/>
      </w:r>
      <w:r>
        <w:rPr>
          <w:sz w:val="20"/>
        </w:rPr>
        <w:t>19:05  Yeh hadith aik inaam ki basharat hai us insaan ke liye jo abd ban jaye.</w:t>
      </w:r>
      <w:r>
        <w:br/>
      </w:r>
      <w:r>
        <w:rPr>
          <w:sz w:val="20"/>
        </w:rPr>
        <w:t>19:21  Jo Hazrat Masih ne kaha tha, jo Bible mein hai ke mango to paao ge, darwaza khatkhatao to tumhara rasta khola jayega.</w:t>
      </w:r>
      <w:r>
        <w:br/>
      </w:r>
      <w:r>
        <w:rPr>
          <w:sz w:val="20"/>
        </w:rPr>
        <w:t>19:33  To mango to paao ge, mani yeh nahi ke bas jo bhi aap maangoge, sab Allah ki taraf se milta rahega aap ko.</w:t>
      </w:r>
      <w:r>
        <w:br/>
      </w:r>
      <w:r>
        <w:rPr>
          <w:sz w:val="20"/>
        </w:rPr>
        <w:t>19:41  Is ka matlab yeh hai ke pehle maangne wale bano, pehle haqeeqi maanon mein, real sense mein maangne wale bano.</w:t>
      </w:r>
      <w:r>
        <w:br/>
      </w:r>
      <w:r>
        <w:rPr>
          <w:sz w:val="20"/>
        </w:rPr>
        <w:t>19:51  Is ke baad jo tum maangoge, Allah huzoor us ko dega tumhein. Agar aap maangne wale hi nahi bane hain, haqeeqi maanon mein aap saail ya talib nahi bane hain, aap ke case jo hai woh sarkash insaan ka case hai,</w:t>
      </w:r>
      <w:r>
        <w:br/>
      </w:r>
      <w:r>
        <w:rPr>
          <w:sz w:val="20"/>
        </w:rPr>
        <w:t>20:09  to aap ka maangna na maangna barabar hai, kuch milne wala nahi hai aap ko. Aaj kal Musalmanon ka haal yeh hai, yeh har jagah sarakshi kar rahe hain.</w:t>
      </w:r>
      <w:r>
        <w:br/>
      </w:r>
      <w:r>
        <w:rPr>
          <w:sz w:val="20"/>
        </w:rPr>
        <w:t>20:18  Yeh saare hungaame jo hain, har jagah mili hungaame, siyasi hungaame, sarakshi ke hungaame hain, aur masjidon mein duaen ho rahi hain in ke liye, thori si duaen ho rahi hain masjidon mein, aur koi qabool nahi hoti.</w:t>
      </w:r>
      <w:r>
        <w:br/>
      </w:r>
      <w:r>
        <w:rPr>
          <w:sz w:val="20"/>
        </w:rPr>
        <w:t>20:34  To in logon ko chahiye ke is hadith par ghor karen, is abd ke lafz par gho</w:t>
      </w:r>
      <w:r>
        <w:br/>
      </w:r>
      <w:r>
        <w:rPr>
          <w:sz w:val="20"/>
        </w:rPr>
        <w:t>20:39  or karen, abd,</w:t>
      </w:r>
      <w:r>
        <w:br/>
      </w:r>
      <w:r>
        <w:rPr>
          <w:sz w:val="20"/>
        </w:rPr>
        <w:t>20:42  abd ke lafz par ghor karen, ana abdi bhi ke woh pehle unhein abd banna tha, ab to bane nahi, aur sarkon ko hungaame shuru kar diye unhon ne,</w:t>
      </w:r>
      <w:r>
        <w:br/>
      </w:r>
      <w:r>
        <w:rPr>
          <w:sz w:val="20"/>
        </w:rPr>
        <w:t>20:59  gun kar ke chala diya unhon ne, abd bane baghair, to is ka koi faida nahi hone wala hai.</w:t>
      </w:r>
      <w:r>
        <w:br/>
      </w:r>
      <w:r>
        <w:rPr>
          <w:sz w:val="20"/>
        </w:rPr>
        <w:t>21:13  to yeh bari ajeeb hadees hai ke ana in dhann abdi bhi falayzn nabbi mashaa,</w:t>
      </w:r>
    </w:p>
    <w:p>
      <w:pPr>
        <w:pStyle w:val="Heading2"/>
      </w:pPr>
      <w:r>
        <w:t>Prophet's anger only for principles argument</w:t>
      </w:r>
    </w:p>
    <w:p>
      <w:r>
        <w:rPr>
          <w:color w:val="666666"/>
          <w:sz w:val="18"/>
        </w:rPr>
        <w:t>Principles of Life (Prophetic Wisdom) · 4m 01s · at 15:56 · https://youtu.be/dWzIQ5DQMNU?t=956</w:t>
      </w:r>
    </w:p>
    <w:p>
      <w:r>
        <w:rPr>
          <w:i/>
        </w:rPr>
        <w:t>“Kehte hain ke Rasool Allah ghussay mein aa gaye.”</w:t>
      </w:r>
    </w:p>
    <w:p>
      <w:r>
        <w:rPr>
          <w:sz w:val="20"/>
        </w:rPr>
        <w:t>15:56  kehte hain ke rasool Allah ghusse mein aa gaye. "ashadd ghazabuhu".</w:t>
      </w:r>
      <w:r>
        <w:br/>
      </w:r>
      <w:r>
        <w:rPr>
          <w:sz w:val="20"/>
        </w:rPr>
        <w:t>16:01  ek martaba ho ke aap ghusse mein aa gaye, aap ka ghussa bhark utha, aap ki aankhein laal ho gayin.</w:t>
      </w:r>
      <w:r>
        <w:br/>
      </w:r>
      <w:r>
        <w:rPr>
          <w:sz w:val="20"/>
        </w:rPr>
        <w:t>16:06  to log yeh samajhte hain ke rasool Allah jo the, koi narmi ka mujassama the, ghussa un ko</w:t>
      </w:r>
      <w:r>
        <w:br/>
      </w:r>
      <w:r>
        <w:rPr>
          <w:sz w:val="20"/>
        </w:rPr>
        <w:t>16:11  aata nahi tha.</w:t>
      </w:r>
      <w:r>
        <w:br/>
      </w:r>
      <w:r>
        <w:rPr>
          <w:sz w:val="20"/>
        </w:rPr>
        <w:t>16:16  khaali naram naram updesh dete the.</w:t>
      </w:r>
      <w:r>
        <w:br/>
      </w:r>
      <w:r>
        <w:rPr>
          <w:sz w:val="20"/>
        </w:rPr>
        <w:t>16:21  yeh aap ka concept nahi hai. rasool Allah</w:t>
      </w:r>
      <w:r>
        <w:br/>
      </w:r>
      <w:r>
        <w:rPr>
          <w:sz w:val="20"/>
        </w:rPr>
        <w:t>16:26  poori tarah se the, yaani un ka saara principle ko, ghussa ke maani yahan kya hain? dekhiye, ghussa</w:t>
      </w:r>
      <w:r>
        <w:br/>
      </w:r>
      <w:r>
        <w:rPr>
          <w:sz w:val="20"/>
        </w:rPr>
        <w:t>16:31  do qism ka hota hai.</w:t>
      </w:r>
      <w:r>
        <w:br/>
      </w:r>
      <w:r>
        <w:rPr>
          <w:sz w:val="20"/>
        </w:rPr>
        <w:t>16:36  hazrat ayesha kehti hain ke aap apni zaat ke maamle mein koi ghussa nahi hote the.</w:t>
      </w:r>
      <w:r>
        <w:br/>
      </w:r>
      <w:r>
        <w:rPr>
          <w:sz w:val="20"/>
        </w:rPr>
        <w:t>16:41  principle ki baat ho to us par ghussa hote the.</w:t>
      </w:r>
      <w:r>
        <w:br/>
      </w:r>
      <w:r>
        <w:rPr>
          <w:sz w:val="20"/>
        </w:rPr>
        <w:t>16:46  yeh baat ko samjhiye.</w:t>
      </w:r>
      <w:r>
        <w:br/>
      </w:r>
      <w:r>
        <w:rPr>
          <w:sz w:val="20"/>
        </w:rPr>
        <w:t>16:51  "ashadd ghazabuhu" jo kaha to us ka matlab yeh nahi ke aap ke o</w:t>
      </w:r>
      <w:r>
        <w:br/>
      </w:r>
      <w:r>
        <w:rPr>
          <w:sz w:val="20"/>
        </w:rPr>
        <w:t>16:56  par kisi ne bura keh diya, aap ki zaat par kisi ne hamla kar diya to aap ghussa ho gaye. Rasool Allah hamesha principle par ghussa hote thay. apni zaat ke bare mein ghussa nahi hote thay. aise bohat se waqiat aate hain, misaal ke taur par aap ko saamne aa kar kehne wale kehte thay ke "anta mudhamam".</w:t>
      </w:r>
      <w:r>
        <w:br/>
      </w:r>
      <w:r>
        <w:rPr>
          <w:sz w:val="20"/>
        </w:rPr>
        <w:t>17:26  "mudmam nabina". ke aap ko hum kaddam karte hain. aap ek bure insaan hain. qabil muzammat insaan hain. lekin aap ko kuch bhi ghussa nahi aata tha. normal tareeqe se sunte thay bas. kuch bhi nahi, dua karte thay us ke liye. to jab bhi aap ki zaat par hamla kiya gaya to kabhi aap ko ghussa nahi aaya. lekin jab mamla principle ka hota tha, kisi usool ka hota tha, to woh</w:t>
      </w:r>
      <w:r>
        <w:br/>
      </w:r>
      <w:r>
        <w:rPr>
          <w:sz w:val="20"/>
        </w:rPr>
        <w:t>17:56  haan aap ko ghussa aata tha. wahan aap ko ghussa aata tha. to is se hamein ek rehnumai milti hai, woh yeh milti hai ke ghussa absolute sense mein koi buri cheez nahi hai. ghussa ka matlab yeh nahi ke aap ghussa ho kar maar daalein kisi ko. yeh matlab nahi hai. ghussa ka matlab sirf yeh hai ke aap shadeed</w:t>
      </w:r>
      <w:r>
        <w:br/>
      </w:r>
      <w:r>
        <w:rPr>
          <w:sz w:val="20"/>
        </w:rPr>
        <w:t>18:26  ho jayen.</w:t>
      </w:r>
      <w:r>
        <w:br/>
      </w:r>
      <w:r>
        <w:rPr>
          <w:sz w:val="20"/>
        </w:rPr>
        <w:t>18:31  bahut zyada mehsoos karein kisi baat ko.</w:t>
      </w:r>
      <w:r>
        <w:br/>
      </w:r>
      <w:r>
        <w:rPr>
          <w:sz w:val="20"/>
        </w:rPr>
        <w:t>18:36  bas maarna, kaatna, gaali dena, bura bhala karna, yeh matlab nahi hai ghussa karne ka.</w:t>
      </w:r>
      <w:r>
        <w:br/>
      </w:r>
      <w:r>
        <w:rPr>
          <w:sz w:val="20"/>
        </w:rPr>
        <w:t>18:41  to rasool Allah ke apni zaat par, jise woh kehte hain "character assassination", aisa koi baat ki gayi,</w:t>
      </w:r>
      <w:r>
        <w:br/>
      </w:r>
      <w:r>
        <w:rPr>
          <w:sz w:val="20"/>
        </w:rPr>
        <w:t>18:46  aap ki zaat par kuch bura bhala kaha gaya, aap kabhi provoke nahi hote the.</w:t>
      </w:r>
      <w:r>
        <w:br/>
      </w:r>
      <w:r>
        <w:rPr>
          <w:sz w:val="20"/>
        </w:rPr>
        <w:t>18:51  kabhi ghussa nahi hote the.</w:t>
      </w:r>
      <w:r>
        <w:br/>
      </w:r>
      <w:r>
        <w:rPr>
          <w:sz w:val="20"/>
        </w:rPr>
        <w:t>18:56  thande tareeqe se sunte the aur us ke liye dua karte the.</w:t>
      </w:r>
      <w:r>
        <w:br/>
      </w:r>
      <w:r>
        <w:rPr>
          <w:sz w:val="20"/>
        </w:rPr>
        <w:t>19:01  lekin jab aisa hota, kisi aadmi ne principle ke khilaaf kiya hai, principle ke khilaaf, usool ke khilaaf,</w:t>
      </w:r>
      <w:r>
        <w:br/>
      </w:r>
      <w:r>
        <w:rPr>
          <w:sz w:val="20"/>
        </w:rPr>
        <w:t>19:06  tab zaroor aap ko bura maloom hota tha.</w:t>
      </w:r>
      <w:r>
        <w:br/>
      </w:r>
      <w:r>
        <w:rPr>
          <w:sz w:val="20"/>
        </w:rPr>
        <w:t>19:11  yahan tak ke ghussa aa jata tha aap ko.</w:t>
      </w:r>
      <w:r>
        <w:br/>
      </w:r>
      <w:r>
        <w:rPr>
          <w:sz w:val="20"/>
        </w:rPr>
        <w:t>19:16  to jitne bhi waqeaat aap ke baare mein ghusse ke hain, woh us waqt ke hain jab ke</w:t>
      </w:r>
      <w:r>
        <w:br/>
      </w:r>
      <w:r>
        <w:rPr>
          <w:sz w:val="20"/>
        </w:rPr>
        <w:t>19:21  kisi ne principle ke khilaaf kiya.</w:t>
      </w:r>
      <w:r>
        <w:br/>
      </w:r>
      <w:r>
        <w:rPr>
          <w:sz w:val="20"/>
        </w:rPr>
        <w:t>19:26  aur jahan tak aap ki zaat ka ta'alluq hai, to aap ki zaat ke baare mein log kehte</w:t>
      </w:r>
      <w:r>
        <w:br/>
      </w:r>
      <w:r>
        <w:rPr>
          <w:sz w:val="20"/>
        </w:rPr>
        <w:t>19:30  the, "ya ayyuha al-rasool innaka lamajnoon".</w:t>
      </w:r>
      <w:r>
        <w:br/>
      </w:r>
      <w:r>
        <w:rPr>
          <w:sz w:val="20"/>
        </w:rPr>
        <w:t>19:33  quran majeed mein hai ke log kehte hain, "ya ayyuha al-rasool innaka lamajnoon".</w:t>
      </w:r>
      <w:r>
        <w:br/>
      </w:r>
      <w:r>
        <w:rPr>
          <w:sz w:val="20"/>
        </w:rPr>
        <w:t>19:37  ae paighambar, tum to deewane ho.</w:t>
      </w:r>
      <w:r>
        <w:br/>
      </w:r>
      <w:r>
        <w:rPr>
          <w:sz w:val="20"/>
        </w:rPr>
        <w:t>19:40  lekin aap ko kabhi gussa nahin aaya.</w:t>
      </w:r>
      <w:r>
        <w:br/>
      </w:r>
      <w:r>
        <w:rPr>
          <w:sz w:val="20"/>
        </w:rPr>
        <w:t>19:44  yahan tak ke kaha gaya, "anta kaththab".</w:t>
      </w:r>
      <w:r>
        <w:br/>
      </w:r>
      <w:r>
        <w:rPr>
          <w:sz w:val="20"/>
        </w:rPr>
        <w:t>19:47  tum jhoote ho.</w:t>
      </w:r>
      <w:r>
        <w:br/>
      </w:r>
      <w:r>
        <w:rPr>
          <w:sz w:val="20"/>
        </w:rPr>
        <w:t>19:51  aap ko gussa nahin aaya.</w:t>
      </w:r>
      <w:r>
        <w:br/>
      </w:r>
      <w:r>
        <w:rPr>
          <w:sz w:val="20"/>
        </w:rPr>
        <w:t>19:54  aaj kal jo log bhadak uthte hain</w:t>
      </w:r>
    </w:p>
    <w:p>
      <w:pPr>
        <w:pStyle w:val="Heading2"/>
      </w:pPr>
      <w:r>
        <w:t>Conference experience - turning negativity into opportunity</w:t>
      </w:r>
    </w:p>
    <w:p>
      <w:r>
        <w:rPr>
          <w:color w:val="666666"/>
          <w:sz w:val="18"/>
        </w:rPr>
        <w:t>CPS Women Article Discussion 14 January 8, 2023 · 5m 58s · at 1:05:16 · https://youtu.be/XVluFGBfxcI?t=3916</w:t>
      </w:r>
    </w:p>
    <w:p>
      <w:r>
        <w:rPr>
          <w:i/>
        </w:rPr>
        <w:t>“वह वह भी इस्लाम के ऊपर ही उनकी कोई topic थी. तो मैं उनके साथ”</w:t>
      </w:r>
    </w:p>
    <w:p>
      <w:r>
        <w:rPr>
          <w:sz w:val="20"/>
        </w:rPr>
        <w:t>1:05:16  Woh woh bhi Islam ke upar hi unki koi topic thi. To main unke saath baithi hui thi. Jab main mera naam jab last minute mein announcement hua to kaafi time nikal chuka tha. Mere paas hardly ten minutes ka time tha aur mere twenty minutes ke paper the. To jab main stage par gayi mera announcement hua ki professor Shabina Ali. To main jab stage par gayi to maine kaha ki hanste hue maine kaha ki ma'am I'm sorry I'm not professor Shabina Ali.</w:t>
      </w:r>
      <w:r>
        <w:br/>
      </w:r>
      <w:r>
        <w:rPr>
          <w:sz w:val="20"/>
        </w:rPr>
        <w:t>1:05:45  I'm still a student of Maulana Wahiduddin Khan and I I I am from the CPS International. My mentor Maulana Wahiduddin Khan.</w:t>
      </w:r>
      <w:r>
        <w:br/>
      </w:r>
      <w:r>
        <w:rPr>
          <w:sz w:val="20"/>
        </w:rPr>
        <w:t>1:05:55  Main unki literature ko deliver karne ke liye aayi hoon and I'm still at a learning stage and I each day I I try myself to learn more and more and I go through all the spiritual scholars making not yeh bolna sentence mujhe laga ki yeh zaroori hai ki ek main Islam ko belong to kar rahi hoon aur Islam ke paper ko lekar ke bhi aaye ho. Let not audience think that I am just there with an icon of being a Islam or a Muslim.</w:t>
      </w:r>
      <w:r>
        <w:br/>
      </w:r>
      <w:r>
        <w:rPr>
          <w:sz w:val="20"/>
        </w:rPr>
        <w:t>1:06:25  Let me be a someone who is interested in spiritual things. To yeh maine bolkar ke apna paper shuru kiya. To udhar se announcement mein ma'am aapke paas bahut kam time hai. Maine kaha ki ok without wasting time I will start my paper. To mujhe das minute ka time mila.</w:t>
      </w:r>
      <w:r>
        <w:br/>
      </w:r>
      <w:r>
        <w:rPr>
          <w:sz w:val="20"/>
        </w:rPr>
        <w:t>1:06:43  Jo mujhe important points us paper mein laga maine usko bola bol kar ke main jab dice se jab main utar rahi thi jo host the he was a, he was a monk aur woh monk the he was from Kerala aur woh Ramkrishna mission se aaye hue the. Unke saath meri pehle bahut achhi interaction ho chuki thi. To unhone kaha I am so sorry ma'am aapko time nahi mila. Aapka paper itna achha tha lekin hum logon ko sunne ka mauka nahi mila.</w:t>
      </w:r>
      <w:r>
        <w:br/>
      </w:r>
      <w:r>
        <w:rPr>
          <w:sz w:val="20"/>
        </w:rPr>
        <w:t>1:07:11  Hum logon bahut zyada insult lag raha hai ki aapka itna achha paper hone ke bawajood aapko sunane ka mauka nahi mila. Maine kaha no I mean it's ok yeh koi zaroori baat nahi hai. Kyunki main dil mein jaan rahi thi ki main yahan par apne paper ke liye nahi aayi hoon. Main da'wah work ke liye aayi hoon. Mera yahan par maqsad Allah ne mujhe bheja hai ki Quran ki da'wah main logon tak pahuncha sakoon. Paper is not important for me.</w:t>
      </w:r>
      <w:r>
        <w:br/>
      </w:r>
      <w:r>
        <w:rPr>
          <w:sz w:val="20"/>
        </w:rPr>
        <w:t>1:07:37  Main apne aap se keh rahi thi yeh taaki main kisi tarah ki koi negative feeling mere andar na aa jaye. To jab main dice se utri raha par you won't believe itne speakers subah se saare log kitne na jaane speakers bol chuke the. Nobody was getting that kind of welcome which I got. It is not that ki main mere andar koi aisi surkh aapke par lage hue ya aisi khoobsurti hai ya aisa koi talent, it is not. It is the literature that I'm delivering.</w:t>
      </w:r>
      <w:r>
        <w:br/>
      </w:r>
      <w:r>
        <w:rPr>
          <w:sz w:val="20"/>
        </w:rPr>
        <w:t>1:08:07  The words that I have said, the ideology which I have, jo maine wahan par deliver kiya hai, woh important tha wahan ke logon ke liye aur ekdum se laga ki saare log haathon haath mujhe le rahe hain aur mere paas time bahut kam tha. Mujhe Quran dena tha.</w:t>
      </w:r>
      <w:r>
        <w:br/>
      </w:r>
      <w:r>
        <w:rPr>
          <w:sz w:val="20"/>
        </w:rPr>
        <w:t>1:08:23  To main I just rushed on aur maine back se Quran nikala aur first row mein jitne delegates sab baithe hue the foran jata jata within five minutes I completed the entire task of giving the Quran. Phir main aage badhi to ek IIT Kharagpur ke IIT Ranchi ke ek mujhe mile. Unhone kaha ki I have this Quran and unhone kaha ki main doctor Maria Khan se mil chuka hoon. Unka ek lecture aaya tha. Usmein unhone speech diya tha.</w:t>
      </w:r>
      <w:r>
        <w:br/>
      </w:r>
      <w:r>
        <w:rPr>
          <w:sz w:val="20"/>
        </w:rPr>
        <w:t>1:08:53  to maine kaha yes, i know doctor maria khan.</w:t>
      </w:r>
      <w:r>
        <w:br/>
      </w:r>
      <w:r>
        <w:rPr>
          <w:sz w:val="20"/>
        </w:rPr>
        <w:t>1:08:58  we are from the same same team, cps team.</w:t>
      </w:r>
      <w:r>
        <w:br/>
      </w:r>
      <w:r>
        <w:rPr>
          <w:sz w:val="20"/>
        </w:rPr>
        <w:t>1:09:04  to unhone kaha ke ok, you give me your number, your name, your card, everything and you we</w:t>
      </w:r>
      <w:r>
        <w:br/>
      </w:r>
      <w:r>
        <w:rPr>
          <w:sz w:val="20"/>
        </w:rPr>
        <w:t>1:09:10  will be interacting with you, contacting you.</w:t>
      </w:r>
      <w:r>
        <w:br/>
      </w:r>
      <w:r>
        <w:rPr>
          <w:sz w:val="20"/>
        </w:rPr>
        <w:t>1:09:16  to is tarah se ek aur indonesia ke log the.</w:t>
      </w:r>
      <w:r>
        <w:br/>
      </w:r>
      <w:r>
        <w:rPr>
          <w:sz w:val="20"/>
        </w:rPr>
        <w:t>1:09:22  unhone mera baqayda pura paper manga ke aapka jo paper tha vah mujhe paper dijiye.</w:t>
      </w:r>
      <w:r>
        <w:br/>
      </w:r>
      <w:r>
        <w:rPr>
          <w:sz w:val="20"/>
        </w:rPr>
        <w:t>1:09:28  main isko aage padhna chahunga.</w:t>
      </w:r>
      <w:r>
        <w:br/>
      </w:r>
      <w:r>
        <w:rPr>
          <w:sz w:val="20"/>
        </w:rPr>
        <w:t>1:09:34  to mere saare bag dono bag poore khaali ho gaye quran se gift bag se aur main bhaag</w:t>
      </w:r>
      <w:r>
        <w:br/>
      </w:r>
      <w:r>
        <w:rPr>
          <w:sz w:val="20"/>
        </w:rPr>
        <w:t>1:09:38  rahi thi auditorium se bahar.</w:t>
      </w:r>
      <w:r>
        <w:br/>
      </w:r>
      <w:r>
        <w:rPr>
          <w:sz w:val="20"/>
        </w:rPr>
        <w:t>1:09:43  to mere peeche ek ladka jiska maine review share kiya hai vah mere peeche peeche aaya vah 21</w:t>
      </w:r>
      <w:r>
        <w:br/>
      </w:r>
      <w:r>
        <w:rPr>
          <w:sz w:val="20"/>
        </w:rPr>
        <w:t>1:09:47  year old ka ladka tha.</w:t>
      </w:r>
      <w:r>
        <w:br/>
      </w:r>
      <w:r>
        <w:rPr>
          <w:sz w:val="20"/>
        </w:rPr>
        <w:t>1:09:52  mujhe aaya bola ma'am aapka paper chahiye mujhe.</w:t>
      </w:r>
      <w:r>
        <w:br/>
      </w:r>
      <w:r>
        <w:rPr>
          <w:sz w:val="20"/>
        </w:rPr>
        <w:t>1:09:56  main main aage padhunga isko.</w:t>
      </w:r>
      <w:r>
        <w:br/>
      </w:r>
      <w:r>
        <w:rPr>
          <w:sz w:val="20"/>
        </w:rPr>
        <w:t>1:10:01  to maine kaha of course you are welcome.</w:t>
      </w:r>
      <w:r>
        <w:br/>
      </w:r>
      <w:r>
        <w:rPr>
          <w:sz w:val="20"/>
        </w:rPr>
        <w:t>1:10:05  to maine phir usse poocha ki tum yahan kya karte ho?</w:t>
      </w:r>
      <w:r>
        <w:br/>
      </w:r>
      <w:r>
        <w:rPr>
          <w:sz w:val="20"/>
        </w:rPr>
        <w:t>1:10:10  kya padhte ho? vagera vagera.</w:t>
      </w:r>
      <w:r>
        <w:br/>
      </w:r>
      <w:r>
        <w:rPr>
          <w:sz w:val="20"/>
        </w:rPr>
        <w:t>1:10:14  usne saari baatein apni batai.</w:t>
      </w:r>
      <w:r>
        <w:br/>
      </w:r>
      <w:r>
        <w:rPr>
          <w:sz w:val="20"/>
        </w:rPr>
        <w:t>1:10:19  Jo hamare saath doctor Safina jo share karti hain woh to main share kar rahi hoon and he is going through. Ek cheez jo aap mujhe yeh baat samajh mein aayegi jo mera inference hai jo take away hai is conference se ki dekhiye aap itne speakers the wahan par. Aisa platform mujhe kal nahi milta second day mein. Main kisi room mein hoti das pandrah logon ke beech mein. Lekin Allah ne ek aisa intezaam kiya mera naam us brochure mein nahi dekar ke.</w:t>
      </w:r>
      <w:r>
        <w:br/>
      </w:r>
      <w:r>
        <w:rPr>
          <w:sz w:val="20"/>
        </w:rPr>
        <w:t>1:10:46  Yeh negativity thi lekin isko positive isko positive matlab woh mere liye ek hikmat aur ek positive incident ho gaya. Kyunki agar mera naam hota to main second day deliver hoti. Mera ek time slot hota aur yeh jo mauka Allah ne mujhe ek poore international platform ke paas saamne aur ek poori bhari auditorium mein jismein bahut zyada log the, yeh platform mujhe nahi milta second day mein.</w:t>
      </w:r>
      <w:r>
        <w:br/>
      </w:r>
      <w:r>
        <w:rPr>
          <w:sz w:val="20"/>
        </w:rPr>
        <w:t>1:11:14  To ek mera naam nahi hona us brochure mein kitni badi ek opportunity mere liye nikal aaya. To maine yeh bahut zyada it was mind blowing for me ki mera naam nahi hona kitni badi achhai saabit hui hai ismein. To yeh bahut hi important point jo tha mujhe aap logon se share karna tha.</w:t>
      </w:r>
    </w:p>
    <w:p>
      <w:pPr>
        <w:pStyle w:val="Heading2"/>
      </w:pPr>
      <w:r>
        <w:t>mosque imam example: practical unity vs theoretical disagreement, and gratitude</w:t>
      </w:r>
    </w:p>
    <w:p>
      <w:r>
        <w:rPr>
          <w:color w:val="666666"/>
          <w:sz w:val="18"/>
        </w:rPr>
        <w:t>Muslim Unity March 15, 2014 Maulana Wahiduddin Khan · 4m 29s · at 11:06 · https://youtu.be/CZHU5z3SEjc?t=666</w:t>
      </w:r>
    </w:p>
    <w:p>
      <w:r>
        <w:rPr>
          <w:i/>
        </w:rPr>
        <w:t>“Jaise misal ke taur par dekhiye, ek masjid hai”</w:t>
      </w:r>
    </w:p>
    <w:p>
      <w:r>
        <w:rPr>
          <w:sz w:val="20"/>
        </w:rPr>
        <w:t>11:06  jaise misaal ke taur par dekhiye, ek masjid hai, us ke andar baqayda paanch waqt ki namaz qaim hai.</w:t>
      </w:r>
      <w:r>
        <w:br/>
      </w:r>
      <w:r>
        <w:rPr>
          <w:sz w:val="20"/>
        </w:rPr>
        <w:t>11:16  ek imam sahab hain, un par saare namaziyon ka ittefaq hai.</w:t>
      </w:r>
      <w:r>
        <w:br/>
      </w:r>
      <w:r>
        <w:rPr>
          <w:sz w:val="20"/>
        </w:rPr>
        <w:t>11:23  ab is mein agar chand aadmi yeh samjhein ke yeh ke is imam ke peeche namaz jaiz nahi hai, is mein falan kharabi hai, to in chand aadmiyon ke liye jaiz nahi hoga ke jama'at chhod den.</w:t>
      </w:r>
      <w:r>
        <w:br/>
      </w:r>
      <w:r>
        <w:rPr>
          <w:sz w:val="20"/>
        </w:rPr>
        <w:t>11:40  nahi, woh doosre musalmanon ke saath unhein namaz padhna chahiye.</w:t>
      </w:r>
      <w:r>
        <w:br/>
      </w:r>
      <w:r>
        <w:rPr>
          <w:sz w:val="20"/>
        </w:rPr>
        <w:t>11:46  yeh matlab hai is ka. Yani doosre hisse mein jis cheez ka zikr hai, woh hai ijtimaiyat ko baqi rakhna.</w:t>
      </w:r>
      <w:r>
        <w:br/>
      </w:r>
      <w:r>
        <w:rPr>
          <w:sz w:val="20"/>
        </w:rPr>
        <w:t>11:58  yani pehle hisse mein zikr tha ke Quran o Sunnat ke mehfooz hone ki bina par hamesha kuch na kuch afraad bigaad se bach jayenge.</w:t>
      </w:r>
      <w:r>
        <w:br/>
      </w:r>
      <w:r>
        <w:rPr>
          <w:sz w:val="20"/>
        </w:rPr>
        <w:t>12:09  woh deen ki sahih numaindagi kareinge,</w:t>
      </w:r>
      <w:r>
        <w:br/>
      </w:r>
      <w:r>
        <w:rPr>
          <w:sz w:val="20"/>
        </w:rPr>
        <w:t>12:14  deen ki sahih numaindagi kareinge. aur doosre hisse mein zikr hai ke intishar o ikhtilaf bohat buri cheez hai.</w:t>
      </w:r>
      <w:r>
        <w:br/>
      </w:r>
      <w:r>
        <w:rPr>
          <w:sz w:val="20"/>
        </w:rPr>
        <w:t>12:29  toh intishar ikhtilaf se ummat ko bachane ke liye tum ko aisa karna hai ke agar tum ko ikhtilaf ho majmooe se, lekin majmooe ko tum badalne ki koshish mein nahi ho,</w:t>
      </w:r>
      <w:r>
        <w:br/>
      </w:r>
      <w:r>
        <w:rPr>
          <w:sz w:val="20"/>
        </w:rPr>
        <w:t>12:48  yaani jo aksariyat hai, us ko tum badalne ki koshish mein nahi ho, toh tum apni zaati rai ko amalan moattal kar do.</w:t>
      </w:r>
      <w:r>
        <w:br/>
      </w:r>
      <w:r>
        <w:rPr>
          <w:sz w:val="20"/>
        </w:rPr>
        <w:t>12:57  amalan, zehni taur par nahi. jaise maine arz kiya ke masjid mein, masjid mein farz kijiye ke beshtar namazi ek imam ki imam pe mutafiq hain.</w:t>
      </w:r>
      <w:r>
        <w:br/>
      </w:r>
      <w:r>
        <w:rPr>
          <w:sz w:val="20"/>
        </w:rPr>
        <w:t>13:10  ab chand aadmi samajhte hain ke is imam ke peeche namaz jaiz nahi hai, toh un chand aadmi ko alag hona jaiz nahi hai. kyunke ijtimaaiyat muntashir hoti hai, aapas mein jhagde jhagde khade hote hain.</w:t>
      </w:r>
      <w:r>
        <w:br/>
      </w:r>
      <w:r>
        <w:rPr>
          <w:sz w:val="20"/>
        </w:rPr>
        <w:t>13:25  toh hadith ke pehle hisse mein hikmat nazri ki baat hai, aur doosre hisse mein hikmat amli ki baat hai.</w:t>
      </w:r>
      <w:r>
        <w:br/>
      </w:r>
      <w:r>
        <w:rPr>
          <w:sz w:val="20"/>
        </w:rPr>
        <w:t>13:34  yaani practical wisdom. doosre hisse mein practical wisdom ki baat hai, aur doosre hisse mein theoretical wisdom ki baat hai.</w:t>
      </w:r>
      <w:r>
        <w:br/>
      </w:r>
      <w:r>
        <w:rPr>
          <w:sz w:val="20"/>
        </w:rPr>
        <w:t>13:44  hamesha yaad rakhiye, ek hoti hai theoretical wisdom, ek hoti hai practical wisdom.</w:t>
      </w:r>
      <w:r>
        <w:br/>
      </w:r>
      <w:r>
        <w:rPr>
          <w:sz w:val="20"/>
        </w:rPr>
        <w:t>13:52  toh is hadith mein dono ko alag kar diya gaya,</w:t>
      </w:r>
      <w:r>
        <w:br/>
      </w:r>
      <w:r>
        <w:rPr>
          <w:sz w:val="20"/>
        </w:rPr>
        <w:t>13:59  aur yeh bohat hi zyada aham hidayat hai, bohat zyada aham hadith hai. is mein bohat zabardast formula bata diya gaya,</w:t>
      </w:r>
      <w:r>
        <w:br/>
      </w:r>
      <w:r>
        <w:rPr>
          <w:sz w:val="20"/>
        </w:rPr>
        <w:t>14:14  bohat zabardast formula ke maslan pehle hisse ko lijiye, aap logon mein bigaad aa gaya hai. aksar log shikayatein karte hain, arey bhai yeh bigaad hai, woh bigaad hai.</w:t>
      </w:r>
      <w:r>
        <w:br/>
      </w:r>
      <w:r>
        <w:rPr>
          <w:sz w:val="20"/>
        </w:rPr>
        <w:t>14:24  toh sawal shikayatein kyun karte ho? is par shukr ada karo ke Quran o Sunnat mehfooz hain, aur hum is position mein hain ke Quran o Sunnat ke zariye deen sahih ko akhz kar saken.</w:t>
      </w:r>
      <w:r>
        <w:br/>
      </w:r>
      <w:r>
        <w:rPr>
          <w:sz w:val="20"/>
        </w:rPr>
        <w:t>14:37  aksar log yahi kehte hain, bohat bigaad hai, bohat ummat mein fasad hai, yeh hai, woh hai.</w:t>
      </w:r>
      <w:r>
        <w:br/>
      </w:r>
      <w:r>
        <w:rPr>
          <w:sz w:val="20"/>
        </w:rPr>
        <w:t>14:46  toh is se kya maani hoga? aap apne andar negative nafsiyat ko janam de rahe hain, apne andar negative thinking ko develop kar rahe hain.</w:t>
      </w:r>
      <w:r>
        <w:br/>
      </w:r>
      <w:r>
        <w:rPr>
          <w:sz w:val="20"/>
        </w:rPr>
        <w:t>14:59  yeh tareeqa galat hai. aap se shukr khatm ho jata hai.</w:t>
      </w:r>
      <w:r>
        <w:br/>
      </w:r>
      <w:r>
        <w:rPr>
          <w:sz w:val="20"/>
        </w:rPr>
        <w:t>15:06  bilfarz agar bade paimane par ummat mein bigaad aa gaya ho toh aap ko shukr karna chahiye ke chahe amalan bigaad aa gaya ho, lekin main zaati taur par abhi bhi mujhe yeh neamat hasil hai ke Quran ko parhoon, Sunnat-e-Rasool ko parhoon, aur is se main sachche deen ko hasil karoon.</w:t>
      </w:r>
      <w:r>
        <w:br/>
      </w:r>
      <w:r>
        <w:rPr>
          <w:sz w:val="20"/>
        </w:rPr>
        <w:t>15:30  toh ajeeb neamat hai yeh.</w:t>
      </w:r>
    </w:p>
    <w:p>
      <w:pPr>
        <w:pStyle w:val="Heading2"/>
      </w:pPr>
      <w:r>
        <w:t>Abu Mas'ud: accountability stops injustice</w:t>
      </w:r>
    </w:p>
    <w:p>
      <w:r>
        <w:rPr>
          <w:color w:val="666666"/>
          <w:sz w:val="18"/>
        </w:rPr>
        <w:t>The Concept of Accountability in Islam (English) | June 21, 2007 | Maulana Wahiduddin Khan · 3m 06s · at 50:24 · https://youtu.be/g-GqrJp9iTY?t=3024</w:t>
      </w:r>
    </w:p>
    <w:p>
      <w:r>
        <w:rPr>
          <w:i/>
        </w:rPr>
        <w:t>“One day, the Prophet saw Abu Mas'ud beating his servant”</w:t>
      </w:r>
    </w:p>
    <w:p>
      <w:r>
        <w:rPr>
          <w:sz w:val="20"/>
        </w:rPr>
        <w:t>50:24  So one day, the Prophet saw that Abu Mas'ud was beating his servant.</w:t>
      </w:r>
      <w:r>
        <w:br/>
      </w:r>
      <w:r>
        <w:rPr>
          <w:sz w:val="20"/>
        </w:rPr>
        <w:t>50:32  He became angry and he started beating.</w:t>
      </w:r>
      <w:r>
        <w:br/>
      </w:r>
      <w:r>
        <w:rPr>
          <w:sz w:val="20"/>
        </w:rPr>
        <w:t>50:41  So the Prophet of Islam saw him, that he was beating his servant.</w:t>
      </w:r>
      <w:r>
        <w:br/>
      </w:r>
      <w:r>
        <w:rPr>
          <w:sz w:val="20"/>
        </w:rPr>
        <w:t>50:49  The Prophet said, "Ya Abu Mas'ud,</w:t>
      </w:r>
      <w:r>
        <w:br/>
      </w:r>
      <w:r>
        <w:rPr>
          <w:sz w:val="20"/>
        </w:rPr>
        <w:t>50:57  O Abu Mas'ud, you have to know that there is God Almighty upon you.</w:t>
      </w:r>
      <w:r>
        <w:br/>
      </w:r>
      <w:r>
        <w:rPr>
          <w:sz w:val="20"/>
        </w:rPr>
        <w:t>51:05  And God is stronger than any other thing.</w:t>
      </w:r>
      <w:r>
        <w:br/>
      </w:r>
      <w:r>
        <w:rPr>
          <w:sz w:val="20"/>
        </w:rPr>
        <w:t>51:12  You think that you are Lord of your servant.</w:t>
      </w:r>
      <w:r>
        <w:br/>
      </w:r>
      <w:r>
        <w:rPr>
          <w:sz w:val="20"/>
        </w:rPr>
        <w:t>51:20  But God is Lord of you</w:t>
      </w:r>
      <w:r>
        <w:br/>
      </w:r>
      <w:r>
        <w:rPr>
          <w:sz w:val="20"/>
        </w:rPr>
        <w:t>51:27  and your servant both.</w:t>
      </w:r>
      <w:r>
        <w:br/>
      </w:r>
      <w:r>
        <w:rPr>
          <w:sz w:val="20"/>
        </w:rPr>
        <w:t>51:33  You think that you are Lord of this servant.</w:t>
      </w:r>
      <w:r>
        <w:br/>
      </w:r>
      <w:r>
        <w:rPr>
          <w:sz w:val="20"/>
        </w:rPr>
        <w:t>51:40  But you have to know that you and your servant and all mankind are under God.</w:t>
      </w:r>
      <w:r>
        <w:br/>
      </w:r>
      <w:r>
        <w:rPr>
          <w:sz w:val="20"/>
        </w:rPr>
        <w:t>51:46  And God is the Lord of all human beings.</w:t>
      </w:r>
      <w:r>
        <w:br/>
      </w:r>
      <w:r>
        <w:rPr>
          <w:sz w:val="20"/>
        </w:rPr>
        <w:t>51:52  So you have to fear." So suddenly he started beating.</w:t>
      </w:r>
      <w:r>
        <w:br/>
      </w:r>
      <w:r>
        <w:rPr>
          <w:sz w:val="20"/>
        </w:rPr>
        <w:t>51:58  Suddenly he started beating. Why?</w:t>
      </w:r>
      <w:r>
        <w:br/>
      </w:r>
      <w:r>
        <w:rPr>
          <w:sz w:val="20"/>
        </w:rPr>
        <w:t>52:04  Because before this warning given by the Prophet, he was forgotten that, "I am accountable to God," although</w:t>
      </w:r>
      <w:r>
        <w:br/>
      </w:r>
      <w:r>
        <w:rPr>
          <w:sz w:val="20"/>
        </w:rPr>
        <w:t>52:10  he was a Muslim.</w:t>
      </w:r>
      <w:r>
        <w:br/>
      </w:r>
      <w:r>
        <w:rPr>
          <w:sz w:val="20"/>
        </w:rPr>
        <w:t>52:16  But under anger, he forgot.</w:t>
      </w:r>
      <w:r>
        <w:br/>
      </w:r>
      <w:r>
        <w:rPr>
          <w:sz w:val="20"/>
        </w:rPr>
        <w:t>52:22  When you are angry, you forg</w:t>
      </w:r>
      <w:r>
        <w:br/>
      </w:r>
      <w:r>
        <w:rPr>
          <w:sz w:val="20"/>
        </w:rPr>
        <w:t>52:28  ot.</w:t>
      </w:r>
      <w:r>
        <w:br/>
      </w:r>
      <w:r>
        <w:rPr>
          <w:sz w:val="20"/>
        </w:rPr>
        <w:t>52:34  You forget everything.</w:t>
      </w:r>
      <w:r>
        <w:br/>
      </w:r>
      <w:r>
        <w:rPr>
          <w:sz w:val="20"/>
        </w:rPr>
        <w:t>52:39  So when the Prophet reminded him, he became aware.</w:t>
      </w:r>
      <w:r>
        <w:br/>
      </w:r>
      <w:r>
        <w:rPr>
          <w:sz w:val="20"/>
        </w:rPr>
        <w:t>52:44  He understood that, "I am under God and God is my Lord.</w:t>
      </w:r>
      <w:r>
        <w:br/>
      </w:r>
      <w:r>
        <w:rPr>
          <w:sz w:val="20"/>
        </w:rPr>
        <w:t>52:49  God will punish me.</w:t>
      </w:r>
      <w:r>
        <w:br/>
      </w:r>
      <w:r>
        <w:rPr>
          <w:sz w:val="20"/>
        </w:rPr>
        <w:t>52:54  God is all-powerful, so He</w:t>
      </w:r>
      <w:r>
        <w:br/>
      </w:r>
      <w:r>
        <w:rPr>
          <w:sz w:val="20"/>
        </w:rPr>
        <w:t>52:59  can punish me." So when he remembered this fact, he changed—his personality was changed completely.</w:t>
      </w:r>
      <w:r>
        <w:br/>
      </w:r>
      <w:r>
        <w:rPr>
          <w:sz w:val="20"/>
        </w:rPr>
        <w:t>53:07  And he started beating.</w:t>
      </w:r>
      <w:r>
        <w:br/>
      </w:r>
      <w:r>
        <w:rPr>
          <w:sz w:val="20"/>
        </w:rPr>
        <w:t>53:15  So this is the concept of accountability.</w:t>
      </w:r>
      <w:r>
        <w:br/>
      </w:r>
      <w:r>
        <w:rPr>
          <w:sz w:val="20"/>
        </w:rPr>
        <w:t>53:23  This is the miracle of the concept of accountability.</w:t>
      </w:r>
    </w:p>
    <w:p>
      <w:pPr>
        <w:pStyle w:val="Heading2"/>
      </w:pPr>
      <w:r>
        <w:t>from a horse at the ocean's edge to global media</w:t>
      </w:r>
    </w:p>
    <w:p>
      <w:r>
        <w:rPr>
          <w:color w:val="666666"/>
          <w:sz w:val="18"/>
        </w:rPr>
        <w:t>From The Spiritual Tree December 3, 2006 · 4m 22s · at 51:39 · https://youtu.be/m3JXYXORP5w?t=3099</w:t>
      </w:r>
    </w:p>
    <w:p>
      <w:r>
        <w:rPr>
          <w:i/>
        </w:rPr>
        <w:t>“Uqba bin Nafi rode his horse to the Atlantic coast”</w:t>
      </w:r>
    </w:p>
    <w:p>
      <w:r>
        <w:rPr>
          <w:sz w:val="20"/>
        </w:rPr>
        <w:t>51:39  mein aap ko yaad dilaoon ke 17th century mein jab Allah ta'ala ka paighambar ne logon ko bataya aur phir mishn shuru hua to ek tabai the, unka naam tha Uqba bin Nafi tabai.</w:t>
      </w:r>
      <w:r>
        <w:br/>
      </w:r>
      <w:r>
        <w:rPr>
          <w:sz w:val="20"/>
        </w:rPr>
        <w:t>52:00  woh ghodo ka ek dasta le kar ke chale Arab se Africa tak aur Atlantic ke coast tak pahunch gaye.</w:t>
      </w:r>
      <w:r>
        <w:br/>
      </w:r>
      <w:r>
        <w:rPr>
          <w:sz w:val="20"/>
        </w:rPr>
        <w:t>52:09  aap jante hain ke Africa Atlantic ke</w:t>
      </w:r>
      <w:r>
        <w:br/>
      </w:r>
      <w:r>
        <w:rPr>
          <w:sz w:val="20"/>
        </w:rPr>
        <w:t>52:14  se mila hua hai. tu jab Atlantic ke coast pe pahunch gaya, dekha ke yahan oshan hai, poora kuch dikhai nahin deta is paar. tu unhone kaha tha "Wallah,</w:t>
      </w:r>
      <w:r>
        <w:br/>
      </w:r>
      <w:r>
        <w:rPr>
          <w:sz w:val="20"/>
        </w:rPr>
        <w:t>52:35  Khuda ki qasam, agar mein jaanta ke is oshan ke udhar bhi kuch insaan rehte hain to mein ghus ghus jata is dil-dil mein</w:t>
      </w:r>
      <w:r>
        <w:br/>
      </w:r>
      <w:r>
        <w:rPr>
          <w:sz w:val="20"/>
        </w:rPr>
        <w:t>52:51  aur pahunchta wahan</w:t>
      </w:r>
      <w:r>
        <w:br/>
      </w:r>
      <w:r>
        <w:rPr>
          <w:sz w:val="20"/>
        </w:rPr>
        <w:t>52:56  taake tera koi banda tere se bekhabar na reh jaye."</w:t>
      </w:r>
      <w:r>
        <w:br/>
      </w:r>
      <w:r>
        <w:rPr>
          <w:sz w:val="20"/>
        </w:rPr>
        <w:t>53:09  yeh woh zamana tha jabke insaan horse pe baith kar ke wahan tak pahunchta tha.</w:t>
      </w:r>
      <w:r>
        <w:br/>
      </w:r>
      <w:r>
        <w:rPr>
          <w:sz w:val="20"/>
        </w:rPr>
        <w:t>53:21  is zamane mein dawat ka safar ghode pe hota tha, horse pe. aur horse jante hain ke horse jahan oshan aa gaya woh horse ki had aa gayi.</w:t>
      </w:r>
      <w:r>
        <w:br/>
      </w:r>
      <w:r>
        <w:rPr>
          <w:sz w:val="20"/>
        </w:rPr>
        <w:t>53:33  land pe woh horse ne safar kiya, ghode ne.</w:t>
      </w:r>
      <w:r>
        <w:br/>
      </w:r>
      <w:r>
        <w:rPr>
          <w:sz w:val="20"/>
        </w:rPr>
        <w:t>53:36  jab oshan aa gaya to maloom hua ke ab horse aage nahin ja sakta. lekin Khuda ne ek tabdeeli ke zamane mein, aap gaur kijiye, Uqba bin Nafi tabai ka dawat ka ghoda,</w:t>
      </w:r>
      <w:r>
        <w:br/>
      </w:r>
      <w:r>
        <w:rPr>
          <w:sz w:val="20"/>
        </w:rPr>
        <w:t>53:52  dawat ka horse, samundar ke kinare ja kar ruk gaya. iske aage jaane ka iske paas koi shakal nahin thi. aaj kya hai?</w:t>
      </w:r>
      <w:r>
        <w:br/>
      </w:r>
      <w:r>
        <w:rPr>
          <w:sz w:val="20"/>
        </w:rPr>
        <w:t>54:00  aaj hum machine ke naye horse ke zamane mein hain.</w:t>
      </w:r>
      <w:r>
        <w:br/>
      </w:r>
      <w:r>
        <w:rPr>
          <w:sz w:val="20"/>
        </w:rPr>
        <w:t>54:04  aaj hum print media aur electronic media ke zamane mein hain. aaj hum tv ke zamane mein hain. aaj hum website ke zamane mein hain. aaj saari duniya ek global ban chuki hai, ek global village ban chuki hai.</w:t>
      </w:r>
      <w:r>
        <w:br/>
      </w:r>
      <w:r>
        <w:rPr>
          <w:sz w:val="20"/>
        </w:rPr>
        <w:t>54:18  kitna bada ehsan hai Allah taala ka ke hamare kaam ko aasan kar diya.</w:t>
      </w:r>
      <w:r>
        <w:br/>
      </w:r>
      <w:r>
        <w:rPr>
          <w:sz w:val="20"/>
        </w:rPr>
        <w:t>54:27  kitna bada ehsan hai!</w:t>
      </w:r>
      <w:r>
        <w:br/>
      </w:r>
      <w:r>
        <w:rPr>
          <w:sz w:val="20"/>
        </w:rPr>
        <w:t>54:31  Uqba bin Nafi agar ghoda daal dete samandar mein to zahir hai ke dono doob jaate. Ghoda bhi doobta, woh bhi doobte. Aap ghode se Atlantic Ocean ka safar nahi kar sakte.</w:t>
      </w:r>
      <w:r>
        <w:br/>
      </w:r>
      <w:r>
        <w:rPr>
          <w:sz w:val="20"/>
        </w:rPr>
        <w:t>54:45  Aap gaur kijiye, Uqba bin Nafi agar apne ghode ko daal dete samandar mein to kya hota? Woh bhi doobte aur ghoda bhi doobta.</w:t>
      </w:r>
      <w:r>
        <w:br/>
      </w:r>
      <w:r>
        <w:rPr>
          <w:sz w:val="20"/>
        </w:rPr>
        <w:t>54:57  aaj aapko doobne ka khatra mol liye baghair, doobne ka risk mol liye baghair, aapke liye possible ho gaya hai ke aap duniya ke saare kone mein Khuda ka paigham pouncha sakein.</w:t>
      </w:r>
      <w:r>
        <w:br/>
      </w:r>
      <w:r>
        <w:rPr>
          <w:sz w:val="20"/>
        </w:rPr>
        <w:t>55:13  wo jo hadith mein aaya hai ke</w:t>
      </w:r>
      <w:r>
        <w:br/>
      </w:r>
      <w:r>
        <w:rPr>
          <w:sz w:val="20"/>
        </w:rPr>
        <w:t>55:19  Khuda ka word, Khuda ka kalma har ghar mein pounch jayega.</w:t>
      </w:r>
      <w:r>
        <w:br/>
      </w:r>
      <w:r>
        <w:rPr>
          <w:sz w:val="20"/>
        </w:rPr>
        <w:t>55:24  global global ke zameen ke upar koi ghar na bachega, chhota ya bada, kachcha ya pakka, jismein Khuda ka kalma, word of God, dakhil na ho jaye.</w:t>
      </w:r>
      <w:r>
        <w:br/>
      </w:r>
      <w:r>
        <w:rPr>
          <w:sz w:val="20"/>
        </w:rPr>
        <w:t>55:38  aaj yeh cheez least possible ho chuki hai, aakhri had tak aapke bas mein ho chuka hai. Ismein koi rokawat nahi hai.</w:t>
      </w:r>
      <w:r>
        <w:br/>
      </w:r>
      <w:r>
        <w:rPr>
          <w:sz w:val="20"/>
        </w:rPr>
        <w:t>55:52  iske bawajood aap chhote chhote excuse le kar yeh kaam na karein to mujhe bataiye ke Khuda ke samne aap Khuda kaise aap Khuda ka samna karenge?</w:t>
      </w:r>
    </w:p>
    <w:p>
      <w:pPr>
        <w:pStyle w:val="Heading2"/>
      </w:pPr>
      <w:r>
        <w:t>Second part and practical wisdom of hadith</w:t>
      </w:r>
    </w:p>
    <w:p>
      <w:r>
        <w:rPr>
          <w:color w:val="666666"/>
          <w:sz w:val="18"/>
        </w:rPr>
        <w:t>The Importance of Unity March 15, 2014 · 5m 39s · at 10:02 · https://youtu.be/-xS-eK4zw-k?t=602</w:t>
      </w:r>
    </w:p>
    <w:p>
      <w:r>
        <w:rPr>
          <w:i/>
        </w:rPr>
        <w:t>“Suwaad e azam ka ittiba karo”</w:t>
      </w:r>
    </w:p>
    <w:p>
      <w:r>
        <w:rPr>
          <w:sz w:val="20"/>
        </w:rPr>
        <w:t>10:02  to ek pehlu yeh hai. doosra pehlu woh hai ke sawad-e-aazam ka itteba karo. sawad-e-aazam ka matlab hai aksariyat, majority.</w:t>
      </w:r>
      <w:r>
        <w:br/>
      </w:r>
      <w:r>
        <w:rPr>
          <w:sz w:val="20"/>
        </w:rPr>
        <w:t>10:13  yeh yahan itteba ki baat hai, yeh baat nahin ke sawad-e-aazam haq par hoga.</w:t>
      </w:r>
      <w:r>
        <w:br/>
      </w:r>
      <w:r>
        <w:rPr>
          <w:sz w:val="20"/>
        </w:rPr>
        <w:t>10:22  ya sirf is wajah liye ke is ka hargiz yeh matlab nahin ke sawad-e-aazam jo hoga woh haq par hoga.</w:t>
      </w:r>
      <w:r>
        <w:br/>
      </w:r>
      <w:r>
        <w:rPr>
          <w:sz w:val="20"/>
        </w:rPr>
        <w:t>10:30  nahin. is ka matlab sirf yeh hai ke jab beshtar log</w:t>
      </w:r>
      <w:r>
        <w:br/>
      </w:r>
      <w:r>
        <w:rPr>
          <w:sz w:val="20"/>
        </w:rPr>
        <w:t>10:39  kisi amar par mutaffiq ho jayen to wahan par tum un ka bhi saath do. chahe woh tumhein galat nazar aate hon.</w:t>
      </w:r>
      <w:r>
        <w:br/>
      </w:r>
      <w:r>
        <w:rPr>
          <w:sz w:val="20"/>
        </w:rPr>
        <w:t>10:50  kyunke al-khilaf shar .</w:t>
      </w:r>
      <w:r>
        <w:br/>
      </w:r>
      <w:r>
        <w:rPr>
          <w:sz w:val="20"/>
        </w:rPr>
        <w:t>10:55  jaise misaal ke taur par dekhen, ek masjid hai, is ke andar baqayda panch waqt ki namaz qaim hai.</w:t>
      </w:r>
      <w:r>
        <w:br/>
      </w:r>
      <w:r>
        <w:rPr>
          <w:sz w:val="20"/>
        </w:rPr>
        <w:t>11:06  ek imam sahab hain, un par sare namaziyon ka ittefaq hai. ab is mein agar chand aadmi yeh samjhen ke yeh ke is imam ke peeche namaz jaiz nahin hai, is mein falan kharabi hai,</w:t>
      </w:r>
      <w:r>
        <w:br/>
      </w:r>
      <w:r>
        <w:rPr>
          <w:sz w:val="20"/>
        </w:rPr>
        <w:t>11:24  to in chand aadmiyon ke liye jaiz nahin hoga ke jamaat chhod den. nahin, woh doosre musalmanon ke sath unhein namaz padhna chahiye.</w:t>
      </w:r>
      <w:r>
        <w:br/>
      </w:r>
      <w:r>
        <w:rPr>
          <w:sz w:val="20"/>
        </w:rPr>
        <w:t>11:35  yeh matlab hai is ka. yani doosre hisse mein jis cheez ka zikr hai woh hai ijtimaiyat ko baqi rakhna.</w:t>
      </w:r>
      <w:r>
        <w:br/>
      </w:r>
      <w:r>
        <w:rPr>
          <w:sz w:val="20"/>
        </w:rPr>
        <w:t>11:47  yani pehle hisse mein zikr tha ke quran o sunnat ke mehfooz hone ki bina par hamesha kuchh nah kuchh afraad bigad se bach jayen ge.</w:t>
      </w:r>
      <w:r>
        <w:br/>
      </w:r>
      <w:r>
        <w:rPr>
          <w:sz w:val="20"/>
        </w:rPr>
        <w:t>11:58  woh deen ki saheeh numaindagi karenge. deen ki saheeh numaindagi karenge. aur doosre hisse mein zikr hai ke intishar aur ikhtilaf bahut buri cheez hai.</w:t>
      </w:r>
      <w:r>
        <w:br/>
      </w:r>
      <w:r>
        <w:rPr>
          <w:sz w:val="20"/>
        </w:rPr>
        <w:t>12:18  to intishar ikhtilaf se ummat ko bachane ke liye tum ko aisa karna hai ke agar tum ko ikhtilaf ho majmoo'e se lekin majmoo'e ko tum badalne ki position mein nahin ho,</w:t>
      </w:r>
      <w:r>
        <w:br/>
      </w:r>
      <w:r>
        <w:rPr>
          <w:sz w:val="20"/>
        </w:rPr>
        <w:t>12:37  yani jo aksariyat hai us ko tum badalne ki position mein nahin ho, to tum apni zaati rai ko amalan moetal kar do.</w:t>
      </w:r>
      <w:r>
        <w:br/>
      </w:r>
      <w:r>
        <w:rPr>
          <w:sz w:val="20"/>
        </w:rPr>
        <w:t>12:46  amalan. zehni taur par nahin. jaise main ne arz kiya ke masjid mein, masjid mein farz kijiye ke beshtar namazi ek imam ke imam par mutaffiq hain.</w:t>
      </w:r>
      <w:r>
        <w:br/>
      </w:r>
      <w:r>
        <w:rPr>
          <w:sz w:val="20"/>
        </w:rPr>
        <w:t>12:59  ab chand aadmi samajhte hain ke is imam ke peeche namaz jaiz nahin hai, to un chand aadmi ko alag hona jaiz nahin hai. kyunke ijtimaiyat muntashir hoti hai. aapas mein jhagde jhagde khade hote hain.</w:t>
      </w:r>
      <w:r>
        <w:br/>
      </w:r>
      <w:r>
        <w:rPr>
          <w:sz w:val="20"/>
        </w:rPr>
        <w:t>13:14  to hadith ke pehle hisse mein hikmat-e-nazari ki baat hai aur doosre hisse mein hikmat-e-amali ki baat hai.</w:t>
      </w:r>
      <w:r>
        <w:br/>
      </w:r>
      <w:r>
        <w:rPr>
          <w:sz w:val="20"/>
        </w:rPr>
        <w:t>13:23  yani practical wisdom۔ doosre hisse mein practical wisdom ki baat hai aur doosre hisse mein critical wisdom ki baat hai۔</w:t>
      </w:r>
      <w:r>
        <w:br/>
      </w:r>
      <w:r>
        <w:rPr>
          <w:sz w:val="20"/>
        </w:rPr>
        <w:t>13:33  hamesha yaad rakhiye, ek hoti hai critical wisdom, ek hoti hai practical wisdom۔</w:t>
      </w:r>
      <w:r>
        <w:br/>
      </w:r>
      <w:r>
        <w:rPr>
          <w:sz w:val="20"/>
        </w:rPr>
        <w:t>13:41  to is hadith mein dono ko alag kar diya gaya۔</w:t>
      </w:r>
      <w:r>
        <w:br/>
      </w:r>
      <w:r>
        <w:rPr>
          <w:sz w:val="20"/>
        </w:rPr>
        <w:t>13:49  aur yeh bohat hi zyada aham hadayat hai, bohat zyada aham hadith hai. is mein bohat zabardast formula bata diya gaya۔</w:t>
      </w:r>
      <w:r>
        <w:br/>
      </w:r>
      <w:r>
        <w:rPr>
          <w:sz w:val="20"/>
        </w:rPr>
        <w:t>14:03  bohat zabardast formula. ke mislan pehle hisse ko leejie aap. logon mein bigaad aa gaya hai. aksar log shikayatein karte hain. arey bhai yeh bigaad hai, woh bigaad hai۔</w:t>
      </w:r>
      <w:r>
        <w:br/>
      </w:r>
      <w:r>
        <w:rPr>
          <w:sz w:val="20"/>
        </w:rPr>
        <w:t>14:13  to sawal shikayatein kyun karte ho? is par shukr ada karo ke Quran o Sunnat mehfooz hain aur hum is position mein hain ke Quran o Sunnat aur hadith deen-e-saheeh ko akhaz kar saken۔</w:t>
      </w:r>
      <w:r>
        <w:br/>
      </w:r>
      <w:r>
        <w:rPr>
          <w:sz w:val="20"/>
        </w:rPr>
        <w:t>14:26  aksar log yahi kehte hain, bohat bigaad hai, bohat ummat mein fasaad hai, yeh hai, woh hai۔</w:t>
      </w:r>
      <w:r>
        <w:br/>
      </w:r>
      <w:r>
        <w:rPr>
          <w:sz w:val="20"/>
        </w:rPr>
        <w:t>14:35  to is se kya maani hoga? aap apne andar negative nafsiyat ko janam de rahe hain. apne andar negative thinking ko develop kar rahe hain۔</w:t>
      </w:r>
      <w:r>
        <w:br/>
      </w:r>
      <w:r>
        <w:rPr>
          <w:sz w:val="20"/>
        </w:rPr>
        <w:t>14:48  yeh tareeqa galat hai. aap se shukr khatm ho jata hai۔</w:t>
      </w:r>
      <w:r>
        <w:br/>
      </w:r>
      <w:r>
        <w:rPr>
          <w:sz w:val="20"/>
        </w:rPr>
        <w:t>14:55  bilfarz agar barhe peymane par ummat mein bigaad aa gaya ho to aap ko shukr karna chahiye ke chahe amalan bigaad aa gaya ho lekin mein zaati taur par abhi bhi mujhe yeh ne'mat haasil hai ke Quran ko parhoon, Sunnat-e-Rasool ko parhoon aur is se mein sachche deen ko haasil karoon۔</w:t>
      </w:r>
      <w:r>
        <w:br/>
      </w:r>
      <w:r>
        <w:rPr>
          <w:sz w:val="20"/>
        </w:rPr>
        <w:t>15:19  to ajeeb ne'mat hai yeh۔</w:t>
      </w:r>
      <w:r>
        <w:br/>
      </w:r>
      <w:r>
        <w:rPr>
          <w:sz w:val="20"/>
        </w:rPr>
        <w:t>15:25  isi tareeqe se agar</w:t>
      </w:r>
      <w:r>
        <w:br/>
      </w:r>
      <w:r>
        <w:rPr>
          <w:sz w:val="20"/>
        </w:rPr>
        <w:t>15:30  majority jo hai, aksariyat jo hai, kisi issue par ikattha ho jaye to aap samjhein ke yeh ikattha hona unka sahi nahi hai۔</w:t>
      </w:r>
    </w:p>
    <w:p>
      <w:pPr>
        <w:pStyle w:val="Heading2"/>
      </w:pPr>
      <w:r>
        <w:t>Hadith terminology: sahabi, sanad, matn, sahih, mawdu</w:t>
      </w:r>
    </w:p>
    <w:p>
      <w:r>
        <w:rPr>
          <w:color w:val="666666"/>
          <w:sz w:val="18"/>
        </w:rPr>
        <w:t>Understanding The Importance of Hadith November 20, 2022 · 5m 21s · at 12:50 · https://youtu.be/xwY_Qsz4HSQ?t=770</w:t>
      </w:r>
    </w:p>
    <w:p>
      <w:r>
        <w:rPr>
          <w:i/>
        </w:rPr>
        <w:t>“Sahabi usko kehte hain jo eemaan ki halat mein Rasool se mila”</w:t>
      </w:r>
    </w:p>
    <w:p>
      <w:r>
        <w:rPr>
          <w:sz w:val="20"/>
        </w:rPr>
        <w:t>12:50  aisi hadith ke mutabiq kuch hadith ke bare mein kuch istilahaat hain. misal ke taur par sahabi,</w:t>
      </w:r>
      <w:r>
        <w:br/>
      </w:r>
      <w:r>
        <w:rPr>
          <w:sz w:val="20"/>
        </w:rPr>
        <w:t>12:59  sahabi is ko kehte hain jo iman ki halat mein rasool Allah sal Allah aleh wasalam se mila, aur iman ki halat mein hi is ka inteqal hua.</w:t>
      </w:r>
      <w:r>
        <w:br/>
      </w:r>
      <w:r>
        <w:rPr>
          <w:sz w:val="20"/>
        </w:rPr>
        <w:t>13:08  tabi'i kehte hain jo iman ki halat mein kisi sahabi se mila. mila ka matlab hai ke un se learning ki, un se hadith suni, un ki baaton par amal kiya.</w:t>
      </w:r>
      <w:r>
        <w:br/>
      </w:r>
      <w:r>
        <w:rPr>
          <w:sz w:val="20"/>
        </w:rPr>
        <w:t>13:21  milne ka yeh matlab to mila, aur isi halat mein iman ki halat mein is ka inteqal hua.</w:t>
      </w:r>
      <w:r>
        <w:br/>
      </w:r>
      <w:r>
        <w:rPr>
          <w:sz w:val="20"/>
        </w:rPr>
        <w:t>13:27  to tab tabi'i kehte hain jo tabi'i se mila, aur iman ki halat mein is ka aakhri waqt aaya.</w:t>
      </w:r>
      <w:r>
        <w:br/>
      </w:r>
      <w:r>
        <w:rPr>
          <w:sz w:val="20"/>
        </w:rPr>
        <w:t>13:39  to ek hota hai, ek istilah hoti hai sanad. to sanad kehte hain hadith. hadith ke do hisse hote hain: ek hota hai narrator hadith mein, aur ek hota hai matn, is ka text.</w:t>
      </w:r>
      <w:r>
        <w:br/>
      </w:r>
      <w:r>
        <w:rPr>
          <w:sz w:val="20"/>
        </w:rPr>
        <w:t>13:52  to hadith mein kai narrator hote hain,</w:t>
      </w:r>
      <w:r>
        <w:br/>
      </w:r>
      <w:r>
        <w:rPr>
          <w:sz w:val="20"/>
        </w:rPr>
        <w:t>13:56  kyunke rasoolallah sallallaho alaihe wasallam se sahaba ne suna, sahaba se tabieen ne suna, tabieen se tabe tabieen ne suna. to woh poora iska naam diya jata hai kisne kis se yeh baat suni hai, iski authenticity ke liye.</w:t>
      </w:r>
      <w:r>
        <w:br/>
      </w:r>
      <w:r>
        <w:rPr>
          <w:sz w:val="20"/>
        </w:rPr>
        <w:t>14:09  to isko chain of narrators bolte hain, isko sanad bolte hain. to jo matn hai, woh iska woh hai. content jo hai, jo actual words hain prophet ke, usko matn kehte hain.</w:t>
      </w:r>
      <w:r>
        <w:br/>
      </w:r>
      <w:r>
        <w:rPr>
          <w:sz w:val="20"/>
        </w:rPr>
        <w:t>14:25  misal ke taur par: "inmal a'malu binniyat" yeh toh matn hai, aur jisne jiske zariye se woh hamein pahunchi hai, woh sanad hai.</w:t>
      </w:r>
      <w:r>
        <w:br/>
      </w:r>
      <w:r>
        <w:rPr>
          <w:sz w:val="20"/>
        </w:rPr>
        <w:t>14:38  to is tareeqe se ek ek ek istilaah hai sahih. ji toh sahih jo hadith most authentic hoti hain, usko sahih keh</w:t>
      </w:r>
      <w:r>
        <w:br/>
      </w:r>
      <w:r>
        <w:rPr>
          <w:sz w:val="20"/>
        </w:rPr>
        <w:t>14:49  te hain. toh hadith mein yeh dekha jata hai ke ek toh iski jo narrators hain, jo iski sanad hai, woh muttasil hai, yaani unbroken hai.</w:t>
      </w:r>
      <w:r>
        <w:br/>
      </w:r>
      <w:r>
        <w:rPr>
          <w:sz w:val="20"/>
        </w:rPr>
        <w:t>15:01  misal ke taur par humne tabieen ka naam toh liya, lekin sahaba ka naam nahi liya. iske baad direct prophet tak pahunch gaye, toh woh un woh broken ho gayi, muttasil nahi hui</w:t>
      </w:r>
      <w:r>
        <w:br/>
      </w:r>
      <w:r>
        <w:rPr>
          <w:sz w:val="20"/>
        </w:rPr>
        <w:t>15:16  . toh woh hadith jo hai na, jo broken hoti hai, woh itni authentic nahi hoti jitni unbroken hoti hai. aur ismein khaas cheez dekhi jati hai ke rawi jo hai, woh adil ho. matlab jo narrate kar raha hai is hadith ko, woh adil ho, uska akhlaq sahih ho, uska character sahih ho.</w:t>
      </w:r>
      <w:r>
        <w:br/>
      </w:r>
      <w:r>
        <w:rPr>
          <w:sz w:val="20"/>
        </w:rPr>
        <w:t>15:36  kyunke agar woh adil nahi hai, just nahi hai, woh jhoot bolta hai, toh iski hadith reliable nahi hai. aur uska hafiza dekha jata hai, memory dekhi jati hai ke woh iska hafiza kitna achha hai ke woh retain kar payega ke nahi kar payega poore tareeqe se baat ko keh nahi.</w:t>
      </w:r>
      <w:r>
        <w:br/>
      </w:r>
      <w:r>
        <w:rPr>
          <w:sz w:val="20"/>
        </w:rPr>
        <w:t>15:57  aur yeh bhi dekha jata hai ke yeh koi bhi aisi hadith jo doosre jumhoor e rai se, yaani jo zyada log jis cheez ko refer kar rahe hon,</w:t>
      </w:r>
      <w:r>
        <w:br/>
      </w:r>
      <w:r>
        <w:rPr>
          <w:sz w:val="20"/>
        </w:rPr>
        <w:t>16:10  authentic hadith ke taur par, toh usse takra toh nahi rahi hai, contradict toh nahi kar rahi hai. tab is hadith ko sahih ka darja milta hai, jaise hum kehte hain sahih bukhari, sahih muslim.</w:t>
      </w:r>
      <w:r>
        <w:br/>
      </w:r>
      <w:r>
        <w:rPr>
          <w:sz w:val="20"/>
        </w:rPr>
        <w:t>16:25  toh ek hota hai mutawatir, ek hai term hai mutawatir, yaani jis hadith ke rawi har daur mein badi tadad mein hon.</w:t>
      </w:r>
      <w:r>
        <w:br/>
      </w:r>
      <w:r>
        <w:rPr>
          <w:sz w:val="20"/>
        </w:rPr>
        <w:t>16:36  toh phir usko hum nahi keh sakte ke yeh jhoot par tamam log muttafiq ho gaye honge.</w:t>
      </w:r>
      <w:r>
        <w:br/>
      </w:r>
      <w:r>
        <w:rPr>
          <w:sz w:val="20"/>
        </w:rPr>
        <w:t>16:42  kyunke agar badi tadad mein koi bhi hadith log narrate kar rahe hain, toh iska matlab hai ke woh sahih hadith hai.</w:t>
      </w:r>
      <w:r>
        <w:br/>
      </w:r>
      <w:r>
        <w:rPr>
          <w:sz w:val="20"/>
        </w:rPr>
        <w:t>16:51  aur agar bahut kam rawi hote hain, toh ismein aadmi ko shubah ho sakta hai. hadith par bahut zyada kaam hua hai, iski authenticity ko establish karne ke liye.</w:t>
      </w:r>
      <w:r>
        <w:br/>
      </w:r>
      <w:r>
        <w:rPr>
          <w:sz w:val="20"/>
        </w:rPr>
        <w:t>17:04  baqi log jo hain, bas isi kaam mein helge hue</w:t>
      </w:r>
      <w:r>
        <w:br/>
      </w:r>
      <w:r>
        <w:rPr>
          <w:sz w:val="20"/>
        </w:rPr>
        <w:t>17:08  the, din raat ke hadith jama karein aur iski authenticity ko establish karein. toh mauzu hadith hoti hai, jo banawati hadith jo gadh li gayi ho.</w:t>
      </w:r>
      <w:r>
        <w:br/>
      </w:r>
      <w:r>
        <w:rPr>
          <w:sz w:val="20"/>
        </w:rPr>
        <w:t>17:21  asal mein is zamane mein quran ke baad sabse zyada important cheez jo thi, woh hadith thi. toh bahut sare log kya karte the ke apni baat kehne ke liye, woh arbi toh sabki zaban thi</w:t>
      </w:r>
      <w:r>
        <w:br/>
      </w:r>
      <w:r>
        <w:rPr>
          <w:sz w:val="20"/>
        </w:rPr>
        <w:t>17:34  y, apni baat kehne ke liye koi hadith, ah matlab apni baat hadith ki shakal mein pesh kar dete. toh iske bare mein woh kya karte the ke woh sanad dekhte the.</w:t>
      </w:r>
      <w:r>
        <w:br/>
      </w:r>
      <w:r>
        <w:rPr>
          <w:sz w:val="20"/>
        </w:rPr>
        <w:t>17:47  jo narrators hain, ismein koi aisa narrator toh nahi hai jo jhoot bolta ho, jo adil na ho, jiska hafiza sahih na ho. toh woh sab dekhte the, phir usko woh hai mauzu qarar dete the, agar aisi kuch ho toh authentic toh</w:t>
      </w:r>
      <w:r>
        <w:br/>
      </w:r>
      <w:r>
        <w:rPr>
          <w:sz w:val="20"/>
        </w:rPr>
        <w:t>18:02  toh is tareeqe se bahut sari hain, bahut sari istilaahaat hain, woh kitabon mein milengi. bahut achhe se wazeh kiya aap ne, aap ne.</w:t>
      </w:r>
    </w:p>
    <w:p>
      <w:pPr>
        <w:pStyle w:val="Heading2"/>
      </w:pPr>
      <w:r>
        <w:t>Understanding the hadith qudsi on divine trust</w:t>
      </w:r>
    </w:p>
    <w:p>
      <w:r>
        <w:rPr>
          <w:color w:val="666666"/>
          <w:sz w:val="18"/>
        </w:rPr>
        <w:t>Hadith-e-Qudsi April 24, 2014 Maulana Wahiduddin Khan · 4m 58s · at 1:06 · https://youtu.be/DXaqyk0uct0?t=66</w:t>
      </w:r>
    </w:p>
    <w:p>
      <w:r>
        <w:rPr>
          <w:i/>
        </w:rPr>
        <w:t>“This hadith just recited is a hadith qudsi.”</w:t>
      </w:r>
    </w:p>
    <w:p>
      <w:r>
        <w:rPr>
          <w:sz w:val="20"/>
        </w:rPr>
        <w:t>1:06  yeh jo hadith abhi parhi gayi, yeh hadith qudsi hai. yani rasul allahi sallallahu alaihi wasallam allah ki taraf se farmate hain ke allah ne aisa kaha.</w:t>
      </w:r>
      <w:r>
        <w:br/>
      </w:r>
      <w:r>
        <w:rPr>
          <w:sz w:val="20"/>
        </w:rPr>
        <w:t>1:26  to yeh hadith mukhtalif kitabon mein aayi</w:t>
      </w:r>
      <w:r>
        <w:br/>
      </w:r>
      <w:r>
        <w:rPr>
          <w:sz w:val="20"/>
        </w:rPr>
        <w:t>1:29  hai, bukhari mein bhi hai aur doosri kitabon mein. ana 'inda zanni 'abdi bi,</w:t>
      </w:r>
      <w:r>
        <w:br/>
      </w:r>
      <w:r>
        <w:rPr>
          <w:sz w:val="20"/>
        </w:rPr>
        <w:t>1:41  main bande ke guman ke sath hoon. falayazunni ma sha', to woh jo chahe mere bare mein guman kar le.</w:t>
      </w:r>
      <w:r>
        <w:br/>
      </w:r>
      <w:r>
        <w:rPr>
          <w:sz w:val="20"/>
        </w:rPr>
        <w:t>1:52  ek aur riwayat mein hai ke falayazunni khairan, to mere bare mein acha guman karay.</w:t>
      </w:r>
      <w:r>
        <w:br/>
      </w:r>
      <w:r>
        <w:rPr>
          <w:sz w:val="20"/>
        </w:rPr>
        <w:t>1:59  dekhen, is hadith ko samajhne ke liye sab se pehle yeh baat janna chahiye ke yahan 'abd ki baat hai, ek sarkash insan ki baat nahi hai.</w:t>
      </w:r>
      <w:r>
        <w:br/>
      </w:r>
      <w:r>
        <w:rPr>
          <w:sz w:val="20"/>
        </w:rPr>
        <w:t>2:15  ek sarkash insan yeh samjhe ke main dunya mein islami hukumat qaim karunga aur lage ladai karne logon se, aur samjhe ke khuda madad karega, to aisa kabhi hone wala nahi hai.</w:t>
      </w:r>
      <w:r>
        <w:br/>
      </w:r>
      <w:r>
        <w:rPr>
          <w:sz w:val="20"/>
        </w:rPr>
        <w:t>2:29  ek sarkash insan</w:t>
      </w:r>
      <w:r>
        <w:br/>
      </w:r>
      <w:r>
        <w:rPr>
          <w:sz w:val="20"/>
        </w:rPr>
        <w:t>2:36  siyasi hangame khare kare, kahe ke mein aur Islam ke naam par yeh kaam kar raha hoon, to Allah ki madad hogi. Yeh bilkul galat baat hai.</w:t>
      </w:r>
      <w:r>
        <w:br/>
      </w:r>
      <w:r>
        <w:rPr>
          <w:sz w:val="20"/>
        </w:rPr>
        <w:t>2:48  yahan par jo abd ka lafz hai, bohat ba-maani hai. Abd kaun hai?</w:t>
      </w:r>
      <w:r>
        <w:br/>
      </w:r>
      <w:r>
        <w:rPr>
          <w:sz w:val="20"/>
        </w:rPr>
        <w:t>2:58  haqeeqi maano mein abd kaun hai? Yeh woh insaan hai jo waqe'atan seekhe, jo talash kare, aur sanjeeda talash ke nateejay mein woh apne khalq ko daryaft kare.</w:t>
      </w:r>
      <w:r>
        <w:br/>
      </w:r>
      <w:r>
        <w:rPr>
          <w:sz w:val="20"/>
        </w:rPr>
        <w:t>3:17  aur phir daryaft karne ke baad khalq uska soul concern ban jaye.</w:t>
      </w:r>
      <w:r>
        <w:br/>
      </w:r>
      <w:r>
        <w:rPr>
          <w:sz w:val="20"/>
        </w:rPr>
        <w:t>3:24  woh khalq mein jeeye, khalq ke baare mein soche, woh khalq ki sift ko daryaft kare. To yeh abd, to sacha abd jo hai, woh kaun hai?</w:t>
      </w:r>
      <w:r>
        <w:br/>
      </w:r>
      <w:r>
        <w:rPr>
          <w:sz w:val="20"/>
        </w:rPr>
        <w:t>3:38  sacha abd woh hai jo khalq ko daryaft karte hi woh khalq ke naqsha-e-takhleeq ko bhi daryaft kar leta hai.</w:t>
      </w:r>
      <w:r>
        <w:br/>
      </w:r>
      <w:r>
        <w:rPr>
          <w:sz w:val="20"/>
        </w:rPr>
        <w:t>3:48  yaani Allah ki kya, Allah ka creation</w:t>
      </w:r>
      <w:r>
        <w:br/>
      </w:r>
      <w:r>
        <w:rPr>
          <w:sz w:val="20"/>
        </w:rPr>
        <w:t>3:53  plan kya hai, woh bhi daryaft kar leta hai. Woh Allah ko bande se kya matloob hai, woh bhi daryaft kar leta hai. Allah ko kya pasand hai, kya pasand nahi, woh sab daryaft kar leta hai.</w:t>
      </w:r>
      <w:r>
        <w:br/>
      </w:r>
      <w:r>
        <w:rPr>
          <w:sz w:val="20"/>
        </w:rPr>
        <w:t>4:06  Allah ne insaan ke liye kya muqaddar kiya hai, woh bhi daryaft kar leta hai.</w:t>
      </w:r>
      <w:r>
        <w:br/>
      </w:r>
      <w:r>
        <w:rPr>
          <w:sz w:val="20"/>
        </w:rPr>
        <w:t>4:11  to is mein abd se murad hai ek realized insaan, ek aarif insaan, ek aisa insaan jis ko sachai ki daryaft ho chuki ho.</w:t>
      </w:r>
      <w:r>
        <w:br/>
      </w:r>
      <w:r>
        <w:rPr>
          <w:sz w:val="20"/>
        </w:rPr>
        <w:t>4:25  to woh aisi koi baat nahi bol sakta jo Allah ke marzi ke khilaaf ho. Ab ghor kijiye, Allah jo Rabb-ul-alameen hai, khalq-e-kainaat hai,</w:t>
      </w:r>
      <w:r>
        <w:br/>
      </w:r>
      <w:r>
        <w:rPr>
          <w:sz w:val="20"/>
        </w:rPr>
        <w:t>4:38  jo aadmi daryaft kar le us ko, woh uska to haal yeh hoga ke woh agar Allah ke saamne apne ko khara paaye to yeh nahi kahega ke khudaaya mujhe yeh de de, mujhe woh de de.</w:t>
      </w:r>
      <w:r>
        <w:br/>
      </w:r>
      <w:r>
        <w:rPr>
          <w:sz w:val="20"/>
        </w:rPr>
        <w:t>4:56  woh wohi kahega jo Hazrat Musa ne kaha tha: "Rabbi inni lima anzalta ilayya min khairin faqeer". Khudaaya to ne mere liye jo muqaddar kiya hai, us ka main mohtaaj hoon.</w:t>
      </w:r>
      <w:r>
        <w:br/>
      </w:r>
      <w:r>
        <w:rPr>
          <w:sz w:val="20"/>
        </w:rPr>
        <w:t>5:09  apni taraf se aisa banda list nahi pesh karega.</w:t>
      </w:r>
      <w:r>
        <w:br/>
      </w:r>
      <w:r>
        <w:rPr>
          <w:sz w:val="20"/>
        </w:rPr>
        <w:t>5:17  jo aisa banda jis ko Allah ka realization ho chuka ho, jis ko marifat ho chuki ho, jis ne daryaft ke darjay mein Allah ko pa liya ho, woh list nahi pesh karega.</w:t>
      </w:r>
      <w:r>
        <w:br/>
      </w:r>
      <w:r>
        <w:rPr>
          <w:sz w:val="20"/>
        </w:rPr>
        <w:t>5:32  badi badi baatein nahi karega. Woh hangame nahi khare karega jise aaj kal musalman hangame khare karte hain.</w:t>
      </w:r>
      <w:r>
        <w:br/>
      </w:r>
      <w:r>
        <w:rPr>
          <w:sz w:val="20"/>
        </w:rPr>
        <w:t>5:39  nahi, woh to is tawazu ki aakhirat mein pahunch jayega. Woh criticized ho jayega. Allah ki daryaft jis ko criticize na kare, woh use daryaft hi nahi kiya.</w:t>
      </w:r>
      <w:r>
        <w:br/>
      </w:r>
      <w:r>
        <w:rPr>
          <w:sz w:val="20"/>
        </w:rPr>
        <w:t>5:56  Allah ki daryaft jis ko criticize insaan na banaye, use daryaft hi nahi kiya.</w:t>
      </w:r>
    </w:p>
    <w:p>
      <w:pPr>
        <w:pStyle w:val="Heading2"/>
      </w:pPr>
      <w:r>
        <w:t>hadith on divine inspiration plus the Gautam Buddha milk-pot story</w:t>
      </w:r>
    </w:p>
    <w:p>
      <w:r>
        <w:rPr>
          <w:color w:val="666666"/>
          <w:sz w:val="18"/>
        </w:rPr>
        <w:t>Modesty and Arrogance January 31, 2008 · 4m 43s · at 7:48 · https://youtu.be/8EHBmsIAF_Q?t=468</w:t>
      </w:r>
    </w:p>
    <w:p>
      <w:r>
        <w:rPr>
          <w:i/>
        </w:rPr>
        <w:t>“Let me give you an example — inspiration flows from God day and night”</w:t>
      </w:r>
    </w:p>
    <w:p>
      <w:r>
        <w:rPr>
          <w:sz w:val="20"/>
        </w:rPr>
        <w:t>7:48  mein aap ko ek example deta hoon.</w:t>
      </w:r>
      <w:r>
        <w:br/>
      </w:r>
      <w:r>
        <w:rPr>
          <w:sz w:val="20"/>
        </w:rPr>
        <w:t>7:54  hadees mein bataya gaya hai ke Khuda ki taraf se raat din inspiration aa raha hai.</w:t>
      </w:r>
      <w:r>
        <w:br/>
      </w:r>
      <w:r>
        <w:rPr>
          <w:sz w:val="20"/>
        </w:rPr>
        <w:t>8:02  raat din Khuda ki taraf inspiration aa raha hai ke koi recipient hai jo is ko le.</w:t>
      </w:r>
      <w:r>
        <w:br/>
      </w:r>
      <w:r>
        <w:rPr>
          <w:sz w:val="20"/>
        </w:rPr>
        <w:t>8:10  yeh hadees mein hai. prophet ne farmaya ke raat din Khuda ki taraf se inspiration aa raha hai, blessing aa rahi hai aur pukarne wala pukarta hai ke koi hai jo is ko le.</w:t>
      </w:r>
      <w:r>
        <w:br/>
      </w:r>
      <w:r>
        <w:rPr>
          <w:sz w:val="20"/>
        </w:rPr>
        <w:t>8:27  yeh samajh lijiye ke agar kahin farz kijiye ke fresh milk bat raha hai,</w:t>
      </w:r>
      <w:r>
        <w:br/>
      </w:r>
      <w:r>
        <w:rPr>
          <w:sz w:val="20"/>
        </w:rPr>
        <w:t>8:33  fresh milk bat raha hai aur aap ek glass le kar jaate hain wahan lene ke liye to aap glass ko agar yun ulta kar dein to dene wala de ga aur aap ko mile ga nahin.</w:t>
      </w:r>
      <w:r>
        <w:br/>
      </w:r>
      <w:r>
        <w:rPr>
          <w:sz w:val="20"/>
        </w:rPr>
        <w:t>8:48  agar aap ne container ko ulta kiye hue hain to dene wala de ga aur wo upar se nikal jaye ga, aap ko nahin mile ga.</w:t>
      </w:r>
      <w:r>
        <w:br/>
      </w:r>
      <w:r>
        <w:rPr>
          <w:sz w:val="20"/>
        </w:rPr>
        <w:t>8:58  to apne glass ko ya apne container ko seedha rakhna parta hai. tab jo dene wala de ga, is mein bill aye ga, aap ko nahin to nahin aye ga.</w:t>
      </w:r>
      <w:r>
        <w:br/>
      </w:r>
      <w:r>
        <w:rPr>
          <w:sz w:val="20"/>
        </w:rPr>
        <w:t>9:10  yeh ek simple sa, yeh ek simple si misaal hai jis se aap samajh sakte hain ke yeh mamla kya mamla hai.</w:t>
      </w:r>
      <w:r>
        <w:br/>
      </w:r>
      <w:r>
        <w:rPr>
          <w:sz w:val="20"/>
        </w:rPr>
        <w:t>9:22  aur yeh jo maine misaal di aap ko, yeh misaal mujhe mili Gautam Budh ke haan.</w:t>
      </w:r>
      <w:r>
        <w:br/>
      </w:r>
      <w:r>
        <w:rPr>
          <w:sz w:val="20"/>
        </w:rPr>
        <w:t>9:30  Gautam Budh ka ek disciple tha, us ke haan doodh ka karobar hota tha. us ke haan gaaen pali hui theen aur wo doodh ka karobar karta tha.</w:t>
      </w:r>
      <w:r>
        <w:br/>
      </w:r>
      <w:r>
        <w:rPr>
          <w:sz w:val="20"/>
        </w:rPr>
        <w:t>9:44  wo ek milkman tha. to us ne invite kiya Gautam Budh ko ke aap hamare haan aaiye aur hum aap ko fresh milk dein ge aur aap se hum gyan len ge.</w:t>
      </w:r>
      <w:r>
        <w:br/>
      </w:r>
      <w:r>
        <w:rPr>
          <w:sz w:val="20"/>
        </w:rPr>
        <w:t>10:00  humein aap gyan dijiye aur hum aap ko</w:t>
      </w:r>
      <w:r>
        <w:br/>
      </w:r>
      <w:r>
        <w:rPr>
          <w:sz w:val="20"/>
        </w:rPr>
        <w:t>10:06  jo hamare paas hai, fresh milk wo dein ge aur aap ka aashirwad humein mile ga. to Gautam Budh gaye to un ke paas ek bartan tha.</w:t>
      </w:r>
      <w:r>
        <w:br/>
      </w:r>
      <w:r>
        <w:rPr>
          <w:sz w:val="20"/>
        </w:rPr>
        <w:t>10:20  us bartan mein unhon ne jaan boojh kar andar kuch mitti mitti daal liya. mitti</w:t>
      </w:r>
      <w:r>
        <w:br/>
      </w:r>
      <w:r>
        <w:rPr>
          <w:sz w:val="20"/>
        </w:rPr>
        <w:t>10:26  to gaye wahan to le aa kar diya us ko. us ne dekha to us ke andar mitti thi, saaf nahin tha. wo to us ko le gaya, pehle khoob saaf kiya, achhe tareeqe se dhoya.</w:t>
      </w:r>
      <w:r>
        <w:br/>
      </w:r>
      <w:r>
        <w:rPr>
          <w:sz w:val="20"/>
        </w:rPr>
        <w:t>10:42  phir jab saaf ho gaya, tab us ne us ke andar fresh milk rakha aur la kar ke Gautam Budh ko present kiya.</w:t>
      </w:r>
      <w:r>
        <w:br/>
      </w:r>
      <w:r>
        <w:rPr>
          <w:sz w:val="20"/>
        </w:rPr>
        <w:t>10:52  to jab us ne fresh milk de diya to wo bartan uthaya unhon ne aur jaane lage. jaane lage to wo jo milkman tha,</w:t>
      </w:r>
      <w:r>
        <w:br/>
      </w:r>
      <w:r>
        <w:rPr>
          <w:sz w:val="20"/>
        </w:rPr>
        <w:t>11:07  us ne kaha ke aap aap to chale ja rahe hain, abhi gyan to aap ne diya nahin. hum ne jo bulaya tha aap ko to gyan ke liye bulaya tha, khali doodh ke liye to nahin bulaya tha.</w:t>
      </w:r>
      <w:r>
        <w:br/>
      </w:r>
      <w:r>
        <w:rPr>
          <w:sz w:val="20"/>
        </w:rPr>
        <w:t>11:21  to Gautam Budh ne kaha ke maine tum ko gyan de diya. to us ne kaha ke wo kaise? unhon ne kaha ke dekho, yeh bartan jo hai, jab saaf nahin tha to tum ne is mein milk nahin rakha kyun ke tum ko pata tha ke is mein milk dalen ge to kharab ho jaye ga.</w:t>
      </w:r>
      <w:r>
        <w:br/>
      </w:r>
      <w:r>
        <w:rPr>
          <w:sz w:val="20"/>
        </w:rPr>
        <w:t>11:48  kharab ho jaye ga, is qabil nahin rahe ga ke aadmi is ko istemal kare. to pehle tum ne bartan ko khoob saaf kiya, jab saaf ho gaya, tab tum ne is ke andar milk rakha.</w:t>
      </w:r>
      <w:r>
        <w:br/>
      </w:r>
      <w:r>
        <w:rPr>
          <w:sz w:val="20"/>
        </w:rPr>
        <w:t>12:02  to dekho, tumhara jo mun hai, tumhara jo container hai, woh to saaf hai nahin. andar ka jo tumhara container hai, andar ka jo mun hai, woh to saaf hai nahin.</w:t>
      </w:r>
      <w:r>
        <w:br/>
      </w:r>
      <w:r>
        <w:rPr>
          <w:sz w:val="20"/>
        </w:rPr>
        <w:t>12:17  to to main gyan doon to kahan doon? yaani insaan ka jo dil hai, uska jo mind hai, uska jo andar container hai, uske andar receptivity honi chahiye.</w:t>
      </w:r>
    </w:p>
    <w:p>
      <w:pPr>
        <w:pStyle w:val="Heading2"/>
      </w:pPr>
      <w:r>
        <w:t>Religion misused to control women; both must be God-fearing</w:t>
      </w:r>
    </w:p>
    <w:p>
      <w:r>
        <w:rPr>
          <w:color w:val="666666"/>
          <w:sz w:val="18"/>
        </w:rPr>
        <w:t>Behtar Khatoon Kon CPS Women Article Discussion July 2, 2023 · 5m 43s · at 41:09 · https://youtu.be/tGPJwzCnCMM?t=2469</w:t>
      </w:r>
    </w:p>
    <w:p>
      <w:r>
        <w:rPr>
          <w:i/>
        </w:rPr>
        <w:t>“Isko hamare mashre mein bahut misuse kiya jaata hai”</w:t>
      </w:r>
    </w:p>
    <w:p>
      <w:r>
        <w:rPr>
          <w:sz w:val="20"/>
        </w:rPr>
        <w:t>41:09  isko hamare masoor mein bohat misuse kiya jata hai. is liye hamare paas jitni bhi hawati hain especially jo kyunke ek mai hai ke alila ke is hawale ne kabhi hamare jo humne bataya ke humein budoo darda bata dena chahiye.</w:t>
      </w:r>
      <w:r>
        <w:br/>
      </w:r>
      <w:r>
        <w:rPr>
          <w:sz w:val="20"/>
        </w:rPr>
        <w:t>41:37  bachpan se hamein hamari outlines bata dena chahiye.</w:t>
      </w:r>
      <w:r>
        <w:br/>
      </w:r>
      <w:r>
        <w:rPr>
          <w:sz w:val="20"/>
        </w:rPr>
        <w:t>41:54  kyunki jab motli yahan dekha gaya hai maste mein ki mard jo hai vaishahari vagair aise kaam auraton</w:t>
      </w:r>
      <w:r>
        <w:br/>
      </w:r>
      <w:r>
        <w:rPr>
          <w:sz w:val="20"/>
        </w:rPr>
        <w:t>42:11  se karwate hain jo ki Allah ke hudoot ko cross kar rahe ho.</w:t>
      </w:r>
      <w:r>
        <w:br/>
      </w:r>
      <w:r>
        <w:rPr>
          <w:sz w:val="20"/>
        </w:rPr>
        <w:t>42:28  yeh bolkar karate hain ki subah subah mat Allah ne mukoom diya hai ki hum jo kahein woh tum karo.</w:t>
      </w:r>
      <w:r>
        <w:br/>
      </w:r>
      <w:r>
        <w:rPr>
          <w:sz w:val="20"/>
        </w:rPr>
        <w:t>42:46  mein mard ki marzi sikhati is liye hota hai ke mard ka maal hai. jo mard humein kamakar de raha hai mard ki cheezon. yeh hai ke jo aapka bhi maal hai aurat agar kahin se bhi paisa hai usko barabar se mila hai ya kaam karti hai, job karti hai. to yeh nahi ke un paison ko bhi woh apni marzi ke liye bhi woh apni milati apni saurthi varga man bhi shamil karen. usko kharch karne ke liye bhi chahe woh apni marzi kar rahi hai, uski advice lo. yani ke dono ek doosre ko enhance karte hain.</w:t>
      </w:r>
      <w:r>
        <w:br/>
      </w:r>
      <w:r>
        <w:rPr>
          <w:sz w:val="20"/>
        </w:rPr>
        <w:t>43:15  mard aur aurat jab ek brazilian companion van jate hain to ek doosre ko enhance karte hain aur main apni ek doosre ke raazdar banenge doosre ki hum ki hum un sab se bhi zyada close hain.</w:t>
      </w:r>
      <w:r>
        <w:br/>
      </w:r>
      <w:r>
        <w:rPr>
          <w:sz w:val="20"/>
        </w:rPr>
        <w:t>43:45  aapko lagega ke hum apne parents se zyada apne niya se close hote to hum ek doosre ke das doosre pata chalte hain.</w:t>
      </w:r>
      <w:r>
        <w:br/>
      </w:r>
      <w:r>
        <w:rPr>
          <w:sz w:val="20"/>
        </w:rPr>
        <w:t>43:54  toh humko ek doosre ke hum saath rahe hain ek achha role model bane, achhi ninyadi ji bane,</w:t>
      </w:r>
      <w:r>
        <w:br/>
      </w:r>
      <w:r>
        <w:rPr>
          <w:sz w:val="20"/>
        </w:rPr>
        <w:t>44:32  har rishte mein hum achhe bane.</w:t>
      </w:r>
      <w:r>
        <w:br/>
      </w:r>
      <w:r>
        <w:rPr>
          <w:sz w:val="20"/>
        </w:rPr>
        <w:t>45:11  yeh jo cheez hai mujhe isko aage to rishte koi samasya hai. aur bas ek doosre ke maal apne maal mein aur bhi zaroor karen, unse kaam aaye. bohat sari. sharina awaz aa rahi hai kya? ji yaar.</w:t>
      </w:r>
      <w:r>
        <w:br/>
      </w:r>
      <w:r>
        <w:rPr>
          <w:sz w:val="20"/>
        </w:rPr>
        <w:t>45:30  main yeh kehna chah rahi thi ki jaise inhone kaha princess khan ne ki agar usne koi galat</w:t>
      </w:r>
      <w:r>
        <w:br/>
      </w:r>
      <w:r>
        <w:rPr>
          <w:sz w:val="20"/>
        </w:rPr>
        <w:t>45:50  kaam maa baap ne bhi kaha hai toh nahi karna hai.</w:t>
      </w:r>
      <w:r>
        <w:br/>
      </w:r>
      <w:r>
        <w:rPr>
          <w:sz w:val="20"/>
        </w:rPr>
        <w:t>46:10  toh isi tarah shauhar bhi agar koi galat kaam karaye toh aurat ko nahi karna hai aur aurat</w:t>
      </w:r>
      <w:r>
        <w:br/>
      </w:r>
      <w:r>
        <w:rPr>
          <w:sz w:val="20"/>
        </w:rPr>
        <w:t>46:15  ki zimmedari sirf uski apni khuda ki pehle banti hai tab uske shaur ki banti hai.</w:t>
      </w:r>
      <w:r>
        <w:br/>
      </w:r>
      <w:r>
        <w:rPr>
          <w:sz w:val="20"/>
        </w:rPr>
        <w:t>46:20  yeh cheez mard logon ne apna jo banakar matlab yeh rakha hua hai ki mard jo bhi kahe</w:t>
      </w:r>
      <w:r>
        <w:br/>
      </w:r>
      <w:r>
        <w:rPr>
          <w:sz w:val="20"/>
        </w:rPr>
        <w:t>46:25  woh kar dein aisa kuch nahi hai.</w:t>
      </w:r>
      <w:r>
        <w:br/>
      </w:r>
      <w:r>
        <w:rPr>
          <w:sz w:val="20"/>
        </w:rPr>
        <w:t>46:30  aurat ke upar har insaan ke upar sabse pehle khuda ka haq hai phir kisi doosre ka haq hai.</w:t>
      </w:r>
      <w:r>
        <w:br/>
      </w:r>
      <w:r>
        <w:rPr>
          <w:sz w:val="20"/>
        </w:rPr>
        <w:t>46:35  chahe woh koi ho, chahe woh maa baap nahi toh phir shaur bhi nahi.</w:t>
      </w:r>
      <w:r>
        <w:br/>
      </w:r>
      <w:r>
        <w:rPr>
          <w:sz w:val="20"/>
        </w:rPr>
        <w:t>46:41  jaisa ke lapa aapne jo sari baaten kahi the important thing that that is to be noted is that man ho chahe woman ho dono god fearing hon.</w:t>
      </w:r>
      <w:r>
        <w:br/>
      </w:r>
      <w:r>
        <w:rPr>
          <w:sz w:val="20"/>
        </w:rPr>
        <w:t>46:52  jab god fearing hamare andar jab aayega to hum wahi rasta taiyar karenge jo sudhan ne humne bataya rasool ke zariye bataya aur rasool ne ek example dekar humne bataya apni families ko lead karke aur hamare liye auraton ke liye sabse badi example hai jo prapati ki wives hain aur jo meemare insaniyat is liye yeh title itna important hai yeh kitab ka ke builder of humanity.</w:t>
      </w:r>
    </w:p>
    <w:p>
      <w:pPr>
        <w:pStyle w:val="Heading2"/>
      </w:pPr>
      <w:r>
        <w:t>Full argument: spouses as true intellectual life-partners</w:t>
      </w:r>
    </w:p>
    <w:p>
      <w:r>
        <w:rPr>
          <w:color w:val="666666"/>
          <w:sz w:val="18"/>
        </w:rPr>
        <w:t>Behtar Khatoon Kon CPS Women Article Discussion July 2, 2023 · 4m 15s · at 1:37 · https://youtu.be/tGPJwzCnCMM?t=97</w:t>
      </w:r>
    </w:p>
    <w:p>
      <w:r>
        <w:rPr>
          <w:i/>
        </w:rPr>
        <w:t>“Auraton mein sabse behtar aurat kaun hai?”</w:t>
      </w:r>
    </w:p>
    <w:p>
      <w:r>
        <w:rPr>
          <w:sz w:val="20"/>
        </w:rPr>
        <w:t>1:37  auraton mein sabse behtar aurat kaun hai? aapne farmaya ki vah aurat ke mard jab use dekhe to vah usko push kar de aur mard jab kisi kaam ke liye kahe to uski itaa'at karen aur apne nafs aur maal mein vah mard ki marzi ke khilaaf kuch na karen. Musnad Ahmad jild do, safa do sau ikyavan.</w:t>
      </w:r>
      <w:r>
        <w:br/>
      </w:r>
      <w:r>
        <w:rPr>
          <w:sz w:val="20"/>
        </w:rPr>
        <w:t>2:02  yeh hadith apne tauseh mahfoom ke aitbaar se aurat aur mard dono ke liye hai. aurat aur mard dono ek doosre ke liye zindagi ke saathi ki hesiyat rakhte hain. gwahar maamle mein ek doosre ke raazdaan hain. zindagi ka kaarobaar chalane ke liye vah ek doosre ke madadgaar hain. dono ek doosre ke liye ek gaadi ki dukh pahe ki hesiyat rakhenge.</w:t>
      </w:r>
      <w:r>
        <w:br/>
      </w:r>
      <w:r>
        <w:rPr>
          <w:sz w:val="20"/>
        </w:rPr>
        <w:t>2:27  aisi haalaat mein insaniyat ka taqaza hai ki dono ek doosre ke liye sachche rafi ke saabit hain. vah ek doosre ke khush rakhne ka aitmaan karen. vah ek doosre ki riayat karne wale hon. vah ghair maujoodgi mein bhi ek doosre ke khairkhwah bane rahen. dono ek doosre ke liye vah karen jo rafi ke hyaad ek hesiyat se kasoori taur par unhen ek doosre ke liye karna chahiye.</w:t>
      </w:r>
      <w:r>
        <w:br/>
      </w:r>
      <w:r>
        <w:rPr>
          <w:sz w:val="20"/>
        </w:rPr>
        <w:t>2:56  So this was the article which I have read out. Now Femita Apa will continue with this session with her learning and we will continue with all the ladies also. Jaza kar la Shabina baadi clear padha tumne mashallah.</w:t>
      </w:r>
      <w:r>
        <w:br/>
      </w:r>
      <w:r>
        <w:rPr>
          <w:sz w:val="20"/>
        </w:rPr>
        <w:t>3:13  is hadith ko maine matlab hamesha yahi tarah se samjha tha jaise logon ne bataya tha ki aam taur se log uske zahiri pehlu se samajh samajhte the aur har aurat uske zahiri pehlu ko samajhkar usko usi tarah se amal karti hai.</w:t>
      </w:r>
      <w:r>
        <w:br/>
      </w:r>
      <w:r>
        <w:rPr>
          <w:sz w:val="20"/>
        </w:rPr>
        <w:t>3:32  aise example ke taur par mard ko khush kar de ka matlab khud achhe se taiyar hokar matlab sajne sambadne ka rehna taki mat khush mat ko khush kar sake. lekin quran aur hadith mein kabhi chhoti satah baaton par focus nahin kiya gaya hai. quran aur hadith insaan ko intellectually develop hone par focus karata hai. insaan ko chhoti cheezon se upar uthakar khuda se jodta hai.</w:t>
      </w:r>
      <w:r>
        <w:br/>
      </w:r>
      <w:r>
        <w:rPr>
          <w:sz w:val="20"/>
        </w:rPr>
        <w:t>4:00  to intellectually develop ka matlab yeh hai ki Allah taala ne insaan ko ek sochne wali mahloq banaya hai. insaan ki sabse badi zaroorat yeh hai ki koi ho jo sochne sochne ke amal mein uska uske saath share karen. to mard ke liye ek aurat hi uska sabse qareebi saathi hota hai kyunki vah subah shaam uske saath hoti hai.</w:t>
      </w:r>
      <w:r>
        <w:br/>
      </w:r>
      <w:r>
        <w:rPr>
          <w:sz w:val="20"/>
        </w:rPr>
        <w:t>4:27  jo poori tarah uski intellectual partner van sakti hain. example se hum samajh sakte hain jaise ki hum jaante hain ki zindagi mein bahut saare masaal hote hain kabhi ghar ke andar, kabhi ghar ke bahar. to insaan ke upar bahut saari mushkil pareshani bhi aati hain. insaan disturb ho jata hai.</w:t>
      </w:r>
      <w:r>
        <w:br/>
      </w:r>
      <w:r>
        <w:rPr>
          <w:sz w:val="20"/>
        </w:rPr>
        <w:t>4:49  to aise mauke par jab koi ek partner negative ho ho jaaye kisi maamle se, to doosre partner ka kaam hota hai ki uski usko duniya ki soch se hatakar khuda se joden. chhoti cheezon se hatakar khuda se connect kar den.</w:t>
      </w:r>
      <w:r>
        <w:br/>
      </w:r>
      <w:r>
        <w:rPr>
          <w:sz w:val="20"/>
        </w:rPr>
        <w:t>5:06  isi tarah agar kabhi koi material cheezen ya desire ki aisi ki baaten hon to aurat ka kaam hai ki umr ko simple living ki soch ki taraf le jaaye aur is tarah ke har mauke par humko quran aur hadith ki hawala bhi milta hai.</w:t>
      </w:r>
      <w:r>
        <w:br/>
      </w:r>
      <w:r>
        <w:rPr>
          <w:sz w:val="20"/>
        </w:rPr>
        <w:t>5:27  to kisi bhi mauke par ek ek doosre ko khuda ke hukoom par qayam rakhne ki talqeen karna insaan ki soch ko develop karna hota hai. yaani is tarah ke exchange ek doosre se karne se insaan ki jo soch hoti hai vah develop hoti hai aur insaan dono intellectually develop hote hain aur ek aala insaan van sakte hain.</w:t>
      </w:r>
      <w:r>
        <w:br/>
      </w:r>
      <w:r>
        <w:rPr>
          <w:sz w:val="20"/>
        </w:rPr>
        <w:t>5:52  to basically yeh hadith ek momin aurat ki quality bata rahi hai ki momin aurat se uske partner ko sukoon aur khushi kis tarah milti hai. yeh hadise ke imaan wali aurat aur marz dono ko represent kar rahi hai. jisko hum quran se bhi samajh sakte hain.</w:t>
      </w:r>
    </w:p>
    <w:p>
      <w:pPr>
        <w:pStyle w:val="Heading2"/>
      </w:pPr>
      <w:r>
        <w:t>Concept of dhimmis is obsolete today</w:t>
      </w:r>
    </w:p>
    <w:p>
      <w:r>
        <w:rPr>
          <w:color w:val="666666"/>
          <w:sz w:val="18"/>
        </w:rPr>
        <w:t>Lessons from My Journey to Canada II January 10, 2016 · 4m 21s · at 56:28 · https://youtu.be/GHF2Ph3GW7A?t=3388</w:t>
      </w:r>
    </w:p>
    <w:p>
      <w:r>
        <w:rPr>
          <w:i/>
        </w:rPr>
        <w:t>“What is your guidance to them?”</w:t>
      </w:r>
    </w:p>
    <w:p>
      <w:r>
        <w:rPr>
          <w:sz w:val="20"/>
        </w:rPr>
        <w:t>56:28  " what is your guidance to them?</w:t>
      </w:r>
      <w:r>
        <w:br/>
      </w:r>
      <w:r>
        <w:rPr>
          <w:sz w:val="20"/>
        </w:rPr>
        <w:t>56:31  pehlay zamanay mein jo concept tha,</w:t>
      </w:r>
      <w:r>
        <w:br/>
      </w:r>
      <w:r>
        <w:rPr>
          <w:sz w:val="20"/>
        </w:rPr>
        <w:t>56:34  woh tha ke jo muslim country mein jo doosre log hain, woh zimmmi hain, muahida hai, is tarah</w:t>
      </w:r>
      <w:r>
        <w:br/>
      </w:r>
      <w:r>
        <w:rPr>
          <w:sz w:val="20"/>
        </w:rPr>
        <w:t>56:41  ki baatein. main samajhta hoon ke is daur mein yeh nazariya khatam ho chuka hai.</w:t>
      </w:r>
      <w:r>
        <w:br/>
      </w:r>
      <w:r>
        <w:rPr>
          <w:sz w:val="20"/>
        </w:rPr>
        <w:t>56:47  ab ab yeh</w:t>
      </w:r>
      <w:r>
        <w:br/>
      </w:r>
      <w:r>
        <w:rPr>
          <w:sz w:val="20"/>
        </w:rPr>
        <w:t>56:50  muslim non muslim ki baat nahi hai.</w:t>
      </w:r>
      <w:r>
        <w:br/>
      </w:r>
      <w:r>
        <w:rPr>
          <w:sz w:val="20"/>
        </w:rPr>
        <w:t>56:52  kisi mulk mein jo log hotay hain, wahan ke citizen hain.</w:t>
      </w:r>
      <w:r>
        <w:br/>
      </w:r>
      <w:r>
        <w:rPr>
          <w:sz w:val="20"/>
        </w:rPr>
        <w:t>56:56  ab citizen ki baat hai, equal citizenship sab ko mili hui hai.</w:t>
      </w:r>
      <w:r>
        <w:br/>
      </w:r>
      <w:r>
        <w:rPr>
          <w:sz w:val="20"/>
        </w:rPr>
        <w:t>57:00  ab yeh categorize karna galat hai ke yeh muslim hai, yeh non muslim hai, yeh zimmmi hai, yeh</w:t>
      </w:r>
      <w:r>
        <w:br/>
      </w:r>
      <w:r>
        <w:rPr>
          <w:sz w:val="20"/>
        </w:rPr>
        <w:t>57:08  muslim hai, yeh kafir hai, yeh musalman hai.</w:t>
      </w:r>
      <w:r>
        <w:br/>
      </w:r>
      <w:r>
        <w:rPr>
          <w:sz w:val="20"/>
        </w:rPr>
        <w:t>57:11  yeh sab yeh categoriser ab khatam ho chuka hai.</w:t>
      </w:r>
      <w:r>
        <w:br/>
      </w:r>
      <w:r>
        <w:rPr>
          <w:sz w:val="20"/>
        </w:rPr>
        <w:t>57:15  ab hum is ko ikhtiyar nahi kar sakte.</w:t>
      </w:r>
      <w:r>
        <w:br/>
      </w:r>
      <w:r>
        <w:rPr>
          <w:sz w:val="20"/>
        </w:rPr>
        <w:t>57:18  kisi mulk mein jo aadmi hai, woh equal citizenship ka right is ko hasil hai.</w:t>
      </w:r>
      <w:r>
        <w:br/>
      </w:r>
      <w:r>
        <w:rPr>
          <w:sz w:val="20"/>
        </w:rPr>
        <w:t>57:26  agar citizen nahi hai to immigrant hai.</w:t>
      </w:r>
      <w:r>
        <w:br/>
      </w:r>
      <w:r>
        <w:rPr>
          <w:sz w:val="20"/>
        </w:rPr>
        <w:t>57:28  woh ya to immigrant hai, ya citizen hai, baqi aur kuch nahi hai.</w:t>
      </w:r>
      <w:r>
        <w:br/>
      </w:r>
      <w:r>
        <w:rPr>
          <w:sz w:val="20"/>
        </w:rPr>
        <w:t>57:35  to mein samajhta hoon ke jo universal norm hai, usi ko muslim countries ko bhi apnana chahiye.</w:t>
      </w:r>
      <w:r>
        <w:br/>
      </w:r>
      <w:r>
        <w:rPr>
          <w:sz w:val="20"/>
        </w:rPr>
        <w:t>57:43  koi farq is mein hum nahi kar sakte.</w:t>
      </w:r>
      <w:r>
        <w:br/>
      </w:r>
      <w:r>
        <w:rPr>
          <w:sz w:val="20"/>
        </w:rPr>
        <w:t>57:45  فرق کریں گے تو آج کا جو ماڈرن مائنڈ ہے، اس کے لیے وہ وہ اس کو accept</w:t>
      </w:r>
      <w:r>
        <w:br/>
      </w:r>
      <w:r>
        <w:rPr>
          <w:sz w:val="20"/>
        </w:rPr>
        <w:t>57:51  nahi kar payega.</w:t>
      </w:r>
      <w:r>
        <w:br/>
      </w:r>
      <w:r>
        <w:rPr>
          <w:sz w:val="20"/>
        </w:rPr>
        <w:t>57:53  maulana, agla sawal chennai se kya hai maulana iqbal umri ne, aur unhone likha hai ke "result</w:t>
      </w:r>
      <w:r>
        <w:br/>
      </w:r>
      <w:r>
        <w:rPr>
          <w:sz w:val="20"/>
        </w:rPr>
        <w:t>58:01  oriented daawa work kiya hai?" maulana, is qism ke sawal log aksar kyun karte hain? is ke baray</w:t>
      </w:r>
      <w:r>
        <w:br/>
      </w:r>
      <w:r>
        <w:rPr>
          <w:sz w:val="20"/>
        </w:rPr>
        <w:t>58:08  mein batayen. mein to samajhta hoon ke yahan result ka matlab yeh nahi ke woh islam qabool kar</w:t>
      </w:r>
      <w:r>
        <w:br/>
      </w:r>
      <w:r>
        <w:rPr>
          <w:sz w:val="20"/>
        </w:rPr>
        <w:t>58:13  le, yeh matlab nahi.</w:t>
      </w:r>
      <w:r>
        <w:br/>
      </w:r>
      <w:r>
        <w:rPr>
          <w:sz w:val="20"/>
        </w:rPr>
        <w:t>58:16  balkeh hum ka matlab hum sachay speed ke sath dawat ka kaam karen ke Allah ka hukum hai,</w:t>
      </w:r>
      <w:r>
        <w:br/>
      </w:r>
      <w:r>
        <w:rPr>
          <w:sz w:val="20"/>
        </w:rPr>
        <w:t>58:23  is liye hum kar rahay hain.</w:t>
      </w:r>
      <w:r>
        <w:br/>
      </w:r>
      <w:r>
        <w:rPr>
          <w:sz w:val="20"/>
        </w:rPr>
        <w:t>58:25  sachi speed yeh</w:t>
      </w:r>
      <w:r>
        <w:br/>
      </w:r>
      <w:r>
        <w:rPr>
          <w:sz w:val="20"/>
        </w:rPr>
        <w:t>58:30  koi criterion nahi hai ke woh aadmi maan le ke na maan le, yeh uska apna choice</w:t>
      </w:r>
      <w:r>
        <w:br/>
      </w:r>
      <w:r>
        <w:rPr>
          <w:sz w:val="20"/>
        </w:rPr>
        <w:t>58:35  hai. hum us ko dictate nahi kar sakte.</w:t>
      </w:r>
      <w:r>
        <w:br/>
      </w:r>
      <w:r>
        <w:rPr>
          <w:sz w:val="20"/>
        </w:rPr>
        <w:t>58:40  humain sirf apnay aap ko dekhte rehna hai ke hum jo kaam kar rahay hain, woh sachi speed</w:t>
      </w:r>
      <w:r>
        <w:br/>
      </w:r>
      <w:r>
        <w:rPr>
          <w:sz w:val="20"/>
        </w:rPr>
        <w:t>58:45  ke sath kar rahay hain</w:t>
      </w:r>
      <w:r>
        <w:br/>
      </w:r>
      <w:r>
        <w:rPr>
          <w:sz w:val="20"/>
        </w:rPr>
        <w:t>58:48  ya nahi. agar sachi speed ke sath hai to bas wohi result oriented hai.</w:t>
      </w:r>
      <w:r>
        <w:br/>
      </w:r>
      <w:r>
        <w:rPr>
          <w:sz w:val="20"/>
        </w:rPr>
        <w:t>58:54  maulana, agla sawal thane se aya hai mansoor sardar sahab ne kiya hai, aur unhone likha hai</w:t>
      </w:r>
      <w:r>
        <w:br/>
      </w:r>
      <w:r>
        <w:rPr>
          <w:sz w:val="20"/>
        </w:rPr>
        <w:t>59:00  ke "maulana, aap ne al risala ke ek issue mein likha hai ke talif e qalb ki koi had nahi,</w:t>
      </w:r>
      <w:r>
        <w:br/>
      </w:r>
      <w:r>
        <w:rPr>
          <w:sz w:val="20"/>
        </w:rPr>
        <w:t>59:08  to mujhe yeh batayen ke surah al kafiroon kyun nazil hua? kya dono ke darmiyan koi farq hai?" is</w:t>
      </w:r>
      <w:r>
        <w:br/>
      </w:r>
      <w:r>
        <w:rPr>
          <w:sz w:val="20"/>
        </w:rPr>
        <w:t>59:16  ko wazeh karen.</w:t>
      </w:r>
      <w:r>
        <w:br/>
      </w:r>
      <w:r>
        <w:rPr>
          <w:sz w:val="20"/>
        </w:rPr>
        <w:t>59:18  surah al kafiroon se talif e qalb ka koi talluq nahi.</w:t>
      </w:r>
      <w:r>
        <w:br/>
      </w:r>
      <w:r>
        <w:rPr>
          <w:sz w:val="20"/>
        </w:rPr>
        <w:t>59:23  is mein aisi koi baat to hai nahi.</w:t>
      </w:r>
      <w:r>
        <w:br/>
      </w:r>
      <w:r>
        <w:rPr>
          <w:sz w:val="20"/>
        </w:rPr>
        <w:t>59:26  talif e qalb karo ya talif e qalb na karo, yeh to is mein kahin hai nahi.</w:t>
      </w:r>
      <w:r>
        <w:br/>
      </w:r>
      <w:r>
        <w:rPr>
          <w:sz w:val="20"/>
        </w:rPr>
        <w:t>59:32  talif e qalb ka masla to surah at tubah mein hai.</w:t>
      </w:r>
      <w:r>
        <w:br/>
      </w:r>
      <w:r>
        <w:rPr>
          <w:sz w:val="20"/>
        </w:rPr>
        <w:t>59:39  to mein nahi samajh saka ke surah al kafiroon se is ka kya talluq hai.</w:t>
      </w:r>
      <w:r>
        <w:br/>
      </w:r>
      <w:r>
        <w:rPr>
          <w:sz w:val="20"/>
        </w:rPr>
        <w:t>59:46  yeh dawat ka, talif e qalb ka mozu, dawat ka mozu hai, aur woh surah at tubah mein bataya gaya</w:t>
      </w:r>
      <w:r>
        <w:br/>
      </w:r>
      <w:r>
        <w:rPr>
          <w:sz w:val="20"/>
        </w:rPr>
        <w:t>59:53  hai. Aur yeh fitrat ka qanoon hai.</w:t>
      </w:r>
      <w:r>
        <w:br/>
      </w:r>
      <w:r>
        <w:rPr>
          <w:sz w:val="20"/>
        </w:rPr>
        <w:t>59:57  Jaise jo business man hotay hain, un ka haq aata hai customer behaviour, customer friendly behaviour.</w:t>
      </w:r>
      <w:r>
        <w:br/>
      </w:r>
      <w:r>
        <w:rPr>
          <w:sz w:val="20"/>
        </w:rPr>
        <w:t>1:00:06  Yaani business world mein bola jata hai customer friendly behaviour.</w:t>
      </w:r>
      <w:r>
        <w:br/>
      </w:r>
      <w:r>
        <w:rPr>
          <w:sz w:val="20"/>
        </w:rPr>
        <w:t>1:00:11  Yahi to hai talif-e-qalb.</w:t>
      </w:r>
      <w:r>
        <w:br/>
      </w:r>
      <w:r>
        <w:rPr>
          <w:sz w:val="20"/>
        </w:rPr>
        <w:t>1:00:13  To talif-e-qalb aik aik aam baat hai, aik laaf nature hai.</w:t>
      </w:r>
      <w:r>
        <w:br/>
      </w:r>
      <w:r>
        <w:rPr>
          <w:sz w:val="20"/>
        </w:rPr>
        <w:t>1:00:17  Woh koi mushir cheez nahi hai.</w:t>
      </w:r>
      <w:r>
        <w:br/>
      </w:r>
      <w:r>
        <w:rPr>
          <w:sz w:val="20"/>
        </w:rPr>
        <w:t>1:00:20  Jis cheez ko business world mein kehtay hain customer friendly behaviour, wahi daai ke liye hai madu friendly</w:t>
      </w:r>
      <w:r>
        <w:br/>
      </w:r>
      <w:r>
        <w:rPr>
          <w:sz w:val="20"/>
        </w:rPr>
        <w:t>1:00:28  behaviour. Bas madu friendly behaviour ka naam hai talif-e-qalb.</w:t>
      </w:r>
      <w:r>
        <w:br/>
      </w:r>
      <w:r>
        <w:rPr>
          <w:sz w:val="20"/>
        </w:rPr>
        <w:t>1:00:35  Maulana, agla sawal Orissa se hai Dr. Hamid Hussain sahib ka, aur un ka sawal hai: "Many of</w:t>
      </w:r>
      <w:r>
        <w:br/>
      </w:r>
      <w:r>
        <w:rPr>
          <w:sz w:val="20"/>
        </w:rPr>
        <w:t>1:00:44  aur children are deviating from Islamic faith,</w:t>
      </w:r>
      <w:r>
        <w:br/>
      </w:r>
      <w:r>
        <w:rPr>
          <w:sz w:val="20"/>
        </w:rPr>
        <w:t>1:00:49  They often react to your arguments and suggestions. How do we bring them to the right path?</w:t>
      </w:r>
    </w:p>
    <w:p>
      <w:pPr>
        <w:pStyle w:val="Heading2"/>
      </w:pPr>
      <w:r>
        <w:t>Scholars do and don't approach ineffective</w:t>
      </w:r>
    </w:p>
    <w:p>
      <w:r>
        <w:rPr>
          <w:color w:val="666666"/>
          <w:sz w:val="18"/>
        </w:rPr>
        <w:t>Lessons from My Journey to Canada II January 10, 2016 · 5m 13s · at 1:00:57 · https://youtu.be/GHF2Ph3GW7A?t=3657</w:t>
      </w:r>
    </w:p>
    <w:p>
      <w:r>
        <w:rPr>
          <w:i/>
        </w:rPr>
        <w:t>“My experience is that our scholars have a do and don't approach”</w:t>
      </w:r>
    </w:p>
    <w:p>
      <w:r>
        <w:rPr>
          <w:sz w:val="20"/>
        </w:rPr>
        <w:t>1:00:57  ? Dekhiye, mera jo experience hai, woh yeh hai ke aam taur par hamare haan ulama ka jo</w:t>
      </w:r>
      <w:r>
        <w:br/>
      </w:r>
      <w:r>
        <w:rPr>
          <w:sz w:val="20"/>
        </w:rPr>
        <w:t>1:01:05  Tariqa raha hai, woh do and don't ki zabanen baat kartay rahay hain.</w:t>
      </w:r>
      <w:r>
        <w:br/>
      </w:r>
      <w:r>
        <w:rPr>
          <w:sz w:val="20"/>
        </w:rPr>
        <w:t>1:01:10  Yeh karo, woh na karo, yeh na karo, yeh karo, woh na karo.</w:t>
      </w:r>
      <w:r>
        <w:br/>
      </w:r>
      <w:r>
        <w:rPr>
          <w:sz w:val="20"/>
        </w:rPr>
        <w:t>1:01:15  To woh un ki samajh mein nahi aata.</w:t>
      </w:r>
      <w:r>
        <w:br/>
      </w:r>
      <w:r>
        <w:rPr>
          <w:sz w:val="20"/>
        </w:rPr>
        <w:t>1:01:17  Aaj ka jo youth hai, woh is kay andar to rational thinking hoti hai.</w:t>
      </w:r>
      <w:r>
        <w:br/>
      </w:r>
      <w:r>
        <w:rPr>
          <w:sz w:val="20"/>
        </w:rPr>
        <w:t>1:01:23  جس آدمی کے اندر ریشنل تھنکنگ ہے، وہ do and don't کی زبان اس کے سامنے آتی نہیں۔</w:t>
      </w:r>
      <w:r>
        <w:br/>
      </w:r>
      <w:r>
        <w:rPr>
          <w:sz w:val="20"/>
        </w:rPr>
        <w:t>1:01:31  To yeh sach poochain to language gap ka muamla hai.</w:t>
      </w:r>
      <w:r>
        <w:br/>
      </w:r>
      <w:r>
        <w:rPr>
          <w:sz w:val="20"/>
        </w:rPr>
        <w:t>1:01:35  Aaj ka jo daai hai, agar woh bolay ga woh zaban jo pehlay chalti thi, to is aaj</w:t>
      </w:r>
      <w:r>
        <w:br/>
      </w:r>
      <w:r>
        <w:rPr>
          <w:sz w:val="20"/>
        </w:rPr>
        <w:t>1:01:41  ka insaan samajh mein nahi aye ga.</w:t>
      </w:r>
      <w:r>
        <w:br/>
      </w:r>
      <w:r>
        <w:rPr>
          <w:sz w:val="20"/>
        </w:rPr>
        <w:t>1:01:43  Is ko aap national language in ko</w:t>
      </w:r>
      <w:r>
        <w:br/>
      </w:r>
      <w:r>
        <w:rPr>
          <w:sz w:val="20"/>
        </w:rPr>
        <w:t>1:01:48  batayiye. Baton ko</w:t>
      </w:r>
      <w:r>
        <w:br/>
      </w:r>
      <w:r>
        <w:rPr>
          <w:sz w:val="20"/>
        </w:rPr>
        <w:t>1:01:50  Dekhein, Quran mein aik ayat hai ke: "Kul fil fasal qaul baligha,</w:t>
      </w:r>
      <w:r>
        <w:br/>
      </w:r>
      <w:r>
        <w:rPr>
          <w:sz w:val="20"/>
        </w:rPr>
        <w:t>1:01:59  Kul fil fasal qaul baligha".</w:t>
      </w:r>
      <w:r>
        <w:br/>
      </w:r>
      <w:r>
        <w:rPr>
          <w:sz w:val="20"/>
        </w:rPr>
        <w:t>1:02:01  یعنی ایسی زبان میں بات کرو جو ان کے دل کو ایڈریس کرنے والی ہو، ان کے mind</w:t>
      </w:r>
      <w:r>
        <w:br/>
      </w:r>
      <w:r>
        <w:rPr>
          <w:sz w:val="20"/>
        </w:rPr>
        <w:t>1:02:08  Ko address karnay wali ho.</w:t>
      </w:r>
      <w:r>
        <w:br/>
      </w:r>
      <w:r>
        <w:rPr>
          <w:sz w:val="20"/>
        </w:rPr>
        <w:t>1:02:11  Qaul baligh ke maani hain mind ko address karnay wala kalam.</w:t>
      </w:r>
      <w:r>
        <w:br/>
      </w:r>
      <w:r>
        <w:rPr>
          <w:sz w:val="20"/>
        </w:rPr>
        <w:t>1:02:16  To main samajhta hoon ke mera tajruba to yahi hai ke jab hum aisay zaban mein baat karein</w:t>
      </w:r>
      <w:r>
        <w:br/>
      </w:r>
      <w:r>
        <w:rPr>
          <w:sz w:val="20"/>
        </w:rPr>
        <w:t>1:02:22  جو ان کے mind کو address کرے، تو وہ بہت توجہ سے سنتے ہیں اور اس کو importance</w:t>
      </w:r>
      <w:r>
        <w:br/>
      </w:r>
      <w:r>
        <w:rPr>
          <w:sz w:val="20"/>
        </w:rPr>
        <w:t>1:02:29  detay hain. To agar hum woh zaban bolain,</w:t>
      </w:r>
      <w:r>
        <w:br/>
      </w:r>
      <w:r>
        <w:rPr>
          <w:sz w:val="20"/>
        </w:rPr>
        <w:t>1:02:34  ڈو اور ڈونٹ والی زبان، تو ان کا mind کو ایڈریس نہیں کرے گا، تو وہ react</w:t>
      </w:r>
      <w:r>
        <w:br/>
      </w:r>
      <w:r>
        <w:rPr>
          <w:sz w:val="20"/>
        </w:rPr>
        <w:t>1:02:38  karenge to yeh masla sirf yani mindset ka hai na ke</w:t>
      </w:r>
      <w:r>
        <w:br/>
      </w:r>
      <w:r>
        <w:rPr>
          <w:sz w:val="20"/>
        </w:rPr>
        <w:t>1:02:47  inkar ka case nahi hai</w:t>
      </w:r>
      <w:r>
        <w:br/>
      </w:r>
      <w:r>
        <w:rPr>
          <w:sz w:val="20"/>
        </w:rPr>
        <w:t>1:02:48  molana agla sawal</w:t>
      </w:r>
      <w:r>
        <w:br/>
      </w:r>
      <w:r>
        <w:rPr>
          <w:sz w:val="20"/>
        </w:rPr>
        <w:t>1:02:51  سری نگر سے مس کروتولین کا ہے، اور انہوں نے لکھا ہے کہ: "مولانا, have you seen many Muslims</w:t>
      </w:r>
      <w:r>
        <w:br/>
      </w:r>
      <w:r>
        <w:rPr>
          <w:sz w:val="20"/>
        </w:rPr>
        <w:t>1:03:00  ho have ideological aur political differences</w:t>
      </w:r>
      <w:r>
        <w:br/>
      </w:r>
      <w:r>
        <w:rPr>
          <w:sz w:val="20"/>
        </w:rPr>
        <w:t>1:03:04  with someone who has passed away, and they use accusing and abusive language for that person who</w:t>
      </w:r>
      <w:r>
        <w:br/>
      </w:r>
      <w:r>
        <w:rPr>
          <w:sz w:val="20"/>
        </w:rPr>
        <w:t>1:03:11  has died. They pronounce the judgment that God will cast him to hell, and while doing so they</w:t>
      </w:r>
      <w:r>
        <w:br/>
      </w:r>
      <w:r>
        <w:rPr>
          <w:sz w:val="20"/>
        </w:rPr>
        <w:t>1:03:19  justify it by quoting religion."</w:t>
      </w:r>
      <w:r>
        <w:br/>
      </w:r>
      <w:r>
        <w:rPr>
          <w:sz w:val="20"/>
        </w:rPr>
        <w:t>1:03:22  مولانا، what would be your advice to such people?</w:t>
      </w:r>
      <w:r>
        <w:br/>
      </w:r>
      <w:r>
        <w:rPr>
          <w:sz w:val="20"/>
        </w:rPr>
        <w:t>1:03:26  dekhen yeh to koi islam mein hai nahi</w:t>
      </w:r>
      <w:r>
        <w:br/>
      </w:r>
      <w:r>
        <w:rPr>
          <w:sz w:val="20"/>
        </w:rPr>
        <w:t>1:03:28  sahaba ne kabhi aisa kiya nahi</w:t>
      </w:r>
      <w:r>
        <w:br/>
      </w:r>
      <w:r>
        <w:rPr>
          <w:sz w:val="20"/>
        </w:rPr>
        <w:t>1:03:33  sahaba ne aisa nahi kiya</w:t>
      </w:r>
      <w:r>
        <w:br/>
      </w:r>
      <w:r>
        <w:rPr>
          <w:sz w:val="20"/>
        </w:rPr>
        <w:t>1:03:34  jo zinda log hain argument unke samne work karta hai</w:t>
      </w:r>
      <w:r>
        <w:br/>
      </w:r>
      <w:r>
        <w:rPr>
          <w:sz w:val="20"/>
        </w:rPr>
        <w:t>1:03:38  jo jo log mar gaye unka argument kya wo to sunne ke liye maujood nahi hai</w:t>
      </w:r>
      <w:r>
        <w:br/>
      </w:r>
      <w:r>
        <w:rPr>
          <w:sz w:val="20"/>
        </w:rPr>
        <w:t>1:03:44  agar koi unke khayalat se mutasir hai aur unki baton ko kehta hai ke yeh sahi</w:t>
      </w:r>
      <w:r>
        <w:br/>
      </w:r>
      <w:r>
        <w:rPr>
          <w:sz w:val="20"/>
        </w:rPr>
        <w:t>1:03:50  بات ہے، تو آج جو انسان ہے، اس کے mind کو address کرنے کے لیے آپ اس کو</w:t>
      </w:r>
      <w:r>
        <w:br/>
      </w:r>
      <w:r>
        <w:rPr>
          <w:sz w:val="20"/>
        </w:rPr>
        <w:t>1:03:56  iska analysis kar sakte hain</w:t>
      </w:r>
      <w:r>
        <w:br/>
      </w:r>
      <w:r>
        <w:rPr>
          <w:sz w:val="20"/>
        </w:rPr>
        <w:t>1:03:58  lekin jo chala gaya wo chala gaya</w:t>
      </w:r>
      <w:r>
        <w:br/>
      </w:r>
      <w:r>
        <w:rPr>
          <w:sz w:val="20"/>
        </w:rPr>
        <w:t>1:04:01  jo chala gaya usko</w:t>
      </w:r>
      <w:r>
        <w:br/>
      </w:r>
      <w:r>
        <w:rPr>
          <w:sz w:val="20"/>
        </w:rPr>
        <w:t>1:04:05  usko is se kya faida</w:t>
      </w:r>
      <w:r>
        <w:br/>
      </w:r>
      <w:r>
        <w:rPr>
          <w:sz w:val="20"/>
        </w:rPr>
        <w:t>1:04:07  par hadith mein yeh hai ke jo log mar gaye unko bura bhala na kaho</w:t>
      </w:r>
      <w:r>
        <w:br/>
      </w:r>
      <w:r>
        <w:rPr>
          <w:sz w:val="20"/>
        </w:rPr>
        <w:t>1:04:14  to dekhen do baaten alag alag hain</w:t>
      </w:r>
      <w:r>
        <w:br/>
      </w:r>
      <w:r>
        <w:rPr>
          <w:sz w:val="20"/>
        </w:rPr>
        <w:t>1:04:17  ek hai jo mar gaye jo sunne ke liye maujood nahi hain unko bura bhala kehna</w:t>
      </w:r>
      <w:r>
        <w:br/>
      </w:r>
      <w:r>
        <w:rPr>
          <w:sz w:val="20"/>
        </w:rPr>
        <w:t>1:04:24  aur doosri baat yeh hai ke unhone kitab likhi thi</w:t>
      </w:r>
      <w:r>
        <w:br/>
      </w:r>
      <w:r>
        <w:rPr>
          <w:sz w:val="20"/>
        </w:rPr>
        <w:t>1:04:28  unke khayalat abhi bhi libraryon mein maujood hain</w:t>
      </w:r>
      <w:r>
        <w:br/>
      </w:r>
      <w:r>
        <w:rPr>
          <w:sz w:val="20"/>
        </w:rPr>
        <w:t>1:04:32  isko padh kar koi is se</w:t>
      </w:r>
      <w:r>
        <w:br/>
      </w:r>
      <w:r>
        <w:rPr>
          <w:sz w:val="20"/>
        </w:rPr>
        <w:t>1:04:36  yani influence ho jata hai mutasir ho jata hai</w:t>
      </w:r>
      <w:r>
        <w:br/>
      </w:r>
      <w:r>
        <w:rPr>
          <w:sz w:val="20"/>
        </w:rPr>
        <w:t>1:04:40  to jo aaj zinda insan maujood hai uske samne unke khayalat ka tajziya karna</w:t>
      </w:r>
      <w:r>
        <w:br/>
      </w:r>
      <w:r>
        <w:rPr>
          <w:sz w:val="20"/>
        </w:rPr>
        <w:t>1:04:47  to mare hue logon ko bura bhala kehne se koi faida nahi</w:t>
      </w:r>
      <w:r>
        <w:br/>
      </w:r>
      <w:r>
        <w:rPr>
          <w:sz w:val="20"/>
        </w:rPr>
        <w:t>1:04:50  lekin zinda aadmi jo iske baaton se asar le kar isi ki dohra raha hai to is</w:t>
      </w:r>
      <w:r>
        <w:br/>
      </w:r>
      <w:r>
        <w:rPr>
          <w:sz w:val="20"/>
        </w:rPr>
        <w:t>1:04:56  ko to batana padega</w:t>
      </w:r>
      <w:r>
        <w:br/>
      </w:r>
      <w:r>
        <w:rPr>
          <w:sz w:val="20"/>
        </w:rPr>
        <w:t>1:05:00  is ko batana pare ga.</w:t>
      </w:r>
      <w:r>
        <w:br/>
      </w:r>
      <w:r>
        <w:rPr>
          <w:sz w:val="20"/>
        </w:rPr>
        <w:t>1:05:01  la tusub al-amwat, yeh hadith hai: "la tusub al-amwat".</w:t>
      </w:r>
      <w:r>
        <w:br/>
      </w:r>
      <w:r>
        <w:rPr>
          <w:sz w:val="20"/>
        </w:rPr>
        <w:t>1:05:07  tusub ya sub ka matlab to gaali dena, yani bura kehna.</w:t>
      </w:r>
      <w:r>
        <w:br/>
      </w:r>
      <w:r>
        <w:rPr>
          <w:sz w:val="20"/>
        </w:rPr>
        <w:t>1:05:11  maray maray huway logon ko bura na kaho.</w:t>
      </w:r>
      <w:r>
        <w:br/>
      </w:r>
      <w:r>
        <w:rPr>
          <w:sz w:val="20"/>
        </w:rPr>
        <w:t>1:05:17  la tusub al-amwat, yani maray huway logon ko bura na kaho.</w:t>
      </w:r>
      <w:r>
        <w:br/>
      </w:r>
      <w:r>
        <w:rPr>
          <w:sz w:val="20"/>
        </w:rPr>
        <w:t>1:05:20  is ka matlab yeh hai ke personal attack un logon par jo mar gaye, is se mana kiya</w:t>
      </w:r>
      <w:r>
        <w:br/>
      </w:r>
      <w:r>
        <w:rPr>
          <w:sz w:val="20"/>
        </w:rPr>
        <w:t>1:05:26  gaya. Lekin maray huway log jo hain, agar koi un se mutasir hai, to us ko bolna pare</w:t>
      </w:r>
      <w:r>
        <w:br/>
      </w:r>
      <w:r>
        <w:rPr>
          <w:sz w:val="20"/>
        </w:rPr>
        <w:t>1:05:34  ga. Masalan karobar sazinda nahi hai, lekin karobar ki soch jo hai, kitabon mein mojood hai.</w:t>
      </w:r>
      <w:r>
        <w:br/>
      </w:r>
      <w:r>
        <w:rPr>
          <w:sz w:val="20"/>
        </w:rPr>
        <w:t>1:05:40  koi is se mutasir ho kar isi ki baatein kare to hum ko tanqeed karna pare gi.</w:t>
      </w:r>
      <w:r>
        <w:br/>
      </w:r>
      <w:r>
        <w:rPr>
          <w:sz w:val="20"/>
        </w:rPr>
        <w:t>1:05:45  is ko yeh matlab hai is ka.</w:t>
      </w:r>
      <w:r>
        <w:br/>
      </w:r>
      <w:r>
        <w:rPr>
          <w:sz w:val="20"/>
        </w:rPr>
        <w:t>1:05:48  yeh bilkul logical hai, rational hai.</w:t>
      </w:r>
      <w:r>
        <w:br/>
      </w:r>
      <w:r>
        <w:rPr>
          <w:sz w:val="20"/>
        </w:rPr>
        <w:t>1:05:50  مولانا، اگلا سوال مسٹر خواجہ کلیم الدین نے کیا ہے امریکہ سے، اور ان کا سوال ہے: "When</w:t>
      </w:r>
      <w:r>
        <w:br/>
      </w:r>
      <w:r>
        <w:rPr>
          <w:sz w:val="20"/>
        </w:rPr>
        <w:t>1:05:58  The Prophet was migrating to Madinah, the Quraish sent many people to go out to get the Prophet, to</w:t>
      </w:r>
      <w:r>
        <w:br/>
      </w:r>
      <w:r>
        <w:rPr>
          <w:sz w:val="20"/>
        </w:rPr>
        <w:t>1:06:08  go and get the profit back</w:t>
      </w:r>
      <w:r>
        <w:br/>
      </w:r>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p>
    <w:p>
      <w:pPr>
        <w:pStyle w:val="Heading2"/>
      </w:pPr>
      <w:r>
        <w:t>Sacred months in Islam explained via Manipur tribal violence</w:t>
      </w:r>
    </w:p>
    <w:p>
      <w:r>
        <w:rPr>
          <w:color w:val="666666"/>
          <w:sz w:val="18"/>
        </w:rPr>
        <w:t>CPS Women Monthly Q and A with Prof. Farida Khanam and Maulana Farhad Ahmed Umeri July 30, 2023 · 3m 51s · at 9:30 · https://youtu.be/zKtfjSCnoAE?t=570</w:t>
      </w:r>
    </w:p>
    <w:p>
      <w:r>
        <w:rPr>
          <w:i/>
        </w:rPr>
        <w:t>“Hurmat wale mahine kya hain aur kyun hain?”</w:t>
      </w:r>
    </w:p>
    <w:p>
      <w:r>
        <w:rPr>
          <w:sz w:val="20"/>
        </w:rPr>
        <w:t>9:30  Yeh Quran mein aksar padhne ko hota hai ki hurmat wale mahine to yeh hurmat kya hai aur kyun hai aur kya yeh aaj bhi apply karti hai? Wale char mahine hain. Asal mein hota kya tha? Hurmat wale mahine ka matlab yeh hai usko us zamane ke hisse samjhiye ki us zamane mein kya tha? Are aap tribes to jante hain tribal age mein kya kaafi jhagda hota hai.</w:t>
      </w:r>
      <w:r>
        <w:br/>
      </w:r>
      <w:r>
        <w:rPr>
          <w:sz w:val="20"/>
        </w:rPr>
        <w:t>9:56  aaj jo manipur mein ho raha uska basic uski jad mein kya yeh tribal culture hai ki ek</w:t>
      </w:r>
      <w:r>
        <w:br/>
      </w:r>
      <w:r>
        <w:rPr>
          <w:sz w:val="20"/>
        </w:rPr>
        <w:t>10:01  tribe wale doosre tribe se ladai kar raha hai.</w:t>
      </w:r>
      <w:r>
        <w:br/>
      </w:r>
      <w:r>
        <w:rPr>
          <w:sz w:val="20"/>
        </w:rPr>
        <w:t>10:06  yeh culture ki wajah se.</w:t>
      </w:r>
      <w:r>
        <w:br/>
      </w:r>
      <w:r>
        <w:rPr>
          <w:sz w:val="20"/>
        </w:rPr>
        <w:t>10:11  aap agar hamare padosi desh mein jaayen to wahan jhagdaai jo hote hain khaas tarah se afghanistan border</w:t>
      </w:r>
      <w:r>
        <w:br/>
      </w:r>
      <w:r>
        <w:rPr>
          <w:sz w:val="20"/>
        </w:rPr>
        <w:t>10:16  par jod raha woh tribal culture ki apne aap par ho raha hai.</w:t>
      </w:r>
      <w:r>
        <w:br/>
      </w:r>
      <w:r>
        <w:rPr>
          <w:sz w:val="20"/>
        </w:rPr>
        <w:t>10:21  to usmein kaafi jhagde hote hain.</w:t>
      </w:r>
      <w:r>
        <w:br/>
      </w:r>
      <w:r>
        <w:rPr>
          <w:sz w:val="20"/>
        </w:rPr>
        <w:t>10:26  to arab mein bhi waise hua karte the.</w:t>
      </w:r>
      <w:r>
        <w:br/>
      </w:r>
      <w:r>
        <w:rPr>
          <w:sz w:val="20"/>
        </w:rPr>
        <w:t>10:32  to zamane ko hurmat wala isliye kaha gaya ki usmein jaano maal mehfooz rehta hai.</w:t>
      </w:r>
      <w:r>
        <w:br/>
      </w:r>
      <w:r>
        <w:rPr>
          <w:sz w:val="20"/>
        </w:rPr>
        <w:t>10:56  haraam hai woh kisi cheez ko karna to islam ne usko baaqi rakha aur yeh kaha ki is</w:t>
      </w:r>
      <w:r>
        <w:br/>
      </w:r>
      <w:r>
        <w:rPr>
          <w:sz w:val="20"/>
        </w:rPr>
        <w:t>11:20  mein aap jang nahin karenge.</w:t>
      </w:r>
      <w:r>
        <w:br/>
      </w:r>
      <w:r>
        <w:rPr>
          <w:sz w:val="20"/>
        </w:rPr>
        <w:t>11:44  yeh keh diya.</w:t>
      </w:r>
      <w:r>
        <w:br/>
      </w:r>
      <w:r>
        <w:rPr>
          <w:sz w:val="20"/>
        </w:rPr>
        <w:t>12:09  shayad khaadim mil jaaye.</w:t>
      </w:r>
      <w:r>
        <w:br/>
      </w:r>
      <w:r>
        <w:rPr>
          <w:sz w:val="20"/>
        </w:rPr>
        <w:t>12:20  haan, woh bhi doosri rawad mein hai.</w:t>
      </w:r>
      <w:r>
        <w:br/>
      </w:r>
      <w:r>
        <w:rPr>
          <w:sz w:val="20"/>
        </w:rPr>
        <w:t>12:31  to aur sehatmand, sehatmandi mil jaaye, aisa guzaar.</w:t>
      </w:r>
      <w:r>
        <w:br/>
      </w:r>
      <w:r>
        <w:rPr>
          <w:sz w:val="20"/>
        </w:rPr>
        <w:t>12:42  to usko goya ke saari duniya ki daulat mil gayi.</w:t>
      </w:r>
      <w:r>
        <w:br/>
      </w:r>
      <w:r>
        <w:rPr>
          <w:sz w:val="20"/>
        </w:rPr>
        <w:t>12:53  To basic rule jo ismein nikalta hai hamare liye ki koi bhi achhi cheez agar peeche chali bhi aa rahi hai jaise aapne bataya. Haan. Usko baqi rakhna hai. Haan, baqi rakhna hai.</w:t>
      </w:r>
      <w:r>
        <w:br/>
      </w:r>
      <w:r>
        <w:rPr>
          <w:sz w:val="20"/>
        </w:rPr>
        <w:t>13:21  Anyone Najma Apa please ask your question. Haan, main yeh keh rahi hoon ki zara hum how is Islam compatible to democracy ko zara elaborate kar dein.</w:t>
      </w:r>
    </w:p>
    <w:p>
      <w:pPr>
        <w:pStyle w:val="Heading2"/>
      </w:pPr>
      <w:r>
        <w:t>Hakim Fazlullah forgives the man sent to kill him</w:t>
      </w:r>
    </w:p>
    <w:p>
      <w:r>
        <w:rPr>
          <w:color w:val="666666"/>
          <w:sz w:val="18"/>
        </w:rPr>
        <w:t>From The Spiritual Tree December 3, 2006 · 5m 13s · at 25:12 · https://youtu.be/m3JXYXORP5w?t=1512</w:t>
      </w:r>
    </w:p>
    <w:p>
      <w:r>
        <w:rPr>
          <w:i/>
        </w:rPr>
        <w:t>“A man was hired to kill Hakim Fazlullah with a giant blade”</w:t>
      </w:r>
    </w:p>
    <w:p>
      <w:r>
        <w:rPr>
          <w:sz w:val="20"/>
        </w:rPr>
        <w:t>25:12  Ali Garh mein ek saahab the, ab un ka intqaal ho chuka he. un ka naam tha Hakim Afaaq Ullah. Ali Garh ke Tibbiya College mein woh ustaad the.</w:t>
      </w:r>
      <w:r>
        <w:br/>
      </w:r>
      <w:r>
        <w:rPr>
          <w:sz w:val="20"/>
        </w:rPr>
        <w:t>25:26  un ka watan tha unhon na.</w:t>
      </w:r>
      <w:r>
        <w:br/>
      </w:r>
      <w:r>
        <w:rPr>
          <w:sz w:val="20"/>
        </w:rPr>
        <w:t>25:32  meri kai baar un se mulaqaat hui thi aur unhon ne khud bataya tha yeh waqea. yeh bata raha hoon aap ko main direct</w:t>
      </w:r>
      <w:r>
        <w:br/>
      </w:r>
      <w:r>
        <w:rPr>
          <w:sz w:val="20"/>
        </w:rPr>
        <w:t>25:38  . to woh hafte mein ek baar watan jaaya karte the, apne train se jaate the. Ali Garh se train jaati thi, un ke gaon ke qareeb railway station tha, to wahan pahunchti thi woh shaam ko ,</w:t>
      </w:r>
      <w:r>
        <w:br/>
      </w:r>
      <w:r>
        <w:rPr>
          <w:sz w:val="20"/>
        </w:rPr>
        <w:t>25:54  yani sooraj doobne ke qareeb pohnchti thi. to yahan ka mamool tha. to inke is ilaqa e ke, is area ke kisi aadmi se inki dushmani ho</w:t>
      </w:r>
      <w:r>
        <w:br/>
      </w:r>
      <w:r>
        <w:rPr>
          <w:sz w:val="20"/>
        </w:rPr>
        <w:t>26:07  gayi, yani woh aadmi inka dushman ban gaya kisi wajah se. aaj kal aap jante hain ke khwaam khwaah hi dushmani ab ban jati hai. to khair, hakim afaamullah sahib ne bataya ke inka koi dushman ho giya tha.</w:t>
      </w:r>
      <w:r>
        <w:br/>
      </w:r>
      <w:r>
        <w:rPr>
          <w:sz w:val="20"/>
        </w:rPr>
        <w:t>26:20  is ne ek scheme banai, ek scheme banai ke shaam ko jab woh utar kar aain to ek aadmi ko koi paisa diya, kuch unhone do chaar</w:t>
      </w:r>
      <w:r>
        <w:br/>
      </w:r>
      <w:r>
        <w:rPr>
          <w:sz w:val="20"/>
        </w:rPr>
        <w:t>26:32  sau. ghareeb aadmi tha bechara ke tum inko maar dalo, tum ko itna paisa deta hoon mein. to dehaat mein ek cheez hoti hai, usko kehte hain gadasa.</w:t>
      </w:r>
      <w:r>
        <w:br/>
      </w:r>
      <w:r>
        <w:rPr>
          <w:sz w:val="20"/>
        </w:rPr>
        <w:t>26:42  gadasa jo hai, yani big knife samajh lijiye, bohat bara sa, bohat bada si chhuri, us se woh kaat te hain, yani powder kaat te hain, us se powder, chare,</w:t>
      </w:r>
      <w:r>
        <w:br/>
      </w:r>
      <w:r>
        <w:rPr>
          <w:sz w:val="20"/>
        </w:rPr>
        <w:t>26:55  ghaas waghera.</w:t>
      </w:r>
      <w:r>
        <w:br/>
      </w:r>
      <w:r>
        <w:rPr>
          <w:sz w:val="20"/>
        </w:rPr>
        <w:t>26:57  to us ko kehte hain dehaat mein gadasa, yani bohat bari big knife. to woh us ko le kar ke chupke baith gaya wahan. wahan par ek chhota sa pul tha, is pul se woh hote the, woh us ko pul se paar ho kar phir apne gaon mein pohnchte the.</w:t>
      </w:r>
      <w:r>
        <w:br/>
      </w:r>
      <w:r>
        <w:rPr>
          <w:sz w:val="20"/>
        </w:rPr>
        <w:t>27:18  to kya hua? woh aadmi pul ke neeche baith gaya shaam ko, aur jab woh aate the to tab tak wahan andheri raat ho chuki hoti thi.</w:t>
      </w:r>
      <w:r>
        <w:br/>
      </w:r>
      <w:r>
        <w:rPr>
          <w:sz w:val="20"/>
        </w:rPr>
        <w:t>27:31  to jab woh pohnche, aur is time wahan par koi aur aane jaane wala nahi, andheri raat ho chuki hoti thi, wahan sunna ta ho jata tha. to akele aate the, akele jaate the woh.</w:t>
      </w:r>
      <w:r>
        <w:br/>
      </w:r>
      <w:r>
        <w:rPr>
          <w:sz w:val="20"/>
        </w:rPr>
        <w:t>27:42  to jab woh pul par pohnche to zahir hai ke dekh raha tha. to jaldi se nikla woh apna woh gadasa le kar ke, aur jab pul par unke saamne aa ke khada ho gaya,</w:t>
      </w:r>
      <w:r>
        <w:br/>
      </w:r>
      <w:r>
        <w:rPr>
          <w:sz w:val="20"/>
        </w:rPr>
        <w:t>27:57  us ko le kar ke, matlab uska gardan kaatne ke liye. to hakim fuallah sahib ka woh jaana pehchana aadmi tha, us ko by face woh pehchante the, us ko to unhone jaan liya ke falan aadmi hai.</w:t>
      </w:r>
      <w:r>
        <w:br/>
      </w:r>
      <w:r>
        <w:rPr>
          <w:sz w:val="20"/>
        </w:rPr>
        <w:t>28:14  to phir aisa hua ke un par is aadmi par hakim fuallah sahib ka ek ehsaan tha. woh ghareeb aadmi bechara, uska chhota bachcha beemar hua, to us ke paas ilaaj ke paise nahi the,</w:t>
      </w:r>
      <w:r>
        <w:br/>
      </w:r>
      <w:r>
        <w:rPr>
          <w:sz w:val="20"/>
        </w:rPr>
        <w:t>28:30  aur rickshaw gaadi mein bhi nahi bitha sakta tha us ko. to hamare dehaat mein kehte hain jhuwa, jhuwa ka matlab hota hai tokra, ek bara sa tokra.</w:t>
      </w:r>
      <w:r>
        <w:br/>
      </w:r>
      <w:r>
        <w:rPr>
          <w:sz w:val="20"/>
        </w:rPr>
        <w:t>28:43  to</w:t>
      </w:r>
      <w:r>
        <w:br/>
      </w:r>
      <w:r>
        <w:rPr>
          <w:sz w:val="20"/>
        </w:rPr>
        <w:t>28:46  jhuwe mein rakh kar ke, yani tokre mein rakh kar ke, woh laya hakim fuallah sahib ke clinic mein. us ko</w:t>
      </w:r>
      <w:r>
        <w:br/>
      </w:r>
      <w:r>
        <w:rPr>
          <w:sz w:val="20"/>
        </w:rPr>
        <w:t>28:54  to us ne kaha ke hakim sahib, mere paas paisa nahi hai dawa ka, aap karam ki jiye. unhone us ka dawa kiya, us ka ilaaj kiya, aur bachcha jo tha woh achha ho gaya,</w:t>
      </w:r>
      <w:r>
        <w:br/>
      </w:r>
      <w:r>
        <w:rPr>
          <w:sz w:val="20"/>
        </w:rPr>
        <w:t>29:11  achha ho gaya, woh theek thaak ho gaya. to hakim fuallah sahib ne kaha us se ke kya tum ko woh din nahi?</w:t>
      </w:r>
      <w:r>
        <w:br/>
      </w:r>
      <w:r>
        <w:rPr>
          <w:sz w:val="20"/>
        </w:rPr>
        <w:t>29:24  kya tum ko woh din nahi jab tum apne chhote bachche ko jhuwe mein rakh kar laye the? tumhare paas paise nahi the, maine us ka ilaaj kiya, aur woh achha ho gaya.</w:t>
      </w:r>
      <w:r>
        <w:br/>
      </w:r>
      <w:r>
        <w:rPr>
          <w:sz w:val="20"/>
        </w:rPr>
        <w:t>29:40  woh din tum ko yaad nahi? ab tum ko mujh ko, mujh ko maarne ke liye aaye ho tum? unhone bataya ke jab unhone yeh ehsaan yaad dilaya us ko to itna sharminda hua woh ke unke paon par gir pada,</w:t>
      </w:r>
      <w:r>
        <w:br/>
      </w:r>
      <w:r>
        <w:rPr>
          <w:sz w:val="20"/>
        </w:rPr>
        <w:t>29:56  hakim sahib ke paon par gir pada. kehte hain hakim sahib, mujhe maaf karo. ab woh jo gadasa us ke paas tha, woh phenk diya us ko.</w:t>
      </w:r>
      <w:r>
        <w:br/>
      </w:r>
      <w:r>
        <w:rPr>
          <w:sz w:val="20"/>
        </w:rPr>
        <w:t>30:06  us ne kaha ke maaf karo us ko, aur</w:t>
      </w:r>
      <w:r>
        <w:br/>
      </w:r>
      <w:r>
        <w:rPr>
          <w:sz w:val="20"/>
        </w:rPr>
        <w:t>30:09  wapas chala gaya ghar. mein, mein, mein kehta hoon aap logon se ke qayam mein jo aap log shadiyon mein ja kar khush hote hain, baap bete ke ilaaj ke liye hospital pahunch jaate hain,</w:t>
      </w:r>
    </w:p>
    <w:p>
      <w:pPr>
        <w:pStyle w:val="Heading2"/>
      </w:pPr>
      <w:r>
        <w:t>Hazrat Hatib's mistake at Badr and Allah's forgiveness</w:t>
      </w:r>
    </w:p>
    <w:p>
      <w:r>
        <w:rPr>
          <w:color w:val="666666"/>
          <w:sz w:val="18"/>
        </w:rPr>
        <w:t>CPS Women Monthly Q and A with Prof. Farida Khanam and Maulana Farhad Ahmed Umeri July 30, 2023 · 6m 10s · at 3:20 · https://youtu.be/zKtfjSCnoAE?t=200</w:t>
      </w:r>
    </w:p>
    <w:p>
      <w:r>
        <w:rPr>
          <w:i/>
        </w:rPr>
        <w:t>“Yaar jo Badri sahabi the, unki ek ghalti thi”</w:t>
      </w:r>
    </w:p>
    <w:p>
      <w:r>
        <w:rPr>
          <w:sz w:val="20"/>
        </w:rPr>
        <w:t>3:20  Aaj mera question aise hai ki ek hadith maine Faraz aapko bheji thi. Uske hawale se yeh poochna cha rahi thi ki yaar jo Badri Sahabi the woh unka jo hai unki ek galti ki wajah thi lekin unhone Allah Taala ne unko maaf kar diya tha.</w:t>
      </w:r>
      <w:r>
        <w:br/>
      </w:r>
      <w:r>
        <w:rPr>
          <w:sz w:val="20"/>
        </w:rPr>
        <w:t>3:43  To aaj ke zamane mein bhi Allah Allah ka matlab Badar uski ladai mein unhone itna kaam itna kiya tha dil se us Khuda ke liye unhone us ladai mein shareek the us jang mein. To aage is zamane mein jo log Allah ka kaam kar rahe hain, lekin unse galtiyan ho jati hain bahut sari. Kabhi unka ego hurt ho jata hai, kabhi matlab gusse mein ho jaate hain, kabhi kisi ke liye negative ho jaate hain.</w:t>
      </w:r>
      <w:r>
        <w:br/>
      </w:r>
      <w:r>
        <w:rPr>
          <w:sz w:val="20"/>
        </w:rPr>
        <w:t>4:10  to phir uske baad toba bhi kar dein, kar lein aur to Allah taala humein bhi maaf kar dega.</w:t>
      </w:r>
      <w:r>
        <w:br/>
      </w:r>
      <w:r>
        <w:rPr>
          <w:sz w:val="20"/>
        </w:rPr>
        <w:t>4:18  un ke baby bachche Makkah mein the.</w:t>
      </w:r>
      <w:r>
        <w:br/>
      </w:r>
      <w:r>
        <w:rPr>
          <w:sz w:val="20"/>
        </w:rPr>
        <w:t>4:26  to unhon ne chaha ke hum un par kuch ehsan karte hain to woh kya hai hamari baby bachchon</w:t>
      </w:r>
      <w:r>
        <w:br/>
      </w:r>
      <w:r>
        <w:rPr>
          <w:sz w:val="20"/>
        </w:rPr>
        <w:t>4:34  ko takleef nahi pahunchayenge.</w:t>
      </w:r>
      <w:r>
        <w:br/>
      </w:r>
      <w:r>
        <w:rPr>
          <w:sz w:val="20"/>
        </w:rPr>
        <w:t>4:42  yeh jang jo ho rahi hai is mein.</w:t>
      </w:r>
      <w:r>
        <w:br/>
      </w:r>
      <w:r>
        <w:rPr>
          <w:sz w:val="20"/>
        </w:rPr>
        <w:t>4:50  yeh un ki intention thi.</w:t>
      </w:r>
      <w:r>
        <w:br/>
      </w:r>
      <w:r>
        <w:rPr>
          <w:sz w:val="20"/>
        </w:rPr>
        <w:t>4:58  to is liye unhon ne kaha ke koi khatoon thi, us ke zariye unhon ne bheja.</w:t>
      </w:r>
      <w:r>
        <w:br/>
      </w:r>
      <w:r>
        <w:rPr>
          <w:sz w:val="20"/>
        </w:rPr>
        <w:t>5:06  ki jaao yeh khat makka ke logon ko pahuncha do.</w:t>
      </w:r>
      <w:r>
        <w:br/>
      </w:r>
      <w:r>
        <w:rPr>
          <w:sz w:val="20"/>
        </w:rPr>
        <w:t>5:14  magar chunke allah taala special nigrani kar raha tha.</w:t>
      </w:r>
      <w:r>
        <w:br/>
      </w:r>
      <w:r>
        <w:rPr>
          <w:sz w:val="20"/>
        </w:rPr>
        <w:t>5:22  unhonne rasoolullah sallallahu alaihi wasallam ko khabar diya ki falan saahab hi ne aisa aisa kaam kiya hai.</w:t>
      </w:r>
      <w:r>
        <w:br/>
      </w:r>
      <w:r>
        <w:rPr>
          <w:sz w:val="20"/>
        </w:rPr>
        <w:t>5:31  woh aurat jaari falan jagah milegi.</w:t>
      </w:r>
      <w:r>
        <w:br/>
      </w:r>
      <w:r>
        <w:rPr>
          <w:sz w:val="20"/>
        </w:rPr>
        <w:t>6:06  to behal woh aurat giraftaar hokar aa gayi.</w:t>
      </w:r>
      <w:r>
        <w:br/>
      </w:r>
      <w:r>
        <w:rPr>
          <w:sz w:val="20"/>
        </w:rPr>
        <w:t>6:41  to hazrat ateeb bina abhi baltah se poocha.</w:t>
      </w:r>
      <w:r>
        <w:br/>
      </w:r>
      <w:r>
        <w:rPr>
          <w:sz w:val="20"/>
        </w:rPr>
        <w:t>7:16  rasoolullah ne bulaakar poocha to subah hazrat umar ne kaha tha allah gah rasool ji manafiq ho gaya</w:t>
      </w:r>
      <w:r>
        <w:br/>
      </w:r>
      <w:r>
        <w:rPr>
          <w:sz w:val="20"/>
        </w:rPr>
        <w:t>7:51  hai aap kahein to main inki gardan maar doon.</w:t>
      </w:r>
      <w:r>
        <w:br/>
      </w:r>
      <w:r>
        <w:rPr>
          <w:sz w:val="20"/>
        </w:rPr>
        <w:t>8:26  to woh badri the to rasoolullah sallallahu alaihi wasallam ne kaha ki badr ke mauqe par</w:t>
      </w:r>
      <w:r>
        <w:br/>
      </w:r>
      <w:r>
        <w:rPr>
          <w:sz w:val="20"/>
        </w:rPr>
        <w:t>9:02  Waqt ka saahab, waqt se explain ho gaya. Jab aadat pad jayegi to phir pakad hogi zaroor. Aadat nahi dalna hai. Jhatke mein agar koi galti ho ja rahi hai to maafi mangna hai. Jazaak Allah, Jazaak Allah Khair Bhai and now the question now comes from Doctor Safeena Tabassum. Assalamualaikum.</w:t>
      </w:r>
      <w:r>
        <w:br/>
      </w:r>
      <w:r>
        <w:rPr>
          <w:sz w:val="20"/>
        </w:rPr>
        <w:t>9:30  Yeh Quran mein aksar padhne ko hota hai ki hurmat wale mahine to yeh hurmat kya hai aur kyun hai aur kya yeh aaj bhi apply karti hai? Wale char mahine hain. Asal mein hota kya tha? Hurmat wale mahine ka matlab yeh hai usko us zamane ke hisse samjhiye ki us zamane mein kya tha? Are aap tribes to jante hain tribal age mein kya kaafi jhagda hota hai.</w:t>
      </w:r>
    </w:p>
    <w:p>
      <w:pPr>
        <w:pStyle w:val="Heading2"/>
      </w:pPr>
      <w:r>
        <w:t>Mann ne Ali se seekha aur zarra ka hisaab</w:t>
      </w:r>
    </w:p>
    <w:p>
      <w:r>
        <w:rPr>
          <w:color w:val="666666"/>
          <w:sz w:val="18"/>
        </w:rPr>
        <w:t>Life after Death (Prophetic Wisdom) · 4m 38s · at 6:18 · https://youtu.be/7bA2WIsKLMQ?t=378</w:t>
      </w:r>
    </w:p>
    <w:p>
      <w:r>
        <w:rPr>
          <w:i/>
        </w:rPr>
        <w:t>“Rasool Allah ke zamane mein ek aadmi aaya”</w:t>
      </w:r>
    </w:p>
    <w:p>
      <w:r>
        <w:rPr>
          <w:sz w:val="20"/>
        </w:rPr>
        <w:t>6:18  ke rasool ALLAH صلی اللہ علیہ وسلم ke zamane mein aik aadmi aaya bahar se, madine ke bahar se. us ne islam accept kiya.</w:t>
      </w:r>
      <w:r>
        <w:br/>
      </w:r>
      <w:r>
        <w:rPr>
          <w:sz w:val="20"/>
        </w:rPr>
        <w:t>6:32  to us ki tarbiyat ke liye aap ne us ko keh diya ke tum ali ke sath raho. ali ibn abi talib aik sahabi the, senior sahabi.</w:t>
      </w:r>
      <w:r>
        <w:br/>
      </w:r>
      <w:r>
        <w:rPr>
          <w:sz w:val="20"/>
        </w:rPr>
        <w:t>6:44  to aap ne kaha hai ke un ke sath raho aur un ke sath reh kar ke tum deen sikho.</w:t>
      </w:r>
      <w:r>
        <w:br/>
      </w:r>
      <w:r>
        <w:rPr>
          <w:sz w:val="20"/>
        </w:rPr>
        <w:t>6:53  to wahan par aisa tha ke log har din masjid mein ate the. to pata chalta tha ke aadmi aaya hai ke aadmi nahi aaya. to chand din ke baad aap ne dekha ke woh aadmi dikhai nahi de raha hai.</w:t>
      </w:r>
      <w:r>
        <w:br/>
      </w:r>
      <w:r>
        <w:rPr>
          <w:sz w:val="20"/>
        </w:rPr>
        <w:t>7:10  to aap ne kya kiya ke ali ibn abi talib jo the un se poocha ke woh aadmi dikhai nahi de raha hai? woh kahan hai woh?</w:t>
      </w:r>
      <w:r>
        <w:br/>
      </w:r>
      <w:r>
        <w:rPr>
          <w:sz w:val="20"/>
        </w:rPr>
        <w:t>7:21  to unhon ne kaha ke woh mujhe bhi nahi maloom. mere sath chand din raha. phir woh chala gaya. ab mujhe khud pata nahi us ke whereabouts ka pata nahi.</w:t>
      </w:r>
      <w:r>
        <w:br/>
      </w:r>
      <w:r>
        <w:rPr>
          <w:sz w:val="20"/>
        </w:rPr>
        <w:t>7:35  to aap ne logon se kaha ke woh aadmi jo hai kahin bhi mil jaye to us ko le aao hamare pas. to aik aadmi ne us ko kisi maqam par dekh liya to us se kaha ke tum ko rasool ALLAH ne bulaya hai.</w:t>
      </w:r>
      <w:r>
        <w:br/>
      </w:r>
      <w:r>
        <w:rPr>
          <w:sz w:val="20"/>
        </w:rPr>
        <w:t>7:52  to aaya aap ke pas.</w:t>
      </w:r>
      <w:r>
        <w:br/>
      </w:r>
      <w:r>
        <w:rPr>
          <w:sz w:val="20"/>
        </w:rPr>
        <w:t>7:56  to aap ne poocha ke mein ne tum se kaha tha ke tum ali ke sath raho aur deen sikho. to tum chale kyun gaye? us ne kaha mein ne seekh liya.</w:t>
      </w:r>
      <w:r>
        <w:br/>
      </w:r>
      <w:r>
        <w:rPr>
          <w:sz w:val="20"/>
        </w:rPr>
        <w:t>8:08  deen to mein ne seekh liya. is liye mein chala gaya.</w:t>
      </w:r>
      <w:r>
        <w:br/>
      </w:r>
      <w:r>
        <w:rPr>
          <w:sz w:val="20"/>
        </w:rPr>
        <w:t>8:16  to aap ne kaha kaise seekh liya? to us ne kaha ke mujhe ali ibn abi talib ne quran ki aik surah batai.</w:t>
      </w:r>
      <w:r>
        <w:br/>
      </w:r>
      <w:r>
        <w:rPr>
          <w:sz w:val="20"/>
        </w:rPr>
        <w:t>8:31  jis ko mein ne yaad kar liya. us surah mein mujhe aik bohat hi basic baat mil gayi. aik bohat hi basic formula.</w:t>
      </w:r>
      <w:r>
        <w:br/>
      </w:r>
      <w:r>
        <w:rPr>
          <w:sz w:val="20"/>
        </w:rPr>
        <w:t>8:45  woh yeh ke</w:t>
      </w:r>
      <w:r>
        <w:br/>
      </w:r>
      <w:r>
        <w:rPr>
          <w:sz w:val="20"/>
        </w:rPr>
        <w:t>8:57  is ka matlab yeh hai ke ke jo shakhs aaj ki duniya mein zara ke barabar bhi khair kare ga, neki kare ga, to agli zindagi mein woh us ka acha anjam, us ka inaam pa le ga.</w:t>
      </w:r>
      <w:r>
        <w:br/>
      </w:r>
      <w:r>
        <w:rPr>
          <w:sz w:val="20"/>
        </w:rPr>
        <w:t>9:18  aur jo shakhs aaj ki zindagi mein zara ke barabar, zara ke. aur jo shakhs aaj ki zindagi mein zara ke barabar bhi bura kaam kare ga,</w:t>
      </w:r>
      <w:r>
        <w:br/>
      </w:r>
      <w:r>
        <w:rPr>
          <w:sz w:val="20"/>
        </w:rPr>
        <w:t>9:32  to woh agli zindagi mein us ka anjam pa le ga. to ab mera yeh hal hai ke jab bhi koi kaam karna hota hai,</w:t>
      </w:r>
      <w:r>
        <w:br/>
      </w:r>
      <w:r>
        <w:rPr>
          <w:sz w:val="20"/>
        </w:rPr>
        <w:t>9:46  koi situation pesh ati hai,</w:t>
      </w:r>
      <w:r>
        <w:br/>
      </w:r>
      <w:r>
        <w:rPr>
          <w:sz w:val="20"/>
        </w:rPr>
        <w:t>9:51  koi bhi muamla samne ata hai to mein yeh soch leta hoon ke aaj jo mein karon ga, us ka anjam mujhe maut ke baad wali zindagi mein milna milna hai.</w:t>
      </w:r>
      <w:r>
        <w:br/>
      </w:r>
      <w:r>
        <w:rPr>
          <w:sz w:val="20"/>
        </w:rPr>
        <w:t>10:04  to yeh soch jo hai meri, yeh mere zehan ko hamesha theek rakhti hai.</w:t>
      </w:r>
      <w:r>
        <w:br/>
      </w:r>
      <w:r>
        <w:rPr>
          <w:sz w:val="20"/>
        </w:rPr>
        <w:t>10:15  aaj ki jo temporary life hai, thoray din ki, us ke kiye ka badla mujhe eternal life mein bhugtana hai.</w:t>
      </w:r>
      <w:r>
        <w:br/>
      </w:r>
      <w:r>
        <w:rPr>
          <w:sz w:val="20"/>
        </w:rPr>
        <w:t>10:26  to mein yeh jab soch leta hoon ke kal ke anjam se bachne ke liye mujhe aaj apna behavior, apni bol baat, sab ko theek rakhna pare ga.</w:t>
      </w:r>
      <w:r>
        <w:br/>
      </w:r>
      <w:r>
        <w:rPr>
          <w:sz w:val="20"/>
        </w:rPr>
        <w:t>10:40  yeh cheez mere liye aik training ban gayi. mujhe yeh aqeedah mere teacher ban gaya. to aap ne kaha ke is ne baat ko pa liya.</w:t>
      </w:r>
    </w:p>
    <w:p>
      <w:pPr>
        <w:pStyle w:val="Heading2"/>
      </w:pPr>
      <w:r>
        <w:t>Modern technology fulfills hadith of entering every home</w:t>
      </w:r>
    </w:p>
    <w:p>
      <w:r>
        <w:rPr>
          <w:color w:val="666666"/>
          <w:sz w:val="18"/>
        </w:rPr>
        <w:t>Living in the 21st Century I 17th February 2013 - Maulana Wahiduddin Khan · 5m 38s · at 22:01 · https://youtu.be/ccUhM8fLtpU?t=1321</w:t>
      </w:r>
    </w:p>
    <w:p>
      <w:r>
        <w:rPr>
          <w:i/>
        </w:rPr>
        <w:t>“ایک بہت عجیب بات مجھے سمجھ میں آئی۔ وہ عجیب بات یہ ہے”</w:t>
      </w:r>
    </w:p>
    <w:p>
      <w:r>
        <w:rPr>
          <w:sz w:val="20"/>
        </w:rPr>
        <w:t>22:01  ke aaj jo age aaya hai, age of yaani communication, isne computer ko paida kiya.</w:t>
      </w:r>
      <w:r>
        <w:br/>
      </w:r>
      <w:r>
        <w:rPr>
          <w:sz w:val="20"/>
        </w:rPr>
        <w:t>22:12  to computer mein aap jante hain ke internet hota hai, website hoti hai. ismein aap koi bhi cheez bhar diye, ismein aa gaya, woh preserve ho gaya.</w:t>
      </w:r>
      <w:r>
        <w:br/>
      </w:r>
      <w:r>
        <w:rPr>
          <w:sz w:val="20"/>
        </w:rPr>
        <w:t>22:25  jo pehle computer hua karta tha. phir duniya mein laptop aaya.</w:t>
      </w:r>
      <w:r>
        <w:br/>
      </w:r>
      <w:r>
        <w:rPr>
          <w:sz w:val="20"/>
        </w:rPr>
        <w:t>22:31  ab jo ab jo revolution aaya hai, revolution, ab kya hai? sari cheez mobile mein aa gayi hai. mobile.</w:t>
      </w:r>
      <w:r>
        <w:br/>
      </w:r>
      <w:r>
        <w:rPr>
          <w:sz w:val="20"/>
        </w:rPr>
        <w:t>22:42  yaani sari jankari, sari information, sab kuch mobile mein. chota sa mobile jo hai</w:t>
      </w:r>
      <w:r>
        <w:br/>
      </w:r>
      <w:r>
        <w:rPr>
          <w:sz w:val="20"/>
        </w:rPr>
        <w:t>22:49  woh sara treasure uske andar maujood hota hai. achha mobile to aadmi ki apni zarurat hai.</w:t>
      </w:r>
      <w:r>
        <w:br/>
      </w:r>
      <w:r>
        <w:rPr>
          <w:sz w:val="20"/>
        </w:rPr>
        <w:t>23:01  mobile to khud khareed ke lata hai woh. mobile ka mamla yeh nahi ke aap</w:t>
      </w:r>
      <w:r>
        <w:br/>
      </w:r>
      <w:r>
        <w:rPr>
          <w:sz w:val="20"/>
        </w:rPr>
        <w:t>23:07  Quran ki ek copy le kar jayein aur aap ko woh apne darwaze se lota de ke mujhe to nahi chahiye. mobile to woh khud hi khud khareed kar ke apni jeb mein dale hue hain.</w:t>
      </w:r>
      <w:r>
        <w:br/>
      </w:r>
      <w:r>
        <w:rPr>
          <w:sz w:val="20"/>
        </w:rPr>
        <w:t>23:18  khud hi khud apne hath mein liye hue hain. iska matlab kya hai?</w:t>
      </w:r>
      <w:r>
        <w:br/>
      </w:r>
      <w:r>
        <w:rPr>
          <w:sz w:val="20"/>
        </w:rPr>
        <w:t>23:23  ke agar aap mobile mein Quran ka translation, Quran ki baatein dakhil kar dein to khud insan khud bazaar se layega khareed kar ke.</w:t>
      </w:r>
      <w:r>
        <w:br/>
      </w:r>
      <w:r>
        <w:rPr>
          <w:sz w:val="20"/>
        </w:rPr>
        <w:t>23:36  apne ghar mein rakhega usko. khud hi karega.</w:t>
      </w:r>
      <w:r>
        <w:br/>
      </w:r>
      <w:r>
        <w:rPr>
          <w:sz w:val="20"/>
        </w:rPr>
        <w:t>23:40  yaani uska apna interest hai ke usko le aaye. kehta hai aaj yeh farq hua. yaani pehle zamana tha ke aap sunayein tab aadmi sune ga.</w:t>
      </w:r>
      <w:r>
        <w:br/>
      </w:r>
      <w:r>
        <w:rPr>
          <w:sz w:val="20"/>
        </w:rPr>
        <w:t>23:52  to bahut chand logon ko suna sakte the aap. phir zamana aaya ke aap hath se likh kar kuch copy tayyar karein, usko dein logon ko.</w:t>
      </w:r>
      <w:r>
        <w:br/>
      </w:r>
      <w:r>
        <w:rPr>
          <w:sz w:val="20"/>
        </w:rPr>
        <w:t>24:01  tab bhi bahut kam de pate the aap.</w:t>
      </w:r>
      <w:r>
        <w:br/>
      </w:r>
      <w:r>
        <w:rPr>
          <w:sz w:val="20"/>
        </w:rPr>
        <w:t>24:04  phir hote hote printing press aaya. printing press bhi jo kitabein chapin, tab bhi bahut kam logon ko aap de sakte the.</w:t>
      </w:r>
      <w:r>
        <w:br/>
      </w:r>
      <w:r>
        <w:rPr>
          <w:sz w:val="20"/>
        </w:rPr>
        <w:t>24:15  phir kya hua? jis ko main kaha karta hoon global mobility. log idhar udhar jane lage. travel karne lage. tourism aaya.</w:t>
      </w:r>
      <w:r>
        <w:br/>
      </w:r>
      <w:r>
        <w:rPr>
          <w:sz w:val="20"/>
        </w:rPr>
        <w:t>24:25  to sari dunya mein ek mobility aa gai.</w:t>
      </w:r>
      <w:r>
        <w:br/>
      </w:r>
      <w:r>
        <w:rPr>
          <w:sz w:val="20"/>
        </w:rPr>
        <w:t>24:30  jab se hawa jahaz aya hai, tab se yeh cheez bohat barh gai. To sari dunya mein log idhar se udhar, idhar se udhar, millions, millions log rozana ate jate hain.</w:t>
      </w:r>
      <w:r>
        <w:br/>
      </w:r>
      <w:r>
        <w:rPr>
          <w:sz w:val="20"/>
        </w:rPr>
        <w:t>24:42  to is ka matlab kya hua? Ke jin ko aap ko dena hai, woh aap ke door par khara hua hai.</w:t>
      </w:r>
      <w:r>
        <w:br/>
      </w:r>
      <w:r>
        <w:rPr>
          <w:sz w:val="20"/>
        </w:rPr>
        <w:t>24:48  aap ke pas garden mein woh walk kar raha hai. Aap ke pas ke office mein woh maujood hai.</w:t>
      </w:r>
      <w:r>
        <w:br/>
      </w:r>
      <w:r>
        <w:rPr>
          <w:sz w:val="20"/>
        </w:rPr>
        <w:t>24:58  har jagah maujood hai, har jagah maujood hai. Acha phir bhi dekhiye, agar hamein</w:t>
      </w:r>
      <w:r>
        <w:br/>
      </w:r>
      <w:r>
        <w:rPr>
          <w:sz w:val="20"/>
        </w:rPr>
        <w:t>25:06  knock kar ke dena hota to phir bhi woh inkar kar sakta tha. Ab kya ho gaya? Ab to khud woh jo apni zaroorat ke liye jo mobile khareedta hai, jo laptop khareedta hai, jo computer khareedta hai, usi mein maujood hai.</w:t>
      </w:r>
      <w:r>
        <w:br/>
      </w:r>
      <w:r>
        <w:rPr>
          <w:sz w:val="20"/>
        </w:rPr>
        <w:t>25:22  agar aap is mein, is mein, is mein daal dein to.</w:t>
      </w:r>
      <w:r>
        <w:br/>
      </w:r>
      <w:r>
        <w:rPr>
          <w:sz w:val="20"/>
        </w:rPr>
        <w:t>25:26  yani agar aap Allah ke paigham ko daal dein computer mein, internet mein, mobile mein, to is ka matlab kya hua?</w:t>
      </w:r>
      <w:r>
        <w:br/>
      </w:r>
      <w:r>
        <w:rPr>
          <w:sz w:val="20"/>
        </w:rPr>
        <w:t>25:37  ke khud apne hi choice se woh jis instrument ko la kar ghar mein rakhe hue hain, usi mein maujood hai woh.</w:t>
      </w:r>
      <w:r>
        <w:br/>
      </w:r>
      <w:r>
        <w:rPr>
          <w:sz w:val="20"/>
        </w:rPr>
        <w:t>25:46  yeh hai ghar ghar mein pohnchne ka matlab. Kesi ajeeb baat hai. Yeh jo opportunity hai,</w:t>
      </w:r>
      <w:r>
        <w:br/>
      </w:r>
      <w:r>
        <w:rPr>
          <w:sz w:val="20"/>
        </w:rPr>
        <w:t>25:58  pehlay zamanay mein bhi yeh thi unthinkable.</w:t>
      </w:r>
      <w:r>
        <w:br/>
      </w:r>
      <w:r>
        <w:rPr>
          <w:sz w:val="20"/>
        </w:rPr>
        <w:t>26:03  unthinkable.</w:t>
      </w:r>
      <w:r>
        <w:br/>
      </w:r>
      <w:r>
        <w:rPr>
          <w:sz w:val="20"/>
        </w:rPr>
        <w:t>26:08  yani aap dein ya aap is ke hath mein dene ki zaroorat nahi hai, woh khud hi la kar ke bazaar se le kar rakhe hue hain apne ghar mein.</w:t>
      </w:r>
      <w:r>
        <w:br/>
      </w:r>
      <w:r>
        <w:rPr>
          <w:sz w:val="20"/>
        </w:rPr>
        <w:t>26:18  aur phir aasani ka aap jaein, is ka mangen is se ke lao, is ke andar mujhe bharna hai. To woh kyun de ga aap ko?</w:t>
      </w:r>
      <w:r>
        <w:br/>
      </w:r>
      <w:r>
        <w:rPr>
          <w:sz w:val="20"/>
        </w:rPr>
        <w:t>26:27  nahi, aap apne office mein baith kar ke</w:t>
      </w:r>
      <w:r>
        <w:br/>
      </w:r>
      <w:r>
        <w:rPr>
          <w:sz w:val="20"/>
        </w:rPr>
        <w:t>26:33  apni jo technology hai, us ko istemal kar ke apne office se aisa kar sakte hain ke us ke mobile mein pohnch jaye. Us ke laptop par pohnch jaye, us ke computer par pohnch jaye.</w:t>
      </w:r>
      <w:r>
        <w:br/>
      </w:r>
      <w:r>
        <w:rPr>
          <w:sz w:val="20"/>
        </w:rPr>
        <w:t>26:46  yeh kesi ajeeb opportunity hai.</w:t>
      </w:r>
      <w:r>
        <w:br/>
      </w:r>
      <w:r>
        <w:rPr>
          <w:sz w:val="20"/>
        </w:rPr>
        <w:t>26:52  to is ka matlab kya hua? Ke aaj jo hai yeh mission, yani ke Allah ke message ko, Allah ke paigham ko, jo Allah ka paigham hai ke</w:t>
      </w:r>
      <w:r>
        <w:br/>
      </w:r>
      <w:r>
        <w:rPr>
          <w:sz w:val="20"/>
        </w:rPr>
        <w:t>27:09  insan jaan le ke what is the Christian plan of God? What are the scheme of things of God?</w:t>
      </w:r>
      <w:r>
        <w:br/>
      </w:r>
      <w:r>
        <w:rPr>
          <w:sz w:val="20"/>
        </w:rPr>
        <w:t>27:18  yeh jaan le insan, yeh mission hai. To is ke liye opportunities ke sare darwaze khul gaye.</w:t>
      </w:r>
      <w:r>
        <w:br/>
      </w:r>
      <w:r>
        <w:rPr>
          <w:sz w:val="20"/>
        </w:rPr>
        <w:t>27:30  kesi ajeeb baat hai. Yani hundred percent yeh goal aaj achievable ho gaya.</w:t>
      </w:r>
    </w:p>
    <w:p>
      <w:pPr>
        <w:pStyle w:val="Heading2"/>
      </w:pPr>
      <w:r>
        <w:t>Historical examples of mass conversion</w:t>
      </w:r>
    </w:p>
    <w:p>
      <w:r>
        <w:rPr>
          <w:color w:val="666666"/>
          <w:sz w:val="18"/>
        </w:rPr>
        <w:t>Hadith Prediction November 3, 2013 · 3m 45s · at 7:21 · https://youtu.be/cb5Lzw9c8aE?t=441</w:t>
      </w:r>
    </w:p>
    <w:p>
      <w:r>
        <w:rPr>
          <w:i/>
        </w:rPr>
        <w:t>“In that time, Greek philosophy dominated Europe.”</w:t>
      </w:r>
    </w:p>
    <w:p>
      <w:r>
        <w:rPr>
          <w:sz w:val="20"/>
        </w:rPr>
        <w:t>7:21  us zamane mein Europe mein philosophical sense mein Greek philosophy chhai hui thi. Yunan, jo Europe ka ek hissa hai, aur woh bare philosopher paida hue wahan, to philosophy mein Yunan dominate kar raha tha us zamane mein.</w:t>
      </w:r>
      <w:r>
        <w:br/>
      </w:r>
      <w:r>
        <w:rPr>
          <w:sz w:val="20"/>
        </w:rPr>
        <w:t>7:41  to Greek philosopher jo the, un ka jo falsafa tha, usi se un ka mindset bana hua tha.</w:t>
      </w:r>
      <w:r>
        <w:br/>
      </w:r>
      <w:r>
        <w:rPr>
          <w:sz w:val="20"/>
        </w:rPr>
        <w:t>7:50  to Christianity mein jo aaya hai, mislan Trinity, woh direct taur par Greek philosophy se aaya hai.</w:t>
      </w:r>
      <w:r>
        <w:br/>
      </w:r>
      <w:r>
        <w:rPr>
          <w:sz w:val="20"/>
        </w:rPr>
        <w:t>8:00  Greek philosopher jo the, woh reality ka tasawwur karte the, us ko samajhte the ke three dimensional sachai jo hai, woh three dimensional hai.</w:t>
      </w:r>
      <w:r>
        <w:br/>
      </w:r>
      <w:r>
        <w:rPr>
          <w:sz w:val="20"/>
        </w:rPr>
        <w:t>8:13  yeh yahi concept le kar aaye, woh yeh mindset.</w:t>
      </w:r>
      <w:r>
        <w:br/>
      </w:r>
      <w:r>
        <w:rPr>
          <w:sz w:val="20"/>
        </w:rPr>
        <w:t>8:17  to christianity mein unhon ne isi ko shamil kar ke taslees ka aqeedah bana liya, jis ko kehte hain trinity. to trinity Hazrat Masih ki taleem halkay nahi thi, hatta ke abhi bhi woh new testament mein nahi hai, abhi bhi.</w:t>
      </w:r>
      <w:r>
        <w:br/>
      </w:r>
      <w:r>
        <w:rPr>
          <w:sz w:val="20"/>
        </w:rPr>
        <w:t>8:34  to yeh kahan se aayi? yeh mass conversion ke zariye aayi.</w:t>
      </w:r>
      <w:r>
        <w:br/>
      </w:r>
      <w:r>
        <w:rPr>
          <w:sz w:val="20"/>
        </w:rPr>
        <w:t>8:42  to Islam mein bhi yahi hua, yaani jab Hazrat Umar ke zamanay mein aik bohat bara waqia hua ke sasaniyat empire aur Roman empire ya Byzantine empire ko fateh kar liya Musalmanon ne, to bohat se mulk achaanak Islam ke saltanat mein dakhil ho gaye.</w:t>
      </w:r>
      <w:r>
        <w:br/>
      </w:r>
      <w:r>
        <w:rPr>
          <w:sz w:val="20"/>
        </w:rPr>
        <w:t>9:08  to mass conversion hua.</w:t>
      </w:r>
      <w:r>
        <w:br/>
      </w:r>
      <w:r>
        <w:rPr>
          <w:sz w:val="20"/>
        </w:rPr>
        <w:t>9:11  yeh log ziyada tar Christian thay ya majosi thay. to Christian logon, log jo jo jo Islam mein aaye, to kalma to parh liya unhon ne, lekin woh isi mindset ko le kar aaye.</w:t>
      </w:r>
      <w:r>
        <w:br/>
      </w:r>
      <w:r>
        <w:rPr>
          <w:sz w:val="20"/>
        </w:rPr>
        <w:t>9:25  to Islam mein yeh log jo thay, Islam mein unhon ne apne pichlay aqeedon ko shamil kar diya.</w:t>
      </w:r>
      <w:r>
        <w:br/>
      </w:r>
      <w:r>
        <w:rPr>
          <w:sz w:val="20"/>
        </w:rPr>
        <w:t>9:34  is ki aik misaal hai shafa'at ka aqeedah</w:t>
      </w:r>
      <w:r>
        <w:br/>
      </w:r>
      <w:r>
        <w:rPr>
          <w:sz w:val="20"/>
        </w:rPr>
        <w:t>9:37  . shafa'at ka aqeedah bilkul hi Islam mein alien hai, bilkul alien hai. yeh kahan se aaya?</w:t>
      </w:r>
      <w:r>
        <w:br/>
      </w:r>
      <w:r>
        <w:rPr>
          <w:sz w:val="20"/>
        </w:rPr>
        <w:t>9:45  yeh wohi Christian jo thay, jo yeh tasawwur le kar aaye thay ke Hazrat Masih jo sui par charh gaye, to saaray Masihion ke liye kaffar ban gaye.</w:t>
      </w:r>
      <w:r>
        <w:br/>
      </w:r>
      <w:r>
        <w:rPr>
          <w:sz w:val="20"/>
        </w:rPr>
        <w:t>9:59  aik taraf se saaray Masihion ki nijaat ho gayi. yeh jo concept tha, isi ko unhon ne Islam</w:t>
      </w:r>
      <w:r>
        <w:br/>
      </w:r>
      <w:r>
        <w:rPr>
          <w:sz w:val="20"/>
        </w:rPr>
        <w:t>10:07  ize kiya, Islamize kar ke shafa'at ka aqeedah bana liya ke Rasool Allah ke shafa'at se saaray Musalman aik taraf se sab jannat mein dakhil kar diye jayenge. yeh hua.</w:t>
      </w:r>
      <w:r>
        <w:br/>
      </w:r>
      <w:r>
        <w:rPr>
          <w:sz w:val="20"/>
        </w:rPr>
        <w:t>10:18  to yeh jo hadith hai ke log fauj dar fauj Islam mein dakhil honge aur fauj dar fauj nikal jayenge,</w:t>
      </w:r>
      <w:r>
        <w:br/>
      </w:r>
      <w:r>
        <w:rPr>
          <w:sz w:val="20"/>
        </w:rPr>
        <w:t>10:27  to dekhiye, pehla dakhil hona to fold mein dakhil hona hai, yaani kalma parh kar ke, lekin doosra dakhil hona jo ikhraj hai, nikalna, woh nikalna is is sense mein nahi ke Islam ko chhod denge, woh balkay apne mindset ki bina par woh Islam ke ko usi pattern par dhaal denge.</w:t>
      </w:r>
      <w:r>
        <w:br/>
      </w:r>
      <w:r>
        <w:rPr>
          <w:sz w:val="20"/>
        </w:rPr>
        <w:t>10:50  pichlay pattern par jo un ka pichla pattern hoga, usi par dhaal denge.</w:t>
      </w:r>
      <w:r>
        <w:br/>
      </w:r>
      <w:r>
        <w:rPr>
          <w:sz w:val="20"/>
        </w:rPr>
        <w:t>10:57  yeh baray paimaanay par hua Islam mein ke jo un ka pattern tha, usi par unhon ne Islam ko dhaal diya.</w:t>
      </w:r>
    </w:p>
    <w:p>
      <w:pPr>
        <w:pStyle w:val="Heading2"/>
      </w:pPr>
      <w:r>
        <w:t>Gandhi mobilized crowds but never built a team</w:t>
      </w:r>
    </w:p>
    <w:p>
      <w:r>
        <w:rPr>
          <w:color w:val="666666"/>
          <w:sz w:val="18"/>
        </w:rPr>
        <w:t>Journey to a Mediterranean Island November 23, 2008 · 3m 26s · at 50:34 · https://youtu.be/uoOiuhWeSIQ?t=3034</w:t>
      </w:r>
    </w:p>
    <w:p>
      <w:r>
        <w:rPr>
          <w:i/>
        </w:rPr>
        <w:t>“کل میرے پاس ٹائمز آف انڈیا کے ایک صاحب آئے تھے”</w:t>
      </w:r>
    </w:p>
    <w:p>
      <w:r>
        <w:rPr>
          <w:sz w:val="20"/>
        </w:rPr>
        <w:t>50:34  kal mere paas types of India ke ek sahib aaye the, to mere kaam ke bare mein un se baat hui. to</w:t>
      </w:r>
      <w:r>
        <w:br/>
      </w:r>
      <w:r>
        <w:rPr>
          <w:sz w:val="20"/>
        </w:rPr>
        <w:t>50:42  mein ne kaha ke dekhiye, Mahatma Gandhi jo hai, independence pehle bohat hi successful leader the, independence ke baad fail ho gaye, woh kuch nahi kar paye, woh first mare, woh unhone kaha ke ab meri kaun sune ga?</w:t>
      </w:r>
      <w:r>
        <w:br/>
      </w:r>
      <w:r>
        <w:rPr>
          <w:sz w:val="20"/>
        </w:rPr>
        <w:t>50:58  kyun? unhone audience se pehle jo kaam kiya, woh British empire ko target kiya tha.</w:t>
      </w:r>
      <w:r>
        <w:br/>
      </w:r>
      <w:r>
        <w:rPr>
          <w:sz w:val="20"/>
        </w:rPr>
        <w:t>51:08  unhone Brit</w:t>
      </w:r>
      <w:r>
        <w:br/>
      </w:r>
      <w:r>
        <w:rPr>
          <w:sz w:val="20"/>
        </w:rPr>
        <w:t>51:11  ish, yani Quit India, to Quit India par unhone phir logon ko mobilize kiya, aur bohat bari bheed un ka aktha ho gayi.</w:t>
      </w:r>
      <w:r>
        <w:br/>
      </w:r>
      <w:r>
        <w:rPr>
          <w:sz w:val="20"/>
        </w:rPr>
        <w:t>51:21  to is ki taqat se angrezon ko jahan chhodna pada, lekin yani post independence India mein jo kaam karna tha, us ke liye team chahiye thi.</w:t>
      </w:r>
      <w:r>
        <w:br/>
      </w:r>
      <w:r>
        <w:rPr>
          <w:sz w:val="20"/>
        </w:rPr>
        <w:t>51:32  team, team thi nahi un ke paas, Gandhi</w:t>
      </w:r>
      <w:r>
        <w:br/>
      </w:r>
      <w:r>
        <w:rPr>
          <w:sz w:val="20"/>
        </w:rPr>
        <w:t>51:37  ke paas koi team nahi thi. Gandhi to awam ko mobilize karte rahe, bas sadkon par bari bari bheed aktha ho jaye, jalson par bari bari bheed aktha ho jaye, aur is is is bheed ko unhone ek ek ek taqat ki taraf istemal kiya British British ke khilaf, jis mein woh kamyab hue.</w:t>
      </w:r>
      <w:r>
        <w:br/>
      </w:r>
      <w:r>
        <w:rPr>
          <w:sz w:val="20"/>
        </w:rPr>
        <w:t>51:56  lekin baad ka zamana jo tha, yahan to koi aisa nahi tha, koi jis se aap takkar karein.</w:t>
      </w:r>
      <w:r>
        <w:br/>
      </w:r>
      <w:r>
        <w:rPr>
          <w:sz w:val="20"/>
        </w:rPr>
        <w:t>52:06  ek takrao ki policy jo chalai thi Gandhi ne, woh azadi se pehle kaam kar sakti thi. ab to takrao kis se karenge? apne logon se takrao karenge aap, aur kuch log nadani mein kar rahe hain, to bhat band aur chakka jam karte hain, yeh strike karte hain, desh ko tabah kar rahe hain.</w:t>
      </w:r>
      <w:r>
        <w:br/>
      </w:r>
      <w:r>
        <w:rPr>
          <w:sz w:val="20"/>
        </w:rPr>
        <w:t>52:23  to mein ne kaha ke dekhiye, Mahatma Gandhi ka kaam jahan, yani jahan khatam hua tha, wahan se hamara kaam shuru hua hai, yani hum team bana rahe hain.</w:t>
      </w:r>
      <w:r>
        <w:br/>
      </w:r>
      <w:r>
        <w:rPr>
          <w:sz w:val="20"/>
        </w:rPr>
        <w:t>52:33  team</w:t>
      </w:r>
      <w:r>
        <w:br/>
      </w:r>
      <w:r>
        <w:rPr>
          <w:sz w:val="20"/>
        </w:rPr>
        <w:t>52:35  jo Fabian Society ka mein ne hawala diya, jis se England mein kiya tha, unhone Fabian Society ne pehle team banai, unhone phir team ne aage badh kar kaam kiya. to yeh do phase mein kaam hua un ka.</w:t>
      </w:r>
      <w:r>
        <w:br/>
      </w:r>
      <w:r>
        <w:rPr>
          <w:sz w:val="20"/>
        </w:rPr>
        <w:t>52:48  to hum yeh jo yahan par hum karte hain, yahan par aur is tarah ki doosri activities jo hamari hain, to ek team banane ke liye aap log woh team hain.</w:t>
      </w:r>
      <w:r>
        <w:br/>
      </w:r>
      <w:r>
        <w:rPr>
          <w:sz w:val="20"/>
        </w:rPr>
        <w:t>53:00  to hamara pehla nishana yeh hai ke ek team ban jaye,</w:t>
      </w:r>
      <w:r>
        <w:br/>
      </w:r>
      <w:r>
        <w:rPr>
          <w:sz w:val="20"/>
        </w:rPr>
        <w:t>53:04  agla kaam jo hai woh yeh team anjam degi, jaisa ke Fabian Society ne kiya England mein. to aap ko consciously jaan na chahiye ke aap ka mission kya hai, aap ka role kya hai,</w:t>
      </w:r>
      <w:r>
        <w:br/>
      </w:r>
      <w:r>
        <w:rPr>
          <w:sz w:val="20"/>
        </w:rPr>
        <w:t>53:17  aap ko is duniya mein karna kya hai. consciously jaan na chahiye, consciously.</w:t>
      </w:r>
      <w:r>
        <w:br/>
      </w:r>
      <w:r>
        <w:rPr>
          <w:sz w:val="20"/>
        </w:rPr>
        <w:t>53:27  is waqt hamari sari jo phases hain, hamara zor jo hamara hai, woh hai team banane par.</w:t>
      </w:r>
      <w:r>
        <w:br/>
      </w:r>
      <w:r>
        <w:rPr>
          <w:sz w:val="20"/>
        </w:rPr>
        <w:t>53:36  jab tak hum is mein, yani jitna hum is mein kamyab honge, yani team banane mein, utna hi hum agle marhale mein kamyabi hasil kar sakenge.</w:t>
      </w:r>
      <w:r>
        <w:br/>
      </w:r>
      <w:r>
        <w:rPr>
          <w:sz w:val="20"/>
        </w:rPr>
        <w:t>53:49  yeh Rasool Allah Sallallahu Alaihi Wasallam ka tareeqa yahi tha. Rasool Allah ne pehle team banai, phir us team ne, usi team ko hum Sahaba kehte hain, Sahaba naam hai usi team ka.</w:t>
      </w:r>
    </w:p>
    <w:p>
      <w:pPr>
        <w:pStyle w:val="Heading2"/>
      </w:pPr>
      <w:r>
        <w:t>Satan's rebellion explains why arrogance leads to hell, modesty to paradise</w:t>
      </w:r>
    </w:p>
    <w:p>
      <w:r>
        <w:rPr>
          <w:color w:val="666666"/>
          <w:sz w:val="18"/>
        </w:rPr>
        <w:t>Modesty and Arrogance January 31, 2008 · 4m 58s · at 48:26 · https://youtu.be/8EHBmsIAF_Q?t=2906</w:t>
      </w:r>
    </w:p>
    <w:p>
      <w:r>
        <w:rPr>
          <w:i/>
        </w:rPr>
        <w:t>“This is not a mysterious matter — you can understand it by thinking”</w:t>
      </w:r>
    </w:p>
    <w:p>
      <w:r>
        <w:rPr>
          <w:sz w:val="20"/>
        </w:rPr>
        <w:t>48:26  yeh koi koi mystery nahi hai, yeh pasraar cheez nahi hai. yeh aap soch kar is ko samajh sakte hain, soch kar is ko samajh sakte hain.</w:t>
      </w:r>
      <w:r>
        <w:br/>
      </w:r>
      <w:r>
        <w:rPr>
          <w:sz w:val="20"/>
        </w:rPr>
        <w:t>48:42  to woh kaise? arrogance ne agar aap ke andar arrogance hain to aap har ek se hate karenge, har ek ko apne se kam samjhenge.</w:t>
      </w:r>
      <w:r>
        <w:br/>
      </w:r>
      <w:r>
        <w:rPr>
          <w:sz w:val="20"/>
        </w:rPr>
        <w:t>48:50  jaise ke Iblees ne Adam ko apne se kam samjha.</w:t>
      </w:r>
      <w:r>
        <w:br/>
      </w:r>
      <w:r>
        <w:rPr>
          <w:sz w:val="20"/>
        </w:rPr>
        <w:t>48:58  to Quran mein hai ke jab Adam ko ke samne nahi jhuka Iblees</w:t>
      </w:r>
      <w:r>
        <w:br/>
      </w:r>
      <w:r>
        <w:rPr>
          <w:sz w:val="20"/>
        </w:rPr>
        <w:t>49:08  to Khuda ne is ko reject kar diya. is ko kaha ke nikal wahan se. jab use reject kar diya Khuda ne to is ne Khuda ko ek challenge diya. Khuda ne kaha ke Khuda se poocha ke mujhe mauqa dijiye, mujhe mauqa do.</w:t>
      </w:r>
      <w:r>
        <w:br/>
      </w:r>
      <w:r>
        <w:rPr>
          <w:sz w:val="20"/>
        </w:rPr>
        <w:t>49:23  to Khuda ne mauqa diya yani insanon ke darmiyan kaam karne ka. to Khuda ne jo mauqa diya to is ne kya kaha?</w:t>
      </w:r>
      <w:r>
        <w:br/>
      </w:r>
      <w:r>
        <w:rPr>
          <w:sz w:val="20"/>
        </w:rPr>
        <w:t>49:35  Iblees ne. Iblees jo hai jinaton ka sardar tha, poori jinn community ki taraf se goya bola. woh is ne kaha ke ab main insanon ko behkaunga,</w:t>
      </w:r>
      <w:r>
        <w:br/>
      </w:r>
      <w:r>
        <w:rPr>
          <w:sz w:val="20"/>
        </w:rPr>
        <w:t>49:47  insanon ko raste se bhatkaunga.</w:t>
      </w:r>
      <w:r>
        <w:br/>
      </w:r>
      <w:r>
        <w:rPr>
          <w:sz w:val="20"/>
        </w:rPr>
        <w:t>49:55  to wahan par dekhne ki baat yeh hai ke Allah taala ne kya farmaya? Allah taala ne kya farmaya? Allah taala ne farmaya ke jo tumhara rah, jo tumhare raste par chala,</w:t>
      </w:r>
      <w:r>
        <w:br/>
      </w:r>
      <w:r>
        <w:rPr>
          <w:sz w:val="20"/>
        </w:rPr>
        <w:t>50:13  Allah taala ne us waqt Satan se ya Iblees se kaha tha ke jo tumhara rasta chalega,</w:t>
      </w:r>
      <w:r>
        <w:br/>
      </w:r>
      <w:r>
        <w:rPr>
          <w:sz w:val="20"/>
        </w:rPr>
        <w:t>50:28  us ko main aur tum ko sab ko hell mein daal dunga.</w:t>
      </w:r>
      <w:r>
        <w:br/>
      </w:r>
      <w:r>
        <w:rPr>
          <w:sz w:val="20"/>
        </w:rPr>
        <w:t>50:35  bari ajeeb baat hai yeh ke jo tumhara rasta chalega, us ko main sab ko, tum ko, us ko sab ko hell mein daal dunga.</w:t>
      </w:r>
      <w:r>
        <w:br/>
      </w:r>
      <w:r>
        <w:rPr>
          <w:sz w:val="20"/>
        </w:rPr>
        <w:t>50:47  man taba'a minhum, la malan min ka woh yani tum se aur un se sab ko se jahannum ko bhar dunga.</w:t>
      </w:r>
      <w:r>
        <w:br/>
      </w:r>
      <w:r>
        <w:rPr>
          <w:sz w:val="20"/>
        </w:rPr>
        <w:t>50:57  main faman taba'a minhum, jo tumhari tum ko follow karenge.</w:t>
      </w:r>
      <w:r>
        <w:br/>
      </w:r>
      <w:r>
        <w:rPr>
          <w:sz w:val="20"/>
        </w:rPr>
        <w:t>51:04  to follow karna kya hai? yahan par sochne ki baat yeh hai ke Satan ko follow karna kya hai?</w:t>
      </w:r>
      <w:r>
        <w:br/>
      </w:r>
      <w:r>
        <w:rPr>
          <w:sz w:val="20"/>
        </w:rPr>
        <w:t>51:14  yeh jo farmaya Allah taala ne ke insano mein se jo tum ko follow karen ge,</w:t>
      </w:r>
      <w:r>
        <w:br/>
      </w:r>
      <w:r>
        <w:rPr>
          <w:sz w:val="20"/>
        </w:rPr>
        <w:t>51:22  to satan ko follow karna kya hai?</w:t>
      </w:r>
      <w:r>
        <w:br/>
      </w:r>
      <w:r>
        <w:rPr>
          <w:sz w:val="20"/>
        </w:rPr>
        <w:t>51:26  satan ko follow karna hai ke is is psyche mein jeena, is ehsas mein jeena ke ana khairun minh.</w:t>
      </w:r>
      <w:r>
        <w:br/>
      </w:r>
      <w:r>
        <w:rPr>
          <w:sz w:val="20"/>
        </w:rPr>
        <w:t>51:36  satan ne yahi to kaha tha ke main Adam se behtar hoon, main is se superior hoon, Adam mujh se inferior hai.</w:t>
      </w:r>
      <w:r>
        <w:br/>
      </w:r>
      <w:r>
        <w:rPr>
          <w:sz w:val="20"/>
        </w:rPr>
        <w:t>51:48  to ghamand kya hai? ghamand ka matlab hai ke main superior hoon aur doosra aadmi inferior hai.</w:t>
      </w:r>
      <w:r>
        <w:br/>
      </w:r>
      <w:r>
        <w:rPr>
          <w:sz w:val="20"/>
        </w:rPr>
        <w:t>51:56  apne andar jab aap superior complex paida kar len to isi ka naam hai arrogance. Superiority complex apne andar aap daal len to isi ka naam hai arrogance.</w:t>
      </w:r>
      <w:r>
        <w:br/>
      </w:r>
      <w:r>
        <w:rPr>
          <w:sz w:val="20"/>
        </w:rPr>
        <w:t>52:11  to aap parhiye in ayaton ko, is ka matlab kya nikla? ke satan jo hai hell mein jayega is liye ke is ne wahan par arrogance dikhaya.</w:t>
      </w:r>
      <w:r>
        <w:br/>
      </w:r>
      <w:r>
        <w:rPr>
          <w:sz w:val="20"/>
        </w:rPr>
        <w:t>52:24  main superior hoon, woh inferior hai. to duniya mein, yani is is is is duniya mein jahan hum test par hain, wahan par yeh is feeling ke sath jeena, is ehsas ke sath jeena ke main superior hoon, doosra inferior hai.</w:t>
      </w:r>
      <w:r>
        <w:br/>
      </w:r>
      <w:r>
        <w:rPr>
          <w:sz w:val="20"/>
        </w:rPr>
        <w:t>52:46  isi ka expression hota hai pride, isi ka expression hota hai ghamand, isi ka expression hota hai arrogance.</w:t>
      </w:r>
      <w:r>
        <w:br/>
      </w:r>
      <w:r>
        <w:rPr>
          <w:sz w:val="20"/>
        </w:rPr>
        <w:t>52:57  to kaha ke arrogance jo hai woh satan ka culture hai aur jo arrogance ko lega, woh wohin jayega jahan satan ko jana hai, yani hell mein.</w:t>
      </w:r>
      <w:r>
        <w:br/>
      </w:r>
      <w:r>
        <w:rPr>
          <w:sz w:val="20"/>
        </w:rPr>
        <w:t>53:13  aur farishton ka jo culture tha, woh modesty ka culture tha.</w:t>
      </w:r>
      <w:r>
        <w:br/>
      </w:r>
      <w:r>
        <w:rPr>
          <w:sz w:val="20"/>
        </w:rPr>
        <w:t>53:17  to jo modesty ka culture pakdega, woh wahan jayega jahan angel hain, yani paradise.</w:t>
      </w:r>
    </w:p>
    <w:p>
      <w:pPr>
        <w:pStyle w:val="Heading2"/>
      </w:pPr>
      <w:r>
        <w:t>Application of hadith for modern disunity</w:t>
      </w:r>
    </w:p>
    <w:p>
      <w:r>
        <w:rPr>
          <w:color w:val="666666"/>
          <w:sz w:val="18"/>
        </w:rPr>
        <w:t>The Importance of Unity March 15, 2014 · 4m 36s · at 19:11 · https://youtu.be/-xS-eK4zw-k?t=1151</w:t>
      </w:r>
    </w:p>
    <w:p>
      <w:r>
        <w:rPr>
          <w:i/>
        </w:rPr>
        <w:t>“To yeh hadees mein samajhta hoon ke bohot hi ahem hadees hai”</w:t>
      </w:r>
    </w:p>
    <w:p>
      <w:r>
        <w:rPr>
          <w:sz w:val="20"/>
        </w:rPr>
        <w:t>19:11  to yeh hadith mein samajhta hoon ke bohat hi ahem hadith hai. is mein baad ke zamane ke musalmanon ke liye bohat bari rehnumai hai.</w:t>
      </w:r>
      <w:r>
        <w:br/>
      </w:r>
      <w:r>
        <w:rPr>
          <w:sz w:val="20"/>
        </w:rPr>
        <w:t>19:24  yeh sab halaat zyada tar baad ke daur mein pesh aane wale the. rasool Allah ke baad. yani yeh surat-e-haal jis ka zikr hai is hadith mein is ka taluq rasool Allah ke apne zamane se nahin hai.</w:t>
      </w:r>
      <w:r>
        <w:br/>
      </w:r>
      <w:r>
        <w:rPr>
          <w:sz w:val="20"/>
        </w:rPr>
        <w:t>19:38  baad ke zamane se hai.</w:t>
      </w:r>
      <w:r>
        <w:br/>
      </w:r>
      <w:r>
        <w:rPr>
          <w:sz w:val="20"/>
        </w:rPr>
        <w:t>19:42  to baad ke zamane mein jo surat-e-haal pesh aane wali thi us ke liye aap ne Allah ki tofeeq se ummat ko rehnumai di hai ke tum ko kya karna chahiye,</w:t>
      </w:r>
      <w:r>
        <w:br/>
      </w:r>
      <w:r>
        <w:rPr>
          <w:sz w:val="20"/>
        </w:rPr>
        <w:t>19:57  kya mauqaf ikhtiyar karna chahiye.</w:t>
      </w:r>
      <w:r>
        <w:br/>
      </w:r>
      <w:r>
        <w:rPr>
          <w:sz w:val="20"/>
        </w:rPr>
        <w:t>20:03  to mein samajhta hoon ke is hadith, hadith mein bohat thi, yani is golden naseehat ki gayi hai.</w:t>
      </w:r>
      <w:r>
        <w:br/>
      </w:r>
      <w:r>
        <w:rPr>
          <w:sz w:val="20"/>
        </w:rPr>
        <w:t>20:12  golden usool bataye gaye hain. lekin ummat bekhabar hai is se.</w:t>
      </w:r>
      <w:r>
        <w:br/>
      </w:r>
      <w:r>
        <w:rPr>
          <w:sz w:val="20"/>
        </w:rPr>
        <w:t>20:20  ya to log galat tashrihat karte hain ya is ko galat mauqaf ke liye istemal karte hain. asal jo rehnumai hai is se ummat bekhabar hai.</w:t>
      </w:r>
      <w:r>
        <w:br/>
      </w:r>
      <w:r>
        <w:rPr>
          <w:sz w:val="20"/>
        </w:rPr>
        <w:t>20:43  to is ka relevance mauzu zamane mein bohat zyada hai. is hadith ka jo application hai woh mauzu zamane mein bohat zyada ho gaya hai.</w:t>
      </w:r>
      <w:r>
        <w:br/>
      </w:r>
      <w:r>
        <w:rPr>
          <w:sz w:val="20"/>
        </w:rPr>
        <w:t>20:55  har muslim mulk mein yeh cheez applicable hai. har muslim mulk mein logon ko is se rehnumai mil rahi hai.</w:t>
      </w:r>
      <w:r>
        <w:br/>
      </w:r>
      <w:r>
        <w:rPr>
          <w:sz w:val="20"/>
        </w:rPr>
        <w:t>21:10  to mein dua karta hoon ke Allah taala</w:t>
      </w:r>
      <w:r>
        <w:br/>
      </w:r>
      <w:r>
        <w:rPr>
          <w:sz w:val="20"/>
        </w:rPr>
        <w:t>21:17  musalmanon ko tofeeq de ke is roshni se apni rehnumai hasil kari</w:t>
      </w:r>
      <w:r>
        <w:br/>
      </w:r>
      <w:r>
        <w:rPr>
          <w:sz w:val="20"/>
        </w:rPr>
        <w:t>21:25  n. is hadith mein jo roshni hai is se, is roshni se apne liye rehnumai hasil karein.</w:t>
      </w:r>
      <w:r>
        <w:br/>
      </w:r>
      <w:r>
        <w:rPr>
          <w:sz w:val="20"/>
        </w:rPr>
        <w:t>21:36  aur aaj jo islah matloob hai us islah ka nuskha daryaft karein.</w:t>
      </w:r>
      <w:r>
        <w:br/>
      </w:r>
      <w:r>
        <w:rPr>
          <w:sz w:val="20"/>
        </w:rPr>
        <w:t>21:48  aaj ke musalmanon ke liye har muslim mulk mein, balkeh jo mulk mein majority nahin hai musalmanon ki, phir bhi wahan musalman basta hain to wahan bhi yeh sab baatein hain.</w:t>
      </w:r>
      <w:r>
        <w:br/>
      </w:r>
      <w:r>
        <w:rPr>
          <w:sz w:val="20"/>
        </w:rPr>
        <w:t>22:03  to chunke aap ab to zamana woh hai ke log har mulk mein phail gaye hain. pehle ki tarah nahin hai ke kuch maqamat par woh hua karte the.</w:t>
      </w:r>
      <w:r>
        <w:br/>
      </w:r>
      <w:r>
        <w:rPr>
          <w:sz w:val="20"/>
        </w:rPr>
        <w:t>22:14  ab sare musalman, ab sare mulkon mein musalman phail gaye hain. to har jagah yeh masail hain. kahin zyada hain, kahin kam hain.</w:t>
      </w:r>
      <w:r>
        <w:br/>
      </w:r>
      <w:r>
        <w:rPr>
          <w:sz w:val="20"/>
        </w:rPr>
        <w:t>22:25  kahin choti shakal mein hain, kahin bari shakal mein hain. lekin masail hain.</w:t>
      </w:r>
      <w:r>
        <w:br/>
      </w:r>
      <w:r>
        <w:rPr>
          <w:sz w:val="20"/>
        </w:rPr>
        <w:t>22:34  to zarurat hai ke is hadith ko musalmanon ko bataya jaye is ki sahi tashreeh ke sath.</w:t>
      </w:r>
      <w:r>
        <w:br/>
      </w:r>
      <w:r>
        <w:rPr>
          <w:sz w:val="20"/>
        </w:rPr>
        <w:t>22:44  is ki jo sahi tashreeh hai, is ka jo sahi mansha hai is ko wazeh kar ke musalmanon ko bataya jaye.</w:t>
      </w:r>
      <w:r>
        <w:br/>
      </w:r>
      <w:r>
        <w:rPr>
          <w:sz w:val="20"/>
        </w:rPr>
        <w:t>22:55  isi ek hadith ko agar aaj ke musalman pakad len to sara un ka jo</w:t>
      </w:r>
      <w:r>
        <w:br/>
      </w:r>
      <w:r>
        <w:rPr>
          <w:sz w:val="20"/>
        </w:rPr>
        <w:t>23:04  bigad hai wo durust ho jaye. Jo tashaddud hai wo khatm ho jaye. Jagah jagah jo bahmi takrao hai wo khatm ho jaye.</w:t>
      </w:r>
      <w:r>
        <w:br/>
      </w:r>
      <w:r>
        <w:rPr>
          <w:sz w:val="20"/>
        </w:rPr>
        <w:t>23:18  jagah jagah jo ikhtilaf ummat ki shakalain ban gayi hain wo sab khatm ho jaye.</w:t>
      </w:r>
      <w:r>
        <w:br/>
      </w:r>
      <w:r>
        <w:rPr>
          <w:sz w:val="20"/>
        </w:rPr>
        <w:t>23:23  dekhiye qaum musalmanon mein ittehad, ittehad-e-millat ka reference nahi aa sakta. Aap hazaron ki tadad mein ittehad-e-millat ka reference karen.</w:t>
      </w:r>
      <w:r>
        <w:br/>
      </w:r>
      <w:r>
        <w:rPr>
          <w:sz w:val="20"/>
        </w:rPr>
        <w:t>23:34  is se kuch hone wala nahi hai.</w:t>
      </w:r>
      <w:r>
        <w:br/>
      </w:r>
      <w:r>
        <w:rPr>
          <w:sz w:val="20"/>
        </w:rPr>
        <w:t>23:39  ittehad-e-millat conference ka koi bhi talluq ittehad se nahi hai. Ye to ek qism ki leadership hai. Ittehad-e-millat ka nuskhah is hadith mein hai.</w:t>
      </w:r>
    </w:p>
    <w:p>
      <w:pPr>
        <w:pStyle w:val="Heading2"/>
      </w:pPr>
      <w:r>
        <w:t>Hadith of Islam reaching every home, thwarted by printing fatwas</w:t>
      </w:r>
    </w:p>
    <w:p>
      <w:r>
        <w:rPr>
          <w:color w:val="666666"/>
          <w:sz w:val="18"/>
        </w:rPr>
        <w:t>Islam in A New Age March 18, 2012 · 6m 03s · at 45:58 · https://youtu.be/P5hzq_NheY0?t=2758</w:t>
      </w:r>
    </w:p>
    <w:p>
      <w:r>
        <w:rPr>
          <w:i/>
        </w:rPr>
        <w:t>“La abqa ala zahril ardi — Islam har ghar tak pahunchega”</w:t>
      </w:r>
    </w:p>
    <w:p>
      <w:r>
        <w:rPr>
          <w:sz w:val="20"/>
        </w:rPr>
        <w:t>45:58  isi tarah dekhiye, yeh jo hadees hai ke la abqa ala zahr al-ard bayt badri wa la wabr illa adkhala Allah kalimat al-islam ke zameen ka koi chota bara ghar nahi bachega jahan Allah apna kalma dakhil na kar de.</w:t>
      </w:r>
      <w:r>
        <w:br/>
      </w:r>
      <w:r>
        <w:rPr>
          <w:sz w:val="20"/>
        </w:rPr>
        <w:t>46:17  yeh kamane ka matlab yeh nahi ke farishtay aa ke dakhil karen ge.</w:t>
      </w:r>
      <w:r>
        <w:br/>
      </w:r>
      <w:r>
        <w:rPr>
          <w:sz w:val="20"/>
        </w:rPr>
        <w:t>46:20  nahi, kamane ka aise mawaqe khol de Allah taala jis se ke Quran ke hami is ko sari dunya mein pohncha saken. hami deen Islam, yeh is mein mawaqe ka ishara hai.</w:t>
      </w:r>
      <w:r>
        <w:br/>
      </w:r>
      <w:r>
        <w:rPr>
          <w:sz w:val="20"/>
        </w:rPr>
        <w:t>46:34  mawaqe ka yeh nahi ke farishtay aa kar yeh kaam karen ge. yaani aalmi dawat ke mawaqe ka khulna, is ka ishara is ke andar hai.</w:t>
      </w:r>
      <w:r>
        <w:br/>
      </w:r>
      <w:r>
        <w:rPr>
          <w:sz w:val="20"/>
        </w:rPr>
        <w:t>46:44  aap ghor kijiye, kaisi ajeeb ghareeb chezen hain Quran o hadees mein.</w:t>
      </w:r>
      <w:r>
        <w:br/>
      </w:r>
      <w:r>
        <w:rPr>
          <w:sz w:val="20"/>
        </w:rPr>
        <w:t>46:50  yaani poore mustaqbil jo baat kaha hai, us ki poori peshangoi peshgi pehle bata di gayi. kal mein soch raha tha ke aik hadees is mein hai ke aik zamana aayega jab ke an tara aurath al-hufat tatawawwuroon fi al-bunyan kaisi ajeeb baat hai.</w:t>
      </w:r>
      <w:r>
        <w:br/>
      </w:r>
      <w:r>
        <w:rPr>
          <w:sz w:val="20"/>
        </w:rPr>
        <w:t>47:10  tum dekho ge ke nangay bhookay baray baray makanat banayen ge. yaani multi-storey building.</w:t>
      </w:r>
      <w:r>
        <w:br/>
      </w:r>
      <w:r>
        <w:rPr>
          <w:sz w:val="20"/>
        </w:rPr>
        <w:t>47:19  aaj to wahi to hai yeh. yaani economy jo hai, is ka decentralization ho gaya. pehle agriculture hi ka naam tha iqtisadiyat, economy.</w:t>
      </w:r>
      <w:r>
        <w:br/>
      </w:r>
      <w:r>
        <w:rPr>
          <w:sz w:val="20"/>
        </w:rPr>
        <w:t>47:31  sirf agriculture zariya thi aamdani ki. ab business aur industry ne har aik ke liye imkan khol liya. sab paisa kamatay hain.</w:t>
      </w:r>
      <w:r>
        <w:br/>
      </w:r>
      <w:r>
        <w:rPr>
          <w:sz w:val="20"/>
        </w:rPr>
        <w:t>47:40  paisa kamakar koi bhi buildingen banatay hain.</w:t>
      </w:r>
      <w:r>
        <w:br/>
      </w:r>
      <w:r>
        <w:rPr>
          <w:sz w:val="20"/>
        </w:rPr>
        <w:t>47:44  to is hadees mein bataya ke jo log, yaani jin ke paron mein joote nahi hotay thay, badan par kapray nahi hotay thay, aik naya daur aayega ke jab woh kamaiyan karen ge, multi-storey building khari karen ge.</w:t>
      </w:r>
      <w:r>
        <w:br/>
      </w:r>
      <w:r>
        <w:rPr>
          <w:sz w:val="20"/>
        </w:rPr>
        <w:t>48:00  yeh sab mustaqbil ke imkanat ki baaten thi jo aayi hain hadeeson mein. to is ka aik pehlu woh hai jo doosre log is se faida utha rahay hain.</w:t>
      </w:r>
      <w:r>
        <w:br/>
      </w:r>
      <w:r>
        <w:rPr>
          <w:sz w:val="20"/>
        </w:rPr>
        <w:t>48:13  doosra pehlu woh hai ke jo ahl-e-iman is se, is se jo faida uthayen, yaani ahl-e-iman is se ma'rifat len. ahl-e-iman is se qurbat-e-khudawandi, ghiza len.</w:t>
      </w:r>
      <w:r>
        <w:br/>
      </w:r>
      <w:r>
        <w:rPr>
          <w:sz w:val="20"/>
        </w:rPr>
        <w:t>48:23  ahl-e-iman is se dawat ke mawaqe talash karen. ahl-e-iman is ke zariye opportunity ko daryaft kar ke sare aalam mein dawat phaila den.</w:t>
      </w:r>
      <w:r>
        <w:br/>
      </w:r>
      <w:r>
        <w:rPr>
          <w:sz w:val="20"/>
        </w:rPr>
        <w:t>48:32  aik naya hosla, aik naya shauq, aik naya jazba, aik nayi spirit, aik naya junoon bilkul kehna chahiye, logon ke andar paida ho jaye.</w:t>
      </w:r>
      <w:r>
        <w:br/>
      </w:r>
      <w:r>
        <w:rPr>
          <w:sz w:val="20"/>
        </w:rPr>
        <w:t>48:44  yeh sab kyun nahi ho raha hai? kyunke ijtihadi nazar mafqood hai. kaisi ajeeb baat hai. kaisi ajeeb baat hai.</w:t>
      </w:r>
      <w:r>
        <w:br/>
      </w:r>
      <w:r>
        <w:rPr>
          <w:sz w:val="20"/>
        </w:rPr>
        <w:t>48:53  poori poori dunya ke saaray hi musalman taqreeban, koi musalman mere ilm mein nahi hai ghaliban jo jo negative thinking mein na jeeta ho.</w:t>
      </w:r>
      <w:r>
        <w:br/>
      </w:r>
      <w:r>
        <w:rPr>
          <w:sz w:val="20"/>
        </w:rPr>
        <w:t>49:03  kyun? bekhabar hain in baaton se. ab bekhabar kyun ho gaye? kyunke mujtahidana andaaz mein sochne ki salahiyat nahi hai.</w:t>
      </w:r>
      <w:r>
        <w:br/>
      </w:r>
      <w:r>
        <w:rPr>
          <w:sz w:val="20"/>
        </w:rPr>
        <w:t>49:12  khwamkhwah aik aik khauf bitha diya hai, khauf ke ijtihad karoge to yeh ho jayega, woh ho jayega. bhai, ijtihad karoge to apni niyat ko tatolo bas.</w:t>
      </w:r>
      <w:r>
        <w:br/>
      </w:r>
      <w:r>
        <w:rPr>
          <w:sz w:val="20"/>
        </w:rPr>
        <w:t>49:23  ijtihad se mat daro. apni niyat, niyat ka jaiza lo. yaani ijtihad se darne ki bajaye apni niyat ka jaiza lo. niyat durust hai to chhalang laga do samandar mein.</w:t>
      </w:r>
      <w:r>
        <w:br/>
      </w:r>
      <w:r>
        <w:rPr>
          <w:sz w:val="20"/>
        </w:rPr>
        <w:t>49:39  kaisi ajeeb yeh taleemat hain Quran o hadees mein. aur kis tarah is ka darwaza band kar rakha hai logon ne.</w:t>
      </w:r>
      <w:r>
        <w:br/>
      </w:r>
      <w:r>
        <w:rPr>
          <w:sz w:val="20"/>
        </w:rPr>
        <w:t>49:49  aap ghor kijiye, jab printing press aaya to yeh mumkin ho gaya ke Quran ko chhap kar aap sari dunya mein logon tak pohncha saken. aur phir international language aa gayi, English.</w:t>
      </w:r>
      <w:r>
        <w:br/>
      </w:r>
      <w:r>
        <w:rPr>
          <w:sz w:val="20"/>
        </w:rPr>
        <w:t>50:01  aaj dunya ke taqreeban jitne bhi educated log hain, woh taqreeban sab ke sab English jante hain.</w:t>
      </w:r>
      <w:r>
        <w:br/>
      </w:r>
      <w:r>
        <w:rPr>
          <w:sz w:val="20"/>
        </w:rPr>
        <w:t>50:08  to kaisi ajeeb baat hai. yani ek taraf modern jo halaat the, naye daur ke halaat, is ne saari dunya mein English ko international language bana diya, jo kabhi aisa nahi hua tha.</w:t>
      </w:r>
      <w:r>
        <w:br/>
      </w:r>
      <w:r>
        <w:rPr>
          <w:sz w:val="20"/>
        </w:rPr>
        <w:t>50:20  doosri taraf yeh mumkin ho gaya ke Quran ko chhaap kar ke aap is ke tarjume saari dunya mein phaila dein. lekin ijtihadi zehan na hone ke nateejay mein dekhiye kya hua.</w:t>
      </w:r>
      <w:r>
        <w:br/>
      </w:r>
      <w:r>
        <w:rPr>
          <w:sz w:val="20"/>
        </w:rPr>
        <w:t>50:31  pehlay to yeh fatwa tha ke baghair matan ke aap Quran chhaap nahi s</w:t>
      </w:r>
      <w:r>
        <w:br/>
      </w:r>
      <w:r>
        <w:rPr>
          <w:sz w:val="20"/>
        </w:rPr>
        <w:t>50:35  akte. yani arabi matan jo hai, agar aap angrezi tarjuma karein, angrezi tarjume se ke saath saath aap ko arabi matan chhaapni paregi.</w:t>
      </w:r>
      <w:r>
        <w:br/>
      </w:r>
      <w:r>
        <w:rPr>
          <w:sz w:val="20"/>
        </w:rPr>
        <w:t>50:44  warna jaiz hi nahi hua woh. ab itna mota sa ban gaya Quran, tarjuma aur aur matan ko le kar ke. ab pata nahi kaun is ko parhega, kaun is ko distribute karega.</w:t>
      </w:r>
      <w:r>
        <w:br/>
      </w:r>
      <w:r>
        <w:rPr>
          <w:sz w:val="20"/>
        </w:rPr>
        <w:t>50:57  mazeed yeh ke yeh fatwa lag gaya ke ghair muslim is ki be-hurmati karein ge, is liye matan ke saath de nahi sakte.</w:t>
      </w:r>
      <w:r>
        <w:br/>
      </w:r>
      <w:r>
        <w:rPr>
          <w:sz w:val="20"/>
        </w:rPr>
        <w:t>51:05  yeh matan ke baghair agar aap dein, sirf tarjuma, tab bhi najaaiz ke matan zaroori hai saath saath. yani ek taraf yeh fatwa tha ke matan ke baghair aap translate chhaap nahi sakte.</w:t>
      </w:r>
      <w:r>
        <w:br/>
      </w:r>
      <w:r>
        <w:rPr>
          <w:sz w:val="20"/>
        </w:rPr>
        <w:t>51:20  doosra yeh fatwa ke matan ke saath aap ne chhaapa to is ko dena najaaiz. yani matan ke baghair chhaapna najaaiz aur matan ke saath in ko dena najaaiz.</w:t>
      </w:r>
      <w:r>
        <w:br/>
      </w:r>
      <w:r>
        <w:rPr>
          <w:sz w:val="20"/>
        </w:rPr>
        <w:t>51:33  natija yeh kya hai? saari dunya mein log log jo hain mehroom thay ke Quran mein kya hai janne ke liye.</w:t>
      </w:r>
      <w:r>
        <w:br/>
      </w:r>
      <w:r>
        <w:rPr>
          <w:sz w:val="20"/>
        </w:rPr>
        <w:t>51:42  poori poori dunya ko mehroom kar diya. ek yani mera poora bachpan ka zamana, jawani ka zamana isi mein guzra hai, isi isi museebat mein ke matan ke saath chhaapo to dena najaaiz, matan ke baghair chhaapo to chhaapna najaaiz.</w:t>
      </w:r>
    </w:p>
    <w:p>
      <w:pPr>
        <w:pStyle w:val="Heading2"/>
      </w:pPr>
      <w:r>
        <w:t>Globalization isn't a Western conspiracy, protectionism failed nations</w:t>
      </w:r>
    </w:p>
    <w:p>
      <w:r>
        <w:rPr>
          <w:color w:val="666666"/>
          <w:sz w:val="18"/>
        </w:rPr>
        <w:t>Journey to a Mediterranean Island November 23, 2008 · 5m 51s · at 17:31 · https://youtu.be/uoOiuhWeSIQ?t=1051</w:t>
      </w:r>
    </w:p>
    <w:p>
      <w:r>
        <w:rPr>
          <w:i/>
        </w:rPr>
        <w:t>“دیکھیں، واٹ از گلوبلائزیشن؟”</w:t>
      </w:r>
    </w:p>
    <w:p>
      <w:r>
        <w:rPr>
          <w:sz w:val="20"/>
        </w:rPr>
        <w:t>17:31  woh kya? aik zamana aaya tha jis ko hum kehte hain global village ya globalization. mein jahan tak parha, tamam log globalization ko negative sense mein lete hain.</w:t>
      </w:r>
      <w:r>
        <w:br/>
      </w:r>
      <w:r>
        <w:rPr>
          <w:sz w:val="20"/>
        </w:rPr>
        <w:t>17:49  dilli mein aik jamaat ka head quarter hai, is ne aik kitaab chhaap rakhi hai globalization ke khilaaf aur bohat hi buray andaaz mein globalization ke khilaaf is mein chhaapa hua hai.</w:t>
      </w:r>
      <w:r>
        <w:br/>
      </w:r>
      <w:r>
        <w:rPr>
          <w:sz w:val="20"/>
        </w:rPr>
        <w:t>18:00  aap kahein to mere paas aaiye, bata doon ga is ka baray mein. to globalization ko logon ne negative sense mein liya, yaani unhone samjha ke yeh new form of colonization,</w:t>
      </w:r>
      <w:r>
        <w:br/>
      </w:r>
      <w:r>
        <w:rPr>
          <w:sz w:val="20"/>
        </w:rPr>
        <w:t>18:14  yaani maghribi qaumein dunya ko qabza karna chahti hain, is liye yeh globalization chala rahi hain. haan, yeh bilkul baseless baat hai, baseless baat, absurd baat hai.</w:t>
      </w:r>
      <w:r>
        <w:br/>
      </w:r>
      <w:r>
        <w:rPr>
          <w:sz w:val="20"/>
        </w:rPr>
        <w:t>18:27  dekhein, what is globalization?</w:t>
      </w:r>
      <w:r>
        <w:br/>
      </w:r>
      <w:r>
        <w:rPr>
          <w:sz w:val="20"/>
        </w:rPr>
        <w:t>18:31  is zamane mein jo nai cheezein paida huien, maslan communication. communication ne poori dunya ko aik aik global village bana diya.</w:t>
      </w:r>
      <w:r>
        <w:br/>
      </w:r>
      <w:r>
        <w:rPr>
          <w:sz w:val="20"/>
        </w:rPr>
        <w:t>18:41  is ka matlab kya hua? ke sari dunya se aap aik country mein hon, aik aik city mein hon, tabhi poori dunya se aap jurr gaye.</w:t>
      </w:r>
      <w:r>
        <w:br/>
      </w:r>
      <w:r>
        <w:rPr>
          <w:sz w:val="20"/>
        </w:rPr>
        <w:t>18:50  aap poori dunya se aap jurr gaye. pehle jo tha, woh land based economy</w:t>
      </w:r>
      <w:r>
        <w:br/>
      </w:r>
      <w:r>
        <w:rPr>
          <w:sz w:val="20"/>
        </w:rPr>
        <w:t>18:58  hoti thi, jahan land hai, wohin par rehte hain, wohin par kheti karte hain. ab woh dobara khatam ho gaya. ab aap dilli mein rahenge aur sari dunya se business karenge.</w:t>
      </w:r>
      <w:r>
        <w:br/>
      </w:r>
      <w:r>
        <w:rPr>
          <w:sz w:val="20"/>
        </w:rPr>
        <w:t>19:08  dilli mein rahenge, sari dunya par ja kar ke aap job mile ga. aap ko dilli mein rahenge aur communication ke zariye aap sari dunya se aap contract bana sakein ge.</w:t>
      </w:r>
      <w:r>
        <w:br/>
      </w:r>
      <w:r>
        <w:rPr>
          <w:sz w:val="20"/>
        </w:rPr>
        <w:t>19:19  yeh sab cheezein to globalization ko negative sense mein lene ki wajah se kya hua? aik bohat bara nuqsaan hua, bohat bara.</w:t>
      </w:r>
      <w:r>
        <w:br/>
      </w:r>
      <w:r>
        <w:rPr>
          <w:sz w:val="20"/>
        </w:rPr>
        <w:t>19:30  yeh jo aaj kal aap sunte honge ke developed world aur underdeveloped world, developed countries aur underdeveloped countries, yeh kya hai?</w:t>
      </w:r>
      <w:r>
        <w:br/>
      </w:r>
      <w:r>
        <w:rPr>
          <w:sz w:val="20"/>
        </w:rPr>
        <w:t>19:39  aam taur par log samajhte hain ke jo developed countries hain, unhone conspiracy ke zariye hamein peechay dhakel rakha hai.</w:t>
      </w:r>
      <w:r>
        <w:br/>
      </w:r>
      <w:r>
        <w:rPr>
          <w:sz w:val="20"/>
        </w:rPr>
        <w:t>19:48  abhi mein radio mein sun raha tha, chand din pehle aik talk isi qism ki</w:t>
      </w:r>
      <w:r>
        <w:br/>
      </w:r>
      <w:r>
        <w:rPr>
          <w:sz w:val="20"/>
        </w:rPr>
        <w:t>19:54  ke dhani dhani dhesh jo hain, unhone saazish kar ke ghareeb dheshon ko ghareeb bana rakha hai. yeh sab bilkul baseless baatein hain.</w:t>
      </w:r>
      <w:r>
        <w:br/>
      </w:r>
      <w:r>
        <w:rPr>
          <w:sz w:val="20"/>
        </w:rPr>
        <w:t>20:05  asal cheez kya hai? ke in in country, Asia aur Africa ki jo countries hain, unhone spirit of the age ko samjha nahi, modern jo changes hain, un ko samjha nahi.</w:t>
      </w:r>
      <w:r>
        <w:br/>
      </w:r>
      <w:r>
        <w:rPr>
          <w:sz w:val="20"/>
        </w:rPr>
        <w:t>20:20  ke sab se bari cheez unhone samjha ke freedom, political freedom, sab se bari cheez hai. to har jagah political freedom ke naaray uth uth khare hue hain, har jagah.</w:t>
      </w:r>
      <w:r>
        <w:br/>
      </w:r>
      <w:r>
        <w:rPr>
          <w:sz w:val="20"/>
        </w:rPr>
        <w:t>20:32  aur apne country ko bachana western influences se, yeh bohat bari cheez ban gayi. yeh har country mein aap dekhenge, khud India mein dekhiye, azaadi ke baad yahan bohat baray paimaanay par kya chala?</w:t>
      </w:r>
      <w:r>
        <w:br/>
      </w:r>
      <w:r>
        <w:rPr>
          <w:sz w:val="20"/>
        </w:rPr>
        <w:t>20:47  jo kehte thay protectionism,</w:t>
      </w:r>
      <w:r>
        <w:br/>
      </w:r>
      <w:r>
        <w:rPr>
          <w:sz w:val="20"/>
        </w:rPr>
        <w:t>20:50  protectionism, yaani dunya se apne ko alag kar ke apne ko hum chaha ke hum progress karein. aur koi progress nahi hui, yahan tak ke productions ka nateeja khatam kar diya gaya.</w:t>
      </w:r>
      <w:r>
        <w:br/>
      </w:r>
      <w:r>
        <w:rPr>
          <w:sz w:val="20"/>
        </w:rPr>
        <w:t>21:03  aur aap jante hain, aap ke India mein multinationals raaj kar rahe hain, to kitni zyada taraqqi ho gayi hai. aise hi jo Pakistan bana, woh kya tha?</w:t>
      </w:r>
      <w:r>
        <w:br/>
      </w:r>
      <w:r>
        <w:rPr>
          <w:sz w:val="20"/>
        </w:rPr>
        <w:t>21:14  woh bhi aik Muslim pocket banana</w:t>
      </w:r>
      <w:r>
        <w:br/>
      </w:r>
      <w:r>
        <w:rPr>
          <w:sz w:val="20"/>
        </w:rPr>
        <w:t>21:17  ke non Muslim world se door ho kar ke hum aik pocket banayein, tab hum taraqqi karein ge. lekin jab Pakistan ban gaya to kya hua? wohi Pakistani bhaag bhaag ke doosre mulkon mein chale gaye.</w:t>
      </w:r>
      <w:r>
        <w:br/>
      </w:r>
      <w:r>
        <w:rPr>
          <w:sz w:val="20"/>
        </w:rPr>
        <w:t>21:30  yeh nahi samjha logon ne ke pocket banane ka zamana hi nahi hai. ab to poori dunya aap ke paas hai, poori dunya mein aap chha sakte hain, poori dunya mein aap kaam kar sakte hain,</w:t>
      </w:r>
      <w:r>
        <w:br/>
      </w:r>
      <w:r>
        <w:rPr>
          <w:sz w:val="20"/>
        </w:rPr>
        <w:t>21:49  puri dunya aap ke qadmon ke neeche hai. yahan tak ke khud israel jo hai, main samajhta hoon ke woh bhi isi ka victim hai.</w:t>
      </w:r>
      <w:r>
        <w:br/>
      </w:r>
      <w:r>
        <w:rPr>
          <w:sz w:val="20"/>
        </w:rPr>
        <w:t>21:59  jo zionist movement thi, woh kya thi? yahudiyon ne samjha ke ek hamara apna jab watan hoga, tab hi hum zyada taraqqi karenge. to israel ban gaya 1948 mein, lekin aaj israel chal raha hai kis ki badolat?</w:t>
      </w:r>
      <w:r>
        <w:br/>
      </w:r>
      <w:r>
        <w:rPr>
          <w:sz w:val="20"/>
        </w:rPr>
        <w:t>22:13  americans ki badolat aur aur aur jewish diaspora jo hai, un ki badolat.</w:t>
      </w:r>
      <w:r>
        <w:br/>
      </w:r>
      <w:r>
        <w:rPr>
          <w:sz w:val="20"/>
        </w:rPr>
        <w:t>22:19  jo yahudi bahir ke countries mein hain, baray baray business kar rahe hain, woh barabar woh paisa dete hain, america paisa deta hai. agar israel ko apne bal par rehna ho to woh reh nahi sakta, zinda nahi reh sakta.</w:t>
      </w:r>
      <w:r>
        <w:br/>
      </w:r>
      <w:r>
        <w:rPr>
          <w:sz w:val="20"/>
        </w:rPr>
        <w:t>22:30  woh</w:t>
      </w:r>
      <w:r>
        <w:br/>
      </w:r>
      <w:r>
        <w:rPr>
          <w:sz w:val="20"/>
        </w:rPr>
        <w:t>22:34  to protectionism jo tha india mein, woh bhi isi ka aik phenomenon tha. muslim land banane ka jo zehan tha pakistan mein, woh bhi isi ka phenomenon tha.</w:t>
      </w:r>
      <w:r>
        <w:br/>
      </w:r>
      <w:r>
        <w:rPr>
          <w:sz w:val="20"/>
        </w:rPr>
        <w:t>22:43  israel mein jo zionism hai, isi ka phenomenon</w:t>
      </w:r>
      <w:r>
        <w:br/>
      </w:r>
      <w:r>
        <w:rPr>
          <w:sz w:val="20"/>
        </w:rPr>
        <w:t>22:46  tha. yani puri dunya aap ke qadmon ke neeche thi modern communication ke zariye se, lekin har ek ne sweat kar ke apna aik alag pocket banana chaha.</w:t>
      </w:r>
      <w:r>
        <w:br/>
      </w:r>
      <w:r>
        <w:rPr>
          <w:sz w:val="20"/>
        </w:rPr>
        <w:t>23:01  yeh aik bohat bara is zamane mein aik aik bohat bara intellectual backwardness tha jo logon par chhaya raha.</w:t>
      </w:r>
      <w:r>
        <w:br/>
      </w:r>
      <w:r>
        <w:rPr>
          <w:sz w:val="20"/>
        </w:rPr>
        <w:t>23:12  phir aik aur cheez jo maine discover ki wahan, woh yeh hai ke wahan hum log le gaye the literature kafi tadad mein aur sab logon ko literature diya.</w:t>
      </w:r>
    </w:p>
    <w:p>
      <w:pPr>
        <w:pStyle w:val="Heading2"/>
      </w:pPr>
      <w:r>
        <w:t>Duniya aakhirat ki kheti ka tamam bayan</w:t>
      </w:r>
    </w:p>
    <w:p>
      <w:r>
        <w:rPr>
          <w:color w:val="666666"/>
          <w:sz w:val="18"/>
        </w:rPr>
        <w:t>Life after Death (Prophetic Wisdom) · 5m 10s · at 1:03 · https://youtu.be/7bA2WIsKLMQ?t=63</w:t>
      </w:r>
    </w:p>
    <w:p>
      <w:r>
        <w:rPr>
          <w:i/>
        </w:rPr>
        <w:t>“Toh islam ke mutabiq aadmi ko eternal being banaya gaya”</w:t>
      </w:r>
    </w:p>
    <w:p>
      <w:r>
        <w:rPr>
          <w:sz w:val="20"/>
        </w:rPr>
        <w:t>1:03  to islam ke mutabiq aadmi ko aik eternal being ki hesiyat se paida kiya gaya hai, lekin is ka life span do hisse bata hua hai.</w:t>
      </w:r>
      <w:r>
        <w:br/>
      </w:r>
      <w:r>
        <w:rPr>
          <w:sz w:val="20"/>
        </w:rPr>
        <w:t>1:21  thoda sa hissa is dunya mein, baqi hissa us dunya mein. jaise iceberg hota hai, iceberg ka aik tip upar dikhai deta hai, baqi sara ka sara samandar ke neeche daba rehta hai, chupa rehta hai.</w:t>
      </w:r>
      <w:r>
        <w:br/>
      </w:r>
      <w:r>
        <w:rPr>
          <w:sz w:val="20"/>
        </w:rPr>
        <w:t>1:39  to aaj ki dunya yeh pre-death period hai, aur post-death period jo hai woh akhirat hai.</w:t>
      </w:r>
      <w:r>
        <w:br/>
      </w:r>
      <w:r>
        <w:rPr>
          <w:sz w:val="20"/>
        </w:rPr>
        <w:t>1:50  to farmaya ke "aldunya mazrat al-akhira". yaani present world jo hai, pre-death period jo hai,</w:t>
      </w:r>
      <w:r>
        <w:br/>
      </w:r>
      <w:r>
        <w:rPr>
          <w:sz w:val="20"/>
        </w:rPr>
        <w:t>2:06  us mein hum aik kheti karte hain, lekin phal is ka milega post-death period mein. yaani aaj amal karna, aur kal ke ki dunya mein is ka phal paana.</w:t>
      </w:r>
      <w:r>
        <w:br/>
      </w:r>
      <w:r>
        <w:rPr>
          <w:sz w:val="20"/>
        </w:rPr>
        <w:t>2:25  aaj amal karna, aur maut ke baad wali dunya mein is ka anjam paana.</w:t>
      </w:r>
      <w:r>
        <w:br/>
      </w:r>
      <w:r>
        <w:rPr>
          <w:sz w:val="20"/>
        </w:rPr>
        <w:t>2:34  aap jante hain ke yeh anjam do dhang par hai: aik reward aur aik punishment. saza aur inaam.</w:t>
      </w:r>
      <w:r>
        <w:br/>
      </w:r>
      <w:r>
        <w:rPr>
          <w:sz w:val="20"/>
        </w:rPr>
        <w:t>2:45  to jis tarah se kheti hai, agar aap apni kheti mein kaante ki kheti karen, kaante wala poda lagayen, to jab woh bara hoga to aap ko us se kaanta milega.</w:t>
      </w:r>
      <w:r>
        <w:br/>
      </w:r>
      <w:r>
        <w:rPr>
          <w:sz w:val="20"/>
        </w:rPr>
        <w:t>3:04  jaise ke aik babool hai, aik aam hai. babool mein kaante hote hain, aam mein phal hota hai. to aap agar babool ka phal lagayenge to jab bara hoga to aap ko kaanta dega.</w:t>
      </w:r>
      <w:r>
        <w:br/>
      </w:r>
      <w:r>
        <w:rPr>
          <w:sz w:val="20"/>
        </w:rPr>
        <w:t>3:18  aur aam ka phal lagayenge to jab bara hoga to aap ko phal dega. meetha phal. to aaj ki dunya mein aadmi agar bura kaam kare, bura kaam ka matlab kya hai?</w:t>
      </w:r>
      <w:r>
        <w:br/>
      </w:r>
      <w:r>
        <w:rPr>
          <w:sz w:val="20"/>
        </w:rPr>
        <w:t>3:35  khuda ke hukumon ke khilaf chale, apni azadi ko misuse kare, khuda ke aage surrender na kare, to kya hai?</w:t>
      </w:r>
      <w:r>
        <w:br/>
      </w:r>
      <w:r>
        <w:rPr>
          <w:sz w:val="20"/>
        </w:rPr>
        <w:t>3:48  us ko hell milega. hell ka matlab saza, punishment.</w:t>
      </w:r>
      <w:r>
        <w:br/>
      </w:r>
      <w:r>
        <w:rPr>
          <w:sz w:val="20"/>
        </w:rPr>
        <w:t>3:57  is ka ulta anjam us aadmi ka hai jo aaj ki dunya mein khuda ke ahkam ko follow kare.</w:t>
      </w:r>
      <w:r>
        <w:br/>
      </w:r>
      <w:r>
        <w:rPr>
          <w:sz w:val="20"/>
        </w:rPr>
        <w:t>4:15  khuda ke aage apne ko surrender kare. khuda ne apne peghambaron ke zariye jo baaten batai hain, un ko follow karte hue zindagi guzare.</w:t>
      </w:r>
      <w:r>
        <w:br/>
      </w:r>
      <w:r>
        <w:rPr>
          <w:sz w:val="20"/>
        </w:rPr>
        <w:t>4:32  to aisa aadmi jo hai woh maut ke baad us ko inaam milega, jis ko hum paradise kehte hain.</w:t>
      </w:r>
      <w:r>
        <w:br/>
      </w:r>
      <w:r>
        <w:rPr>
          <w:sz w:val="20"/>
        </w:rPr>
        <w:t>4:43  to isi ko kaha ke "aldunya mazrat al-akhira". present dunya, aaj ki dunya jo hai, kal wali dunya ke liye kheti kiya kheti jaisi hai.</w:t>
      </w:r>
      <w:r>
        <w:br/>
      </w:r>
      <w:r>
        <w:rPr>
          <w:sz w:val="20"/>
        </w:rPr>
        <w:t>4:58  to aaj booge to kal kaato ge. jaisa bona, vaisa kaatna.</w:t>
      </w:r>
      <w:r>
        <w:br/>
      </w:r>
      <w:r>
        <w:rPr>
          <w:sz w:val="20"/>
        </w:rPr>
        <w:t>5:06  jaisa bona, vaisa kaatna. to buri kheti karoge to bura phal milega, achhi kheti karoge to achha phal milega. yeh aik bohat hi basic taleem hai.</w:t>
      </w:r>
      <w:r>
        <w:br/>
      </w:r>
      <w:r>
        <w:rPr>
          <w:sz w:val="20"/>
        </w:rPr>
        <w:t>5:20  agar aadmi ke mind mein yeh baat baith jaye ke aaj ka jo amal mera hai, us ko eternal life mein, kyunke maut ke baad jo dunya hai woh eternal hai.</w:t>
      </w:r>
      <w:r>
        <w:br/>
      </w:r>
      <w:r>
        <w:rPr>
          <w:sz w:val="20"/>
        </w:rPr>
        <w:t>5:35  aaj ki chaalis saal, pachas saal, sattar saal ki zindagi mein jo kuch mein karunga, to eternal life mein us ka mujhe bhugtana padega, us ka anjam.</w:t>
      </w:r>
      <w:r>
        <w:br/>
      </w:r>
      <w:r>
        <w:rPr>
          <w:sz w:val="20"/>
        </w:rPr>
        <w:t>5:52  to jis aadmi ke dil mein yeh baat baith jaye, us ki poori zindagi badal jaye gi. woh us ki poori zindagi mein aik inqilab aa jaye ga.</w:t>
      </w:r>
      <w:r>
        <w:br/>
      </w:r>
      <w:r>
        <w:rPr>
          <w:sz w:val="20"/>
        </w:rPr>
        <w:t>6:06  yani yahi aik taleem jo hai poori zindagi ko sanwarne ke liye kafi hai.</w:t>
      </w:r>
    </w:p>
    <w:p>
      <w:pPr>
        <w:pStyle w:val="Heading2"/>
      </w:pPr>
      <w:r>
        <w:t>full story: rebuilding the hadith's context and its meaning</w:t>
      </w:r>
    </w:p>
    <w:p>
      <w:r>
        <w:rPr>
          <w:color w:val="666666"/>
          <w:sz w:val="18"/>
        </w:rPr>
        <w:t>Bird Culture March 6, 2014 Maulana Wahiduddin Khan · 3m 54s · at 2:42 · https://youtu.be/zLSCXGvTJ9A?t=162</w:t>
      </w:r>
    </w:p>
    <w:p>
      <w:r>
        <w:rPr>
          <w:i/>
        </w:rPr>
        <w:t>“Yeh hadith jo aapke saamne parhi gayi, main sochta raha”</w:t>
      </w:r>
    </w:p>
    <w:p>
      <w:r>
        <w:rPr>
          <w:sz w:val="20"/>
        </w:rPr>
        <w:t>2:42  misalan yeh jo hadees hai jo aap ko parhi gayi, aap ke samne parhi gayi, is ko le kar main bohat din sochta raha. to meri aqal ne is ko nahi mana ke aap masjid-e-nabwi mein baithe honge,</w:t>
      </w:r>
      <w:r>
        <w:br/>
      </w:r>
      <w:r>
        <w:rPr>
          <w:sz w:val="20"/>
        </w:rPr>
        <w:t>2:57  wahan aap ne yeh keh diya hoga. yeh ghair fitri baat hai ke aap ne hujre mein baithe hue hain ya masjid-e-nabwi mein baithe hain.</w:t>
      </w:r>
      <w:r>
        <w:br/>
      </w:r>
      <w:r>
        <w:rPr>
          <w:sz w:val="20"/>
        </w:rPr>
        <w:t>3:11  is tarah nahi keh diya hoga. qiyasan maine samjha ke aap apne kuch ashaab ke sath kahin chal rahe honge,</w:t>
      </w:r>
      <w:r>
        <w:br/>
      </w:r>
      <w:r>
        <w:rPr>
          <w:sz w:val="20"/>
        </w:rPr>
        <w:t>3:22  aur rastay mein kahin aap ko yeh nazar aya hoga ke chidiya wahan baithi hui hai, koi dana chug rahi hai.</w:t>
      </w:r>
      <w:r>
        <w:br/>
      </w:r>
      <w:r>
        <w:rPr>
          <w:sz w:val="20"/>
        </w:rPr>
        <w:t>3:36  to is ko dekh kar aap ne farmaya hoga ke jannat mein woh log jayenge jin ke dil chidiyon ke manind honge.</w:t>
      </w:r>
      <w:r>
        <w:br/>
      </w:r>
      <w:r>
        <w:rPr>
          <w:sz w:val="20"/>
        </w:rPr>
        <w:t>3:51  aisi misalan ek hadees mein hai ke: "misal al momin kal misal al khamah." momin ki misal narm paudhe jaisi hai.</w:t>
      </w:r>
      <w:r>
        <w:br/>
      </w:r>
      <w:r>
        <w:rPr>
          <w:sz w:val="20"/>
        </w:rPr>
        <w:t>4:00  yeh bhi mera qiyas hai ke aap kahin safar mein honge, kahin baithe honge bahar khuli jagah par, aur wahan par koi paudha hoga, koi ghaas hogi,</w:t>
      </w:r>
      <w:r>
        <w:br/>
      </w:r>
      <w:r>
        <w:rPr>
          <w:sz w:val="20"/>
        </w:rPr>
        <w:t>4:14  hawa chali hogi, woh paudha hila hoga. to aap ne farmaya ke dekho, momin paudhe hi ke manind hota hai, in mein to akkar nahi hoti is mein.</w:t>
      </w:r>
      <w:r>
        <w:br/>
      </w:r>
      <w:r>
        <w:rPr>
          <w:sz w:val="20"/>
        </w:rPr>
        <w:t>4:26  to yahi muamla hai is hadees ka jo abhi aap ke samne parhi gayi.</w:t>
      </w:r>
      <w:r>
        <w:br/>
      </w:r>
      <w:r>
        <w:rPr>
          <w:sz w:val="20"/>
        </w:rPr>
        <w:t>4:36  is hadees ki sharah mein kai baatein kahi gayi hain,</w:t>
      </w:r>
      <w:r>
        <w:br/>
      </w:r>
      <w:r>
        <w:rPr>
          <w:sz w:val="20"/>
        </w:rPr>
        <w:t>4:40  lekin main samajhta hoon ke is hadees ka matlab hai</w:t>
      </w:r>
      <w:r>
        <w:br/>
      </w:r>
      <w:r>
        <w:rPr>
          <w:sz w:val="20"/>
        </w:rPr>
        <w:t>4:46  ke chidiya ke dil mein koi haqd, koi hasad, koi jalan, koi shikayat, koi negative thought nahi hota.</w:t>
      </w:r>
      <w:r>
        <w:br/>
      </w:r>
      <w:r>
        <w:rPr>
          <w:sz w:val="20"/>
        </w:rPr>
        <w:t>4:59  yani is ke nature mein yeh baat maujood nahi hai.</w:t>
      </w:r>
      <w:r>
        <w:br/>
      </w:r>
      <w:r>
        <w:rPr>
          <w:sz w:val="20"/>
        </w:rPr>
        <w:t>5:05  misalan chidiya kahin hai, kuch woh kha rahi hai, is ka kuch ghiza wahan par hai, kuch kha rahi hai. ab aap wahan pohnche, aap ko dekh kar urr gayi woh.</w:t>
      </w:r>
      <w:r>
        <w:br/>
      </w:r>
      <w:r>
        <w:rPr>
          <w:sz w:val="20"/>
        </w:rPr>
        <w:t>5:20  to jab uregi to shikayat le kar nahi uregi ke dekho, unhon ne mera khana gadbad kar diya,</w:t>
      </w:r>
      <w:r>
        <w:br/>
      </w:r>
      <w:r>
        <w:rPr>
          <w:sz w:val="20"/>
        </w:rPr>
        <w:t>5:33  main ne mujhe disturb kar diya.</w:t>
      </w:r>
      <w:r>
        <w:br/>
      </w:r>
      <w:r>
        <w:rPr>
          <w:sz w:val="20"/>
        </w:rPr>
        <w:t>5:37  aisa nahi karengi. hatta ke koi bachcha agar wahan kankri phenk de aur urr jaye, tab bhi woh koi shikayat le kar nahi uregi. urr kar jayegi, kisi daale pe baithegi wahan, chehchahayegi.</w:t>
      </w:r>
      <w:r>
        <w:br/>
      </w:r>
      <w:r>
        <w:rPr>
          <w:sz w:val="20"/>
        </w:rPr>
        <w:t>5:53  na koi protest hai, na koi complaint hai, na koi nafrat hai, na koi negative thinking hai. yahan se cheez hai.</w:t>
      </w:r>
      <w:r>
        <w:br/>
      </w:r>
      <w:r>
        <w:rPr>
          <w:sz w:val="20"/>
        </w:rPr>
        <w:t>6:05  to chidiya ko chidiya ki shakal mein Allah ne ek misal qaim ki hai insaan ke liye.</w:t>
      </w:r>
      <w:r>
        <w:br/>
      </w:r>
      <w:r>
        <w:rPr>
          <w:sz w:val="20"/>
        </w:rPr>
        <w:t>6:20  chidiya insaan nahi hoti, lekin is ki zindagi mein insaan ke liye ek misal hai.</w:t>
      </w:r>
      <w:r>
        <w:br/>
      </w:r>
      <w:r>
        <w:rPr>
          <w:sz w:val="20"/>
        </w:rPr>
        <w:t>6:25  woh yeh hai ke shikayat ke baghair jiyo, protest ke baghair jiyo, negative thinking ke baghair jiyo.</w:t>
      </w:r>
    </w:p>
    <w:p>
      <w:pPr>
        <w:pStyle w:val="Heading2"/>
      </w:pPr>
      <w:r>
        <w:t>Full story: Indian Muslims' freedom versus Pakistan's restrictions</w:t>
      </w:r>
    </w:p>
    <w:p>
      <w:r>
        <w:rPr>
          <w:color w:val="666666"/>
          <w:sz w:val="18"/>
        </w:rPr>
        <w:t>Dajjal and Dajjalism July 26, 2009 · 4m 34s · at 39:41 · https://youtu.be/CxQTfG01O_s?t=2381</w:t>
      </w:r>
    </w:p>
    <w:p>
      <w:r>
        <w:rPr>
          <w:i/>
        </w:rPr>
        <w:t>“Ab main ek baat aur kehna chahta hoon aap se.”</w:t>
      </w:r>
    </w:p>
    <w:p>
      <w:r>
        <w:rPr>
          <w:sz w:val="20"/>
        </w:rPr>
        <w:t>39:41  ab mein ek baat aur kehna chahta hoon aapse keh hum log jo India mein paida kiya, Allah Ta'ala ne. mein samajhta hoon keh aap badi blessing hai Allah Ta'ala ki.</w:t>
      </w:r>
      <w:r>
        <w:br/>
      </w:r>
      <w:r>
        <w:rPr>
          <w:sz w:val="20"/>
        </w:rPr>
        <w:t>39:50  aaj subah mere paas telephone aaya hai Arab se ek sahib ka. hamare saathi hain, woh India mein paida huye, ab woh Arab mein rehte hain.</w:t>
      </w:r>
      <w:r>
        <w:br/>
      </w:r>
      <w:r>
        <w:rPr>
          <w:sz w:val="20"/>
        </w:rPr>
        <w:t>40:02  to unhonne kaha keh wahan par Arab mein bahut se Pakistani, kai hazar Pakistani jo hain, woh illegal reh rahe the wahan par.</w:t>
      </w:r>
      <w:r>
        <w:br/>
      </w:r>
      <w:r>
        <w:rPr>
          <w:sz w:val="20"/>
        </w:rPr>
        <w:t>40:12  illegal.</w:t>
      </w:r>
      <w:r>
        <w:br/>
      </w:r>
      <w:r>
        <w:rPr>
          <w:sz w:val="20"/>
        </w:rPr>
        <w:t>40:13  to wahan ki government ne unhen kaha diya keh tum nikal jao, wapas jao. gaye deport kiye jaane wale the woh saare log.</w:t>
      </w:r>
      <w:r>
        <w:br/>
      </w:r>
      <w:r>
        <w:rPr>
          <w:sz w:val="20"/>
        </w:rPr>
        <w:t>40:23  unhonne wahan ek bahot bada kaam kiya jo kehte hain istirham. istirham maani hote hain yani rahem chaahna.</w:t>
      </w:r>
      <w:r>
        <w:br/>
      </w:r>
      <w:r>
        <w:rPr>
          <w:sz w:val="20"/>
        </w:rPr>
        <w:t>40:36  yani to seek barasi. istirham ke maani hote hain to seek barasi. to unhonne istir</w:t>
      </w:r>
      <w:r>
        <w:br/>
      </w:r>
      <w:r>
        <w:rPr>
          <w:sz w:val="20"/>
        </w:rPr>
        <w:t>40:42  haam ka ek ek movement chalai baqaida government se keh aap in logon ko barasi kijiye. yeh log jo hain wapas jayen, kya karenge? aur unhen ghar dekhein. poora official level par unhonne ek koshish ki aur woh sab log wahan par le liye gaye.</w:t>
      </w:r>
      <w:r>
        <w:br/>
      </w:r>
      <w:r>
        <w:rPr>
          <w:sz w:val="20"/>
        </w:rPr>
        <w:t>40:56  wapas nahin deport nahin kiye gaye woh.</w:t>
      </w:r>
      <w:r>
        <w:br/>
      </w:r>
      <w:r>
        <w:rPr>
          <w:sz w:val="20"/>
        </w:rPr>
        <w:t>41:00  to Pakistan ka safeer jo wahan par hai, usne unhen bulaya aur kaha ki aap ne bahut bada kaam kiya hai aur hum aap ko Pakistan ki wahdiyat dete hain, izazi shahriyat.</w:t>
      </w:r>
      <w:r>
        <w:br/>
      </w:r>
      <w:r>
        <w:rPr>
          <w:sz w:val="20"/>
        </w:rPr>
        <w:t>41:12  yani citizenship. izazi shahriyat, citizenship dete hain hum aap ko. offer kiya usne? to unhon ne kaha ki mujhe do condition meri hai ki yeh agar ho to main man lo to lene ki aap ka offer lene ko tayyar hon.</w:t>
      </w:r>
      <w:r>
        <w:br/>
      </w:r>
      <w:r>
        <w:rPr>
          <w:sz w:val="20"/>
        </w:rPr>
        <w:t>41:27  unhon ne kaha ki woh kya? kaha ki India mein main woh Indian nahin, rehte hain Arab mein, hamare sathi hain. India mein main Mahatma Gandhi par tanqeed kar sakta hoon.</w:t>
      </w:r>
      <w:r>
        <w:br/>
      </w:r>
      <w:r>
        <w:rPr>
          <w:sz w:val="20"/>
        </w:rPr>
        <w:t>41:39  India mein main keh sakta hoon ki Mahatma Gandhi ne jo kuch kaha woh ek kutta tha, woh revolution nahin tha. aur meri koi pakad thakad nahin.</w:t>
      </w:r>
      <w:r>
        <w:br/>
      </w:r>
      <w:r>
        <w:rPr>
          <w:sz w:val="20"/>
        </w:rPr>
        <w:t>41:51  India jo main raaspati hai Gandhi is mulk ke aur un par hum tanqeed karte hain, hamari koi pakad thakad nahin. kya hum Pakistan mein aap ke Quaid-e-Azam par tanqeed kar sakte hain?</w:t>
      </w:r>
      <w:r>
        <w:br/>
      </w:r>
      <w:r>
        <w:rPr>
          <w:sz w:val="20"/>
        </w:rPr>
        <w:t>42:04  kya hum keh sakte hain ki wahan Quaid-e-Azam, Quaid-e-Azam nahin the, woh Quaid-e-Asghar the? yeh main keh sakta hoon khule tareeqe se? ek ijazat denge mujh ko aap?</w:t>
      </w:r>
      <w:r>
        <w:br/>
      </w:r>
      <w:r>
        <w:rPr>
          <w:sz w:val="20"/>
        </w:rPr>
        <w:t>42:17  yani Gandhi jo hai India ka raaspati hai, is par hum tanqeed karta hoon. phir bhi main India mein zinda hoon. aur aap ke mulk mein kya main keh sakta hoon ki jinnah sahib jo hain Quaid-e-Azam nahin the, woh Quaid-e-Asghar the?</w:t>
      </w:r>
      <w:r>
        <w:br/>
      </w:r>
      <w:r>
        <w:rPr>
          <w:sz w:val="20"/>
        </w:rPr>
        <w:t>42:33  aap ijazat denge mujh ko wahan par?</w:t>
      </w:r>
      <w:r>
        <w:br/>
      </w:r>
      <w:r>
        <w:rPr>
          <w:sz w:val="20"/>
        </w:rPr>
        <w:t>42:36  doosri baat unhon ne kahi ki India mein ek shakhs ne ek magazine nikala jis ka naam tha Muslim India.</w:t>
      </w:r>
      <w:r>
        <w:br/>
      </w:r>
      <w:r>
        <w:rPr>
          <w:sz w:val="20"/>
        </w:rPr>
        <w:t>42:47  Muslim India isi liye. kya aap wahan ke Hinduon ko ijazat den ki woh Hindu Pakistan, Hindu Pakistan nikalen? is naam se magazine.</w:t>
      </w:r>
      <w:r>
        <w:br/>
      </w:r>
      <w:r>
        <w:rPr>
          <w:sz w:val="20"/>
        </w:rPr>
        <w:t>42:57  India mein ek Muslim parcha nikalta hai, is ka naam rakhta hai Muslim Pakistan, Muslim India.</w:t>
      </w:r>
      <w:r>
        <w:br/>
      </w:r>
      <w:r>
        <w:rPr>
          <w:sz w:val="20"/>
        </w:rPr>
        <w:t>43:03  kya aap is ki ijazat denge ki Pakistan mein Hindu aisa parcha nikale, aisi magazine jis ka naam ho Hindu Pakistan? to unhon ne kaha abhi nahin ho sakta hai.</w:t>
      </w:r>
      <w:r>
        <w:br/>
      </w:r>
      <w:r>
        <w:rPr>
          <w:sz w:val="20"/>
        </w:rPr>
        <w:t>43:15  yeh yeh qissa bataya unhon ne mujhe telephone par. to main ne khuda ka shukr ada kiya ki hum log kitne khushqismat hain ki India mein aap ko paida kiya Allah Taala ne. kya azaadi hai, kya opportunities hain?</w:t>
      </w:r>
      <w:r>
        <w:br/>
      </w:r>
      <w:r>
        <w:rPr>
          <w:sz w:val="20"/>
        </w:rPr>
        <w:t>43:31  yani Hindu log yahan seminar karte hain aur hum ko bulate hain wahan ke aaiye, Islam ke baare mein bataaiye. humare literature hamare sath le ke jate hain, baant te hain wahan par. koi rok tok nahin, kuch bhi rok tok nahin.</w:t>
      </w:r>
      <w:r>
        <w:br/>
      </w:r>
      <w:r>
        <w:rPr>
          <w:sz w:val="20"/>
        </w:rPr>
        <w:t>43:48  main samajhta hoon ki yeh bahut badi hamari khushqismati hai ki hum India mein paida kiye gaye. main sare duniya mein gaya hoon taqriban.</w:t>
      </w:r>
      <w:r>
        <w:br/>
      </w:r>
      <w:r>
        <w:rPr>
          <w:sz w:val="20"/>
        </w:rPr>
        <w:t>43:58  koi duniya ka mulak aisa nahin hai hamare liye, daawat ke liye itna achha jitna ki India hai. main zara bhi mujhe shak nahin hai. ek hadees hai, Rasool Allah ne farmaya ki mujhe Hind ki taraf se ilam ki khushbu aati hai, ilam ki hawaen aati hain.</w:t>
      </w:r>
    </w:p>
    <w:p>
      <w:pPr>
        <w:pStyle w:val="Heading2"/>
      </w:pPr>
      <w:r>
        <w:t>Result-oriented action beyond right wrong</w:t>
      </w:r>
    </w:p>
    <w:p>
      <w:r>
        <w:rPr>
          <w:color w:val="666666"/>
          <w:sz w:val="18"/>
        </w:rPr>
        <w:t>Principles of Life (Prophetic Wisdom) · 5m 36s · at 28:46 · https://youtu.be/dWzIQ5DQMNU?t=1726</w:t>
      </w:r>
    </w:p>
    <w:p>
      <w:r>
        <w:rPr>
          <w:i/>
        </w:rPr>
        <w:t>“Rait aur rang, rait aur rang. Ek teesri cheez.”</w:t>
      </w:r>
    </w:p>
    <w:p>
      <w:r>
        <w:rPr>
          <w:sz w:val="20"/>
        </w:rPr>
        <w:t>28:46  , right aur wrong, right aur wrong.</w:t>
      </w:r>
      <w:r>
        <w:br/>
      </w:r>
      <w:r>
        <w:rPr>
          <w:sz w:val="20"/>
        </w:rPr>
        <w:t>28:51  ek teesri cheez ko bhi aap ko sochna chahiye, aur woh hai result.</w:t>
      </w:r>
      <w:r>
        <w:br/>
      </w:r>
      <w:r>
        <w:rPr>
          <w:sz w:val="20"/>
        </w:rPr>
        <w:t>28:56  action ka result.</w:t>
      </w:r>
      <w:r>
        <w:br/>
      </w:r>
      <w:r>
        <w:rPr>
          <w:sz w:val="20"/>
        </w:rPr>
        <w:t>29:01  agar aap ke paas sirf do ki fehrist hai to aap duniya mein sirf burai paida karenge.</w:t>
      </w:r>
      <w:r>
        <w:br/>
      </w:r>
      <w:r>
        <w:rPr>
          <w:sz w:val="20"/>
        </w:rPr>
        <w:t>29:06  jahan right, jahan dekhenge ke wrong ho raha hai to aap daud padenge aur aap kuch</w:t>
      </w:r>
      <w:r>
        <w:br/>
      </w:r>
      <w:r>
        <w:rPr>
          <w:sz w:val="20"/>
        </w:rPr>
        <w:t>29:11  kar nahin payenge siwaye is ke ke aur problem ko badhayen.</w:t>
      </w:r>
      <w:r>
        <w:br/>
      </w:r>
      <w:r>
        <w:rPr>
          <w:sz w:val="20"/>
        </w:rPr>
        <w:t>29:16  yeh bohat hi zaroori hai ke aap is dichotomy mein na jiyen, right aur wrong ki dichotomy mein.</w:t>
      </w:r>
      <w:r>
        <w:br/>
      </w:r>
      <w:r>
        <w:rPr>
          <w:sz w:val="20"/>
        </w:rPr>
        <w:t>29:21  balke yeh bhi janen ke hamesha right aur wrong ke siwa ek third position bhi hoti hai.</w:t>
      </w:r>
      <w:r>
        <w:br/>
      </w:r>
      <w:r>
        <w:rPr>
          <w:sz w:val="20"/>
        </w:rPr>
        <w:t>29:26  woh kya hai? result ko dekhna.</w:t>
      </w:r>
      <w:r>
        <w:br/>
      </w:r>
      <w:r>
        <w:rPr>
          <w:sz w:val="20"/>
        </w:rPr>
        <w:t>29:31  result ko dekh kar ke action lena.</w:t>
      </w:r>
      <w:r>
        <w:br/>
      </w:r>
      <w:r>
        <w:rPr>
          <w:sz w:val="20"/>
        </w:rPr>
        <w:t>29:36  aur agar chup rehne mein, chup rehne mein aap dekhen ke chup rehna zyada theek hai.</w:t>
      </w:r>
      <w:r>
        <w:br/>
      </w:r>
      <w:r>
        <w:rPr>
          <w:sz w:val="20"/>
        </w:rPr>
        <w:t>29:41  chup rehne ka kam se kam itna to faida hai</w:t>
      </w:r>
      <w:r>
        <w:br/>
      </w:r>
      <w:r>
        <w:rPr>
          <w:sz w:val="20"/>
        </w:rPr>
        <w:t>29:46  ke problem aur badhega nahin.</w:t>
      </w:r>
      <w:r>
        <w:br/>
      </w:r>
      <w:r>
        <w:rPr>
          <w:sz w:val="20"/>
        </w:rPr>
        <w:t>29:52  problem aur zyada complex nahin ho jayega.</w:t>
      </w:r>
      <w:r>
        <w:br/>
      </w:r>
      <w:r>
        <w:rPr>
          <w:sz w:val="20"/>
        </w:rPr>
        <w:t>29:59  ek simple problem hai shuru mein, aap ka action lene se woh complex, woh complex problem ban jaye.</w:t>
      </w:r>
      <w:r>
        <w:br/>
      </w:r>
      <w:r>
        <w:rPr>
          <w:sz w:val="20"/>
        </w:rPr>
        <w:t>30:05  to aisi halat mein aap ko hargiz hargiz action nahin lena chahiye.</w:t>
      </w:r>
      <w:r>
        <w:br/>
      </w:r>
      <w:r>
        <w:rPr>
          <w:sz w:val="20"/>
        </w:rPr>
        <w:t>30:11  to jin logon ke paas yahi dichotomy hai, right aur wrong, right aur wrong, justice injustice, justice injustice,</w:t>
      </w:r>
      <w:r>
        <w:br/>
      </w:r>
      <w:r>
        <w:rPr>
          <w:sz w:val="20"/>
        </w:rPr>
        <w:t>30:17  to duniya mein bigaad paida karenge woh.</w:t>
      </w:r>
      <w:r>
        <w:br/>
      </w:r>
      <w:r>
        <w:rPr>
          <w:sz w:val="20"/>
        </w:rPr>
        <w:t>30:22  kai logon ko hum dekhte hain ke justice lene ki ladai chhod rakhi hai unhon ne.</w:t>
      </w:r>
      <w:r>
        <w:br/>
      </w:r>
      <w:r>
        <w:rPr>
          <w:sz w:val="20"/>
        </w:rPr>
        <w:t>30:27  woh kehte hain hamara justice ho raha hai, hamare sath injustice ho raha hai, hamein justice lena hai,</w:t>
      </w:r>
      <w:r>
        <w:br/>
      </w:r>
      <w:r>
        <w:rPr>
          <w:sz w:val="20"/>
        </w:rPr>
        <w:t>30:32  justice ko establish karna hai.</w:t>
      </w:r>
      <w:r>
        <w:br/>
      </w:r>
      <w:r>
        <w:rPr>
          <w:sz w:val="20"/>
        </w:rPr>
        <w:t>30:37  lekin aap result dekhen to so so baras ki ladai se kya hua hai? tabahi, tabahi, tabahi, tabahi.</w:t>
      </w:r>
      <w:r>
        <w:br/>
      </w:r>
      <w:r>
        <w:rPr>
          <w:sz w:val="20"/>
        </w:rPr>
        <w:t>30:42  to is hadith se</w:t>
      </w:r>
      <w:r>
        <w:br/>
      </w:r>
      <w:r>
        <w:rPr>
          <w:sz w:val="20"/>
        </w:rPr>
        <w:t>30:47  yeh usool nikla ke tumhare paas sirf, ke tum ko sirf right aur wrong ki dichotomy mein nahin jeena chahiye.</w:t>
      </w:r>
      <w:r>
        <w:br/>
      </w:r>
      <w:r>
        <w:rPr>
          <w:sz w:val="20"/>
        </w:rPr>
        <w:t>30:55  justice aur injustice ki dichotomy mein nahin jeena chahiye.</w:t>
      </w:r>
      <w:r>
        <w:br/>
      </w:r>
      <w:r>
        <w:rPr>
          <w:sz w:val="20"/>
        </w:rPr>
        <w:t>31:03  zulm aur insaaf ki dichotomy mein nahin jeena chahiye.</w:t>
      </w:r>
      <w:r>
        <w:br/>
      </w:r>
      <w:r>
        <w:rPr>
          <w:sz w:val="20"/>
        </w:rPr>
        <w:t>31:11  balkay aik teesri cheez bhi tumhare paas honi chahiye tumhari list mein, woh hai result. result. aap agar</w:t>
      </w:r>
      <w:r>
        <w:br/>
      </w:r>
      <w:r>
        <w:rPr>
          <w:sz w:val="20"/>
        </w:rPr>
        <w:t>31:20  insaf ke naam par chhalang lagayen aur niklay aik bura result, to woh insaf kiya, woh woh woh</w:t>
      </w:r>
      <w:r>
        <w:br/>
      </w:r>
      <w:r>
        <w:rPr>
          <w:sz w:val="20"/>
        </w:rPr>
        <w:t>31:26  kuch bhi nahi hoga.</w:t>
      </w:r>
      <w:r>
        <w:br/>
      </w:r>
      <w:r>
        <w:rPr>
          <w:sz w:val="20"/>
        </w:rPr>
        <w:t>31:32  woh na-insafi se ziyada buri cheez ban jayegi.</w:t>
      </w:r>
      <w:r>
        <w:br/>
      </w:r>
      <w:r>
        <w:rPr>
          <w:sz w:val="20"/>
        </w:rPr>
        <w:t>31:38  to aksar logon ko maine dekha hai ke yahi karte hain ke unke paas sirf do</w:t>
      </w:r>
      <w:r>
        <w:br/>
      </w:r>
      <w:r>
        <w:rPr>
          <w:sz w:val="20"/>
        </w:rPr>
        <w:t>31:44  hi, do hi cheez hoti hai: zulm aur insaf</w:t>
      </w:r>
      <w:r>
        <w:br/>
      </w:r>
      <w:r>
        <w:rPr>
          <w:sz w:val="20"/>
        </w:rPr>
        <w:t>31:50  , justice injustice, right wrong. aise log jo hain bohat bhari bhool mein mubtala hain. kyunkeh duniya mein dekhiye, aap akele nahi hain. agar aap kisi island mein hain jahan aap akele hain, to wahan aap ko, wahan agar aap aisa karen, kisi cheez ko wrong samajh kar us ko correct karen, to koi wahan par koi gadbad nahi</w:t>
      </w:r>
      <w:r>
        <w:br/>
      </w:r>
      <w:r>
        <w:rPr>
          <w:sz w:val="20"/>
        </w:rPr>
        <w:t>32:20  machega.</w:t>
      </w:r>
      <w:r>
        <w:br/>
      </w:r>
      <w:r>
        <w:rPr>
          <w:sz w:val="20"/>
        </w:rPr>
        <w:t>32:25  akele aap hi hain, gadbad kaun karne wala hai wahan par? to kisi island mein agar aap</w:t>
      </w:r>
      <w:r>
        <w:br/>
      </w:r>
      <w:r>
        <w:rPr>
          <w:sz w:val="20"/>
        </w:rPr>
        <w:t>32:30  akele hain, wahan aap aik problem dekhte hain, us problem ko theek karne ke liye aap koi step</w:t>
      </w:r>
      <w:r>
        <w:br/>
      </w:r>
      <w:r>
        <w:rPr>
          <w:sz w:val="20"/>
        </w:rPr>
        <w:t>32:35  lete hain, to wahan par koi bura result nikalne wala nahi hai.</w:t>
      </w:r>
      <w:r>
        <w:br/>
      </w:r>
      <w:r>
        <w:rPr>
          <w:sz w:val="20"/>
        </w:rPr>
        <w:t>32:41  wahan koi nai burai paida hone wali nahi hai.</w:t>
      </w:r>
      <w:r>
        <w:br/>
      </w:r>
      <w:r>
        <w:rPr>
          <w:sz w:val="20"/>
        </w:rPr>
        <w:t>32:46  lekin yeh jo duniya hai, jahan aap ke sath lakhon doosre log bhi hain,</w:t>
      </w:r>
      <w:r>
        <w:br/>
      </w:r>
      <w:r>
        <w:rPr>
          <w:sz w:val="20"/>
        </w:rPr>
        <w:t>32:51  to yeh soch wahan par kaam nahi karegi.</w:t>
      </w:r>
      <w:r>
        <w:br/>
      </w:r>
      <w:r>
        <w:rPr>
          <w:sz w:val="20"/>
        </w:rPr>
        <w:t>32:57  yani island mein akele hona aik alag cheez hai, society mein doosron ke sath jeena aik alag cheez hai.</w:t>
      </w:r>
      <w:r>
        <w:br/>
      </w:r>
      <w:r>
        <w:rPr>
          <w:sz w:val="20"/>
        </w:rPr>
        <w:t>33:03  donon mein farq hai.</w:t>
      </w:r>
      <w:r>
        <w:br/>
      </w:r>
      <w:r>
        <w:rPr>
          <w:sz w:val="20"/>
        </w:rPr>
        <w:t>33:09  jab aap society mein ho to aap ke sath doosre log bhi hain.</w:t>
      </w:r>
      <w:r>
        <w:br/>
      </w:r>
      <w:r>
        <w:rPr>
          <w:sz w:val="20"/>
        </w:rPr>
        <w:t>33:16  aap action lenge to kya doosre chup rahenge? woh agar aap koi action lenge, aap koi woh</w:t>
      </w:r>
      <w:r>
        <w:br/>
      </w:r>
      <w:r>
        <w:rPr>
          <w:sz w:val="20"/>
        </w:rPr>
        <w:t>33:22  bhashan denge to kya doosre log chup rahenge? woh bhi apni zuban istemal karenge, woh</w:t>
      </w:r>
      <w:r>
        <w:br/>
      </w:r>
      <w:r>
        <w:rPr>
          <w:sz w:val="20"/>
        </w:rPr>
        <w:t>33:28  bhi apna loud speaker istemal karenge, woh bhi apni taqat ko istemal karenge.</w:t>
      </w:r>
      <w:r>
        <w:br/>
      </w:r>
      <w:r>
        <w:rPr>
          <w:sz w:val="20"/>
        </w:rPr>
        <w:t>33:34  to yaad rakhiye, woh culture ya woh principle jo akele island mein chal sakta hai, woh samaj</w:t>
      </w:r>
      <w:r>
        <w:br/>
      </w:r>
      <w:r>
        <w:rPr>
          <w:sz w:val="20"/>
        </w:rPr>
        <w:t>33:40  mein nahi chal sakta, woh social life mein nahi chal sakta, woh us waqt nahi chal sakta jab</w:t>
      </w:r>
      <w:r>
        <w:br/>
      </w:r>
      <w:r>
        <w:rPr>
          <w:sz w:val="20"/>
        </w:rPr>
        <w:t>33:46  aap doosron ke sath hon. to hamesha</w:t>
      </w:r>
      <w:r>
        <w:br/>
      </w:r>
      <w:r>
        <w:rPr>
          <w:sz w:val="20"/>
        </w:rPr>
        <w:t>33:52  yaad rakhiye ke jab aap samaj mein hon to yeh sochiye ke mera action jo hai, doosron par</w:t>
      </w:r>
      <w:r>
        <w:br/>
      </w:r>
      <w:r>
        <w:rPr>
          <w:sz w:val="20"/>
        </w:rPr>
        <w:t>33:58  kya asar dalega? mere action se agar doosre, mere action se kya doosre log bhark uthenge?</w:t>
      </w:r>
      <w:r>
        <w:br/>
      </w:r>
      <w:r>
        <w:rPr>
          <w:sz w:val="20"/>
        </w:rPr>
        <w:t>34:04  bhark uthenge to phir aap ko chup rehna chahiye.</w:t>
      </w:r>
      <w:r>
        <w:br/>
      </w:r>
      <w:r>
        <w:rPr>
          <w:sz w:val="20"/>
        </w:rPr>
        <w:t>34:10  kyunke problem agar pehle ek tha to ab do ho jayega.</w:t>
      </w:r>
      <w:r>
        <w:br/>
      </w:r>
      <w:r>
        <w:rPr>
          <w:sz w:val="20"/>
        </w:rPr>
        <w:t>34:16  to problem ko ek se do karna yeh to ko</w:t>
      </w:r>
    </w:p>
    <w:p>
      <w:pPr>
        <w:pStyle w:val="Heading2"/>
      </w:pPr>
      <w:r>
        <w:t>Boy reunited with family after 25 years via Google Earth</w:t>
      </w:r>
    </w:p>
    <w:p>
      <w:r>
        <w:rPr>
          <w:color w:val="666666"/>
          <w:sz w:val="18"/>
        </w:rPr>
        <w:t>Islam in A New Age March 18, 2012 · 4m 33s · at 17:20 · https://youtu.be/P5hzq_NheY0?t=1040</w:t>
      </w:r>
    </w:p>
    <w:p>
      <w:r>
        <w:rPr>
          <w:i/>
        </w:rPr>
        <w:t>“Ajeeb o ghareeb kahani — Google Earth helps Indians reunite”</w:t>
      </w:r>
    </w:p>
    <w:p>
      <w:r>
        <w:rPr>
          <w:sz w:val="20"/>
        </w:rPr>
        <w:t>17:20  abhi dekhiye, mein ek bohat hi ajeeb misaal ek. yeh parcha mere hath mein hai.</w:t>
      </w:r>
      <w:r>
        <w:br/>
      </w:r>
      <w:r>
        <w:rPr>
          <w:sz w:val="20"/>
        </w:rPr>
        <w:t>17:32  nai dilli ka english daily. nai dilli ka english roznama. hindustan times. yeh shumarah hai 16 March 2012 ka.</w:t>
      </w:r>
      <w:r>
        <w:br/>
      </w:r>
      <w:r>
        <w:rPr>
          <w:sz w:val="20"/>
        </w:rPr>
        <w:t>17:47  2012 ka 16 March ka parcha. is ka page 17. page 17 par ek news aayi hai jis ki heading hai</w:t>
      </w:r>
      <w:r>
        <w:br/>
      </w:r>
      <w:r>
        <w:rPr>
          <w:sz w:val="20"/>
        </w:rPr>
        <w:t>18:04  Google Earth helps</w:t>
      </w:r>
      <w:r>
        <w:br/>
      </w:r>
      <w:r>
        <w:rPr>
          <w:sz w:val="20"/>
        </w:rPr>
        <w:t>18:10  Indians reunite with family</w:t>
      </w:r>
      <w:r>
        <w:br/>
      </w:r>
      <w:r>
        <w:rPr>
          <w:sz w:val="20"/>
        </w:rPr>
        <w:t>18:14  Google Earth helps Indians reunite with family. yeh aap dekhiye.</w:t>
      </w:r>
      <w:r>
        <w:br/>
      </w:r>
      <w:r>
        <w:rPr>
          <w:sz w:val="20"/>
        </w:rPr>
        <w:t>18:26  ek ajeeb o ghareeb kahani hai. aur bohat hi iman afroz baat. dekhiye, ek qissa yeh hai is mein jo chupa hai.</w:t>
      </w:r>
      <w:r>
        <w:br/>
      </w:r>
      <w:r>
        <w:rPr>
          <w:sz w:val="20"/>
        </w:rPr>
        <w:t>18:39  aik bachcha panch saal ka, woh india mein paida hua, ghareeb family mein. bheek mangta tha. yaani panch saal.</w:t>
      </w:r>
      <w:r>
        <w:br/>
      </w:r>
      <w:r>
        <w:rPr>
          <w:sz w:val="20"/>
        </w:rPr>
        <w:t>18:49  toh apne aik gaon mein rehta tha. wahan jo qareeb ka railway station tha, wahan par bheek mangne ke liye gaya woh. toh kisi gaadi par baith gaya woh.</w:t>
      </w:r>
      <w:r>
        <w:br/>
      </w:r>
      <w:r>
        <w:rPr>
          <w:sz w:val="20"/>
        </w:rPr>
        <w:t>19:01  yaani musafiron mein bheek mangne ke liye. ab gaadi chal padi.</w:t>
      </w:r>
      <w:r>
        <w:br/>
      </w:r>
      <w:r>
        <w:rPr>
          <w:sz w:val="20"/>
        </w:rPr>
        <w:t>19:07  ab gaadi kahin ja kar aik naye station par utaar diya is ne. ab panch saal ka bachcha is samajh nahi aata kya kare. idhar udhar woh ghoom raha hai.</w:t>
      </w:r>
      <w:r>
        <w:br/>
      </w:r>
      <w:r>
        <w:rPr>
          <w:sz w:val="20"/>
        </w:rPr>
        <w:t>19:18  wahan par aik australian joda tha aaya hua. un ke paas woh woh bachche nahi, yaani aulaad nahi thi.</w:t>
      </w:r>
      <w:r>
        <w:br/>
      </w:r>
      <w:r>
        <w:rPr>
          <w:sz w:val="20"/>
        </w:rPr>
        <w:t>19:30  woh adopt karne ke liye aik bachcha chahte the woh.</w:t>
      </w:r>
      <w:r>
        <w:br/>
      </w:r>
      <w:r>
        <w:rPr>
          <w:sz w:val="20"/>
        </w:rPr>
        <w:t>19:33  toh kisi wajah se woh bachcha jo hai un ko pasand aa gaya. jo panch saal ka tha us waqt. us ko apne saath le liya unhon ne.</w:t>
      </w:r>
      <w:r>
        <w:br/>
      </w:r>
      <w:r>
        <w:rPr>
          <w:sz w:val="20"/>
        </w:rPr>
        <w:t>19:44  aur le kar gaye australia ke the woh log. australia mein aik island hai, tasmania. tasmania mein un ka business tha.</w:t>
      </w:r>
      <w:r>
        <w:br/>
      </w:r>
      <w:r>
        <w:rPr>
          <w:sz w:val="20"/>
        </w:rPr>
        <w:t>19:54  wahan par le gaye. is panch saal bachche ko parhaya likhaya unhon ne.</w:t>
      </w:r>
      <w:r>
        <w:br/>
      </w:r>
      <w:r>
        <w:rPr>
          <w:sz w:val="20"/>
        </w:rPr>
        <w:t>19:59  phir us ko business mein lagaya. aur woh kaafi paisa bhi kamaya us ne. parh likh ke angrezi janne laga.</w:t>
      </w:r>
      <w:r>
        <w:br/>
      </w:r>
      <w:r>
        <w:rPr>
          <w:sz w:val="20"/>
        </w:rPr>
        <w:t>20:09  toh is tarah pachis saal beet gaye. pachis saal. phir us ko khayal aaya. us ke mind mein aik faint idea tha apne gaon ka.</w:t>
      </w:r>
      <w:r>
        <w:br/>
      </w:r>
      <w:r>
        <w:rPr>
          <w:sz w:val="20"/>
        </w:rPr>
        <w:t>20:21  toh us ko yaad aati thi apne maa baap ki, bhai behan ki. toh faint idea tha ke mera ghar, mera gaon aisa tha.</w:t>
      </w:r>
      <w:r>
        <w:br/>
      </w:r>
      <w:r>
        <w:rPr>
          <w:sz w:val="20"/>
        </w:rPr>
        <w:t>20:29  toh aap jante hain aaj kal aik jis ko kehte hain google earth. fiza mein aisa satellite hai jis mein poore poore zameen ka naqsha hai.</w:t>
      </w:r>
      <w:r>
        <w:br/>
      </w:r>
      <w:r>
        <w:rPr>
          <w:sz w:val="20"/>
        </w:rPr>
        <w:t>20:41  aap us ko agar aap switch dabayein aur search karein toh jahan aap baithe hue hain, yeh wahan dikhai dega aap ko. computer ki screen par dikhai dega woh.</w:t>
      </w:r>
      <w:r>
        <w:br/>
      </w:r>
      <w:r>
        <w:rPr>
          <w:sz w:val="20"/>
        </w:rPr>
        <w:t>20:52  woh us ko spot kar lega us ko.</w:t>
      </w:r>
      <w:r>
        <w:br/>
      </w:r>
      <w:r>
        <w:rPr>
          <w:sz w:val="20"/>
        </w:rPr>
        <w:t>20:55  toh woh bachcha jo australia mein parha barha aur kaafi taleem yafta ho gaya, business bhi ho gaya uska.</w:t>
      </w:r>
      <w:r>
        <w:br/>
      </w:r>
      <w:r>
        <w:rPr>
          <w:sz w:val="20"/>
        </w:rPr>
        <w:t>21:05  toh pachis saal ke baad us ko khayal hua kyun na mein talash karoon. toh google earth par gaya woh. talash karte karte us ke samne aik aik gaon ka naqsha aaya.</w:t>
      </w:r>
      <w:r>
        <w:br/>
      </w:r>
      <w:r>
        <w:rPr>
          <w:sz w:val="20"/>
        </w:rPr>
        <w:t>21:19  toh kaha yeh yeh toh mera gaon hai.</w:t>
      </w:r>
      <w:r>
        <w:br/>
      </w:r>
      <w:r>
        <w:rPr>
          <w:sz w:val="20"/>
        </w:rPr>
        <w:t>21:25  woh gaon toh kathua ka aik gaon tha. kathua ka. yaani woh tasmania mein kar raha hai woh, australia mein. aur aur kathua ka gaon woh dekhta hai google earth par.</w:t>
      </w:r>
      <w:r>
        <w:br/>
      </w:r>
      <w:r>
        <w:rPr>
          <w:sz w:val="20"/>
        </w:rPr>
        <w:t>21:38  phir us ne pata kiya, pata kiya, pata kiya. is ke baad hua jahaz se wahan se aaya, apne maa baap se mila. yeh qissa hua. ab dekhiye, ab main aap ko doosra qissa batata hoon.</w:t>
      </w:r>
    </w:p>
    <w:p>
      <w:pPr>
        <w:pStyle w:val="Heading2"/>
      </w:pPr>
      <w:r>
        <w:t>Beyond looks: ego, support, money and simple living</w:t>
      </w:r>
    </w:p>
    <w:p>
      <w:r>
        <w:rPr>
          <w:color w:val="666666"/>
          <w:sz w:val="18"/>
        </w:rPr>
        <w:t>Behtar Khatoon Kon CPS Women Article Discussion July 2, 2023 · 5m 42s · at 10:38 · https://youtu.be/tGPJwzCnCMM?t=638</w:t>
      </w:r>
    </w:p>
    <w:p>
      <w:r>
        <w:rPr>
          <w:i/>
        </w:rPr>
        <w:t>“Agar sirf physical appearance par kisi ko khush kiya jaaye”</w:t>
      </w:r>
    </w:p>
    <w:p>
      <w:r>
        <w:rPr>
          <w:sz w:val="20"/>
        </w:rPr>
        <w:t>10:38  hum log isko physically physical kahen ya phir usko hum upar ke maanon mein hi dekhte hain aur</w:t>
      </w:r>
      <w:r>
        <w:br/>
      </w:r>
      <w:r>
        <w:rPr>
          <w:sz w:val="20"/>
        </w:rPr>
        <w:t>10:55  aksar usse main bhi pehle usse galat samjha karti thi to mujhe lagta hai human nature aisa hai</w:t>
      </w:r>
      <w:r>
        <w:br/>
      </w:r>
      <w:r>
        <w:rPr>
          <w:sz w:val="20"/>
        </w:rPr>
        <w:t>11:12  ki kitna ek aurat kitna bhi band sanwar le, shayad khush hone wala bore ho jayega.</w:t>
      </w:r>
      <w:r>
        <w:br/>
      </w:r>
      <w:r>
        <w:rPr>
          <w:sz w:val="20"/>
        </w:rPr>
        <w:t>11:30  Agar sirf physical appearance par kisi ko khush kiya jaye. To hum kyunki intellectual being hain, hum sochne wale log hain, humein aisa saathi chahiye hota hai jo ki hamari soch ko sune bhi aur usko usmein izafa bhi karein. Tabhi hamari personality ko taskeen milta hai. To agar hum is tarah ki life partner ban payein apne partner ke liye, tabhi hum unke liye khushi ka bias bane rahenge hamesha ke liye.</w:t>
      </w:r>
      <w:r>
        <w:br/>
      </w:r>
      <w:r>
        <w:rPr>
          <w:sz w:val="20"/>
        </w:rPr>
        <w:t>11:59  Varna kuch dinon ki kashish ke baad woh baat khatam ho jayegi agar woh sirf physical appearance ki baat hogi. To doosri baat mujhe lagta hai ki agar hum aapas mein jo lady hai woh apne apne life partner ke liye bahut zyada understanding aur adjusting hai, bardasht karne wali hai, to woh bhi ek bahut bada plus point ho jata hai. Mard ki ego jaise hum hamesha padhte hain ki mard ke andar ek ego dali gayi hai.</w:t>
      </w:r>
      <w:r>
        <w:br/>
      </w:r>
      <w:r>
        <w:rPr>
          <w:sz w:val="20"/>
        </w:rPr>
        <w:t>12:27  To uski ego ke aage agar koi uski ego ko badhane wala harkat ki jaye ya kuch bataya jaye to kabhi bhi compatibility nahi ban sakti. Hamesha clashes honge aur clashes mein kabhi intellectual development bhi nahi ho sakta. To hamesha jo hamari life ka focus hona chahiye woh ek doosre ka iman badhana jaise ne kaha.</w:t>
      </w:r>
      <w:r>
        <w:br/>
      </w:r>
      <w:r>
        <w:rPr>
          <w:sz w:val="20"/>
        </w:rPr>
        <w:t>12:48  Agar yeh humne apni goal banaya hai to hum chhote chhote differences par ek doosre ki ego ko nahi badh payenge aur ek aur cheez jo mujhe yaad aa rahi hai ki ek hadith hai ki Rasool Allah sallallahu sallam ne farmaya tha ki duniya ka har har cheez samna hai ya aur duniya ka sabse acha samna nek aurat hai. To samna se matlab hai har cheez ko Islam mein resource bataya gaya hai.</w:t>
      </w:r>
      <w:r>
        <w:br/>
      </w:r>
      <w:r>
        <w:rPr>
          <w:sz w:val="20"/>
        </w:rPr>
        <w:t>13:11  matlab everything is a resource for us, sharmaya hai hamare liye jisko hum use karen best of best</w:t>
      </w:r>
      <w:r>
        <w:br/>
      </w:r>
      <w:r>
        <w:rPr>
          <w:sz w:val="20"/>
        </w:rPr>
        <w:t>13:22  tareeqe se aur best jo resource hai woh ek nek aurat hai jo kisi aadmi ko milti hai</w:t>
      </w:r>
      <w:r>
        <w:br/>
      </w:r>
      <w:r>
        <w:rPr>
          <w:sz w:val="20"/>
        </w:rPr>
        <w:t>13:34  aur vice versa main kahungi ulta bhi hai ki ek nek aadmi aajkal hote hain.</w:t>
      </w:r>
      <w:r>
        <w:br/>
      </w:r>
      <w:r>
        <w:rPr>
          <w:sz w:val="20"/>
        </w:rPr>
        <w:t>13:46  Doosri cheez yeh hai ki dono companions ek doosre ka support system bane. Jaise aapne abhi bataya ki agar koi negative ho raha hai to doosra usko complement karta hai to usko positivity ki taraf le jaye. Jaise ki hum logon ne ek class hui thi Hazrat Khadija ke bare mein padha tha ki unhone kis tarah Jabir sallallahu alaihi wasallam ke paas wahi aayi pehli baar aur woh ghabra gaye. To unhone kaise unko motivate kiya?</w:t>
      </w:r>
      <w:r>
        <w:br/>
      </w:r>
      <w:r>
        <w:rPr>
          <w:sz w:val="20"/>
        </w:rPr>
        <w:t>14:10  Unko boost up kiya aur unke liye itni research ki ki unko lekar gayi apne cousin ke paas aur poori verify kiya ki yeh kya cheez thi? To yeh ek bahut hi zyada awakened mind tha unka jo unhone itna woh us waqt itna kar payi, bahut zyada hoshate kaam le payi aur apne husband ke liye ek bahut bada support system ban payi.</w:t>
      </w:r>
      <w:r>
        <w:br/>
      </w:r>
      <w:r>
        <w:rPr>
          <w:sz w:val="20"/>
        </w:rPr>
        <w:t>14:32  to woh mujhe lagta hai hum logon ke liye ek ideal female ki situation hai agar hum us</w:t>
      </w:r>
      <w:r>
        <w:br/>
      </w:r>
      <w:r>
        <w:rPr>
          <w:sz w:val="20"/>
        </w:rPr>
        <w:t>14:37  tarah ke rafeeqe hai yaad van paayen aur ek aur cheez hai ki jo sachche saathi hote hain</w:t>
      </w:r>
      <w:r>
        <w:br/>
      </w:r>
      <w:r>
        <w:rPr>
          <w:sz w:val="20"/>
        </w:rPr>
        <w:t>14:42  na woh ek doosre ki jaise is is hatees mein bhi bataya gaya ki khushi ka to part</w:t>
      </w:r>
      <w:r>
        <w:br/>
      </w:r>
      <w:r>
        <w:rPr>
          <w:sz w:val="20"/>
        </w:rPr>
        <w:t>14:47  hai hi, ek doosre ke liye khushiyon ka zariya to hai hi, lekin saath mein woh ek doosre</w:t>
      </w:r>
      <w:r>
        <w:br/>
      </w:r>
      <w:r>
        <w:rPr>
          <w:sz w:val="20"/>
        </w:rPr>
        <w:t>14:53  ke itne well wisher hote hain ki peeth peeche bhi woh kuch aisa nahin, woh kuch aisa nahin</w:t>
      </w:r>
      <w:r>
        <w:br/>
      </w:r>
      <w:r>
        <w:rPr>
          <w:sz w:val="20"/>
        </w:rPr>
        <w:t>14:58  kar sakte jo doosre ki bhalai usmein khatm ho jaaye ya doosre ka koi nuksaan ho jaaye usmein</w:t>
      </w:r>
      <w:r>
        <w:br/>
      </w:r>
      <w:r>
        <w:rPr>
          <w:sz w:val="20"/>
        </w:rPr>
        <w:t>15:03  aur ismein maal ka bhi hifazat ki baat aayi hai.</w:t>
      </w:r>
      <w:r>
        <w:br/>
      </w:r>
      <w:r>
        <w:rPr>
          <w:sz w:val="20"/>
        </w:rPr>
        <w:t>15:09  To aurat ke Maulana sahab ne to is baat par bahut likha hai ki aurat ke haath mein bahut badi yeh cheez hai ki woh mard ke maal ko manage karti hai. Ghar ka jo paisa hai usko kis tarah kahan kahan lagana hai yeh cheez woh dekhti hai aksar auraton ke haath mein hota hai yeh.</w:t>
      </w:r>
      <w:r>
        <w:br/>
      </w:r>
      <w:r>
        <w:rPr>
          <w:sz w:val="20"/>
        </w:rPr>
        <w:t>15:27  To agar aurat is cheez mein apne aap ko simplify kar le aur apne aap ko zyada zindagi par le aaye, apne ghar ke mahaul mein woh fazool kharchi ko chhod de jo aajkal ki auraton ka ek pattern hai, family functions hain, furnitures hain, show off hai aur bhi kapde hain, bahut zyada excess shoppings hain.</w:t>
      </w:r>
      <w:r>
        <w:br/>
      </w:r>
      <w:r>
        <w:rPr>
          <w:sz w:val="20"/>
        </w:rPr>
        <w:t>15:48  To in cheezon se apne aap ko hatakar agar woh paison ko simple cheezon mein to zaroorat ki cheezon mein kharch karein aur ghar ka culture simple living wala kar dein.</w:t>
      </w:r>
      <w:r>
        <w:br/>
      </w:r>
      <w:r>
        <w:rPr>
          <w:sz w:val="20"/>
        </w:rPr>
        <w:t>15:58  To ek line Maulana Shah aapne us baat par likhi thi aur mujhe bahut acchi lagi ki aurat agar sirf yeh kare ki maal ka sahi intezam kare zarie ghar ke andar saadgi culture ko raij kare, to yeh itna bada kaam hoga ki usi ek karname ki usi ek karname par usko mehamari insaniyat talqat de diya jayega.</w:t>
      </w:r>
      <w:r>
        <w:br/>
      </w:r>
      <w:r>
        <w:rPr>
          <w:sz w:val="20"/>
        </w:rPr>
        <w:t>16:20  To yeh jo builder of humanity hai, mehamari insaniyat hai yeh title Maulana sahab ne aurat ko diya hai kyunki woh train karti hain, tarbiyat deti hain humanity ko, insaniyat. To woh ek itni badi baat woh title mil jaye ek aurat ko sirf is baat par ki woh apne maal ko bahut hi zyada zaroorat par kharch karne wali ho jaye. Fazool kharchi se bache aur ghar walon ko bhi iska ekamam kare, ghar walon ko bhi bataye.</w:t>
      </w:r>
    </w:p>
    <w:p>
      <w:pPr>
        <w:pStyle w:val="Heading2"/>
      </w:pPr>
      <w:r>
        <w:t>Hadith as wisdom and historical record</w:t>
      </w:r>
    </w:p>
    <w:p>
      <w:r>
        <w:rPr>
          <w:color w:val="666666"/>
          <w:sz w:val="18"/>
        </w:rPr>
        <w:t>Wisdom of Hadith February 23, 2014 · 4m 20s · at 7:05 · https://youtu.be/8GZmhBU-LwE?t=425</w:t>
      </w:r>
    </w:p>
    <w:p>
      <w:r>
        <w:rPr>
          <w:i/>
        </w:rPr>
        <w:t>“Dekhiye hadith jo hai iske liye Quran mein aaya hai hikmat”</w:t>
      </w:r>
    </w:p>
    <w:p>
      <w:r>
        <w:rPr>
          <w:sz w:val="20"/>
        </w:rPr>
        <w:t>7:05  dekhen hadith jo hai is ke liye quran mein aaya hai "hikmat kalim". "yu'allimuhul kitaba wal-hikmah" yani peghambar ka aik kaam yeh hai ke us ne kitab diya insan ko.</w:t>
      </w:r>
      <w:r>
        <w:br/>
      </w:r>
      <w:r>
        <w:rPr>
          <w:sz w:val="20"/>
        </w:rPr>
        <w:t>7:20  quran. doosri cheez yeh hai ke us ne hikmat diya. yeh hikmat jo hai yahi hadith hai. hikmat ka matlab hota hai Wisdom.</w:t>
      </w:r>
      <w:r>
        <w:br/>
      </w:r>
      <w:r>
        <w:rPr>
          <w:sz w:val="20"/>
        </w:rPr>
        <w:t>7:33  to dekhen hadith ka muamla juz'iyat shariat ka mozu nahi hai hadith. hadith jo hai woh is se zyada bohat hi ahim cheez hai hadith.</w:t>
      </w:r>
      <w:r>
        <w:br/>
      </w:r>
      <w:r>
        <w:rPr>
          <w:sz w:val="20"/>
        </w:rPr>
        <w:t>7:46  yani quran agar allah ki kitab hai to hadith is ka Applied Edition hai Applied Version hai.</w:t>
      </w:r>
      <w:r>
        <w:br/>
      </w:r>
      <w:r>
        <w:rPr>
          <w:sz w:val="20"/>
        </w:rPr>
        <w:t>7:56  yani quran ka Applied Version.</w:t>
      </w:r>
      <w:r>
        <w:br/>
      </w:r>
      <w:r>
        <w:rPr>
          <w:sz w:val="20"/>
        </w:rPr>
        <w:t>8:05  quran jo hai</w:t>
      </w:r>
      <w:r>
        <w:br/>
      </w:r>
      <w:r>
        <w:rPr>
          <w:sz w:val="20"/>
        </w:rPr>
        <w:t>8:09  agar Principles hain is ke andar hain to hadith mein is ki Detail hain.</w:t>
      </w:r>
      <w:r>
        <w:br/>
      </w:r>
      <w:r>
        <w:rPr>
          <w:sz w:val="20"/>
        </w:rPr>
        <w:t>8:19  woh sari cheezain jo baad ki tareekh mein is ko jis ki wajah se islam aik kiya ko ahmiyat hasil hui woh sab hadithain hi se to maloom hoti hain.</w:t>
      </w:r>
      <w:r>
        <w:br/>
      </w:r>
      <w:r>
        <w:rPr>
          <w:sz w:val="20"/>
        </w:rPr>
        <w:t>8:29  hadith ko hadaf karte hain to sara muamla jo hai aik aik bilkul Abstract ban kar reh jayega.</w:t>
      </w:r>
      <w:r>
        <w:br/>
      </w:r>
      <w:r>
        <w:rPr>
          <w:sz w:val="20"/>
        </w:rPr>
        <w:t>8:37  mein aik misaal deta hoon.</w:t>
      </w:r>
      <w:r>
        <w:br/>
      </w:r>
      <w:r>
        <w:rPr>
          <w:sz w:val="20"/>
        </w:rPr>
        <w:t>8:42  rasool allah sallallahu alaihi wasallam tamam peghambaron mein aik hi peghambar aisay hain jo Historical peghambar ki haisiyat rakhte hain.</w:t>
      </w:r>
      <w:r>
        <w:br/>
      </w:r>
      <w:r>
        <w:rPr>
          <w:sz w:val="20"/>
        </w:rPr>
        <w:t>8:53  pichlay peghambar aqeeday ke peghambar hain. batore aqeedah hum un ko mante hain. lekin un ko Historical Base hasil nahi hai. to Philip Hickory jo aik Christian thay un ki kitab hai "History of the Arabs".</w:t>
      </w:r>
      <w:r>
        <w:br/>
      </w:r>
      <w:r>
        <w:rPr>
          <w:sz w:val="20"/>
        </w:rPr>
        <w:t>9:10  is mein woh likhte hain ke "Muhammad was born in the full light of history". "Muhammad was born in the full light of history".</w:t>
      </w:r>
      <w:r>
        <w:br/>
      </w:r>
      <w:r>
        <w:rPr>
          <w:sz w:val="20"/>
        </w:rPr>
        <w:t>9:24  muhammad paida hue mukammal tareekh ki roshni mein. to yeh muhammad sallallahu alaihi wasallam ko yeh haisiyat kaise mili?</w:t>
      </w:r>
      <w:r>
        <w:br/>
      </w:r>
      <w:r>
        <w:rPr>
          <w:sz w:val="20"/>
        </w:rPr>
        <w:t>9:36  aap ghor kijiye ke rasool allah sallallahu alaihi wasallam se sirf chhay so saal pehle. sirf chhay so saal pehle hazrat masih paida hue falasteen mein.</w:t>
      </w:r>
      <w:r>
        <w:br/>
      </w:r>
      <w:r>
        <w:rPr>
          <w:sz w:val="20"/>
        </w:rPr>
        <w:t>9:45  unki koi History nahi. Burt Nerson ne likha hai ke Historically it is quite doubtful whether Christ ever existed at all.</w:t>
      </w:r>
      <w:r>
        <w:br/>
      </w:r>
      <w:r>
        <w:rPr>
          <w:sz w:val="20"/>
        </w:rPr>
        <w:t>9:57  kyun ke Historical Document nahi hai hazrat masih ke liye. kyun nahi hai? un ke is ke sath koi tape nahi thi. khud bible mein likha hua hai ke jab woh un ko suuli par charhanay ke liye le gaye to un ke jo shagird thay wahan par taqreeban das shagird thay woh sab ke sab bhag gaye.</w:t>
      </w:r>
      <w:r>
        <w:br/>
      </w:r>
      <w:r>
        <w:rPr>
          <w:sz w:val="20"/>
        </w:rPr>
        <w:t>10:18  yeh khud bible mein likha hua hai ke bhag gaye sab ke sab.</w:t>
      </w:r>
      <w:r>
        <w:br/>
      </w:r>
      <w:r>
        <w:rPr>
          <w:sz w:val="20"/>
        </w:rPr>
        <w:t>10:25  to History ko insan banate hain. History jo hai woh insan banate hain. team banati hai. to pichlay peghambaron ke sath koi team nahi thi is liye un ki History bhi nahi bani.</w:t>
      </w:r>
      <w:r>
        <w:br/>
      </w:r>
      <w:r>
        <w:rPr>
          <w:sz w:val="20"/>
        </w:rPr>
        <w:t>10:38  rasool Allah ke sath team thi yani sahaba karam jin ko hum kehte hain. taqreeban deid lakh sahaba. yahi to Reporters of History hain.</w:t>
      </w:r>
      <w:r>
        <w:br/>
      </w:r>
      <w:r>
        <w:rPr>
          <w:sz w:val="20"/>
        </w:rPr>
        <w:t>10:52  inhi ki waja se to History bani rasool Allah sal Allah alih wasalam ki. to hazrat maseeh jo sirf chhay sau saal pehle paida hue un ki History nahin.</w:t>
      </w:r>
      <w:r>
        <w:br/>
      </w:r>
      <w:r>
        <w:rPr>
          <w:sz w:val="20"/>
        </w:rPr>
        <w:t>11:01  kyun ke Reporters nahin the. History ko Report karne wale log nahin the. rasool Allah ki History ko Report karne wale log the. jinho ne rasool Allah ko dekha aap ke sath rahe.</w:t>
      </w:r>
      <w:r>
        <w:br/>
      </w:r>
      <w:r>
        <w:rPr>
          <w:sz w:val="20"/>
        </w:rPr>
        <w:t>11:13  aap tamam mamlaat mein un ke shareek rahe. woh Report karte hain. to yahi sahaba hain. to sahaba aur Reporters of History of the Prophet.</w:t>
      </w:r>
    </w:p>
    <w:p>
      <w:pPr>
        <w:pStyle w:val="Heading2"/>
      </w:pPr>
      <w:r>
        <w:t>Angels helped humans discover all technology, from ark to airplane</w:t>
      </w:r>
    </w:p>
    <w:p>
      <w:r>
        <w:rPr>
          <w:color w:val="666666"/>
          <w:sz w:val="18"/>
        </w:rPr>
        <w:t>God's Protection November 28, 2013 · 4m 01s · at 32:05 · https://youtu.be/QgqXbChsr5c?t=1925</w:t>
      </w:r>
    </w:p>
    <w:p>
      <w:r>
        <w:rPr>
          <w:i/>
        </w:rPr>
        <w:t>“Yeh hawai jahaz ki technology insan ne kaise jaani?”</w:t>
      </w:r>
    </w:p>
    <w:p>
      <w:r>
        <w:rPr>
          <w:sz w:val="20"/>
        </w:rPr>
        <w:t>32:05  dekhiye, is dunya mein jo kuch ho raha hai, yeh bhi sab ke sab farishton ki madad se ho raha hai. jaise mein abhi aa raha tha to mein ne socha ke yeh hawa jahaz ki technology kaise?</w:t>
      </w:r>
      <w:r>
        <w:br/>
      </w:r>
      <w:r>
        <w:rPr>
          <w:sz w:val="20"/>
        </w:rPr>
        <w:t>32:17  insaan ne jaana ajeeb o ghareeb technology hai hawa jahaz ki.</w:t>
      </w:r>
      <w:r>
        <w:br/>
      </w:r>
      <w:r>
        <w:rPr>
          <w:sz w:val="20"/>
        </w:rPr>
        <w:t>32:23  aik baar to aap America gaye to wahan par aik workshop mein gaya to aik hawa jahaz khol ke is ko repair kiya ja raha tha. to khula hua hawa jahaz tha wahan par, yeh itne itne tool, itne purze, itne star, itna</w:t>
      </w:r>
      <w:r>
        <w:br/>
      </w:r>
      <w:r>
        <w:rPr>
          <w:sz w:val="20"/>
        </w:rPr>
        <w:t>32:41  ke sab ajeeb o ghareeb dikhai deta tha. woh to kaise insaan ne is technology ko jaana? is ka nuqta dekhiye, Quran ki ayat ko jab padhenge aap, aap ka imam padhega ke Hazrat Nuh jab kashti bana rahe the, us waqt yeh lafz hai</w:t>
      </w:r>
      <w:r>
        <w:br/>
      </w:r>
      <w:r>
        <w:rPr>
          <w:sz w:val="20"/>
        </w:rPr>
        <w:t>33:04  ke:</w:t>
      </w:r>
      <w:r>
        <w:br/>
      </w:r>
      <w:r>
        <w:rPr>
          <w:sz w:val="20"/>
        </w:rPr>
        <w:t>33:09  "yasna'ul fulka bi'ayni wa wahina". yani Hazrat Nuh ne kashti banai to us ke liye farmaya ke hamari wahi ke mutabiq aur hamari nazron mein to yeh kya hai?</w:t>
      </w:r>
      <w:r>
        <w:br/>
      </w:r>
      <w:r>
        <w:rPr>
          <w:sz w:val="20"/>
        </w:rPr>
        <w:t>33:26  is se mein yeh akhaz karta hoon ke woh farishte wahan par bata rahe the kaisi ajeeb o ghareeb cheez hogi is zamane mein jab ke ab tasawwur ki jab dunya mein kashti nahi thi aur insaan jaanta nahi tha ke pani mein kaise paar kare.</w:t>
      </w:r>
      <w:r>
        <w:br/>
      </w:r>
      <w:r>
        <w:rPr>
          <w:sz w:val="20"/>
        </w:rPr>
        <w:t>33:45  to farishton ne woh technology batai ke aisa karo, aisa karo, aisa karo to kashti banao, woh kashti tairay gi.</w:t>
      </w:r>
      <w:r>
        <w:br/>
      </w:r>
      <w:r>
        <w:rPr>
          <w:sz w:val="20"/>
        </w:rPr>
        <w:t>33:55  to chahe kashti ki technology ho ya car ki technology ho ya kashti ki technology ho ya hawa jahaz ki technology ho ya kashti ki technology ho ya jo koi service hum kar rahe hain, hamari awaaz record ho rahi hai,</w:t>
      </w:r>
      <w:r>
        <w:br/>
      </w:r>
      <w:r>
        <w:rPr>
          <w:sz w:val="20"/>
        </w:rPr>
        <w:t>34:10  kamra hamara is ko catch kar raha hai waghera, yeh sari baatein.</w:t>
      </w:r>
      <w:r>
        <w:br/>
      </w:r>
      <w:r>
        <w:rPr>
          <w:sz w:val="20"/>
        </w:rPr>
        <w:t>34:19  to yeh jo hai sari technology jo hai yeh farishton ki madad se wajood mein aai hai. is is is is ayat ko aap generalize kijiye,</w:t>
      </w:r>
      <w:r>
        <w:br/>
      </w:r>
      <w:r>
        <w:rPr>
          <w:sz w:val="20"/>
        </w:rPr>
        <w:t>34:33  Hazrat Nuh jab kashti bana rahe the, us ke bare mein jo ayat aai hai: "yasna'ul fulka bi'ayni wa wahina" ke woh bana rahe the kashti Allah ki nazron mein aur Allah ki wahi ke mutabiq.</w:t>
      </w:r>
      <w:r>
        <w:br/>
      </w:r>
      <w:r>
        <w:rPr>
          <w:sz w:val="20"/>
        </w:rPr>
        <w:t>34:49  is ko aap generalize kijiye to jo kuch bhi dunya mein logon ne kiya hai, technology ki dunya mein, industry ki dunya mein, woh sab bhi wahan farishte maujood hote the.</w:t>
      </w:r>
      <w:r>
        <w:br/>
      </w:r>
      <w:r>
        <w:rPr>
          <w:sz w:val="20"/>
        </w:rPr>
        <w:t>35:03  par insaan ko hum samjhein kaise? kaise insaan jaane? har aadmi ki jeb mein aaj kal mobile hai, mujhe koi aik insaan aisa nahi mila jo is mobile mein is haqeeqat ko daryaft kare ke yeh mobile jo hai kaise bana?</w:t>
      </w:r>
      <w:r>
        <w:br/>
      </w:r>
      <w:r>
        <w:rPr>
          <w:sz w:val="20"/>
        </w:rPr>
        <w:t>35:19  woh farishton ki madad se bana. innallazeena qaaloo rabbanal laahu thumma istqamoo tatanazalu alaihimul malaikah utarte hain jo ka jo farishte to kahan utarte hain?</w:t>
      </w:r>
      <w:r>
        <w:br/>
      </w:r>
      <w:r>
        <w:rPr>
          <w:sz w:val="20"/>
        </w:rPr>
        <w:t>35:28  khali masjid gate par</w:t>
      </w:r>
      <w:r>
        <w:br/>
      </w:r>
      <w:r>
        <w:rPr>
          <w:sz w:val="20"/>
        </w:rPr>
        <w:t>35:31  sari zindagi utarte hain ke yeh aisa insaan jo aik tareekh se pehle wajood hi is ka nahi tha, paida hua jis birth jo jis din is ki birth hui, us se pehle is ka wajood hi nahi tha.</w:t>
      </w:r>
      <w:r>
        <w:br/>
      </w:r>
      <w:r>
        <w:rPr>
          <w:sz w:val="20"/>
        </w:rPr>
        <w:t>35:49  kaise ghair maujood cheez maujood ho gai? aik non existent cheez existent karne lagi.</w:t>
      </w:r>
      <w:r>
        <w:br/>
      </w:r>
      <w:r>
        <w:rPr>
          <w:sz w:val="20"/>
        </w:rPr>
        <w:t>35:56  aap sochiye, phir paida hua to yeh itni sari is ke andar sifaat dekhta hai, bolta hai, sunta hai, chalta hai. yeh ajeeb o ghareeb!</w:t>
      </w:r>
    </w:p>
    <w:p>
      <w:pPr>
        <w:pStyle w:val="Heading2"/>
      </w:pPr>
      <w:r>
        <w:t>Question on negative thinking and answer</w:t>
      </w:r>
    </w:p>
    <w:p>
      <w:r>
        <w:rPr>
          <w:color w:val="666666"/>
          <w:sz w:val="18"/>
        </w:rPr>
        <w:t>Non Complaining Attitude Feb 23, 2019 · 4m 15s · at 22:06 · https://youtu.be/W_UN5PdpeR8?t=1326</w:t>
      </w:r>
    </w:p>
    <w:p>
      <w:r>
        <w:rPr>
          <w:i/>
        </w:rPr>
        <w:t>“Aah, Maulana, aap ne ek nayi soch di hai aaj.”</w:t>
      </w:r>
    </w:p>
    <w:p>
      <w:r>
        <w:rPr>
          <w:sz w:val="20"/>
        </w:rPr>
        <w:t>22:06  ah Maulana, aap ne ek nayi soch di hai aaj, woh yeh hai ke hum ko apni rai banane ke liye quran aur hadith ko samne rakhna hoga, aur is buniyad par rai banani hogi, na ke akhbar aur media mein jo aata hai, us buniyad par rai nahi banani hai hum ko.</w:t>
      </w:r>
      <w:r>
        <w:br/>
      </w:r>
      <w:r>
        <w:rPr>
          <w:sz w:val="20"/>
        </w:rPr>
        <w:t>22:23  ah mera sawal yeh hai ke agar hum koi negative rai banate hain kisi cheez ke bare mein, ah positive rai ke bajaye, to us se nuksan kya hota hai?</w:t>
      </w:r>
      <w:r>
        <w:br/>
      </w:r>
      <w:r>
        <w:rPr>
          <w:sz w:val="20"/>
        </w:rPr>
        <w:t>22:37  is ka nuksan yeh hai ke</w:t>
      </w:r>
      <w:r>
        <w:br/>
      </w:r>
      <w:r>
        <w:rPr>
          <w:sz w:val="20"/>
        </w:rPr>
        <w:t>22:42  ulti soch banti hai. zamana to ja raha hai Allah ke deen ki kamyabi ki taraf, hum ulta rai bana lete hain ke hum gire hue hain.</w:t>
      </w:r>
      <w:r>
        <w:br/>
      </w:r>
      <w:r>
        <w:rPr>
          <w:sz w:val="20"/>
        </w:rPr>
        <w:t>22:59  bahut zyada yeh baat maine suni logon ki zuban se ke "we are under siege, we are under siege". to yeh yeh hoga ke ab sab raste hamare liye khule hue hain, sirf aage badhna hai.</w:t>
      </w:r>
      <w:r>
        <w:br/>
      </w:r>
      <w:r>
        <w:rPr>
          <w:sz w:val="20"/>
        </w:rPr>
        <w:t>23:15  Allah ke farishte hamara intezar kar rahe hain darwaze kholne ke liye.</w:t>
      </w:r>
      <w:r>
        <w:br/>
      </w:r>
      <w:r>
        <w:rPr>
          <w:sz w:val="20"/>
        </w:rPr>
        <w:t>23:24  to agar sahi soch aayegi to positive thinking banegi, hausla aayega,</w:t>
      </w:r>
      <w:r>
        <w:br/>
      </w:r>
      <w:r>
        <w:rPr>
          <w:sz w:val="20"/>
        </w:rPr>
        <w:t>23:36  aur azm o himmat ke sath planning karna seekhenge,</w:t>
      </w:r>
      <w:r>
        <w:br/>
      </w:r>
      <w:r>
        <w:rPr>
          <w:sz w:val="20"/>
        </w:rPr>
        <w:t>23:44  jaisa ke sahaba ke zamane mein hua. Yani sahaba ki waqiat kahani ban gaye hain, lekin woh woh waqiat dobara waqia banne ke liye intezar kar rahe hain.</w:t>
      </w:r>
      <w:r>
        <w:br/>
      </w:r>
      <w:r>
        <w:rPr>
          <w:sz w:val="20"/>
        </w:rPr>
        <w:t>23:59  to woh sab hoga. Maulana, aap ne aaj jo bataya, ah ke hamein, hum sab ko hamesha, ah "we should always think about the future before ah doing any work", not only related to the mission, but also otherwise.</w:t>
      </w:r>
      <w:r>
        <w:br/>
      </w:r>
      <w:r>
        <w:rPr>
          <w:sz w:val="20"/>
        </w:rPr>
        <w:t>24:21  "we should keep in mind our future, how we want the outcome to be", and based on that, "we should do, we should perform any action".</w:t>
      </w:r>
      <w:r>
        <w:br/>
      </w:r>
      <w:r>
        <w:rPr>
          <w:sz w:val="20"/>
        </w:rPr>
        <w:t>24:34  So I just have a small question, ah that, ah sometimes we, ah the present situation seems so bad that, ah we think that our future is not going to be, ah working out to be a very, ah ah a positive one.</w:t>
      </w:r>
      <w:r>
        <w:br/>
      </w:r>
      <w:r>
        <w:rPr>
          <w:sz w:val="20"/>
        </w:rPr>
        <w:t>24:57  We we often tend to think that this situation, the current situation, it is not going to bear a fruitful future for us.</w:t>
      </w:r>
      <w:r>
        <w:br/>
      </w:r>
      <w:r>
        <w:rPr>
          <w:sz w:val="20"/>
        </w:rPr>
        <w:t>25:10  So what should be our, ah our way of thinking and our way of handling this kind of situations, keeping the future in mind?</w:t>
      </w:r>
      <w:r>
        <w:br/>
      </w:r>
      <w:r>
        <w:rPr>
          <w:sz w:val="20"/>
        </w:rPr>
        <w:t>25:27  kya question hai? Maulana, un ka question yeh hai ke kabhi kabhi aisa hota hai ke, ah hum haalat itni kharab ho jate hain ke future ke bare mein positive sochna mumkin nahi hota hai.</w:t>
      </w:r>
      <w:r>
        <w:br/>
      </w:r>
      <w:r>
        <w:rPr>
          <w:sz w:val="20"/>
        </w:rPr>
        <w:t>25:39  is waqt hum ko kaise apne aap ko, ah positive rakhna chahiye? Bhai, dekhiye, main bhi isi duniya mein rehta hoon.</w:t>
      </w:r>
      <w:r>
        <w:br/>
      </w:r>
      <w:r>
        <w:rPr>
          <w:sz w:val="20"/>
        </w:rPr>
        <w:t>25:51  to main kal, main 90 plus ho chuka hoon.</w:t>
      </w:r>
    </w:p>
    <w:p>
      <w:pPr>
        <w:pStyle w:val="Heading2"/>
      </w:pPr>
      <w:r>
        <w:t>Islam and the origins of democracy through Shura</w:t>
      </w:r>
    </w:p>
    <w:p>
      <w:r>
        <w:rPr>
          <w:color w:val="666666"/>
          <w:sz w:val="18"/>
        </w:rPr>
        <w:t>CPS Women Monthly Q and A with Prof. Farida Khanam and Maulana Farhad Ahmed Umeri July 30, 2023 · 4m 25s · at 13:21 · https://youtu.be/zKtfjSCnoAE?t=801</w:t>
      </w:r>
    </w:p>
    <w:p>
      <w:r>
        <w:rPr>
          <w:i/>
        </w:rPr>
        <w:t>“How is Islam compatible to democracy?”</w:t>
      </w:r>
    </w:p>
    <w:p>
      <w:r>
        <w:rPr>
          <w:sz w:val="20"/>
        </w:rPr>
        <w:t>13:21  Anyone Najma Apa please ask your question. Haan, main yeh keh rahi hoon ki zara hum how is Islam compatible to democracy ko zara elaborate kar dein.</w:t>
      </w:r>
      <w:r>
        <w:br/>
      </w:r>
      <w:r>
        <w:rPr>
          <w:sz w:val="20"/>
        </w:rPr>
        <w:t>13:33  democracy to islam mein islam hi ne democracy shuru hi kiya jo hazrat abubakar raziallahu anhu ko rasoolullah</w:t>
      </w:r>
      <w:r>
        <w:br/>
      </w:r>
      <w:r>
        <w:rPr>
          <w:sz w:val="20"/>
        </w:rPr>
        <w:t>13:40  chahte the apna successor banana uske bawajood aapne nominate nahi kiya to islame ne shuru kiya lekin masla kya</w:t>
      </w:r>
      <w:r>
        <w:br/>
      </w:r>
      <w:r>
        <w:rPr>
          <w:sz w:val="20"/>
        </w:rPr>
        <w:t>13:48  tha ki woh jo age tha na woh us age mein chuki woh tha hi nahi yeh democracy</w:t>
      </w:r>
      <w:r>
        <w:br/>
      </w:r>
      <w:r>
        <w:rPr>
          <w:sz w:val="20"/>
        </w:rPr>
        <w:t>13:56  vaghairah ka system hi nahi tha tribal chief hota tha wahi sab kuch hota tha to woh samajh</w:t>
      </w:r>
      <w:r>
        <w:br/>
      </w:r>
      <w:r>
        <w:rPr>
          <w:sz w:val="20"/>
        </w:rPr>
        <w:t>14:03  nahi paaye jo hazra dilli aur hazar maavya ke zamane mein jo tribal war hua woh tribal age</w:t>
      </w:r>
      <w:r>
        <w:br/>
      </w:r>
      <w:r>
        <w:rPr>
          <w:sz w:val="20"/>
        </w:rPr>
        <w:t>14:11  ki wajah se hua to ab ab jaise aaj election hota hai to us tarah nahi tha woh</w:t>
      </w:r>
      <w:r>
        <w:br/>
      </w:r>
      <w:r>
        <w:rPr>
          <w:sz w:val="20"/>
        </w:rPr>
        <w:t>14:19  system balki bayat ka system tha to wahi to rudimentary stage hai democracy ka.</w:t>
      </w:r>
      <w:r>
        <w:br/>
      </w:r>
      <w:r>
        <w:rPr>
          <w:sz w:val="20"/>
        </w:rPr>
        <w:t>14:27  Islam mein democracy to thi lekin shura ka jo concept hai Quran mein woh bhi wahi hai democracy wala lekin woh zamane se woh zamane se compatible nahi hua tha yeh masla tha. Is wajah se woh chal nahi paya. Democracy jo hota hai aapki baat complete hogi. Haan bataiye. Democracy asal kya cheez hai? Demonopolization.</w:t>
      </w:r>
      <w:r>
        <w:br/>
      </w:r>
      <w:r>
        <w:rPr>
          <w:sz w:val="20"/>
        </w:rPr>
        <w:t>14:57  pehlay zamane mein tribal age mein hota tha monopoly hoti thi.</w:t>
      </w:r>
      <w:r>
        <w:br/>
      </w:r>
      <w:r>
        <w:rPr>
          <w:sz w:val="20"/>
        </w:rPr>
        <w:t>15:14  King jo bolega wahi kya hai?</w:t>
      </w:r>
      <w:r>
        <w:br/>
      </w:r>
      <w:r>
        <w:rPr>
          <w:sz w:val="20"/>
        </w:rPr>
        <w:t>15:31  qanoon ban gaya.</w:t>
      </w:r>
      <w:r>
        <w:br/>
      </w:r>
      <w:r>
        <w:rPr>
          <w:sz w:val="20"/>
        </w:rPr>
        <w:t>15:49  uski ek ek baat qanoon hoti thi.</w:t>
      </w:r>
      <w:r>
        <w:br/>
      </w:r>
      <w:r>
        <w:rPr>
          <w:sz w:val="20"/>
        </w:rPr>
        <w:t>16:06  to shurra ka jo concept diya na woh asal mein demonopolization hai.</w:t>
      </w:r>
      <w:r>
        <w:br/>
      </w:r>
      <w:r>
        <w:rPr>
          <w:sz w:val="20"/>
        </w:rPr>
        <w:t>16:24  To yeh sari cheezein kya mashwara ki buniyad par hi hoti hain. Mashwara ki yeh ek badli hui shakal hai. To har ek koi jo Islam ne yeh diya tha ki aapko apni rai rakhne ka haq hai. Wahi cheez to democracy hai. Woh freedom of expression hai. Haan. Wahi democracy ki buniyad hai. Woh to poori tarike se Islam ne usko jagah diya. Khulafaye Rashidun ke zamane tak yahi hota tha.</w:t>
      </w:r>
      <w:r>
        <w:br/>
      </w:r>
      <w:r>
        <w:rPr>
          <w:sz w:val="20"/>
        </w:rPr>
        <w:t>16:52  Koi kaam bagair mashware ke nahi hota tha. Ab zamane ke lihaz se tha jaise jaise zamana badalta jaye uski shaklein badalti jayengi. Ab kuch aur clear na ho to bataiye. Nahi bahut clear ho gaya aur yeh jo demonetization, freedom of expression all these they were always there. Bahut clear ho gaya. Thank you. Thank you, Apa, for this beautiful answer that you gave.</w:t>
      </w:r>
      <w:r>
        <w:br/>
      </w:r>
      <w:r>
        <w:rPr>
          <w:sz w:val="20"/>
        </w:rPr>
        <w:t>17:20  Freedom of expression is a very important part of democracy. Without it, the new democracy can stand. So now the question goes comes from other ladies who have joined in this session. Kindly ask your question whoever one has. Ok, Doctor Shravana Paresh please ask your question. Please mute yourself, unmute yourself. Salaam Alaikum. Wa alaikum assalam.</w:t>
      </w:r>
      <w:r>
        <w:br/>
      </w:r>
      <w:r>
        <w:rPr>
          <w:sz w:val="20"/>
        </w:rPr>
        <w:t>17:46  nahi, qurbani to ab jo hoti hai woh alag hi naam pata hai lekin ghar gaay mein saat</w:t>
      </w:r>
    </w:p>
    <w:p>
      <w:pPr>
        <w:pStyle w:val="Heading2"/>
      </w:pPr>
      <w:r>
        <w:t>Hadith qudsi and its explanation</w:t>
      </w:r>
    </w:p>
    <w:p>
      <w:r>
        <w:rPr>
          <w:color w:val="666666"/>
          <w:sz w:val="18"/>
        </w:rPr>
        <w:t>Positive Thinking 7 May 2014 - Maulana Wahiduddin Khan · 3m 07s · at 0:18 · https://youtu.be/D6zupEZ6LLw?t=18</w:t>
      </w:r>
    </w:p>
    <w:p>
      <w:r>
        <w:rPr>
          <w:i/>
        </w:rPr>
        <w:t>“An Abi Dharr an al-Nabi”</w:t>
      </w:r>
    </w:p>
    <w:p>
      <w:r>
        <w:rPr>
          <w:sz w:val="20"/>
        </w:rPr>
        <w:t>0:18  an abi dharr an an nabi sallallahu alaihi wasallam fima rawa an Allah tabarak wa taala, innahu qal: "ya ibadi, inni harramtuz zulma ala nafsi, wa jaaltuhu bainakum muharriman, fala tazalamu." ya ibadi,</w:t>
      </w:r>
      <w:r>
        <w:br/>
      </w:r>
      <w:r>
        <w:rPr>
          <w:sz w:val="20"/>
        </w:rPr>
        <w:t>0:36  kullukum dhalun illa man hadaytuhu, fastahiduni ahdikum. ya ibadi, kullukum ja'i'un illa man atamtuhu, fastat'imuni ut'imukum.</w:t>
      </w:r>
      <w:r>
        <w:br/>
      </w:r>
      <w:r>
        <w:rPr>
          <w:sz w:val="20"/>
        </w:rPr>
        <w:t>0:50  ya ibadi, kullukum 'arun illa man kasawtuhu, fastaqsunini aksukum. sahih muslim hadith number 257.</w:t>
      </w:r>
      <w:r>
        <w:br/>
      </w:r>
      <w:r>
        <w:rPr>
          <w:sz w:val="20"/>
        </w:rPr>
        <w:t>1:06  abu dharr riwayat karte hain nabi sallallahu alaihi wasallam se: aap ne Allah taala se riwayat kiya, Allah ne farmaya: "ae mere bando!</w:t>
      </w:r>
      <w:r>
        <w:br/>
      </w:r>
      <w:r>
        <w:rPr>
          <w:sz w:val="20"/>
        </w:rPr>
        <w:t>1:20  mein ne apne oper zulm ko haram kar liya hai, aur mein ne tumhare darmiyan bhi zulm ko haram kar diya, to tum aapas mein zulm na karo.</w:t>
      </w:r>
      <w:r>
        <w:br/>
      </w:r>
      <w:r>
        <w:rPr>
          <w:sz w:val="20"/>
        </w:rPr>
        <w:t>1:33  ae mere bando! tum sab ke sab bhatke hue ho, magar woh shakhs jis ko mein hidayat doon, to tum mujh se hidayat talab karo, mein tum ko hidayat doon ga.</w:t>
      </w:r>
      <w:r>
        <w:br/>
      </w:r>
      <w:r>
        <w:rPr>
          <w:sz w:val="20"/>
        </w:rPr>
        <w:t>1:48  ae mere bando!</w:t>
      </w:r>
      <w:r>
        <w:br/>
      </w:r>
      <w:r>
        <w:rPr>
          <w:sz w:val="20"/>
        </w:rPr>
        <w:t>1:50  tum sab ke sab bhooke ho, siwaye us ke jis ko mein khilaon, to tum mujh se khana mango, mein tum ko khilaon ga.</w:t>
      </w:r>
      <w:r>
        <w:br/>
      </w:r>
      <w:r>
        <w:rPr>
          <w:sz w:val="20"/>
        </w:rPr>
        <w:t>2:02  ae mere bando! tum sab ke sab nangay ho, siwaye us shakhs ke jis ko mein pehnaon, to tum mujh se libas mango, mein tum ko pehnaon ga." Maulana is hadith ki wazahat farmayen.</w:t>
      </w:r>
      <w:r>
        <w:br/>
      </w:r>
      <w:r>
        <w:rPr>
          <w:sz w:val="20"/>
        </w:rPr>
        <w:t>2:18  bismillah hir rahman nir rahim.</w:t>
      </w:r>
      <w:r>
        <w:br/>
      </w:r>
      <w:r>
        <w:rPr>
          <w:sz w:val="20"/>
        </w:rPr>
        <w:t>2:23  dekhen, yeh jo hadith hai, is ko kehte hain hadith qudsi. hadith qudsi is hadith ko kehta hai jis mein rasool Allah ne Khuda ki taraf se kaha ho.</w:t>
      </w:r>
      <w:r>
        <w:br/>
      </w:r>
      <w:r>
        <w:rPr>
          <w:sz w:val="20"/>
        </w:rPr>
        <w:t>2:40  is mein Khuda ki taraf se, Allah ki taraf se.</w:t>
      </w:r>
      <w:r>
        <w:br/>
      </w:r>
      <w:r>
        <w:rPr>
          <w:sz w:val="20"/>
        </w:rPr>
        <w:t>2:46  to is hadith ke do hissay hain. bait yeh farmaya ke</w:t>
      </w:r>
      <w:r>
        <w:br/>
      </w:r>
      <w:r>
        <w:rPr>
          <w:sz w:val="20"/>
        </w:rPr>
        <w:t>2:54  Allah ne apne oper zulm ko haram kar liya hai, to ae</w:t>
      </w:r>
      <w:r>
        <w:br/>
      </w:r>
      <w:r>
        <w:rPr>
          <w:sz w:val="20"/>
        </w:rPr>
        <w:t>3:02  logo! tum bhi is baat ko haram kar lo ke tum kisi ke oper zulm karo. dekhen, zulm ke lafz se ek baat is mein batai gayi hai.</w:t>
      </w:r>
      <w:r>
        <w:br/>
      </w:r>
      <w:r>
        <w:rPr>
          <w:sz w:val="20"/>
        </w:rPr>
        <w:t>3:14  is ka matlab kya hai? na to Khuda kisi se kuch chheenta, na koi insan kisi se kuch chheen sakta.</w:t>
      </w:r>
    </w:p>
    <w:p>
      <w:pPr>
        <w:pStyle w:val="Heading2"/>
      </w:pPr>
      <w:r>
        <w:t>why Muslim movements got structure before speed backwards</w:t>
      </w:r>
    </w:p>
    <w:p>
      <w:r>
        <w:rPr>
          <w:color w:val="666666"/>
          <w:sz w:val="18"/>
        </w:rPr>
        <w:t>From The Spiritual Tree December 3, 2006 · 3m 48s · at 1:22:01 · https://youtu.be/m3JXYXORP5w?t=4921</w:t>
      </w:r>
    </w:p>
    <w:p>
      <w:r>
        <w:rPr>
          <w:i/>
        </w:rPr>
        <w:t>“False sense of priority applies most to Muslims themselves”</w:t>
      </w:r>
    </w:p>
    <w:p>
      <w:r>
        <w:rPr>
          <w:sz w:val="20"/>
        </w:rPr>
        <w:t>1:22:01  ekbatapsamjhlen,shayad aaplogaskosmjhsken ke wohjumene kahathake false narrative,iskasabseaplaihotahai wehmuslamonkeupar.</w:t>
      </w:r>
      <w:r>
        <w:br/>
      </w:r>
      <w:r>
        <w:rPr>
          <w:sz w:val="20"/>
        </w:rPr>
        <w:t>1:22:15  dekhen,hamarepas do momnt hain muslimworldmein: tablig jamat, jamat islami, alaqwal muslmun.</w:t>
      </w:r>
      <w:r>
        <w:br/>
      </w:r>
      <w:r>
        <w:rPr>
          <w:sz w:val="20"/>
        </w:rPr>
        <w:t>1:22:26  aisetohandredzandhundredzhailekin teenbadihain.</w:t>
      </w:r>
      <w:r>
        <w:br/>
      </w:r>
      <w:r>
        <w:rPr>
          <w:sz w:val="20"/>
        </w:rPr>
        <w:t>1:22:30  jinhonne kaha socha kya hai? Woh ye hai ke woh a structure se shuru kar rakha hai unhone.</w:t>
      </w:r>
      <w:r>
        <w:br/>
      </w:r>
      <w:r>
        <w:rPr>
          <w:sz w:val="20"/>
        </w:rPr>
        <w:t>1:22:39  woh samajhte hain structure se kaam shuru karna jabki speed se kaam shuru hota hai. jaise yeh jo keh rahe hain woh alaqwal muslmun ke aadmi hain, woh jo Arab world mein sabse badi party hai.</w:t>
      </w:r>
      <w:r>
        <w:br/>
      </w:r>
      <w:r>
        <w:rPr>
          <w:sz w:val="20"/>
        </w:rPr>
        <w:t>1:22:52  iskakya hai?sabse pehle islami rule hona chahiye, baqi kamaske baad hoga.</w:t>
      </w:r>
      <w:r>
        <w:br/>
      </w:r>
      <w:r>
        <w:rPr>
          <w:sz w:val="20"/>
        </w:rPr>
        <w:t>1:22:59  yeh daway warq ke baad hoga. Islami rule jab ban jayega tab daway wark hoga. Yeh ulat diya inhon ne. Putting the card before the horse.</w:t>
      </w:r>
      <w:r>
        <w:br/>
      </w:r>
      <w:r>
        <w:rPr>
          <w:sz w:val="20"/>
        </w:rPr>
        <w:t>1:23:09  to structure se inhon ne samajh liya ke yeh das da yani starting point. Pehle structure lao, halanke starting point hai speed, al-a'malu binniyat.</w:t>
      </w:r>
      <w:r>
        <w:br/>
      </w:r>
      <w:r>
        <w:rPr>
          <w:sz w:val="20"/>
        </w:rPr>
        <w:t>1:23:23  speed se beginning hoti hai, phir structure aata hai.</w:t>
      </w:r>
      <w:r>
        <w:br/>
      </w:r>
      <w:r>
        <w:rPr>
          <w:sz w:val="20"/>
        </w:rPr>
        <w:t>1:23:28  yahi thinking jamaat-e-saani ki hai, yahi thinking aqwam-e-muslimeen ki hai, aur yahi thinking tablighi jamaat ki hai. Woh samajhte hain ke namaz ka structure khada kar do, phir Islam ki speed apne aap aa jayegi.</w:t>
      </w:r>
      <w:r>
        <w:br/>
      </w:r>
      <w:r>
        <w:rPr>
          <w:sz w:val="20"/>
        </w:rPr>
        <w:t>1:23:40  yeh bilkul jhooti soch hai. Yeh speed pehle laayi jati hai, phir structure aata hai. To sab ki jitni bhi movement hai, sab putting the card before the horse wala qissa hai ke sab structure par zor maar rahe hain,</w:t>
      </w:r>
      <w:r>
        <w:br/>
      </w:r>
      <w:r>
        <w:rPr>
          <w:sz w:val="20"/>
        </w:rPr>
        <w:t>1:23:58  halanke speed ko reveal karna chahiye. Jaise Marx tha, woh bhi iska shikar hua. Yani economic structure woh hai, usko todna aur ek naya structure banana, woh samajhta hai is se sab kuch aa jayega.</w:t>
      </w:r>
      <w:r>
        <w:br/>
      </w:r>
      <w:r>
        <w:rPr>
          <w:sz w:val="20"/>
        </w:rPr>
        <w:t>1:24:12  aur kuch bhi nahi aaya, kuch bhi nahi aaya. Jitne log hain structure par, woh sochte rahe ke starting point yeh hai.</w:t>
      </w:r>
      <w:r>
        <w:br/>
      </w:r>
      <w:r>
        <w:rPr>
          <w:sz w:val="20"/>
        </w:rPr>
        <w:t>1:24:25  hum samajhte hain ke starting point speed ko hi reveal karna hai, yani innamal a'malu binniyat. Lekin hadithon mein ek hadith aisi hai jiske bare mein kaha tha ke sab se zyada sahih hadith yeh hai.</w:t>
      </w:r>
      <w:r>
        <w:br/>
      </w:r>
      <w:r>
        <w:rPr>
          <w:sz w:val="20"/>
        </w:rPr>
        <w:t>1:24:38  koi kehta hai mutawatir ke bahut zyada companion ne isko bayan kiya hai. Wohi yeh hai: innamal a'malu binniyat. Speed par depend karta hai deen.</w:t>
      </w:r>
      <w:r>
        <w:br/>
      </w:r>
      <w:r>
        <w:rPr>
          <w:sz w:val="20"/>
        </w:rPr>
        <w:t>1:24:50  niyat ka matlab speed.</w:t>
      </w:r>
      <w:r>
        <w:br/>
      </w:r>
      <w:r>
        <w:rPr>
          <w:sz w:val="20"/>
        </w:rPr>
        <w:t>1:24:54  to speed as the beginning point. Lekin jisko dekhein, usne structure ko beginning kahan se samajh rakha hai? Khud jo log democracy ko bahut bade woh the advocate, un sab ne bhi structure se shuru kiya.</w:t>
      </w:r>
      <w:r>
        <w:br/>
      </w:r>
      <w:r>
        <w:rPr>
          <w:sz w:val="20"/>
        </w:rPr>
        <w:t>1:25:11  is liye true speed pe kahin aayi nahi kuch. True speed pe kuch bhi nahi aaya. To Maulana, that's why people like Iqbal and Muhammad Ali Jinnah and all these people</w:t>
      </w:r>
      <w:r>
        <w:br/>
      </w:r>
      <w:r>
        <w:rPr>
          <w:sz w:val="20"/>
        </w:rPr>
        <w:t>1:25:23  ll, they laid their emphasis on structure first and then. Haan, wohi sab. The work is missing and their movement. Haan, unka sab ka qissa hai?</w:t>
      </w:r>
      <w:r>
        <w:br/>
      </w:r>
      <w:r>
        <w:rPr>
          <w:sz w:val="20"/>
        </w:rPr>
        <w:t>1:25:31  pehla partition, phir Islam. Batao ke yahi yeh yeh putting the horse, card before the horse hai. Ab partition toh karwa li tum ne aur 60 saal mein kuch bhi nahi hua.</w:t>
      </w:r>
      <w:r>
        <w:br/>
      </w:r>
      <w:r>
        <w:rPr>
          <w:sz w:val="20"/>
        </w:rPr>
        <w:t>1:25:43  that was not starting point. Sab ka qissa yeh hai ke unhon ne structure ko starting point samajh liya</w:t>
      </w:r>
    </w:p>
    <w:p>
      <w:pPr>
        <w:pStyle w:val="Heading2"/>
      </w:pPr>
      <w:r>
        <w:t>hadith's two parts, and why majority consensus isn't proof of truth</w:t>
      </w:r>
    </w:p>
    <w:p>
      <w:r>
        <w:rPr>
          <w:color w:val="666666"/>
          <w:sz w:val="18"/>
        </w:rPr>
        <w:t>Muslim Unity March 15, 2014 Maulana Wahiduddin Khan · 4m 11s · at 1:42 · https://youtu.be/CZHU5z3SEjc?t=102</w:t>
      </w:r>
    </w:p>
    <w:p>
      <w:r>
        <w:rPr>
          <w:i/>
        </w:rPr>
        <w:t>“Pehli baat yeh hai ke iss hadith ke do tukde hain”</w:t>
      </w:r>
    </w:p>
    <w:p>
      <w:r>
        <w:rPr>
          <w:sz w:val="20"/>
        </w:rPr>
        <w:t>1:42  pehli baat yeh hai ke is hadith ke do tukre hain, dono ka niyat alag alag hai.</w:t>
      </w:r>
      <w:r>
        <w:br/>
      </w:r>
      <w:r>
        <w:rPr>
          <w:sz w:val="20"/>
        </w:rPr>
        <w:t>1:51  pehlay tukre mein farmaya ke ummat-e-muslima zalalat par</w:t>
      </w:r>
      <w:r>
        <w:br/>
      </w:r>
      <w:r>
        <w:rPr>
          <w:sz w:val="20"/>
        </w:rPr>
        <w:t>2:00  mujjtama' nahi hogi, gumrahi par mujjtama' nahi hogi.</w:t>
      </w:r>
      <w:r>
        <w:br/>
      </w:r>
      <w:r>
        <w:rPr>
          <w:sz w:val="20"/>
        </w:rPr>
        <w:t>2:10  dusre hisse mein farmaya ke jab tum ikhtilaf dekho to sawad a'zam ka, yani majority ka, sath do.</w:t>
      </w:r>
      <w:r>
        <w:br/>
      </w:r>
      <w:r>
        <w:rPr>
          <w:sz w:val="20"/>
        </w:rPr>
        <w:t>2:23  to dekhen, dono ek baat nahi hain. yeh pehle hisse mein is maamle ke nazri pehlu ko bayan kiya gaya hai, nazri, aur dusre hisse mein is ke maamle ke 'amli pehlu ko bayan kiya gaya hai.</w:t>
      </w:r>
      <w:r>
        <w:br/>
      </w:r>
      <w:r>
        <w:rPr>
          <w:sz w:val="20"/>
        </w:rPr>
        <w:t>2:38  yeh jawaneb boht hi zyada zaroori hain, warna hadith wazeh nahi hogi.</w:t>
      </w:r>
      <w:r>
        <w:br/>
      </w:r>
      <w:r>
        <w:rPr>
          <w:sz w:val="20"/>
        </w:rPr>
        <w:t>2:47  lekin dono ke mamle mein logon ne sakht ghaltiyan ki hain. pehla jo hissa hai: "la tajtama' ummati 'ala dalalah".</w:t>
      </w:r>
      <w:r>
        <w:br/>
      </w:r>
      <w:r>
        <w:rPr>
          <w:sz w:val="20"/>
        </w:rPr>
        <w:t>2:56  meri ummat, yaani ummat-e-muslima, dalalat par ikattha nahi hogi.</w:t>
      </w:r>
      <w:r>
        <w:br/>
      </w:r>
      <w:r>
        <w:rPr>
          <w:sz w:val="20"/>
        </w:rPr>
        <w:t>3:06  iska matlab logon ne yeh samajh liya ke ummat jab kisi issue par mutahid ho jaye to woh issue sahi hoga, yaani ijtima' ko haq ke mani mein le liya.</w:t>
      </w:r>
      <w:r>
        <w:br/>
      </w:r>
      <w:r>
        <w:rPr>
          <w:sz w:val="20"/>
        </w:rPr>
        <w:t>3:20  yeh hargiz is hadith ka mafhoom nahi hai. kisi bheed ka mujtami' ho jana yeh is baat ka saboot nahi hai ke woh mawqaf jo hai haq hai.</w:t>
      </w:r>
      <w:r>
        <w:br/>
      </w:r>
      <w:r>
        <w:rPr>
          <w:sz w:val="20"/>
        </w:rPr>
        <w:t>3:35  misalan dekhen,</w:t>
      </w:r>
      <w:r>
        <w:br/>
      </w:r>
      <w:r>
        <w:rPr>
          <w:sz w:val="20"/>
        </w:rPr>
        <w:t>3:39  agar agar haq ho to is tarah ke waqeat kai baar hue hain, aur is mein ummat sakht nakam hui. misalan dekhen,</w:t>
      </w:r>
      <w:r>
        <w:br/>
      </w:r>
      <w:r>
        <w:rPr>
          <w:sz w:val="20"/>
        </w:rPr>
        <w:t>3:52  beeswin sadi ke rub'e awwal mein taqreeban poori ummat jo hai mujtami' ho gayi thi khilafat-e-turki ke masle par,</w:t>
      </w:r>
      <w:r>
        <w:br/>
      </w:r>
      <w:r>
        <w:rPr>
          <w:sz w:val="20"/>
        </w:rPr>
        <w:t>4:03  yaani turki khilafat ko bachao. lekin poori ummat ka ijtima' turki khilafat ko bacha nahi saka, khilafat khatm ho gayi.</w:t>
      </w:r>
      <w:r>
        <w:br/>
      </w:r>
      <w:r>
        <w:rPr>
          <w:sz w:val="20"/>
        </w:rPr>
        <w:t>4:16  to agar poori ummat ka kisi issue pe ikattha ho jana yeh haq ki alamat ho to kya Allah ne saath de diya unka?</w:t>
      </w:r>
      <w:r>
        <w:br/>
      </w:r>
      <w:r>
        <w:rPr>
          <w:sz w:val="20"/>
        </w:rPr>
        <w:t>4:26  halanke yeh namumkin baat hai. yaani poori poori ummat ek sachche issue pe ikattha ho jaye aur Allah saath na de iska, yeh to bilkul enthe ke bal hai.</w:t>
      </w:r>
      <w:r>
        <w:br/>
      </w:r>
      <w:r>
        <w:rPr>
          <w:sz w:val="20"/>
        </w:rPr>
        <w:t>4:39  aise hi dekhen, falasteen ke issue par tamam arab, jitne bhi arab hain, sab mutahid hain. to agar unka mawqaf durust ho to falasteen mein woh nakam kyun ho rahe hain?</w:t>
      </w:r>
      <w:r>
        <w:br/>
      </w:r>
      <w:r>
        <w:rPr>
          <w:sz w:val="20"/>
        </w:rPr>
        <w:t>4:54  agar unka mawqaf durust hota to zaroor unko falasteen mein kamyabi hoti. aise hi dekhen, maghribi qaumon ke bare mein sare musalman, shayad mein hi ek mustasna hoon, yeh samajhte hain ke sab maghribi qaumein muslim dushman hain,</w:t>
      </w:r>
      <w:r>
        <w:br/>
      </w:r>
      <w:r>
        <w:rPr>
          <w:sz w:val="20"/>
        </w:rPr>
        <w:t>5:13  islam ke khilaf hain. to agar yeh mawqaf durust hota to inhi ko taraqqi kyun ho rahi hai? wahi har jagah kyun dominate kar rahe hain?</w:t>
      </w:r>
      <w:r>
        <w:br/>
      </w:r>
      <w:r>
        <w:rPr>
          <w:sz w:val="20"/>
        </w:rPr>
        <w:t>5:24  musalman to sirf protest kar rahe hain, complaint kar rahe hain, shikayatein kar rahe hain. to yeh baat bazahatan galat hai ke ummat agar kisi issue par ek ho jaye,</w:t>
      </w:r>
      <w:r>
        <w:br/>
      </w:r>
      <w:r>
        <w:rPr>
          <w:sz w:val="20"/>
        </w:rPr>
        <w:t>5:45  mutahid ho jaye to woh issue mabni bar haq hoga, is se sabit nahi hota.</w:t>
      </w:r>
    </w:p>
    <w:p>
      <w:pPr>
        <w:pStyle w:val="Heading2"/>
      </w:pPr>
      <w:r>
        <w:t>How Hadith was preserved: memorization, writing, Abu Hurairah</w:t>
      </w:r>
    </w:p>
    <w:p>
      <w:r>
        <w:rPr>
          <w:color w:val="666666"/>
          <w:sz w:val="18"/>
        </w:rPr>
        <w:t>The Living Tradition: Why Hadith Matters in Islam?</w:t>
        <w:br/>
        <w:t>December 8, 2024 · 4m 56s · at 14:18 · https://youtu.be/2w9-vnnJBeY?t=858</w:t>
      </w:r>
    </w:p>
    <w:p>
      <w:r>
        <w:rPr>
          <w:i/>
        </w:rPr>
        <w:t>“These hadiths reached us through three channels”</w:t>
      </w:r>
    </w:p>
    <w:p>
      <w:r>
        <w:rPr>
          <w:sz w:val="20"/>
        </w:rPr>
        <w:t>14:18  to is par aap hamein kuch bataein. yeh hadithein hamein teen zariye se pahunchi hain.</w:t>
      </w:r>
      <w:r>
        <w:br/>
      </w:r>
      <w:r>
        <w:rPr>
          <w:sz w:val="20"/>
        </w:rPr>
        <w:t>14:26  sab se pehle to wohi hai ke sahaba rasool Allah sal Allah alayhi wasallam ki baaton ko sunte the aur us ko memorize kar lete the. kyunke arabon ka waise bhi pehle zamane mein bohat acha hafiza logon ka hota tha.</w:t>
      </w:r>
      <w:r>
        <w:br/>
      </w:r>
      <w:r>
        <w:rPr>
          <w:sz w:val="20"/>
        </w:rPr>
        <w:t>14:42  arabon ka hafiza bohat acha tha. to un ko yaad ho jata tha.</w:t>
      </w:r>
      <w:r>
        <w:br/>
      </w:r>
      <w:r>
        <w:rPr>
          <w:sz w:val="20"/>
        </w:rPr>
        <w:t>14:48  dusra yeh ke woh itna zyada serious the is mamle mein ke kehte hain ke jab rasool Allah sal Allah alayhi wasallam mehfil mein hote aur woh baat cheet hoti to woh yaad kar lete.</w:t>
      </w:r>
      <w:r>
        <w:br/>
      </w:r>
      <w:r>
        <w:rPr>
          <w:sz w:val="20"/>
        </w:rPr>
        <w:t>15:01  is ke baad jab rasool Allah sal Allah alayhi wasallam masjid se chale jate to woh log baith kar sab ek doosre se dohrate aur ek doosre se isi par discussion karte.</w:t>
      </w:r>
      <w:r>
        <w:br/>
      </w:r>
      <w:r>
        <w:rPr>
          <w:sz w:val="20"/>
        </w:rPr>
        <w:t>15:12  is tarike se un ko poora yaad ho jata tha.</w:t>
      </w:r>
      <w:r>
        <w:br/>
      </w:r>
      <w:r>
        <w:rPr>
          <w:sz w:val="20"/>
        </w:rPr>
        <w:t>15:17  lekin is ke bawajood kuch log the jin ki memory bohat achi nahi thi to woh log likh bhi liya karte the. halanke ibtida mein rasool Allah sal Allah alayhi wasallam ne mana kiya likhne se kyunke quran utar raha tha aur woh bhi arabi mein tha aur hadithien bhi arabi mein thi</w:t>
      </w:r>
      <w:r>
        <w:br/>
      </w:r>
      <w:r>
        <w:rPr>
          <w:sz w:val="20"/>
        </w:rPr>
        <w:t>15:35  hein. to ibtida mein mana kiya gaya tha lekin baad mein aap ne kaha ke likh lo. aur kuch log ibtida mein bhi aap se ijazat le kar likha karte the.</w:t>
      </w:r>
      <w:r>
        <w:br/>
      </w:r>
      <w:r>
        <w:rPr>
          <w:sz w:val="20"/>
        </w:rPr>
        <w:t>15:47  to yeh ho gaya. to ek memorization tha aur writing thi. to writing ek to yeh log sahaba individually likha karte the aur doosre jo hai wohi zabani logon tak pahunchai jati thi.</w:t>
      </w:r>
      <w:r>
        <w:br/>
      </w:r>
      <w:r>
        <w:rPr>
          <w:sz w:val="20"/>
        </w:rPr>
        <w:t>16:06  kyunke woh yaad rehta tha jo bhi milta tha us se log batate the ke aaj hum ne yeh baat suni peghambar e islam se.</w:t>
      </w:r>
      <w:r>
        <w:br/>
      </w:r>
      <w:r>
        <w:rPr>
          <w:sz w:val="20"/>
        </w:rPr>
        <w:t>16:14  to yeh jo hai lekin memory mein zyada tha aur recording mein kam tha. kyunke zyada tar log us ko yaad kar liya karte the.</w:t>
      </w:r>
      <w:r>
        <w:br/>
      </w:r>
      <w:r>
        <w:rPr>
          <w:sz w:val="20"/>
        </w:rPr>
        <w:t>16:23  to is daur ke collection ko, collection aur compilation baqayda taur par to baad mein hua hai lekin jo hua jis ki shuruat isi daur mein ho gayi thi to hum us ko char daur mein taqseem karenge.</w:t>
      </w:r>
      <w:r>
        <w:br/>
      </w:r>
      <w:r>
        <w:rPr>
          <w:sz w:val="20"/>
        </w:rPr>
        <w:t>16:41  to ek to rasool Allah sal Allah alayhi wasallam ka zamana, woh poori sadi hijri, pehli sadi hijri ke khatme tak. to is daur ke jo mashhoor hafizeen e hadith hain woh is mein se sab se zyada numayan hain, mashhoor hain Hazrat Abu Hurairah.</w:t>
      </w:r>
      <w:r>
        <w:br/>
      </w:r>
      <w:r>
        <w:rPr>
          <w:sz w:val="20"/>
        </w:rPr>
        <w:t>16:59  to Hazrat Abu Hurairah ki tadad jo unhone riwayat ki hai woh panch hazar se zyada hai, 5374. kyunke Hazrat Abu Hurairah ashab e suffa mein se hain,</w:t>
      </w:r>
      <w:r>
        <w:br/>
      </w:r>
      <w:r>
        <w:rPr>
          <w:sz w:val="20"/>
        </w:rPr>
        <w:t>17:11  woh har waqt wohin par masjid nabwi mein hi rehte the. to har waqt woh hadithon ko yaad karte rehte the. kyunke un ka bhi hafiza, un ka bhi hafiza jo hai pehle acha nahi tha.</w:t>
      </w:r>
      <w:r>
        <w:br/>
      </w:r>
      <w:r>
        <w:rPr>
          <w:sz w:val="20"/>
        </w:rPr>
        <w:t>17:25  unhone rasool Allah sal Allah alayhi wasallam se dua karwai.</w:t>
      </w:r>
      <w:r>
        <w:br/>
      </w:r>
      <w:r>
        <w:rPr>
          <w:sz w:val="20"/>
        </w:rPr>
        <w:t>17:29  is ke baad un ka hafiza bohat acha ho gaya aur phir bohat baqayda taur par unhone apne aap ko, jinko jis ko kehte hain one man one mission, to full time unhone apne aap ko isi kaam ke liye dedicate kar diya.</w:t>
      </w:r>
      <w:r>
        <w:br/>
      </w:r>
      <w:r>
        <w:rPr>
          <w:sz w:val="20"/>
        </w:rPr>
        <w:t>17:44  to doosre log jin jin ko ek hazar se zyada hadithien yaad thi woh hain Abdullah Ibn Abbas, Hazrat Aisha, Hazrat Abdullah Ibn Umar, Hazrat Jabir Ibn Abdullah, Hazrat Anas Ibn Malik, Hazrat Abu Saeed Kh</w:t>
      </w:r>
      <w:r>
        <w:br/>
      </w:r>
      <w:r>
        <w:rPr>
          <w:sz w:val="20"/>
        </w:rPr>
        <w:t>18:00  udri. bohat sare, sabhi log yaad kiya karte the. matlab yeh woh log hain prominent logon mein se jinhone ek hazar se zyada hadithien yaad ki hui thi.</w:t>
      </w:r>
      <w:r>
        <w:br/>
      </w:r>
      <w:r>
        <w:rPr>
          <w:sz w:val="20"/>
        </w:rPr>
        <w:t>18:10  ab documents jo hain jin ko صحیfa kehte hain, kai documents the is zamane mein bhi. kyunke bohat sare log kehte hain ke hadithien jo hain bohat baad mein mehfooz hui hain, is liye un ki koi reliability, authenticity nahi hai.</w:t>
      </w:r>
      <w:r>
        <w:br/>
      </w:r>
      <w:r>
        <w:rPr>
          <w:sz w:val="20"/>
        </w:rPr>
        <w:t>18:23  ai</w:t>
      </w:r>
      <w:r>
        <w:br/>
      </w:r>
      <w:r>
        <w:rPr>
          <w:sz w:val="20"/>
        </w:rPr>
        <w:t>18:24  sa nahi hai. balkay jis tareeqay say quran log memorize kartay thay, usi tareeqay say hadith ko memorize kiya jata tha. aur bohat saray log is ko likhtay bhi thay.</w:t>
      </w:r>
      <w:r>
        <w:br/>
      </w:r>
      <w:r>
        <w:rPr>
          <w:sz w:val="20"/>
        </w:rPr>
        <w:t>18:34  to yeh jo hain kuch documents milay hain, kai kai jaghon par museum waghera mein, aik berlin museum mein bhi document mila hai.</w:t>
      </w:r>
      <w:r>
        <w:br/>
      </w:r>
      <w:r>
        <w:rPr>
          <w:sz w:val="20"/>
        </w:rPr>
        <w:t>18:46  to is tareeqay say yeh documents mehfooz</w:t>
      </w:r>
      <w:r>
        <w:br/>
      </w:r>
      <w:r>
        <w:rPr>
          <w:sz w:val="20"/>
        </w:rPr>
        <w:t>18:50  thay. baad mein yeh saray documents jo hain woh musnad ahmad aur doosray collections ka part ban gay. misaal kay tor par sahiifa sadqa, is ko hazrat abdullah ibn umar ibn al-aas nay tayyar kiya tha aur unhon nay rasool allah salallaho alaihi wasallam say ijazat lay kay is ko tehreer kiya tha.</w:t>
      </w:r>
      <w:r>
        <w:br/>
      </w:r>
      <w:r>
        <w:rPr>
          <w:sz w:val="20"/>
        </w:rPr>
        <w:t>19:11  ab yeh musnad ahmad ka hissa hai.</w:t>
      </w:r>
    </w:p>
    <w:p>
      <w:pPr>
        <w:pStyle w:val="Heading2"/>
      </w:pPr>
      <w:r>
        <w:t>Judge yourself by Allah's standards, not the world's</w:t>
      </w:r>
    </w:p>
    <w:p>
      <w:r>
        <w:rPr>
          <w:color w:val="666666"/>
          <w:sz w:val="18"/>
        </w:rPr>
        <w:t>Behtar Khatoon Kon CPS Women Article Discussion July 2, 2023 · 4m 02s · at 32:49 · https://youtu.be/tGPJwzCnCMM?t=1969</w:t>
      </w:r>
    </w:p>
    <w:p>
      <w:r>
        <w:rPr>
          <w:i/>
        </w:rPr>
        <w:t>“Do baatein maine Quran se seekhi”</w:t>
      </w:r>
    </w:p>
    <w:p>
      <w:r>
        <w:rPr>
          <w:sz w:val="20"/>
        </w:rPr>
        <w:t>32:49  Ma'am mujhe is topic se related thoda sa research kiya tha. to do baatein maine Quran se seekhi. agar main matlab kahin par galat ho jaati hoon please correct me. ek to yeh cheez ki behtareen auratein behtareen aadmiyon ke liye bani hui hain.</w:t>
      </w:r>
      <w:r>
        <w:br/>
      </w:r>
      <w:r>
        <w:rPr>
          <w:sz w:val="20"/>
        </w:rPr>
        <w:t>33:05  ek yeh likha hua mila mujhe aur doosra yeh likha hua tha ki women according to Surah Nisa women have got a very special place and a very special status according to our religion which is Islam. So, behtareen aurat kaun hai?</w:t>
      </w:r>
      <w:r>
        <w:br/>
      </w:r>
      <w:r>
        <w:rPr>
          <w:sz w:val="20"/>
        </w:rPr>
        <w:t>33:23  agar hum is cheez ko simple words mein define karna chahenge aur agar hum daily life ke basis par isko dekhein to behtareen aurat woh hai jo apne aap ko Allah ke parameters par judge karein. kyunki hum jis tarah ki society mein reh rahe hain ya jis tarah mauzhe mein hum hain, to hum majboor rehna chahte hue bhi hum apne aap ko judge karne lagte hain on the parameters which have been decided by people around us.</w:t>
      </w:r>
      <w:r>
        <w:br/>
      </w:r>
      <w:r>
        <w:rPr>
          <w:sz w:val="20"/>
        </w:rPr>
        <w:t>33:48  Like like certain standards like beauty aur the standards of how much money do we earn, hum kitne educated hain ya phir hamara family background kya hai? What kind of clothes do we wear? hamare paas kya kya jewelry hai?</w:t>
      </w:r>
      <w:r>
        <w:br/>
      </w:r>
      <w:r>
        <w:rPr>
          <w:sz w:val="20"/>
        </w:rPr>
        <w:t>34:00  So, hum jo hai majboor ho jaate hain kahin na kahin apne aap ko duniyavi parameters par measure karne</w:t>
      </w:r>
      <w:r>
        <w:br/>
      </w:r>
      <w:r>
        <w:rPr>
          <w:sz w:val="20"/>
        </w:rPr>
        <w:t>34:06  ke liye and because hum usmein behtar matlab hum usmein excel karna chahte hain so kahin na kahin</w:t>
      </w:r>
      <w:r>
        <w:br/>
      </w:r>
      <w:r>
        <w:rPr>
          <w:sz w:val="20"/>
        </w:rPr>
        <w:t>34:12  hum Allah ke decide kiye hue parameters jaise ki paakizgi hai, jaise ki self control hai, apne aap ko</w:t>
      </w:r>
      <w:r>
        <w:br/>
      </w:r>
      <w:r>
        <w:rPr>
          <w:sz w:val="20"/>
        </w:rPr>
        <w:t>34:19  jo qurbani ki jo ek chahat hai, un parameters par apne aap ko measure karna ya apne aap ko judge</w:t>
      </w:r>
      <w:r>
        <w:br/>
      </w:r>
      <w:r>
        <w:rPr>
          <w:sz w:val="20"/>
        </w:rPr>
        <w:t>34:25  karna band kar dete hain kyunki hum duniyavi cheezon mein bahut zyada gum ho jate hain.</w:t>
      </w:r>
      <w:r>
        <w:br/>
      </w:r>
      <w:r>
        <w:rPr>
          <w:sz w:val="20"/>
        </w:rPr>
        <w:t>34:32  to agar hamein apne aap ko behtareen saanche mein daalna hai aur ek behtareen aurat ka form lena hai to mujhe aisa lagta hai ki apne aap ko worldly jo scale hai rating scale jo humne bana rakha hai, agar us par hamein world judge kitna bhi kare, hamari behtari aur hamare standard internally hamare apne upar depend karna chahiye aur woh jo standard hai woh hum with reference to Allah rakhein.</w:t>
      </w:r>
      <w:r>
        <w:br/>
      </w:r>
      <w:r>
        <w:rPr>
          <w:sz w:val="20"/>
        </w:rPr>
        <w:t>35:01  koi agar hamein yeh keh de raha hai ki aap jo hai is tarah ki aurat hain based on n number of criteria, we should always reassess ki is it important to be good in their eyes or is it important ki hum Allah ki nazar mein sahi kar rahe hain ki nahin? mere maayne se agar hum Allah ke hisab se cheezon ko sahi aur galat mein differentiate karne lag jayenge to automatically we will lead towards excellence. ya behtareen aurat banne ke form mein hum log lag jayenge.</w:t>
      </w:r>
      <w:r>
        <w:br/>
      </w:r>
      <w:r>
        <w:rPr>
          <w:sz w:val="20"/>
        </w:rPr>
        <w:t>35:31  doosra yeh hai ki Allah taala ne kaha hai ki jis tarah ki chahat hum rakhte hain matlab jis cheez ko hum seek karte hain Allah taala hamein usi cheez ke saath nawaz deta hai. So agar hum as a woman desire karenge ki hamare paas worldly cheezein hon aur hum matlab hamare dil mein kahin na kahin usi ki chahat hai to Allah taala aaj nahi to kal hamein duniya se nawaz hi denge lekin hamein hamare andar chahat develop karni hai akhirat ki.</w:t>
      </w:r>
      <w:r>
        <w:br/>
      </w:r>
      <w:r>
        <w:rPr>
          <w:sz w:val="20"/>
        </w:rPr>
        <w:t>36:00  agar hamare andar akhirat ki lau lag jaati hai aur akhirat ki chahat develop hoti hai to Allah taala automatically hamare surroundings, hamare aas paas ke log aise bana dete hain, is tarah ka mahol bana dete hain ki we are automatically directed towards our aakhirah. So, mere hisab se behtareen hone ki do definition mujhe mili thodi research karne se.</w:t>
      </w:r>
      <w:r>
        <w:br/>
      </w:r>
      <w:r>
        <w:rPr>
          <w:sz w:val="20"/>
        </w:rPr>
        <w:t>36:21  ek to yeh ki on the parameters of Allah hum apne aap ko judge karein irrespective of what the world says aur second yeh ki hum hamari priority worldly desires ko na banakar hamari akhirat wali zindagi ko banayein taaki Allah taala usi raaste par hamein phir direct kar paye. Jaza kallah ma'am. Haan Jaza kallah Talunnu for sharing your learning. Aap aap kuch kehna chahengi inki learning par?</w:t>
      </w:r>
      <w:r>
        <w:br/>
      </w:r>
      <w:r>
        <w:rPr>
          <w:sz w:val="20"/>
        </w:rPr>
        <w:t>36:51  Would you like to say something? Haan haan chal rahi na bahut achha behtareen bataya Tarandumi Kapil ne mashah Allah aur yeh Allah ke parameter par jo unhone bataya yeh bahut hi achha uski line unhone uski learning thi. ki Allah ke parameter par har woh history ke ki woh auratein hain jo aise Asia thi.</w:t>
      </w:r>
    </w:p>
    <w:p>
      <w:pPr>
        <w:pStyle w:val="Heading2"/>
      </w:pPr>
      <w:r>
        <w:t>Full lecture: Islam's issues, reassessment, practical sunnah</w:t>
      </w:r>
    </w:p>
    <w:p>
      <w:r>
        <w:rPr>
          <w:color w:val="666666"/>
          <w:sz w:val="18"/>
        </w:rPr>
        <w:t>The Issues of Islam in the Present World 11 Nov, 2012 - Maulana Wahiduddin Khan · 5m 47s · at 0:36 · https://youtu.be/_2hQa846Qzc?t=36</w:t>
      </w:r>
    </w:p>
    <w:p>
      <w:r>
        <w:rPr>
          <w:i/>
        </w:rPr>
        <w:t>“Aaj ka topic: mawzu e zamane mein Islam aur Musalmano ke masail.”</w:t>
      </w:r>
    </w:p>
    <w:p>
      <w:r>
        <w:rPr>
          <w:sz w:val="20"/>
        </w:rPr>
        <w:t>0:36  aaj ka topic hai: mauzu zamanay mein islam aur musalmanon ke masail. mukhtasar taur par main kahunga ke issues in islam.</w:t>
      </w:r>
      <w:r>
        <w:br/>
      </w:r>
      <w:r>
        <w:rPr>
          <w:sz w:val="20"/>
        </w:rPr>
        <w:t>0:54  yeh bohat hi important topic hai, kyunke aaj har jagah,</w:t>
      </w:r>
      <w:r>
        <w:br/>
      </w:r>
      <w:r>
        <w:rPr>
          <w:sz w:val="20"/>
        </w:rPr>
        <w:t>1:04  saari duniya mein, chahe musalman kisi bhi mulk mein hon, woh masail se dochar hain. islam har jagah</w:t>
      </w:r>
      <w:r>
        <w:br/>
      </w:r>
      <w:r>
        <w:rPr>
          <w:sz w:val="20"/>
        </w:rPr>
        <w:t>1:18  badnami ka title mil raha hai islam ko. islam religion of vices. islam religion of vices. musalmanon mein kaha ja raha hai ke musalman ka mazhab aisa hai ke woh kai har jagah misfit hain.</w:t>
      </w:r>
      <w:r>
        <w:br/>
      </w:r>
      <w:r>
        <w:rPr>
          <w:sz w:val="20"/>
        </w:rPr>
        <w:t>1:33  har jagah misfit hain woh. to goya islam mauzu zamanay mein irrelevant ban gaya hai. is par bohat zyada gehrai ke sath sochne ki zarurat hai.</w:t>
      </w:r>
      <w:r>
        <w:br/>
      </w:r>
      <w:r>
        <w:rPr>
          <w:sz w:val="20"/>
        </w:rPr>
        <w:t>1:50  bohat zyada gehrai ke sath. dekhiye, islam ki</w:t>
      </w:r>
      <w:r>
        <w:br/>
      </w:r>
      <w:r>
        <w:rPr>
          <w:sz w:val="20"/>
        </w:rPr>
        <w:t>1:58  jo talimat hain ya paighambaron ki jo talimat hain, un mein se ek sunnat hai jis ko aaj kal ke zamanay mein kahunga reassessment.</w:t>
      </w:r>
      <w:r>
        <w:br/>
      </w:r>
      <w:r>
        <w:rPr>
          <w:sz w:val="20"/>
        </w:rPr>
        <w:t>2:10  dobara ghor karna. reassessment. ke ek step liya aap ne, ek dhang par aap ne planning ki,</w:t>
      </w:r>
      <w:r>
        <w:br/>
      </w:r>
      <w:r>
        <w:rPr>
          <w:sz w:val="20"/>
        </w:rPr>
        <w:t>2:23  lekin woh planning</w:t>
      </w:r>
      <w:r>
        <w:br/>
      </w:r>
      <w:r>
        <w:rPr>
          <w:sz w:val="20"/>
        </w:rPr>
        <w:t>2:29  jo jo result chahte the aap unhein nikla. Then you have to revise the whole thing.</w:t>
      </w:r>
      <w:r>
        <w:br/>
      </w:r>
      <w:r>
        <w:rPr>
          <w:sz w:val="20"/>
        </w:rPr>
        <w:t>2:40  you have to reassess the whole matter. Yeh bhi Islam ki ek sunnat hai. Is ka ek saboot yeh hai ke Rasool Allah sallallahu alaihi wasallam ke zamanay mein dekhiye,</w:t>
      </w:r>
      <w:r>
        <w:br/>
      </w:r>
      <w:r>
        <w:rPr>
          <w:sz w:val="20"/>
        </w:rPr>
        <w:t>2:54  badr ka ghazwa hua, hunain ka ghazwa hua, uhud ka ghazwa hua, aur chhote chhote ghazwat hue.</w:t>
      </w:r>
      <w:r>
        <w:br/>
      </w:r>
      <w:r>
        <w:rPr>
          <w:sz w:val="20"/>
        </w:rPr>
        <w:t>3:06  lekin masla hal nahi hota tha.</w:t>
      </w:r>
      <w:r>
        <w:br/>
      </w:r>
      <w:r>
        <w:rPr>
          <w:sz w:val="20"/>
        </w:rPr>
        <w:t>3:12  shirk ka dard khatm nahi hota tha. to aap ne reassess kiya, revise kiya, aur aap ne replanning ki.</w:t>
      </w:r>
      <w:r>
        <w:br/>
      </w:r>
      <w:r>
        <w:rPr>
          <w:sz w:val="20"/>
        </w:rPr>
        <w:t>3:24  yani</w:t>
      </w:r>
      <w:r>
        <w:br/>
      </w:r>
      <w:r>
        <w:rPr>
          <w:sz w:val="20"/>
        </w:rPr>
        <w:t>3:28  war ke bajaye peace par mabni planning. woh thi hudaybiyah. bohat hi zyada sochne ki baat hai ke makki daur se le kar madani taur tak bar bar takrao hota raha, chhote baday.</w:t>
      </w:r>
      <w:r>
        <w:br/>
      </w:r>
      <w:r>
        <w:rPr>
          <w:sz w:val="20"/>
        </w:rPr>
        <w:t>3:52  lekin masla hal nahi hota tha.</w:t>
      </w:r>
      <w:r>
        <w:br/>
      </w:r>
      <w:r>
        <w:rPr>
          <w:sz w:val="20"/>
        </w:rPr>
        <w:t>3:57  masla yeh tha ke shirk ka dard khatm ho aur tauheed ka daur aaye. to woh nahi aata tha woh. to rasool allah sallallahu alaihi wasallam ne allah ki tawfeeq se replanning ki.</w:t>
      </w:r>
      <w:r>
        <w:br/>
      </w:r>
      <w:r>
        <w:rPr>
          <w:sz w:val="20"/>
        </w:rPr>
        <w:t>4:15  ke is se pehle jo aap ki struggle thi, us mein bar bar war pesh aati thi, skirmishes pesh aati thin, takrao pesh aata tha.</w:t>
      </w:r>
      <w:r>
        <w:br/>
      </w:r>
      <w:r>
        <w:rPr>
          <w:sz w:val="20"/>
        </w:rPr>
        <w:t>4:29  to aap ne saare mamle ko ult diya aur aap ne san hudaybiyah kar li. san hudaybiyah jo hai, anokhi sunnat thi jis mein fareeq-e-sani ki sharton ko unilateral taur par maan liya gaya.</w:t>
      </w:r>
      <w:r>
        <w:br/>
      </w:r>
      <w:r>
        <w:rPr>
          <w:sz w:val="20"/>
        </w:rPr>
        <w:t>4:48  jo kaho manzoor, jo kaho manzoor. bas peace hum chahte hain. hatta ke allah rasool allah ko aap ne kaghaz se mita diya.</w:t>
      </w:r>
      <w:r>
        <w:br/>
      </w:r>
      <w:r>
        <w:rPr>
          <w:sz w:val="20"/>
        </w:rPr>
        <w:t>4:59  jo kehte gaye woh sab manzoor.</w:t>
      </w:r>
      <w:r>
        <w:br/>
      </w:r>
      <w:r>
        <w:rPr>
          <w:sz w:val="20"/>
        </w:rPr>
        <w:t>5:04  to yani from war to peace, yeh thi planning aap ki hudaybiyah ke mauqe par.</w:t>
      </w:r>
      <w:r>
        <w:br/>
      </w:r>
      <w:r>
        <w:rPr>
          <w:sz w:val="20"/>
        </w:rPr>
        <w:t>5:15  yeh itna bara waqia tha ke Allah taala ne ayat utari: "inna fatahna kaffatana". aap ghore kijiye ke badr ke baad, hunain ke baad, uhud ke baad, jo bhi ghazwaat kahe jaate hain, un ke baad yeh ayat utri thi kya?</w:t>
      </w:r>
      <w:r>
        <w:br/>
      </w:r>
      <w:r>
        <w:rPr>
          <w:sz w:val="20"/>
        </w:rPr>
        <w:t>5:31  kabhi aisa nahi utri ayat ke aaj tum ko hum ne open victory de di. aap ghore kijiye, is se pehle jitne bhi waqiaat hue the jin ko hum kehte hain ghazwaat, is ke pehle, is ke baad yeh yeh ayat kahan utri thi?</w:t>
      </w:r>
      <w:r>
        <w:br/>
      </w:r>
      <w:r>
        <w:rPr>
          <w:sz w:val="20"/>
        </w:rPr>
        <w:t>5:49  to kaha war par jo cheez nahi mil raha tha, us ko aap ne pees ke zariye hasil kiya.</w:t>
      </w:r>
      <w:r>
        <w:br/>
      </w:r>
      <w:r>
        <w:rPr>
          <w:sz w:val="20"/>
        </w:rPr>
        <w:t>5:58  that was a period of reassessment.</w:t>
      </w:r>
      <w:r>
        <w:br/>
      </w:r>
      <w:r>
        <w:rPr>
          <w:sz w:val="20"/>
        </w:rPr>
        <w:t>6:01  that was break of replanning.</w:t>
      </w:r>
      <w:r>
        <w:br/>
      </w:r>
      <w:r>
        <w:rPr>
          <w:sz w:val="20"/>
        </w:rPr>
        <w:t>6:06  yeh bhi Islam ki ek sunnat hai. dekhiye, log jo hain inhi cheezon ko sunnat samajhte hain jo jahan lafz sunnat likha hua ho.</w:t>
      </w:r>
      <w:r>
        <w:br/>
      </w:r>
      <w:r>
        <w:rPr>
          <w:sz w:val="20"/>
        </w:rPr>
        <w:t>6:17  lekin zyada bari bari sunnatain woh hain jo amalan hain, qolan nahi hain.</w:t>
      </w:r>
    </w:p>
    <w:p>
      <w:pPr>
        <w:pStyle w:val="Heading2"/>
      </w:pPr>
      <w:r>
        <w:t>Q&amp;A: handling differences, unity, and the Sahaba's loyalty</w:t>
      </w:r>
    </w:p>
    <w:p>
      <w:r>
        <w:rPr>
          <w:color w:val="666666"/>
          <w:sz w:val="18"/>
        </w:rPr>
        <w:t>Dajjal and Dajjalism July 26, 2009 · 6m 29s · at 1:00:56 · https://youtu.be/CxQTfG01O_s?t=3656</w:t>
      </w:r>
    </w:p>
    <w:p>
      <w:r>
        <w:rPr>
          <w:i/>
        </w:rPr>
        <w:t>“Rasulullah ki ek hadees hai ke aap ne chand duayein kin.”</w:t>
      </w:r>
    </w:p>
    <w:p>
      <w:r>
        <w:rPr>
          <w:sz w:val="20"/>
        </w:rPr>
        <w:t>1:00:56  wastaghfirullaha liwalil jami'een.</w:t>
      </w:r>
      <w:r>
        <w:br/>
      </w:r>
      <w:r>
        <w:rPr>
          <w:sz w:val="20"/>
        </w:rPr>
        <w:t>1:01:13  This question is from Miss Naghma Siddiqui from Delhi. Maulana, differences arise in every team</w:t>
      </w:r>
      <w:r>
        <w:br/>
      </w:r>
      <w:r>
        <w:rPr>
          <w:sz w:val="20"/>
        </w:rPr>
        <w:t>1:01:23  , how should they be managed by team members? Kindly comment. Haan, yeh bahut hi aham question hai.</w:t>
      </w:r>
      <w:r>
        <w:br/>
      </w:r>
      <w:r>
        <w:rPr>
          <w:sz w:val="20"/>
        </w:rPr>
        <w:t>1:01:34  Rasool Allah ki ek hadith hai ki aapne</w:t>
      </w:r>
      <w:r>
        <w:br/>
      </w:r>
      <w:r>
        <w:rPr>
          <w:sz w:val="20"/>
        </w:rPr>
        <w:t>1:01:40  ek lambi hadith hai ki aapne apni ummat ke liye chand duayein ki aur sab duayein qabool ho gayi.</w:t>
      </w:r>
      <w:r>
        <w:br/>
      </w:r>
      <w:r>
        <w:rPr>
          <w:sz w:val="20"/>
        </w:rPr>
        <w:t>1:01:49  yeh dua qabool nahin hui ke aap mein ikhtilaf na ho.</w:t>
      </w:r>
      <w:r>
        <w:br/>
      </w:r>
      <w:r>
        <w:rPr>
          <w:sz w:val="20"/>
        </w:rPr>
        <w:t>1:01:54  iske maani hain ki aap mein differences toh hona hi hona hai, kyunke woh hamara test woh yeh hai. Khuda test ko khatam nahin kar sakta hai.</w:t>
      </w:r>
      <w:r>
        <w:br/>
      </w:r>
      <w:r>
        <w:rPr>
          <w:sz w:val="20"/>
        </w:rPr>
        <w:t>1:02:05  to bahut hi ajeeb baat hai ki Allah Ta'ala ne Rasool Allah ki aur duayein qabool kar li. yeh dua qabool nahin ki ke meri ummat ke saath differences na hon, ke wohi test hai.</w:t>
      </w:r>
      <w:r>
        <w:br/>
      </w:r>
      <w:r>
        <w:rPr>
          <w:sz w:val="20"/>
        </w:rPr>
        <w:t>1:02:19  to main yeh kahunga ki hamari team ke andar bahut pa ka yeh hona chahiye, bahut hi pa ka decision lena chahiye har ek aadmi ko ke mujhe decision ki parwah nahin karta, mujhe difference ki parwah nahin karni hai.</w:t>
      </w:r>
      <w:r>
        <w:br/>
      </w:r>
      <w:r>
        <w:rPr>
          <w:sz w:val="20"/>
        </w:rPr>
        <w:t>1:02:37  saare differences ke bawajood main is mein juda rahoonga, saare differences ke bawajood main is mein pakad rahoonga isko, kyunke mujhe toh Khuda ki jannat leni hai.</w:t>
      </w:r>
      <w:r>
        <w:br/>
      </w:r>
      <w:r>
        <w:rPr>
          <w:sz w:val="20"/>
        </w:rPr>
        <w:t>1:02:48  dekhein, jab difference aata hai to kya hota hai? aadmi ke samne us aadmi ki baat aa jati hai,</w:t>
      </w:r>
      <w:r>
        <w:br/>
      </w:r>
      <w:r>
        <w:rPr>
          <w:sz w:val="20"/>
        </w:rPr>
        <w:t>1:02:58  Khuda nahin samne hota hai. Aaj meri baat hui Hyderabad, hamare ek saathi hain to unhone</w:t>
      </w:r>
      <w:r>
        <w:br/>
      </w:r>
      <w:r>
        <w:rPr>
          <w:sz w:val="20"/>
        </w:rPr>
        <w:t>1:03:08  ek baat pe keh diya ke main blindely follow kaise kar sakta hoon?</w:t>
      </w:r>
      <w:r>
        <w:br/>
      </w:r>
      <w:r>
        <w:rPr>
          <w:sz w:val="20"/>
        </w:rPr>
        <w:t>1:03:15  mujhe bohat hi dukh hua . main ne kaha blind follow karna parta hai? kaisi baat kar rahe hain aap ? tabhi to team banti hai, tabhi team bikhar jati hai ke jab aap yeh kahein ke mujhe main blind follow nahin karunga.</w:t>
      </w:r>
      <w:r>
        <w:br/>
      </w:r>
      <w:r>
        <w:rPr>
          <w:sz w:val="20"/>
        </w:rPr>
        <w:t>1:03:33  main ne inse kaha ke blind hi follow karna parta hai, tab team banti hai.</w:t>
      </w:r>
      <w:r>
        <w:br/>
      </w:r>
      <w:r>
        <w:rPr>
          <w:sz w:val="20"/>
        </w:rPr>
        <w:t>1:03:39  main aapko ek qissa batata hoon ke rasool Allah ne ek apne zamanay mein ek ek dasta bhi bhejha to dasta mein pehla jo do hissay karke bhejhe thay, aap ne sab se pehle gaye Abdullah bin Al-Aas,</w:t>
      </w:r>
      <w:r>
        <w:br/>
      </w:r>
      <w:r>
        <w:rPr>
          <w:sz w:val="20"/>
        </w:rPr>
        <w:t>1:03:56  aage chal diye. woh to aage ja ke padao dala, unhon ne unki madad ke liye phir doosra dasta bhejha. aap ne to woh Abu Ubaidah bin Al-Jarrah uske ameer</w:t>
      </w:r>
      <w:r>
        <w:br/>
      </w:r>
      <w:r>
        <w:rPr>
          <w:sz w:val="20"/>
        </w:rPr>
        <w:t>1:04:07  the, is pehle daste ke ameer thay Abdullah bin Al-Aas aur doosre ke ameer thay Abu Ubaidah. jaate hue rasool Allah ne keh diya tha unse ke dekho, jab tum ne milna , yaani Abu Ubaidah se kaha ke ab ab Abdullah bin Al-Aas se jab milna, tum fata wala takhtalifa to tum mil kar kaam karna,</w:t>
      </w:r>
      <w:r>
        <w:br/>
      </w:r>
      <w:r>
        <w:rPr>
          <w:sz w:val="20"/>
        </w:rPr>
        <w:t>1:04:30  difference le kar ke mat alag ho jana.</w:t>
      </w:r>
      <w:r>
        <w:br/>
      </w:r>
      <w:r>
        <w:rPr>
          <w:sz w:val="20"/>
        </w:rPr>
        <w:t>1:04:35  to wahan jab pahunche to namaz ka waqt ho gaya tha, namaz parhna tha. is zamanay mein imamat jo thi namaz ki, woh sardari ke maani hua karti thi. jo imamat kare, woh hi sardar hai.</w:t>
      </w:r>
      <w:r>
        <w:br/>
      </w:r>
      <w:r>
        <w:rPr>
          <w:sz w:val="20"/>
        </w:rPr>
        <w:t>1:04:47  to Abdullah bin Al-Aas sar kharay hue imamat ke liye to doosra tabqa tha, unhon ne kaha ke nahin, Abul Jarrah imamat karenge, kyunke woh senior thay, woh Abu Ubaidah senior thay.</w:t>
      </w:r>
      <w:r>
        <w:br/>
      </w:r>
      <w:r>
        <w:rPr>
          <w:sz w:val="20"/>
        </w:rPr>
        <w:t>1:05:00  to</w:t>
      </w:r>
      <w:r>
        <w:br/>
      </w:r>
      <w:r>
        <w:rPr>
          <w:sz w:val="20"/>
        </w:rPr>
        <w:t>1:05:01  Abdullah bin Al-Aas ne kaha ke nahin, pehle main bheja gaya hoon, main hi asal hoon, yeh meri madad ko bheje gaye hain. to unhon ne yeh sawal utha diya.</w:t>
      </w:r>
      <w:r>
        <w:br/>
      </w:r>
      <w:r>
        <w:rPr>
          <w:sz w:val="20"/>
        </w:rPr>
        <w:t>1:05:12  to Abu Ubaidah ne kya kaha? yaad rakhiye,</w:t>
      </w:r>
      <w:r>
        <w:br/>
      </w:r>
      <w:r>
        <w:rPr>
          <w:sz w:val="20"/>
        </w:rPr>
        <w:t>1:05:17  unhon ne kaha ke rasool Allah ne sab farmaya tha, sab tum milo , fata wala takhtalifa to takhtalaf mein mat parna, mil jul kar kaam karna.</w:t>
      </w:r>
      <w:r>
        <w:br/>
      </w:r>
      <w:r>
        <w:rPr>
          <w:sz w:val="20"/>
        </w:rPr>
        <w:t>1:05:29  tumhone farmaya ke wallah,</w:t>
      </w:r>
      <w:r>
        <w:br/>
      </w:r>
      <w:r>
        <w:rPr>
          <w:sz w:val="20"/>
        </w:rPr>
        <w:t>1:05:38  len la ka, wallah, len la ka, yani khuda ke sath meri baat na chale, tab bhi main jara rahunga. kaisi anokhi baat hai yeh!</w:t>
      </w:r>
      <w:r>
        <w:br/>
      </w:r>
      <w:r>
        <w:rPr>
          <w:sz w:val="20"/>
        </w:rPr>
        <w:t>1:05:47  abu ubaidah ibn al jarrah bahut sineer sahabi hain, bahut taap ke sahabi hain, unka darja bahut bada mana jata hai. unhone kaha wallah,</w:t>
      </w:r>
      <w:r>
        <w:br/>
      </w:r>
      <w:r>
        <w:rPr>
          <w:sz w:val="20"/>
        </w:rPr>
        <w:t>1:05:57  iska matlab yeh ho ke khuda ki qasam, agar tum, agar meri baat na chale, tab bhi main jara rahunga team ke saath. yeh main aap se kehta hoon, isko speed, is sahaba speed yeh hai.</w:t>
      </w:r>
      <w:r>
        <w:br/>
      </w:r>
      <w:r>
        <w:rPr>
          <w:sz w:val="20"/>
        </w:rPr>
        <w:t>1:06:11  is sahaba speed ko pakdiye, koi difference aaye to kahin difference bhag na jaye. hamein to team ke saath jara rehna hai,</w:t>
      </w:r>
      <w:r>
        <w:br/>
      </w:r>
      <w:r>
        <w:rPr>
          <w:sz w:val="20"/>
        </w:rPr>
        <w:t>1:06:28  difference to aate hi aate hain, difference to aate hi aate hain, lekin aap ke andar sahaba speed honi chahiye.</w:t>
      </w:r>
      <w:r>
        <w:br/>
      </w:r>
      <w:r>
        <w:rPr>
          <w:sz w:val="20"/>
        </w:rPr>
        <w:t>1:06:37  unhone kaha ke wallah, len la ka, meri baat tum na mano, tab bhi main tumhari baat manunga. iska literal translation hai ke khuda ki qasam, agar tum meri baat na mano, tab bhi main tumhari baat manunga.</w:t>
      </w:r>
      <w:r>
        <w:br/>
      </w:r>
      <w:r>
        <w:rPr>
          <w:sz w:val="20"/>
        </w:rPr>
        <w:t>1:06:50  kaisi anokhi cheez thi yeh! yeh kisi qimat par humain team ko tod tootne nahi denge,</w:t>
      </w:r>
      <w:r>
        <w:br/>
      </w:r>
      <w:r>
        <w:rPr>
          <w:sz w:val="20"/>
        </w:rPr>
        <w:t>1:06:58  kisi qimat par humain team ko todne nahi denge. yeh hai sahaba speed ke meri baat na chale, tab bhi main team se jara rahunga.</w:t>
      </w:r>
      <w:r>
        <w:br/>
      </w:r>
      <w:r>
        <w:rPr>
          <w:sz w:val="20"/>
        </w:rPr>
        <w:t>1:07:12  yehi speed jo hai, team ko baqi rakh sakti hai. yeh speed nahi hogi to team bhi khatam ho jayegi. main aap logon ko khuda ki qasam yaad dila ke, khuda ka hawala de kar kehta hoon,</w:t>
      </w:r>
    </w:p>
    <w:p>
      <w:pPr>
        <w:pStyle w:val="Heading2"/>
      </w:pPr>
      <w:r>
        <w:t>Da'wah is a grave responsibility - full lecture opening</w:t>
      </w:r>
    </w:p>
    <w:p>
      <w:r>
        <w:rPr>
          <w:color w:val="666666"/>
          <w:sz w:val="18"/>
        </w:rPr>
        <w:t>CPS Women Article Discussion 14 January 8, 2023 · 3m 16s · at 0:07 · https://youtu.be/XVluFGBfxcI?t=7</w:t>
      </w:r>
    </w:p>
    <w:p>
      <w:r>
        <w:rPr>
          <w:i/>
        </w:rPr>
        <w:t>“Dear ladies. Today is 01/08/2023. Happy New Year to all of you.”</w:t>
      </w:r>
    </w:p>
    <w:p>
      <w:r>
        <w:rPr>
          <w:sz w:val="20"/>
        </w:rPr>
        <w:t>0:07  dear ladies. today is 01/08/2023. happy new year to all of you. this is the first session in this new year, and, this whole year entirely, we will be daily dedicatedly working hard towards our work, and the topic topic also today chosen is a very important topic.</w:t>
      </w:r>
      <w:r>
        <w:br/>
      </w:r>
      <w:r>
        <w:rPr>
          <w:sz w:val="20"/>
        </w:rPr>
        <w:t>0:30  our focus should be on the dawa work and the mission of our life, the mission of this, cps international, which we are carrying on this mission. and, the topic of today is. so i invite, miss to start the session. allah waleikum. islam aapka.</w:t>
      </w:r>
      <w:r>
        <w:br/>
      </w:r>
      <w:r>
        <w:rPr>
          <w:sz w:val="20"/>
        </w:rPr>
        <w:t>1:00  daawat ek sangeen zimmedari. islam ki ek khadij padosi ke bare mein in alfaaz mein aayi hai. yaani kitney hi padosi hain jo apne padosi ko pakdey hue honge qayamat ke din.</w:t>
      </w:r>
      <w:r>
        <w:br/>
      </w:r>
      <w:r>
        <w:rPr>
          <w:sz w:val="20"/>
        </w:rPr>
        <w:t>1:22  woh kahenge ke aye mere rab, isne apna darwaza mere liye band rakha aur apni bhalai ko mujhse rok diya. al adab ul mufrat lil mukhari, hadith number ek sau gyarah. yahan maroof ka lafz deeni hidayat ke maaney mein aaya hai.</w:t>
      </w:r>
      <w:r>
        <w:br/>
      </w:r>
      <w:r>
        <w:rPr>
          <w:sz w:val="20"/>
        </w:rPr>
        <w:t>1:41  yaani ek shakhs qayamat ke din rabulaalameen se apne padosi ke bare mein shikayat karega ke is insaan ke paas meri nijaat ka rasta tha magar isne apne ghar ke darwaze ko mere upar band rakha aur islam ki daawat mujhko nahi diya. jo aaj mere kaam aata aur mujhko aabadi tabahi se bacha leta.</w:t>
      </w:r>
      <w:r>
        <w:br/>
      </w:r>
      <w:r>
        <w:rPr>
          <w:sz w:val="20"/>
        </w:rPr>
        <w:t>2:05  is hadith mein ek padosi se buradh woh shakhs hai jo duniya mein imaan ka dawa karta tha aur uske paas allah ki hidayat quran aur sunnat ki shakal mein maujood thi. doosre padosi se buradh woh insaan hai jo apni bekhabri ke bina parsa bhi imaan na ban saka. kyunke uske momin padosi ne uski qabile fahm zabaan mein usko allah ki hidayat nahi pahunchai. yahan di is ghayamat ke bare mein hai.</w:t>
      </w:r>
      <w:r>
        <w:br/>
      </w:r>
      <w:r>
        <w:rPr>
          <w:sz w:val="20"/>
        </w:rPr>
        <w:t>2:34  ghayamat mein kisi ko yeh mehrumi nahi satayegi ke woh duniya mein maadi cheezon ke paaney mein nakaam raha. kyunke ab uska daur khatam ho chuka hoga. qayamat mein kisi ko sirf yeh cheez tadpayegi ke kaash mere padosi ne, meri qabili fahm zabaan mein, mujhko hidayat pahunchai hoti, to main us par imaan laata aur aaj main channat mein daakhle se mehroom na rehta.</w:t>
      </w:r>
      <w:r>
        <w:br/>
      </w:r>
      <w:r>
        <w:rPr>
          <w:sz w:val="20"/>
        </w:rPr>
        <w:t>3:00  is hadish ko maujooda zamane ke lihaz se dekha jaye to ismein aam padosi ke alawa electronic padosi in neighbor bhi shamil honge kyunke aaj door ke padosi ko hidayat pahunchana utna hi aasan ho gaya hai jitna ke qareebi padosi ko pahunchana.</w:t>
      </w:r>
      <w:r>
        <w:br/>
      </w:r>
      <w:r>
        <w:rPr>
          <w:sz w:val="20"/>
        </w:rPr>
        <w:t>3:23  is article ko padhkar main is hadish mein jo ismein jo hadish batai gayi hai woh isko padhkar iski jo baat hai ke deen ki daawat ki importance ka uski meaning yeh samajh mein aaya hai ke is duniya mein kisi insaan ke liye nijaat ka rasta agar hum kholte hain to usi ke zariye humare nijaat ka rasta bhi khulega.</w:t>
      </w:r>
    </w:p>
    <w:p>
      <w:pPr>
        <w:pStyle w:val="Heading2"/>
      </w:pPr>
      <w:r>
        <w:t>Traditional period discovery from potential to actual</w:t>
      </w:r>
    </w:p>
    <w:p>
      <w:r>
        <w:rPr>
          <w:color w:val="666666"/>
          <w:sz w:val="18"/>
        </w:rPr>
        <w:t>Three Periods of History May 17, 2009 Maulana Wahiduddin Khan · 4m 51s · at 7:04 · https://youtu.be/iNS-3Yo58Gk?t=424</w:t>
      </w:r>
    </w:p>
    <w:p>
      <w:r>
        <w:rPr>
          <w:i/>
        </w:rPr>
        <w:t>“Sab se pehla zamana jo hai, woh traditional period ka hai”</w:t>
      </w:r>
    </w:p>
    <w:p>
      <w:r>
        <w:rPr>
          <w:sz w:val="20"/>
        </w:rPr>
        <w:t>7:04  isi ke baray mein is waqt mein kuch kehna chahta hoon. sab se pehla zamana jo hai, woh traditional period ka hai.</w:t>
      </w:r>
      <w:r>
        <w:br/>
      </w:r>
      <w:r>
        <w:rPr>
          <w:sz w:val="20"/>
        </w:rPr>
        <w:t>7:16  insaan jab paida hua to agarche is ke nature mein sab kuch interwoven tha, lekin woh unconscious mind mein tha.</w:t>
      </w:r>
      <w:r>
        <w:br/>
      </w:r>
      <w:r>
        <w:rPr>
          <w:sz w:val="20"/>
        </w:rPr>
        <w:t>7:28  consciously insaan kuch nahin janta tha.</w:t>
      </w:r>
      <w:r>
        <w:br/>
      </w:r>
      <w:r>
        <w:rPr>
          <w:sz w:val="20"/>
        </w:rPr>
        <w:t>7:32  yeh sara maamla ek discovery method ke tor par chala. yani potentially sab kuch tha, lekin insaan par yeh tha ke woh is ko actual banaye.</w:t>
      </w:r>
      <w:r>
        <w:br/>
      </w:r>
      <w:r>
        <w:rPr>
          <w:sz w:val="20"/>
        </w:rPr>
        <w:t>7:45  yani Khuda ne aisa nahin kiya ke is spoken language mein har jagah har darakht jala raha ho, har sitara aur har sayara bol raha ho.</w:t>
      </w:r>
      <w:r>
        <w:br/>
      </w:r>
      <w:r>
        <w:rPr>
          <w:sz w:val="20"/>
        </w:rPr>
        <w:t>7:55  nahin,</w:t>
      </w:r>
      <w:r>
        <w:br/>
      </w:r>
      <w:r>
        <w:rPr>
          <w:sz w:val="20"/>
        </w:rPr>
        <w:t>7:59  silent language mein sab baat yahan maujood thi. humein is ko sunna tha, ya yun keh sakte hain ke aap in terms of potential har cheez maujood thi.</w:t>
      </w:r>
      <w:r>
        <w:br/>
      </w:r>
      <w:r>
        <w:rPr>
          <w:sz w:val="20"/>
        </w:rPr>
        <w:t>8:11  hum ko hamara kaam yeh tha ke hum is ko actual banayein. to journey shuru hui kahan se? traditional period se.</w:t>
      </w:r>
      <w:r>
        <w:br/>
      </w:r>
      <w:r>
        <w:rPr>
          <w:sz w:val="20"/>
        </w:rPr>
        <w:t>8:24  is waqt insan</w:t>
      </w:r>
      <w:r>
        <w:br/>
      </w:r>
      <w:r>
        <w:rPr>
          <w:sz w:val="20"/>
        </w:rPr>
        <w:t>8:29  kans aaj jo jante hain, hum jo kuch, woh kuch nahi janta tha. Yani civilizations ko hum kehte hain. To civilization se pehle jo tha daur, woh tha traditional daur.</w:t>
      </w:r>
      <w:r>
        <w:br/>
      </w:r>
      <w:r>
        <w:rPr>
          <w:sz w:val="20"/>
        </w:rPr>
        <w:t>8:44  civilization se pehle to har cheez Allah taala ne rakh diya potential, aur is ko humein actual banana tha.</w:t>
      </w:r>
      <w:r>
        <w:br/>
      </w:r>
      <w:r>
        <w:rPr>
          <w:sz w:val="20"/>
        </w:rPr>
        <w:t>8:54  Misalan aap dekhiye, insan ko food chahiye, food, lekin Khuda ne roti aur chawal aur daal nahi hum ko provide kar diya.</w:t>
      </w:r>
      <w:r>
        <w:br/>
      </w:r>
      <w:r>
        <w:rPr>
          <w:sz w:val="20"/>
        </w:rPr>
        <w:t>9:06  Darakhton par phall laga diye, phall tod tod khao, phir dheere dheere dheere dheere discover karo, aur agriculture aur horticulture banao.</w:t>
      </w:r>
      <w:r>
        <w:br/>
      </w:r>
      <w:r>
        <w:rPr>
          <w:sz w:val="20"/>
        </w:rPr>
        <w:t>9:18  Indus food, industry, food industry paida karo.</w:t>
      </w:r>
      <w:r>
        <w:br/>
      </w:r>
      <w:r>
        <w:rPr>
          <w:sz w:val="20"/>
        </w:rPr>
        <w:t>9:25  Isi tarah se dekhiye, humein sawari chahiye, to Allah taala ne aisa nahi kaha ke humein car aur hawaijahat de de. Nahi, Allah taala ne humein kya diya?</w:t>
      </w:r>
      <w:r>
        <w:br/>
      </w:r>
      <w:r>
        <w:rPr>
          <w:sz w:val="20"/>
        </w:rPr>
        <w:t>9:35  Ghore diye. Yani bane banaye, bani banai sawariyan. Jangalon mein ghore hote the, insan ne pakda, un ko tame kiya, aur woh sawari karne laga.</w:t>
      </w:r>
      <w:r>
        <w:br/>
      </w:r>
      <w:r>
        <w:rPr>
          <w:sz w:val="20"/>
        </w:rPr>
        <w:t>9:49  Phir dheere dheere is ne wheel banai, phir bohat dinon ke baad is ne car aur hawaijahat banaye. Is tarah se ek journey hai, civilizational journey.</w:t>
      </w:r>
      <w:r>
        <w:br/>
      </w:r>
      <w:r>
        <w:rPr>
          <w:sz w:val="20"/>
        </w:rPr>
        <w:t>10:02  Isi tarah se aap dekhiye, aasman mein aap raat ko aap dekhiye, Dilli mein to nahi dikhai deta, kahin bhi aap chale jaiye, gaon mein khuli jagah par kahin to raat ko jagmag, jagmag, jagmag, jagmag sitare.</w:t>
      </w:r>
      <w:r>
        <w:br/>
      </w:r>
      <w:r>
        <w:rPr>
          <w:sz w:val="20"/>
        </w:rPr>
        <w:t>10:17  Ajeeb anokha manzar hota hai, terrible scene hota hai, terrible beauty.</w:t>
      </w:r>
      <w:r>
        <w:br/>
      </w:r>
      <w:r>
        <w:rPr>
          <w:sz w:val="20"/>
        </w:rPr>
        <w:t>10:25  To ek taraf to is mein dekhiye, beauty hai, doosri taraf isi ke zariye se insan safar karta tha. Pehle desert mein, ocean mein safar kaise karta tha?</w:t>
      </w:r>
      <w:r>
        <w:br/>
      </w:r>
      <w:r>
        <w:rPr>
          <w:sz w:val="20"/>
        </w:rPr>
        <w:t>10:40  Kama direction ka pata nahi hota. Wahan par jab aap desert mein ho to kuch pata nahi kidhar kon basti hai, kidhar kon basti hai.</w:t>
      </w:r>
      <w:r>
        <w:br/>
      </w:r>
      <w:r>
        <w:rPr>
          <w:sz w:val="20"/>
        </w:rPr>
        <w:t>10:50  Jab aap ocean mein hote hain, kuch pata nahi hota kidhar kon country hai, kidhar kon country hai.</w:t>
      </w:r>
      <w:r>
        <w:br/>
      </w:r>
      <w:r>
        <w:rPr>
          <w:sz w:val="20"/>
        </w:rPr>
        <w:t>10:55  East ka pata nahi, west ka pata. To insan jo hai, woh star se pata karta tha, star ko dekh kar. Phir dheere dheere dheere is ne instrument banaye.</w:t>
      </w:r>
      <w:r>
        <w:br/>
      </w:r>
      <w:r>
        <w:rPr>
          <w:sz w:val="20"/>
        </w:rPr>
        <w:t>11:09  Aaj jo is bare bare ship chalte hain, woh sitaron se nahi roshni lete, woh un ke paas aise tool hote hain, is se unhein pata chalta rehta hai, aur safar karte rehte hain.</w:t>
      </w:r>
      <w:r>
        <w:br/>
      </w:r>
      <w:r>
        <w:rPr>
          <w:sz w:val="20"/>
        </w:rPr>
        <w:t>11:21  Hawai jahaz bhi aise hi karte hain.</w:t>
      </w:r>
      <w:r>
        <w:br/>
      </w:r>
      <w:r>
        <w:rPr>
          <w:sz w:val="20"/>
        </w:rPr>
        <w:t>11:25  Aisi kapda hai, dekhiye, is zamane mein insan kya karta tha? Animal ke skin, janwaron ki khaal nikala, aur us ko lapet liya, ya un ka kapda ho gaya.</w:t>
      </w:r>
      <w:r>
        <w:br/>
      </w:r>
      <w:r>
        <w:rPr>
          <w:sz w:val="20"/>
        </w:rPr>
        <w:t>11:42  Phir dheere dheere cotton industry, textile industry bani. Insan ne kapde banaye. Is tarah potential se actual ki taraf safar hota raha insaniyat ka.</w:t>
      </w:r>
    </w:p>
    <w:p>
      <w:pPr>
        <w:pStyle w:val="Heading2"/>
      </w:pPr>
      <w:r>
        <w:t>Umar Farooq's wisdom that life only offers a choice of lesser evils</w:t>
      </w:r>
    </w:p>
    <w:p>
      <w:r>
        <w:rPr>
          <w:color w:val="666666"/>
          <w:sz w:val="18"/>
        </w:rPr>
        <w:t>Modesty and Arrogance January 31, 2008 · 3m 54s · at 27:28 · https://youtu.be/8EHBmsIAF_Q?t=1648</w:t>
      </w:r>
    </w:p>
    <w:p>
      <w:r>
        <w:rPr>
          <w:i/>
        </w:rPr>
        <w:t>“Umar Farooq once said something amazing about the wise man”</w:t>
      </w:r>
    </w:p>
    <w:p>
      <w:r>
        <w:rPr>
          <w:sz w:val="20"/>
        </w:rPr>
        <w:t>27:28  . yaani wa'iz aadmi woh nahi hai jo</w:t>
      </w:r>
      <w:r>
        <w:br/>
      </w:r>
      <w:r>
        <w:rPr>
          <w:sz w:val="20"/>
        </w:rPr>
        <w:t>27:37  achhe aur bure ko jaane.</w:t>
      </w:r>
      <w:r>
        <w:br/>
      </w:r>
      <w:r>
        <w:rPr>
          <w:sz w:val="20"/>
        </w:rPr>
        <w:t>27:43  wa'iz aadmi woh hai jo yeh jaane ke</w:t>
      </w:r>
      <w:r>
        <w:br/>
      </w:r>
      <w:r>
        <w:rPr>
          <w:sz w:val="20"/>
        </w:rPr>
        <w:t>27:52  lesser evil kaunsa hai, aur greater evil kaunsa hai.</w:t>
      </w:r>
      <w:r>
        <w:br/>
      </w:r>
      <w:r>
        <w:rPr>
          <w:sz w:val="20"/>
        </w:rPr>
        <w:t>27:57  yaani kisi cheez ke lesser evil ko jaane, aur greater evil ko jaane. is ka matlab kya hua? is ka matlab yeh hua ke duniya mein tum ko jo jo choice hai,</w:t>
      </w:r>
      <w:r>
        <w:br/>
      </w:r>
      <w:r>
        <w:rPr>
          <w:sz w:val="20"/>
        </w:rPr>
        <w:t>28:10  choice woh good aur bad ka nahi hai, all good aur all bad ka nahi hai ke tum all bad ko chodo, all good ko le lo.</w:t>
      </w:r>
      <w:r>
        <w:br/>
      </w:r>
      <w:r>
        <w:rPr>
          <w:sz w:val="20"/>
        </w:rPr>
        <w:t>28:22  yeh choice hai hi nahi.</w:t>
      </w:r>
      <w:r>
        <w:br/>
      </w:r>
      <w:r>
        <w:rPr>
          <w:sz w:val="20"/>
        </w:rPr>
        <w:t>28:26  yaani khair aur shar ka choice nahi hai.</w:t>
      </w:r>
      <w:r>
        <w:br/>
      </w:r>
      <w:r>
        <w:rPr>
          <w:sz w:val="20"/>
        </w:rPr>
        <w:t>28:32  balkeh keh rahe hain ke behtar shar kaunsa hai? is ka choice hai. yeh kitni ajeeb baat hai yeh ke duniya mein jo choice hai tumhare liye, woh sirf yeh hai ke greater evil ko chodo, lesser evil ko le lo.</w:t>
      </w:r>
      <w:r>
        <w:br/>
      </w:r>
      <w:r>
        <w:rPr>
          <w:sz w:val="20"/>
        </w:rPr>
        <w:t>28:52  all good aur all bad ka choice hai hi nahi.</w:t>
      </w:r>
      <w:r>
        <w:br/>
      </w:r>
      <w:r>
        <w:rPr>
          <w:sz w:val="20"/>
        </w:rPr>
        <w:t>28:57  ab aap dekhein to poori history mein jo bare bare log guzre hain, woh is baat ko nahi jaante the. poori poori history saare log jo hain, ideal state ke peeche daudte rahe,</w:t>
      </w:r>
      <w:r>
        <w:br/>
      </w:r>
      <w:r>
        <w:rPr>
          <w:sz w:val="20"/>
        </w:rPr>
        <w:t>29:12  ideal samajh ke peeche daudte rahe, ideal nation ke peeche daudte rahe, ideal society ke peeche daudte rahe.</w:t>
      </w:r>
      <w:r>
        <w:br/>
      </w:r>
      <w:r>
        <w:rPr>
          <w:sz w:val="20"/>
        </w:rPr>
        <w:t>29:21  saare log, saare log, saare log ideal system ke peeche daudte rahe.</w:t>
      </w:r>
      <w:r>
        <w:br/>
      </w:r>
      <w:r>
        <w:rPr>
          <w:sz w:val="20"/>
        </w:rPr>
        <w:t>29:27  halankeh yeh choais un ke liye pasibal hi nahin tha. isi liye saare log fail. koi bhi aadmi, ek bhi aadmi nahin milega aap ko jo apne is qism ke goal ko paya ho, jis ne yaani is ne ideal state banaya ho,</w:t>
      </w:r>
      <w:r>
        <w:br/>
      </w:r>
      <w:r>
        <w:rPr>
          <w:sz w:val="20"/>
        </w:rPr>
        <w:t>29:47  ideal society banai ho, ideal system banaya ho, ideal family banai ho.</w:t>
      </w:r>
      <w:r>
        <w:br/>
      </w:r>
      <w:r>
        <w:rPr>
          <w:sz w:val="20"/>
        </w:rPr>
        <w:t>30:00  kahin kahin bhi aap nahin dekhenge ideal nation banai ho. kyun? yeh duniya test ke liye hai. yeh duniya jannat nahin hai.</w:t>
      </w:r>
      <w:r>
        <w:br/>
      </w:r>
      <w:r>
        <w:rPr>
          <w:sz w:val="20"/>
        </w:rPr>
        <w:t>30:11  yehhan aap jannat nahin, jannat ka naam hai ideal place. idealism milega jannat mein. yeh duniya ke liye to yeh hai ke ideal cannot be achieved.</w:t>
      </w:r>
      <w:r>
        <w:br/>
      </w:r>
      <w:r>
        <w:rPr>
          <w:sz w:val="20"/>
        </w:rPr>
        <w:t>30:24  yeh duniya ka jo formula hai, woh yeh hai ke ideal cannot be achieved in this world.</w:t>
      </w:r>
      <w:r>
        <w:br/>
      </w:r>
      <w:r>
        <w:rPr>
          <w:sz w:val="20"/>
        </w:rPr>
        <w:t>30:32  ideal milega jannat mein, paradise mein. ab dekhen ke umar farooq ne kitni bari baat kahi jo poori poori history mein logon ko pata nahin thi ke aap ke liye jo choice hai, woh all good aur all bad ka choice nahin hai,</w:t>
      </w:r>
      <w:r>
        <w:br/>
      </w:r>
      <w:r>
        <w:rPr>
          <w:sz w:val="20"/>
        </w:rPr>
        <w:t>30:48  balkeh lesser evil aur greater evil ka choice hai. is baat ko na janne ki wajah se logon ne apni poori poori zindagiyaan yaani west kar dein.</w:t>
      </w:r>
      <w:r>
        <w:br/>
      </w:r>
      <w:r>
        <w:rPr>
          <w:sz w:val="20"/>
        </w:rPr>
        <w:t>31:00  poori poori zindagi west kar diya, poori poori qaumon ko dauraya ek aise goal ki taraf jo achievable nahin tha.</w:t>
      </w:r>
      <w:r>
        <w:br/>
      </w:r>
      <w:r>
        <w:rPr>
          <w:sz w:val="20"/>
        </w:rPr>
        <w:t>31:09  poori history mein aise log milenge aap ko ke unhon ne apni qaum ko dauraya ek aise goal ki taraf jo achievable nahin tha. aakhir mein first name mare.</w:t>
      </w:r>
    </w:p>
    <w:p>
      <w:pPr>
        <w:pStyle w:val="Heading2"/>
      </w:pPr>
      <w:r>
        <w:t>Hadith on drought stages matched to real climate data</w:t>
      </w:r>
    </w:p>
    <w:p>
      <w:r>
        <w:rPr>
          <w:color w:val="666666"/>
          <w:sz w:val="18"/>
        </w:rPr>
        <w:t>Dajjal and Dajjalism July 26, 2009 · 5m 56s · at 28:13 · https://youtu.be/CxQTfG01O_s?t=1693</w:t>
      </w:r>
    </w:p>
    <w:p>
      <w:r>
        <w:rPr>
          <w:i/>
        </w:rPr>
        <w:t>“Pehla jo sookha padega, ismein one-third paani khatam ho jayega.”</w:t>
      </w:r>
    </w:p>
    <w:p>
      <w:r>
        <w:rPr>
          <w:sz w:val="20"/>
        </w:rPr>
        <w:t>28:13  pehla jo sukha padega, pehla jo drought aayega, is mein one third paani khatam ho jayega. nabatat khatam ho jayengi, sabziyaan khatam ho jayengi, haywan marne lagenge.</w:t>
      </w:r>
      <w:r>
        <w:br/>
      </w:r>
      <w:r>
        <w:rPr>
          <w:sz w:val="20"/>
        </w:rPr>
        <w:t>28:28  phir doosra sukha padega, doosra drought aayega.</w:t>
      </w:r>
      <w:r>
        <w:br/>
      </w:r>
      <w:r>
        <w:rPr>
          <w:sz w:val="20"/>
        </w:rPr>
        <w:t>28:31  jab two third watar khatam ho jayega, two third watar, aur phir sabziyaan khatam hongi, janwar, insan, sab ka asar padega iska.</w:t>
      </w:r>
      <w:r>
        <w:br/>
      </w:r>
      <w:r>
        <w:rPr>
          <w:sz w:val="20"/>
        </w:rPr>
        <w:t>28:45  phir teesra dobarah aayega aur aur aur paani bilkul khatam ho jayega. pehle ye teen period hain. pehle period mein one third watar khatam ho jayega,</w:t>
      </w:r>
      <w:r>
        <w:br/>
      </w:r>
      <w:r>
        <w:rPr>
          <w:sz w:val="20"/>
        </w:rPr>
        <w:t>28:56  doosre period mein two third watar khatam ho jayega, aur aakhri period mein no water ka zamana aayega. aur sab khatam ho chuke honge. wohi qayamat shuru ho jayegi. ye hadees hai. hadees. ab aaj kya ho raha hai? dekhiye, ye sab log jaante hain ki paani hi par humari zindagi hai.</w:t>
      </w:r>
      <w:r>
        <w:br/>
      </w:r>
      <w:r>
        <w:rPr>
          <w:sz w:val="20"/>
        </w:rPr>
        <w:t>29:15  paae nahin to life nahin. sab log jaante hain ye paani par life depend karti hai paani ke uppar.</w:t>
      </w:r>
      <w:r>
        <w:br/>
      </w:r>
      <w:r>
        <w:rPr>
          <w:sz w:val="20"/>
        </w:rPr>
        <w:t>29:25  chahe plant hon, animal hon ya insaan hon, paani par depend karte hain. paae nahin to sab khatam. Rahim Khan Khan ne bohat sahih kaha tha ke "Rehmann paani rakhiyo,</w:t>
      </w:r>
      <w:r>
        <w:br/>
      </w:r>
      <w:r>
        <w:rPr>
          <w:sz w:val="20"/>
        </w:rPr>
        <w:t>29:40  bin paani sab soon."</w:t>
      </w:r>
      <w:r>
        <w:br/>
      </w:r>
      <w:r>
        <w:rPr>
          <w:sz w:val="20"/>
        </w:rPr>
        <w:t>29:46  Rehmann paani rakhiyo, bin paani sab soon.</w:t>
      </w:r>
      <w:r>
        <w:br/>
      </w:r>
      <w:r>
        <w:rPr>
          <w:sz w:val="20"/>
        </w:rPr>
        <w:t>29:51  to aap jaante hain ke sab kuch zindagi jo hai, woh paani par base base karti hai. ab kya hai? global warming se kya ho raha hai?</w:t>
      </w:r>
      <w:r>
        <w:br/>
      </w:r>
      <w:r>
        <w:rPr>
          <w:sz w:val="20"/>
        </w:rPr>
        <w:t>30:02  dekhiye, ek zamana tha ke jab paani sab saline tha. samundaron mein saara saara paani saline tha.</w:t>
      </w:r>
      <w:r>
        <w:br/>
      </w:r>
      <w:r>
        <w:rPr>
          <w:sz w:val="20"/>
        </w:rPr>
        <w:t>30:14  samundaron mein bhara hua tha.</w:t>
      </w:r>
      <w:r>
        <w:br/>
      </w:r>
      <w:r>
        <w:rPr>
          <w:sz w:val="20"/>
        </w:rPr>
        <w:t>30:15  jab Allah Ta’ala ne jab paida kiya paani bohat pehle to paani samundaron mein bhar gaya aur sab saline tha. yani preserve ki taur par diya gaya tha.</w:t>
      </w:r>
      <w:r>
        <w:br/>
      </w:r>
      <w:r>
        <w:rPr>
          <w:sz w:val="20"/>
        </w:rPr>
        <w:t>30:28  phir aap jaante hain ke baarish hui. rain ka ek universal process hai. woh process chalaya Allah Ta’ala ne aur desalination hua.</w:t>
      </w:r>
      <w:r>
        <w:br/>
      </w:r>
      <w:r>
        <w:rPr>
          <w:sz w:val="20"/>
        </w:rPr>
        <w:t>30:41  freshwater hum mein aaya</w:t>
      </w:r>
      <w:r>
        <w:br/>
      </w:r>
      <w:r>
        <w:rPr>
          <w:sz w:val="20"/>
        </w:rPr>
        <w:t>30:43  to freshwater nadiyon mein aaya, talabon mein aaya, aur bohat bada iska ek storage ho gaya paharon ke uppar glacier ki shakl mein.</w:t>
      </w:r>
      <w:r>
        <w:br/>
      </w:r>
      <w:r>
        <w:rPr>
          <w:sz w:val="20"/>
        </w:rPr>
        <w:t>30:55  woh woh saal bhar dheere dheere behe kar ke chashmon ki shakl mein aata tha hamare kheton mein, nadiyon mein. ye system chal raha tha. global warming ne kya hua hai ke woh process tez ho gaya.</w:t>
      </w:r>
      <w:r>
        <w:br/>
      </w:r>
      <w:r>
        <w:rPr>
          <w:sz w:val="20"/>
        </w:rPr>
        <w:t>31:09  yani glacier zyada melt hone lage. melt hone, bohat melt hone lage. ab to bohat zyada melt ho chuke hain glacier.</w:t>
      </w:r>
      <w:r>
        <w:br/>
      </w:r>
      <w:r>
        <w:rPr>
          <w:sz w:val="20"/>
        </w:rPr>
        <w:t>31:19  melt ho kar ke aate hain nadiyon mein. nadiyon mein jaate hain, is mein samundar mein. yani freshwater dobarah saline water ban raha hai.</w:t>
      </w:r>
      <w:r>
        <w:br/>
      </w:r>
      <w:r>
        <w:rPr>
          <w:sz w:val="20"/>
        </w:rPr>
        <w:t>31:33  aur din badan woh storage khatam kam hota cha</w:t>
      </w:r>
      <w:r>
        <w:br/>
      </w:r>
      <w:r>
        <w:rPr>
          <w:sz w:val="20"/>
        </w:rPr>
        <w:t>31:36  la jaa raha hai. glacier bohat he kam ho chuke hain.</w:t>
      </w:r>
      <w:r>
        <w:br/>
      </w:r>
      <w:r>
        <w:rPr>
          <w:sz w:val="20"/>
        </w:rPr>
        <w:t>31:42  polar jo pole par jo ice cap hai, woh pighal rahi hai.</w:t>
      </w:r>
      <w:r>
        <w:br/>
      </w:r>
      <w:r>
        <w:rPr>
          <w:sz w:val="20"/>
        </w:rPr>
        <w:t>31:50  to ye kaha jaata hai ke shuru mein ye tha ke saara paani saline tha. jo phir baarish ke baad three percent paani jo aaya zameen par, woh woh woh fresh</w:t>
      </w:r>
      <w:r>
        <w:br/>
      </w:r>
      <w:r>
        <w:rPr>
          <w:sz w:val="20"/>
        </w:rPr>
        <w:t>32:06  water tha. yaani 97 percent water salty tha. phir bhi largest 97 water samundaron mein store tha aur ismein se three percent pani fresh water bankar aaya hamare paas chashmon mein, nadiyon mein, zameen ke neeche.</w:t>
      </w:r>
      <w:r>
        <w:br/>
      </w:r>
      <w:r>
        <w:rPr>
          <w:sz w:val="20"/>
        </w:rPr>
        <w:t>32:27  ab jo hai, abhi jo reports aa rahi hain, aap jante hain ke Ganga ka pani aur Jamuna ka pani aadhe se zyada sookh chuka hai.</w:t>
      </w:r>
      <w:r>
        <w:br/>
      </w:r>
      <w:r>
        <w:rPr>
          <w:sz w:val="20"/>
        </w:rPr>
        <w:t>32:39  is ilaqe mein aap jaye to Badkal Lake aur Surajkund mein pani hua karta tha, sookh chuke hain. woh kitne talab idhar udhar sab sookh chuke hain.</w:t>
      </w:r>
      <w:r>
        <w:br/>
      </w:r>
      <w:r>
        <w:rPr>
          <w:sz w:val="20"/>
        </w:rPr>
        <w:t>32:50  pani ke naam par ladaiyan ho rahi hain.</w:t>
      </w:r>
      <w:r>
        <w:br/>
      </w:r>
      <w:r>
        <w:rPr>
          <w:sz w:val="20"/>
        </w:rPr>
        <w:t>32:54  abhi mein ne akhbar mein padha ke Hyderabad mein, Bhopal mein bade bade talab banaye the nawabon ne, woh sab sookh gaye hain. duniya bhar mein yeh ho raha hai.</w:t>
      </w:r>
      <w:r>
        <w:br/>
      </w:r>
      <w:r>
        <w:rPr>
          <w:sz w:val="20"/>
        </w:rPr>
        <w:t>33:04  is ilaqe mein jahan aap baithe hue hain, mein iska qissa batata hoon aap ko. 25 saal pehle yeh building banayi gayi thi. yahan par hum ne basement banwaya.</w:t>
      </w:r>
      <w:r>
        <w:br/>
      </w:r>
      <w:r>
        <w:rPr>
          <w:sz w:val="20"/>
        </w:rPr>
        <w:t>33:16  basement mein pani aa gaya. yahan jahan neeche basement hai, woh pani bilkul bhar gaya jheel ke tareeqe se.</w:t>
      </w:r>
      <w:r>
        <w:br/>
      </w:r>
      <w:r>
        <w:rPr>
          <w:sz w:val="20"/>
        </w:rPr>
        <w:t>33:24  to engineer bulaya gaya. engineer ne kaha ke yeh to aap ki building to floating state mein hai. sab pani pani neeche hai.</w:t>
      </w:r>
      <w:r>
        <w:br/>
      </w:r>
      <w:r>
        <w:rPr>
          <w:sz w:val="20"/>
        </w:rPr>
        <w:t>33:33  pani ke upar yeh building khadi hui. kab tak rahe gi yeh? iske baad phir se banana padega aap ko. ek basement jo tha, woh pani par tha.</w:t>
      </w:r>
      <w:r>
        <w:br/>
      </w:r>
      <w:r>
        <w:rPr>
          <w:sz w:val="20"/>
        </w:rPr>
        <w:t>33:42  bilkul bhara hua tha pani is basement mein. motor se pani nikalna padta tha. aaj jante hain isi building ke neeche pani itna neeche ja chuka hai ke</w:t>
      </w:r>
      <w:r>
        <w:br/>
      </w:r>
      <w:r>
        <w:rPr>
          <w:sz w:val="20"/>
        </w:rPr>
        <w:t>33:53  ab ek aur basement ban sakta hai. yahan par yeh do do basement ban sakte hain iske kyunke pani neeche chala gaya. iske maani ke one third se zyada pani duniya ka ja chuka hai samundaron mein.</w:t>
      </w:r>
    </w:p>
    <w:p>
      <w:pPr>
        <w:pStyle w:val="Heading2"/>
      </w:pPr>
      <w:r>
        <w:t>Fitna soya hua hai use na jagao</w:t>
      </w:r>
    </w:p>
    <w:p>
      <w:r>
        <w:rPr>
          <w:color w:val="666666"/>
          <w:sz w:val="18"/>
        </w:rPr>
        <w:t>Life after Death (Prophetic Wisdom) · 3m 58s · at 13:06 · https://youtu.be/7bA2WIsKLMQ?t=786</w:t>
      </w:r>
    </w:p>
    <w:p>
      <w:r>
        <w:rPr>
          <w:i/>
        </w:rPr>
        <w:t>“Dekhein ek hadith hai”</w:t>
      </w:r>
    </w:p>
    <w:p>
      <w:r>
        <w:rPr>
          <w:sz w:val="20"/>
        </w:rPr>
        <w:t>13:06  dekhein aik hadees hai,</w:t>
      </w:r>
      <w:r>
        <w:br/>
      </w:r>
      <w:r>
        <w:rPr>
          <w:sz w:val="20"/>
        </w:rPr>
        <w:t>13:10  woh is tarah hai keh in al fitnat naimatun launa allahu man ayqadha. yeh bari important hadees hai.</w:t>
      </w:r>
      <w:r>
        <w:br/>
      </w:r>
      <w:r>
        <w:rPr>
          <w:sz w:val="20"/>
        </w:rPr>
        <w:t>13:23  in al fitnat naimatun launa allahu man ayqadha. fitnah soya hua hai. yani burai soyi hui hai.</w:t>
      </w:r>
      <w:r>
        <w:br/>
      </w:r>
      <w:r>
        <w:rPr>
          <w:sz w:val="20"/>
        </w:rPr>
        <w:t>13:35  us par laanat hai jo us ko jagaye.</w:t>
      </w:r>
      <w:r>
        <w:br/>
      </w:r>
      <w:r>
        <w:rPr>
          <w:sz w:val="20"/>
        </w:rPr>
        <w:t>13:41  fitnah soya hua hai. us par laanat hai jo us ko jagaye.</w:t>
      </w:r>
      <w:r>
        <w:br/>
      </w:r>
      <w:r>
        <w:rPr>
          <w:sz w:val="20"/>
        </w:rPr>
        <w:t>13:52  is par sochiye keh fitnah soya hua ka matlab kya hai? dekhein fitnah kaun barpa karta hai? yani burai kaun karta hai?</w:t>
      </w:r>
      <w:r>
        <w:br/>
      </w:r>
      <w:r>
        <w:rPr>
          <w:sz w:val="20"/>
        </w:rPr>
        <w:t>14:04  woh koi darakht nahi karta. koi pahaad nahi karta. koi samandar burai nahi karta. burai karne wala insaan hota hai.</w:t>
      </w:r>
      <w:r>
        <w:br/>
      </w:r>
      <w:r>
        <w:rPr>
          <w:sz w:val="20"/>
        </w:rPr>
        <w:t>14:15  sooraj aur chaand burai nahi karte.</w:t>
      </w:r>
      <w:r>
        <w:br/>
      </w:r>
      <w:r>
        <w:rPr>
          <w:sz w:val="20"/>
        </w:rPr>
        <w:t>14:20  koi aik zara se le kar sitare tak koi burai nahi karta. burai karta hai insaan. hatta keh animal bhi burai nahi karte.</w:t>
      </w:r>
      <w:r>
        <w:br/>
      </w:r>
      <w:r>
        <w:rPr>
          <w:sz w:val="20"/>
        </w:rPr>
        <w:t>14:30  animal jo hain woh kya hain? apni aik zindagi guzarte hain. unhein kisi se matlab nahi. to insaan kaise karta hai burai?</w:t>
      </w:r>
      <w:r>
        <w:br/>
      </w:r>
      <w:r>
        <w:rPr>
          <w:sz w:val="20"/>
        </w:rPr>
        <w:t>14:42  yahan dekhein burai se matlab jo hai, fitnah se matlab jo hai, social fitnah. samajhi fitnah. jab jhagda jhagda uth khara ho.</w:t>
      </w:r>
      <w:r>
        <w:br/>
      </w:r>
      <w:r>
        <w:rPr>
          <w:sz w:val="20"/>
        </w:rPr>
        <w:t>14:54  riot hone lagain. aapas mein log aik doosre ko maar kaat karne lagain. yeh murad hai fitne se.</w:t>
      </w:r>
      <w:r>
        <w:br/>
      </w:r>
      <w:r>
        <w:rPr>
          <w:sz w:val="20"/>
        </w:rPr>
        <w:t>15:04  to yeh hota hai kab? har insaan ke andar aik</w:t>
      </w:r>
      <w:r>
        <w:br/>
      </w:r>
      <w:r>
        <w:rPr>
          <w:sz w:val="20"/>
        </w:rPr>
        <w:t>15:13  organ chupa hua hai. ananiyat chupi hui hai. to jab aap us aadmi ko ego ko touch kar dein.</w:t>
      </w:r>
      <w:r>
        <w:br/>
      </w:r>
      <w:r>
        <w:rPr>
          <w:sz w:val="20"/>
        </w:rPr>
        <w:t>15:27  us ke ego ko touch kar dein. us ka organ ko touch kar dein. to phir woh bhark uthta hai. goya ke ghussa soya hua hai.</w:t>
      </w:r>
      <w:r>
        <w:br/>
      </w:r>
      <w:r>
        <w:rPr>
          <w:sz w:val="20"/>
        </w:rPr>
        <w:t>15:38  yun samajh lijiye is hadith ka matlab ke ghussa soya hua hai. us aadmi pe lanat hai jo ghusse ko jagaye. to ghussa insaan ke andar hota hai.</w:t>
      </w:r>
      <w:r>
        <w:br/>
      </w:r>
      <w:r>
        <w:rPr>
          <w:sz w:val="20"/>
        </w:rPr>
        <w:t>15:49  koi bhi aadmi dekhen khwamkhwah ghussa nahi hota. aap kisi aadmi se meethi meethi bol bolien. us ko chai pani dijiye.</w:t>
      </w:r>
      <w:r>
        <w:br/>
      </w:r>
      <w:r>
        <w:rPr>
          <w:sz w:val="20"/>
        </w:rPr>
        <w:t>16:00  to ghussa nahi hoga woh. koi bhi aadmi aisa nahi hai duniya mein jo khwamkhwah hi ghussa karne lage.</w:t>
      </w:r>
      <w:r>
        <w:br/>
      </w:r>
      <w:r>
        <w:rPr>
          <w:sz w:val="20"/>
        </w:rPr>
        <w:t>16:10  ghussa karta hai woh jab us ko bharkaya jaye. jab bharkaya jaye tab bhark kar aadmi ghussa karta hai.</w:t>
      </w:r>
      <w:r>
        <w:br/>
      </w:r>
      <w:r>
        <w:rPr>
          <w:sz w:val="20"/>
        </w:rPr>
        <w:t>16:20  to yeh bharkne ka jo maada hai insaan ke andar woh soya hua hai. ghussa soya hua hai. ego soya hua hai.</w:t>
      </w:r>
      <w:r>
        <w:br/>
      </w:r>
      <w:r>
        <w:rPr>
          <w:sz w:val="20"/>
        </w:rPr>
        <w:t>16:31  ananiyat soi hui hai. to jo aadmi is ko pathar mare. jo aadmi is ko provoke kare. us ke bare mein farmaya ke us par lanat hai.</w:t>
      </w:r>
      <w:r>
        <w:br/>
      </w:r>
      <w:r>
        <w:rPr>
          <w:sz w:val="20"/>
        </w:rPr>
        <w:t>16:42  to soye hue fitne ko soye soye rehne do. is ko jagate kyun ho is ko? ke ek bail, ek saath khara hua hai.</w:t>
      </w:r>
      <w:r>
        <w:br/>
      </w:r>
      <w:r>
        <w:rPr>
          <w:sz w:val="20"/>
        </w:rPr>
        <w:t>16:52  aap rasta ja rahe hain. to khara hai. woh khara rehne dijiye. aap pathar maar kar kyun is ko bharkate hain ke aa bail mujhe maar. aap bail mujhe maar ki situation kyun paida karte hain aap?</w:t>
      </w:r>
    </w:p>
    <w:p>
      <w:pPr>
        <w:pStyle w:val="Heading2"/>
      </w:pPr>
      <w:r>
        <w:t>true meaning of the hadith: exception, not the rule, plus following the majority</w:t>
      </w:r>
    </w:p>
    <w:p>
      <w:r>
        <w:rPr>
          <w:color w:val="666666"/>
          <w:sz w:val="18"/>
        </w:rPr>
        <w:t>Muslim Unity March 15, 2014 Maulana Wahiduddin Khan · 5m 12s · at 5:54 · https://youtu.be/CZHU5z3SEjc?t=354</w:t>
      </w:r>
    </w:p>
    <w:p>
      <w:r>
        <w:rPr>
          <w:i/>
        </w:rPr>
        <w:t>“Dekhein, sahih baat yeh hai ke hadith ka sahih matlab...”</w:t>
      </w:r>
    </w:p>
    <w:p>
      <w:r>
        <w:rPr>
          <w:sz w:val="20"/>
        </w:rPr>
        <w:t>5:54  dekhen, sahi baat yeh hai</w:t>
      </w:r>
      <w:r>
        <w:br/>
      </w:r>
      <w:r>
        <w:rPr>
          <w:sz w:val="20"/>
        </w:rPr>
        <w:t>5:58  ke is hadith ka sahi matlab yeh hai ke aisa kabhi nahi hoga ke sare ke sare log dalalat par ikattha ho jayen.</w:t>
      </w:r>
      <w:r>
        <w:br/>
      </w:r>
      <w:r>
        <w:rPr>
          <w:sz w:val="20"/>
        </w:rPr>
        <w:t>6:09  kuch na kuch aise afraad honge jo dalalat se bache hue honge.</w:t>
      </w:r>
      <w:r>
        <w:br/>
      </w:r>
      <w:r>
        <w:rPr>
          <w:sz w:val="20"/>
        </w:rPr>
        <w:t>6:18  is mein istisna' par zor hai, na ke 'umoom par.</w:t>
      </w:r>
      <w:r>
        <w:br/>
      </w:r>
      <w:r>
        <w:rPr>
          <w:sz w:val="20"/>
        </w:rPr>
        <w:t>6:23  yaani is mein exception, exception par, exception par zor hai, na ke rule ka. yaani chahe kitna hi zyada bigaad aa jaye, kitne zyada bade paimane par logon mein dalalat aa jaye, lekin phir bhi ummat ke kuch afraad is se bache hue honge.</w:t>
      </w:r>
      <w:r>
        <w:br/>
      </w:r>
      <w:r>
        <w:rPr>
          <w:sz w:val="20"/>
        </w:rPr>
        <w:t>6:45  yeh ummat ki fazilat ki baat nahi hai. is ka matlab nahi ke ummat boht afzal hai, is liye aisa hoga. hargiz nahi. is ka matlab yeh hai ke chunke is ummat ki bana jo hai Quran par hai aur sunnat-e-rasool par hai, aur woh mehfooz hai,</w:t>
      </w:r>
      <w:r>
        <w:br/>
      </w:r>
      <w:r>
        <w:rPr>
          <w:sz w:val="20"/>
        </w:rPr>
        <w:t>7:06  to Quran aur sunnat-e-rasool ka mehfooz hona is baat ka zaman ban jayega ke kuch na kuch log zaroor dalalat se bach jayenge.</w:t>
      </w:r>
      <w:r>
        <w:br/>
      </w:r>
      <w:r>
        <w:rPr>
          <w:sz w:val="20"/>
        </w:rPr>
        <w:t>7:18  agar Quran mehfooz na hota, agar sunnat-e-rasool mehfooz na hoti to ek taraf se saat feesad bigaad aa sakta tha.</w:t>
      </w:r>
      <w:r>
        <w:br/>
      </w:r>
      <w:r>
        <w:rPr>
          <w:sz w:val="20"/>
        </w:rPr>
        <w:t>7:28  lekin Quran ka mehfooz hona, sunnat-e-rasool ka mehfooz hona, yeh is baat ka ek zaman hai, abadi taur par, abadi taur par ke sare ke sare log bigaad ka shikar na hon,</w:t>
      </w:r>
      <w:r>
        <w:br/>
      </w:r>
      <w:r>
        <w:rPr>
          <w:sz w:val="20"/>
        </w:rPr>
        <w:t>7:45  kuch log zaroor is se bach jayen ge.</w:t>
      </w:r>
      <w:r>
        <w:br/>
      </w:r>
      <w:r>
        <w:rPr>
          <w:sz w:val="20"/>
        </w:rPr>
        <w:t>7:50  to is hadith mein istisna ka zikr hai, umoom ka zikr nahi hai.</w:t>
      </w:r>
      <w:r>
        <w:br/>
      </w:r>
      <w:r>
        <w:rPr>
          <w:sz w:val="20"/>
        </w:rPr>
        <w:t>8:01  aur yeh ek waqia hai, har daur mein bar bar musalmanon mein bigaad aaya hai, aaj bhi bigaad hai, lekin hamesha kuch log is se bache hue hain.</w:t>
      </w:r>
      <w:r>
        <w:br/>
      </w:r>
      <w:r>
        <w:rPr>
          <w:sz w:val="20"/>
        </w:rPr>
        <w:t>8:13  yani musalmanon mein bar bar bigaad aaya hai, aur aaj bhi bigaad har taraf dekha ja sakta hai. Lekin aisa nahi ke saat feesad saare afraad ummat bigad jayen.</w:t>
      </w:r>
      <w:r>
        <w:br/>
      </w:r>
      <w:r>
        <w:rPr>
          <w:sz w:val="20"/>
        </w:rPr>
        <w:t>8:25  kuch na kuch log hain jo is se bache hue hain. Is ki wajah kya hai? Is ki wajah yeh hai ke woh Quran se deen sahih akhaz karne ki position mein hain, sunnat-e-Rasool se deen sahih akhaz karne ki position mein hain,</w:t>
      </w:r>
      <w:r>
        <w:br/>
      </w:r>
      <w:r>
        <w:rPr>
          <w:sz w:val="20"/>
        </w:rPr>
        <w:t>8:40  is bina par.</w:t>
      </w:r>
      <w:r>
        <w:br/>
      </w:r>
      <w:r>
        <w:rPr>
          <w:sz w:val="20"/>
        </w:rPr>
        <w:t>8:44  to lekin Quran aur Sunnat jo hai, saare saari bhiid ko pakad lenge, aisa nahi ho sakta. Yeh sunnat, yeh to Allah Ta'ala ke qanoon ke khilaf hoga.</w:t>
      </w:r>
      <w:r>
        <w:br/>
      </w:r>
      <w:r>
        <w:rPr>
          <w:sz w:val="20"/>
        </w:rPr>
        <w:t>8:59  kuch afraad ko pakadenge, kuch afraad ko bach jayenge.</w:t>
      </w:r>
      <w:r>
        <w:br/>
      </w:r>
      <w:r>
        <w:rPr>
          <w:sz w:val="20"/>
        </w:rPr>
        <w:t>9:07  to is hadith mein bohat hi ahem baat kahi gayi hai, lekin woh bilkul shuruhon mein hadaf hai.</w:t>
      </w:r>
      <w:r>
        <w:br/>
      </w:r>
      <w:r>
        <w:rPr>
          <w:sz w:val="20"/>
        </w:rPr>
        <w:t>9:15  aam taur par yeh samajhte hain ke jab musalmanon ki bhiid kisi issue pe ikattha ho jaye to woh haq hai. Kaisa sabit hota hai?</w:t>
      </w:r>
      <w:r>
        <w:br/>
      </w:r>
      <w:r>
        <w:rPr>
          <w:sz w:val="20"/>
        </w:rPr>
        <w:t>9:27  yeh bilkul, yani yeh bazahatan galat hai. Jisko kehte hain: "prima facie, it stands rejected".</w:t>
      </w:r>
      <w:r>
        <w:br/>
      </w:r>
      <w:r>
        <w:rPr>
          <w:sz w:val="20"/>
        </w:rPr>
        <w:t>9:38  aur is mein saara jo zor hai, woh is baat par hai ke ummat ke asaas, chuki Quran par hai, sunnat-e-Rasool par hai, aur woh mehfooz rahega hamesha.</w:t>
      </w:r>
      <w:r>
        <w:br/>
      </w:r>
      <w:r>
        <w:rPr>
          <w:sz w:val="20"/>
        </w:rPr>
        <w:t>9:50  to is asaas ke mehfooz hone ki bina par hamesha kuch na kuch log aise niklenge jo sachche deen par qaim rahenge.</w:t>
      </w:r>
      <w:r>
        <w:br/>
      </w:r>
      <w:r>
        <w:rPr>
          <w:sz w:val="20"/>
        </w:rPr>
        <w:t>10:01  chahe bigaad kitni aam ho jaye, lekin sab ke sab is mein bigad jayen, aisa nahi hoga. To ek pehlu yeh hai.</w:t>
      </w:r>
      <w:r>
        <w:br/>
      </w:r>
      <w:r>
        <w:rPr>
          <w:sz w:val="20"/>
        </w:rPr>
        <w:t>10:14  doosra pehlu woh hai ke sawad-e-aazam ka ittaba' karo. Sawad-e-aazam ka matlab hai aksariyat, majority.</w:t>
      </w:r>
      <w:r>
        <w:br/>
      </w:r>
      <w:r>
        <w:rPr>
          <w:sz w:val="20"/>
        </w:rPr>
        <w:t>10:24  yeh yahan ittaba' ki baat hai, yeh baat nahi ke sawad-e-aazam haq par hoga.</w:t>
      </w:r>
      <w:r>
        <w:br/>
      </w:r>
      <w:r>
        <w:rPr>
          <w:sz w:val="20"/>
        </w:rPr>
        <w:t>10:33  yeh sirf samajh lijiye ke is ka harghiz yeh matlab nahi ke sawad-e-aazam jo hoga, woh haq par hoga. Nahi, is ka matlab sirf yeh hai ke jab beshtar log</w:t>
      </w:r>
      <w:r>
        <w:br/>
      </w:r>
      <w:r>
        <w:rPr>
          <w:sz w:val="20"/>
        </w:rPr>
        <w:t>10:50  kisi amar par mutafiq ho jayen to wahan par tum un ka bhi saath do,</w:t>
      </w:r>
      <w:r>
        <w:br/>
      </w:r>
      <w:r>
        <w:rPr>
          <w:sz w:val="20"/>
        </w:rPr>
        <w:t>10:57  chahe woh tumhein galat nazar aate hon. Kyunki al-khilafu sharr.</w:t>
      </w:r>
    </w:p>
    <w:p>
      <w:pPr>
        <w:pStyle w:val="Heading2"/>
      </w:pPr>
      <w:r>
        <w:t>Patthar marne wala mal'un hai</w:t>
      </w:r>
    </w:p>
    <w:p>
      <w:r>
        <w:rPr>
          <w:color w:val="666666"/>
          <w:sz w:val="18"/>
        </w:rPr>
        <w:t>Life after Death (Prophetic Wisdom) · 5m 14s · at 19:34 · https://youtu.be/7bA2WIsKLMQ?t=1174</w:t>
      </w:r>
    </w:p>
    <w:p>
      <w:r>
        <w:rPr>
          <w:i/>
        </w:rPr>
        <w:t>“Laanat us par jo jagaye”</w:t>
      </w:r>
    </w:p>
    <w:p>
      <w:r>
        <w:rPr>
          <w:sz w:val="20"/>
        </w:rPr>
        <w:t>19:34  lanat us par hai jo us ko jagaye. yahan par ghor kijiye ke jagane wale ko lanat ki gayi hai. na ke bharkne wale ko.</w:t>
      </w:r>
      <w:r>
        <w:br/>
      </w:r>
      <w:r>
        <w:rPr>
          <w:sz w:val="20"/>
        </w:rPr>
        <w:t>19:46  yaani is qisse mein dekhiye ek hai bhark kar gadbad machane wala. ek hai us ko provoke kar ke bharkane wala.</w:t>
      </w:r>
      <w:r>
        <w:br/>
      </w:r>
      <w:r>
        <w:rPr>
          <w:sz w:val="20"/>
        </w:rPr>
        <w:t>19:58  to lanat kis ko ki gayi? kis ko bura bataya gaya? kis ko condemn kiya gaya? bhark kar fasaad machane wale ko nahi bura kaha gaya.</w:t>
      </w:r>
      <w:r>
        <w:br/>
      </w:r>
      <w:r>
        <w:rPr>
          <w:sz w:val="20"/>
        </w:rPr>
        <w:t>20:11  jis ne bharka kar logon ko fasad ka mauqa diya unhein kaha gaya. yeh bohat ziyada sochne ki baat hai.</w:t>
      </w:r>
      <w:r>
        <w:br/>
      </w:r>
      <w:r>
        <w:rPr>
          <w:sz w:val="20"/>
        </w:rPr>
        <w:t>20:22  aam taur par kya hota hai ke jo log bharkate hain un ko koi nahi kehta. aur bhark kar jo fasad barpa karta hai us ko kehte hain log bura.</w:t>
      </w:r>
      <w:r>
        <w:br/>
      </w:r>
      <w:r>
        <w:rPr>
          <w:sz w:val="20"/>
        </w:rPr>
        <w:t>20:36  jaise ke ek shehar mein aisa hua ke kuch logon ka ek mazhabi program chal raha tha.</w:t>
      </w:r>
      <w:r>
        <w:br/>
      </w:r>
      <w:r>
        <w:rPr>
          <w:sz w:val="20"/>
        </w:rPr>
        <w:t>20:47  us mein loudspeaker tha. loudspeaker par un ke haan program chalaya ja raha tha. to paas mein ek aur logon ka ek jalsa ho raha tha.</w:t>
      </w:r>
      <w:r>
        <w:br/>
      </w:r>
      <w:r>
        <w:rPr>
          <w:sz w:val="20"/>
        </w:rPr>
        <w:t>21:02  to wahan kya loudspeaker ki awaz wahan tak pahunch rahi thi. to unhon ne samjha ke hamara jalsa kharab kar rahe hain yeh log. wahan par gaye kuch log ke band karo apna loudspeaker.</w:t>
      </w:r>
      <w:r>
        <w:br/>
      </w:r>
      <w:r>
        <w:rPr>
          <w:sz w:val="20"/>
        </w:rPr>
        <w:t>21:14  to unhon ne kaha ke hum ko band kar rahe hain tum hi apna jalsa band kar lo. ab to to mein woh takrar hui. aur unhon ne un ke loudspeaker ko tod ke phenk diya.</w:t>
      </w:r>
      <w:r>
        <w:br/>
      </w:r>
      <w:r>
        <w:rPr>
          <w:sz w:val="20"/>
        </w:rPr>
        <w:t>21:26  ab kya hua? un ka ana bhark utha. un ka ghussa bhark utha. aur unhon ne sare sare shehar mein riot kiya.</w:t>
      </w:r>
      <w:r>
        <w:br/>
      </w:r>
      <w:r>
        <w:rPr>
          <w:sz w:val="20"/>
        </w:rPr>
        <w:t>21:38  jalaya, phoonka, toda. ab jab paperon mein khabar aayi to log sirf un ko kehne lage jinhon ne jalaya, phoonka tha.</w:t>
      </w:r>
      <w:r>
        <w:br/>
      </w:r>
      <w:r>
        <w:rPr>
          <w:sz w:val="20"/>
        </w:rPr>
        <w:t>21:48  maine kaha aap aisa kyun karte hain? is hadith ko dekhiye. is mein lanat un par nahi ki gayi hai jo unhon ne gadbad machayi.</w:t>
      </w:r>
      <w:r>
        <w:br/>
      </w:r>
      <w:r>
        <w:rPr>
          <w:sz w:val="20"/>
        </w:rPr>
        <w:t>21:58  un par ki hai jinhon ne gadbad machane ke liye unhein bharkaya. unhein bharka kar gadbad machane ke ki taraf dala. in Allah</w:t>
      </w:r>
      <w:r>
        <w:br/>
      </w:r>
      <w:r>
        <w:rPr>
          <w:sz w:val="20"/>
        </w:rPr>
        <w:t>22:11  fitna soya hua hai. us par lanat hai jo us ko jagaye. to jo log loudspeaker par apna program chala rahe the un ka fitna soya hua tha.</w:t>
      </w:r>
      <w:r>
        <w:br/>
      </w:r>
      <w:r>
        <w:rPr>
          <w:sz w:val="20"/>
        </w:rPr>
        <w:t>22:22  un ka ghussa soya hua tha. woh to apne program sunne mein masroof the. to un ke andar jo ghusse ke madde tha.</w:t>
      </w:r>
      <w:r>
        <w:br/>
      </w:r>
      <w:r>
        <w:rPr>
          <w:sz w:val="20"/>
        </w:rPr>
        <w:t>22:32  jo revenge ka madde tha woh soya hua tha, soya hua tha, soya hua tha. ab aap ne jab ja kar us ke loudspeaker ko toda to aap ne un ke ghusse ko jaga diya.</w:t>
      </w:r>
      <w:r>
        <w:br/>
      </w:r>
      <w:r>
        <w:rPr>
          <w:sz w:val="20"/>
        </w:rPr>
        <w:t>22:43  jaga diya to unhon ne khoob khoob badla liya. khoob mara peeta.</w:t>
      </w:r>
      <w:r>
        <w:br/>
      </w:r>
      <w:r>
        <w:rPr>
          <w:sz w:val="20"/>
        </w:rPr>
        <w:t>22:51  to is tarah ki surat-e-haal bar bar pesh aati hai duniya mein aap jahan bhi dekhiye har jagah.</w:t>
      </w:r>
      <w:r>
        <w:br/>
      </w:r>
      <w:r>
        <w:rPr>
          <w:sz w:val="20"/>
        </w:rPr>
        <w:t>22:59  ke log ghusse ko bharka kar ke woh woh woh situation create karte hain ke log fasad machayen.</w:t>
      </w:r>
      <w:r>
        <w:br/>
      </w:r>
      <w:r>
        <w:rPr>
          <w:sz w:val="20"/>
        </w:rPr>
        <w:t>23:08  riot karen. lekin jab jab yeh sab kuch ho chuka hota hai to bura kaha jata hai us ko jinhon ne riot machaya. riot kiya. aur us ko bura kyun kehte ho?</w:t>
      </w:r>
      <w:r>
        <w:br/>
      </w:r>
      <w:r>
        <w:rPr>
          <w:sz w:val="20"/>
        </w:rPr>
        <w:t>23:19  hadith ke mutabiq to woh bura hai jis ne bharka kar ke unhein jis ne unhein bharkaya. yeh bohat ziyada sochne ki baat hai.</w:t>
      </w:r>
      <w:r>
        <w:br/>
      </w:r>
      <w:r>
        <w:rPr>
          <w:sz w:val="20"/>
        </w:rPr>
        <w:t>23:30  in Allah</w:t>
      </w:r>
      <w:r>
        <w:br/>
      </w:r>
      <w:r>
        <w:rPr>
          <w:sz w:val="20"/>
        </w:rPr>
        <w:t>23:36  fitna soya hua hai. us par lanat hai jo us ko jagaye. yani aap ne pathar phenka aur us ne bomb mara.</w:t>
      </w:r>
      <w:r>
        <w:br/>
      </w:r>
      <w:r>
        <w:rPr>
          <w:sz w:val="20"/>
        </w:rPr>
        <w:t>23:47  to aap kahenge to bomb mara, bomb mara aur itne aadmi mar gaye, itne ghar gir gaye. to sawal yeh hai ke aap ne pathar kyun mara? pathar mar kar koi jagaya kyun?</w:t>
      </w:r>
      <w:r>
        <w:br/>
      </w:r>
      <w:r>
        <w:rPr>
          <w:sz w:val="20"/>
        </w:rPr>
        <w:t>23:57  to aap pathar maar rahe hain aur doosra fareeq bomb maar raha hai. to hadith ke mutabiq bomb maarne wala jo hai maloon nahi hai.</w:t>
      </w:r>
      <w:r>
        <w:br/>
      </w:r>
      <w:r>
        <w:rPr>
          <w:sz w:val="20"/>
        </w:rPr>
        <w:t>24:06  pathar mar kar un ko bharkane wala maloon hai.</w:t>
      </w:r>
      <w:r>
        <w:br/>
      </w:r>
      <w:r>
        <w:rPr>
          <w:sz w:val="20"/>
        </w:rPr>
        <w:t>24:12  yeh bohat ziyada sochne ki baat hai. yeh Khuda ka qanoon bataya gaya hai. hum apne dil mein chahe jo bhi samajh len.</w:t>
      </w:r>
      <w:r>
        <w:br/>
      </w:r>
      <w:r>
        <w:rPr>
          <w:sz w:val="20"/>
        </w:rPr>
        <w:t>24:22  apne dil se hum kuch bhi bana len. qaidah qanoon. lekin Khuda ka jo qanoon hai us mein yeh hai ke jo aadmi pathar mar kar bharkaye asal mein responsible woh hai.</w:t>
      </w:r>
      <w:r>
        <w:br/>
      </w:r>
      <w:r>
        <w:rPr>
          <w:sz w:val="20"/>
        </w:rPr>
        <w:t>24:37  us ke baad bhadakne wala bam mare, goli mare, jalaye, phoonke khuda ke nazdeek woh zimmedar nahi hai. matlab us par laanat nahi hai.</w:t>
      </w:r>
    </w:p>
    <w:p>
      <w:pPr>
        <w:pStyle w:val="Heading2"/>
      </w:pPr>
      <w:r>
        <w:t>Prophet's historicity through hadith transmission</w:t>
      </w:r>
    </w:p>
    <w:p>
      <w:r>
        <w:rPr>
          <w:color w:val="666666"/>
          <w:sz w:val="18"/>
        </w:rPr>
        <w:t>Wisdom of Hadith February 23, 2014 · 5m 38s · at 9:24 · https://youtu.be/8GZmhBU-LwE?t=564</w:t>
      </w:r>
    </w:p>
    <w:p>
      <w:r>
        <w:rPr>
          <w:i/>
        </w:rPr>
        <w:t>“Muhammad paida hue mukammal tareekh ki roshni mein”</w:t>
      </w:r>
    </w:p>
    <w:p>
      <w:r>
        <w:rPr>
          <w:sz w:val="20"/>
        </w:rPr>
        <w:t>9:24  muhammad paida hue mukammal tareekh ki roshni mein. to yeh muhammad sallallahu alaihi wasallam ko yeh haisiyat kaise mili?</w:t>
      </w:r>
      <w:r>
        <w:br/>
      </w:r>
      <w:r>
        <w:rPr>
          <w:sz w:val="20"/>
        </w:rPr>
        <w:t>9:36  aap ghor kijiye ke rasool allah sallallahu alaihi wasallam se sirf chhay so saal pehle. sirf chhay so saal pehle hazrat masih paida hue falasteen mein.</w:t>
      </w:r>
      <w:r>
        <w:br/>
      </w:r>
      <w:r>
        <w:rPr>
          <w:sz w:val="20"/>
        </w:rPr>
        <w:t>9:45  unki koi History nahi. Burt Nerson ne likha hai ke Historically it is quite doubtful whether Christ ever existed at all.</w:t>
      </w:r>
      <w:r>
        <w:br/>
      </w:r>
      <w:r>
        <w:rPr>
          <w:sz w:val="20"/>
        </w:rPr>
        <w:t>9:57  kyun ke Historical Document nahi hai hazrat masih ke liye. kyun nahi hai? un ke is ke sath koi tape nahi thi. khud bible mein likha hua hai ke jab woh un ko suuli par charhanay ke liye le gaye to un ke jo shagird thay wahan par taqreeban das shagird thay woh sab ke sab bhag gaye.</w:t>
      </w:r>
      <w:r>
        <w:br/>
      </w:r>
      <w:r>
        <w:rPr>
          <w:sz w:val="20"/>
        </w:rPr>
        <w:t>10:18  yeh khud bible mein likha hua hai ke bhag gaye sab ke sab.</w:t>
      </w:r>
      <w:r>
        <w:br/>
      </w:r>
      <w:r>
        <w:rPr>
          <w:sz w:val="20"/>
        </w:rPr>
        <w:t>10:25  to History ko insan banate hain. History jo hai woh insan banate hain. team banati hai. to pichlay peghambaron ke sath koi team nahi thi is liye un ki History bhi nahi bani.</w:t>
      </w:r>
      <w:r>
        <w:br/>
      </w:r>
      <w:r>
        <w:rPr>
          <w:sz w:val="20"/>
        </w:rPr>
        <w:t>10:38  rasool Allah ke sath team thi yani sahaba karam jin ko hum kehte hain. taqreeban deid lakh sahaba. yahi to Reporters of History hain.</w:t>
      </w:r>
      <w:r>
        <w:br/>
      </w:r>
      <w:r>
        <w:rPr>
          <w:sz w:val="20"/>
        </w:rPr>
        <w:t>10:52  inhi ki waja se to History bani rasool Allah sal Allah alih wasalam ki. to hazrat maseeh jo sirf chhay sau saal pehle paida hue un ki History nahin.</w:t>
      </w:r>
      <w:r>
        <w:br/>
      </w:r>
      <w:r>
        <w:rPr>
          <w:sz w:val="20"/>
        </w:rPr>
        <w:t>11:01  kyun ke Reporters nahin the. History ko Report karne wale log nahin the. rasool Allah ki History ko Report karne wale log the. jinho ne rasool Allah ko dekha aap ke sath rahe.</w:t>
      </w:r>
      <w:r>
        <w:br/>
      </w:r>
      <w:r>
        <w:rPr>
          <w:sz w:val="20"/>
        </w:rPr>
        <w:t>11:13  aap tamam mamlaat mein un ke shareek rahe. woh Report karte hain. to yahi sahaba hain. to sahaba aur Reporters of History of the Prophet.</w:t>
      </w:r>
      <w:r>
        <w:br/>
      </w:r>
      <w:r>
        <w:rPr>
          <w:sz w:val="20"/>
        </w:rPr>
        <w:t>11:25  to hadith kya hai? woh sahaba ke zariye jo Report mili hai wahi to hai hadith. hadith kya cheez hai? rasool Allah sal Allah alih wasalam ki baaton ko Report kiya sahaba ne.</w:t>
      </w:r>
      <w:r>
        <w:br/>
      </w:r>
      <w:r>
        <w:rPr>
          <w:sz w:val="20"/>
        </w:rPr>
        <w:t>11:37  phir sahaba ne Report kiya tabeen ko. phir tabeen ne bataya tabe tabeen ko. phir Generation After Generation woh chalta raha.</w:t>
      </w:r>
      <w:r>
        <w:br/>
      </w:r>
      <w:r>
        <w:rPr>
          <w:sz w:val="20"/>
        </w:rPr>
        <w:t>11:48  logon ne kitaben likhin. pehle zamaney mein chhapayi nahin hua karti thi. to logon ne kitaben likhin. un ke Manuscript jagah jagah maujood the.</w:t>
      </w:r>
      <w:r>
        <w:br/>
      </w:r>
      <w:r>
        <w:rPr>
          <w:sz w:val="20"/>
        </w:rPr>
        <w:t>12:00  phir atharveen sadi mein Press ka daur aaya. Printing Press ka daur. to jo Orientalist hain unhone ek bohat bara kaam kiya ke in makhtootat ko Manuscript ko le kar koi padhe.</w:t>
      </w:r>
      <w:r>
        <w:br/>
      </w:r>
      <w:r>
        <w:rPr>
          <w:sz w:val="20"/>
        </w:rPr>
        <w:t>12:12  Edit kiya un ko chhapaya.</w:t>
      </w:r>
      <w:r>
        <w:br/>
      </w:r>
      <w:r>
        <w:rPr>
          <w:sz w:val="20"/>
        </w:rPr>
        <w:t>12:17  main ek misaal deta hoon. tareekh ki ek kitab hai is ka naam hai "Al-Bidaya wa al-Nihaya". Ibn Kathir is ke musannif hain. Shibli ke zamaney mein Shibli ke zamaney mein in ka intiqal hua hai unees chaudah mein.</w:t>
      </w:r>
      <w:r>
        <w:br/>
      </w:r>
      <w:r>
        <w:rPr>
          <w:sz w:val="20"/>
        </w:rPr>
        <w:t>12:33  yeh kitab chhapi hui maujood nahin thi. Shibli ko is kitab ko padhne ke liye us zamaney mein bahri safar karna pada.</w:t>
      </w:r>
      <w:r>
        <w:br/>
      </w:r>
      <w:r>
        <w:rPr>
          <w:sz w:val="20"/>
        </w:rPr>
        <w:t>12:42  is Shipship ke zariye woh Istanbul gaye. Istanbul mein ja kar unhone is ke makhtoota yani Script ko padha. aaj mere kab aap aaj mere office mein mein chhapi hui maujood hai.</w:t>
      </w:r>
      <w:r>
        <w:br/>
      </w:r>
      <w:r>
        <w:rPr>
          <w:sz w:val="20"/>
        </w:rPr>
        <w:t>12:54  itni zakheem chalte hain is ki. yani shelf mein itna sa bhara hua hai woh. woh chhapi hui halat mein hai. to Shibli ke zamaney mein makhtootat the aaj woh sab matbooaat hain.</w:t>
      </w:r>
      <w:r>
        <w:br/>
      </w:r>
      <w:r>
        <w:rPr>
          <w:sz w:val="20"/>
        </w:rPr>
        <w:t>13:08  ab to internet par sab kuch maujood hai. aap button dabaiye aur sari kitaben samne aa jayengi aap ki. yeh sab kis ne kiya?</w:t>
      </w:r>
      <w:r>
        <w:br/>
      </w:r>
      <w:r>
        <w:rPr>
          <w:sz w:val="20"/>
        </w:rPr>
        <w:t>13:18  rasool Allah ke sahatiyon ne kiya. rasool Allah ke sahatiyon ne rasool Allah se le kar Report kiya is ko. baat karoon ko phir baat karoon ko phir baat karoon ko.</w:t>
      </w:r>
      <w:r>
        <w:br/>
      </w:r>
      <w:r>
        <w:rPr>
          <w:sz w:val="20"/>
        </w:rPr>
        <w:t>13:28  yahan tak ke woh hum tak pahunch gaya. agar aap hadith ko hadaf karein to jante hain kya hai? Quran bhi hadaf Muhammad bhi hadaf sab kuch hadaf.</w:t>
      </w:r>
      <w:r>
        <w:br/>
      </w:r>
      <w:r>
        <w:rPr>
          <w:sz w:val="20"/>
        </w:rPr>
        <w:t>13:36  kyun ke sab Myth ban jayega. Abstract ban jayega. jaisa bana hua. jitne bhi peghambar hain Including Hazrat Masih jab sab ki sab kahaniyan hain.</w:t>
      </w:r>
      <w:r>
        <w:br/>
      </w:r>
      <w:r>
        <w:rPr>
          <w:sz w:val="20"/>
        </w:rPr>
        <w:t>13:50  Myth hain. aqeeday hain. tareekh nahin hai.</w:t>
      </w:r>
      <w:r>
        <w:br/>
      </w:r>
      <w:r>
        <w:rPr>
          <w:sz w:val="20"/>
        </w:rPr>
        <w:t>13:55  isi liye Doctor Nashri Doctor Nashri Khan Chehlubadiya bohat bara Scholar tha Hindu Scholar is ki kitaben padhin. to sare nabiyon ke bare mein padha padha padha malwah ke sab nabi to Myth hain.</w:t>
      </w:r>
      <w:r>
        <w:br/>
      </w:r>
      <w:r>
        <w:rPr>
          <w:sz w:val="20"/>
        </w:rPr>
        <w:t>14:09  sirf aqeedah hain. koi Historical Base nahin hai in ko. kaise hum yaqeen karein? kaise yaqeen karein ke yeh yeh peghambar the?</w:t>
      </w:r>
      <w:r>
        <w:br/>
      </w:r>
      <w:r>
        <w:rPr>
          <w:sz w:val="20"/>
        </w:rPr>
        <w:t>14:19  aakhir mein rasool Allah sal Allah alih wasalam ko padha is ne. to is ne kitab likhi aur Islam qabool kar liya. to woh kehta hai ke oh</w:t>
      </w:r>
      <w:r>
        <w:br/>
      </w:r>
      <w:r>
        <w:rPr>
          <w:sz w:val="20"/>
        </w:rPr>
        <w:t>14:27  What are you leave to find after all a truly historical Prophet to believe in؟</w:t>
      </w:r>
      <w:r>
        <w:br/>
      </w:r>
      <w:r>
        <w:rPr>
          <w:sz w:val="20"/>
        </w:rPr>
        <w:t>14:36  to yeh jo rasool Allah ko yeh tareekhi hasiyat mili kaise mili hai? in hadithon ke zariye to mili hai. hadithen jo hain woh Historical Record hain Quran ka rasool Allah ka Islam ka.</w:t>
      </w:r>
      <w:r>
        <w:br/>
      </w:r>
      <w:r>
        <w:rPr>
          <w:sz w:val="20"/>
        </w:rPr>
        <w:t>14:51  hadith ko aap hadaf kar dein to Islam ki History hadaf hai. phir to na Quran hai na hadith hai na Islam hai na kuch hai na kuch hai. ek Myth hai bas.</w:t>
      </w:r>
    </w:p>
    <w:p>
      <w:pPr>
        <w:pStyle w:val="Heading2"/>
      </w:pPr>
      <w:r>
        <w:t>Full explainer: what hadith is and why it matters</w:t>
      </w:r>
    </w:p>
    <w:p>
      <w:r>
        <w:rPr>
          <w:color w:val="666666"/>
          <w:sz w:val="18"/>
        </w:rPr>
        <w:t>Understanding The Importance of Hadith November 20, 2022 · 4m 55s · at 0:44 · https://youtu.be/xwY_Qsz4HSQ?t=44</w:t>
      </w:r>
    </w:p>
    <w:p>
      <w:r>
        <w:rPr>
          <w:i/>
        </w:rPr>
        <w:t>“Aaj hum baat karenge ahmiyat-e-hadith ke baare mein”</w:t>
      </w:r>
    </w:p>
    <w:p>
      <w:r>
        <w:rPr>
          <w:sz w:val="20"/>
        </w:rPr>
        <w:t>0:44  to chaliye inse baat cheet karte hain. assalamualaikum, aap kaisi hain? wa alaikum assalam. aur aap sab khairiyat se hain? ji alhamdulillah. Apa, Hadith basically meaning a report or a statement which is used as an Islamic term to report the words, deeds and sanctions of the Prophet Muhammad.</w:t>
      </w:r>
      <w:r>
        <w:br/>
      </w:r>
      <w:r>
        <w:rPr>
          <w:sz w:val="20"/>
        </w:rPr>
        <w:t>1:03  so sab se pehla mera jo sawal hai wohi yeh hai ke Hadith kya, Hadith ke kya maani aur importance of Hadith kya hai, is ke bare mein aap hum sab ko bataein.</w:t>
      </w:r>
      <w:r>
        <w:br/>
      </w:r>
      <w:r>
        <w:rPr>
          <w:sz w:val="20"/>
        </w:rPr>
        <w:t>1:14  ji bohat hi important question hai. Hadith ki importance aur itni zyada hai ke Hadith na ho, Rasool Allah sallallahu alaihi wasallam ke amal na hon to hum Quran bhi achhe tareeqe se nahi samajh sakte.</w:t>
      </w:r>
      <w:r>
        <w:br/>
      </w:r>
      <w:r>
        <w:rPr>
          <w:sz w:val="20"/>
        </w:rPr>
        <w:t>1:33  to Hadith ke literal maani hain baat cheet ke, lekin har cheez ka ek literal meaning hota hai aur uska ek istilahi maani hota hai.</w:t>
      </w:r>
      <w:r>
        <w:br/>
      </w:r>
      <w:r>
        <w:rPr>
          <w:sz w:val="20"/>
        </w:rPr>
        <w:t>1:43  to istilahi maani mein hai ke Rasool Allah sallallahu alaihi wasallam ke aqwal o afaal, sayings and deeds.</w:t>
      </w:r>
      <w:r>
        <w:br/>
      </w:r>
      <w:r>
        <w:rPr>
          <w:sz w:val="20"/>
        </w:rPr>
        <w:t>1:53  to Hadith ki teen qismein bayan ki gayi hain: qawli, fe'li aur taqreeri.</w:t>
      </w:r>
      <w:r>
        <w:br/>
      </w:r>
      <w:r>
        <w:rPr>
          <w:sz w:val="20"/>
        </w:rPr>
        <w:t>2:01  qawli woh jo Rasool Allah sallallahu alaihi wasallam ne ka jo conversation tha aap ke paas, aap ke paas jo sahabi aaya karte the to aap un se jo baat cheet karte the, woh saara recorded hai.</w:t>
      </w:r>
      <w:r>
        <w:br/>
      </w:r>
      <w:r>
        <w:rPr>
          <w:sz w:val="20"/>
        </w:rPr>
        <w:t>2:14  to isi ko qawli bolte hain. fe'li jo aap ka amal hota tha. aur taqreeri kehte hain aap ne sanctions jaise aap ne kaha ya approval.</w:t>
      </w:r>
      <w:r>
        <w:br/>
      </w:r>
      <w:r>
        <w:rPr>
          <w:sz w:val="20"/>
        </w:rPr>
        <w:t>2:26  ji matlab aap ke saamne kisi ne koi amal kiya aur aap ne us ko mana nahi kiya, is ka matlab aap ne approve kiya. kyunke agar is mein koi Islami Islam ke khilaaf koi baat hoti to aap zaroor us ko mana karte.</w:t>
      </w:r>
      <w:r>
        <w:br/>
      </w:r>
      <w:r>
        <w:rPr>
          <w:sz w:val="20"/>
        </w:rPr>
        <w:t>2:43  to woh is liye maana jaata hai ke woh approved by the Prophet hai. to deen-e-Islam ke do maakhaz hain: Quran aur Sunnah.</w:t>
      </w:r>
      <w:r>
        <w:br/>
      </w:r>
      <w:r>
        <w:rPr>
          <w:sz w:val="20"/>
        </w:rPr>
        <w:t>2:55  Sunnah mein Hadith aur aap ke jo amal hain, matlab sayings and actions dono shamil hain.</w:t>
      </w:r>
      <w:r>
        <w:br/>
      </w:r>
      <w:r>
        <w:rPr>
          <w:sz w:val="20"/>
        </w:rPr>
        <w:t>3:05  to Quran jo hai woh Khuda ka kalam hai aur Hadith Khuda ke Rasool ka kalam, lekin dono hi itna hi zyada important hain.</w:t>
      </w:r>
      <w:r>
        <w:br/>
      </w:r>
      <w:r>
        <w:rPr>
          <w:sz w:val="20"/>
        </w:rPr>
        <w:t>3:14  kyun? to asal mein kya hai ke Quran jo hai woh bohat hi mukhtasar hai, is mein sirf bani adami usool bataye gaye hain.</w:t>
      </w:r>
      <w:r>
        <w:br/>
      </w:r>
      <w:r>
        <w:rPr>
          <w:sz w:val="20"/>
        </w:rPr>
        <w:t>3:23  to is ki detail jo hai woh sab hum ko Hadith mein milti hai. jaise namaz padhne ke bare mein Quran mein aaya: namaz padho.</w:t>
      </w:r>
      <w:r>
        <w:br/>
      </w:r>
      <w:r>
        <w:rPr>
          <w:sz w:val="20"/>
        </w:rPr>
        <w:t>3:33  ab namaz kaise padhein? woh Rasool Allah sallallahu alaihi wasallam ne kaha ke jaise main namaz padhta hoon, waise hi mujhe dekh kar tum log namaz padho.</w:t>
      </w:r>
      <w:r>
        <w:br/>
      </w:r>
      <w:r>
        <w:rPr>
          <w:sz w:val="20"/>
        </w:rPr>
        <w:t>3:43  to Hadith mein aaya hai ke maine tumhare paas do ahem cheezein chhori hain:</w:t>
      </w:r>
      <w:r>
        <w:br/>
      </w:r>
      <w:r>
        <w:rPr>
          <w:sz w:val="20"/>
        </w:rPr>
        <w:t>3:50  ek Allah ki kitaab aur doosri meri Sunnah. to yeh dono par jab tum chaloge to tum kabhi gumrah nahi hoge.</w:t>
      </w:r>
      <w:r>
        <w:br/>
      </w:r>
      <w:r>
        <w:rPr>
          <w:sz w:val="20"/>
        </w:rPr>
        <w:t>4:01  to har maamle mein Quran ki jo tashreeh o tawzeeh hai, woh Hadith se hoti hai. hum Hadith ko Quran ki tafseer keh sakte hain.</w:t>
      </w:r>
      <w:r>
        <w:br/>
      </w:r>
      <w:r>
        <w:rPr>
          <w:sz w:val="20"/>
        </w:rPr>
        <w:t>4:13  to isko applied, applied quran bhi keh sakte</w:t>
      </w:r>
      <w:r>
        <w:br/>
      </w:r>
      <w:r>
        <w:rPr>
          <w:sz w:val="20"/>
        </w:rPr>
        <w:t>4:18  hain. kyunke quran ka application hamari day to day life mein kaise hoga, woh humko hadith se hi maloom hota hai.</w:t>
      </w:r>
      <w:r>
        <w:br/>
      </w:r>
      <w:r>
        <w:rPr>
          <w:sz w:val="20"/>
        </w:rPr>
        <w:t>4:27  hum ek misaal ke taur par quran mein aaya hai: zikr e kaseer karo. tum Allah ka zikr e kaseer karo. yeh surah al ahzab mein, ah, verse 41 hai.</w:t>
      </w:r>
      <w:r>
        <w:br/>
      </w:r>
      <w:r>
        <w:rPr>
          <w:sz w:val="20"/>
        </w:rPr>
        <w:t>4:40  ab zikr e kaseer kaise karein? zikr e kaseer ka kya tareeqa</w:t>
      </w:r>
      <w:r>
        <w:br/>
      </w:r>
      <w:r>
        <w:rPr>
          <w:sz w:val="20"/>
        </w:rPr>
        <w:t>4:44  ho? kuch logon ne kaha ke tasbeeh parhne ka: so baar parho, hazar baar parho, lakh baar parho.</w:t>
      </w:r>
      <w:r>
        <w:br/>
      </w:r>
      <w:r>
        <w:rPr>
          <w:sz w:val="20"/>
        </w:rPr>
        <w:t>4:53  to lekin jab hum rasool Allah salallahu alaihi wasallam ko dekhte hain, tab samajh mein aata hai ke zikr e kaseer kya hai. yaani har mauqe par, har jo tajurba ho, ismein Allah ko yaad karna. to hazrat aisha ne kaha hai ke aap har mauqe par Allah ko yaad karte</w:t>
      </w:r>
      <w:r>
        <w:br/>
      </w:r>
      <w:r>
        <w:rPr>
          <w:sz w:val="20"/>
        </w:rPr>
        <w:t>5:11  the. jaise koi tajurba guzarta hai to ismein koi na koi aap sabak ka pehlu nikaal ke is Allah ko yaad karte the. ek Abu Zar, ek sahabi the, unhone kaha ke agar aap chidiya bhedte hue dekhte to aap usse koi na koi sabak humein yaad dilate the.</w:t>
      </w:r>
      <w:r>
        <w:br/>
      </w:r>
      <w:r>
        <w:rPr>
          <w:sz w:val="20"/>
        </w:rPr>
        <w:t>5:31  to is wajah se hadith jo hai, woh bohat zyada important hai. iske baghair humko poori tareeqe se quran bhi samajhne mein nahin</w:t>
      </w:r>
    </w:p>
    <w:p>
      <w:pPr>
        <w:pStyle w:val="Heading2"/>
      </w:pPr>
      <w:r>
        <w:t>Man-made corruption and Quranic prophecy</w:t>
      </w:r>
    </w:p>
    <w:p>
      <w:r>
        <w:rPr>
          <w:color w:val="666666"/>
          <w:sz w:val="18"/>
        </w:rPr>
        <w:t>Warnings of Doomsday February 4, 2007 · 5m 49s · at 27:30 · https://youtu.be/VT0BnPl_-zc?t=1650</w:t>
      </w:r>
    </w:p>
    <w:p>
      <w:r>
        <w:rPr>
          <w:i/>
        </w:rPr>
        <w:t>“Global warming is man-made”</w:t>
      </w:r>
    </w:p>
    <w:p>
      <w:r>
        <w:rPr>
          <w:sz w:val="20"/>
        </w:rPr>
        <w:t>27:30  bohat detail mein report aayi hai, aap sab logon ne parha hoga is ko, media mein dekha hoga aap ne. to global warming is men made, exactly yahi quran mein likha hua hai.</w:t>
      </w:r>
      <w:r>
        <w:br/>
      </w:r>
      <w:r>
        <w:rPr>
          <w:sz w:val="20"/>
        </w:rPr>
        <w:t>27:43  zahara al fasad fil barri wal bahri bima kasabat annas. ab se 14 saal pehle, jab ke koi soch bhi nahi sakta tha.</w:t>
      </w:r>
      <w:r>
        <w:br/>
      </w:r>
      <w:r>
        <w:rPr>
          <w:sz w:val="20"/>
        </w:rPr>
        <w:t>27:55  is ka matlab hai</w:t>
      </w:r>
      <w:r>
        <w:br/>
      </w:r>
      <w:r>
        <w:rPr>
          <w:sz w:val="20"/>
        </w:rPr>
        <w:t>27:59  ke men made corruption bima kasabat annas. zahara al fasad fil barri wal bahri, zahara al fasad fil barri wal bahri, bima kasabat annas.</w:t>
      </w:r>
      <w:r>
        <w:br/>
      </w:r>
      <w:r>
        <w:rPr>
          <w:sz w:val="20"/>
        </w:rPr>
        <w:t>28:13  bima kasabat annas, yani men made.</w:t>
      </w:r>
      <w:r>
        <w:br/>
      </w:r>
      <w:r>
        <w:rPr>
          <w:sz w:val="20"/>
        </w:rPr>
        <w:t>28:19  men made corruption has spread in the land and the sea. yeh likha hua hai quran mein ke samandar ka pani jo hai, dangerous had tak barh raha hai.</w:t>
      </w:r>
      <w:r>
        <w:br/>
      </w:r>
      <w:r>
        <w:rPr>
          <w:sz w:val="20"/>
        </w:rPr>
        <w:t>28:34  kyunke glacier pighal rahe hain, aur south pole aur north pole ki jo ice cap hai, woh pighal rahi hai. already barhta chala ja raha hai.</w:t>
      </w:r>
      <w:r>
        <w:br/>
      </w:r>
      <w:r>
        <w:rPr>
          <w:sz w:val="20"/>
        </w:rPr>
        <w:t>28:45  kitne sare area doob jayen ge, aur kya hoga? kya hoga?</w:t>
      </w:r>
      <w:r>
        <w:br/>
      </w:r>
      <w:r>
        <w:rPr>
          <w:sz w:val="20"/>
        </w:rPr>
        <w:t>28:52  yahan main aap ko yaad dilaoon</w:t>
      </w:r>
      <w:r>
        <w:br/>
      </w:r>
      <w:r>
        <w:rPr>
          <w:sz w:val="20"/>
        </w:rPr>
        <w:t>28:57  ke yeh duniya jis mein aap rehte hain, aap jante hain ke million billion years hai, woh aaj se nahi hai. billion years beet gaye hain.</w:t>
      </w:r>
      <w:r>
        <w:br/>
      </w:r>
      <w:r>
        <w:rPr>
          <w:sz w:val="20"/>
        </w:rPr>
        <w:t>29:08  is ko kaha jata hai ke 13 billion saal pehle yeh kainat bani thi. yeh gass hai science danon ka.</w:t>
      </w:r>
      <w:r>
        <w:br/>
      </w:r>
      <w:r>
        <w:rPr>
          <w:sz w:val="20"/>
        </w:rPr>
        <w:t>29:18  1313, 13 billion saal pehle. to kitne arse se yeh hai, aur is mein kitni factory chal rahi hai? aap sochein ke darakht ban rahe hain, insan ban rahe hain, animal ban rahe hain.</w:t>
      </w:r>
      <w:r>
        <w:br/>
      </w:r>
      <w:r>
        <w:rPr>
          <w:sz w:val="20"/>
        </w:rPr>
        <w:t>29:34  itne food, itni sabziyan, aur sun aur oxygen ka system, kya kya hai? yeh sab, yeh sab industrial activities hain. yeh sab industrial activities hain.</w:t>
      </w:r>
      <w:r>
        <w:br/>
      </w:r>
      <w:r>
        <w:rPr>
          <w:sz w:val="20"/>
        </w:rPr>
        <w:t>29:49  kitna zabardast reaction hota hai suraj ke andar ke us ki light chali ja rahi hai, chali ja rahi hai, khatam nahi hoti. is mein reaction hote rehte hain, barabar. kitna bara system hai ke humein musalsal barabar oxygen supply ho rahi hai, supply ho rahi hai, supply ho rahi hai.</w:t>
      </w:r>
      <w:r>
        <w:br/>
      </w:r>
      <w:r>
        <w:rPr>
          <w:sz w:val="20"/>
        </w:rPr>
        <w:t>30:05  aise million cheezein hain. to industrial activities hain is duniya mein, lekin zero defect industry thi yeh.</w:t>
      </w:r>
      <w:r>
        <w:br/>
      </w:r>
      <w:r>
        <w:rPr>
          <w:sz w:val="20"/>
        </w:rPr>
        <w:t>30:15  yeh duniya, yani billion billion saal se, yeh aik zero defect industry ke tor par chal rahi thi. yeh yeh universe kaisi ajeeb baat hai!</w:t>
      </w:r>
      <w:r>
        <w:br/>
      </w:r>
      <w:r>
        <w:rPr>
          <w:sz w:val="20"/>
        </w:rPr>
        <w:t>30:28  aur insan ko sirf do sau saal mile, do sau saal mein sara unhon ne tabah kar diya. yani industry, yani human industry ne, woh thi woh thi divine industry.</w:t>
      </w:r>
      <w:r>
        <w:br/>
      </w:r>
      <w:r>
        <w:rPr>
          <w:sz w:val="20"/>
        </w:rPr>
        <w:t>30:44  divain andastri billion billion years chal rahi thi, aur is mein aur bilkul zero defect tha. woh koi aaj tak nahi bata saka ke is mein koi defect hai.</w:t>
      </w:r>
      <w:r>
        <w:br/>
      </w:r>
      <w:r>
        <w:rPr>
          <w:sz w:val="20"/>
        </w:rPr>
        <w:t>30:56  aur do sau saal ka moqa mila insan ko ke is ne apni andastri chalai. aur zahir al-fasad fil barri wal bahri, yeh jo ayat quran majeed mein hai ke "man made corruption has spread in the land and the sea", aap parhiye, commentaries jo hain, kisi ne samjha nahi is ka matlab kya hai.</w:t>
      </w:r>
      <w:r>
        <w:br/>
      </w:r>
      <w:r>
        <w:rPr>
          <w:sz w:val="20"/>
        </w:rPr>
        <w:t>31:20  kyunke 14 saal pehle koi ja nahi sakta tha ke kya baat hogi ke sara land jo hai, woh bhar jayega corruption se, aur sari sea bhar jayegi corruption se.</w:t>
      </w:r>
      <w:r>
        <w:br/>
      </w:r>
      <w:r>
        <w:rPr>
          <w:sz w:val="20"/>
        </w:rPr>
        <w:t>31:30  koi samajh nahi sakta tha is ko, koi samajh hi nahi sakta tha is ko. to is ke anokhe qism ki commentary likhi gayi.</w:t>
      </w:r>
      <w:r>
        <w:br/>
      </w:r>
      <w:r>
        <w:rPr>
          <w:sz w:val="20"/>
        </w:rPr>
        <w:t>31:40  yeh to aaj samajh mein aya, aaj ke "zahiral fasad fil barri wal bahri, ma kasabat al-nas, made made corruption has spread in the land and the sea".</w:t>
      </w:r>
      <w:r>
        <w:br/>
      </w:r>
      <w:r>
        <w:rPr>
          <w:sz w:val="20"/>
        </w:rPr>
        <w:t>31:53  kisi ajeeb baat hai quran ki! kya is ke baad bhi agar koi shak kare, quran khuda ki kitab hai, to mein samajhta hoon ke woh made hai, made.</w:t>
      </w:r>
      <w:r>
        <w:br/>
      </w:r>
      <w:r>
        <w:rPr>
          <w:sz w:val="20"/>
        </w:rPr>
        <w:t>32:03  is ke baad bhi koi agar koi shak karta hai, dunya ki kisi kitab mein yeh baat likhi hui nahi hai is tarah ki jo 1400 saal baad poori ho rahi ho.</w:t>
      </w:r>
      <w:r>
        <w:br/>
      </w:r>
      <w:r>
        <w:rPr>
          <w:sz w:val="20"/>
        </w:rPr>
        <w:t>32:16  kaun janta tha kis kitab mein yeh likha hua tha ke ek waqt ayega jab land aur sea dono rehne qabil nahi rahenge? dono mein yeh jo global warming ho rahi hai, aur sea level jo barh raha hai, aur kitne sare problem, kitne sare problem aa rahe hain is ki wajah se,</w:t>
      </w:r>
      <w:r>
        <w:br/>
      </w:r>
      <w:r>
        <w:rPr>
          <w:sz w:val="20"/>
        </w:rPr>
        <w:t>32:37  kaun janta tha is ko? abhi 50 baras pehle log sochte the ke hum to bilkul dunya mein pyramid banane ja rahe hain.</w:t>
      </w:r>
      <w:r>
        <w:br/>
      </w:r>
      <w:r>
        <w:rPr>
          <w:sz w:val="20"/>
        </w:rPr>
        <w:t>32:49  abhi 50 baras pehle ki ki baat hai. to</w:t>
      </w:r>
      <w:r>
        <w:br/>
      </w:r>
      <w:r>
        <w:rPr>
          <w:sz w:val="20"/>
        </w:rPr>
        <w:t>32:58  aap sab logon ko mein kehta hoon ke is par sochiye.</w:t>
      </w:r>
      <w:r>
        <w:br/>
      </w:r>
      <w:r>
        <w:rPr>
          <w:sz w:val="20"/>
        </w:rPr>
        <w:t>33:04  bohat hi sahi title is ne diya hai ke "warning signs of dooms". yeh times of india ne title diya hai, is mein thoda sa mein ne add kiya hai "warning signs of dooms".</w:t>
      </w:r>
    </w:p>
    <w:p>
      <w:pPr>
        <w:pStyle w:val="Heading2"/>
      </w:pPr>
      <w:r>
        <w:t>why letting go of complaints unlocks intellectual and spiritual growth</w:t>
      </w:r>
    </w:p>
    <w:p>
      <w:r>
        <w:rPr>
          <w:color w:val="666666"/>
          <w:sz w:val="18"/>
        </w:rPr>
        <w:t>Bird Culture March 6, 2014 Maulana Wahiduddin Khan · 4m 37s · at 9:05 · https://youtu.be/zLSCXGvTJ9A?t=545</w:t>
      </w:r>
    </w:p>
    <w:p>
      <w:r>
        <w:rPr>
          <w:i/>
        </w:rPr>
        <w:t>“Chiriya be-shikayat jeeti hai, magar woh sirf chiriya hai”</w:t>
      </w:r>
    </w:p>
    <w:p>
      <w:r>
        <w:rPr>
          <w:sz w:val="20"/>
        </w:rPr>
        <w:t>9:05  yani chidiya to agar be shikayat jee rahi hai to woh to sirf chidiya hai.</w:t>
      </w:r>
      <w:r>
        <w:br/>
      </w:r>
      <w:r>
        <w:rPr>
          <w:sz w:val="20"/>
        </w:rPr>
        <w:t>9:13  us ke paas to insan jaisa mind nahi hai.</w:t>
      </w:r>
      <w:r>
        <w:br/>
      </w:r>
      <w:r>
        <w:rPr>
          <w:sz w:val="20"/>
        </w:rPr>
        <w:t>9:19  lekin insan jo hai, agar woh be shikayat ho jaye, agar woh protest aur manfi soch se apne ko khali kar le,</w:t>
      </w:r>
      <w:r>
        <w:br/>
      </w:r>
      <w:r>
        <w:rPr>
          <w:sz w:val="20"/>
        </w:rPr>
        <w:t>9:33  radd-e-amal ki nafsiyat se apne ko khali kar le, to insan ka mind jo hai, woh chidiya ke mind se ek bara waqe'a is ke andar paish aayega.</w:t>
      </w:r>
      <w:r>
        <w:br/>
      </w:r>
      <w:r>
        <w:rPr>
          <w:sz w:val="20"/>
        </w:rPr>
        <w:t>9:44  woh kya? aap ke mind ko zyada mauqa mil jayega positive thinking ka, intellectual development ka.</w:t>
      </w:r>
      <w:r>
        <w:br/>
      </w:r>
      <w:r>
        <w:rPr>
          <w:sz w:val="20"/>
        </w:rPr>
        <w:t>9:55  jab aap kisi shikayat mein, protest mein mubtala hote hain to aap ke mind mein thinking process stop ho jata hai.</w:t>
      </w:r>
      <w:r>
        <w:br/>
      </w:r>
      <w:r>
        <w:rPr>
          <w:sz w:val="20"/>
        </w:rPr>
        <w:t>10:03  dekhein, yeh namumkin hai ke aap shikayat aur protest ki nafsiyat mein jiyen aur phir bhi aap ke mind mein intellectual process jari rahe.</w:t>
      </w:r>
      <w:r>
        <w:br/>
      </w:r>
      <w:r>
        <w:rPr>
          <w:sz w:val="20"/>
        </w:rPr>
        <w:t>10:16  nahi, nahi ho sakta aisa.</w:t>
      </w:r>
      <w:r>
        <w:br/>
      </w:r>
      <w:r>
        <w:rPr>
          <w:sz w:val="20"/>
        </w:rPr>
        <w:t>10:20  to chidiya agar shikayat mein nahi jeeti, agar woh nafrat mein nahi jeeti to us ke liye</w:t>
      </w:r>
      <w:r>
        <w:br/>
      </w:r>
      <w:r>
        <w:rPr>
          <w:sz w:val="20"/>
        </w:rPr>
        <w:t>10:35  ek bohat achi baat hai. lekin chidiya se barh kar insan ke liye achi baat hai yeh.</w:t>
      </w:r>
      <w:r>
        <w:br/>
      </w:r>
      <w:r>
        <w:rPr>
          <w:sz w:val="20"/>
        </w:rPr>
        <w:t>10:42  kyun ke is wajah se insan na sirf tension free ho jata hai balke jo aala matloob hai, jo sab se bara jo insan ko ki zarurat hai, intellectual development, woh is is ke liye us ko mauqa mil jata hai.</w:t>
      </w:r>
      <w:r>
        <w:br/>
      </w:r>
      <w:r>
        <w:rPr>
          <w:sz w:val="20"/>
        </w:rPr>
        <w:t>11:00  woh apne aap ko distraction se bachata hai, deviation se bachata hai, zehan ko idhar udhar uljhane se bachata hai.</w:t>
      </w:r>
      <w:r>
        <w:br/>
      </w:r>
      <w:r>
        <w:rPr>
          <w:sz w:val="20"/>
        </w:rPr>
        <w:t>11:10  phir sara waqt us ko, sari tawajjuh us ko apni laga sakta hai woh positive thinking mein. to ghaur kijiye ke kitni bari baat hai.</w:t>
      </w:r>
      <w:r>
        <w:br/>
      </w:r>
      <w:r>
        <w:rPr>
          <w:sz w:val="20"/>
        </w:rPr>
        <w:t>11:26  aur yahi hai tazkiya ka tareeqa, marifat lene ka tareeqa.</w:t>
      </w:r>
      <w:r>
        <w:br/>
      </w:r>
      <w:r>
        <w:rPr>
          <w:sz w:val="20"/>
        </w:rPr>
        <w:t>11:34  ke aap ek shakhs jab dunya mein zindagi guzarta hai to us ko tarah tarah ke tajrubaat pesh aate hain, tarah tarah ke mushahidaat hote hain,</w:t>
      </w:r>
      <w:r>
        <w:br/>
      </w:r>
      <w:r>
        <w:rPr>
          <w:sz w:val="20"/>
        </w:rPr>
        <w:t>11:50  tarah tarah ke sooraten saamne aati hain us ke.</w:t>
      </w:r>
      <w:r>
        <w:br/>
      </w:r>
      <w:r>
        <w:rPr>
          <w:sz w:val="20"/>
        </w:rPr>
        <w:t>11:56  to in saare occasion par agar uska mind active hai, uska mind yaani bedaar hai to kya hoga?</w:t>
      </w:r>
      <w:r>
        <w:br/>
      </w:r>
      <w:r>
        <w:rPr>
          <w:sz w:val="20"/>
        </w:rPr>
        <w:t>12:08  har aise tajrube ko woh woh point of reference bana kar ke use tasawwur karega, use lesson draw draw kar lega, us se marifat ki ghiza le ga.</w:t>
      </w:r>
      <w:r>
        <w:br/>
      </w:r>
      <w:r>
        <w:rPr>
          <w:sz w:val="20"/>
        </w:rPr>
        <w:t>12:21  jis tarah shehad ki makkhi phool se necter le leti hai, aisi zyada bade paimane par aap har cheez se, har cheez se apne liye marifat ki ghiza lete rahen ge.</w:t>
      </w:r>
      <w:r>
        <w:br/>
      </w:r>
      <w:r>
        <w:rPr>
          <w:sz w:val="20"/>
        </w:rPr>
        <w:t>12:38  aur jo quran mein hai ke: "warzuq rabbaka khairun ma yastaoon." to yeh rizq rabb kya hai? yeh koi purasrar cheez nahi hai. rizq rabb jo hai quran mein, yeh koi purasrar cheez nahi hai.</w:t>
      </w:r>
      <w:r>
        <w:br/>
      </w:r>
      <w:r>
        <w:rPr>
          <w:sz w:val="20"/>
        </w:rPr>
        <w:t>12:49  iska matlab yeh hai ke tumhare imaan ne tumhare andar jo shaoori bedari paida ki hai, jo intellectual awakening aayi hai, tumhare jo intellectual awakening aayi hai, tumhare andar iski wajah se aisa hua hai ke har cheez mein tum ko rizq milta rehta hai.</w:t>
      </w:r>
      <w:r>
        <w:br/>
      </w:r>
      <w:r>
        <w:rPr>
          <w:sz w:val="20"/>
        </w:rPr>
        <w:t>13:10  har cheez se tum rizq lete rehte ho. jis tarah shehad ki makkhi phoolon se necter leti rehti hai.</w:t>
      </w:r>
      <w:r>
        <w:br/>
      </w:r>
      <w:r>
        <w:rPr>
          <w:sz w:val="20"/>
        </w:rPr>
        <w:t>13:18  to yeh rizq rabb jo hai, koi basira cheez nahi hai. yeh shaoori bedari ka ek lazmi hissa hai.</w:t>
      </w:r>
      <w:r>
        <w:br/>
      </w:r>
      <w:r>
        <w:rPr>
          <w:sz w:val="20"/>
        </w:rPr>
        <w:t>13:30  isko kehte hain intellectual awakening. to intellectual awakening agar hogi to yeh lazman aisa hoga. yeh saari baat is mein shamil hai.</w:t>
      </w:r>
    </w:p>
    <w:p>
      <w:pPr>
        <w:pStyle w:val="Heading2"/>
      </w:pPr>
      <w:r>
        <w:t>Full thesis — the new era is pro-Islam, not anti-Islam</w:t>
      </w:r>
    </w:p>
    <w:p>
      <w:r>
        <w:rPr>
          <w:color w:val="666666"/>
          <w:sz w:val="18"/>
        </w:rPr>
        <w:t>Islam in A New Age March 18, 2012 · 3m 58s · at 0:35 · https://youtu.be/P5hzq_NheY0?t=35</w:t>
      </w:r>
    </w:p>
    <w:p>
      <w:r>
        <w:rPr>
          <w:i/>
        </w:rPr>
        <w:t>“Aaj ka topic hai: Islam in a New Age”</w:t>
      </w:r>
    </w:p>
    <w:p>
      <w:r>
        <w:rPr>
          <w:sz w:val="20"/>
        </w:rPr>
        <w:t>0:35  aaj ka topic hai: Islam in New Age. Islam ek naye zamane mein.</w:t>
      </w:r>
      <w:r>
        <w:br/>
      </w:r>
      <w:r>
        <w:rPr>
          <w:sz w:val="20"/>
        </w:rPr>
        <w:t>0:48  yeh bohat hi important topic hai kyunke yeh jo naya zamana hai, yeh pro Islam zamana hai.</w:t>
      </w:r>
      <w:r>
        <w:br/>
      </w:r>
      <w:r>
        <w:rPr>
          <w:sz w:val="20"/>
        </w:rPr>
        <w:t>0:59  yeh anti Islam zamana nahi hai.</w:t>
      </w:r>
      <w:r>
        <w:br/>
      </w:r>
      <w:r>
        <w:rPr>
          <w:sz w:val="20"/>
        </w:rPr>
        <w:t>1:03  100 percent yeh pro Islam zamana hai.</w:t>
      </w:r>
      <w:r>
        <w:br/>
      </w:r>
      <w:r>
        <w:rPr>
          <w:sz w:val="20"/>
        </w:rPr>
        <w:t>1:08  toh agar aap is ko is hesiyat se discover karein toh aap ke liye, yani Khuda ki blessing ke samandar khul jayenge.</w:t>
      </w:r>
      <w:r>
        <w:br/>
      </w:r>
      <w:r>
        <w:rPr>
          <w:sz w:val="20"/>
        </w:rPr>
        <w:t>1:24  is liye bohat zaroori hai ke is pehlu se mutala kiya jaye.</w:t>
      </w:r>
      <w:r>
        <w:br/>
      </w:r>
      <w:r>
        <w:rPr>
          <w:sz w:val="20"/>
        </w:rPr>
        <w:t>1:32  dekhiye, Rasool Allah sal Allah alaihi wasallam ki ek hadith hai jo Tirmizi mein aur doosri hadith ki kai kitabon mein aayi hai.</w:t>
      </w:r>
      <w:r>
        <w:br/>
      </w:r>
      <w:r>
        <w:rPr>
          <w:sz w:val="20"/>
        </w:rPr>
        <w:t>1:45  is ke alfaaz yeh hain: "مثل المؤمن كمثل المطر، لا يدرى أوله خير أم آخره" ۔</w:t>
      </w:r>
      <w:r>
        <w:br/>
      </w:r>
      <w:r>
        <w:rPr>
          <w:sz w:val="20"/>
        </w:rPr>
        <w:t>2:00  meri ummat ki misaal barish jaisi hai. Nahi maloom ke is ka pehla hissa behtar hoga ya doosra hissa.</w:t>
      </w:r>
      <w:r>
        <w:br/>
      </w:r>
      <w:r>
        <w:rPr>
          <w:sz w:val="20"/>
        </w:rPr>
        <w:t>2:09  dekhiye, yeh ek usloob hai kehne ka. Yeh shubha ki baat nahi hai. Is ka matlab hai ke agla hissa zyada behtar hoga.</w:t>
      </w:r>
      <w:r>
        <w:br/>
      </w:r>
      <w:r>
        <w:rPr>
          <w:sz w:val="20"/>
        </w:rPr>
        <w:t>2:21  kyunke barish jab aati hai toh shuru mein toh kuch cheezein ugti hain, lekin baad ko toh bargi fasal lehlati hai.</w:t>
      </w:r>
      <w:r>
        <w:br/>
      </w:r>
      <w:r>
        <w:rPr>
          <w:sz w:val="20"/>
        </w:rPr>
        <w:t>2:29  bagh aur khet lehle uthte hain. Toh yeh maloom baat hai ke barish ka agla hissa zyada behtar hota. Aisa kabhi nahi ho sakta ke barish ka agla hissa jo hai zyada behtar na ho.</w:t>
      </w:r>
      <w:r>
        <w:br/>
      </w:r>
      <w:r>
        <w:rPr>
          <w:sz w:val="20"/>
        </w:rPr>
        <w:t>2:45  toh barish ki misaal de kar Rasool Allah sal Allah alaihi wasallam ne mutayyan kar diya ke is ummat ka agla hissa zyada behtar hoga. Dekhiye, yeh ummat ki fazilat nahi hai.</w:t>
      </w:r>
      <w:r>
        <w:br/>
      </w:r>
      <w:r>
        <w:rPr>
          <w:sz w:val="20"/>
        </w:rPr>
        <w:t>2:57  sab se badi baat janne ki woh yeh hai ke yeh ayat ummat ki fazilat toh nahi batati. Fazilat ka tasawwur yaad rakhiye, Islam mein ajnabi hai.</w:t>
      </w:r>
      <w:r>
        <w:br/>
      </w:r>
      <w:r>
        <w:rPr>
          <w:sz w:val="20"/>
        </w:rPr>
        <w:t>3:13  yeh toh ek mubtadiana tasawwur hai. Asal yeh hai ke yeh ummat, yani aakhri paygambar ki ummat, hamesha ke liye baqi rehne wali thi.</w:t>
      </w:r>
      <w:r>
        <w:br/>
      </w:r>
      <w:r>
        <w:rPr>
          <w:sz w:val="20"/>
        </w:rPr>
        <w:t>3:26  ummat ka matlab hai ke jab deen mehfooz ho gaya, is se pehle bhi Allah ki taraf se kitabein aayin, lekin woh mehfooz na reh sakein.</w:t>
      </w:r>
      <w:r>
        <w:br/>
      </w:r>
      <w:r>
        <w:rPr>
          <w:sz w:val="20"/>
        </w:rPr>
        <w:t>3:38  is liye woh kitabein bhi ho gayin ghair mustanad, unauthentic, aur khud is ke followers bhi unauthentic ho gaye. Woh numainde deen ilahi nahi rahe.</w:t>
      </w:r>
      <w:r>
        <w:br/>
      </w:r>
      <w:r>
        <w:rPr>
          <w:sz w:val="20"/>
        </w:rPr>
        <w:t>3:52  toh is ummat ke saath Allah taala ne yeh muamla kiya ke Quran ko mehfooz kar diya, sunnat Muhammadi ko mehfooz kar diya.</w:t>
      </w:r>
      <w:r>
        <w:br/>
      </w:r>
      <w:r>
        <w:rPr>
          <w:sz w:val="20"/>
        </w:rPr>
        <w:t>4:04  saari baatein jo deen se mutalliq theen, woh sab mehfooz ho gayin. Mehfooz hone ki bina par yeh mumkin hoga ke yeh continue rahe, agle daur tak is ka zamana pahunche.</w:t>
      </w:r>
      <w:r>
        <w:br/>
      </w:r>
      <w:r>
        <w:rPr>
          <w:sz w:val="20"/>
        </w:rPr>
        <w:t>4:18  is liye Muhammad ke liye mumkin hoga ke baad ke zamane ki boundaries, baad ke zamane ki divine blessings is se hisse mein aayin. Yeh baat hai.</w:t>
      </w:r>
      <w:r>
        <w:br/>
      </w:r>
      <w:r>
        <w:rPr>
          <w:sz w:val="20"/>
        </w:rPr>
        <w:t>4:27  toh fazilat ummat ki baat nahi hai, balke yeh daur ki baat hai.</w:t>
      </w:r>
    </w:p>
    <w:p>
      <w:pPr>
        <w:pStyle w:val="Heading2"/>
      </w:pPr>
      <w:r>
        <w:t>Correct interpretation of first part of hadith</w:t>
      </w:r>
    </w:p>
    <w:p>
      <w:r>
        <w:rPr>
          <w:color w:val="666666"/>
          <w:sz w:val="18"/>
        </w:rPr>
        <w:t>The Importance of Unity March 15, 2014 · 5m 57s · at 1:14 · https://youtu.be/-xS-eK4zw-k?t=74</w:t>
      </w:r>
    </w:p>
    <w:p>
      <w:r>
        <w:rPr>
          <w:i/>
        </w:rPr>
        <w:t>“Is hadees ka mafhoom sharhon mein waazeh nahi hai”</w:t>
      </w:r>
    </w:p>
    <w:p>
      <w:r>
        <w:rPr>
          <w:sz w:val="20"/>
        </w:rPr>
        <w:t>1:14  is hadees ka mafhoom shuruhon mein wazeh nahi hai, aur bohat se logon ne is hadees ka galat istemal kiya hai.</w:t>
      </w:r>
      <w:r>
        <w:br/>
      </w:r>
      <w:r>
        <w:rPr>
          <w:sz w:val="20"/>
        </w:rPr>
        <w:t>1:32  dekhen, is hadees mein chand baaton ko samajhne ki zaroorat hai, tab hadees ka mafhoom wazeh hoga.</w:t>
      </w:r>
      <w:r>
        <w:br/>
      </w:r>
      <w:r>
        <w:rPr>
          <w:sz w:val="20"/>
        </w:rPr>
        <w:t>1:41  pehli baat yeh hai ke is hadees ke do tukde hain, dono ka niyat alag alag hai.</w:t>
      </w:r>
      <w:r>
        <w:br/>
      </w:r>
      <w:r>
        <w:rPr>
          <w:sz w:val="20"/>
        </w:rPr>
        <w:t>1:50  pehlay tukde mein farmaya ke ummat-e-muslima zalaalat par</w:t>
      </w:r>
      <w:r>
        <w:br/>
      </w:r>
      <w:r>
        <w:rPr>
          <w:sz w:val="20"/>
        </w:rPr>
        <w:t>2:00  mujhtama nahi hogi, gumrahi par mujhtama nahi hogi.</w:t>
      </w:r>
      <w:r>
        <w:br/>
      </w:r>
      <w:r>
        <w:rPr>
          <w:sz w:val="20"/>
        </w:rPr>
        <w:t>2:10  dusre hisse mein farmaya ke jab tum ikhtilaf dekho to sawad-e-a'zam ka, yani majority ka, sath do.</w:t>
      </w:r>
      <w:r>
        <w:br/>
      </w:r>
      <w:r>
        <w:rPr>
          <w:sz w:val="20"/>
        </w:rPr>
        <w:t>2:23  to dekhen, dono ek baat nahi hain yeh. pehlay hisse mein is mamle ke nazri pehlu ko bayan kiya gaya hai, nazri, aur dusre hisse mein is ke mamle ke amli pehlu ko bayan kiya gaya hai.</w:t>
      </w:r>
      <w:r>
        <w:br/>
      </w:r>
      <w:r>
        <w:rPr>
          <w:sz w:val="20"/>
        </w:rPr>
        <w:t>2:38  yeh jawaneb bohat hi zyada zaroori hain, warna hadees wazeh nahi hogi.</w:t>
      </w:r>
      <w:r>
        <w:br/>
      </w:r>
      <w:r>
        <w:rPr>
          <w:sz w:val="20"/>
        </w:rPr>
        <w:t>2:46  lekin dono ke mamle mein logon ne sakht ghaltiyan ki hain. pehla jo hissa hai: la tajma'u ummati ala dalalah meri ummat, yani ummat-e-muslima,</w:t>
      </w:r>
      <w:r>
        <w:br/>
      </w:r>
      <w:r>
        <w:rPr>
          <w:sz w:val="20"/>
        </w:rPr>
        <w:t>3:01  zalaalat par aktha nahi hogi.</w:t>
      </w:r>
      <w:r>
        <w:br/>
      </w:r>
      <w:r>
        <w:rPr>
          <w:sz w:val="20"/>
        </w:rPr>
        <w:t>3:05  iska matlab logon ne yeh samajh liya ke ummat jab kisi issue par mutahid ho jaye to woh issue sahi hoga.</w:t>
      </w:r>
      <w:r>
        <w:br/>
      </w:r>
      <w:r>
        <w:rPr>
          <w:sz w:val="20"/>
        </w:rPr>
        <w:t>3:16  yani ijtima ko haq ke mani mein le liya. yeh hargiz is hadith ka mafhoom nahi hai. kisi bheed ka mujtami ho jana yeh is baat ka saboot nahi hai ke woh mawqaf jo hai haq hai.</w:t>
      </w:r>
      <w:r>
        <w:br/>
      </w:r>
      <w:r>
        <w:rPr>
          <w:sz w:val="20"/>
        </w:rPr>
        <w:t>3:35  misalan dekhen,</w:t>
      </w:r>
      <w:r>
        <w:br/>
      </w:r>
      <w:r>
        <w:rPr>
          <w:sz w:val="20"/>
        </w:rPr>
        <w:t>3:38  agar haq ho to is tarah ke waqiat kai baar hue hain, aur is mein ummat sakht nakaam hui. misalan dekhen,</w:t>
      </w:r>
      <w:r>
        <w:br/>
      </w:r>
      <w:r>
        <w:rPr>
          <w:sz w:val="20"/>
        </w:rPr>
        <w:t>3:52  beesveen sadi ke rub'e awwal mein taqreeban poori ummat jo hai mujtami ho gayi thi khilafat-e-turki ke masle par.</w:t>
      </w:r>
      <w:r>
        <w:br/>
      </w:r>
      <w:r>
        <w:rPr>
          <w:sz w:val="20"/>
        </w:rPr>
        <w:t>4:03  yani turki khilafat ko bachao, lekin poori ummat ka ijtima turki khilafat ko bacha nahi saka. khilafat khatm ho gayi.</w:t>
      </w:r>
      <w:r>
        <w:br/>
      </w:r>
      <w:r>
        <w:rPr>
          <w:sz w:val="20"/>
        </w:rPr>
        <w:t>4:16  to agar poori ummat ka kisi issue par aktha ho jana yeh haq ki alamat ho to kya Allah ne saath nahi diya in ka?</w:t>
      </w:r>
      <w:r>
        <w:br/>
      </w:r>
      <w:r>
        <w:rPr>
          <w:sz w:val="20"/>
        </w:rPr>
        <w:t>4:26  halankeh yeh namumkin baat hai. yani poori poori ummat ek sachay issue par aktha ho jaye aur Allah saath na de is ka, yeh to bilkul unthinkable hai.</w:t>
      </w:r>
      <w:r>
        <w:br/>
      </w:r>
      <w:r>
        <w:rPr>
          <w:sz w:val="20"/>
        </w:rPr>
        <w:t>4:39  aise hi dekhen, falasteen ke issue par tamam arab, jitne bhi arab hain, sab mutahid hain.</w:t>
      </w:r>
      <w:r>
        <w:br/>
      </w:r>
      <w:r>
        <w:rPr>
          <w:sz w:val="20"/>
        </w:rPr>
        <w:t>4:46  to agar in ka mawqaf durust ho to falasteen mein woh nakaam kyun ho rahe hain? agar in ka mawqaf durust hota zaroor in ko falasteen mein kamyabi hoti.</w:t>
      </w:r>
      <w:r>
        <w:br/>
      </w:r>
      <w:r>
        <w:rPr>
          <w:sz w:val="20"/>
        </w:rPr>
        <w:t>4:58  aise hi dekhen, maghribi qomon ke baray mein sare musalman, shayad mein hi ek mustasni hoon, yeh samajhte hain ke sab maghribi qomein muslim dushman hain,</w:t>
      </w:r>
      <w:r>
        <w:br/>
      </w:r>
      <w:r>
        <w:rPr>
          <w:sz w:val="20"/>
        </w:rPr>
        <w:t>5:12  islam ke khilaf hain.</w:t>
      </w:r>
      <w:r>
        <w:br/>
      </w:r>
      <w:r>
        <w:rPr>
          <w:sz w:val="20"/>
        </w:rPr>
        <w:t>5:15  to agar yeh mawqaf durust hota to unhein koi taraqqi kyun ho rahi hai? wohi har jagah kyun dominate kar rahe hain? musalman to sirf protest kar rahe hain, complaint kar rahe hain, shikayatein kar rahe hain.</w:t>
      </w:r>
      <w:r>
        <w:br/>
      </w:r>
      <w:r>
        <w:rPr>
          <w:sz w:val="20"/>
        </w:rPr>
        <w:t>5:30  to yeh baat bazahir ghalat hai ke ummat agar kisi issue par ek ho jaye,</w:t>
      </w:r>
      <w:r>
        <w:br/>
      </w:r>
      <w:r>
        <w:rPr>
          <w:sz w:val="20"/>
        </w:rPr>
        <w:t>5:45  mutahid ho jaye to woh issue mabni bar haq hoga. is se yeh sabit nahi hota. dekhen, sahi baat yeh hai</w:t>
      </w:r>
      <w:r>
        <w:br/>
      </w:r>
      <w:r>
        <w:rPr>
          <w:sz w:val="20"/>
        </w:rPr>
        <w:t>5:57  ke is hadith ka sahi matlab yeh hai ke aisa kabhi nahi hoga ke sare ke sare log zillat par aktha ho jayen.</w:t>
      </w:r>
      <w:r>
        <w:br/>
      </w:r>
      <w:r>
        <w:rPr>
          <w:sz w:val="20"/>
        </w:rPr>
        <w:t>6:09  kuch na kuch aise afraad honge jo zillat se bache hue honge.</w:t>
      </w:r>
      <w:r>
        <w:br/>
      </w:r>
      <w:r>
        <w:rPr>
          <w:sz w:val="20"/>
        </w:rPr>
        <w:t>6:17  is mein istithna par zor hai na ke umoom par.</w:t>
      </w:r>
      <w:r>
        <w:br/>
      </w:r>
      <w:r>
        <w:rPr>
          <w:sz w:val="20"/>
        </w:rPr>
        <w:t>6:23  yani is mein exception par zor hai na ke rule ka. yani chahe kitna hi zyada bigad aa jaye, kitne zyada baray paimane par logon mein zillat aa jaye, lekin phir bhi ummat ke kuch afraad is se bache hue honge.</w:t>
      </w:r>
      <w:r>
        <w:br/>
      </w:r>
      <w:r>
        <w:rPr>
          <w:sz w:val="20"/>
        </w:rPr>
        <w:t>6:42  yeh ummat ki fazilat ki baat nahi hai.</w:t>
      </w:r>
      <w:r>
        <w:br/>
      </w:r>
      <w:r>
        <w:rPr>
          <w:sz w:val="20"/>
        </w:rPr>
        <w:t>6:45  is ka matlab nahi ke ummat bohat afzal hai is liye aisa hoga. hargiz nahi. is ka matlab yeh hai ke chunke is ummat ki bana jo hai quran par hai aur sunnat-e-rasool par hai aur woh mehfooz hai, to quran aur sunnat-e-rasool ka mehfooz hona is baat ka zaman ban jayega ke kuch na kuch log zaroor zillat se bach jayenge.</w:t>
      </w:r>
      <w:r>
        <w:br/>
      </w:r>
      <w:r>
        <w:rPr>
          <w:sz w:val="20"/>
        </w:rPr>
        <w:t>7:12  agar quran mehfooz na hota, agar sunnat-e-rasool mehfooz na hoti to ek taraf se saat feesad bigad aa sakta tha. lekin quran ka mehfooz hona, sunnat-e-rasool ka mehfooz hona,</w:t>
      </w:r>
    </w:p>
    <w:p>
      <w:pPr>
        <w:pStyle w:val="Heading2"/>
      </w:pPr>
      <w:r>
        <w:t>Silence leads to learning and salvation</w:t>
      </w:r>
    </w:p>
    <w:p>
      <w:r>
        <w:rPr>
          <w:color w:val="666666"/>
          <w:sz w:val="18"/>
        </w:rPr>
        <w:t>Principles of Life (Prophetic Wisdom) · 4m 05s · at 1:42 · https://youtu.be/dWzIQ5DQMNU?t=102</w:t>
      </w:r>
    </w:p>
    <w:p>
      <w:r>
        <w:rPr>
          <w:i/>
        </w:rPr>
        <w:t>“Ek baar main bahar kisi safar mein tha.”</w:t>
      </w:r>
    </w:p>
    <w:p>
      <w:r>
        <w:rPr>
          <w:sz w:val="20"/>
        </w:rPr>
        <w:t>1:42  ut paai.</w:t>
      </w:r>
      <w:r>
        <w:br/>
      </w:r>
      <w:r>
        <w:rPr>
          <w:sz w:val="20"/>
        </w:rPr>
        <w:t>1:48  jo chup raha, woh kamyab hua.</w:t>
      </w:r>
      <w:r>
        <w:br/>
      </w:r>
      <w:r>
        <w:rPr>
          <w:sz w:val="20"/>
        </w:rPr>
        <w:t>1:54  yeh ek bohat bari baat hai.</w:t>
      </w:r>
      <w:r>
        <w:br/>
      </w:r>
      <w:r>
        <w:rPr>
          <w:sz w:val="20"/>
        </w:rPr>
        <w:t>2:01  ek bar mein bahar kisi safar mein tha, ek aadmi se mulaqat hui, woh japan se aa raha tha.</w:t>
      </w:r>
      <w:r>
        <w:br/>
      </w:r>
      <w:r>
        <w:rPr>
          <w:sz w:val="20"/>
        </w:rPr>
        <w:t>2:07  us ne bataya ke mein japan mein ek university mein parhta hoon, aur us waqt mein research kar raha hoon.</w:t>
      </w:r>
      <w:r>
        <w:br/>
      </w:r>
      <w:r>
        <w:rPr>
          <w:sz w:val="20"/>
        </w:rPr>
        <w:t>2:13  research kar raha tha kis baat par? woh silence par.</w:t>
      </w:r>
      <w:r>
        <w:br/>
      </w:r>
      <w:r>
        <w:rPr>
          <w:sz w:val="20"/>
        </w:rPr>
        <w:t>2:18  silence, chup, khamoshi par.</w:t>
      </w:r>
      <w:r>
        <w:br/>
      </w:r>
      <w:r>
        <w:rPr>
          <w:sz w:val="20"/>
        </w:rPr>
        <w:t>2:23  yani yahi is ki research ka mozu tha ke silence kya hai.</w:t>
      </w:r>
      <w:r>
        <w:br/>
      </w:r>
      <w:r>
        <w:rPr>
          <w:sz w:val="20"/>
        </w:rPr>
        <w:t>2:28  different religion mein ya different system mein silence ko kya importance di gayi hai.</w:t>
      </w:r>
      <w:r>
        <w:br/>
      </w:r>
      <w:r>
        <w:rPr>
          <w:sz w:val="20"/>
        </w:rPr>
        <w:t>2:33  to jab is ne kaha ke main silence par research kar raha hoon, to main ne kaha aap</w:t>
      </w:r>
      <w:r>
        <w:br/>
      </w:r>
      <w:r>
        <w:rPr>
          <w:sz w:val="20"/>
        </w:rPr>
        <w:t>2:38  ko main profit of</w:t>
      </w:r>
      <w:r>
        <w:br/>
      </w:r>
      <w:r>
        <w:rPr>
          <w:sz w:val="20"/>
        </w:rPr>
        <w:t>2:43  islam ki ek hadith sunata hoon.</w:t>
      </w:r>
      <w:r>
        <w:br/>
      </w:r>
      <w:r>
        <w:rPr>
          <w:sz w:val="20"/>
        </w:rPr>
        <w:t>2:48  to main ne yeh hadith sunai: "man samata najaa".</w:t>
      </w:r>
      <w:r>
        <w:br/>
      </w:r>
      <w:r>
        <w:rPr>
          <w:sz w:val="20"/>
        </w:rPr>
        <w:t>2:53  jo chup raha, us ne nijat pai.</w:t>
      </w:r>
      <w:r>
        <w:br/>
      </w:r>
      <w:r>
        <w:rPr>
          <w:sz w:val="20"/>
        </w:rPr>
        <w:t>2:58  to is ne jaldi se is hadith ko likha.</w:t>
      </w:r>
      <w:r>
        <w:br/>
      </w:r>
      <w:r>
        <w:rPr>
          <w:sz w:val="20"/>
        </w:rPr>
        <w:t>3:03  waqea yeh hai ke yeh half of the wisdom hai.</w:t>
      </w:r>
      <w:r>
        <w:br/>
      </w:r>
      <w:r>
        <w:rPr>
          <w:sz w:val="20"/>
        </w:rPr>
        <w:t>3:08  yani is mein ek bohat bari baat</w:t>
      </w:r>
      <w:r>
        <w:br/>
      </w:r>
      <w:r>
        <w:rPr>
          <w:sz w:val="20"/>
        </w:rPr>
        <w:t>3:13  kahi gayi hai ke kabhi chup rehna jo hai, woh bolne se zyada important hota hai.</w:t>
      </w:r>
      <w:r>
        <w:br/>
      </w:r>
      <w:r>
        <w:rPr>
          <w:sz w:val="20"/>
        </w:rPr>
        <w:t>3:17  kabhi karna yeh hota hai ke aadmi kuch na kare.</w:t>
      </w:r>
      <w:r>
        <w:br/>
      </w:r>
      <w:r>
        <w:rPr>
          <w:sz w:val="20"/>
        </w:rPr>
        <w:t>3:22  kabhi bolna yeh hota hai ke aadmi chup rahe.</w:t>
      </w:r>
      <w:r>
        <w:br/>
      </w:r>
      <w:r>
        <w:rPr>
          <w:sz w:val="20"/>
        </w:rPr>
        <w:t>3:26  yeh bohat bari science hai.</w:t>
      </w:r>
      <w:r>
        <w:br/>
      </w:r>
      <w:r>
        <w:rPr>
          <w:sz w:val="20"/>
        </w:rPr>
        <w:t>3:30  woh aadmi jo science par research kar raha tha, woh aadmi jo silence par research kar raha tha,</w:t>
      </w:r>
      <w:r>
        <w:br/>
      </w:r>
      <w:r>
        <w:rPr>
          <w:sz w:val="20"/>
        </w:rPr>
        <w:t>3:34  us ne is ki importance samjhi.</w:t>
      </w:r>
      <w:r>
        <w:br/>
      </w:r>
      <w:r>
        <w:rPr>
          <w:sz w:val="20"/>
        </w:rPr>
        <w:t>3:39  is ki importance ko. to</w:t>
      </w:r>
      <w:r>
        <w:br/>
      </w:r>
      <w:r>
        <w:rPr>
          <w:sz w:val="20"/>
        </w:rPr>
        <w:t>3:43  bohat hi zyada us ne dilchaspi ke sath is ko liya aur likha is ko.</w:t>
      </w:r>
      <w:r>
        <w:br/>
      </w:r>
      <w:r>
        <w:rPr>
          <w:sz w:val="20"/>
        </w:rPr>
        <w:t>3:48  is ka transaction, is ka matlab mujh se poocha.</w:t>
      </w:r>
      <w:r>
        <w:br/>
      </w:r>
      <w:r>
        <w:rPr>
          <w:sz w:val="20"/>
        </w:rPr>
        <w:t>3:53  to dekhiye, chup rehna jo hai, kya hai? ek bar main America ke ek safar mein tha, to</w:t>
      </w:r>
      <w:r>
        <w:br/>
      </w:r>
      <w:r>
        <w:rPr>
          <w:sz w:val="20"/>
        </w:rPr>
        <w:t>3:58  ek majlis mein main ne kuch baatein kaheen.</w:t>
      </w:r>
      <w:r>
        <w:br/>
      </w:r>
      <w:r>
        <w:rPr>
          <w:sz w:val="20"/>
        </w:rPr>
        <w:t>4:04  bohat se log is mein thay.</w:t>
      </w:r>
      <w:r>
        <w:br/>
      </w:r>
      <w:r>
        <w:rPr>
          <w:sz w:val="20"/>
        </w:rPr>
        <w:t>4:09  to ek aadmi tha jo bohat industrious tha, aur bohat bara is ka business tha computer ka.</w:t>
      </w:r>
      <w:r>
        <w:br/>
      </w:r>
      <w:r>
        <w:rPr>
          <w:sz w:val="20"/>
        </w:rPr>
        <w:t>4:14  woh chup tha, chup tha.</w:t>
      </w:r>
      <w:r>
        <w:br/>
      </w:r>
      <w:r>
        <w:rPr>
          <w:sz w:val="20"/>
        </w:rPr>
        <w:t>4:18  aur sab log jo thay, woh kuch na kuch bole.</w:t>
      </w:r>
      <w:r>
        <w:br/>
      </w:r>
      <w:r>
        <w:rPr>
          <w:sz w:val="20"/>
        </w:rPr>
        <w:t>4:23  woh aadmi chup raha.</w:t>
      </w:r>
      <w:r>
        <w:br/>
      </w:r>
      <w:r>
        <w:rPr>
          <w:sz w:val="20"/>
        </w:rPr>
        <w:t>4:27  logon ne bataya ke yeh computer industry mein is ka chatha number hai.</w:t>
      </w:r>
      <w:r>
        <w:br/>
      </w:r>
      <w:r>
        <w:rPr>
          <w:sz w:val="20"/>
        </w:rPr>
        <w:t>4:31  itna bara is ka karobar tha computer industry ka.</w:t>
      </w:r>
      <w:r>
        <w:br/>
      </w:r>
      <w:r>
        <w:rPr>
          <w:sz w:val="20"/>
        </w:rPr>
        <w:t>4:36  woh chup tha, chup tha, chup tha.</w:t>
      </w:r>
      <w:r>
        <w:br/>
      </w:r>
      <w:r>
        <w:rPr>
          <w:sz w:val="20"/>
        </w:rPr>
        <w:t>4:40  toh mein ne is aadmi se poocha ke aap sab log bolay aur aap nahi bolay? Kya baat hai?</w:t>
      </w:r>
      <w:r>
        <w:br/>
      </w:r>
      <w:r>
        <w:rPr>
          <w:sz w:val="20"/>
        </w:rPr>
        <w:t>4:44  toh us ne kaha ke jab mein bol raha hoon, is waqt mein seekh nahi raha hoon.</w:t>
      </w:r>
      <w:r>
        <w:br/>
      </w:r>
      <w:r>
        <w:rPr>
          <w:sz w:val="20"/>
        </w:rPr>
        <w:t>4:50  yaani bolna aap ki learning ko stop kar deta hai.</w:t>
      </w:r>
      <w:r>
        <w:br/>
      </w:r>
      <w:r>
        <w:rPr>
          <w:sz w:val="20"/>
        </w:rPr>
        <w:t>4:55  "When I am speaking, I am not learning." kyunki speaking jab karenge to aap ka andar jo</w:t>
      </w:r>
      <w:r>
        <w:br/>
      </w:r>
      <w:r>
        <w:rPr>
          <w:sz w:val="20"/>
        </w:rPr>
        <w:t>5:00  hai, woh bahar nikalenge.</w:t>
      </w:r>
      <w:r>
        <w:br/>
      </w:r>
      <w:r>
        <w:rPr>
          <w:sz w:val="20"/>
        </w:rPr>
        <w:t>5:05  learning toh hai ke jo bahar jo hai, us ko le aayen.</w:t>
      </w:r>
      <w:r>
        <w:br/>
      </w:r>
      <w:r>
        <w:rPr>
          <w:sz w:val="20"/>
        </w:rPr>
        <w:t>5:11  learning intake ka amal hai.</w:t>
      </w:r>
      <w:r>
        <w:br/>
      </w:r>
      <w:r>
        <w:rPr>
          <w:sz w:val="20"/>
        </w:rPr>
        <w:t>5:16  bahar se lene ka.</w:t>
      </w:r>
      <w:r>
        <w:br/>
      </w:r>
      <w:r>
        <w:rPr>
          <w:sz w:val="20"/>
        </w:rPr>
        <w:t>5:20  ab bolna yeh hai ke jo aap ka andar hai, woh bol rahe hain, woh bol rahe hain,</w:t>
      </w:r>
      <w:r>
        <w:br/>
      </w:r>
      <w:r>
        <w:rPr>
          <w:sz w:val="20"/>
        </w:rPr>
        <w:t>5:25  woh bol rahe hain.</w:t>
      </w:r>
      <w:r>
        <w:br/>
      </w:r>
      <w:r>
        <w:rPr>
          <w:sz w:val="20"/>
        </w:rPr>
        <w:t>5:29  toh aap ne apne ilm mein barhaya kya? Toh us ne kaha ke jab mein bolta hoon toh</w:t>
      </w:r>
      <w:r>
        <w:br/>
      </w:r>
      <w:r>
        <w:rPr>
          <w:sz w:val="20"/>
        </w:rPr>
        <w:t>5:34  mein seekh nahi raha hoon.</w:t>
      </w:r>
      <w:r>
        <w:br/>
      </w:r>
      <w:r>
        <w:rPr>
          <w:sz w:val="20"/>
        </w:rPr>
        <w:t>5:38  "When I am speaking, I am not learning." To kitni badi baat hai ke chup rehna aap ke</w:t>
      </w:r>
      <w:r>
        <w:br/>
      </w:r>
      <w:r>
        <w:rPr>
          <w:sz w:val="20"/>
        </w:rPr>
        <w:t>5:43  andar learning press, chup rehna aap ke andar learning process ko</w:t>
      </w:r>
    </w:p>
    <w:p>
      <w:pPr>
        <w:pStyle w:val="Heading2"/>
      </w:pPr>
      <w:r>
        <w:t>News triggers hadith about endless Muslim violence</w:t>
      </w:r>
    </w:p>
    <w:p>
      <w:r>
        <w:rPr>
          <w:color w:val="666666"/>
          <w:sz w:val="18"/>
        </w:rPr>
        <w:t>Ideology of Life December 29, 2013 Maulana Wahiduddin Khan · 4m 24s · at 0:45 · https://youtu.be/N5psCFw23MI?t=45</w:t>
      </w:r>
    </w:p>
    <w:p>
      <w:r>
        <w:rPr>
          <w:i/>
        </w:rPr>
        <w:t>“aaj mein ne akhbar dekha to us mein ek khabar thi”</w:t>
      </w:r>
    </w:p>
    <w:p>
      <w:r>
        <w:rPr>
          <w:sz w:val="20"/>
        </w:rPr>
        <w:t>0:45  aaj mein ne akhbar dekha to is mein aik khabar thi</w:t>
      </w:r>
      <w:r>
        <w:br/>
      </w:r>
      <w:r>
        <w:rPr>
          <w:sz w:val="20"/>
        </w:rPr>
        <w:t>0:54  jis se, jis ko mein kaha karta hoon ke mind trigger hota hai. jab mind trigger hota hai to aadmi ko</w:t>
      </w:r>
      <w:r>
        <w:br/>
      </w:r>
      <w:r>
        <w:rPr>
          <w:sz w:val="20"/>
        </w:rPr>
        <w:t>1:05  nai nai baatein samajh aati hain. to yeh bohat zaroori hai ke aap ka mind trigger ho. koi experience ko, kisi experience ki wajah se koi cheez parh kar ke, koi observation se.</w:t>
      </w:r>
      <w:r>
        <w:br/>
      </w:r>
      <w:r>
        <w:rPr>
          <w:sz w:val="20"/>
        </w:rPr>
        <w:t>1:22  jab tak aap ka mind trigger na ho to koi bari baat aap discover nahin kar paate. to dekhein aaj ki jo news hai, yaani 29 akhbar ka paper jo hai,</w:t>
      </w:r>
      <w:r>
        <w:br/>
      </w:r>
      <w:r>
        <w:rPr>
          <w:sz w:val="20"/>
        </w:rPr>
        <w:t>1:35  is mein ke qahira mein, yaani Egypt mein, muslim protesters ne wahan ki jo bohat hi purani university hai, alhazar university, us ki building mein aag laga di.</w:t>
      </w:r>
      <w:r>
        <w:br/>
      </w:r>
      <w:r>
        <w:rPr>
          <w:sz w:val="20"/>
        </w:rPr>
        <w:t>1:51  aur yeh sab Islamist hain. yaani yeh Islamist logon ne wahan par protest kiya aur alhazar university, jo bohat hi,</w:t>
      </w:r>
      <w:r>
        <w:br/>
      </w:r>
      <w:r>
        <w:rPr>
          <w:sz w:val="20"/>
        </w:rPr>
        <w:t>2:06  bohat hi bari university maani jati hai muslim world mein, to us ki building mein aag laga di. is se mera mind trigger hua ke aakhir aisa kyun?</w:t>
      </w:r>
      <w:r>
        <w:br/>
      </w:r>
      <w:r>
        <w:rPr>
          <w:sz w:val="20"/>
        </w:rPr>
        <w:t>2:17  saari duniya mein dekhein educational institutions ko bohat ziyada respect diya jata hai. saari duniya mein.</w:t>
      </w:r>
      <w:r>
        <w:br/>
      </w:r>
      <w:r>
        <w:rPr>
          <w:sz w:val="20"/>
        </w:rPr>
        <w:t>2:26  Europe, amreeka mein kabhi aap nahin sunen ge ke kisi ne protest ke liye university mein aag laga di. ke aisa kyun?</w:t>
      </w:r>
      <w:r>
        <w:br/>
      </w:r>
      <w:r>
        <w:rPr>
          <w:sz w:val="20"/>
        </w:rPr>
        <w:t>2:39  aisa kyun? yeh koi simple baat nahin hai, yeh bohat hi bari baat hai. to mujhe aik hadith yaad aayi, is hadith mein ab bohat ajeeb tor par is ka explanation milta hai.</w:t>
      </w:r>
      <w:r>
        <w:br/>
      </w:r>
      <w:r>
        <w:rPr>
          <w:sz w:val="20"/>
        </w:rPr>
        <w:t>2:56  aik hadith hai ke: "as a wazir safe of your ummati lam yurf'a anha hatta yoom al qiyamah" ke meri ummat mein jab talwar dakhil hogi to woh qayamat tak phir nikle gi nahin.</w:t>
      </w:r>
      <w:r>
        <w:br/>
      </w:r>
      <w:r>
        <w:rPr>
          <w:sz w:val="20"/>
        </w:rPr>
        <w:t>3:15  to mein ne socha ke aakhir talwar agar dakhil hogi to kyun qayamat tak chalti rahe gi, kyun? jaisa ke aap dekh rahe hain aap, yahi to hai.</w:t>
      </w:r>
      <w:r>
        <w:br/>
      </w:r>
      <w:r>
        <w:rPr>
          <w:sz w:val="20"/>
        </w:rPr>
        <w:t>3:28  kyun ke hamesha aisa hota hai dekhen ke larai ka ek had hoti hai. First World War ki ek had thi, Second World War ki ek had thi. ek had par ja kar khatm ho gayi.</w:t>
      </w:r>
      <w:r>
        <w:br/>
      </w:r>
      <w:r>
        <w:rPr>
          <w:sz w:val="20"/>
        </w:rPr>
        <w:t>3:40  ya musalmanon mein kyun aisa hoga ke talwar chalti hi rahe gi, chalti hi rahe gi. is ko kehte hain justified militancy, justified violence.</w:t>
      </w:r>
      <w:r>
        <w:br/>
      </w:r>
      <w:r>
        <w:rPr>
          <w:sz w:val="20"/>
        </w:rPr>
        <w:t>3:58  yani musalmanon mein yeh yeh yeh prediction tha rasool Allah sal Allah alaih wasallam ka ke musalmanon mein ek ek ideology develop kare gi, system based ideology.</w:t>
      </w:r>
      <w:r>
        <w:br/>
      </w:r>
      <w:r>
        <w:rPr>
          <w:sz w:val="20"/>
        </w:rPr>
        <w:t>4:11  yani musalman yeh samajh len ke hamein dunya mein islami nizam qaim karna hai.</w:t>
      </w:r>
      <w:r>
        <w:br/>
      </w:r>
      <w:r>
        <w:rPr>
          <w:sz w:val="20"/>
        </w:rPr>
        <w:t>4:18  yani that was an innovation. yeh Islam mein kahin aisa nahi hai ke hamari duty hai ke hum dunya mein islami hukumat qaim karen. yeh aisi aisa kahin nahi hai.</w:t>
      </w:r>
      <w:r>
        <w:br/>
      </w:r>
      <w:r>
        <w:rPr>
          <w:sz w:val="20"/>
        </w:rPr>
        <w:t>4:30  to yeh prediction tha ke ek daur aayega ke musalmanon mein yeh zehan banega.</w:t>
      </w:r>
      <w:r>
        <w:br/>
      </w:r>
      <w:r>
        <w:rPr>
          <w:sz w:val="20"/>
        </w:rPr>
        <w:t>4:39  to is ke baad kya karenge woh? jab woh chahenge ke islami hukumat qaim karen to koi na koi tarjeeh qaim hogi. to is ko hatana hai, is ko depose karna hai, is ko overthrow karna hai.</w:t>
      </w:r>
      <w:r>
        <w:br/>
      </w:r>
      <w:r>
        <w:rPr>
          <w:sz w:val="20"/>
        </w:rPr>
        <w:t>4:52  to woh to hate ga nahi marzi se apni, to violence karenge. that is justified violence. yani insaaf qaim karne ke liye, justice qaim karne ke liye, islami hukumat qaim karne ke liye, Khuda ki hukumat qaim karne ke liye.</w:t>
      </w:r>
    </w:p>
    <w:p>
      <w:pPr>
        <w:pStyle w:val="Heading2"/>
      </w:pPr>
      <w:r>
        <w:t>Prophet's food preferences were ethical compliments</w:t>
      </w:r>
    </w:p>
    <w:p>
      <w:r>
        <w:rPr>
          <w:color w:val="666666"/>
          <w:sz w:val="18"/>
        </w:rPr>
        <w:t>What is Sunnah | June 02, 2008 · 5m 39s · at 45:00 · https://youtu.be/RHfm7wuEMEM?t=2700</w:t>
      </w:r>
    </w:p>
    <w:p>
      <w:r>
        <w:rPr>
          <w:i/>
        </w:rPr>
        <w:t>“The Prophet liked pumpkin very much.”</w:t>
      </w:r>
    </w:p>
    <w:p>
      <w:r>
        <w:rPr>
          <w:sz w:val="20"/>
        </w:rPr>
        <w:t>45:00  tha aap ka tareeqa.</w:t>
      </w:r>
      <w:r>
        <w:br/>
      </w:r>
      <w:r>
        <w:rPr>
          <w:sz w:val="20"/>
        </w:rPr>
        <w:t>45:07  jo tareeqa aap ne chhoda hai, usi tareeqe ko pakadein tab woh sunnat hoga, warna sunnat nahi hoga.</w:t>
      </w:r>
      <w:r>
        <w:br/>
      </w:r>
      <w:r>
        <w:rPr>
          <w:sz w:val="20"/>
        </w:rPr>
        <w:t>45:15  to aaj kal mein dekhta hoon ke khud hi khud log kehte hain ke sunnat hai.</w:t>
      </w:r>
      <w:r>
        <w:br/>
      </w:r>
      <w:r>
        <w:rPr>
          <w:sz w:val="20"/>
        </w:rPr>
        <w:t>45:22  aise hi aap ne suna hoga kehte hain ke rasool Allah ko meetha bohat pasand tha, ras</w:t>
      </w:r>
      <w:r>
        <w:br/>
      </w:r>
      <w:r>
        <w:rPr>
          <w:sz w:val="20"/>
        </w:rPr>
        <w:t>45:30  ool Allah ko loki bohat pasand thi, loka rasool Allah ko gosht bohat pasand tha.</w:t>
      </w:r>
      <w:r>
        <w:br/>
      </w:r>
      <w:r>
        <w:rPr>
          <w:sz w:val="20"/>
        </w:rPr>
        <w:t>45:38  to is ki dhoom machate hain, is ko pakate hain, khate hain ke rasool Allah ka pasandeeda khana,</w:t>
      </w:r>
      <w:r>
        <w:br/>
      </w:r>
      <w:r>
        <w:rPr>
          <w:sz w:val="20"/>
        </w:rPr>
        <w:t>45:46  rasool Allah ki pasand ka khana.</w:t>
      </w:r>
      <w:r>
        <w:br/>
      </w:r>
      <w:r>
        <w:rPr>
          <w:sz w:val="20"/>
        </w:rPr>
        <w:t>45:54  to mein ne is par hadeeson ko parha to mein ne paya ke hadeeson mein aisa hai ke</w:t>
      </w:r>
      <w:r>
        <w:br/>
      </w:r>
      <w:r>
        <w:rPr>
          <w:sz w:val="20"/>
        </w:rPr>
        <w:t>46:02  yeh yeh hadeesein sab madine se talluq rakhti hain, makkah se nahin.</w:t>
      </w:r>
      <w:r>
        <w:br/>
      </w:r>
      <w:r>
        <w:rPr>
          <w:sz w:val="20"/>
        </w:rPr>
        <w:t>46:08  is qism ki hadeesein jo hain to madine mein jitne bhi khane the, sab ke baray mein hai</w:t>
      </w:r>
      <w:r>
        <w:br/>
      </w:r>
      <w:r>
        <w:rPr>
          <w:sz w:val="20"/>
        </w:rPr>
        <w:t>46:14  ke rasool Allah ko pasand tha.</w:t>
      </w:r>
      <w:r>
        <w:br/>
      </w:r>
      <w:r>
        <w:rPr>
          <w:sz w:val="20"/>
        </w:rPr>
        <w:t>46:20  yeh mislan madine mein khajoor hoti thi ya roti hoti thi ya zaitoon ka tail hota tha ya</w:t>
      </w:r>
      <w:r>
        <w:br/>
      </w:r>
      <w:r>
        <w:rPr>
          <w:sz w:val="20"/>
        </w:rPr>
        <w:t>46:26  gosht hota tha, is tarah ki kuch cheezein bilkul saada</w:t>
      </w:r>
      <w:r>
        <w:br/>
      </w:r>
      <w:r>
        <w:rPr>
          <w:sz w:val="20"/>
        </w:rPr>
        <w:t>46:32  qism ki, wali jaise aisa nahi jaise ke aaj kal hamare haan hota hai, bilkul saada. mislan in ka gosht kya hota tha? na use masala, na tel, na kuch, aise bhun liya aur kha liya. to phir main ne socha ke agar rasool Allah ko sab cheez pasand thi to pasand to kisi ek cheez ki hoti hai, sab cheez pasand ho to pasand hi nahi hai. phir to phir main ne waqeyat ko jab padha to mujhe</w:t>
      </w:r>
      <w:r>
        <w:br/>
      </w:r>
      <w:r>
        <w:rPr>
          <w:sz w:val="20"/>
        </w:rPr>
        <w:t>47:02  samajh mein aaya ke asal mein jab rasool Allah hijrat kar ke madina gaye to wahan par back</w:t>
      </w:r>
      <w:r>
        <w:br/>
      </w:r>
      <w:r>
        <w:rPr>
          <w:sz w:val="20"/>
        </w:rPr>
        <w:t>47:08  waqt bohat se log aa gaye the, wahan par abadi barh gayi aur wahan par jo zarraye the</w:t>
      </w:r>
      <w:r>
        <w:br/>
      </w:r>
      <w:r>
        <w:rPr>
          <w:sz w:val="20"/>
        </w:rPr>
        <w:t>47:14  woh kam the.</w:t>
      </w:r>
      <w:r>
        <w:br/>
      </w:r>
      <w:r>
        <w:rPr>
          <w:sz w:val="20"/>
        </w:rPr>
        <w:t>47:20  to logon ko mushkilat pesh aati thin, kai baar khana nahin milta tha.</w:t>
      </w:r>
      <w:r>
        <w:br/>
      </w:r>
      <w:r>
        <w:rPr>
          <w:sz w:val="20"/>
        </w:rPr>
        <w:t>47:26  khud rasool Allah ko kai baar aisa hota tha ke khana nahin khaya aap ne.</w:t>
      </w:r>
      <w:r>
        <w:br/>
      </w:r>
      <w:r>
        <w:rPr>
          <w:sz w:val="20"/>
        </w:rPr>
        <w:t>47:33  to aisa hota tha ke yeh ziyada tar ansar ke sath hota tha.</w:t>
      </w:r>
      <w:r>
        <w:br/>
      </w:r>
      <w:r>
        <w:rPr>
          <w:sz w:val="20"/>
        </w:rPr>
        <w:t>47:38  aik ansar un ko kehte hain jo madine ke local log the, yani ke jo madine ke pehle</w:t>
      </w:r>
      <w:r>
        <w:br/>
      </w:r>
      <w:r>
        <w:rPr>
          <w:sz w:val="20"/>
        </w:rPr>
        <w:t>47:43  se reh rahe the.</w:t>
      </w:r>
      <w:r>
        <w:br/>
      </w:r>
      <w:r>
        <w:rPr>
          <w:sz w:val="20"/>
        </w:rPr>
        <w:t>47:48  ab aik ansari ko maloom hua ke rasool Allah jo hain, unhon ne khana nahin khaya hai to</w:t>
      </w:r>
      <w:r>
        <w:br/>
      </w:r>
      <w:r>
        <w:rPr>
          <w:sz w:val="20"/>
        </w:rPr>
        <w:t>47:53  aaye woh aap ke paas ke chaliye mere haan khana kha lijiyey.</w:t>
      </w:r>
      <w:r>
        <w:br/>
      </w:r>
      <w:r>
        <w:rPr>
          <w:sz w:val="20"/>
        </w:rPr>
        <w:t>47:58  ab rasool Allah ke sath</w:t>
      </w:r>
      <w:r>
        <w:br/>
      </w:r>
      <w:r>
        <w:rPr>
          <w:sz w:val="20"/>
        </w:rPr>
        <w:t>48:03  aur bhi ek do sahabi the, muhajir, un ko le ke gaya apne ghar. to wahan koi takalluf nahi karte the woh log, yani apne ghar mein batate bhi nahi the ke hum rasool Allah ko la rahe hain khana khilane ke liye. aise hi bas le ke chale gaye. be takalluf wahan gaye to bithaya aap ko ghar mein, gaye biwi se kaha ke dekho rasool Allah aaye hain, falan falan log aaye hain, un ko khana khilana hai. ab biwi kehti hai ke aap bataye kuch nahi, aap ne yahan to kuch bhi nahi hai, yeh</w:t>
      </w:r>
      <w:r>
        <w:br/>
      </w:r>
      <w:r>
        <w:rPr>
          <w:sz w:val="20"/>
        </w:rPr>
        <w:t>48:33  han to khali roti hai, yahan to khali thoda sa zaitoon ka tel hai, yahan to thodi si khajoor hai, yahan to thoda sa doodh hai. to kaha jo hai wohi lao, wohi jo hai wohi de do. ab aap le aaye to aap ne dekh kar aap sari situation aap zahir hai ke padh li thi aap ne. to aap un ne kaha ke yeh to bada achha khana hai, bhai zaitoon to bada achha salan hai, roti to badi achhi cheez hai khane ki, khajoor to bahut achhi chee</w:t>
      </w:r>
      <w:r>
        <w:br/>
      </w:r>
      <w:r>
        <w:rPr>
          <w:sz w:val="20"/>
        </w:rPr>
        <w:t>49:03  yaz hai.</w:t>
      </w:r>
      <w:r>
        <w:br/>
      </w:r>
      <w:r>
        <w:rPr>
          <w:sz w:val="20"/>
        </w:rPr>
        <w:t>49:08  yeh karte the aap is ki sharmindagi ko mitane ke liye jo apne ghar le gaya tha ke</w:t>
      </w:r>
      <w:r>
        <w:br/>
      </w:r>
      <w:r>
        <w:rPr>
          <w:sz w:val="20"/>
        </w:rPr>
        <w:t>49:13  jo apne ghar le gaya hota tha, woh sochta tha ke bhai mein laya aur ghar mein to</w:t>
      </w:r>
      <w:r>
        <w:br/>
      </w:r>
      <w:r>
        <w:rPr>
          <w:sz w:val="20"/>
        </w:rPr>
        <w:t>49:18  kuch hai nahi khilany ke liye, koi mamooli si cheez hai.</w:t>
      </w:r>
      <w:r>
        <w:br/>
      </w:r>
      <w:r>
        <w:rPr>
          <w:sz w:val="20"/>
        </w:rPr>
        <w:t>49:23  to wo sharm ke sath wo la kar rakha us ne bahir.</w:t>
      </w:r>
      <w:r>
        <w:br/>
      </w:r>
      <w:r>
        <w:rPr>
          <w:sz w:val="20"/>
        </w:rPr>
        <w:t>49:29  to aap is ki sharmindagi ko mitany ke liye kehty thy ke bohat acha khana hai, bohat acha khana hai.</w:t>
      </w:r>
      <w:r>
        <w:br/>
      </w:r>
      <w:r>
        <w:rPr>
          <w:sz w:val="20"/>
        </w:rPr>
        <w:t>49:34  to sach poochen, ye jo aap ne kaha madine mein chand bar kisi khany ko dekh kar ke</w:t>
      </w:r>
      <w:r>
        <w:br/>
      </w:r>
      <w:r>
        <w:rPr>
          <w:sz w:val="20"/>
        </w:rPr>
        <w:t>49:40  ye bohat acha khana hai, to ye aap ne apni pasand ko nahi bataya.</w:t>
      </w:r>
      <w:r>
        <w:br/>
      </w:r>
      <w:r>
        <w:rPr>
          <w:sz w:val="20"/>
        </w:rPr>
        <w:t>49:47  ye akhlaqi kalma tha, akhlaqi pasand ka kalma nahi tha.</w:t>
      </w:r>
      <w:r>
        <w:br/>
      </w:r>
      <w:r>
        <w:rPr>
          <w:sz w:val="20"/>
        </w:rPr>
        <w:t>49:53  wo dosry ki izzat rakhna, dosry ki sharmindagi ko mitana.</w:t>
      </w:r>
      <w:r>
        <w:br/>
      </w:r>
      <w:r>
        <w:rPr>
          <w:sz w:val="20"/>
        </w:rPr>
        <w:t>49:59  to isi ke liye main kehta hoon ke akhlaqi kalma tha, ye ke pasand ka kalma tha hi nahi.</w:t>
      </w:r>
      <w:r>
        <w:br/>
      </w:r>
      <w:r>
        <w:rPr>
          <w:sz w:val="20"/>
        </w:rPr>
        <w:t>50:06  ab is ko ly kar log dhoom machaty hain ke rasool Allah ko falan cheez pasand thi, ab</w:t>
      </w:r>
      <w:r>
        <w:br/>
      </w:r>
      <w:r>
        <w:rPr>
          <w:sz w:val="20"/>
        </w:rPr>
        <w:t>50:10  is ko pakaao.</w:t>
      </w:r>
      <w:r>
        <w:br/>
      </w:r>
      <w:r>
        <w:rPr>
          <w:sz w:val="20"/>
        </w:rPr>
        <w:t>50:14  ab pakta hai aur dhoom machati hai aur log aty hain khana khany ke liye ke rasool Allah</w:t>
      </w:r>
      <w:r>
        <w:br/>
      </w:r>
      <w:r>
        <w:rPr>
          <w:sz w:val="20"/>
        </w:rPr>
        <w:t>50:18  ko pasand khana.</w:t>
      </w:r>
      <w:r>
        <w:br/>
      </w:r>
      <w:r>
        <w:rPr>
          <w:sz w:val="20"/>
        </w:rPr>
        <w:t>50:23  ye sab jo hai, achy se samajh lijiye ke hum agar kisi cheez ko keh dein ke rasool</w:t>
      </w:r>
      <w:r>
        <w:br/>
      </w:r>
      <w:r>
        <w:rPr>
          <w:sz w:val="20"/>
        </w:rPr>
        <w:t>50:27  Allah ko pasand khana hai to ye aisa nahi ho jay ga.</w:t>
      </w:r>
      <w:r>
        <w:br/>
      </w:r>
      <w:r>
        <w:rPr>
          <w:sz w:val="20"/>
        </w:rPr>
        <w:t>50:31  rasool Allah is liye nahi aty duniya mein ke pasand khana batayen, pasand ka khana batany ke liye</w:t>
      </w:r>
      <w:r>
        <w:br/>
      </w:r>
      <w:r>
        <w:rPr>
          <w:sz w:val="20"/>
        </w:rPr>
        <w:t>50:35  nahi aty thy.</w:t>
      </w:r>
    </w:p>
    <w:p>
      <w:pPr>
        <w:pStyle w:val="Heading2"/>
      </w:pPr>
      <w:r>
        <w:t>Aisha's deep scholarship in Quran and Hadith</w:t>
      </w:r>
    </w:p>
    <w:p>
      <w:r>
        <w:rPr>
          <w:color w:val="666666"/>
          <w:sz w:val="18"/>
        </w:rPr>
        <w:t>The Living Tradition: Why Hadith Matters in Islam?</w:t>
        <w:br/>
        <w:t>December 8, 2024 · 4m 39s · at 57:53 · https://youtu.be/2w9-vnnJBeY?t=3473</w:t>
      </w:r>
    </w:p>
    <w:p>
      <w:r>
        <w:rPr>
          <w:i/>
        </w:rPr>
        <w:t>“The most famous name here is Aisha”</w:t>
      </w:r>
    </w:p>
    <w:p>
      <w:r>
        <w:rPr>
          <w:sz w:val="20"/>
        </w:rPr>
        <w:t>57:53  bas is mein yeh hai ke sab se mashhoor Hazrat Aisha ka naam hai, kyun ke un un ke upar bohat sari kitabein likhi gayi hain. aur unhone yeh log jo the, full time unhone apne aap ko dedicate kar diya tha.</w:t>
      </w:r>
      <w:r>
        <w:br/>
      </w:r>
      <w:r>
        <w:rPr>
          <w:sz w:val="20"/>
        </w:rPr>
        <w:t>58:07  aur Hazrat Aisha chunke bohat hi zyada zaheen theen aur bohat hi akhaz un ka zehn tha, to woh baaton ko bohat gehrai se pakad leti theen.</w:t>
      </w:r>
      <w:r>
        <w:br/>
      </w:r>
      <w:r>
        <w:rPr>
          <w:sz w:val="20"/>
        </w:rPr>
        <w:t>58:16  to sirf riwayat hi nahi, balkeh woh explain karti theen. woh bohat sari aisi cheezein unhone explain ki hain ke jo doosre log nahi kar pa</w:t>
      </w:r>
      <w:r>
        <w:br/>
      </w:r>
      <w:r>
        <w:rPr>
          <w:sz w:val="20"/>
        </w:rPr>
        <w:t>58:25  aye the. Hazrat Aisha ne 2210 un ki riwayatein hain. to riwayaton se bohat zyada jo important hai, un ka in hadithon ki tashreeh aur masail ka istinbat, masail se jo infer kiya hai, unhone gehre gehre mani to woh bohat important hain.</w:t>
      </w:r>
      <w:r>
        <w:br/>
      </w:r>
      <w:r>
        <w:rPr>
          <w:sz w:val="20"/>
        </w:rPr>
        <w:t>58:43  yahan to Maulana bar bar is ke hawale diye hain. to misal ke taur par ek sawal kisi ne un se poocha ke log jo hain, ek raat mein do do, teen teen bar Quran ko hi padh lete hain.</w:t>
      </w:r>
      <w:r>
        <w:br/>
      </w:r>
      <w:r>
        <w:rPr>
          <w:sz w:val="20"/>
        </w:rPr>
        <w:t>58:55  to unhone kaha: "ula'ika qara'u wa lam yaqra'u" unhone padha lekin nahi padha. yani jo unhone rasool Allah sal-lal-lahu alaihi wasallam se samjha tha ke Quran mein tadabbur zar</w:t>
      </w:r>
      <w:r>
        <w:br/>
      </w:r>
      <w:r>
        <w:rPr>
          <w:sz w:val="20"/>
        </w:rPr>
        <w:t>59:07  uri hai, khali recitation nahi. is ka to ek part hai recitation. asal jo hai, tadabbur se is ki spirit hamare upar wazeh hoti hai.</w:t>
      </w:r>
      <w:r>
        <w:br/>
      </w:r>
      <w:r>
        <w:rPr>
          <w:sz w:val="20"/>
        </w:rPr>
        <w:t>59:17  to isi tarah se rasool Allah sal-lal-lahu alaihi wasallam ki yeh baat pakdi ke jab bhi koi faisla karna hota to aap harder option pe nahi jaate, balkeh easier option pe jaate.</w:t>
      </w:r>
      <w:r>
        <w:br/>
      </w:r>
      <w:r>
        <w:rPr>
          <w:sz w:val="20"/>
        </w:rPr>
        <w:t>59:28  ikhtiyar aysar, ikhtiyar aathir. misal ke taur par hijrat jab aap ne ki to aap wahin par jang bhi kar sakte the, lekin aap ne yeh faisla kiya ke hijrat karein khamoshi se, kyun ke apne aap ko save karna hai, apne aap bohat zyada kaam karna hai.</w:t>
      </w:r>
      <w:r>
        <w:br/>
      </w:r>
      <w:r>
        <w:rPr>
          <w:sz w:val="20"/>
        </w:rPr>
        <w:t>59:46  khali jang karna thodi hai. jang to sirf us waqt hoti hai jab bilkul hi naguzir ho jaye, defense ke mauqe ho jaye, aur woh bhi naguzir ho jaye.</w:t>
      </w:r>
      <w:r>
        <w:br/>
      </w:r>
      <w:r>
        <w:rPr>
          <w:sz w:val="20"/>
        </w:rPr>
        <w:t>59:56  warna hamesha aap jang ko avoid karte rahein.</w:t>
      </w:r>
      <w:r>
        <w:br/>
      </w:r>
      <w:r>
        <w:rPr>
          <w:sz w:val="20"/>
        </w:rPr>
        <w:t>59:59  isi tarah sulah Hudaybiyyah aap ne ki, wahan bhi jang ke bilkul mauqe the, lekin aap ne dushman ki tamam sharton ko accept kar ke sulah kar li.</w:t>
      </w:r>
      <w:r>
        <w:br/>
      </w:r>
      <w:r>
        <w:rPr>
          <w:sz w:val="20"/>
        </w:rPr>
        <w:t>1:00:11  to isi tarah log kehte hain ke Miraj mein rasool Allah sal-lal-lahu alaihi wasallam ne Khuda ko dekha, aap ne kaha: "yeh bilkul galat hai." balkeh us zamane mein sahaba ke upar jo tanqideen hoti theen, woh bura bilkul nahi mante the, kyun ke koi bhi Khuda ko nahi dekh sakta hai.</w:t>
      </w:r>
      <w:r>
        <w:br/>
      </w:r>
      <w:r>
        <w:rPr>
          <w:sz w:val="20"/>
        </w:rPr>
        <w:t>1:00:29  to khuda ek baar hazrat jibril alaihi assalam ki jo ek baar kisi ne poocha ke dunya mein jo sab se achi jagah kaun hai aur sab se buri jagah kaun hai, to rasool allah salallahu alaihi wasallam ne kaha ke "main jibril aayenge to un se pooch ke bata doonga." to hazrat jibril jab aaye to poocha, to unhon ne kaha: "to mujhe bhi nahi maloom, main khuda se poochhoonga."</w:t>
      </w:r>
      <w:r>
        <w:br/>
      </w:r>
      <w:r>
        <w:rPr>
          <w:sz w:val="20"/>
        </w:rPr>
        <w:t>1:00:53  to woh gaye khuda se poochne ke liye. to kehte hain ke ek hazaar noorani pardon ka distance tha. kaha jab hazrat jibril alaihi assalam ne bhi khuda ko is tarah nahi dekha jaise hum aankh se sab cheezein dekhte hain, to phir unhon ne bataya ke sab se achi cheez jo hai, woh masjid hai.</w:t>
      </w:r>
      <w:r>
        <w:br/>
      </w:r>
      <w:r>
        <w:rPr>
          <w:sz w:val="20"/>
        </w:rPr>
        <w:t>1:01:12  sab se achi jagah masjid hai aur sab se buri jagah shopping centers hain.</w:t>
      </w:r>
      <w:r>
        <w:br/>
      </w:r>
      <w:r>
        <w:rPr>
          <w:sz w:val="20"/>
        </w:rPr>
        <w:t>1:01:18  to masjid to ab to waise hi achi rahi nahi. wahan pehle to sirf wahan par ibadat hoti thi aur mazhabi baatein hoti thi.</w:t>
      </w:r>
      <w:r>
        <w:br/>
      </w:r>
      <w:r>
        <w:rPr>
          <w:sz w:val="20"/>
        </w:rPr>
        <w:t>1:01:26  ab to wahan bhi politics waghera sab chalti hai. behal is zamane ke lehaz se to isi tarah se ek baar hazrat aisha se kisi ne kaha ke "is islam badshagooni teen cheezon mein hai: aurat, ghoda aur ghar mein."</w:t>
      </w:r>
      <w:r>
        <w:br/>
      </w:r>
      <w:r>
        <w:rPr>
          <w:sz w:val="20"/>
        </w:rPr>
        <w:t>1:01:45  to hazrat aisha ne kaha: "bilkul galat, tum ne poori baat suni nahi." to woh tha ke door jahiliyat mein, yaani islam se pehle, arab aisa samajhte the ke islam mein to auraton ko bilkul barabar ka darja diya gaya hai.</w:t>
      </w:r>
      <w:r>
        <w:br/>
      </w:r>
      <w:r>
        <w:rPr>
          <w:sz w:val="20"/>
        </w:rPr>
        <w:t>1:02:00  to is tarah se unhon ne deeper level par islam ko samjha aur taqreeban pachas baras tak woh kaam karti rah</w:t>
      </w:r>
      <w:r>
        <w:br/>
      </w:r>
      <w:r>
        <w:rPr>
          <w:sz w:val="20"/>
        </w:rPr>
        <w:t>1:02:08  in. un ke bahut saare shagird the, yahan tak ke jinnats bhi, sahaba bhi, un ke paas jaate the jab un ko koi baat samajh mein nahi aati thi.</w:t>
      </w:r>
      <w:r>
        <w:br/>
      </w:r>
      <w:r>
        <w:rPr>
          <w:sz w:val="20"/>
        </w:rPr>
        <w:t>1:02:17  to un ke paas jaate the aur woh kehte the: "wahan hum ko ilm milta hai." to yeh bahut sari misalein jo hain, aurat mein hamare insaniyat aur khatoon islam mein aap aap ko mil sak mil jayegi.</w:t>
      </w:r>
    </w:p>
    <w:p>
      <w:pPr>
        <w:pStyle w:val="Heading2"/>
      </w:pPr>
      <w:r>
        <w:t>Concept of Dajjal and Mahdi in Islam</w:t>
      </w:r>
    </w:p>
    <w:p>
      <w:r>
        <w:rPr>
          <w:color w:val="666666"/>
          <w:sz w:val="18"/>
        </w:rPr>
        <w:t>Warnings of Doomsday February 4, 2007 · 5m 24s · at 0:28 · https://youtu.be/VT0BnPl_-zc?t=28</w:t>
      </w:r>
    </w:p>
    <w:p>
      <w:r>
        <w:rPr>
          <w:i/>
        </w:rPr>
        <w:t>“Aap ko yaad hai ke pichle Friday ki class mein maine topic liya tha”</w:t>
      </w:r>
    </w:p>
    <w:p>
      <w:r>
        <w:rPr>
          <w:sz w:val="20"/>
        </w:rPr>
        <w:t>0:28  aap ko yaad hai ke pichle Friday ki class mein maine topic liya tha "the concept of dajjal and mehdi in Islam".</w:t>
      </w:r>
      <w:r>
        <w:br/>
      </w:r>
      <w:r>
        <w:rPr>
          <w:sz w:val="20"/>
        </w:rPr>
        <w:t>0:44  to is mein maine bataya tha ke poori history mein do trend ya do culture chalte rahe hain:</w:t>
      </w:r>
      <w:r>
        <w:br/>
      </w:r>
      <w:r>
        <w:rPr>
          <w:sz w:val="20"/>
        </w:rPr>
        <w:t>0:58  ek tha ya hai spiritualism, aur doosra hai materialism. To aap ko maloom hai ke Zarathustra ne, jo Parsi mazhab ke founder the,</w:t>
      </w:r>
      <w:r>
        <w:br/>
      </w:r>
      <w:r>
        <w:rPr>
          <w:sz w:val="20"/>
        </w:rPr>
        <w:t>1:17  unhone do Khuda ka concept diya tha ke do Khuda hain: Yazdan aur Ahriman.</w:t>
      </w:r>
      <w:r>
        <w:br/>
      </w:r>
      <w:r>
        <w:rPr>
          <w:sz w:val="20"/>
        </w:rPr>
        <w:t>1:26  aur unhone kaha tha ke "the world is a perpetual battleground of evil and good forces".</w:t>
      </w:r>
      <w:r>
        <w:br/>
      </w:r>
      <w:r>
        <w:rPr>
          <w:sz w:val="20"/>
        </w:rPr>
        <w:t>1:40  main samajhta hoon ke yeh baat sahi nahi hai. Sahi baat yeh hai ke Khuda ne jo banai yeh duniya, to is mein is tarah banaya Khuda ne ke ek taraf spiritualism hai aur doosri taraf materialism hai.</w:t>
      </w:r>
      <w:r>
        <w:br/>
      </w:r>
      <w:r>
        <w:rPr>
          <w:sz w:val="20"/>
        </w:rPr>
        <w:t>1:55  spiritualism se meri murad koi mysterious cheez nahi hai, yeh wohi cheez hai jis ko hum kehte hain Khuda ka bataya hua religion.</w:t>
      </w:r>
      <w:r>
        <w:br/>
      </w:r>
      <w:r>
        <w:rPr>
          <w:sz w:val="20"/>
        </w:rPr>
        <w:t>2:07  to yeh dono, dono yeh stream history mein chalte rahe hain kyunke duniya aap jante hain ke test ke liye hai.</w:t>
      </w:r>
      <w:r>
        <w:br/>
      </w:r>
      <w:r>
        <w:rPr>
          <w:sz w:val="20"/>
        </w:rPr>
        <w:t>2:19  to materialism ka jo culmination hai, isi ko kehte hain dajjal. Yani materialism ka represent karta hai Satan,</w:t>
      </w:r>
      <w:r>
        <w:br/>
      </w:r>
      <w:r>
        <w:rPr>
          <w:sz w:val="20"/>
        </w:rPr>
        <w:t>2:34  aur scientific era mein ya industrial era mein jo development hua, jo progress hui, aur available material barh gaya bohat zyada, to</w:t>
      </w:r>
      <w:r>
        <w:br/>
      </w:r>
      <w:r>
        <w:rPr>
          <w:sz w:val="20"/>
        </w:rPr>
        <w:t>2:50  naye naye possibilities samne aayin dono stream ke liye, dono ke liye. To dajjal jo hai, woh hoga culmination material culture ka,</w:t>
      </w:r>
      <w:r>
        <w:br/>
      </w:r>
      <w:r>
        <w:rPr>
          <w:sz w:val="20"/>
        </w:rPr>
        <w:t>3:07  aur mehdi jo hai, woh culmination hoga spiritual culture ka. Yeh main is se pehle arz kiya tha. To</w:t>
      </w:r>
      <w:r>
        <w:br/>
      </w:r>
      <w:r>
        <w:rPr>
          <w:sz w:val="20"/>
        </w:rPr>
        <w:t>3:22  yeh dono cheezen, jaisa ke hadith mein aaya hai, maine arz kiya tha ke hadith mein bohat sari woh hain predictions hain qayamat se pehle ki, yaani dooms day ke pehle ki.</w:t>
      </w:r>
      <w:r>
        <w:br/>
      </w:r>
      <w:r>
        <w:rPr>
          <w:sz w:val="20"/>
        </w:rPr>
        <w:t>3:41  to yeh isi mein se hai jisko jo thinkers kehte rahe hain "end of the history".</w:t>
      </w:r>
      <w:r>
        <w:br/>
      </w:r>
      <w:r>
        <w:rPr>
          <w:sz w:val="20"/>
        </w:rPr>
        <w:t>3:53  to saare log yeh mante rahe hain ke history ka ek end hoga, aur religion bhi maana gaya hai usko. to aakhri zamane mein, jis ko hum kehte hain qayamat se pehle,</w:t>
      </w:r>
      <w:r>
        <w:br/>
      </w:r>
      <w:r>
        <w:rPr>
          <w:sz w:val="20"/>
        </w:rPr>
        <w:t>4:10  Dajjal bhi zahir hoga aur Mahdi bhi zahir honge, dono. to dekhen, Dajjal jo hai aur Mahdi jo hai, dono ki pehchan kya hogi?</w:t>
      </w:r>
      <w:r>
        <w:br/>
      </w:r>
      <w:r>
        <w:rPr>
          <w:sz w:val="20"/>
        </w:rPr>
        <w:t>4:21  sab se bari baat yeh jaanna hai ke Dajjal ki pehchan kya hai aur Mahdi ki pehchan kya hai.</w:t>
      </w:r>
      <w:r>
        <w:br/>
      </w:r>
      <w:r>
        <w:rPr>
          <w:sz w:val="20"/>
        </w:rPr>
        <w:t>4:29  Dajjal ka matlab hota hai "great deceiver", bohat ziyada bara farebi. to Dajjal bohat hi beautiful ideologies pesh karega, beautiful ideology,</w:t>
      </w:r>
      <w:r>
        <w:br/>
      </w:r>
      <w:r>
        <w:rPr>
          <w:sz w:val="20"/>
        </w:rPr>
        <w:t>4:46  beautiful nazariyat.</w:t>
      </w:r>
      <w:r>
        <w:br/>
      </w:r>
      <w:r>
        <w:rPr>
          <w:sz w:val="20"/>
        </w:rPr>
        <w:t>4:54  woh uski pehchan kya hogi? pehchan hogi result. result, result ko dekh kar aap samjhenge ke yeh Dajali ideology hai ya nahi hai.</w:t>
      </w:r>
      <w:r>
        <w:br/>
      </w:r>
      <w:r>
        <w:rPr>
          <w:sz w:val="20"/>
        </w:rPr>
        <w:t>5:06  aur Mahdi jo hai, woh isi ko expose karega, uski beautiful ideology, jisko jo logon ko bohat ziyada dhoke mein daal degi.</w:t>
      </w:r>
      <w:r>
        <w:br/>
      </w:r>
      <w:r>
        <w:rPr>
          <w:sz w:val="20"/>
        </w:rPr>
        <w:t>5:18  bohat se log iski bheed ki bheed chal padegi Dajjal ke peeche, uski ideological beauty ki wajah se. to Mahdi ka kaam hoga usko expose karna.</w:t>
      </w:r>
      <w:r>
        <w:br/>
      </w:r>
      <w:r>
        <w:rPr>
          <w:sz w:val="20"/>
        </w:rPr>
        <w:t>5:30  to main aap ko ek pehchan batata hoon ke pehchan hoga result. to maine arz kiya tha ke is zamane mein dekhen, religion mein bhi aur secular shobon mein bhi, dono mein Dajali nazariyat, Dajali thought zahir hue.</w:t>
      </w:r>
    </w:p>
    <w:p>
      <w:pPr>
        <w:pStyle w:val="Heading2"/>
      </w:pPr>
      <w:r>
        <w:t>How Galileo's dualism split quality from quantity, erasing values</w:t>
      </w:r>
    </w:p>
    <w:p>
      <w:r>
        <w:rPr>
          <w:color w:val="666666"/>
          <w:sz w:val="18"/>
        </w:rPr>
        <w:t>Dajjal and Dajjalism July 26, 2009 · 5m 05s · at 9:40 · https://youtu.be/CxQTfG01O_s?t=580</w:t>
      </w:r>
    </w:p>
    <w:p>
      <w:r>
        <w:rPr>
          <w:i/>
        </w:rPr>
        <w:t>“Yeh shuru hua hai chaar sau saal pehle, Galileo se.”</w:t>
      </w:r>
    </w:p>
    <w:p>
      <w:r>
        <w:rPr>
          <w:sz w:val="20"/>
        </w:rPr>
        <w:t>9:40  yeh shuru hua hai ab se pehle chaar so saal pehle, taqreeban saadhe chaar so saal pehle, yeh Galileo se shuru hua.</w:t>
      </w:r>
      <w:r>
        <w:br/>
      </w:r>
      <w:r>
        <w:rPr>
          <w:sz w:val="20"/>
        </w:rPr>
        <w:t>9:55  Galileo ko aap jaante hain ke modern science ka woh finder mana jata hai, founder.</w:t>
      </w:r>
      <w:r>
        <w:br/>
      </w:r>
      <w:r>
        <w:rPr>
          <w:sz w:val="20"/>
        </w:rPr>
        <w:t>10:03  science yani founder of modern science mana jata hai. Galileo ko jo Italy ka bahut bada astronomer tha, jisne pehli baar telescope se aasmaan ko dekha, to usko bahut bada darja maal mana jata hai science mein.</w:t>
      </w:r>
      <w:r>
        <w:br/>
      </w:r>
      <w:r>
        <w:rPr>
          <w:sz w:val="20"/>
        </w:rPr>
        <w:t>10:18  Galileo ne kya kya? Usne dual, usko woh, usne woh philosophy lai jisko kaha tha dualism. Dualism.</w:t>
      </w:r>
      <w:r>
        <w:br/>
      </w:r>
      <w:r>
        <w:rPr>
          <w:sz w:val="20"/>
        </w:rPr>
        <w:t>10:29  Sanviyat. Dualism ka matlab hai ke cheezon ko do mein baant dena. Yani usne yeh kiya ke science ki jo study hai, usko usne bataya ke science ki study un cheezon mein rahegi jo miserable hain.</w:t>
      </w:r>
      <w:r>
        <w:br/>
      </w:r>
      <w:r>
        <w:rPr>
          <w:sz w:val="20"/>
        </w:rPr>
        <w:t>10:48  jo non-miserable hain, woh science ke study se bahar rahengi.</w:t>
      </w:r>
      <w:r>
        <w:br/>
      </w:r>
      <w:r>
        <w:rPr>
          <w:sz w:val="20"/>
        </w:rPr>
        <w:t>10:53  yeh bahut hi bada ek naya zamana aaya hai history of thought mein. Galileo se pehle yeh dualism maujood nahi tha.</w:t>
      </w:r>
      <w:r>
        <w:br/>
      </w:r>
      <w:r>
        <w:rPr>
          <w:sz w:val="20"/>
        </w:rPr>
        <w:t>11:07  cheezon ko log holistic way mein sochte the. Holistic way mein.</w:t>
      </w:r>
      <w:r>
        <w:br/>
      </w:r>
      <w:r>
        <w:rPr>
          <w:sz w:val="20"/>
        </w:rPr>
        <w:t>11:13  lekin Galileo ne yeh kiya ke usne cheezon ke qualitative aspect ko alag kar diya aur quantitative aspect ko alag kar diya.</w:t>
      </w:r>
      <w:r>
        <w:br/>
      </w:r>
      <w:r>
        <w:rPr>
          <w:sz w:val="20"/>
        </w:rPr>
        <w:t>11:22  yani quality alag aur quantity alag. Jaise misaal ke taur par phool hai. Phool ki ek chemistry hoti hai. Ek uska fragrance hota hai.</w:t>
      </w:r>
      <w:r>
        <w:br/>
      </w:r>
      <w:r>
        <w:rPr>
          <w:sz w:val="20"/>
        </w:rPr>
        <w:t>11:32  to usne kaha ke fragrance science ki study ka subject nahi hai. Uski chemistry subject hai us ka.</w:t>
      </w:r>
      <w:r>
        <w:br/>
      </w:r>
      <w:r>
        <w:rPr>
          <w:sz w:val="20"/>
        </w:rPr>
        <w:t>11:40  aisi saari cheezein. To quality ko quantity se alag kar diya gaya. Yeh bahut seedhi si baat lagti hai lekin is mein saara maamla ulta tipar gaya.</w:t>
      </w:r>
      <w:r>
        <w:br/>
      </w:r>
      <w:r>
        <w:rPr>
          <w:sz w:val="20"/>
        </w:rPr>
        <w:t>11:52  wahan se dajali shuru hui. Yani khud science mein yeh kiya gaya ke science mein one sided study hui.</w:t>
      </w:r>
      <w:r>
        <w:br/>
      </w:r>
      <w:r>
        <w:rPr>
          <w:sz w:val="20"/>
        </w:rPr>
        <w:t>12:03  yani cheezon ki jo cheezon mein jo meaning hai cheezon mein, jo quality hai cheezon mein, us is ka us ki study science se bahar qarar de di gayi.</w:t>
      </w:r>
      <w:r>
        <w:br/>
      </w:r>
      <w:r>
        <w:rPr>
          <w:sz w:val="20"/>
        </w:rPr>
        <w:t>12:17  aur us ka jo physical aspect hai ya chemistry, chemical aspect tha, us ki study science mein hone lagi. Is tarah se is ka natija kya hua ke values khatam ho gayin zindagi se.</w:t>
      </w:r>
      <w:r>
        <w:br/>
      </w:r>
      <w:r>
        <w:rPr>
          <w:sz w:val="20"/>
        </w:rPr>
        <w:t>12:30  yani values khatam ho gayin.</w:t>
      </w:r>
      <w:r>
        <w:br/>
      </w:r>
      <w:r>
        <w:rPr>
          <w:sz w:val="20"/>
        </w:rPr>
        <w:t>12:33  is se pehle insaan mein yeh duality nahi thi. To values, values baqi thin.</w:t>
      </w:r>
      <w:r>
        <w:br/>
      </w:r>
      <w:r>
        <w:rPr>
          <w:sz w:val="20"/>
        </w:rPr>
        <w:t>12:42  insaan jo hai value conscious hua karta tha. Ab value conscious hona khatam ho gaya. To pehle daur jo tha is mein dekhein, haan main yeh kahunga ke yeh dualism jo hai,</w:t>
      </w:r>
      <w:r>
        <w:br/>
      </w:r>
      <w:r>
        <w:rPr>
          <w:sz w:val="20"/>
        </w:rPr>
        <w:t>12:56  dualism ek aaj ek poori philosophy hai.</w:t>
      </w:r>
      <w:r>
        <w:br/>
      </w:r>
      <w:r>
        <w:rPr>
          <w:sz w:val="20"/>
        </w:rPr>
        <w:t>12:59  aap agar dekhein encyclopedia mein ya internet pe to aap ko maloom ho ke dualism ek poori philosophy hai. Yani zindagi ke cheezon ko do mein baantna.</w:t>
      </w:r>
      <w:r>
        <w:br/>
      </w:r>
      <w:r>
        <w:rPr>
          <w:sz w:val="20"/>
        </w:rPr>
        <w:t>13:09  do mein baantna. Yani jo us ka physical aspect hai, chemical aspect hai ya material aspect jo hai, usko lena aur us ka jo doosra aspect hai, us ki meaning, us ki value,</w:t>
      </w:r>
      <w:r>
        <w:br/>
      </w:r>
      <w:r>
        <w:rPr>
          <w:sz w:val="20"/>
        </w:rPr>
        <w:t>13:22  us ki quality, usko chhod dena. Poori aaj zindagi aap dekhein modern jo civilization hai, woh isi par chal rahi hai.</w:t>
      </w:r>
      <w:r>
        <w:br/>
      </w:r>
      <w:r>
        <w:rPr>
          <w:sz w:val="20"/>
        </w:rPr>
        <w:t>13:31  yani us waqt us aspect ko modern insaan ne chhod diya. Ab sirf yeh hai ke material enjoy, material pleasure, yahi insaan ka sab kuch bana hua hai.</w:t>
      </w:r>
      <w:r>
        <w:br/>
      </w:r>
      <w:r>
        <w:rPr>
          <w:sz w:val="20"/>
        </w:rPr>
        <w:t>13:43  to ye secular field mein hua aur religious field mein bhi ye hua. main chand aapko iska example deta hoon.</w:t>
      </w:r>
      <w:r>
        <w:br/>
      </w:r>
      <w:r>
        <w:rPr>
          <w:sz w:val="20"/>
        </w:rPr>
        <w:t>13:53  dekhen, ye jo duality chali gayi to ismein ek pura philosophy bani jisko kehte hain utilitarianism.</w:t>
      </w:r>
      <w:r>
        <w:br/>
      </w:r>
      <w:r>
        <w:rPr>
          <w:sz w:val="20"/>
        </w:rPr>
        <w:t>14:06  jisko ke Bentham ne shuru kiya, Macaulay ne isko aage badhaya. to utilitarianism yani faida, afadiyat, jismein faida hai woh lena, baqi faida isko, isko chhod dena.</w:t>
      </w:r>
      <w:r>
        <w:br/>
      </w:r>
      <w:r>
        <w:rPr>
          <w:sz w:val="20"/>
        </w:rPr>
        <w:t>14:22  to</w:t>
      </w:r>
      <w:r>
        <w:br/>
      </w:r>
      <w:r>
        <w:rPr>
          <w:sz w:val="20"/>
        </w:rPr>
        <w:t>14:23  yani material gain jismein hai, material interest jismein hai, isko lena bas. baqi jo value wali baatein hain, jo meaning ki baatein hain, jo quality wali baatein hain, jo religious baatein hain, jo spiritual baatein hain, isko chhod dena.</w:t>
      </w:r>
      <w:r>
        <w:br/>
      </w:r>
      <w:r>
        <w:rPr>
          <w:sz w:val="20"/>
        </w:rPr>
        <w:t>14:36  ye hai utilitarianism. ye chha gaya insaan ke upar. ye dualistic aspect jo hai insaan ke upar chha gaya.</w:t>
      </w:r>
    </w:p>
    <w:p>
      <w:pPr>
        <w:pStyle w:val="Heading2"/>
      </w:pPr>
      <w:r>
        <w:t>God's achievable goals: tree, dawat, communication age</w:t>
      </w:r>
    </w:p>
    <w:p>
      <w:r>
        <w:rPr>
          <w:color w:val="666666"/>
          <w:sz w:val="18"/>
        </w:rPr>
        <w:t>Living in the 21st Century I 17th February 2013 - Maulana Wahiduddin Khan · 5m 25s · at 8:03 · https://youtu.be/ccUhM8fLtpU?t=483</w:t>
      </w:r>
    </w:p>
    <w:p>
      <w:r>
        <w:rPr>
          <w:i/>
        </w:rPr>
        <w:t>“مثلاً میرے گھر کے آس پاس بہت سارے درخت ہیں”</w:t>
      </w:r>
    </w:p>
    <w:p>
      <w:r>
        <w:rPr>
          <w:sz w:val="20"/>
        </w:rPr>
        <w:t>8:03  misalan mere ghar ke aas pas bohat saray darakht hain. aik taraf mein akhbar mein parh raha tha yeh khabar, doosri taraf mein ne dekha ke haray bharay darakht khaday hue hain.</w:t>
      </w:r>
      <w:r>
        <w:br/>
      </w:r>
      <w:r>
        <w:rPr>
          <w:sz w:val="20"/>
        </w:rPr>
        <w:t>8:17  in ko Khuda ne achievable goal diya ke</w:t>
      </w:r>
      <w:r>
        <w:br/>
      </w:r>
      <w:r>
        <w:rPr>
          <w:sz w:val="20"/>
        </w:rPr>
        <w:t>8:22  aik seed tha, aik beej tha, aik chota sa poda tha, woh zameen mein laga diya gaya. ab woh barhta hua, barhta hua, barhta hua, ab itna ooncha ho gaya ke teen manzila building ke barabar ho gaya woh.</w:t>
      </w:r>
      <w:r>
        <w:br/>
      </w:r>
      <w:r>
        <w:rPr>
          <w:sz w:val="20"/>
        </w:rPr>
        <w:t>8:41  to kaha ke darakht ko Allah taala ne achievable goal diya hai</w:t>
      </w:r>
      <w:r>
        <w:br/>
      </w:r>
      <w:r>
        <w:rPr>
          <w:sz w:val="20"/>
        </w:rPr>
        <w:t>8:48  ke apnay ko grow karo, barhao, aur sari dunya se apnay liye food lo, zameen se, hawa se, suraj se, aur barhao apnay ko, barhao apnay ko, barhao, yahan tak ke tum aik bohat ooncha darakht ban jao.</w:t>
      </w:r>
      <w:r>
        <w:br/>
      </w:r>
      <w:r>
        <w:rPr>
          <w:sz w:val="20"/>
        </w:rPr>
        <w:t>9:07  to musalmanon ke sath sirf aisa hua ke</w:t>
      </w:r>
      <w:r>
        <w:br/>
      </w:r>
      <w:r>
        <w:rPr>
          <w:sz w:val="20"/>
        </w:rPr>
        <w:t>9:11  unachievable goal day diya.</w:t>
      </w:r>
      <w:r>
        <w:br/>
      </w:r>
      <w:r>
        <w:rPr>
          <w:sz w:val="20"/>
        </w:rPr>
        <w:t>9:18  to aisa nahi ho sakta hai. aisa nahi ho sakta hai. phir mujhe quran ke baray mein sochna shuru kiya mein ne ke quran mein musalmanon ko mission kiya diya gaya hai?</w:t>
      </w:r>
      <w:r>
        <w:br/>
      </w:r>
      <w:r>
        <w:rPr>
          <w:sz w:val="20"/>
        </w:rPr>
        <w:t>9:35  woh mission hai</w:t>
      </w:r>
      <w:r>
        <w:br/>
      </w:r>
      <w:r>
        <w:rPr>
          <w:sz w:val="20"/>
        </w:rPr>
        <w:t>9:39  da'wat lil-lah. yani Allah ke message ko dunya tak pohnchana, peaceful tareeqay se.</w:t>
      </w:r>
      <w:r>
        <w:br/>
      </w:r>
      <w:r>
        <w:rPr>
          <w:sz w:val="20"/>
        </w:rPr>
        <w:t>9:54  aik lafz mein aap kahein to quran ko logon tak pohnchana. la tudallil al-furqana 'ala 'abdihi li-yakuna lil-'alamina nadhira yani musalmanon ko jo goal diya gaya tha woh kya tha?</w:t>
      </w:r>
      <w:r>
        <w:br/>
      </w:r>
      <w:r>
        <w:rPr>
          <w:sz w:val="20"/>
        </w:rPr>
        <w:t>10:06  quran. yani Allah ki authentic</w:t>
      </w:r>
      <w:r>
        <w:br/>
      </w:r>
      <w:r>
        <w:rPr>
          <w:sz w:val="20"/>
        </w:rPr>
        <w:t>10:12  book. jis mein yeh bataya gaya tha ke What is the purpose of life? What is the Christian plan of God?</w:t>
      </w:r>
      <w:r>
        <w:br/>
      </w:r>
      <w:r>
        <w:rPr>
          <w:sz w:val="20"/>
        </w:rPr>
        <w:t>10:23  yeh sari jo scheme Allah taala ki hai, kyun dunya ko paida kiya gaya? kyun insan ko banaya gaya?</w:t>
      </w:r>
      <w:r>
        <w:br/>
      </w:r>
      <w:r>
        <w:rPr>
          <w:sz w:val="20"/>
        </w:rPr>
        <w:t>10:33  insan ki zindagi ka maqsad kya hai?</w:t>
      </w:r>
      <w:r>
        <w:br/>
      </w:r>
      <w:r>
        <w:rPr>
          <w:sz w:val="20"/>
        </w:rPr>
        <w:t>10:38  What is success? What is failure? yeh jo insan ko lay kar ke yeh sawalat hain, unhi baton ko batany ke liye quran utra.</w:t>
      </w:r>
      <w:r>
        <w:br/>
      </w:r>
      <w:r>
        <w:rPr>
          <w:sz w:val="20"/>
        </w:rPr>
        <w:t>10:51  quran utra. ab is ke baad Allah taala ne</w:t>
      </w:r>
      <w:r>
        <w:br/>
      </w:r>
      <w:r>
        <w:rPr>
          <w:sz w:val="20"/>
        </w:rPr>
        <w:t>10:56  awwalan rasool Allah ko, phir rasool Allah ke jo ashaab thay un ko, phir tab'een ko, tab'a tab'een ko, phir poori ummat-e-muslima ko yeh mission day diya ke is quran ko sari mankind tak pohnchao.</w:t>
      </w:r>
      <w:r>
        <w:br/>
      </w:r>
      <w:r>
        <w:rPr>
          <w:sz w:val="20"/>
        </w:rPr>
        <w:t>11:13  bas yeh mission hai. yeh to achievable hai.</w:t>
      </w:r>
      <w:r>
        <w:br/>
      </w:r>
      <w:r>
        <w:rPr>
          <w:sz w:val="20"/>
        </w:rPr>
        <w:t>11:19  acha dekhiye, pehlay zamanay mein bohat se problems thay. problem kya thay? dunya ki geography insan janta nahi tha.</w:t>
      </w:r>
      <w:r>
        <w:br/>
      </w:r>
      <w:r>
        <w:rPr>
          <w:sz w:val="20"/>
        </w:rPr>
        <w:t>11:29  printed press maujood nahin tha. modern communication maujood nahin tha. to yeh kaam ke saari duniya ko quran ka message pahunchana yeh bohat mushkil lagta tha.</w:t>
      </w:r>
      <w:r>
        <w:br/>
      </w:r>
      <w:r>
        <w:rPr>
          <w:sz w:val="20"/>
        </w:rPr>
        <w:t>11:44  aur practically woh ho nahin paaya. kyunke kahin pahaad record bana hua hai, kahin samandar record bana hua hai.</w:t>
      </w:r>
      <w:r>
        <w:br/>
      </w:r>
      <w:r>
        <w:rPr>
          <w:sz w:val="20"/>
        </w:rPr>
        <w:t>11:55  kyunke is zamane mein dekhiye, sab se pehle kya tha? log quran ko</w:t>
      </w:r>
      <w:r>
        <w:br/>
      </w:r>
      <w:r>
        <w:rPr>
          <w:sz w:val="20"/>
        </w:rPr>
        <w:t>12:01  memorize kar lete the, phir ja ke idhar udhar sunate the. to zahir hai ke bohat hi liberate tareeqe par yeh kaam ho sakta tha. phir haath se likha jaane laga.</w:t>
      </w:r>
      <w:r>
        <w:br/>
      </w:r>
      <w:r>
        <w:rPr>
          <w:sz w:val="20"/>
        </w:rPr>
        <w:t>12:12  to ab haath se bhi aap kitna likhenge? kitna likhenge haath se?</w:t>
      </w:r>
      <w:r>
        <w:br/>
      </w:r>
      <w:r>
        <w:rPr>
          <w:sz w:val="20"/>
        </w:rPr>
        <w:t>12:18  to thode se, thodi si is ki copy banai aap ne, us ko de diya. to kitna liberate tareeqe se ho sakta tha kaam?</w:t>
      </w:r>
      <w:r>
        <w:br/>
      </w:r>
      <w:r>
        <w:rPr>
          <w:sz w:val="20"/>
        </w:rPr>
        <w:t>12:31  aap nikle, yaani sahaba aur tabeen nikle arab se, tab bhi dekhiye,</w:t>
      </w:r>
      <w:r>
        <w:br/>
      </w:r>
      <w:r>
        <w:rPr>
          <w:sz w:val="20"/>
        </w:rPr>
        <w:t>12:36  kahin samandar record ban gaya, kahin pahaad record ban gaya, kahin jangla record ban gaya. aur yeh bhi pata nahin tha ke kitni bari duniya hai yeh.</w:t>
      </w:r>
      <w:r>
        <w:br/>
      </w:r>
      <w:r>
        <w:rPr>
          <w:sz w:val="20"/>
        </w:rPr>
        <w:t>12:46  us waqt insaan nahin jaanta tha ke yeh duniya kitni bari hai. is ke raaste kya hain? aur phir us waqt communication nahin tha.</w:t>
      </w:r>
      <w:r>
        <w:br/>
      </w:r>
      <w:r>
        <w:rPr>
          <w:sz w:val="20"/>
        </w:rPr>
        <w:t>12:58  aaj kal ki tarah sawariyan nahin thin. log oont par chalte the, ghode par chalte the. to Allah taala ne kya kiya?</w:t>
      </w:r>
      <w:r>
        <w:br/>
      </w:r>
      <w:r>
        <w:rPr>
          <w:sz w:val="20"/>
        </w:rPr>
        <w:t>13:06  ke ek poora age paida kiya. age of communication yeh ek lamba process tha.</w:t>
      </w:r>
      <w:r>
        <w:br/>
      </w:r>
      <w:r>
        <w:rPr>
          <w:sz w:val="20"/>
        </w:rPr>
        <w:t>13:16  ek lambe process ke baad aisa hua ke ek age of communication aaya. to twenty first century mein is ka culmination ho chuka hai. culmination.</w:t>
      </w:r>
    </w:p>
    <w:p>
      <w:pPr>
        <w:pStyle w:val="Heading2"/>
      </w:pPr>
      <w:r>
        <w:t>Reassessment concept to practical sunnah</w:t>
      </w:r>
    </w:p>
    <w:p>
      <w:r>
        <w:rPr>
          <w:color w:val="666666"/>
          <w:sz w:val="18"/>
        </w:rPr>
        <w:t>The Issues of Islam in the Present World 11 Nov, 2012 - Maulana Wahiduddin Khan · 4m 26s · at 1:58 · https://youtu.be/_2hQa846Qzc?t=118</w:t>
      </w:r>
    </w:p>
    <w:p>
      <w:r>
        <w:rPr>
          <w:i/>
        </w:rPr>
        <w:t>“Dekhiye, Islam ki talimaat mein ek sunnat hai reassessment.”</w:t>
      </w:r>
    </w:p>
    <w:p>
      <w:r>
        <w:rPr>
          <w:sz w:val="20"/>
        </w:rPr>
        <w:t>1:58  jo talimat hain ya paighambaron ki jo talimat hain, un mein se ek sunnat hai jis ko aaj kal ke zamanay mein kahunga reassessment.</w:t>
      </w:r>
      <w:r>
        <w:br/>
      </w:r>
      <w:r>
        <w:rPr>
          <w:sz w:val="20"/>
        </w:rPr>
        <w:t>2:10  dobara ghor karna. reassessment. ke ek step liya aap ne, ek dhang par aap ne planning ki,</w:t>
      </w:r>
      <w:r>
        <w:br/>
      </w:r>
      <w:r>
        <w:rPr>
          <w:sz w:val="20"/>
        </w:rPr>
        <w:t>2:23  lekin woh planning</w:t>
      </w:r>
      <w:r>
        <w:br/>
      </w:r>
      <w:r>
        <w:rPr>
          <w:sz w:val="20"/>
        </w:rPr>
        <w:t>2:29  jo jo result chahte the aap unhein nikla. Then you have to revise the whole thing.</w:t>
      </w:r>
      <w:r>
        <w:br/>
      </w:r>
      <w:r>
        <w:rPr>
          <w:sz w:val="20"/>
        </w:rPr>
        <w:t>2:40  you have to reassess the whole matter. Yeh bhi Islam ki ek sunnat hai. Is ka ek saboot yeh hai ke Rasool Allah sallallahu alaihi wasallam ke zamanay mein dekhiye,</w:t>
      </w:r>
      <w:r>
        <w:br/>
      </w:r>
      <w:r>
        <w:rPr>
          <w:sz w:val="20"/>
        </w:rPr>
        <w:t>2:54  badr ka ghazwa hua, hunain ka ghazwa hua, uhud ka ghazwa hua, aur chhote chhote ghazwat hue.</w:t>
      </w:r>
      <w:r>
        <w:br/>
      </w:r>
      <w:r>
        <w:rPr>
          <w:sz w:val="20"/>
        </w:rPr>
        <w:t>3:06  lekin masla hal nahi hota tha.</w:t>
      </w:r>
      <w:r>
        <w:br/>
      </w:r>
      <w:r>
        <w:rPr>
          <w:sz w:val="20"/>
        </w:rPr>
        <w:t>3:12  shirk ka dard khatm nahi hota tha. to aap ne reassess kiya, revise kiya, aur aap ne replanning ki.</w:t>
      </w:r>
      <w:r>
        <w:br/>
      </w:r>
      <w:r>
        <w:rPr>
          <w:sz w:val="20"/>
        </w:rPr>
        <w:t>3:24  yani</w:t>
      </w:r>
      <w:r>
        <w:br/>
      </w:r>
      <w:r>
        <w:rPr>
          <w:sz w:val="20"/>
        </w:rPr>
        <w:t>3:28  war ke bajaye peace par mabni planning. woh thi hudaybiyah. bohat hi zyada sochne ki baat hai ke makki daur se le kar madani taur tak bar bar takrao hota raha, chhote baday.</w:t>
      </w:r>
      <w:r>
        <w:br/>
      </w:r>
      <w:r>
        <w:rPr>
          <w:sz w:val="20"/>
        </w:rPr>
        <w:t>3:52  lekin masla hal nahi hota tha.</w:t>
      </w:r>
      <w:r>
        <w:br/>
      </w:r>
      <w:r>
        <w:rPr>
          <w:sz w:val="20"/>
        </w:rPr>
        <w:t>3:57  masla yeh tha ke shirk ka dard khatm ho aur tauheed ka daur aaye. to woh nahi aata tha woh. to rasool allah sallallahu alaihi wasallam ne allah ki tawfeeq se replanning ki.</w:t>
      </w:r>
      <w:r>
        <w:br/>
      </w:r>
      <w:r>
        <w:rPr>
          <w:sz w:val="20"/>
        </w:rPr>
        <w:t>4:15  ke is se pehle jo aap ki struggle thi, us mein bar bar war pesh aati thi, skirmishes pesh aati thin, takrao pesh aata tha.</w:t>
      </w:r>
      <w:r>
        <w:br/>
      </w:r>
      <w:r>
        <w:rPr>
          <w:sz w:val="20"/>
        </w:rPr>
        <w:t>4:29  to aap ne saare mamle ko ult diya aur aap ne san hudaybiyah kar li. san hudaybiyah jo hai, anokhi sunnat thi jis mein fareeq-e-sani ki sharton ko unilateral taur par maan liya gaya.</w:t>
      </w:r>
      <w:r>
        <w:br/>
      </w:r>
      <w:r>
        <w:rPr>
          <w:sz w:val="20"/>
        </w:rPr>
        <w:t>4:48  jo kaho manzoor, jo kaho manzoor. bas peace hum chahte hain. hatta ke allah rasool allah ko aap ne kaghaz se mita diya.</w:t>
      </w:r>
      <w:r>
        <w:br/>
      </w:r>
      <w:r>
        <w:rPr>
          <w:sz w:val="20"/>
        </w:rPr>
        <w:t>4:59  jo kehte gaye woh sab manzoor.</w:t>
      </w:r>
      <w:r>
        <w:br/>
      </w:r>
      <w:r>
        <w:rPr>
          <w:sz w:val="20"/>
        </w:rPr>
        <w:t>5:04  to yani from war to peace, yeh thi planning aap ki hudaybiyah ke mauqe par.</w:t>
      </w:r>
      <w:r>
        <w:br/>
      </w:r>
      <w:r>
        <w:rPr>
          <w:sz w:val="20"/>
        </w:rPr>
        <w:t>5:15  yeh itna bara waqia tha ke Allah taala ne ayat utari: "inna fatahna kaffatana". aap ghore kijiye ke badr ke baad, hunain ke baad, uhud ke baad, jo bhi ghazwaat kahe jaate hain, un ke baad yeh ayat utri thi kya?</w:t>
      </w:r>
      <w:r>
        <w:br/>
      </w:r>
      <w:r>
        <w:rPr>
          <w:sz w:val="20"/>
        </w:rPr>
        <w:t>5:31  kabhi aisa nahi utri ayat ke aaj tum ko hum ne open victory de di. aap ghore kijiye, is se pehle jitne bhi waqiaat hue the jin ko hum kehte hain ghazwaat, is ke pehle, is ke baad yeh yeh ayat kahan utri thi?</w:t>
      </w:r>
      <w:r>
        <w:br/>
      </w:r>
      <w:r>
        <w:rPr>
          <w:sz w:val="20"/>
        </w:rPr>
        <w:t>5:49  to kaha war par jo cheez nahi mil raha tha, us ko aap ne pees ke zariye hasil kiya.</w:t>
      </w:r>
      <w:r>
        <w:br/>
      </w:r>
      <w:r>
        <w:rPr>
          <w:sz w:val="20"/>
        </w:rPr>
        <w:t>5:58  that was a period of reassessment.</w:t>
      </w:r>
      <w:r>
        <w:br/>
      </w:r>
      <w:r>
        <w:rPr>
          <w:sz w:val="20"/>
        </w:rPr>
        <w:t>6:01  that was break of replanning.</w:t>
      </w:r>
      <w:r>
        <w:br/>
      </w:r>
      <w:r>
        <w:rPr>
          <w:sz w:val="20"/>
        </w:rPr>
        <w:t>6:06  yeh bhi Islam ki ek sunnat hai. dekhiye, log jo hain inhi cheezon ko sunnat samajhte hain jo jahan lafz sunnat likha hua ho.</w:t>
      </w:r>
      <w:r>
        <w:br/>
      </w:r>
      <w:r>
        <w:rPr>
          <w:sz w:val="20"/>
        </w:rPr>
        <w:t>6:17  lekin zyada bari bari sunnatain woh hain jo amalan hain, qolan nahi hain.</w:t>
      </w:r>
    </w:p>
    <w:p>
      <w:pPr>
        <w:pStyle w:val="Heading2"/>
      </w:pPr>
      <w:r>
        <w:t>Seize open doors to spread Quran globally</w:t>
      </w:r>
    </w:p>
    <w:p>
      <w:r>
        <w:rPr>
          <w:color w:val="666666"/>
          <w:sz w:val="18"/>
        </w:rPr>
        <w:t>Tayeed e Deen | July 13, 2014 · 5m 03s · at 38:58 · https://youtu.be/n94xyIC-RE0?t=2338</w:t>
      </w:r>
    </w:p>
    <w:p>
      <w:r>
        <w:rPr>
          <w:i/>
        </w:rPr>
        <w:t>“Because of this, we can distribute Quran everywhere.”</w:t>
      </w:r>
    </w:p>
    <w:p>
      <w:r>
        <w:rPr>
          <w:sz w:val="20"/>
        </w:rPr>
        <w:t>38:58  kyonke is ki wajah se hamein mauqa mil gaya hai ke hum kahin bhi parliament mein, aur hotel</w:t>
      </w:r>
      <w:r>
        <w:br/>
      </w:r>
      <w:r>
        <w:rPr>
          <w:sz w:val="20"/>
        </w:rPr>
        <w:t>39:02  mein, station par, airport par, ya doosron ke jo seminar hote hain, un wahan har jagah jayen, aur</w:t>
      </w:r>
      <w:r>
        <w:br/>
      </w:r>
      <w:r>
        <w:rPr>
          <w:sz w:val="20"/>
        </w:rPr>
        <w:t>39:07  khule taur par hum hum quran taqseem karen, islami literature logon ko den, logon se baaten karen, koi</w:t>
      </w:r>
      <w:r>
        <w:br/>
      </w:r>
      <w:r>
        <w:rPr>
          <w:sz w:val="20"/>
        </w:rPr>
        <w:t>39:11  rukawat hi nahi.</w:t>
      </w:r>
      <w:r>
        <w:br/>
      </w:r>
      <w:r>
        <w:rPr>
          <w:sz w:val="20"/>
        </w:rPr>
        <w:t>39:15  jo ke pehle namumkin tha.</w:t>
      </w:r>
      <w:r>
        <w:br/>
      </w:r>
      <w:r>
        <w:rPr>
          <w:sz w:val="20"/>
        </w:rPr>
        <w:t>39:20  pehle aisa nahi ho sakta tha.</w:t>
      </w:r>
      <w:r>
        <w:br/>
      </w:r>
      <w:r>
        <w:rPr>
          <w:sz w:val="20"/>
        </w:rPr>
        <w:t>39:24  pehle to marte peette the woh.</w:t>
      </w:r>
      <w:r>
        <w:br/>
      </w:r>
      <w:r>
        <w:rPr>
          <w:sz w:val="20"/>
        </w:rPr>
        <w:t>39:28  to woh woh woh daur tha, yani religious persecution ka daur.</w:t>
      </w:r>
      <w:r>
        <w:br/>
      </w:r>
      <w:r>
        <w:rPr>
          <w:sz w:val="20"/>
        </w:rPr>
        <w:t>39:34  aaj hai opinion ka daur, khula pan.</w:t>
      </w:r>
      <w:r>
        <w:br/>
      </w:r>
      <w:r>
        <w:rPr>
          <w:sz w:val="20"/>
        </w:rPr>
        <w:t>39:40  to is ki wajah se aap ko yeh kal jo mauqa mila hum logon ko ke stage in</w:t>
      </w:r>
      <w:r>
        <w:br/>
      </w:r>
      <w:r>
        <w:rPr>
          <w:sz w:val="20"/>
        </w:rPr>
        <w:t>39:46  ka, yani stage zahir hai ke in ka tha, hamara to stage nahi tha.</w:t>
      </w:r>
      <w:r>
        <w:br/>
      </w:r>
      <w:r>
        <w:rPr>
          <w:sz w:val="20"/>
        </w:rPr>
        <w:t>39:53  aur is stage par kaam kis kis ka ho raha hai, hamare saathi'on ne wahan saare stage ko istemal</w:t>
      </w:r>
      <w:r>
        <w:br/>
      </w:r>
      <w:r>
        <w:rPr>
          <w:sz w:val="20"/>
        </w:rPr>
        <w:t>39:59  kya. aur aaj ek aaj ke akhbar mein dekhen ek cheez, dekhen aap. yeh aaj ka akhbar hai angrezi ka. yeh zahir hai ke akhbar, yaani in ko aap hindu log kahein, secular log kahein, materialist log kahein, to sab bilkul sahi hoga. jis ka, yaani is zahar</w:t>
      </w:r>
      <w:r>
        <w:br/>
      </w:r>
      <w:r>
        <w:rPr>
          <w:sz w:val="20"/>
        </w:rPr>
        <w:t>40:29  rahe ke akhbar islam ke liye nahi nikala gaya.</w:t>
      </w:r>
      <w:r>
        <w:br/>
      </w:r>
      <w:r>
        <w:rPr>
          <w:sz w:val="20"/>
        </w:rPr>
        <w:t>40:35  lekin hamara article chhapa unhon ne sab se zyada numayish kiya, front page par sab se zyada numayish</w:t>
      </w:r>
      <w:r>
        <w:br/>
      </w:r>
      <w:r>
        <w:rPr>
          <w:sz w:val="20"/>
        </w:rPr>
        <w:t>40:41  kiya, shariat par article.</w:t>
      </w:r>
      <w:r>
        <w:br/>
      </w:r>
      <w:r>
        <w:rPr>
          <w:sz w:val="20"/>
        </w:rPr>
        <w:t>40:48  to kya stage banate hain is zamane mein secular log, aise log jin ko la-ikraha fi-al-deen,</w:t>
      </w:r>
      <w:r>
        <w:br/>
      </w:r>
      <w:r>
        <w:rPr>
          <w:sz w:val="20"/>
        </w:rPr>
        <w:t>40:54  aur hum ko mauqa milta hai ke is ko hum utilize karen, is ko hum istemal karen, yeh hai opinion.</w:t>
      </w:r>
      <w:r>
        <w:br/>
      </w:r>
      <w:r>
        <w:rPr>
          <w:sz w:val="20"/>
        </w:rPr>
        <w:t>41:01  to hamein andhe bahre bankar duniya mein nahi rehna hai.</w:t>
      </w:r>
      <w:r>
        <w:br/>
      </w:r>
      <w:r>
        <w:rPr>
          <w:sz w:val="20"/>
        </w:rPr>
        <w:t>41:06  humein janna chahiye ke Allah taala ne kya mawaqe kholay hain.</w:t>
      </w:r>
      <w:r>
        <w:br/>
      </w:r>
      <w:r>
        <w:rPr>
          <w:sz w:val="20"/>
        </w:rPr>
        <w:t>41:11  dekhein, mawaqe kholna Allah ka kaam hai.</w:t>
      </w:r>
      <w:r>
        <w:br/>
      </w:r>
      <w:r>
        <w:rPr>
          <w:sz w:val="20"/>
        </w:rPr>
        <w:t>41:16  isko istemal karna hamara kaam hai.</w:t>
      </w:r>
      <w:r>
        <w:br/>
      </w:r>
      <w:r>
        <w:rPr>
          <w:sz w:val="20"/>
        </w:rPr>
        <w:t>41:21  ya, yaani hamare farz ka darja zaroori hai ke hum isko istemal karein.</w:t>
      </w:r>
      <w:r>
        <w:br/>
      </w:r>
      <w:r>
        <w:rPr>
          <w:sz w:val="20"/>
        </w:rPr>
        <w:t>41:26  yaani Allah taala ne fasal ugai</w:t>
      </w:r>
      <w:r>
        <w:br/>
      </w:r>
      <w:r>
        <w:rPr>
          <w:sz w:val="20"/>
        </w:rPr>
        <w:t>41:31  galla paida kiya. to yeh to Allah ka kaam hai, hum nahi paida kar sakte. ab hum agar apni bhookh na mitayein is se, aur kuch na kha kar mar jayein, to yeh fe'l haram hoga, khud khushi ho jayegi. to mauqe Allah taala ne khole hain. ab yeh farz ke darje mein zaroori hai ke in mauqo ko dawat Allah ke liye istemal kiya jaye. farz</w:t>
      </w:r>
      <w:r>
        <w:br/>
      </w:r>
      <w:r>
        <w:rPr>
          <w:sz w:val="20"/>
        </w:rPr>
        <w:t>42:01  ke darje mein.</w:t>
      </w:r>
      <w:r>
        <w:br/>
      </w:r>
      <w:r>
        <w:rPr>
          <w:sz w:val="20"/>
        </w:rPr>
        <w:t>42:05  agar in ko nahi istemal kiya jaye ga to Allah taala ka baz purs hoga ke tum ne</w:t>
      </w:r>
      <w:r>
        <w:br/>
      </w:r>
      <w:r>
        <w:rPr>
          <w:sz w:val="20"/>
        </w:rPr>
        <w:t>42:09  mawaqe ko nahi istemal kiya.</w:t>
      </w:r>
      <w:r>
        <w:br/>
      </w:r>
      <w:r>
        <w:rPr>
          <w:sz w:val="20"/>
        </w:rPr>
        <w:t>42:14  isi tarah se jis tarah se ek aadmi bhook se tarp tarp kar mar jaye aur khana maujood</w:t>
      </w:r>
      <w:r>
        <w:br/>
      </w:r>
      <w:r>
        <w:rPr>
          <w:sz w:val="20"/>
        </w:rPr>
        <w:t>42:18  ho, na khaye.</w:t>
      </w:r>
      <w:r>
        <w:br/>
      </w:r>
      <w:r>
        <w:rPr>
          <w:sz w:val="20"/>
        </w:rPr>
        <w:t>42:22  ise poocha jaye ga ke jab khana maujood tha, tum ne khaya kyun nahi? kyun khwamkhwah apne ko mar</w:t>
      </w:r>
      <w:r>
        <w:br/>
      </w:r>
      <w:r>
        <w:rPr>
          <w:sz w:val="20"/>
        </w:rPr>
        <w:t>42:27  liya? to yeh saada baat nahi hai, bohat hi ahem baat hai ke humein farz ke darje</w:t>
      </w:r>
      <w:r>
        <w:br/>
      </w:r>
      <w:r>
        <w:rPr>
          <w:sz w:val="20"/>
        </w:rPr>
        <w:t>42:31  mein zaroori hai ke hum naye mawaqe ko istemal karein aur Allah ke paigham ko dunya tak pohnchayein.</w:t>
      </w:r>
      <w:r>
        <w:br/>
      </w:r>
      <w:r>
        <w:rPr>
          <w:sz w:val="20"/>
        </w:rPr>
        <w:t>42:37  aur Quran ka distribution jo hai, is waqt mere khayal mein number ek kaam hai sari dunya mein.</w:t>
      </w:r>
      <w:r>
        <w:br/>
      </w:r>
      <w:r>
        <w:rPr>
          <w:sz w:val="20"/>
        </w:rPr>
        <w:t>42:43  har zaban mein tarjuma zaroorat ki zaroorat hai.</w:t>
      </w:r>
      <w:r>
        <w:br/>
      </w:r>
      <w:r>
        <w:rPr>
          <w:sz w:val="20"/>
        </w:rPr>
        <w:t>42:49  dunya ki jitni major languages hain, har zaban mein tarjuma ho.</w:t>
      </w:r>
      <w:r>
        <w:br/>
      </w:r>
      <w:r>
        <w:rPr>
          <w:sz w:val="20"/>
        </w:rPr>
        <w:t>42:56  isko achi zaban mein ho, jo easily understandable ho.</w:t>
      </w:r>
      <w:r>
        <w:br/>
      </w:r>
      <w:r>
        <w:rPr>
          <w:sz w:val="20"/>
        </w:rPr>
        <w:t>43:02  aur is ko sab logon tak pahunchaya jaye. taake insaan marne se pehle jaan le ke is ka khaliq is se kya muamla karne wala hai. to meri dua hai ke Allah taala mujh ko aur aap ko tofeeq de ke hum apne farz ko pehchanein aur maut se pehle hum Allah ka jo mansha hai, us ko poora karne ke liye koshish karein. Assalamualaikum wa</w:t>
      </w:r>
      <w:r>
        <w:br/>
      </w:r>
      <w:r>
        <w:rPr>
          <w:sz w:val="20"/>
        </w:rPr>
        <w:t>43:32  rahmatullah.</w:t>
      </w:r>
    </w:p>
    <w:p>
      <w:pPr>
        <w:pStyle w:val="Heading2"/>
      </w:pPr>
      <w:r>
        <w:t>Hadith of Umm Hiram's dream, ship to paradise, shrine visit</w:t>
      </w:r>
    </w:p>
    <w:p>
      <w:r>
        <w:rPr>
          <w:color w:val="666666"/>
          <w:sz w:val="18"/>
        </w:rPr>
        <w:t>Journey to a Mediterranean Island November 23, 2008 · 5m 55s · at 29:54 · https://youtu.be/uoOiuhWeSIQ?t=1794</w:t>
      </w:r>
    </w:p>
    <w:p>
      <w:r>
        <w:rPr>
          <w:i/>
        </w:rPr>
        <w:t>“یہ مدینہ کا واقعہ ہے، رسول اللہ صلی اللہ علیہ وسلم کا”</w:t>
      </w:r>
    </w:p>
    <w:p>
      <w:r>
        <w:rPr>
          <w:sz w:val="20"/>
        </w:rPr>
        <w:t>29:54  Ray Meem, Yeh Ssad, Alif, Hamza. Rumaisa, un ka kuniyat thi, un ki Umm Haram. Rumaisa, Umm Haram bint Balhan,</w:t>
      </w:r>
      <w:r>
        <w:br/>
      </w:r>
      <w:r>
        <w:rPr>
          <w:sz w:val="20"/>
        </w:rPr>
        <w:t>30:08  yeh yeh Madine mein rehti theen. to Rasool Allah Sal Allahu Alaihi Wa Sallam ki woh jo aap ki jo daya thi,</w:t>
      </w:r>
      <w:r>
        <w:br/>
      </w:r>
      <w:r>
        <w:rPr>
          <w:sz w:val="20"/>
        </w:rPr>
        <w:t>30:21  yaani Halima Sadia, jo kaha jata tha Halima Sadia ki, woh behan thi. is lihaaz se Halima Sadia aap ki razai maa theen, aur yeh bhi aap ki razai maa jab ban gayi thi.</w:t>
      </w:r>
      <w:r>
        <w:br/>
      </w:r>
      <w:r>
        <w:rPr>
          <w:sz w:val="20"/>
        </w:rPr>
        <w:t>30:35  is rishtay se aap un ke haan kabhi kabhi jatay thay. to ek din aap gaye un ke haan, yaani Umm Haram ke haan, jo Ubada bin Thabit Ansari ki biwi theen.</w:t>
      </w:r>
      <w:r>
        <w:br/>
      </w:r>
      <w:r>
        <w:rPr>
          <w:sz w:val="20"/>
        </w:rPr>
        <w:t>30:49  woh Ubada bin Thabit Al Ansari. to wahan unhon ne kuch kuch khanay peenay ki cheez diya, baad mein khajoorain waghera ho gayi kuch.</w:t>
      </w:r>
      <w:r>
        <w:br/>
      </w:r>
      <w:r>
        <w:rPr>
          <w:sz w:val="20"/>
        </w:rPr>
        <w:t>31:01  to wahan aap so gaye, neend aa gayi aap ko un ke ghar par</w:t>
      </w:r>
      <w:r>
        <w:br/>
      </w:r>
      <w:r>
        <w:rPr>
          <w:sz w:val="20"/>
        </w:rPr>
        <w:t>31:06  jab aap uthe to aap muskura rahe the, rasool Allah sal Allah alaihi wasallam muskura rahe the. to umm e haraam ne poocha ke aey Allah ke rasool, aap kyun muskura rahe hain?</w:t>
      </w:r>
      <w:r>
        <w:br/>
      </w:r>
      <w:r>
        <w:rPr>
          <w:sz w:val="20"/>
        </w:rPr>
        <w:t>31:20  to aap ne farmaya ke mujhe aik group dikhaya gaya,</w:t>
      </w:r>
      <w:r>
        <w:br/>
      </w:r>
      <w:r>
        <w:rPr>
          <w:sz w:val="20"/>
        </w:rPr>
        <w:t>31:27  aik group dikhaya gaya, ahl e jannat ka group. woh samandar ka safar kar raha hai,</w:t>
      </w:r>
      <w:r>
        <w:br/>
      </w:r>
      <w:r>
        <w:rPr>
          <w:sz w:val="20"/>
        </w:rPr>
        <w:t>31:34  samandar ka safar kar ke woh aik jazeeray mein pahunch raha hai, aur un ke baray mein aap kaha. aap ne farmaya ke kal muluk ala al-asr, badshahon ki tarah takhton par,</w:t>
      </w:r>
      <w:r>
        <w:br/>
      </w:r>
      <w:r>
        <w:rPr>
          <w:sz w:val="20"/>
        </w:rPr>
        <w:t>31:49  unlike, like kings in thrones.</w:t>
      </w:r>
      <w:r>
        <w:br/>
      </w:r>
      <w:r>
        <w:rPr>
          <w:sz w:val="20"/>
        </w:rPr>
        <w:t>32:00  to</w:t>
      </w:r>
      <w:r>
        <w:br/>
      </w:r>
      <w:r>
        <w:rPr>
          <w:sz w:val="20"/>
        </w:rPr>
        <w:t>32:03  hazrat umm e haraam ko bohat shauq hua, unhon ne kaha ke aap dua kijiye ke main bhi is jamaat mein, is group mein shamil ho jaon. to aap ne farmaya ke tum un mein se ho, tum un mein se ho.</w:t>
      </w:r>
      <w:r>
        <w:br/>
      </w:r>
      <w:r>
        <w:rPr>
          <w:sz w:val="20"/>
        </w:rPr>
        <w:t>32:19  phir riwayat kehti hai ke phir aap ko dobara neend aa gayi, aur aap so gaye. aur dobara jab uthe aap to phir aap muskura rahe the.</w:t>
      </w:r>
      <w:r>
        <w:br/>
      </w:r>
      <w:r>
        <w:rPr>
          <w:sz w:val="20"/>
        </w:rPr>
        <w:t>32:30  to phir unhon ne poocha ke aap, aey Allah ke rasool, aap kyun muskura rahe hain? to aap ne phir wahi baat kahi ke dobara koi aap ne koi aik aik group dikhaya gaya, jannati group,</w:t>
      </w:r>
      <w:r>
        <w:br/>
      </w:r>
      <w:r>
        <w:rPr>
          <w:sz w:val="20"/>
        </w:rPr>
        <w:t>32:44  jo samandaron ka safar kar ke usi same jazeeray mein ja raha hai. to phir unhon ne kaha ke aap dua kijiye ke main bhi is mein rahoon.</w:t>
      </w:r>
      <w:r>
        <w:br/>
      </w:r>
      <w:r>
        <w:rPr>
          <w:sz w:val="20"/>
        </w:rPr>
        <w:t>32:53  to aap ne farmaya ke nahi, tum first group mein ho, lekin second group mein tum nahi ho.</w:t>
      </w:r>
      <w:r>
        <w:br/>
      </w:r>
      <w:r>
        <w:rPr>
          <w:sz w:val="20"/>
        </w:rPr>
        <w:t>32:59  yeh hai hadees. ab yeh second group jo royal journey kar ke wahan pahunchega, yeh aik aik aik golden dream tha mere mind mein, mere sathiyon ke mind mein.</w:t>
      </w:r>
      <w:r>
        <w:br/>
      </w:r>
      <w:r>
        <w:rPr>
          <w:sz w:val="20"/>
        </w:rPr>
        <w:t>33:13  yahi le kar hamein wahan gaya ke shayad hua shumar is mein ho jaye.</w:t>
      </w:r>
      <w:r>
        <w:br/>
      </w:r>
      <w:r>
        <w:rPr>
          <w:sz w:val="20"/>
        </w:rPr>
        <w:t>33:19  to aisa hua ke jab hamara jahaz wahan pahuncha, is ke upar, yani un un airport ke paas, to woh building bilkul airport ke paas hai,</w:t>
      </w:r>
      <w:r>
        <w:br/>
      </w:r>
      <w:r>
        <w:rPr>
          <w:sz w:val="20"/>
        </w:rPr>
        <w:t>33:36  yani paanch minute ka walking distance hai is ka. to abhi hum log jahaz mein hi the ke woh dikhai pad gaya. woh</w:t>
      </w:r>
      <w:r>
        <w:br/>
      </w:r>
      <w:r>
        <w:rPr>
          <w:sz w:val="20"/>
        </w:rPr>
        <w:t>33:46  phir yeh utar kar ke hum jab car se ja rahe the hotel ki taraf, tab bhi woh dikhai de raha tha. woh lekin hamare program mein jo tha, woh yeh tha ke hum wapsi mein wahan jayenge.</w:t>
      </w:r>
      <w:r>
        <w:br/>
      </w:r>
      <w:r>
        <w:rPr>
          <w:sz w:val="20"/>
        </w:rPr>
        <w:t>33:58  to hum log gaye hotel mein, phire, conference mein shirkat ki, literature logon ko taqseem kiya. majmooi tor par hamara kul safar jo tha, woh yani paanchwein din hamein lotna tha.</w:t>
      </w:r>
      <w:r>
        <w:br/>
      </w:r>
      <w:r>
        <w:rPr>
          <w:sz w:val="20"/>
        </w:rPr>
        <w:t>34:12  to yeh program tha ke jab hum lotenge to airport jane se pehle hum pehle wahan jayenge, kuch der rahenge wahan, phir wahan se airport chale jayenge.</w:t>
      </w:r>
      <w:r>
        <w:br/>
      </w:r>
      <w:r>
        <w:rPr>
          <w:sz w:val="20"/>
        </w:rPr>
        <w:t>34:23  aise hi kiya hum ne ke wapsi mein hum wahan gaye. to sahib, wahan jab pahunche to aik aik aik poori dunya thi wahan par.</w:t>
      </w:r>
      <w:r>
        <w:br/>
      </w:r>
      <w:r>
        <w:rPr>
          <w:sz w:val="20"/>
        </w:rPr>
        <w:t>34:35  jaate hue maine yeh samjha tha ke aik tooti phooti qabr hogi,</w:t>
      </w:r>
      <w:r>
        <w:br/>
      </w:r>
      <w:r>
        <w:rPr>
          <w:sz w:val="20"/>
        </w:rPr>
        <w:t>34:40  kyun ke sab se pehle maine padha tha aayat al-sahaba mein ke un ke baray mein, umm e haraam ke baray mein ke un ki qabr jo hai, qibra mein hai, aur upar likha hua hai qabr al-marah al-salihah.</w:t>
      </w:r>
      <w:r>
        <w:br/>
      </w:r>
      <w:r>
        <w:rPr>
          <w:sz w:val="20"/>
        </w:rPr>
        <w:t>34:54  pehla reference jo mujhe mila tha, woh yahi mila tha. itna hi, bas is se zyada kuch nahi. qabr al-marah al-salihah.</w:t>
      </w:r>
      <w:r>
        <w:br/>
      </w:r>
      <w:r>
        <w:rPr>
          <w:sz w:val="20"/>
        </w:rPr>
        <w:t>35:03  phir is ke baad jo detail padhi to fath al-bari mein bohat tafseel se un ke baray mein likha hua hai, bohat detail mein.</w:t>
      </w:r>
      <w:r>
        <w:br/>
      </w:r>
      <w:r>
        <w:rPr>
          <w:sz w:val="20"/>
        </w:rPr>
        <w:t>35:12  fath al-bari mein phir internet par bohat detail mein sari maloomat mojood hain. hamare aik saathi peshawar mein rehte hain, un ko hum ne yahan se message diya, unhon ne bohat sara matter wahan se bheja.</w:t>
      </w:r>
      <w:r>
        <w:br/>
      </w:r>
      <w:r>
        <w:rPr>
          <w:sz w:val="20"/>
        </w:rPr>
        <w:t>35:27  ab jab wahan pohnche hum us ke samne to wo to ek taj mahal hai, samjhiye second taj mahal.</w:t>
      </w:r>
      <w:r>
        <w:br/>
      </w:r>
      <w:r>
        <w:rPr>
          <w:sz w:val="20"/>
        </w:rPr>
        <w:t>35:37  yani ek aap jante hain ke ek khatoon ki qabr hai wahan, jahan ke us ko hum kehte hain taj mahal. wahan bhi ek taj mahal hai, wo wo sang marmar ka to nahi hai, lekin bohat khoobsurat building hai,</w:t>
      </w:r>
    </w:p>
    <w:p>
      <w:pPr>
        <w:pStyle w:val="Heading2"/>
      </w:pPr>
      <w:r>
        <w:t>Warning signs of Doomsday in science and hadith</w:t>
      </w:r>
    </w:p>
    <w:p>
      <w:r>
        <w:rPr>
          <w:color w:val="666666"/>
          <w:sz w:val="18"/>
        </w:rPr>
        <w:t>Warnings of Doomsday February 4, 2007 · 6m 09s · at 19:24 · https://youtu.be/VT0BnPl_-zc?t=1164</w:t>
      </w:r>
    </w:p>
    <w:p>
      <w:r>
        <w:rPr>
          <w:i/>
        </w:rPr>
        <w:t>“Usne 130 countries ke scientists ko ek panel banaya”</w:t>
      </w:r>
    </w:p>
    <w:p>
      <w:r>
        <w:rPr>
          <w:sz w:val="20"/>
        </w:rPr>
        <w:t>19:24  us ne 130 countries ke scientist ko ek panel banaya, 130 mulkon ke scientist ka panel, aur dhai hazar scientist the, more than 2000 scientist.</w:t>
      </w:r>
      <w:r>
        <w:br/>
      </w:r>
      <w:r>
        <w:rPr>
          <w:sz w:val="20"/>
        </w:rPr>
        <w:t>19:44  to mor din, mor din 2000 scientist, international report ke log, aur 130 countries ke, aur kai baras tak unhon ne research ki, research ki, research ki, jis ka result aap ne dekha hoga ke kal media mein aaya hai,</w:t>
      </w:r>
      <w:r>
        <w:br/>
      </w:r>
      <w:r>
        <w:rPr>
          <w:sz w:val="20"/>
        </w:rPr>
        <w:t>20:05  aur woh bohat hi, yaani bohat hi mayous kun picture, bohat hi mayusi ka picture bataya hai unhon ne zameen ke baray mein.</w:t>
      </w:r>
      <w:r>
        <w:br/>
      </w:r>
      <w:r>
        <w:rPr>
          <w:sz w:val="20"/>
        </w:rPr>
        <w:t>20:17  zameen ke baray mein is mein dekhiye, yeh jo times of India kal ka jo issue hai, yaani kal ka matlab hai february third, february third ka jo times of India hai, is mein bohat si news isi ke baray mein hai jo report aayi hai in scientist ke is panel ki.</w:t>
      </w:r>
      <w:r>
        <w:br/>
      </w:r>
      <w:r>
        <w:rPr>
          <w:sz w:val="20"/>
        </w:rPr>
        <w:t>20:40  to is ki main unhon ne jo title banaya hai, is ka woh hai "warning, warning science", s i g n s, "warning ki nishaniyan".</w:t>
      </w:r>
      <w:r>
        <w:br/>
      </w:r>
      <w:r>
        <w:rPr>
          <w:sz w:val="20"/>
        </w:rPr>
        <w:t>20:55  to warning science mein is mein aata add karunga ke "warning signs of toms day" . is mein to jo hai "warning signs", s i g n s,</w:t>
      </w:r>
      <w:r>
        <w:br/>
      </w:r>
      <w:r>
        <w:rPr>
          <w:sz w:val="20"/>
        </w:rPr>
        <w:t>21:09  "warning ki nishaniyan" . to main ne izafa kar ke kahunga ke yeh hai "warning signs of toms day" . kyunke jo aaya hai, woh aap sab logon ne parha hoga, aur aur TV mein dekha hoga ke bohat hi dangerous situation ki taraf hum ja rahe hain, aur yeh bhi keh rahe hain ke "irreversible" hai.</w:t>
      </w:r>
      <w:r>
        <w:br/>
      </w:r>
      <w:r>
        <w:rPr>
          <w:sz w:val="20"/>
        </w:rPr>
        <w:t>21:29  woh ab hum lot nahi sakte peechay ki taraf, yaani pre industrial era mein yeh situation jo thi ke carbon dioxide ab double, is ke muqablay mein double hua ja raha hai hamare atmosphere mein.</w:t>
      </w:r>
      <w:r>
        <w:br/>
      </w:r>
      <w:r>
        <w:rPr>
          <w:sz w:val="20"/>
        </w:rPr>
        <w:t>21:46  pre industrial era mein jitna carbon dioxide hua karta tha atmosphere mein, to is ka double hua ja raha hai. sea level jo hai, 80 centimeter ooncha hone wala hai,</w:t>
      </w:r>
      <w:r>
        <w:br/>
      </w:r>
      <w:r>
        <w:rPr>
          <w:sz w:val="20"/>
        </w:rPr>
        <w:t>22:01  barh raha hai, barh raha hai, barh raha hai. ab bohat jald yeh hoga ke 80 centimeter sea level ooncha ho jayega. kitnay saray log doob jayenge?</w:t>
      </w:r>
      <w:r>
        <w:br/>
      </w:r>
      <w:r>
        <w:rPr>
          <w:sz w:val="20"/>
        </w:rPr>
        <w:t>22:11  yeh kya hai? yeh wahi to hai qayamat ke asar. to asar qayamat par bohat si kitaben hamare likhi gayi thi, aur bohat is mein riwayatein hain.</w:t>
      </w:r>
      <w:r>
        <w:br/>
      </w:r>
      <w:r>
        <w:rPr>
          <w:sz w:val="20"/>
        </w:rPr>
        <w:t>22:22  to sari riwayatein jo hain, is mein woh aaj waqea ban rahi hain. main samajhta hoon koi aadmi agar sirf yeh kare ke in hadithon ko parhe, aur aaj ke jo aaj kal jo media mein aa rahi hain cheezen, is se dekhe milakar ke, to dil pukarega is ka ke bilashuba yeh Khuda ke Rasool the.</w:t>
      </w:r>
      <w:r>
        <w:br/>
      </w:r>
      <w:r>
        <w:rPr>
          <w:sz w:val="20"/>
        </w:rPr>
        <w:t>22:44  kaun janta tha is se pehle in baton ko jo abhi aa rahi hain kuch dinon se? khud scientist logon ko pata nahi tha.</w:t>
      </w:r>
      <w:r>
        <w:br/>
      </w:r>
      <w:r>
        <w:rPr>
          <w:sz w:val="20"/>
        </w:rPr>
        <w:t>22:56  yaani hum ne pehle jab bachpan mein, nawjawan ki umar mein, jab hum parhna shuru kiya to hum ne parha tha aik bar Germany ke baray mein ke Germany mein jab shuru mein factory bani to aap jante hain ke factory se dhuan niklta tha.</w:t>
      </w:r>
      <w:r>
        <w:br/>
      </w:r>
      <w:r>
        <w:rPr>
          <w:sz w:val="20"/>
        </w:rPr>
        <w:t>23:16  yaani koyle ka energy jo thi, koyle se hasil ki jati thi. to dhuan to logon ne samjha ke dhuan nikal kar ke hamara sona ugal raha hai, woh kyunke paisa mil raha tha is se.</w:t>
      </w:r>
      <w:r>
        <w:br/>
      </w:r>
      <w:r>
        <w:rPr>
          <w:sz w:val="20"/>
        </w:rPr>
        <w:t>23:30  to Germanon ne kaha ke jab tak hamari chimniyan dhuan ugal rahi hain, tab tak hamare liye koi koi problem nahi hai.</w:t>
      </w:r>
      <w:r>
        <w:br/>
      </w:r>
      <w:r>
        <w:rPr>
          <w:sz w:val="20"/>
        </w:rPr>
        <w:t>23:41  to is ko prosperity ki pehchan samajhte the. is ko aaj woh dhuan jo yeh keh raha hai ke zindagi is is is is globe par zindagi hi possible nahi rahi.</w:t>
      </w:r>
      <w:r>
        <w:br/>
      </w:r>
      <w:r>
        <w:rPr>
          <w:sz w:val="20"/>
        </w:rPr>
        <w:t>23:53  kyunke is dhuein ne, industrial dhuein ne kya kiya? yeh kiya ke ke carbon dioxide ka jo content hai hamare atmosphere mein, is ko ab double karne</w:t>
      </w:r>
      <w:r>
        <w:br/>
      </w:r>
      <w:r>
        <w:rPr>
          <w:sz w:val="20"/>
        </w:rPr>
        <w:t>24:07  ja raha hai. double! bataiye ke kitni kitna bara danger yeh hai? woh jo zehriili gases hoti hain, aap jante hain, agar un ki barh jaye, un ki quantity to kya hoga?</w:t>
      </w:r>
      <w:r>
        <w:br/>
      </w:r>
      <w:r>
        <w:rPr>
          <w:sz w:val="20"/>
        </w:rPr>
        <w:t>24:18  to main samajhta hoon ke yeh jo hai baat ke qayamat se pehle dajjal o dajjal aur Mahdi zahir honge. yaani bohat pehle ke mani ki bilkul jab qareeb aa chuki gi, qareeb tab.</w:t>
      </w:r>
      <w:r>
        <w:br/>
      </w:r>
      <w:r>
        <w:rPr>
          <w:sz w:val="20"/>
        </w:rPr>
        <w:t>24:34  to main samajhta hoon ke toms day qareeb aa chuka, aur dajjal aur Mahdi ke zuhoor ka waqt aa chuka.</w:t>
      </w:r>
      <w:r>
        <w:br/>
      </w:r>
      <w:r>
        <w:rPr>
          <w:sz w:val="20"/>
        </w:rPr>
        <w:t>24:45  to hadith mein aata hai jab waqt aaye to us waqt toba ka waqt hoga. toba ka matlab hai repentance.</w:t>
      </w:r>
      <w:r>
        <w:br/>
      </w:r>
      <w:r>
        <w:rPr>
          <w:sz w:val="20"/>
        </w:rPr>
        <w:t>24:56  yaani aap ko agar bataya jaye ke ertaqay ka aanay wala hai paanch minute ke baad to aap ka kya haal hoga? mujhe bataiye, agar yeh announce kiya jaye government ki taraf se ke sirf five minute ke baad aik ertaqay ka aanay wala hai, bohat bara, to hum mein se kya kaha hoga?</w:t>
      </w:r>
      <w:r>
        <w:br/>
      </w:r>
      <w:r>
        <w:rPr>
          <w:sz w:val="20"/>
        </w:rPr>
        <w:t>25:17  hum kaha hum sab kuch bhool jayenge, koi excuse nahi rahega hamare paas, kuch bhi nahi. woh Khuda ki taraf daudenge, sab kuch bhool jayenge, sab kuch bhool jayenge.</w:t>
      </w:r>
    </w:p>
    <w:p>
      <w:pPr>
        <w:pStyle w:val="Heading2"/>
      </w:pPr>
      <w:r>
        <w:t>The golden age: classifying authentic versus weak hadith</w:t>
      </w:r>
    </w:p>
    <w:p>
      <w:r>
        <w:rPr>
          <w:color w:val="666666"/>
          <w:sz w:val="18"/>
        </w:rPr>
        <w:t>The Living Tradition: Why Hadith Matters in Islam?</w:t>
        <w:br/>
        <w:t>December 8, 2024 · 5m 16s · at 31:42 · https://youtu.be/2w9-vnnJBeY?t=1902</w:t>
      </w:r>
    </w:p>
    <w:p>
      <w:r>
        <w:rPr>
          <w:i/>
        </w:rPr>
        <w:t>“This era is called the golden age of hadith compilation”</w:t>
      </w:r>
    </w:p>
    <w:p>
      <w:r>
        <w:rPr>
          <w:sz w:val="20"/>
        </w:rPr>
        <w:t>31:42  tha? is par kuch roshni dalen. yeh zamana jo hai 200 se le kar ke 300 Hijri tak hai.</w:t>
      </w:r>
      <w:r>
        <w:br/>
      </w:r>
      <w:r>
        <w:rPr>
          <w:sz w:val="20"/>
        </w:rPr>
        <w:t>31:52  yeh approximately yeh batana hai, nahi to aage peechay bhi ho sakta hai. to yeh jo hai tadween-e-hadith ka golden age kaha jata hai.</w:t>
      </w:r>
      <w:r>
        <w:br/>
      </w:r>
      <w:r>
        <w:rPr>
          <w:sz w:val="20"/>
        </w:rPr>
        <w:t>32:03  is age mein peghambar ki hadith, sahaba aur tabeen ke aqwal jo hain, woh alag alag kiye gaye.</w:t>
      </w:r>
      <w:r>
        <w:br/>
      </w:r>
      <w:r>
        <w:rPr>
          <w:sz w:val="20"/>
        </w:rPr>
        <w:t>32:11  to authentic traditions jo hain, weak tradition se alag ki gayeen aur book form mein compile. ab yeh ab jo hai na, compilation shuru ho gaya.</w:t>
      </w:r>
      <w:r>
        <w:br/>
      </w:r>
      <w:r>
        <w:rPr>
          <w:sz w:val="20"/>
        </w:rPr>
        <w:t>32:22  to compilation mein sahih galat sab se zyada to yahi concern tha ke authentic hadithain jo hain, woh alag alag kar di jayen taake logon ko is se hidayat lene mein bohat aasani ho jay.</w:t>
      </w:r>
      <w:r>
        <w:br/>
      </w:r>
      <w:r>
        <w:rPr>
          <w:sz w:val="20"/>
        </w:rPr>
        <w:t>32:36  aur hadith ke jo hain, hadith ko samajhne ke liye aur is ki authenticity ko judge karne ke liye bohat sare qanoon qaide banaye gaye.</w:t>
      </w:r>
      <w:r>
        <w:br/>
      </w:r>
      <w:r>
        <w:rPr>
          <w:sz w:val="20"/>
        </w:rPr>
        <w:t>32:48  asal mein pehle kya tha? arab to jhoot bolte nahi the, lekin ab jo hai sari doosri doosri qomein jo hain islam mein dakhil ho gayeen.</w:t>
      </w:r>
      <w:r>
        <w:br/>
      </w:r>
      <w:r>
        <w:rPr>
          <w:sz w:val="20"/>
        </w:rPr>
        <w:t>32:57  to bohat sare log jo hain hadithon ko waz karne lagay. kisi ko apni baat ki ahmiyat batani hoti to woh is ko hadith ki shakal de deta.</w:t>
      </w:r>
      <w:r>
        <w:br/>
      </w:r>
      <w:r>
        <w:rPr>
          <w:sz w:val="20"/>
        </w:rPr>
        <w:t>33:08  koi islam ko badnaam karna chahta to hadith ki shakal bana deta is ko.</w:t>
      </w:r>
      <w:r>
        <w:br/>
      </w:r>
      <w:r>
        <w:rPr>
          <w:sz w:val="20"/>
        </w:rPr>
        <w:t>33:12  to is tarike se woh ab sahaba aur un ke baad ke jo log the, woh bohat zyada woh ho gaye, bohat zyada soch mein pad gaye ke ab is ko bohat zyada jaise pehle bohat aasani se woh ek doosre ko hadithain bayan karte the.</w:t>
      </w:r>
      <w:r>
        <w:br/>
      </w:r>
      <w:r>
        <w:rPr>
          <w:sz w:val="20"/>
        </w:rPr>
        <w:t>33:31  to yeh dar nahi tha ke is mein kuch galat hadithain, kuch un authentic hadithain jo hain mil jayengi. lekin ab unhon ne socha ke is ke liye kuch karna padega,</w:t>
      </w:r>
      <w:r>
        <w:br/>
      </w:r>
      <w:r>
        <w:rPr>
          <w:sz w:val="20"/>
        </w:rPr>
        <w:t>33:42  is ki hadith ko ko scrutinize karne ke liye, is ki reliability ko judge karne ke liye kuch kaam karna padega.</w:t>
      </w:r>
      <w:r>
        <w:br/>
      </w:r>
      <w:r>
        <w:rPr>
          <w:sz w:val="20"/>
        </w:rPr>
        <w:t>33:52  ek doosre se kaise farq karen? to is wajah se unhon ne poora critical scrutiny of hajj, critical scrutiny of hadith ka jo hai poora fun develop kiya.</w:t>
      </w:r>
      <w:r>
        <w:br/>
      </w:r>
      <w:r>
        <w:rPr>
          <w:sz w:val="20"/>
        </w:rPr>
        <w:t>34:04  is ko fun asma ul rijal kaha jata hai.</w:t>
      </w:r>
      <w:r>
        <w:br/>
      </w:r>
      <w:r>
        <w:rPr>
          <w:sz w:val="20"/>
        </w:rPr>
        <w:t>34:08  to is mein sab se pehle jo unhon ne yeh kiya ke jo sanad, sanad jo hai yani jo rawi hai, jo transmitter hai, woh sab se pehle unhon ne is ke liye kaam kiya ke woh reliable hai ke nahi.</w:t>
      </w:r>
      <w:r>
        <w:br/>
      </w:r>
      <w:r>
        <w:rPr>
          <w:sz w:val="20"/>
        </w:rPr>
        <w:t>34:24  woh aate hain</w:t>
      </w:r>
      <w:r>
        <w:br/>
      </w:r>
      <w:r>
        <w:rPr>
          <w:sz w:val="20"/>
        </w:rPr>
        <w:t>34:25  , is ki baaton ko hum, is ki baaton ko hum poora trust kar sakte hain ke nahi? is ne kabhi koi jhoot to nahi bola? is ne kabhi koi dishonesty to nahi ki?</w:t>
      </w:r>
      <w:r>
        <w:br/>
      </w:r>
      <w:r>
        <w:rPr>
          <w:sz w:val="20"/>
        </w:rPr>
        <w:t>34:35  to is lihaz se unhon ne sanad ki reliability ke lihaz se hadith ka categorization kiya.</w:t>
      </w:r>
      <w:r>
        <w:br/>
      </w:r>
      <w:r>
        <w:rPr>
          <w:sz w:val="20"/>
        </w:rPr>
        <w:t>34:43  to is categorization mein teen hadith ki qismein samne ayen: sahih, hasan aur zaeef. sahih woh hadithain dein jo har lihaz se perfect theen, sanad ke lihaz se bhi aur content ke lihaz se bhi.</w:t>
      </w:r>
      <w:r>
        <w:br/>
      </w:r>
      <w:r>
        <w:rPr>
          <w:sz w:val="20"/>
        </w:rPr>
        <w:t>34:59  hasan mein yeh tha ke koi koi is mein thodi imperfection payi jati thi.</w:t>
      </w:r>
      <w:r>
        <w:br/>
      </w:r>
      <w:r>
        <w:rPr>
          <w:sz w:val="20"/>
        </w:rPr>
        <w:t>35:06  misal ke taur par ke koi ek jo hai, jo sanad mein se jo log, jo narrators mein se koi ek narrator bohat zyada reliable na ho.</w:t>
      </w:r>
      <w:r>
        <w:br/>
      </w:r>
      <w:r>
        <w:rPr>
          <w:sz w:val="20"/>
        </w:rPr>
        <w:t>35:19  aur zaeef mein to hai ke zyada tar log unreliable hon, to woh zaeef hoti theen.</w:t>
      </w:r>
      <w:r>
        <w:br/>
      </w:r>
      <w:r>
        <w:rPr>
          <w:sz w:val="20"/>
        </w:rPr>
        <w:t>35:27  to sahih ka matlab hai ke sanad jo hai woh muttasil ho, yani unbroken chain ho is ki. aur rawi jo hai woh adil ho.</w:t>
      </w:r>
      <w:r>
        <w:br/>
      </w:r>
      <w:r>
        <w:rPr>
          <w:sz w:val="20"/>
        </w:rPr>
        <w:t>35:36  aur hafiza dekha jata tha ke hafiza is ka qawi hona chahiye, kyunke hafize par bohat zyada depend kar rahi thi yeh ilm jo hai ke agar hafiza sahih nahi ho to kuch na kuch gadbad ho sakta hai.</w:t>
      </w:r>
      <w:r>
        <w:br/>
      </w:r>
      <w:r>
        <w:rPr>
          <w:sz w:val="20"/>
        </w:rPr>
        <w:t>35:49  to agar hafize ke aitbar se kuch bhi halka pan nazar aata tha to is ko woh hasan mein daal diya jata. aur agar tamam ausaf mein kami hoti thi to woh zaeef kehlati thi.</w:t>
      </w:r>
      <w:r>
        <w:br/>
      </w:r>
      <w:r>
        <w:rPr>
          <w:sz w:val="20"/>
        </w:rPr>
        <w:t>36:01  aur mauzu to woh hai jo ke bilkul intehai na qabil e aitbar. to is mein khas taur par yeh dekha jata hai ke rawi jo hai, transmitter jo hai, is ka taqwa hi suspect hai, matlab woh mutaqqi nahi hai.</w:t>
      </w:r>
      <w:r>
        <w:br/>
      </w:r>
      <w:r>
        <w:rPr>
          <w:sz w:val="20"/>
        </w:rPr>
        <w:t>36:14  to aisa aadmi bohat aasani se hadithon ko fabricate kar sakta hai, kyunke asal cheez jo hai woh Khuda ka darr hai. jab is ke andar Khuda ka darr nahi hoga to woh kuch bhi kar sakta hai.</w:t>
      </w:r>
      <w:r>
        <w:br/>
      </w:r>
      <w:r>
        <w:rPr>
          <w:sz w:val="20"/>
        </w:rPr>
        <w:t>36:26  to yeh hai is mein teen jo hain, is ke teen woh hain: husn aur aur zaeef aur mauzu.</w:t>
      </w:r>
      <w:r>
        <w:br/>
      </w:r>
      <w:r>
        <w:rPr>
          <w:sz w:val="20"/>
        </w:rPr>
        <w:t>36:38  yeh sab teen chaar jo hain, main main is ki classification kiya gaya hai.</w:t>
      </w:r>
      <w:r>
        <w:br/>
      </w:r>
      <w:r>
        <w:rPr>
          <w:sz w:val="20"/>
        </w:rPr>
        <w:t>36:44  is zamane mein, aap ka jo mujhe yaad aa raha hai ke is zamane mein jo sanad waghera par kaam ho raha tha, to logon ke darmiyan jo cheez samne aayi, jo is field ke mahireen ne jo cheez bayan ki thi,</w:t>
      </w:r>
    </w:p>
    <w:p>
      <w:pPr>
        <w:pStyle w:val="Heading2"/>
      </w:pPr>
      <w:r>
        <w:t>Full argument for ijtihad from the hadith of ambiguous matters</w:t>
      </w:r>
    </w:p>
    <w:p>
      <w:r>
        <w:rPr>
          <w:color w:val="666666"/>
          <w:sz w:val="18"/>
        </w:rPr>
        <w:t>Islam in A New Age March 18, 2012 · 5m 45s · at 6:11 · https://youtu.be/P5hzq_NheY0?t=371</w:t>
      </w:r>
    </w:p>
    <w:p>
      <w:r>
        <w:rPr>
          <w:i/>
        </w:rPr>
        <w:t>“Al-halalu bayyin wal-haramu bayyin — hadith of the unclear middle”</w:t>
      </w:r>
    </w:p>
    <w:p>
      <w:r>
        <w:rPr>
          <w:sz w:val="20"/>
        </w:rPr>
        <w:t>6:11  yani bukhari mein, muslim mein, aur doosri tamam kitabon mein. is hadees mein rasool allah sallallahu alaihi wasallam ne farmaya ke "al halal bayyin wa al haram bayyin, wa baynahuma umoor-e-mushtabihat" .</w:t>
      </w:r>
      <w:r>
        <w:br/>
      </w:r>
      <w:r>
        <w:rPr>
          <w:sz w:val="20"/>
        </w:rPr>
        <w:t>6:31  islam mein jo halaal hai, woh bohat hi wazeh hai. isi tarah haraam jo hai, wohi bohat hi wazeh hai.</w:t>
      </w:r>
      <w:r>
        <w:br/>
      </w:r>
      <w:r>
        <w:rPr>
          <w:sz w:val="20"/>
        </w:rPr>
        <w:t>6:41  yani clear hai. in ke beech mein kuch mushtabah cheezein hain.</w:t>
      </w:r>
      <w:r>
        <w:br/>
      </w:r>
      <w:r>
        <w:rPr>
          <w:sz w:val="20"/>
        </w:rPr>
        <w:t>6:49  mushtabah cheezein hain, mushtabihat. yani in clear.</w:t>
      </w:r>
      <w:r>
        <w:br/>
      </w:r>
      <w:r>
        <w:rPr>
          <w:sz w:val="20"/>
        </w:rPr>
        <w:t>6:58  to woh jo in clear hai, us mein bohat bara samandar hai cheezon ka. lekin woh in clear hai.</w:t>
      </w:r>
      <w:r>
        <w:br/>
      </w:r>
      <w:r>
        <w:rPr>
          <w:sz w:val="20"/>
        </w:rPr>
        <w:t>7:09  to yeh jo in clear hissa hai,</w:t>
      </w:r>
      <w:r>
        <w:br/>
      </w:r>
      <w:r>
        <w:rPr>
          <w:sz w:val="20"/>
        </w:rPr>
        <w:t>7:14  is ko is ka kya, is mein kya baatein hain? yeh bohat hi ajeeb baat hai ke poori tareekh mein is se bekhabar reh gaye log. aur is ka mein hawala deta hoon aap ko ke allama anwar shah kashmiri, jo bohat hi top ke muhaddis thay,</w:t>
      </w:r>
      <w:r>
        <w:br/>
      </w:r>
      <w:r>
        <w:rPr>
          <w:sz w:val="20"/>
        </w:rPr>
        <w:t>7:35  saari hadees ki kitabein, saari mutalliq kitabein, saara zakhira jo hai sunnat ka, woh unhon ne parha tha. to woh likhte hain, un ki kitab mere paas maujood hai,</w:t>
      </w:r>
      <w:r>
        <w:br/>
      </w:r>
      <w:r>
        <w:rPr>
          <w:sz w:val="20"/>
        </w:rPr>
        <w:t>7:49  jo amali hai, lekin bahar haal unhi ki kitab hai woh. woh kehte hain ke maine sab parha. shaukani ki kitab parhi, aur falan kitab parhi, saara parh dala maine is hadees ko samajhnay ke liye.</w:t>
      </w:r>
      <w:r>
        <w:br/>
      </w:r>
      <w:r>
        <w:rPr>
          <w:sz w:val="20"/>
        </w:rPr>
        <w:t>8:01  lekin</w:t>
      </w:r>
      <w:r>
        <w:br/>
      </w:r>
      <w:r>
        <w:rPr>
          <w:sz w:val="20"/>
        </w:rPr>
        <w:t>8:02  is ke baad likhte hain ke "lam yatahassal shay'un ghair hall al-lughaat, ghair hall al-alfaz, lam yatahassal shay'un ghair hall al-alfaz" .</w:t>
      </w:r>
      <w:r>
        <w:br/>
      </w:r>
      <w:r>
        <w:rPr>
          <w:sz w:val="20"/>
        </w:rPr>
        <w:t>8:18  yani yeh saara zakhira jo is hadees ki sharah mein likha gaya hai, is mein is hadees ke mani par mujhe kuch nahi mila.</w:t>
      </w:r>
      <w:r>
        <w:br/>
      </w:r>
      <w:r>
        <w:rPr>
          <w:sz w:val="20"/>
        </w:rPr>
        <w:t>8:26  sirf alfaaz ki grammatical explanation, literal explanation, bas yeh mila. aap ghor kijiye, kaisi ajeeb baat yeh hai.</w:t>
      </w:r>
      <w:r>
        <w:br/>
      </w:r>
      <w:r>
        <w:rPr>
          <w:sz w:val="20"/>
        </w:rPr>
        <w:t>8:38  aur is hadees ke baray mein jo ke bukhari mein bhi hai, aur ibn hajar ki jo kitab hai, fath al-bari, ibn hajar ki kitab jo fath al-bari hai, us ko hadees ka encyclopedia kaha jata hai.</w:t>
      </w:r>
      <w:r>
        <w:br/>
      </w:r>
      <w:r>
        <w:rPr>
          <w:sz w:val="20"/>
        </w:rPr>
        <w:t>8:53  bees jildon mein hai woh.</w:t>
      </w:r>
      <w:r>
        <w:br/>
      </w:r>
      <w:r>
        <w:rPr>
          <w:sz w:val="20"/>
        </w:rPr>
        <w:t>8:56  is mein bhi is tarah behs hai, lekin aik jumla bhi us ki maanoiyat, us ki meaning ke baray mein kuch nahi hai. kaisi ajeeb baat hai.</w:t>
      </w:r>
      <w:r>
        <w:br/>
      </w:r>
      <w:r>
        <w:rPr>
          <w:sz w:val="20"/>
        </w:rPr>
        <w:t>9:07  lekin isi mein aik jumla bohat ahem likha unhon ne ke is hadees mein jo baat hai, us ka janna mumkin hai, lekin thoday logon ke liye mumkin hai woh.</w:t>
      </w:r>
      <w:r>
        <w:br/>
      </w:r>
      <w:r>
        <w:rPr>
          <w:sz w:val="20"/>
        </w:rPr>
        <w:t>9:16  ab woh kon thoday log hain? woh mujtahid log hain.</w:t>
      </w:r>
      <w:r>
        <w:br/>
      </w:r>
      <w:r>
        <w:rPr>
          <w:sz w:val="20"/>
        </w:rPr>
        <w:t>9:24  marifat hukmihi mumkin, walakin lil qaleel min an-nas wa hum al-mujtahidun. is se kya nikla?</w:t>
      </w:r>
      <w:r>
        <w:br/>
      </w:r>
      <w:r>
        <w:rPr>
          <w:sz w:val="20"/>
        </w:rPr>
        <w:t>9:34  is mani ke jo baray baray mani hain jo hadees o quran mein, us ke liye ijtihad ki zaroorat hai. ijtihadi ghor o fikr, ijtihadi zehan.</w:t>
      </w:r>
      <w:r>
        <w:br/>
      </w:r>
      <w:r>
        <w:rPr>
          <w:sz w:val="20"/>
        </w:rPr>
        <w:t>9:46  agar aap ke andar ijtihadi salahiyat nahi hai to in mani tak aap pohnchenge nahi.</w:t>
      </w:r>
      <w:r>
        <w:br/>
      </w:r>
      <w:r>
        <w:rPr>
          <w:sz w:val="20"/>
        </w:rPr>
        <w:t>9:53  is ka matlab kya hua? ke ijtihad na karne ki wajah se poori poori ummat, poori poori ummat jo hai, islam ke reduced form tak pahunch saki.</w:t>
      </w:r>
      <w:r>
        <w:br/>
      </w:r>
      <w:r>
        <w:rPr>
          <w:sz w:val="20"/>
        </w:rPr>
        <w:t>10:06  islam ka jo higher form tha, us se bekhabar reh gayi. kaisi ajeeb mahroomi hai ye.</w:t>
      </w:r>
      <w:r>
        <w:br/>
      </w:r>
      <w:r>
        <w:rPr>
          <w:sz w:val="20"/>
        </w:rPr>
        <w:t>10:14  aur dekhiye, rasool Allah salallahu alaihi wasallam ne is maamle mein</w:t>
      </w:r>
      <w:r>
        <w:br/>
      </w:r>
      <w:r>
        <w:rPr>
          <w:sz w:val="20"/>
        </w:rPr>
        <w:t>10:20  apni ummat ko ek bahut badi hidayat di thi ke ijtihad har haal mein karo. agar galat ijtihad ho jaye, tab bhi karo ijtihad.</w:t>
      </w:r>
      <w:r>
        <w:br/>
      </w:r>
      <w:r>
        <w:rPr>
          <w:sz w:val="20"/>
        </w:rPr>
        <w:t>10:30  ye kaisi ajeeb cheez hai. dekhiye, bukhari mein ek riwayat hai ijtihad ke baare mein. sahih al bukhari mein</w:t>
      </w:r>
      <w:r>
        <w:br/>
      </w:r>
      <w:r>
        <w:rPr>
          <w:sz w:val="20"/>
        </w:rPr>
        <w:t>10:42  ke ek shakhs ijtihad karta hai aur ijtihad mein ghalti kar jata hai, tab bhi us ke liye ek sawab hai. is hadith mein hai ke agar ijtihad sahih ho to double sawab hai.</w:t>
      </w:r>
      <w:r>
        <w:br/>
      </w:r>
      <w:r>
        <w:rPr>
          <w:sz w:val="20"/>
        </w:rPr>
        <w:t>10:55  agar sahih na ho, ghalti ho jaye, tab bhi ek sawab hai. is ka matlab kya hai? ye ijtihad ko ubharna hai. ijtihad ka shauq dilana hai ke bila dare hue ijtihad karo.</w:t>
      </w:r>
      <w:r>
        <w:br/>
      </w:r>
      <w:r>
        <w:rPr>
          <w:sz w:val="20"/>
        </w:rPr>
        <w:t>11:12  kaisi ajeeb baat hai. yaani ye mat daro ke ijtihad kar ke tum ghalti kar jaoge. ghalti karoge, tab bhi Allah taala tum ko inaam dega.</w:t>
      </w:r>
      <w:r>
        <w:br/>
      </w:r>
      <w:r>
        <w:rPr>
          <w:sz w:val="20"/>
        </w:rPr>
        <w:t>11:23  sirf apni niyat ka lihaaz rakho. innamal aamaalu binniyat apni niyat ko dekho ke niyat durust ho.</w:t>
      </w:r>
      <w:r>
        <w:br/>
      </w:r>
      <w:r>
        <w:rPr>
          <w:sz w:val="20"/>
        </w:rPr>
        <w:t>11:32  yaani niyat agar durust hai, yaani fehm-e-deen ki niyat hai, Allah ki marifat janne ki niyat hai, Allah ki qurbat hasil karne ki niyat hai,</w:t>
      </w:r>
      <w:r>
        <w:br/>
      </w:r>
      <w:r>
        <w:rPr>
          <w:sz w:val="20"/>
        </w:rPr>
        <w:t>11:45  to khoob ijtihad karo.</w:t>
      </w:r>
      <w:r>
        <w:br/>
      </w:r>
      <w:r>
        <w:rPr>
          <w:sz w:val="20"/>
        </w:rPr>
        <w:t>11:50  kaisi ajeeb baat hai. kaisi ajeeb baat hai.</w:t>
      </w:r>
    </w:p>
    <w:p>
      <w:pPr>
        <w:pStyle w:val="Heading2"/>
      </w:pPr>
      <w:r>
        <w:t>why this hadith matters for Muslims today, and unity conferences critiqued</w:t>
      </w:r>
    </w:p>
    <w:p>
      <w:r>
        <w:rPr>
          <w:color w:val="666666"/>
          <w:sz w:val="18"/>
        </w:rPr>
        <w:t>Muslim Unity March 15, 2014 Maulana Wahiduddin Khan · 5m 18s · at 20:57 · https://youtu.be/CZHU5z3SEjc?t=1257</w:t>
      </w:r>
    </w:p>
    <w:p>
      <w:r>
        <w:rPr>
          <w:i/>
        </w:rPr>
        <w:t>“Iska relevance mojooda zamane mein bohot zyada hai”</w:t>
      </w:r>
    </w:p>
    <w:p>
      <w:r>
        <w:rPr>
          <w:sz w:val="20"/>
        </w:rPr>
        <w:t>20:56  toh</w:t>
      </w:r>
      <w:r>
        <w:br/>
      </w:r>
      <w:r>
        <w:rPr>
          <w:sz w:val="20"/>
        </w:rPr>
        <w:t>20:57  is ka relevance maooda zamane mein bohat zyada hai. Is hadees ka jo application hai, woh maooda zamane mein bohat zyada ho gaya hai.</w:t>
      </w:r>
      <w:r>
        <w:br/>
      </w:r>
      <w:r>
        <w:rPr>
          <w:sz w:val="20"/>
        </w:rPr>
        <w:t>21:09  har muslim mulk mein yeh cheez applicable hai, har muslim mulk mein logon ko is se rehnumai mil rahi hai.</w:t>
      </w:r>
      <w:r>
        <w:br/>
      </w:r>
      <w:r>
        <w:rPr>
          <w:sz w:val="20"/>
        </w:rPr>
        <w:t>21:24  toh mein dua karta hoon ke Allah taala</w:t>
      </w:r>
      <w:r>
        <w:br/>
      </w:r>
      <w:r>
        <w:rPr>
          <w:sz w:val="20"/>
        </w:rPr>
        <w:t>21:30  musalmanon ko tofeeq de ke is roshni se apni rehnumai hasil karen.</w:t>
      </w:r>
      <w:r>
        <w:br/>
      </w:r>
      <w:r>
        <w:rPr>
          <w:sz w:val="20"/>
        </w:rPr>
        <w:t>21:39  is hadith mein jo roshni hai, is se is roshni se apne liye rehnumai hasil karen,</w:t>
      </w:r>
      <w:r>
        <w:br/>
      </w:r>
      <w:r>
        <w:rPr>
          <w:sz w:val="20"/>
        </w:rPr>
        <w:t>21:49  aur aaj jo islah matloob hai, is islah ka nuskha daryaft karen.</w:t>
      </w:r>
      <w:r>
        <w:br/>
      </w:r>
      <w:r>
        <w:rPr>
          <w:sz w:val="20"/>
        </w:rPr>
        <w:t>22:01  aaj ke musalmanon ke liye har muslim mulk mein, balkeh jo mulk mein majority nahi hai musalmanon ki, phir bhi wahan musalman basta hain, to wahan bhi yeh sab baaten hain.</w:t>
      </w:r>
      <w:r>
        <w:br/>
      </w:r>
      <w:r>
        <w:rPr>
          <w:sz w:val="20"/>
        </w:rPr>
        <w:t>22:16  to chunaanche aap ab to zamana woh hai ke log har mulk mein phail gaye hain, pehle ki tarah nahi hai ke kuch maqamat par woh hua karte the.</w:t>
      </w:r>
      <w:r>
        <w:br/>
      </w:r>
      <w:r>
        <w:rPr>
          <w:sz w:val="20"/>
        </w:rPr>
        <w:t>22:28  ab saare musalman, ab saare mulkon mein musalman phail gaye hain, to har jagah yeh masael hain. kahin zyada hain, kahin kam hain, kahin choti shakal mein hain, kahin badi shakal mein hain, lekin masael hain.</w:t>
      </w:r>
      <w:r>
        <w:br/>
      </w:r>
      <w:r>
        <w:rPr>
          <w:sz w:val="20"/>
        </w:rPr>
        <w:t>22:47  to zaroorat hai ke is hadith ko musalmanon ko bataya jaye, iski sahi tashreeh ke sath.</w:t>
      </w:r>
      <w:r>
        <w:br/>
      </w:r>
      <w:r>
        <w:rPr>
          <w:sz w:val="20"/>
        </w:rPr>
        <w:t>22:58  iski jo sahi tashreeh hai, iska jo sahi mansha hai, usko wazeh kar ke musalmanon ko bataya jaye.</w:t>
      </w:r>
      <w:r>
        <w:br/>
      </w:r>
      <w:r>
        <w:rPr>
          <w:sz w:val="20"/>
        </w:rPr>
        <w:t>23:09  isi ek hadith ko agar aaj ke musalman pakad len to sara unka jo</w:t>
      </w:r>
      <w:r>
        <w:br/>
      </w:r>
      <w:r>
        <w:rPr>
          <w:sz w:val="20"/>
        </w:rPr>
        <w:t>23:18  bigad hai, woh durust ho jaye, jo tashaddud hai, woh khatm ho jaye, jagah jagah jo bahmi takrao hai, woh khatm ho jaye,</w:t>
      </w:r>
      <w:r>
        <w:br/>
      </w:r>
      <w:r>
        <w:rPr>
          <w:sz w:val="20"/>
        </w:rPr>
        <w:t>23:31  jagah jagah jo ikhtilaf ummat ki shaklen ban gayi hain, woh sab khatm ho jaye.</w:t>
      </w:r>
      <w:r>
        <w:br/>
      </w:r>
      <w:r>
        <w:rPr>
          <w:sz w:val="20"/>
        </w:rPr>
        <w:t>23:37  dekhen, qaum musalmanon mein ittehad, ittehad-e-millat ka reference nahi aa sakta. aap hazaron ki tadad mein ittehad-e-millat ka reference karen, is se kuch hone wala nahi hai.</w:t>
      </w:r>
      <w:r>
        <w:br/>
      </w:r>
      <w:r>
        <w:rPr>
          <w:sz w:val="20"/>
        </w:rPr>
        <w:t>23:52  ittehad-e-millat conference ka koi bhi ta'alluq ittehad se nahi hai. yeh to ek qism ki leadership hai. ittehad-e-millat ka nuskha is hadith mein hai, usko batao logon ko.</w:t>
      </w:r>
      <w:r>
        <w:br/>
      </w:r>
      <w:r>
        <w:rPr>
          <w:sz w:val="20"/>
        </w:rPr>
        <w:t>24:09  aaj kal ek mizaj bana hua hai, ittehad-e-millat conference. main samajhta hoon ke yeh leadership hai, iska koi bhi ta'alluq ittehad-e-millat se nahi hai.</w:t>
      </w:r>
      <w:r>
        <w:br/>
      </w:r>
      <w:r>
        <w:rPr>
          <w:sz w:val="20"/>
        </w:rPr>
        <w:t>24:21  ittehad-e-millat ke liye zaroorat hai ke is shaoor ko paida kiya jaye, jo is shaoor is is hadith mein diya gaya. is hadith mein ek shaoor diya gaya hai,</w:t>
      </w:r>
      <w:r>
        <w:br/>
      </w:r>
      <w:r>
        <w:rPr>
          <w:sz w:val="20"/>
        </w:rPr>
        <w:t>24:32  shaoor-e-ittehad, shaoor-e-islah,</w:t>
      </w:r>
      <w:r>
        <w:br/>
      </w:r>
      <w:r>
        <w:rPr>
          <w:sz w:val="20"/>
        </w:rPr>
        <w:t>24:42  yani millat-e-ijtimaiyat ka ek shaoor. to is shaoor ko phailane ki zaroorat hai.</w:t>
      </w:r>
      <w:r>
        <w:br/>
      </w:r>
      <w:r>
        <w:rPr>
          <w:sz w:val="20"/>
        </w:rPr>
        <w:t>24:52  logon ko, logon ke andar yeh shaoor paida karne ki zaroorat hai.</w:t>
      </w:r>
      <w:r>
        <w:br/>
      </w:r>
      <w:r>
        <w:rPr>
          <w:sz w:val="20"/>
        </w:rPr>
        <w:t>24:58  yeh mamla sadkon par nahi hal hota, jalsagahon mein nahi hal hota, yeh mamla dimagh mein hal hota hai.</w:t>
      </w:r>
      <w:r>
        <w:br/>
      </w:r>
      <w:r>
        <w:rPr>
          <w:sz w:val="20"/>
        </w:rPr>
        <w:t>25:08  logon ke dimagh mein sahi shaoor dala jaye, is se masla hal hoga. to main dua karta hoon ke Allah ta'ala logon ko</w:t>
      </w:r>
      <w:r>
        <w:br/>
      </w:r>
      <w:r>
        <w:rPr>
          <w:sz w:val="20"/>
        </w:rPr>
        <w:t>25:18  tofeeq de ke woh is hadith ki spirit ko samjhen. is hadith jo rehnumai di gayi hai, usko pakden.</w:t>
      </w:r>
      <w:r>
        <w:br/>
      </w:r>
      <w:r>
        <w:rPr>
          <w:sz w:val="20"/>
        </w:rPr>
        <w:t>25:29  is hadith mein ittehad ka jo nuskha bataya gaya hai, usko daryaft karen. aaj main samajhta hoon ke musalmanon mein isi ki sab se zyada zaroorat hai.</w:t>
      </w:r>
      <w:r>
        <w:br/>
      </w:r>
      <w:r>
        <w:rPr>
          <w:sz w:val="20"/>
        </w:rPr>
        <w:t>25:48  to main dua karta hoon ke mujh ko aur aap ko aur sab musalmanon ko Allah ta'ala tofeeq den ke woh is hadith ki rooh ko samjhen, is hadith ki rehnumai ko janen,</w:t>
      </w:r>
      <w:r>
        <w:br/>
      </w:r>
      <w:r>
        <w:rPr>
          <w:sz w:val="20"/>
        </w:rPr>
        <w:t>26:05  is hadith ke mutabiq apni millat zindagi ki tanzim karen.</w:t>
      </w:r>
    </w:p>
    <w:p>
      <w:pPr>
        <w:pStyle w:val="Heading2"/>
      </w:pPr>
      <w:r>
        <w:t>Creation plan of God clashes with system-based thinking</w:t>
      </w:r>
    </w:p>
    <w:p>
      <w:r>
        <w:rPr>
          <w:color w:val="666666"/>
          <w:sz w:val="18"/>
        </w:rPr>
        <w:t>Ideology of Life December 29, 2013 Maulana Wahiduddin Khan · 4m 20s · at 15:35 · https://youtu.be/N5psCFw23MI?t=935</w:t>
      </w:r>
    </w:p>
    <w:p>
      <w:r>
        <w:rPr>
          <w:i/>
        </w:rPr>
        <w:t>“lekin yeh zehen jo hai dekhiye”</w:t>
      </w:r>
    </w:p>
    <w:p>
      <w:r>
        <w:rPr>
          <w:sz w:val="20"/>
        </w:rPr>
        <w:t>15:35  lekin yeh zehan jo hai dekhein, yeh creation of, creation plan of God se takra gaya.</w:t>
      </w:r>
      <w:r>
        <w:br/>
      </w:r>
      <w:r>
        <w:rPr>
          <w:sz w:val="20"/>
        </w:rPr>
        <w:t>15:44  yeh jo hai, isi liye dekhein aap yaani kya wajah hai ke socialist yaani yaani mein do misaal deta hoon aap ko ke communiston ka nazariya yeh tha ke equal distribution of wealth.</w:t>
      </w:r>
      <w:r>
        <w:br/>
      </w:r>
      <w:r>
        <w:rPr>
          <w:sz w:val="20"/>
        </w:rPr>
        <w:t>16:01  Equal distribution of wealth. is ke liye unhon ne pachees billion insanon ko maar dala. aur Russia mein un ki hukumat qaim hui jo seventy five years tak chalti rahi.</w:t>
      </w:r>
      <w:r>
        <w:br/>
      </w:r>
      <w:r>
        <w:rPr>
          <w:sz w:val="20"/>
        </w:rPr>
        <w:t>16:11  lekin kabhi bhi aisa nizaam woh nahi bana sake jis mein sab logon ko barabar barabar distribution ho raha ho. kyun ke that is against the creation plan of God.</w:t>
      </w:r>
      <w:r>
        <w:br/>
      </w:r>
      <w:r>
        <w:rPr>
          <w:sz w:val="20"/>
        </w:rPr>
        <w:t>16:20  Khuda ne banaya duniya ko ek challenge jis mein ho. Challenge. kuch kisi ko kam mile, kisi ko zyada mile. phir challenge ho, phir competition ho. is tarah taraqqi hoti rahe.</w:t>
      </w:r>
      <w:r>
        <w:br/>
      </w:r>
      <w:r>
        <w:rPr>
          <w:sz w:val="20"/>
        </w:rPr>
        <w:t>16:31  to yeh jo yeh jo theory thi equal distribution of wealth ki jo theory thi yeh to that was against the law of nature. to fail ho gayi.</w:t>
      </w:r>
      <w:r>
        <w:br/>
      </w:r>
      <w:r>
        <w:rPr>
          <w:sz w:val="20"/>
        </w:rPr>
        <w:t>16:42  aisi yeh theory jo hai democracy ki is ki theory is par base karti thi ke ke</w:t>
      </w:r>
      <w:r>
        <w:br/>
      </w:r>
      <w:r>
        <w:rPr>
          <w:sz w:val="20"/>
        </w:rPr>
        <w:t>16:52  government and the people lekin amalan kya hai jitni democracies hain un mein kahin bhi government of people nahi hai. Government of majority hai.</w:t>
      </w:r>
      <w:r>
        <w:br/>
      </w:r>
      <w:r>
        <w:rPr>
          <w:sz w:val="20"/>
        </w:rPr>
        <w:t>17:02  ke saare log rule kaise karenge? kisi country mein jo log hain sab ke sab woh sab rule kaise karenge? to practically democracy means democracy means rule of majority.</w:t>
      </w:r>
      <w:r>
        <w:br/>
      </w:r>
      <w:r>
        <w:rPr>
          <w:sz w:val="20"/>
        </w:rPr>
        <w:t>17:19  to is ko theory to yeh banaya tha ke rule of all. to rule of all jo ke possible nahi tha. According to the Christian plan of God.</w:t>
      </w:r>
      <w:r>
        <w:br/>
      </w:r>
      <w:r>
        <w:rPr>
          <w:sz w:val="20"/>
        </w:rPr>
        <w:t>17:30  jo law of nature hai, jo Christian plan hai us ke mutabiq yeh possible nahi tha ke rule of all ko aap yaani realize kar saken.</w:t>
      </w:r>
      <w:r>
        <w:br/>
      </w:r>
      <w:r>
        <w:rPr>
          <w:sz w:val="20"/>
        </w:rPr>
        <w:t>17:41  to practically kya hai is waqt rule of majority hai. to kya har har maamle mein less than ideal logon ko hasil ho raha hai?</w:t>
      </w:r>
      <w:r>
        <w:br/>
      </w:r>
      <w:r>
        <w:rPr>
          <w:sz w:val="20"/>
        </w:rPr>
        <w:t>17:53  to is ke maani kya hain ke aap ko raazi hona hoga, hona padega less than ideal par. nahi nahi raazi honge to ladenge, ladenge, ladenge.</w:t>
      </w:r>
      <w:r>
        <w:br/>
      </w:r>
      <w:r>
        <w:rPr>
          <w:sz w:val="20"/>
        </w:rPr>
        <w:t>18:02  nahi ladenge to hate karenge. to musalmanon mein chunke aakhirat juri hui hai, jannat juri hui hai, woh samajhte hain ke isi raah mein koshish karenge to mar jayenge to kahan reh jayenge?</w:t>
      </w:r>
      <w:r>
        <w:br/>
      </w:r>
      <w:r>
        <w:rPr>
          <w:sz w:val="20"/>
        </w:rPr>
        <w:t>18:15  mar jayen ge to paradise mein jayen ge, wahan hoorein milein gi hum ko. to aur logon ke to end aa jata hai, sochte hain ke bhayi jab koi faida nahi hai to mat lado, chodo is ko.</w:t>
      </w:r>
      <w:r>
        <w:br/>
      </w:r>
      <w:r>
        <w:rPr>
          <w:sz w:val="20"/>
        </w:rPr>
        <w:t>18:24  yahan to samajhte hain ke faida ya dunya mein nahi hua to phir paradise mein to hamein milein ge hoorein. to in ka jo muamla hai woh is se bhi sakht ban jata hai musalmanon ka muamla.</w:t>
      </w:r>
      <w:r>
        <w:br/>
      </w:r>
      <w:r>
        <w:rPr>
          <w:sz w:val="20"/>
        </w:rPr>
        <w:t>18:39  isi liye suicide bombing karte hain. suicide bombing is liye kar rahe hain ke mar bhi gaye to kya hua? paradise to mile gi. to is ideology ko jo aap kill na karein aap.</w:t>
      </w:r>
      <w:r>
        <w:br/>
      </w:r>
      <w:r>
        <w:rPr>
          <w:sz w:val="20"/>
        </w:rPr>
        <w:t>18:52  yani jo is system based ideology hai. tab tak kabhi bhi dunya mein peace nahi aa sakta. musalma jo military thi woh khatam nahi ho sakti.</w:t>
      </w:r>
      <w:r>
        <w:br/>
      </w:r>
      <w:r>
        <w:rPr>
          <w:sz w:val="20"/>
        </w:rPr>
        <w:t>19:01  aur muslim terrorism kabhi khatam nahi ho sakta. abhi unhon ne dekhein is mein jo jo news hai ke Egypt mein unhon ne muslim baradar baradrot ko jo us ko al-muslimoon ko unhon ne terrorist declare kar diya.</w:t>
      </w:r>
      <w:r>
        <w:br/>
      </w:r>
      <w:r>
        <w:rPr>
          <w:sz w:val="20"/>
        </w:rPr>
        <w:t>19:20  terrorist organization. lekin is se kuch masla hal nahi hoga. kyunke ideology thori kill hui. agar aap is organization ko</w:t>
      </w:r>
      <w:r>
        <w:br/>
      </w:r>
      <w:r>
        <w:rPr>
          <w:sz w:val="20"/>
        </w:rPr>
        <w:t>19:32  is ISO ko bank laga dein is ke oopar, is ko pakar ke jail mein band kar dein aur is ko unlawful qarar de dein. tab bhi ideology to maujood hai.</w:t>
      </w:r>
      <w:r>
        <w:br/>
      </w:r>
      <w:r>
        <w:rPr>
          <w:sz w:val="20"/>
        </w:rPr>
        <w:t>19:43  jab tak ideology maujood hai to phir phir bhi woh khatam nahi hoga woh. kahin na kahin woh ubhray gi kisi na kisi tareeqay se. woh suicide bombing karein ge woh.</w:t>
      </w:r>
    </w:p>
    <w:p>
      <w:pPr>
        <w:pStyle w:val="Heading2"/>
      </w:pPr>
      <w:r>
        <w:t>The iota verse: essence of accountability</w:t>
      </w:r>
    </w:p>
    <w:p>
      <w:r>
        <w:rPr>
          <w:color w:val="666666"/>
          <w:sz w:val="18"/>
        </w:rPr>
        <w:t>The Concept of Accountability in Islam (English) | June 21, 2007 | Maulana Wahiduddin Khan · 4m 06s · at 24:59 · https://youtu.be/g-GqrJp9iTY?t=1499</w:t>
      </w:r>
    </w:p>
    <w:p>
      <w:r>
        <w:rPr>
          <w:i/>
        </w:rPr>
        <w:t>“A man came to the Prophet of Islam and accepted his religion”</w:t>
      </w:r>
    </w:p>
    <w:p>
      <w:r>
        <w:rPr>
          <w:sz w:val="20"/>
        </w:rPr>
        <w:t>24:59  essential part of Islamic religion.</w:t>
      </w:r>
      <w:r>
        <w:br/>
      </w:r>
      <w:r>
        <w:rPr>
          <w:sz w:val="20"/>
        </w:rPr>
        <w:t>25:09  A man came to the Prophet of Islam and accepted his religion.</w:t>
      </w:r>
      <w:r>
        <w:br/>
      </w:r>
      <w:r>
        <w:rPr>
          <w:sz w:val="20"/>
        </w:rPr>
        <w:t>25:19  Then the Prophet said, "You would stay—you must stay with Ali,</w:t>
      </w:r>
      <w:r>
        <w:br/>
      </w:r>
      <w:r>
        <w:rPr>
          <w:sz w:val="20"/>
        </w:rPr>
        <w:t>25:29  Ali ibn Abi Talib, and for training. Stay for a while with Ali for training, for further education." So after some days, the Prophet saw that that man was not seen in the Mas</w:t>
      </w:r>
      <w:r>
        <w:br/>
      </w:r>
      <w:r>
        <w:rPr>
          <w:sz w:val="20"/>
        </w:rPr>
        <w:t>25:59  jid.</w:t>
      </w:r>
      <w:r>
        <w:br/>
      </w:r>
      <w:r>
        <w:rPr>
          <w:sz w:val="20"/>
        </w:rPr>
        <w:t>26:06  He was not present in the Masjid.</w:t>
      </w:r>
      <w:r>
        <w:br/>
      </w:r>
      <w:r>
        <w:rPr>
          <w:sz w:val="20"/>
        </w:rPr>
        <w:t>26:12  So the Prophet inquired, "What happened with this man?</w:t>
      </w:r>
      <w:r>
        <w:br/>
      </w:r>
      <w:r>
        <w:rPr>
          <w:sz w:val="20"/>
        </w:rPr>
        <w:t>26:18  Why is he not here?" So Ali said that, "I myself don't know.</w:t>
      </w:r>
      <w:r>
        <w:br/>
      </w:r>
      <w:r>
        <w:rPr>
          <w:sz w:val="20"/>
        </w:rPr>
        <w:t>26:25  I don't know." So the Prophet said that</w:t>
      </w:r>
      <w:r>
        <w:br/>
      </w:r>
      <w:r>
        <w:rPr>
          <w:sz w:val="20"/>
        </w:rPr>
        <w:t>26:31  , "Anyone who sees him, tell him that I want to meet him." So after some days, he</w:t>
      </w:r>
      <w:r>
        <w:br/>
      </w:r>
      <w:r>
        <w:rPr>
          <w:sz w:val="20"/>
        </w:rPr>
        <w:t>26:42  returned and met the Prophet of Islam.</w:t>
      </w:r>
      <w:r>
        <w:br/>
      </w:r>
      <w:r>
        <w:rPr>
          <w:sz w:val="20"/>
        </w:rPr>
        <w:t>26:52  So the Prophet asked him, "Why did you leave Ali?" He said that,</w:t>
      </w:r>
      <w:r>
        <w:br/>
      </w:r>
      <w:r>
        <w:rPr>
          <w:sz w:val="20"/>
        </w:rPr>
        <w:t>27:03  "You said that I have to learn the religion of Islam. So I learned, so I left Ali." So the Prophet said, "How did you learn?" He said that there is a verse in the—there is a chapter in the Quran, Az-Zilzal. This is chapter number 99. So in this chapter, there was a vers</w:t>
      </w:r>
      <w:r>
        <w:br/>
      </w:r>
      <w:r>
        <w:rPr>
          <w:sz w:val="20"/>
        </w:rPr>
        <w:t>27:33  e, "Everyone who has done an iota of good, he will see it</w:t>
      </w:r>
      <w:r>
        <w:br/>
      </w:r>
      <w:r>
        <w:rPr>
          <w:sz w:val="20"/>
        </w:rPr>
        <w:t>28:03  ." This verse deals with the Day of Judgment.</w:t>
      </w:r>
      <w:r>
        <w:br/>
      </w:r>
      <w:r>
        <w:rPr>
          <w:sz w:val="20"/>
        </w:rPr>
        <w:t>28:14  So the verse says that everyone who has done an iota of good, he will see it.</w:t>
      </w:r>
      <w:r>
        <w:br/>
      </w:r>
      <w:r>
        <w:rPr>
          <w:sz w:val="20"/>
        </w:rPr>
        <w:t>28:24  And everyone who has done an iota of evil, he will see it</w:t>
      </w:r>
      <w:r>
        <w:br/>
      </w:r>
      <w:r>
        <w:rPr>
          <w:sz w:val="20"/>
        </w:rPr>
        <w:t xml:space="preserve">28:34  </w:t>
      </w:r>
      <w:r>
        <w:br/>
      </w:r>
      <w:r>
        <w:rPr>
          <w:sz w:val="20"/>
        </w:rPr>
        <w:t>28:39  So he said that this is the whole religion.</w:t>
      </w:r>
      <w:r>
        <w:br/>
      </w:r>
      <w:r>
        <w:rPr>
          <w:sz w:val="20"/>
        </w:rPr>
        <w:t>28:44  This verse tells me that there is a Day of Judgment.</w:t>
      </w:r>
      <w:r>
        <w:br/>
      </w:r>
      <w:r>
        <w:rPr>
          <w:sz w:val="20"/>
        </w:rPr>
        <w:t>28:49  At the time, I will be judged by God.</w:t>
      </w:r>
      <w:r>
        <w:br/>
      </w:r>
      <w:r>
        <w:rPr>
          <w:sz w:val="20"/>
        </w:rPr>
        <w:t>28:55  So this verse inculcated in myself a sense of accountability.</w:t>
      </w:r>
      <w:r>
        <w:br/>
      </w:r>
      <w:r>
        <w:rPr>
          <w:sz w:val="20"/>
        </w:rPr>
        <w:t>29:00  So every time I remember this verse,</w:t>
      </w:r>
    </w:p>
    <w:p>
      <w:pPr>
        <w:pStyle w:val="Heading2"/>
      </w:pPr>
      <w:r>
        <w:t>Personal reflection leads to reinterpreting hadith as historical fact</w:t>
      </w:r>
    </w:p>
    <w:p>
      <w:r>
        <w:rPr>
          <w:color w:val="666666"/>
          <w:sz w:val="18"/>
        </w:rPr>
        <w:t>Prophetic Guidance Aug 13, 2017 · 5m 47s · at 2:37 · https://youtu.be/kRWf11h-acQ?t=157</w:t>
      </w:r>
    </w:p>
    <w:p>
      <w:r>
        <w:rPr>
          <w:i/>
        </w:rPr>
        <w:t>“Is kitaab mein sabse pehle ek poora safha hai... Uss ka title tha 'Sarnama'”</w:t>
      </w:r>
    </w:p>
    <w:p>
      <w:r>
        <w:rPr>
          <w:sz w:val="20"/>
        </w:rPr>
        <w:t>2:37  to ek bada safha hai, uske andar chand satrein likhi hui thin. uska title tha "Sar-nama".</w:t>
      </w:r>
      <w:r>
        <w:br/>
      </w:r>
      <w:r>
        <w:rPr>
          <w:sz w:val="20"/>
        </w:rPr>
        <w:t>2:49  Sar-nama. to us mein likha tha ke ek gadaye behnawa, shahanshah-e-konain ke darbar mein, ikhlas o aqeedat ki nazar le kar aaya hai.</w:t>
      </w:r>
      <w:r>
        <w:br/>
      </w:r>
      <w:r>
        <w:rPr>
          <w:sz w:val="20"/>
        </w:rPr>
        <w:t>3:07  yeh maine jab padha aur kaha yeh sar-nama, to mera mahol mukhtalif tha. unhon ne yeh sar-nama likha hoga kisi office mein.</w:t>
      </w:r>
      <w:r>
        <w:br/>
      </w:r>
      <w:r>
        <w:rPr>
          <w:sz w:val="20"/>
        </w:rPr>
        <w:t>3:21  mera mahol tha nature.</w:t>
      </w:r>
      <w:r>
        <w:br/>
      </w:r>
      <w:r>
        <w:rPr>
          <w:sz w:val="20"/>
        </w:rPr>
        <w:t>3:27  to nature ke mahol ki wajah se mera mind ek nayi taraf chala gaya. unhon ne likha tha ke ek gadaye behnawa, shahanshah-e-konain ke darbar mein, ikhlas o aqeedat ki nazar le kar aaya hai.</w:t>
      </w:r>
      <w:r>
        <w:br/>
      </w:r>
      <w:r>
        <w:rPr>
          <w:sz w:val="20"/>
        </w:rPr>
        <w:t>3:46  mere mind mein ek aur sentence aa gaya, apne mahol ke aitbar se. ke ek gadaye behnawa, Rab-ul-alameen ke darbar mein,</w:t>
      </w:r>
      <w:r>
        <w:br/>
      </w:r>
      <w:r>
        <w:rPr>
          <w:sz w:val="20"/>
        </w:rPr>
        <w:t>4:04  izzt ka</w:t>
      </w:r>
      <w:r>
        <w:br/>
      </w:r>
      <w:r>
        <w:rPr>
          <w:sz w:val="20"/>
        </w:rPr>
        <w:t>4:07  sarmaya le kar aya hai.</w:t>
      </w:r>
      <w:r>
        <w:br/>
      </w:r>
      <w:r>
        <w:rPr>
          <w:sz w:val="20"/>
        </w:rPr>
        <w:t>4:13  phir mujhe, mera mind trigger hua. aur bohat si baatein zehn mein aaein.</w:t>
      </w:r>
      <w:r>
        <w:br/>
      </w:r>
      <w:r>
        <w:rPr>
          <w:sz w:val="20"/>
        </w:rPr>
        <w:t>4:22  misalan dekhiye, Shibli ke zamane mein Turki ki khilafat ko zawal hua. to sari dunya ke Musalmanon ne is par bohat</w:t>
      </w:r>
      <w:r>
        <w:br/>
      </w:r>
      <w:r>
        <w:rPr>
          <w:sz w:val="20"/>
        </w:rPr>
        <w:t>4:37  nauha ke andaaz mein, kisi ne mazmoon likha, kisi ne nazm likhi.</w:t>
      </w:r>
      <w:r>
        <w:br/>
      </w:r>
      <w:r>
        <w:rPr>
          <w:sz w:val="20"/>
        </w:rPr>
        <w:t>4:46  to Iqbal ka, to Shibli ka sher tha ke "zawal daulat azma, zawal sar o millat hai, aziz o fikr farzand o aiyal o khan meh kab tak".</w:t>
      </w:r>
      <w:r>
        <w:br/>
      </w:r>
      <w:r>
        <w:rPr>
          <w:sz w:val="20"/>
        </w:rPr>
        <w:t>5:07  to maine socha ke Shibli agar nature mein</w:t>
      </w:r>
      <w:r>
        <w:br/>
      </w:r>
      <w:r>
        <w:rPr>
          <w:sz w:val="20"/>
        </w:rPr>
        <w:t>5:17  baithte, nature ko apna mahaul banate. to</w:t>
      </w:r>
      <w:r>
        <w:br/>
      </w:r>
      <w:r>
        <w:rPr>
          <w:sz w:val="20"/>
        </w:rPr>
        <w:t>5:28  yeh jumla unki nazm karta hoon, unki zuban se.</w:t>
      </w:r>
      <w:r>
        <w:br/>
      </w:r>
      <w:r>
        <w:rPr>
          <w:sz w:val="20"/>
        </w:rPr>
        <w:t>5:36  kyunke Turki ki saltanat chali gayi, lekin Allah Rabbul Alameen ki saltanat baqi hai.</w:t>
      </w:r>
      <w:r>
        <w:br/>
      </w:r>
      <w:r>
        <w:rPr>
          <w:sz w:val="20"/>
        </w:rPr>
        <w:t>5:48  to jo aadmi Allah Rabbul Alameen ki saltanat ko jaane, woh aise hi alfaaz nahi bol sakta.</w:t>
      </w:r>
      <w:r>
        <w:br/>
      </w:r>
      <w:r>
        <w:rPr>
          <w:sz w:val="20"/>
        </w:rPr>
        <w:t>5:58  phir mera mind mazeed trigger hua. mujhe ek hadith yaad aayi, jo Bukhari mein hai, Muslim mein hai, aur doosri kitabon mein hai.</w:t>
      </w:r>
      <w:r>
        <w:br/>
      </w:r>
      <w:r>
        <w:rPr>
          <w:sz w:val="20"/>
        </w:rPr>
        <w:t>6:10  Rasool Allah Sal Allahu Alaihi Wasallam ne farmaya, nusrat bir rabb, masjidi taysar.</w:t>
      </w:r>
      <w:r>
        <w:br/>
      </w:r>
      <w:r>
        <w:rPr>
          <w:sz w:val="20"/>
        </w:rPr>
        <w:t>6:20  aur yeh kaha ke "julat larzad kull bجد".</w:t>
      </w:r>
      <w:r>
        <w:br/>
      </w:r>
      <w:r>
        <w:rPr>
          <w:sz w:val="20"/>
        </w:rPr>
        <w:t>6:27  mujhe madad di gayi hai, ek mahine ki masafat tak. main rob ek mahine ki masafat tak pahuncha tha.</w:t>
      </w:r>
      <w:r>
        <w:br/>
      </w:r>
      <w:r>
        <w:rPr>
          <w:sz w:val="20"/>
        </w:rPr>
        <w:t>6:36  yani main rob ek mahine ki doori tak pahunchta hoon. yani ek sawar chale sawari par, to ek mahine ke baad woh jahan pahunchega, main rob wahan tak pahunchta hoon.</w:t>
      </w:r>
      <w:r>
        <w:br/>
      </w:r>
      <w:r>
        <w:rPr>
          <w:sz w:val="20"/>
        </w:rPr>
        <w:t>6:52  aise hi hai ke "julat larzad kull masjid". yani zameen sari ki sari mere liye masjid bana di gayi.</w:t>
      </w:r>
      <w:r>
        <w:br/>
      </w:r>
      <w:r>
        <w:rPr>
          <w:sz w:val="20"/>
        </w:rPr>
        <w:t>7:03  to aam taur par is hadith ko log lete hain, Nabi ki fazilat ke taur par.</w:t>
      </w:r>
      <w:r>
        <w:br/>
      </w:r>
      <w:r>
        <w:rPr>
          <w:sz w:val="20"/>
        </w:rPr>
        <w:t>7:13  Nabi ki fazilat ke taur par. main sochta raha, sochta raha. to maine socha, meri samajh mein aaya ke ummat kitni badi bhool mein mubtala hai.</w:t>
      </w:r>
      <w:r>
        <w:br/>
      </w:r>
      <w:r>
        <w:rPr>
          <w:sz w:val="20"/>
        </w:rPr>
        <w:t>7:29  sari ummat kitni badi bhool mein mubtala hai. dekhiye, Rasool Allah ne jo baatein kahi hain, woh sab ki sab azma ke taur par hain,</w:t>
      </w:r>
      <w:r>
        <w:br/>
      </w:r>
      <w:r>
        <w:rPr>
          <w:sz w:val="20"/>
        </w:rPr>
        <w:t>7:44  fazilat ke taur par nahi. baad ke logon ne is ko fazilat ke haal mein daal diya. warna wahan kaha tha, "laqad kana lakum fi Rasool Allah".</w:t>
      </w:r>
      <w:r>
        <w:br/>
      </w:r>
      <w:r>
        <w:rPr>
          <w:sz w:val="20"/>
        </w:rPr>
        <w:t>7:59  fazilat ki baat na Quran mein hai, na hadith mein hai. woh sirf azma ki baat hai. to yeh sari baatein jo hain, azma ke mani mein,</w:t>
      </w:r>
      <w:r>
        <w:br/>
      </w:r>
      <w:r>
        <w:rPr>
          <w:sz w:val="20"/>
        </w:rPr>
        <w:t>8:13  example ke mani mein, ek historical fact ke mani mein, woh kisi ek fard ki fazilat ke mani mein nahi hain.</w:t>
      </w:r>
    </w:p>
    <w:p>
      <w:pPr>
        <w:pStyle w:val="Heading2"/>
      </w:pPr>
      <w:r>
        <w:t>Na'at culture and the loss of creative thinking in the ummah</w:t>
      </w:r>
    </w:p>
    <w:p>
      <w:r>
        <w:rPr>
          <w:color w:val="666666"/>
          <w:sz w:val="18"/>
        </w:rPr>
        <w:t>Prophetic Guidance Aug 13, 2017 · 5m 19s · at 13:22 · https://youtu.be/kRWf11h-acQ?t=802</w:t>
      </w:r>
    </w:p>
    <w:p>
      <w:r>
        <w:rPr>
          <w:i/>
        </w:rPr>
        <w:t>“Lekin baad ke zamane mein, yani Rasul Allah ke zamane mein nahin tha yeh culture”</w:t>
      </w:r>
    </w:p>
    <w:p>
      <w:r>
        <w:rPr>
          <w:sz w:val="20"/>
        </w:rPr>
        <w:t>13:22  lekin baad ke zamane mein, yani rasool Allah ke zamane mein nahi tha yeh culture jis ko hum kehte hain naatia culture. naat khwani ka jo culture aaj kal bohat raij hai, woh na rasool Allah ke zamane mein tha, na sabiq zamane mein tha,</w:t>
      </w:r>
      <w:r>
        <w:br/>
      </w:r>
      <w:r>
        <w:rPr>
          <w:sz w:val="20"/>
        </w:rPr>
        <w:t>13:36  nah tabai ke zamane mein tha, nah tabe tabai ke zamane mein tha. woh to is zamane mein phaila zyada tar. to naat khwani ke culture ne musalmanon ke zehan ko bilkul hi bilkul bilkul mehdood kar diya.</w:t>
      </w:r>
      <w:r>
        <w:br/>
      </w:r>
      <w:r>
        <w:rPr>
          <w:sz w:val="20"/>
        </w:rPr>
        <w:t>13:50  apne liye kuch nahi raha. bas peghambar ke liye bare bare alfaaz bole, "shahanshah-e-konain, sarwar-e-alam, wazir reh gaya".</w:t>
      </w:r>
      <w:r>
        <w:br/>
      </w:r>
      <w:r>
        <w:rPr>
          <w:sz w:val="20"/>
        </w:rPr>
        <w:t>14:05  kitna bara yeh loss hai. kitni bari yeh mehroomi hai.</w:t>
      </w:r>
      <w:r>
        <w:br/>
      </w:r>
      <w:r>
        <w:rPr>
          <w:sz w:val="20"/>
        </w:rPr>
        <w:t>14:15  sach poochien to Allah Rasool Allah ne jo baat kahi thi, woh ummat ko aap ne future ka target diya. future ka mind diya.</w:t>
      </w:r>
      <w:r>
        <w:br/>
      </w:r>
      <w:r>
        <w:rPr>
          <w:sz w:val="20"/>
        </w:rPr>
        <w:t>14:28  aanay walay daur mein woh kaise planning karein, is ka naqsha diya.</w:t>
      </w:r>
      <w:r>
        <w:br/>
      </w:r>
      <w:r>
        <w:rPr>
          <w:sz w:val="20"/>
        </w:rPr>
        <w:t>14:39  aanay walay daur mein kuch bhi hua kare, kuch kuch political challenges hon, political kuch tabdiliyan hon, hone dijiye.</w:t>
      </w:r>
      <w:r>
        <w:br/>
      </w:r>
      <w:r>
        <w:rPr>
          <w:sz w:val="20"/>
        </w:rPr>
        <w:t>14:49  larai ho to hone dijiye. so called conspiracy duniya mein hone dijiye. so called Islamophobia ho to hone dijiye.</w:t>
      </w:r>
      <w:r>
        <w:br/>
      </w:r>
      <w:r>
        <w:rPr>
          <w:sz w:val="20"/>
        </w:rPr>
        <w:t>15:01  is se kuch nahi farq padega. aap ko to yeh karna hai ke aanay walay zamane mein jo global opportunities khulegi,</w:t>
      </w:r>
      <w:r>
        <w:br/>
      </w:r>
      <w:r>
        <w:rPr>
          <w:sz w:val="20"/>
        </w:rPr>
        <w:t>15:14  is ko pehchanien.</w:t>
      </w:r>
      <w:r>
        <w:br/>
      </w:r>
      <w:r>
        <w:rPr>
          <w:sz w:val="20"/>
        </w:rPr>
        <w:t>15:20  nusrat bil rabb, ala maseer taysar. yaani mera rob, mera mission poori zameen ko cover karega.</w:t>
      </w:r>
      <w:r>
        <w:br/>
      </w:r>
      <w:r>
        <w:rPr>
          <w:sz w:val="20"/>
        </w:rPr>
        <w:t>15:33  baghair larai ke. is mein larai ki koi baat nahi hai. political government ki koi baat nahi hai. spirit of age ki baat hai.</w:t>
      </w:r>
      <w:r>
        <w:br/>
      </w:r>
      <w:r>
        <w:rPr>
          <w:sz w:val="20"/>
        </w:rPr>
        <w:t>15:44  dekhiye, ek hai spirit of the age aur ek hai larai bhirhai, jang, hathiyar. to yeh baat jo farmayi aap ne, woh spirit of the age ke sense mein hai.</w:t>
      </w:r>
      <w:r>
        <w:br/>
      </w:r>
      <w:r>
        <w:rPr>
          <w:sz w:val="20"/>
        </w:rPr>
        <w:t>15:57  yaani peaceful method se yeh passport ho jayega ke ummat-e-Muhammadi global level ki planning kare Islami mission ke liye,</w:t>
      </w:r>
      <w:r>
        <w:br/>
      </w:r>
      <w:r>
        <w:rPr>
          <w:sz w:val="20"/>
        </w:rPr>
        <w:t>16:13  Muhammadi mission ke liye, Islami mission ke liye, divine mission ke liye.</w:t>
      </w:r>
      <w:r>
        <w:br/>
      </w:r>
      <w:r>
        <w:rPr>
          <w:sz w:val="20"/>
        </w:rPr>
        <w:t>16:24  peaceful mission, peaceful method ke zariye global planning, is ki peshin goi hai is hadith mein. to baad ke zamane mein sari ummat naat khwani mein gum ho gayi.</w:t>
      </w:r>
      <w:r>
        <w:br/>
      </w:r>
      <w:r>
        <w:rPr>
          <w:sz w:val="20"/>
        </w:rPr>
        <w:t>16:39  naat khwani kya hai? hadith mein aata hai ke Rasool Allah ne farmaya tha ummat ko khitab karte hue, "la tutruni kama utrat al-nisa min qabl".</w:t>
      </w:r>
      <w:r>
        <w:br/>
      </w:r>
      <w:r>
        <w:rPr>
          <w:sz w:val="20"/>
        </w:rPr>
        <w:t>16:50  yaani mujh ko barha charha kar mat bayan karna. yeh barha charha kar yahi to hai madah khwani, yahi to hai naat khwani.</w:t>
      </w:r>
      <w:r>
        <w:br/>
      </w:r>
      <w:r>
        <w:rPr>
          <w:sz w:val="20"/>
        </w:rPr>
        <w:t>17:05  "la tutruni" yaani mujh ko barha charha kar, barha charha kar mat bayan karna. "shahanshah-e-konain, sarwar-e-alam" waghera.</w:t>
      </w:r>
      <w:r>
        <w:br/>
      </w:r>
      <w:r>
        <w:rPr>
          <w:sz w:val="20"/>
        </w:rPr>
        <w:t>17:15  naat khwani mat karna. yaani sach poochien to "la tutruni" ka matlab hai mere liye naat khwani mat karna. main main jo wisdom de raha hoon, is wisdom ko lekar sochna.</w:t>
      </w:r>
      <w:r>
        <w:br/>
      </w:r>
      <w:r>
        <w:rPr>
          <w:sz w:val="20"/>
        </w:rPr>
        <w:t>17:27  "la tutruni" jo hai, hadith sahi hai, sahi Bukhari mein hai ke mujh ko barha charha kar mat bayan karna. yeh kya hai?</w:t>
      </w:r>
      <w:r>
        <w:br/>
      </w:r>
      <w:r>
        <w:rPr>
          <w:sz w:val="20"/>
        </w:rPr>
        <w:t>17:36  mere liye naat khwani mat karna. naat khwani kya hai? lafzi, lafzi aitbar se barhana charhana. ke aap zameen o asman hain, aap shahanshah-e-konain hain, aap sarwar-e-alam hain.</w:t>
      </w:r>
      <w:r>
        <w:br/>
      </w:r>
      <w:r>
        <w:rPr>
          <w:sz w:val="20"/>
        </w:rPr>
        <w:t>17:49  lafzi, lafzi. jaise badshahon ke liye qaid khwani hua karti thi. jaise ek ek ek badshah par ek shayar ne kaha tha, "nau kursi falak nihayat andesha zer paaye,</w:t>
      </w:r>
      <w:r>
        <w:br/>
      </w:r>
      <w:r>
        <w:rPr>
          <w:sz w:val="20"/>
        </w:rPr>
        <w:t>18:04  ta boosa par raqab qazal asnad". qazal asnad hai. yeh kya lafzi baat hai? koi is ki haqeeqat nahi hai. lafzi, hawai baat, hawai.</w:t>
      </w:r>
      <w:r>
        <w:br/>
      </w:r>
      <w:r>
        <w:rPr>
          <w:sz w:val="20"/>
        </w:rPr>
        <w:t>18:16  to aap ne farmaya ke yeh sab mat karna ke meri hawai baatein karo, naat khwani karo, qaid khwani karo. nahi, main ne jo wisdom diya hai, is wisdom ko discover karna,</w:t>
      </w:r>
      <w:r>
        <w:br/>
      </w:r>
      <w:r>
        <w:rPr>
          <w:sz w:val="20"/>
        </w:rPr>
        <w:t>18:31  is wisdom ko lekar apni planning karna, is wisdom ko lekar tum Islam ko chalana. yeh matlab hai is ka.</w:t>
      </w:r>
    </w:p>
    <w:p>
      <w:pPr>
        <w:pStyle w:val="Heading2"/>
      </w:pPr>
      <w:r>
        <w:t>Eliminate side questions to focus on life's purpose</w:t>
      </w:r>
    </w:p>
    <w:p>
      <w:r>
        <w:rPr>
          <w:color w:val="666666"/>
          <w:sz w:val="18"/>
        </w:rPr>
        <w:t>God Oriented Life (In Conversation with Maulana) 23 10 11 · 5m 15s · at 8:32 · https://youtu.be/E_LWwsWww2U?t=512</w:t>
      </w:r>
    </w:p>
    <w:p>
      <w:r>
        <w:rPr>
          <w:i/>
        </w:rPr>
        <w:t>“Dekhiye yeh yahi ek question nahi, billion questions hain”</w:t>
      </w:r>
    </w:p>
    <w:p>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p>
    <w:p>
      <w:pPr>
        <w:pStyle w:val="Heading2"/>
      </w:pPr>
      <w:r>
        <w:t>Reluctant journey to Cyprus, hadith changes his mind</w:t>
      </w:r>
    </w:p>
    <w:p>
      <w:r>
        <w:rPr>
          <w:color w:val="666666"/>
          <w:sz w:val="18"/>
        </w:rPr>
        <w:t>Journey to a Mediterranean Island November 23, 2008 · 5m 20s · at 1:02 · https://youtu.be/uoOiuhWeSIQ?t=62</w:t>
      </w:r>
    </w:p>
    <w:p>
      <w:r>
        <w:rPr>
          <w:i/>
        </w:rPr>
        <w:t>“میری مراد ہے سائپرس سے، جس کو عربک میں قبرص کہتے ہیں”</w:t>
      </w:r>
    </w:p>
    <w:p>
      <w:r>
        <w:rPr>
          <w:sz w:val="20"/>
        </w:rPr>
        <w:t>1:02  meri murad hai Cyprus se, jis ko arabic mein Qubrus kehte hain.</w:t>
      </w:r>
      <w:r>
        <w:br/>
      </w:r>
      <w:r>
        <w:rPr>
          <w:sz w:val="20"/>
        </w:rPr>
        <w:t>1:10  yeh jazeera hai mediterranean mein,</w:t>
      </w:r>
      <w:r>
        <w:br/>
      </w:r>
      <w:r>
        <w:rPr>
          <w:sz w:val="20"/>
        </w:rPr>
        <w:t>1:15  Turkey ke paas, Europe ka hai, yani Europe ke continent ka ek jazeera. to wahan par ek international conference hui.</w:t>
      </w:r>
      <w:r>
        <w:br/>
      </w:r>
      <w:r>
        <w:rPr>
          <w:sz w:val="20"/>
        </w:rPr>
        <w:t>1:28  aamina hazir thay community of Sant'Egidio, jo Vatican ke sarparasti mein qaim hui hai, Rome mein.</w:t>
      </w:r>
      <w:r>
        <w:br/>
      </w:r>
      <w:r>
        <w:rPr>
          <w:sz w:val="20"/>
        </w:rPr>
        <w:t>1:42  to jab un ka invitation mila, is mein likha tha ke conference hogi Larnaca mein.</w:t>
      </w:r>
      <w:r>
        <w:br/>
      </w:r>
      <w:r>
        <w:rPr>
          <w:sz w:val="20"/>
        </w:rPr>
        <w:t>1:52  L A R N A C A. is waqt mein Larnaca se bilkul is se bekhabar tha.</w:t>
      </w:r>
      <w:r>
        <w:br/>
      </w:r>
      <w:r>
        <w:rPr>
          <w:sz w:val="20"/>
        </w:rPr>
        <w:t>2:05  mein janta nahi tha ke Larnaca kahan hai, kya hai. yeh naam mere liye bilkul unknown tha.</w:t>
      </w:r>
      <w:r>
        <w:br/>
      </w:r>
      <w:r>
        <w:rPr>
          <w:sz w:val="20"/>
        </w:rPr>
        <w:t>2:13  to mein</w:t>
      </w:r>
      <w:r>
        <w:br/>
      </w:r>
      <w:r>
        <w:rPr>
          <w:sz w:val="20"/>
        </w:rPr>
        <w:t>2:16  apne aap ko by nature bohat ziyada helpless samajhta hoon. helplessness meri nature mein interbon hai.</w:t>
      </w:r>
      <w:r>
        <w:br/>
      </w:r>
      <w:r>
        <w:rPr>
          <w:sz w:val="20"/>
        </w:rPr>
        <w:t>2:30  to ek aisi jagah jana jo mediterranean mein hai, jis ka naam bhi mujhe nahi pata, nayi jagah</w:t>
      </w:r>
      <w:r>
        <w:br/>
      </w:r>
      <w:r>
        <w:rPr>
          <w:sz w:val="20"/>
        </w:rPr>
        <w:t>2:40  . to mein I was reluctant to accept this invitation.</w:t>
      </w:r>
      <w:r>
        <w:br/>
      </w:r>
      <w:r>
        <w:rPr>
          <w:sz w:val="20"/>
        </w:rPr>
        <w:t>2:50  bilkul mere dil mein yahi tha ke mein yeh nahi jana hai. pata nahi kya wahan hoga, kya nahi hoga, koi jangla hai ke kya hai. bilkul at the last, jis ko kehte hain at the eleventh hour, kuch aisa hua ke mujhe is ko confirm karna pada.</w:t>
      </w:r>
      <w:r>
        <w:br/>
      </w:r>
      <w:r>
        <w:rPr>
          <w:sz w:val="20"/>
        </w:rPr>
        <w:t>3:09  aur phir hum teen aadmi wahan gaye. mein tha, Maulana Zikwan Nadvi thay, Mr. Rajat Malhotra.</w:t>
      </w:r>
      <w:r>
        <w:br/>
      </w:r>
      <w:r>
        <w:rPr>
          <w:sz w:val="20"/>
        </w:rPr>
        <w:t>3:21  to</w:t>
      </w:r>
      <w:r>
        <w:br/>
      </w:r>
      <w:r>
        <w:rPr>
          <w:sz w:val="20"/>
        </w:rPr>
        <w:t>3:25  aakhir mein jis cheez ne mujhe jane par tayyar kiya, woh tha ek riwayat jo hadith mein aayi hai.</w:t>
      </w:r>
      <w:r>
        <w:br/>
      </w:r>
      <w:r>
        <w:rPr>
          <w:sz w:val="20"/>
        </w:rPr>
        <w:t>3:35  woh mein bataunga aap ko detail mein, inshallah. ke ek sahabi khatoon safar karengi is jazeere tak.</w:t>
      </w:r>
      <w:r>
        <w:br/>
      </w:r>
      <w:r>
        <w:rPr>
          <w:sz w:val="20"/>
        </w:rPr>
        <w:t>3:46  toh khwab dekha tha rasool Allah salallahu alaihi wasallam ne. toh ek baar dekha, do baar khwab dekha. pehli baar khwab dekha toh jab aap ne khwab bayan kiya toh sahabi khatoon ne kaha ke aap dua karein ke mein bhi is jamaat mein reh</w:t>
      </w:r>
      <w:r>
        <w:br/>
      </w:r>
      <w:r>
        <w:rPr>
          <w:sz w:val="20"/>
        </w:rPr>
        <w:t>4:03  oon. toh aap ne kaha ke tum is jamaat mein ho. phir dobara khwab dekha aap ne. toh phir aap ne bataya toh unhone kaha ke aap dua kijiye ke mein is mein bhi reh</w:t>
      </w:r>
      <w:r>
        <w:br/>
      </w:r>
      <w:r>
        <w:rPr>
          <w:sz w:val="20"/>
        </w:rPr>
        <w:t>4:13  oon. toh aap ne kaha ke nahin. tum first group mein ho lekin second group mein tum nahin ho. aur is ke bare mein hadith mein aaya hai ke woh log jo jayenge wahan, kalamaluk ala sirrah,</w:t>
      </w:r>
      <w:r>
        <w:br/>
      </w:r>
      <w:r>
        <w:rPr>
          <w:sz w:val="20"/>
        </w:rPr>
        <w:t>4:28  kalamaluk ala sirrah. yaani like like the kings seated on thrones.</w:t>
      </w:r>
      <w:r>
        <w:br/>
      </w:r>
      <w:r>
        <w:rPr>
          <w:sz w:val="20"/>
        </w:rPr>
        <w:t>4:42  takht par baithe hue badshahon ki tarah. toh jannat ka safar ek royal journey ke zariye yeh ek ajeeb ghareeb ek ek dream tha mere liye ke shayad yeh good tidings jo hai woh woh hamare group par bhi saadiq aa jaye.</w:t>
      </w:r>
      <w:r>
        <w:br/>
      </w:r>
      <w:r>
        <w:rPr>
          <w:sz w:val="20"/>
        </w:rPr>
        <w:t>5:03  yaani is ek cheez ke siwa koi aur cheez hamare liye incentive nahin thi wahan jaane ke liye. kyunke bilkul lagta tha ke jangalon mein ja rahe hain, desert mein ja rahe hain, andhere mein chhalang laga rahe hain, kuch pata nahin tha.</w:t>
      </w:r>
      <w:r>
        <w:br/>
      </w:r>
      <w:r>
        <w:rPr>
          <w:sz w:val="20"/>
        </w:rPr>
        <w:t>5:16  lekin yeh jo hadith mein aaya hai ke woh kalamaluk ala sirrah honge aur woh jannat mein jayenge royal journey karte hue.</w:t>
      </w:r>
      <w:r>
        <w:br/>
      </w:r>
      <w:r>
        <w:rPr>
          <w:sz w:val="20"/>
        </w:rPr>
        <w:t>5:27  toh jo hadith mein aaya hai ke ana inda zanni abdi bi falayazunni bi khairan.</w:t>
      </w:r>
      <w:r>
        <w:br/>
      </w:r>
      <w:r>
        <w:rPr>
          <w:sz w:val="20"/>
        </w:rPr>
        <w:t>5:38  ek aur riwayat mein hai ke ana inda zanni abdi bi falayazunni bi ma shaa. toh mein ne socha ke shayad mein Allah se guman karoon, woh guman poora bhi ho jaye.</w:t>
      </w:r>
      <w:r>
        <w:br/>
      </w:r>
      <w:r>
        <w:rPr>
          <w:sz w:val="20"/>
        </w:rPr>
        <w:t>5:51  is tarah se mein wahan safar ke liye raazi hua.</w:t>
      </w:r>
      <w:r>
        <w:br/>
      </w:r>
      <w:r>
        <w:rPr>
          <w:sz w:val="20"/>
        </w:rPr>
        <w:t>5:56  jo dono sahaba mere saath gaye the, aap un se pooch sakte hain ke yeh hamare jo safar tha, sach much hi woh royal journey ban gaya.</w:t>
      </w:r>
      <w:r>
        <w:br/>
      </w:r>
      <w:r>
        <w:rPr>
          <w:sz w:val="20"/>
        </w:rPr>
        <w:t>6:08  yahan se wahan tak jaana, wahan se lotna, bilkul ek itna royal safar tha yeh ke kabhi mein ne is se pehle aisa koi safar nahin kiya tha. bohat hi anokha safar tha yeh.</w:t>
      </w:r>
    </w:p>
    <w:p>
      <w:pPr>
        <w:pStyle w:val="Heading2"/>
      </w:pPr>
      <w:r>
        <w:t>Everything is a miracle - conversion concept</w:t>
      </w:r>
    </w:p>
    <w:p>
      <w:r>
        <w:rPr>
          <w:color w:val="666666"/>
          <w:sz w:val="18"/>
        </w:rPr>
        <w:t>God Oriented Life (In Conversation with Maulana) 23 10 11 · 3m 37s · at 3:46 · https://youtu.be/E_LWwsWww2U?t=226</w:t>
      </w:r>
    </w:p>
    <w:p>
      <w:r>
        <w:rPr>
          <w:i/>
        </w:rPr>
        <w:t>“Dekhiye aap to aap ka kaam hai”</w:t>
      </w:r>
    </w:p>
    <w:p>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p>
      <w:pPr>
        <w:pStyle w:val="Heading2"/>
      </w:pPr>
      <w:r>
        <w:t>Hadith Qudsi explained through its full chain and sacred text</w:t>
      </w:r>
    </w:p>
    <w:p>
      <w:r>
        <w:rPr>
          <w:color w:val="666666"/>
          <w:sz w:val="18"/>
        </w:rPr>
        <w:t>The Living Tradition: Why Hadith Matters in Islam?</w:t>
        <w:br/>
        <w:t>December 8, 2024 · 3m 10s · at 11:08 · https://youtu.be/2w9-vnnJBeY?t=668</w:t>
      </w:r>
    </w:p>
    <w:p>
      <w:r>
        <w:rPr>
          <w:i/>
        </w:rPr>
        <w:t>“Let me narrate a hadith with a full chain and Hadith Qudsi”</w:t>
      </w:r>
    </w:p>
    <w:p>
      <w:r>
        <w:rPr>
          <w:sz w:val="20"/>
        </w:rPr>
        <w:t>11:08  hain. jaise aik mashhoor kitaab jo urdu zaban mein hai: "ilm o isthilahat ul hadees" ke naam se aayi hui hai. yahan par mein aap aik cheez add karna chahunga jo aap ne sanad kaha aur hadees qudsi.</w:t>
      </w:r>
      <w:r>
        <w:br/>
      </w:r>
      <w:r>
        <w:rPr>
          <w:sz w:val="20"/>
        </w:rPr>
        <w:t>11:22  to aik hadees mein bayan karunga, is mein sanad bhi hai aur hadees qudsi hai yeh aur bohat hi pyari hadees hai.</w:t>
      </w:r>
      <w:r>
        <w:br/>
      </w:r>
      <w:r>
        <w:rPr>
          <w:sz w:val="20"/>
        </w:rPr>
        <w:t>11:30  is se wazahat ho jaye gi ke sanad kya hoti hai aur hadith qudsi kya hai aur matan</w:t>
      </w:r>
      <w:r>
        <w:br/>
      </w:r>
      <w:r>
        <w:rPr>
          <w:sz w:val="20"/>
        </w:rPr>
        <w:t>11:34  kya hai. yeh imam bukhari ki riwayat hai.</w:t>
      </w:r>
      <w:r>
        <w:br/>
      </w:r>
      <w:r>
        <w:rPr>
          <w:sz w:val="20"/>
        </w:rPr>
        <w:t>11:37  is mein hai ke: hadasani muhammad ibn usman min karam, hadasna khalid ibn makhlad, hadasna sulaiman ibn bilal,</w:t>
      </w:r>
      <w:r>
        <w:br/>
      </w:r>
      <w:r>
        <w:rPr>
          <w:sz w:val="20"/>
        </w:rPr>
        <w:t>11:46  hadasani sharaik ibn abdullah ibn abi namar an ata an abi huraira, qal: qal rasool Allah sal Allah o</w:t>
      </w:r>
      <w:r>
        <w:br/>
      </w:r>
      <w:r>
        <w:rPr>
          <w:sz w:val="20"/>
        </w:rPr>
        <w:t>11:52  alaihi wasallam: "innalaha ta'ala qal: man adali wali faqad azantuhu bil harab, wa ma taqarraba ilay</w:t>
      </w:r>
      <w:r>
        <w:br/>
      </w:r>
      <w:r>
        <w:rPr>
          <w:sz w:val="20"/>
        </w:rPr>
        <w:t>12:00  abdi bishay'in ahabb ilay mimma aftaratu alayh, wa ma yazaalu abdi yataqarrabu ilay bin nawafil hatta uhibbahu, faiza ahbabtuhu kuntu sam'ahu alladhi yasma'u bihi,</w:t>
      </w:r>
      <w:r>
        <w:br/>
      </w:r>
      <w:r>
        <w:rPr>
          <w:sz w:val="20"/>
        </w:rPr>
        <w:t>12:13  wa basarahu alladhi yubsiru bihi, wa yadihi allati yabtishu biha, wa rijlahu allati yamshi biha, wa in sa'alani la u'tinnahu wa lan ist'aadhani la u'eedhannahu".</w:t>
      </w:r>
      <w:r>
        <w:br/>
      </w:r>
      <w:r>
        <w:rPr>
          <w:sz w:val="20"/>
        </w:rPr>
        <w:t>12:29  imam bukhari kehte hain: mujh se Muhammad bin Usman bin karama ne bayan kiya. yeh imam bukhari ke ustad hain.</w:t>
      </w:r>
      <w:r>
        <w:br/>
      </w:r>
      <w:r>
        <w:rPr>
          <w:sz w:val="20"/>
        </w:rPr>
        <w:t>12:35  Usman bin karama kehte hain: mujh se Khalid bin Makhlad ne bayan kiya. Khalid bin Makhlad kehte hain: mujh se Sulaiman bin Bilal ne bayan kiya. Sulaiman bin Bilal kehte hain: mujh se Sharik bin Abdullah bin Abi Nimr ne bayan kiya.</w:t>
      </w:r>
      <w:r>
        <w:br/>
      </w:r>
      <w:r>
        <w:rPr>
          <w:sz w:val="20"/>
        </w:rPr>
        <w:t>12:48  woh kehte hain: Atta ne mujh se bayan kiya, tabai Atta, tabai aur Atta, tabai kehte hain: mujh se Abu Huraira ne bayan kiya.</w:t>
      </w:r>
      <w:r>
        <w:br/>
      </w:r>
      <w:r>
        <w:rPr>
          <w:sz w:val="20"/>
        </w:rPr>
        <w:t>12:55  Abu Huraira kehte hain ke rasool Allah sal Allah alaihi wasallam ne mujh se bayan kiya. to yeh chain of narration hai ya sanad hai. ab chunke yeh hadees qudsi hai to agar yeh hadees qudsi nahi hoti to rasool Allah sal Allah alaihi wasallam ki baat direct aati.</w:t>
      </w:r>
      <w:r>
        <w:br/>
      </w:r>
      <w:r>
        <w:rPr>
          <w:sz w:val="20"/>
        </w:rPr>
        <w:t>13:08  is ke yeh hadees qudsi hai is liye aage aata hai ke: "in Allah taala qala". Allah taala ne kaha.</w:t>
      </w:r>
      <w:r>
        <w:br/>
      </w:r>
      <w:r>
        <w:rPr>
          <w:sz w:val="20"/>
        </w:rPr>
        <w:t>13:14  woh hadith kya hai ke jo mere dost se, wali se,</w:t>
      </w:r>
      <w:r>
        <w:br/>
      </w:r>
      <w:r>
        <w:rPr>
          <w:sz w:val="20"/>
        </w:rPr>
        <w:t>13:20  manfi soch mein mubtala hoga, mein us se jang ka ailaan karta hoon. aur koi banda is cheez ke zariye mere se qareeb hona chahe jo maine in par farz kiya hai to woh qareeb hota hai aur barabar qareeb hota rehta hai nawafil ke zariye se, yahan tak ke mein us ko pasand karta hoon.</w:t>
      </w:r>
      <w:r>
        <w:br/>
      </w:r>
      <w:r>
        <w:rPr>
          <w:sz w:val="20"/>
        </w:rPr>
        <w:t>13:38  aur jab mein us ko pasand karta hoon to mein uska kaan ho jata hoon jis se woh sunta hai, aur uski aankh ho jata hoon jis se woh dekhta hai, aur uska hath ho jata hoon jis se woh pakadta hai, aur uska paon ho jata hoon jis se woh chalta hai.</w:t>
      </w:r>
      <w:r>
        <w:br/>
      </w:r>
      <w:r>
        <w:rPr>
          <w:sz w:val="20"/>
        </w:rPr>
        <w:t>13:53  aur agar woh banda mujh se koi cheez mange to mein zaroor us ko doonga, aur agar mujh se panah chahe kisi cheez ke bare mein to mein us ko zaroor panah doonga.</w:t>
      </w:r>
      <w:r>
        <w:br/>
      </w:r>
      <w:r>
        <w:rPr>
          <w:sz w:val="20"/>
        </w:rPr>
        <w:t>14:03  to yeh hadith bohat pyari hai samajhne ki hai, aur yeh hadith qudsi bhi hai, aur chain of narration bhi is mein hai. to apa, mein aage aap se ek sawal karunga, is ka talluq hadith ko jama karne ki ibtidai tareekh se hai.</w:t>
      </w:r>
    </w:p>
    <w:p>
      <w:pPr>
        <w:pStyle w:val="Heading2"/>
      </w:pPr>
      <w:r>
        <w:t>creation story of angels and Iblis bowing before Adam</w:t>
      </w:r>
    </w:p>
    <w:p>
      <w:r>
        <w:rPr>
          <w:color w:val="666666"/>
          <w:sz w:val="18"/>
        </w:rPr>
        <w:t>Modesty and Arrogance January 31, 2008 · 3m 56s · at 1:51 · https://youtu.be/8EHBmsIAF_Q?t=111</w:t>
      </w:r>
    </w:p>
    <w:p>
      <w:r>
        <w:rPr>
          <w:i/>
        </w:rPr>
        <w:t>“When God made man, two other creations already existed: angels and Iblis”</w:t>
      </w:r>
    </w:p>
    <w:p>
      <w:r>
        <w:rPr>
          <w:sz w:val="20"/>
        </w:rPr>
        <w:t>1:51  yahi criterion hai sachay insan aur jhoote insan ko janchne ka. dekhiye, jab insan ko khuda ne banaya usi waqt yeh dono cheezein bata dein insan ko.</w:t>
      </w:r>
      <w:r>
        <w:br/>
      </w:r>
      <w:r>
        <w:rPr>
          <w:sz w:val="20"/>
        </w:rPr>
        <w:t>2:14  woh is tarah ke khuda ne kaha ke dekhein, jab insan ko banaya gaya tha us waqt do aur makhlooq maujood theen: ek angel, doosre iblis.</w:t>
      </w:r>
      <w:r>
        <w:br/>
      </w:r>
      <w:r>
        <w:rPr>
          <w:sz w:val="20"/>
        </w:rPr>
        <w:t>2:28  ibliss jo tha woh jinnaaton ka sardar tha,</w:t>
      </w:r>
      <w:r>
        <w:br/>
      </w:r>
      <w:r>
        <w:rPr>
          <w:sz w:val="20"/>
        </w:rPr>
        <w:t>2:34  jinnaaton ka head tha.</w:t>
      </w:r>
      <w:r>
        <w:br/>
      </w:r>
      <w:r>
        <w:rPr>
          <w:sz w:val="20"/>
        </w:rPr>
        <w:t>2:37  to khuda ne kaha angel se aur iblis se, jo ke jinnaat ka sardar tha, ke tum log insan ke saamne jhuk jao.</w:t>
      </w:r>
      <w:r>
        <w:br/>
      </w:r>
      <w:r>
        <w:rPr>
          <w:sz w:val="20"/>
        </w:rPr>
        <w:t>2:55  dekhiye, bazahir jhukna insan ke saamne tha lekin woh khuda ke</w:t>
      </w:r>
      <w:r>
        <w:br/>
      </w:r>
      <w:r>
        <w:rPr>
          <w:sz w:val="20"/>
        </w:rPr>
        <w:t>3:04  khuda ke order ke saamne jhukna tha. insan to wahan sirf ek nishani ke taur par tha.</w:t>
      </w:r>
      <w:r>
        <w:br/>
      </w:r>
      <w:r>
        <w:rPr>
          <w:sz w:val="20"/>
        </w:rPr>
        <w:t>3:15  asal baat jo thi woh yeh thi ke kaun hai jo khuda ka jo order hai, khuda ka jo hukum hai, us ke aage jhukta hai aur kaun jhukta nahi hai.</w:t>
      </w:r>
      <w:r>
        <w:br/>
      </w:r>
      <w:r>
        <w:rPr>
          <w:sz w:val="20"/>
        </w:rPr>
        <w:t>3:28  is baat ko samajh lein achhe tareeqe se ke khuda ne kaha to yeh ke insan ke aage jhuk jao. lekin yeh jhukna kyun tha?</w:t>
      </w:r>
      <w:r>
        <w:br/>
      </w:r>
      <w:r>
        <w:rPr>
          <w:sz w:val="20"/>
        </w:rPr>
        <w:t>3:40  khuda ke kehne ki wajah se tha. to asal baat to khuda ka kehna hua.</w:t>
      </w:r>
      <w:r>
        <w:br/>
      </w:r>
      <w:r>
        <w:rPr>
          <w:sz w:val="20"/>
        </w:rPr>
        <w:t>3:47  to yeh asal mein yeh tha ke khuda ke aage aadmi jhukta hai ya nahi jhukta hai. to kya hua? jo engines the woh jhuk gaye.</w:t>
      </w:r>
      <w:r>
        <w:br/>
      </w:r>
      <w:r>
        <w:rPr>
          <w:sz w:val="20"/>
        </w:rPr>
        <w:t>4:04  they bowed before adam, the first man. but iblis refused.</w:t>
      </w:r>
      <w:r>
        <w:br/>
      </w:r>
      <w:r>
        <w:rPr>
          <w:sz w:val="20"/>
        </w:rPr>
        <w:t>4:16  ibliss ne kya kaha? ke main is se behtar hoon, ana khairummin. main kyun jhukoon is ke aage?</w:t>
      </w:r>
      <w:r>
        <w:br/>
      </w:r>
      <w:r>
        <w:rPr>
          <w:sz w:val="20"/>
        </w:rPr>
        <w:t>4:27  to dekhiye, iblis ne is is ek ek wrong angle se dekha maamle ko. wrong angle ke us ke apni soch ke lehaz se kaun superior hai, kaun inferior hai.</w:t>
      </w:r>
      <w:r>
        <w:br/>
      </w:r>
      <w:r>
        <w:rPr>
          <w:sz w:val="20"/>
        </w:rPr>
        <w:t>4:43  superior aur inferior ka us ka apna hi yeh khayal tha. us ke apne mind se bahar us ka koi existence nahi tha.</w:t>
      </w:r>
      <w:r>
        <w:br/>
      </w:r>
      <w:r>
        <w:rPr>
          <w:sz w:val="20"/>
        </w:rPr>
        <w:t>4:53  lekin angel ne kya kiya? angel ne yeh nahi socha. unhon ne kaha ke khuda ka hukum hai, is liye hamein jhukna hai. to angel ko khuda ne accept kiya aur iblis ko khuda ne reject kar diya.</w:t>
      </w:r>
      <w:r>
        <w:br/>
      </w:r>
      <w:r>
        <w:rPr>
          <w:sz w:val="20"/>
        </w:rPr>
        <w:t>5:10  yeh pehle din gaya at the out at the out set of human history. this was established that greatest good for man is modesty and the greatest evil for man is arrogance.</w:t>
      </w:r>
      <w:r>
        <w:br/>
      </w:r>
      <w:r>
        <w:rPr>
          <w:sz w:val="20"/>
        </w:rPr>
        <w:t>5:34  yeh pehle din establish ho gaya ke insan ke liye sab se achhi cheez hai tawazu aur insan ke liye sab se buri cheez hai ghamand.</w:t>
      </w:r>
    </w:p>
    <w:p>
      <w:pPr>
        <w:pStyle w:val="Heading2"/>
      </w:pPr>
      <w:r>
        <w:t>Political interpretation as Dajjali ideology</w:t>
      </w:r>
    </w:p>
    <w:p>
      <w:r>
        <w:rPr>
          <w:color w:val="666666"/>
          <w:sz w:val="18"/>
        </w:rPr>
        <w:t>Warnings of Doomsday February 4, 2007 · 5m 05s · at 5:52 · https://youtu.be/VT0BnPl_-zc?t=352</w:t>
      </w:r>
    </w:p>
    <w:p>
      <w:r>
        <w:rPr>
          <w:i/>
        </w:rPr>
        <w:t>“Mazhab mein, yani Islam mein, to yeh hua ke political interpretation diya gaya”</w:t>
      </w:r>
    </w:p>
    <w:p>
      <w:r>
        <w:rPr>
          <w:sz w:val="20"/>
        </w:rPr>
        <w:t>5:52  to maine arz kiya tha ke mazhab mein, yaani Islam mein, to yeh hua ke political interpretation diya gaya Islam ka. pichhle hazar saal mein kabhi bhi Islam ka political interpretation nahi diya gaya tha.</w:t>
      </w:r>
      <w:r>
        <w:br/>
      </w:r>
      <w:r>
        <w:rPr>
          <w:sz w:val="20"/>
        </w:rPr>
        <w:t>6:11  political interpretation ka matlab kya hai? yeh batana ke Islam ek mukammal nizam hai, ek complete system hai, ek complete order hai.</w:t>
      </w:r>
      <w:r>
        <w:br/>
      </w:r>
      <w:r>
        <w:rPr>
          <w:sz w:val="20"/>
        </w:rPr>
        <w:t>6:24  to jab aap yeh kahein to kya iska matlab hota hai? foran aa jata hai ke political power humein chahiye. agar aap kahein ke Islam mein yeh hai ke Khuda ko ek mano, "oneness of God",</w:t>
      </w:r>
      <w:r>
        <w:br/>
      </w:r>
      <w:r>
        <w:rPr>
          <w:sz w:val="20"/>
        </w:rPr>
        <w:t>6:39  ya aap yeh kahein ke Khuda ki hi ki ibadat karo, agar aap yeh kahein ke Khuda ke bataye hue moral values ko apnao, to aap ko political power ki koi zaroorat nahi.</w:t>
      </w:r>
      <w:r>
        <w:br/>
      </w:r>
      <w:r>
        <w:rPr>
          <w:sz w:val="20"/>
        </w:rPr>
        <w:t>6:52  is mein kya hoga? dialogue hoga aur persuasion hoga, samjhana bujhana hoga. yeh hoga to is mein political power ki kya zaroorat hai?</w:t>
      </w:r>
      <w:r>
        <w:br/>
      </w:r>
      <w:r>
        <w:rPr>
          <w:sz w:val="20"/>
        </w:rPr>
        <w:t>7:05  lekin jab aap yeh kahein ke Islam ek complete system hai jis mein qanoon bhi hai aur hukumat bhi hai aur social order bhi hai, to foran zaroorat ho jati hai political power ki.</w:t>
      </w:r>
      <w:r>
        <w:br/>
      </w:r>
      <w:r>
        <w:rPr>
          <w:sz w:val="20"/>
        </w:rPr>
        <w:t>7:20  jaise communism tha, to communism mein kya hua? ke ghareeb logon ki madad karo. yeh hamesha insaan jaanta tha ke yeh bara acha kaam hai.</w:t>
      </w:r>
      <w:r>
        <w:br/>
      </w:r>
      <w:r>
        <w:rPr>
          <w:sz w:val="20"/>
        </w:rPr>
        <w:t>7:33  jo log pichhad gaye hain, yaani zindagi ki daud mein, unki madad karo. yeh to koi bura kaam nahi tha ke jis ko Marx ne shuru kiya ho.</w:t>
      </w:r>
      <w:r>
        <w:br/>
      </w:r>
      <w:r>
        <w:rPr>
          <w:sz w:val="20"/>
        </w:rPr>
        <w:t>7:45  Marx ne yeh kaha hai ke humein political power ke zariye dunya mein ek naya economic system lana hai. tab is mein power aa gaya aur tab jo takrao aa gaya, tab ladai bhadai aa gayi.</w:t>
      </w:r>
      <w:r>
        <w:br/>
      </w:r>
      <w:r>
        <w:rPr>
          <w:sz w:val="20"/>
        </w:rPr>
        <w:t>7:58  isi liye Stalin ne kaha tha, yaani jab wahan par Russia mein abhi bana nahi tha, yaani communist rule wahan qaim nahi hua tha.</w:t>
      </w:r>
      <w:r>
        <w:br/>
      </w:r>
      <w:r>
        <w:rPr>
          <w:sz w:val="20"/>
        </w:rPr>
        <w:t>8:13  aap jante hain ke 1917 mein communist rule wahan par qaim hua, 1917. to is se pehle is ke leader the, is mein ek tha bara leader Stalin, Joseph Stalin.</w:t>
      </w:r>
      <w:r>
        <w:br/>
      </w:r>
      <w:r>
        <w:rPr>
          <w:sz w:val="20"/>
        </w:rPr>
        <w:t>8:27  to us ne apni taqreer mein ek baar kaha tha ke hum ko teen cheezon ki zaroorat hai: pehla arm, doosra arm, teesra arm, aur aakhir mein phir arm,</w:t>
      </w:r>
      <w:r>
        <w:br/>
      </w:r>
      <w:r>
        <w:rPr>
          <w:sz w:val="20"/>
        </w:rPr>
        <w:t>8:43  army arm. to communism was an armed struggle, kyunke agar aap ladein nahi to aap kaise chheenge power ko doosron se?</w:t>
      </w:r>
      <w:r>
        <w:br/>
      </w:r>
      <w:r>
        <w:rPr>
          <w:sz w:val="20"/>
        </w:rPr>
        <w:t>8:54  phir communist order ko aap kaise implement karenge? theek yahi baat Islam mein aa gayi jo pehle kabhi thi nahi ke Islam ka matlab kya hai?</w:t>
      </w:r>
      <w:r>
        <w:br/>
      </w:r>
      <w:r>
        <w:rPr>
          <w:sz w:val="20"/>
        </w:rPr>
        <w:t>9:07  political power ko capture karo. kyu? taake islam ko as a political order, as a social order, dunya mein naafiz karo, dunya mein laagu karo.</w:t>
      </w:r>
      <w:r>
        <w:br/>
      </w:r>
      <w:r>
        <w:rPr>
          <w:sz w:val="20"/>
        </w:rPr>
        <w:t>9:19  to is theory ne kya kiya? dekhne mein bari bari beautiful theory thi ke mukammal nizam</w:t>
      </w:r>
      <w:r>
        <w:br/>
      </w:r>
      <w:r>
        <w:rPr>
          <w:sz w:val="20"/>
        </w:rPr>
        <w:t>9:27  aur complete system, lekin is ke andar inherently aa gaya sangharsh, inherently aa gaya takrao, aur phir dunya do taraf barh gayi.</w:t>
      </w:r>
      <w:r>
        <w:br/>
      </w:r>
      <w:r>
        <w:rPr>
          <w:sz w:val="20"/>
        </w:rPr>
        <w:t>9:41  yaani ek rule, ek ruler, ek ruled. yeh ruled thay, woh organize ho kar ke ruler se larnay lagay. yeh saaray muslim countries mein hua, abhi bhi ho raha hai.</w:t>
      </w:r>
      <w:r>
        <w:br/>
      </w:r>
      <w:r>
        <w:rPr>
          <w:sz w:val="20"/>
        </w:rPr>
        <w:t>9:54  to aap dekhiye ke pichlay zamanay mein kabhi bhi aisa nahi hua ke islam ne insaniyat ko do mein banta ho, ruler aur ruled, aur dono perpetual takrao mein aa jayen, jis tarah se kaha tha zartusht ne.</w:t>
      </w:r>
      <w:r>
        <w:br/>
      </w:r>
      <w:r>
        <w:rPr>
          <w:sz w:val="20"/>
        </w:rPr>
        <w:t>10:10  to yeh political interpretation ki wajah se aisa hua, is liye mein is ko dajali interpretation manta hoon, kyunke result is ka kya nikla?</w:t>
      </w:r>
      <w:r>
        <w:br/>
      </w:r>
      <w:r>
        <w:rPr>
          <w:sz w:val="20"/>
        </w:rPr>
        <w:t>10:19  hate aur violence, intolerance. dekhne mein bohat beautiful ideology hai ke islam mukammal nizam hai, islam ek complete order hai.</w:t>
      </w:r>
      <w:r>
        <w:br/>
      </w:r>
      <w:r>
        <w:rPr>
          <w:sz w:val="20"/>
        </w:rPr>
        <w:t>10:33  bohat beautiful maloom hota hai kehne mein, lekin jab practical sense mein dekhen is ko to kya hota hai? is ka result niklta hai negative result.</w:t>
      </w:r>
      <w:r>
        <w:br/>
      </w:r>
      <w:r>
        <w:rPr>
          <w:sz w:val="20"/>
        </w:rPr>
        <w:t>10:44  result negative niklta hai, yaani insaan insaan barhtay hain, ruler alag, ruled alag, aur phir dono mein takrao hota hai, tashaddud, violence, intolerance.</w:t>
      </w:r>
    </w:p>
    <w:p>
      <w:pPr>
        <w:pStyle w:val="Heading2"/>
      </w:pPr>
      <w:r>
        <w:t>From Newton's matter to consciousness bang</w:t>
      </w:r>
    </w:p>
    <w:p>
      <w:r>
        <w:rPr>
          <w:color w:val="666666"/>
          <w:sz w:val="18"/>
        </w:rPr>
        <w:t>Three Periods of History May 17, 2009 Maulana Wahiduddin Khan · 6m 06s · at 28:28 · https://youtu.be/iNS-3Yo58Gk?t=1708</w:t>
      </w:r>
    </w:p>
    <w:p>
      <w:r>
        <w:rPr>
          <w:i/>
        </w:rPr>
        <w:t>“Newton ko mana jata hai ke woh modern science ka father hai”</w:t>
      </w:r>
    </w:p>
    <w:p>
      <w:r>
        <w:rPr>
          <w:sz w:val="20"/>
        </w:rPr>
        <w:t>28:28  ab mein aata hoon yahan ke scientific framework jab paida hua to kya hua? dekhiye, newton ko maana jata hai ke woh modern science ka father, father of modern science hai.</w:t>
      </w:r>
      <w:r>
        <w:br/>
      </w:r>
      <w:r>
        <w:rPr>
          <w:sz w:val="20"/>
        </w:rPr>
        <w:t>28:42  newton jo hai, woh father of modern science hai. newton ne kya bataya? 400 saal pehle ka zamana hai newton ka.</w:t>
      </w:r>
      <w:r>
        <w:br/>
      </w:r>
      <w:r>
        <w:rPr>
          <w:sz w:val="20"/>
        </w:rPr>
        <w:t>28:53  newton ki death hui thi 1727 mein, yani 1727 ke death hui hai 1727 mein, yani 400 saal pehle ka zamana hai newton ka.</w:t>
      </w:r>
      <w:r>
        <w:br/>
      </w:r>
      <w:r>
        <w:rPr>
          <w:sz w:val="20"/>
        </w:rPr>
        <w:t>29:07  us waqt us ne kya bataya? us ne bataya ke matter is the building block of of universe.</w:t>
      </w:r>
      <w:r>
        <w:br/>
      </w:r>
      <w:r>
        <w:rPr>
          <w:sz w:val="20"/>
        </w:rPr>
        <w:t>29:19  matter is the building block of universe.</w:t>
      </w:r>
      <w:r>
        <w:br/>
      </w:r>
      <w:r>
        <w:rPr>
          <w:sz w:val="20"/>
        </w:rPr>
        <w:t>29:22  yeh newton ne kaha. yani science se science shuru hoti hai. jab science enter hui study mein to pehli discovery jo hui, pehli discovery newton ke zariye se,</w:t>
      </w:r>
      <w:r>
        <w:br/>
      </w:r>
      <w:r>
        <w:rPr>
          <w:sz w:val="20"/>
        </w:rPr>
        <w:t>29:37  us waqt us ne bataya duniya ko, yeh khabar di ke matter is the building block of universe. yeh sab kuch matter se bana hai, sab kuch matter se bana hai, sab kuch matter se bana hai.</w:t>
      </w:r>
      <w:r>
        <w:br/>
      </w:r>
      <w:r>
        <w:rPr>
          <w:sz w:val="20"/>
        </w:rPr>
        <w:t>29:51  isi se atheism nikla. yani atheism jo thay, atheist jo thay, unhone hijack kar liya is nazariye ko. atheist were hijacker.</w:t>
      </w:r>
      <w:r>
        <w:br/>
      </w:r>
      <w:r>
        <w:rPr>
          <w:sz w:val="20"/>
        </w:rPr>
        <w:t>30:03  yani science ne atheism nahi paida kiya, kuch atheist thay, unhone hijack kar ke is ko istemal kiya aur kaha ke ke phir to khuda ki zaroorat hi nahi hai, sab kuch matter se ho raha hai.</w:t>
      </w:r>
      <w:r>
        <w:br/>
      </w:r>
      <w:r>
        <w:rPr>
          <w:sz w:val="20"/>
        </w:rPr>
        <w:t>30:18  lekin</w:t>
      </w:r>
      <w:r>
        <w:br/>
      </w:r>
      <w:r>
        <w:rPr>
          <w:sz w:val="20"/>
        </w:rPr>
        <w:t>30:19  history aaj ruki nahi, history aage badhi. yahan tak ke dekhiye, einstein paida hua. einstein paida hua.</w:t>
      </w:r>
      <w:r>
        <w:br/>
      </w:r>
      <w:r>
        <w:rPr>
          <w:sz w:val="20"/>
        </w:rPr>
        <w:t>30:28  einstein ki death hui hai 1955 mein, yani mere zamane mein. newton to mere is se pehle ka aadmi hai, 1727 mein woh mar chuka tha, woh lekin einstein to mere zamane mein mara hai 1955 mein,</w:t>
      </w:r>
      <w:r>
        <w:br/>
      </w:r>
      <w:r>
        <w:rPr>
          <w:sz w:val="20"/>
        </w:rPr>
        <w:t>30:48  jab ke mein adha akbar mein tha. to einstein ne history ko aage badhaya, history of thought ko aage badhaya.</w:t>
      </w:r>
      <w:r>
        <w:br/>
      </w:r>
      <w:r>
        <w:rPr>
          <w:sz w:val="20"/>
        </w:rPr>
        <w:t>30:57  us ne kaha ke energy is the building block of universe. ke matter nahi balkeh energy, kyunke aap jante hain ke us ne bataya ke convertible hai, major aur energy dono.</w:t>
      </w:r>
      <w:r>
        <w:br/>
      </w:r>
      <w:r>
        <w:rPr>
          <w:sz w:val="20"/>
        </w:rPr>
        <w:t>31:10  matter ko energy mein convert kar diye, energy ko matter mein convert kar diye.</w:t>
      </w:r>
      <w:r>
        <w:br/>
      </w:r>
      <w:r>
        <w:rPr>
          <w:sz w:val="20"/>
        </w:rPr>
        <w:t>31:16  to einstein ne yeh bataya ke energy is the building block of nature. ab history of thought aik qadam aage badhi, aik qadam aage badhi.</w:t>
      </w:r>
      <w:r>
        <w:br/>
      </w:r>
      <w:r>
        <w:rPr>
          <w:sz w:val="20"/>
        </w:rPr>
        <w:t>31:29  yeh mein bata raha hoon aap ko kis tarah se Allah taala ne insani history ko pressure period se nikal kar ke scientific period mein dakhil kiya, aur phir scientific period mein kis tarah se history of thought ka safar aage aage barha.</w:t>
      </w:r>
      <w:r>
        <w:br/>
      </w:r>
      <w:r>
        <w:rPr>
          <w:sz w:val="20"/>
        </w:rPr>
        <w:t>31:44  to yeh doosra qadam tha. teesra qadam abhi baqi tha, jo ab ab samne aaya hai. America mein ek bohat bara scientist paida hua, uska naam hai David Bohm, BOHM.</w:t>
      </w:r>
      <w:r>
        <w:br/>
      </w:r>
      <w:r>
        <w:rPr>
          <w:sz w:val="20"/>
        </w:rPr>
        <w:t>32:00  David Bohm yeh top ka scientist hai. is ne kaha ke is ne ek aur qadam aage barhaya ke consciousness is the building block of universe.</w:t>
      </w:r>
      <w:r>
        <w:br/>
      </w:r>
      <w:r>
        <w:rPr>
          <w:sz w:val="20"/>
        </w:rPr>
        <w:t>32:15  shaoor jo hai, woh hai, woh hai sab kuch. bohat hi anokhi baat hai yeh.</w:t>
      </w:r>
      <w:r>
        <w:br/>
      </w:r>
      <w:r>
        <w:rPr>
          <w:sz w:val="20"/>
        </w:rPr>
        <w:t>32:25  pehlay kaha gaya tha ke matter building block hai, phir kaha gaya ke nahi, energy building block hai. ab kya hai?</w:t>
      </w:r>
      <w:r>
        <w:br/>
      </w:r>
      <w:r>
        <w:rPr>
          <w:sz w:val="20"/>
        </w:rPr>
        <w:t>32:34  jo jo latest position hai, latest position science ki,</w:t>
      </w:r>
      <w:r>
        <w:br/>
      </w:r>
      <w:r>
        <w:rPr>
          <w:sz w:val="20"/>
        </w:rPr>
        <w:t>32:40  David Bohm ka ki death hui hai 1992 mein, yaani mere zamanay mein. ek scientist mujh se pehlay paida hua, do scientist mere zamanay mein paida hue.</w:t>
      </w:r>
      <w:r>
        <w:br/>
      </w:r>
      <w:r>
        <w:rPr>
          <w:sz w:val="20"/>
        </w:rPr>
        <w:t>32:52  aur ajeeb baat hai ke dono Yahudi itna bara kaam Yahudi mind ne kiya hai. yaad rakhiye,</w:t>
      </w:r>
      <w:r>
        <w:br/>
      </w:r>
      <w:r>
        <w:rPr>
          <w:sz w:val="20"/>
        </w:rPr>
        <w:t>33:01  Newton jo hai, Christian tha. Newton to Christian tha, lekin Einstein Yahudi tha, aur David Bohm bhi Yahudi tha.</w:t>
      </w:r>
      <w:r>
        <w:br/>
      </w:r>
      <w:r>
        <w:rPr>
          <w:sz w:val="20"/>
        </w:rPr>
        <w:t>33:13  bohat hi bara kaam hai jo Yahudi mind ne anjam diya hai ke history ko, history of thought ko, matter ke shiknjay se nikal kar ke woh shaoor tak unhon ne pohanchaya.</w:t>
      </w:r>
      <w:r>
        <w:br/>
      </w:r>
      <w:r>
        <w:rPr>
          <w:sz w:val="20"/>
        </w:rPr>
        <w:t>33:29  ab shaoor ke baad kya hai?</w:t>
      </w:r>
      <w:r>
        <w:br/>
      </w:r>
      <w:r>
        <w:rPr>
          <w:sz w:val="20"/>
        </w:rPr>
        <w:t>33:31  ek aur scientist ne is ko aur ziyada clear kiya ke conscious being ka word use kiya is ne. David Bohm ne to kaha tha ke consciousness is the building block of of the universe.</w:t>
      </w:r>
      <w:r>
        <w:br/>
      </w:r>
      <w:r>
        <w:rPr>
          <w:sz w:val="20"/>
        </w:rPr>
        <w:t>33:46  doosray scientist ne aage qadam barha kar yeh keh diya ke conscious being hai universe ke peechay. yeh jo universe hai, yeh jo kainat hai, yeh duniya hamari hai,</w:t>
      </w:r>
      <w:r>
        <w:br/>
      </w:r>
      <w:r>
        <w:rPr>
          <w:sz w:val="20"/>
        </w:rPr>
        <w:t>33:59  is ke peechay conscious being hai, yaani ek shoori wajood. ek shoori wajood, yaani is ka matlab kya hua?</w:t>
      </w:r>
      <w:r>
        <w:br/>
      </w:r>
      <w:r>
        <w:rPr>
          <w:sz w:val="20"/>
        </w:rPr>
        <w:t>34:08  Khuda ka naam na le kar Khuda ka iqrar. bhai, shoori wajood jo hai, woh kya hai? Khudai to hai.</w:t>
      </w:r>
      <w:r>
        <w:br/>
      </w:r>
      <w:r>
        <w:rPr>
          <w:sz w:val="20"/>
        </w:rPr>
        <w:t>34:17  jab aap yeh maan lein ke is cosmos ko, is is universe ko, is world ko, stars aur planets ko, is life ko, is sari cheezon ko create karne wala ek conscious being hai,</w:t>
      </w:r>
    </w:p>
    <w:p>
      <w:pPr>
        <w:pStyle w:val="Heading2"/>
      </w:pPr>
      <w:r>
        <w:t>God's plan discover Him unseen then see Him</w:t>
      </w:r>
    </w:p>
    <w:p>
      <w:r>
        <w:rPr>
          <w:color w:val="666666"/>
          <w:sz w:val="18"/>
        </w:rPr>
        <w:t>Three Periods of History May 17, 2009 Maulana Wahiduddin Khan · 5m 47s · at 46:13 · https://youtu.be/iNS-3Yo58Gk?t=2773</w:t>
      </w:r>
    </w:p>
    <w:p>
      <w:r>
        <w:rPr>
          <w:i/>
        </w:rPr>
        <w:t>“Khuda ne chaha ke pehle insaan Khuda ko discover kare na dekh kar”</w:t>
      </w:r>
    </w:p>
    <w:p>
      <w:r>
        <w:rPr>
          <w:sz w:val="20"/>
        </w:rPr>
        <w:t>46:13  to khuda ne chaha ke pehle insan yahan par khuda ko discover kare, na dekh kar,</w:t>
      </w:r>
      <w:r>
        <w:br/>
      </w:r>
      <w:r>
        <w:rPr>
          <w:sz w:val="20"/>
        </w:rPr>
        <w:t>46:22  phir us ko yeh mauqa diya jaye ke dekh kar woh khuda ko is ki marifat hasil kare. yahi kal kal mamla hai.</w:t>
      </w:r>
      <w:r>
        <w:br/>
      </w:r>
      <w:r>
        <w:rPr>
          <w:sz w:val="20"/>
        </w:rPr>
        <w:t>46:35  is dunya mein aap ko rakha gaya sirf is liye ke khuda ko na dekh kar aap dekhen</w:t>
      </w:r>
      <w:r>
        <w:br/>
      </w:r>
      <w:r>
        <w:rPr>
          <w:sz w:val="20"/>
        </w:rPr>
        <w:t>46:45  taake aap ko yeh blessing mile, yeh blessing ke khuda ko aap dekh kar dekh saken,</w:t>
      </w:r>
      <w:r>
        <w:br/>
      </w:r>
      <w:r>
        <w:rPr>
          <w:sz w:val="20"/>
        </w:rPr>
        <w:t>46:54  khuda ko dekh kar aap is ka jalwa pa saken.</w:t>
      </w:r>
      <w:r>
        <w:br/>
      </w:r>
      <w:r>
        <w:rPr>
          <w:sz w:val="20"/>
        </w:rPr>
        <w:t>47:00  yahi hai jis ko mein kaha karta hoon discovery method. pehle discovery hai, us ke baad observation hai. to sab kuch to ho chuka hai, ab kya baqi hai?</w:t>
      </w:r>
      <w:r>
        <w:br/>
      </w:r>
      <w:r>
        <w:rPr>
          <w:sz w:val="20"/>
        </w:rPr>
        <w:t>47:11  bataiye. ab to wohi waqea hai ke yom taghabun aa jaye,</w:t>
      </w:r>
      <w:r>
        <w:br/>
      </w:r>
      <w:r>
        <w:rPr>
          <w:sz w:val="20"/>
        </w:rPr>
        <w:t>47:17  haar jeet ka din. jis ne is dunya mein khuda ko waqeatan na dekh kar dekha tha, us se khuda kahega, "o mere bando!</w:t>
      </w:r>
      <w:r>
        <w:br/>
      </w:r>
      <w:r>
        <w:rPr>
          <w:sz w:val="20"/>
        </w:rPr>
        <w:t>47:30  ab tum mera jalwa dekh sakte ho." aur jo is din wahan blind raha tha, blind andha bana raha tha, us ko</w:t>
      </w:r>
      <w:r>
        <w:br/>
      </w:r>
      <w:r>
        <w:rPr>
          <w:sz w:val="20"/>
        </w:rPr>
        <w:t>47:42  us ko reject kar diya, reject kar diya jaye ga, radd kar diya jaye ga,</w:t>
      </w:r>
      <w:r>
        <w:br/>
      </w:r>
      <w:r>
        <w:rPr>
          <w:sz w:val="20"/>
        </w:rPr>
        <w:t>47:46  us ko boorhay khane mein daal diya jaye ga.</w:t>
      </w:r>
      <w:r>
        <w:br/>
      </w:r>
      <w:r>
        <w:rPr>
          <w:sz w:val="20"/>
        </w:rPr>
        <w:t>47:52  yeh hai history of mankind. is ko aap samjhiye, yani khuda ke khuda ki planning ko samjhiye, khuda ke naqshe ko samjhiye,</w:t>
      </w:r>
      <w:r>
        <w:br/>
      </w:r>
      <w:r>
        <w:rPr>
          <w:sz w:val="20"/>
        </w:rPr>
        <w:t>48:11  khuda kya chahta hai, us ko samjhiye.</w:t>
      </w:r>
      <w:r>
        <w:br/>
      </w:r>
      <w:r>
        <w:rPr>
          <w:sz w:val="20"/>
        </w:rPr>
        <w:t>48:16  ek hadith mein hai ke munafiq aur momin ka farq kya hai? munafiq aur momin ka farq yeh hai ke</w:t>
      </w:r>
      <w:r>
        <w:br/>
      </w:r>
      <w:r>
        <w:rPr>
          <w:sz w:val="20"/>
        </w:rPr>
        <w:t>48:29  munafiq khaye piye aur bas hum animal ki tarah se kha pi kar khush ho jayen, aur momin woh hai jo is khane peene mein khuda ka khuda ka jalwa dekh sake.</w:t>
      </w:r>
      <w:r>
        <w:br/>
      </w:r>
      <w:r>
        <w:rPr>
          <w:sz w:val="20"/>
        </w:rPr>
        <w:t>48:45  jaise mein yeh pani peeta hoon, ek peena yeh hai ke mujhe yeh lage ke glass hai aur is mein pani hai, bas pi liya aur pyas bujh gayi.</w:t>
      </w:r>
      <w:r>
        <w:br/>
      </w:r>
      <w:r>
        <w:rPr>
          <w:sz w:val="20"/>
        </w:rPr>
        <w:t>48:57  ek yeh hai ke is is is pani mein mujhe ek billion saal dikhai de, ek billion saal,</w:t>
      </w:r>
      <w:r>
        <w:br/>
      </w:r>
      <w:r>
        <w:rPr>
          <w:sz w:val="20"/>
        </w:rPr>
        <w:t>49:06  15 billion saal ke 15 billion saal pehle khuda ne universe banayi,</w:t>
      </w:r>
      <w:r>
        <w:br/>
      </w:r>
      <w:r>
        <w:rPr>
          <w:sz w:val="20"/>
        </w:rPr>
        <w:t>49:13  phir ek billion saal us ne pehle us ne solar system banaya, phir us ne zameen banayi. itne sare ult pher hue, tab ja kar pani bana.</w:t>
      </w:r>
      <w:r>
        <w:br/>
      </w:r>
      <w:r>
        <w:rPr>
          <w:sz w:val="20"/>
        </w:rPr>
        <w:t>49:26  to pani ki history shuru hoti hai 15 billion saal se pehle. pani ki history yeh nahi hai ke bas glass mein pani hai aur pi liya aap ne.</w:t>
      </w:r>
      <w:r>
        <w:br/>
      </w:r>
      <w:r>
        <w:rPr>
          <w:sz w:val="20"/>
        </w:rPr>
        <w:t>49:38  to munafiq woh hai jo jis ko bas glass dikhai de aur pani dikhai de,</w:t>
      </w:r>
      <w:r>
        <w:br/>
      </w:r>
      <w:r>
        <w:rPr>
          <w:sz w:val="20"/>
        </w:rPr>
        <w:t>49:45  aur momin woh hai jis ko is pani ke peeche 15 billion saal ki history dikhai de. aap ghor kijiye ke dono mein kya farq hoga?</w:t>
      </w:r>
      <w:r>
        <w:br/>
      </w:r>
      <w:r>
        <w:rPr>
          <w:sz w:val="20"/>
        </w:rPr>
        <w:t>49:57  dono mein kya farq hoga? wohi farq hai jannati mein aur jahannami mein.</w:t>
      </w:r>
      <w:r>
        <w:br/>
      </w:r>
      <w:r>
        <w:rPr>
          <w:sz w:val="20"/>
        </w:rPr>
        <w:t>50:08  wohi farq hai jannatiyon mein aur jahannami mein.</w:t>
      </w:r>
      <w:r>
        <w:br/>
      </w:r>
      <w:r>
        <w:rPr>
          <w:sz w:val="20"/>
        </w:rPr>
        <w:t>50:13  jo aadmi yeh samjhe ke main mere paas paisa tha, ja kar main ne market se bus daily khareed liya aur bus daily ko nikaal kar is ka pani pee raha hoon,</w:t>
      </w:r>
      <w:r>
        <w:br/>
      </w:r>
      <w:r>
        <w:rPr>
          <w:sz w:val="20"/>
        </w:rPr>
        <w:t>50:28  toh wohi woh aadmi hai jo Khuda ke nazdeek sirf animal hai.</w:t>
      </w:r>
      <w:r>
        <w:br/>
      </w:r>
      <w:r>
        <w:rPr>
          <w:sz w:val="20"/>
        </w:rPr>
        <w:t>50:33  woh is qabil hai ke woh is ko reject kar diya jaye, aur jis ne is pani mein Khuda ke planning ko dekha, Khuda ki wisdom ko dekha, Khuda ki barhai ko dekha, Khuda ke Rab hone ko dekha,</w:t>
      </w:r>
      <w:r>
        <w:br/>
      </w:r>
      <w:r>
        <w:rPr>
          <w:sz w:val="20"/>
        </w:rPr>
        <w:t>50:49  yaani 15 billion saal samet aaye is ke mind mein, toh wohi insaan hai jis ne Khuda ko dekhe baghair dekha. isi ko Khuda select karega, select jannat ke liye.</w:t>
      </w:r>
      <w:r>
        <w:br/>
      </w:r>
      <w:r>
        <w:rPr>
          <w:sz w:val="20"/>
        </w:rPr>
        <w:t>51:02  toh main yeh keh raha hoon ke ab sab kuch ho chuka, ab kya baqi hai?</w:t>
      </w:r>
      <w:r>
        <w:br/>
      </w:r>
      <w:r>
        <w:rPr>
          <w:sz w:val="20"/>
        </w:rPr>
        <w:t>51:09  yaani kainaat ka creation, kainaat ko create kiya Khuda ne, creation ho chuka. is ke baad insani history guzri traditional period se, woh bhi ho chuka.</w:t>
      </w:r>
      <w:r>
        <w:br/>
      </w:r>
      <w:r>
        <w:rPr>
          <w:sz w:val="20"/>
        </w:rPr>
        <w:t>51:24  phir insani history pahunchi scientific period mein, woh bhi ho chuka.</w:t>
      </w:r>
      <w:r>
        <w:br/>
      </w:r>
      <w:r>
        <w:rPr>
          <w:sz w:val="20"/>
        </w:rPr>
        <w:t>51:30  ab khud insani ilm ne, khud human knowledge ne insaan ko yahan tak pahunchaya hai ke sab kuch jo hai, is ke peeche aik aik conscious being hai, conscious being hai, yeh story wujood hai.</w:t>
      </w:r>
      <w:r>
        <w:br/>
      </w:r>
      <w:r>
        <w:rPr>
          <w:sz w:val="20"/>
        </w:rPr>
        <w:t>51:46  toh ab kya baqi rahega? mujhe bataiye. ab kuch baqi nahi rahega, ab imtehan khatam, test khatam.</w:t>
      </w:r>
      <w:r>
        <w:br/>
      </w:r>
      <w:r>
        <w:rPr>
          <w:sz w:val="20"/>
        </w:rPr>
        <w:t>51:55  ab toh yeh hai ke jis ko</w:t>
      </w:r>
    </w:p>
    <w:p>
      <w:pPr>
        <w:pStyle w:val="Heading2"/>
      </w:pPr>
      <w:r>
        <w:t>Shaitan's trick to lead to unachievable goals</w:t>
      </w:r>
    </w:p>
    <w:p>
      <w:r>
        <w:rPr>
          <w:color w:val="666666"/>
          <w:sz w:val="18"/>
        </w:rPr>
        <w:t>Living in the 21st Century I 17th February 2013 - Maulana Wahiduddin Khan · 4m 59s · at 42:14 · https://youtu.be/ccUhM8fLtpU?t=2534</w:t>
      </w:r>
    </w:p>
    <w:p>
      <w:r>
        <w:rPr>
          <w:i/>
        </w:rPr>
        <w:t>“قرآن میں ہے کہ دیکھیے، میں یہ سوچ رہا تھا کہ شیطان نے یہ challenge کیوں کیا؟”</w:t>
      </w:r>
    </w:p>
    <w:p>
      <w:r>
        <w:rPr>
          <w:sz w:val="20"/>
        </w:rPr>
        <w:t>42:14  quran mein hai ke dekhiye, main yeh soch raha tha ke shaitan ne yeh challenge kyun kiya? Shaitan ne kaha tha ke Adam ki jab paidaish hui shuru mein to Allah Ta'ala ko ek challenge diya tha us ne.</w:t>
      </w:r>
      <w:r>
        <w:br/>
      </w:r>
      <w:r>
        <w:rPr>
          <w:sz w:val="20"/>
        </w:rPr>
        <w:t>42:31  Allah ko tanikann zurriyatahum billahi qaleelan. Yaani main insaanon ki majority ko solve kar lunga, solve.</w:t>
      </w:r>
      <w:r>
        <w:br/>
      </w:r>
      <w:r>
        <w:rPr>
          <w:sz w:val="20"/>
        </w:rPr>
        <w:t>42:42  kaisa ajeeb baat hai. Ke insaanon ki majority ko main solve kar lunga, yeh aqeedah tha shaitan ka.</w:t>
      </w:r>
      <w:r>
        <w:br/>
      </w:r>
      <w:r>
        <w:rPr>
          <w:sz w:val="20"/>
        </w:rPr>
        <w:t>42:53  to main soch raha tha ke aakhir kaise himmat pari shaitan ki yeh karne ki ke insaan ki majority ko woh solve kar lega? Kaise himmat pari us ki?</w:t>
      </w:r>
      <w:r>
        <w:br/>
      </w:r>
      <w:r>
        <w:rPr>
          <w:sz w:val="20"/>
        </w:rPr>
        <w:t>43:04  to himmat isi liye pari ke is mein insaan ki ek weakness ko daryaft kiya, ek weakness ko.</w:t>
      </w:r>
      <w:r>
        <w:br/>
      </w:r>
      <w:r>
        <w:rPr>
          <w:sz w:val="20"/>
        </w:rPr>
        <w:t>43:12  ke insaan bohat aasani se unachievable goal ki taraf slip kar jata hai. Bohat aasani se. Hatta ke us waqt bhi jab ke achievable goal ke saare raaste khul gaye hon, tab bhi woh</w:t>
      </w:r>
      <w:r>
        <w:br/>
      </w:r>
      <w:r>
        <w:rPr>
          <w:sz w:val="20"/>
        </w:rPr>
        <w:t>43:28  ajeeb o ghareeb tor par slip kar ke pahunch jata hai unachievable goal ki taraf.</w:t>
      </w:r>
      <w:r>
        <w:br/>
      </w:r>
      <w:r>
        <w:rPr>
          <w:sz w:val="20"/>
        </w:rPr>
        <w:t>43:37  jaise Adam jo the, saari jannat khuli hui thi, phir bhi woh ek ek darakht ki taraf chale gaye. Jo vibrant tree tha.</w:t>
      </w:r>
      <w:r>
        <w:br/>
      </w:r>
      <w:r>
        <w:rPr>
          <w:sz w:val="20"/>
        </w:rPr>
        <w:t>43:47  to insaan ka ajeeb o ghareeb mizaj hai ke ninety percent is ke liye</w:t>
      </w:r>
      <w:r>
        <w:br/>
      </w:r>
      <w:r>
        <w:rPr>
          <w:sz w:val="20"/>
        </w:rPr>
        <w:t>43:56  achhe haalaat hain, lekin woh ek percent jo hai usi mein ja kar apne aap ko us mein daal deta hai woh.</w:t>
      </w:r>
      <w:r>
        <w:br/>
      </w:r>
      <w:r>
        <w:rPr>
          <w:sz w:val="20"/>
        </w:rPr>
        <w:t>44:10  to insaan ki is kamzori ko jaanta tha ke insaan ko bohat aasani se main behka kar ke unachievable goal ki taraf daal dunga.</w:t>
      </w:r>
      <w:r>
        <w:br/>
      </w:r>
      <w:r>
        <w:rPr>
          <w:sz w:val="20"/>
        </w:rPr>
        <w:t>44:20  ab aap dekhiye, tareekh mein jitne philosophers the, un ko shaitan ne behkaya ke total reality ko tum jaan sakte ho apne mind se.</w:t>
      </w:r>
      <w:r>
        <w:br/>
      </w:r>
      <w:r>
        <w:rPr>
          <w:sz w:val="20"/>
        </w:rPr>
        <w:t>44:32  aur mind ki thin limitations, to woh jaan nahin paya, nateeja yeh ke saare philosophers jo hain freshers hi mare.</w:t>
      </w:r>
      <w:r>
        <w:br/>
      </w:r>
      <w:r>
        <w:rPr>
          <w:sz w:val="20"/>
        </w:rPr>
        <w:t>44:42  freshers hi mare saare philosophers. Alexander the Great ke mind mein daal diya, woh to Greece ka badshah tha,</w:t>
      </w:r>
      <w:r>
        <w:br/>
      </w:r>
      <w:r>
        <w:rPr>
          <w:sz w:val="20"/>
        </w:rPr>
        <w:t>44:50  badshahat mili thi us ko. Us ne kaha daal diya ke tum saari duniya ko conquer karo. Ab is duniya ko conquer karne ke liye nikla woh. Aur thirty-three years ke age mein woh freshers hi mar gaya.</w:t>
      </w:r>
      <w:r>
        <w:br/>
      </w:r>
      <w:r>
        <w:rPr>
          <w:sz w:val="20"/>
        </w:rPr>
        <w:t>45:03  conquer kiye baghair. Hitler ke mind mein daal diya</w:t>
      </w:r>
      <w:r>
        <w:br/>
      </w:r>
      <w:r>
        <w:rPr>
          <w:sz w:val="20"/>
        </w:rPr>
        <w:t>45:08  ke tum saare Europe ke ruler ban sakte ho. Us ne ladai chhod di. Lekin kya hua? Fifty-six saal mein woh suicide kar ke mar gaya.</w:t>
      </w:r>
      <w:r>
        <w:br/>
      </w:r>
      <w:r>
        <w:rPr>
          <w:sz w:val="20"/>
        </w:rPr>
        <w:t>45:19  frustration mein.</w:t>
      </w:r>
      <w:r>
        <w:br/>
      </w:r>
      <w:r>
        <w:rPr>
          <w:sz w:val="20"/>
        </w:rPr>
        <w:t>45:23  yahi haal is zamane mein musalmanon ka hai. ke musalmanon ko ek unachievable goal mein phansa rakha hai is ne. ke sari dunya mein islam ki hukumat, sari dunya mein islam ka nizam, sari dunya mein islam ka qanoon, sari dunya se kufr o batil ko mitana.</w:t>
      </w:r>
      <w:r>
        <w:br/>
      </w:r>
      <w:r>
        <w:rPr>
          <w:sz w:val="20"/>
        </w:rPr>
        <w:t>45:40  that is unachievable goal. kyun? yeh goal takra raha hai Allah ke creation plan se.</w:t>
      </w:r>
      <w:r>
        <w:br/>
      </w:r>
      <w:r>
        <w:rPr>
          <w:sz w:val="20"/>
        </w:rPr>
        <w:t>45:50  Allah ne har ek ko azadi di hai, har ek ko total freedom diya hai, poori azadi.</w:t>
      </w:r>
      <w:r>
        <w:br/>
      </w:r>
      <w:r>
        <w:rPr>
          <w:sz w:val="20"/>
        </w:rPr>
        <w:t>45:58  phir jab poori azadi hai to aap kya karenge? jab poori azadi di hai to aap yeh kar hi nahi sakte ke sari dunya mein aap apna hukum chalane lagain.</w:t>
      </w:r>
      <w:r>
        <w:br/>
      </w:r>
      <w:r>
        <w:rPr>
          <w:sz w:val="20"/>
        </w:rPr>
        <w:t>46:11  mumkin nahi hai har aadmi revolt karega jagah jagah.</w:t>
      </w:r>
      <w:r>
        <w:br/>
      </w:r>
      <w:r>
        <w:rPr>
          <w:sz w:val="20"/>
        </w:rPr>
        <w:t>46:16  to sari dunya ke musalmanon ke dimagh mein shaitan ne kya kar diya? ek unachievable goal mein phansa diya un ko. lad rahe hain, mar rahe hain, suicide bombing kar rahe hain, milta kuch bhi nahi.</w:t>
      </w:r>
      <w:r>
        <w:br/>
      </w:r>
      <w:r>
        <w:rPr>
          <w:sz w:val="20"/>
        </w:rPr>
        <w:t>46:27  milta kya hai? nafrat, inteqam, nafrat, revenge aur suicide bombing.</w:t>
      </w:r>
      <w:r>
        <w:br/>
      </w:r>
      <w:r>
        <w:rPr>
          <w:sz w:val="20"/>
        </w:rPr>
        <w:t>46:37  to shaitan ne jo challenge diya tha ke main insanon ki majority ko solve kar lunga, usi weakness ko jaan kar ke.</w:t>
      </w:r>
      <w:r>
        <w:br/>
      </w:r>
      <w:r>
        <w:rPr>
          <w:sz w:val="20"/>
        </w:rPr>
        <w:t>46:46  ke bohat aasani se insan ko aisa kiya sakta hai ke us ko aisi baatein us ke dimagh mein dali jayen</w:t>
      </w:r>
      <w:r>
        <w:br/>
      </w:r>
      <w:r>
        <w:rPr>
          <w:sz w:val="20"/>
        </w:rPr>
        <w:t>46:56  ke woh bohat slip kar ke pahunch jaye unachievable goal ki taraf.</w:t>
      </w:r>
      <w:r>
        <w:br/>
      </w:r>
      <w:r>
        <w:rPr>
          <w:sz w:val="20"/>
        </w:rPr>
        <w:t>47:04  jo unachievable goal ki taraf jayega to kya hoga? jo shaitan ne kaha tha وَلَا تَجَدُوا أَكْثَرَهُمْ شَاكِرِينَ ۔</w:t>
      </w:r>
    </w:p>
    <w:p>
      <w:pPr>
        <w:pStyle w:val="Heading2"/>
      </w:pPr>
      <w:r>
        <w:t>Fiqh's role in hadith criticism</w:t>
      </w:r>
    </w:p>
    <w:p>
      <w:r>
        <w:rPr>
          <w:color w:val="666666"/>
          <w:sz w:val="18"/>
        </w:rPr>
        <w:t>Wisdom of Hadith February 23, 2014 · 5m 55s · at 1:10 · https://youtu.be/8GZmhBU-LwE?t=70</w:t>
      </w:r>
    </w:p>
    <w:p>
      <w:r>
        <w:rPr>
          <w:i/>
        </w:rPr>
        <w:t>“Main samajhta hoon ke iske zimmedar khud hamare log hain”</w:t>
      </w:r>
    </w:p>
    <w:p>
      <w:r>
        <w:rPr>
          <w:sz w:val="20"/>
        </w:rPr>
        <w:t>1:10  main samajhta hoon ke is ke zimmedaar khud hamare log hain. yani mazhabi rehnuma.</w:t>
      </w:r>
      <w:r>
        <w:br/>
      </w:r>
      <w:r>
        <w:rPr>
          <w:sz w:val="20"/>
        </w:rPr>
        <w:t>1:22  rasool Allah sal-lal-lahu alaihi wasallam ke baad jab hadith ki tadween hui aur phir fiqh ki tadween hui</w:t>
      </w:r>
      <w:r>
        <w:br/>
      </w:r>
      <w:r>
        <w:rPr>
          <w:sz w:val="20"/>
        </w:rPr>
        <w:t>1:36  toh fiqh mein jo pattern ikhtiyar kiya gaya woh tha "mabni bar masail" pattern.</w:t>
      </w:r>
      <w:r>
        <w:br/>
      </w:r>
      <w:r>
        <w:rPr>
          <w:sz w:val="20"/>
        </w:rPr>
        <w:t>1:49  yani shariat ki juz'iyat par sari baatein. aap fiqh ki kitabon ko padhein toh is ka bada hissa shariat ki juz'iyat par</w:t>
      </w:r>
      <w:r>
        <w:br/>
      </w:r>
      <w:r>
        <w:rPr>
          <w:sz w:val="20"/>
        </w:rPr>
        <w:t>2:03  depend karta hoga. sari kitabein jo likhi gayin woh isi pattern par likhi gayin.</w:t>
      </w:r>
      <w:r>
        <w:br/>
      </w:r>
      <w:r>
        <w:rPr>
          <w:sz w:val="20"/>
        </w:rPr>
        <w:t>2:12  yani juz'iyat-e-shariat ko akhaz karte the woh hadith se. toh shaoori ya ghair shaoori taur par logon ne yeh samjha ke hadith jo hai juz'iyat-e-shariat ka ilm hai.</w:t>
      </w:r>
      <w:r>
        <w:br/>
      </w:r>
      <w:r>
        <w:rPr>
          <w:sz w:val="20"/>
        </w:rPr>
        <w:t>2:27  yani aaj kal ki zaban mein kahunga ke "Do's and Don'ts" ka ilm hai.</w:t>
      </w:r>
      <w:r>
        <w:br/>
      </w:r>
      <w:r>
        <w:rPr>
          <w:sz w:val="20"/>
        </w:rPr>
        <w:t>2:36  aql se is ka koi ta'alluq nahi hai. toh ab jab "Age of Reason" jo hai hum aaj "Age of Reason" mein hain toh is tarah ki baatein aaj insaan ko bilkul Irrelevant maloom hoti hain.</w:t>
      </w:r>
      <w:r>
        <w:br/>
      </w:r>
      <w:r>
        <w:rPr>
          <w:sz w:val="20"/>
        </w:rPr>
        <w:t>2:54  misalan fiqh ki baatein jo hain woh juz'iyat-e-shariat par kya hain woh woh main chahe misal deta hoon. masalan aap namaz padhte hain toh ek ek yeh masla hai ke haath uthayein phir haath bandhein.</w:t>
      </w:r>
      <w:r>
        <w:br/>
      </w:r>
      <w:r>
        <w:rPr>
          <w:sz w:val="20"/>
        </w:rPr>
        <w:t>3:12  ek hai ke baghair kaan tak haath lagaye bandh lein. is ko kehte hain "Ref'e Yadayn". ab yeh badi baatein is ke upar hain ke "Ref'e Yadayn" ke baghair namaz hi nahi hogi.</w:t>
      </w:r>
      <w:r>
        <w:br/>
      </w:r>
      <w:r>
        <w:rPr>
          <w:sz w:val="20"/>
        </w:rPr>
        <w:t>3:23  aisi niyat bandhne ke bare mein ek ek yahan bandho ke yahan bandho. badi baatein is ke upar hain. yahan bandha toh namaz ho gayi yahan bandha toh namaz nahi hui. aisi "Ameen bil Sirr" "Ameen bil Jahr" "Qirat Fatiha Khalaf al-Imam".</w:t>
      </w:r>
      <w:r>
        <w:br/>
      </w:r>
      <w:r>
        <w:rPr>
          <w:sz w:val="20"/>
        </w:rPr>
        <w:t>3:39  is tarah ki juz'iyati baatein. is par bahut kitabein likhi gayin. aur yeh sab masail nikale gaye hadith se. halanke hadith mein aisa nahi tha.</w:t>
      </w:r>
      <w:r>
        <w:br/>
      </w:r>
      <w:r>
        <w:rPr>
          <w:sz w:val="20"/>
        </w:rPr>
        <w:t>3:48  lekin logon ne ba'toor-e-khud nikale. hadith ke mutabiq yeh sab cheezein jo hain yeh is mein taus'a hai.</w:t>
      </w:r>
      <w:r>
        <w:br/>
      </w:r>
      <w:r>
        <w:rPr>
          <w:sz w:val="20"/>
        </w:rPr>
        <w:t>3:58  hadith mein aata hai ke "bi ayyihim iqtadayt iqtadayt". yeh bhi theek woh bhi theek. matlab juz'iyat mein Diversity hai.</w:t>
      </w:r>
      <w:r>
        <w:br/>
      </w:r>
      <w:r>
        <w:rPr>
          <w:sz w:val="20"/>
        </w:rPr>
        <w:t>4:10  juz'iyat mein Diversity hai. lekin juz'iyat mein logon ne chaha ke Diversity ko khatam karein. Oneness layein. yeh hadith mein nahi tha. yeh fuqaha ne kiya.</w:t>
      </w:r>
      <w:r>
        <w:br/>
      </w:r>
      <w:r>
        <w:rPr>
          <w:sz w:val="20"/>
        </w:rPr>
        <w:t>4:21  is ki wajah se logon ne is ka zimmedaar samajh liya hadith ko. is tarah ki juz'iyati baaton ka.</w:t>
      </w:r>
      <w:r>
        <w:br/>
      </w:r>
      <w:r>
        <w:rPr>
          <w:sz w:val="20"/>
        </w:rPr>
        <w:t>4:30  halanke is ka zimmedaar sirf fiqh thi. aur hadith ke bare mein mujtahida ho gaye.</w:t>
      </w:r>
      <w:r>
        <w:br/>
      </w:r>
      <w:r>
        <w:rPr>
          <w:sz w:val="20"/>
        </w:rPr>
        <w:t>4:38  hamare madarison mein jis tarah hadith padhai jaati hai is ka main ek qissa batata hoon aap ko. unnis sau chudah mein Arab ke ek mashhoor aalim Rashid Raza Sheikh Rashid Raza India aaye the.</w:t>
      </w:r>
      <w:r>
        <w:br/>
      </w:r>
      <w:r>
        <w:rPr>
          <w:sz w:val="20"/>
        </w:rPr>
        <w:t>4:59  toh Deoband gaye woh. us waqt Deoband ka jo Darul Uloom hai us ke shakh al-hadith the Maulana Anwar Shah Kashmiri jinka inteqal hua hai nineteen thirty three mein.</w:t>
      </w:r>
      <w:r>
        <w:br/>
      </w:r>
      <w:r>
        <w:rPr>
          <w:sz w:val="20"/>
        </w:rPr>
        <w:t>5:17  toh unhone taqreer ki. Arabi mein taqreer ki unhone. jo rawdad mein chhapi hui maujood hai. toh sari taqreer mein unhone dikhaya ke Hanafi maslak jo hai woh ain hadith ke mutabiq hai.</w:t>
      </w:r>
      <w:r>
        <w:br/>
      </w:r>
      <w:r>
        <w:rPr>
          <w:sz w:val="20"/>
        </w:rPr>
        <w:t>5:34  Hanafi maslak kya hai wohi juz'iyati maslak. Hanafi aur ghair Hanafi mein juz'iyati shariat juz'iyat-e-shariat ke maamle mein bahut baatein hain bahut baatein hain.</w:t>
      </w:r>
      <w:r>
        <w:br/>
      </w:r>
      <w:r>
        <w:rPr>
          <w:sz w:val="20"/>
        </w:rPr>
        <w:t>5:45  bohat bahasain hain. maslan hanfi log mante hain "ameen bil-sir" ko. aur doosre log mante hain "ameen bil-jahr" ko. is bari bahas hai is ke upar.</w:t>
      </w:r>
      <w:r>
        <w:br/>
      </w:r>
      <w:r>
        <w:rPr>
          <w:sz w:val="20"/>
        </w:rPr>
        <w:t>5:56  hanfi log "rafayadain" ko nahi mante. woh doosre log "rafayadain" ko mante hain. to yeh bari bahas hai. to allama anwar shah kashmiri ne apni taqreer mein yeh sabit kiya ke jo maslak hanfi hai wohi hadith ke mutabiq hai.</w:t>
      </w:r>
      <w:r>
        <w:br/>
      </w:r>
      <w:r>
        <w:rPr>
          <w:sz w:val="20"/>
        </w:rPr>
        <w:t>6:13  yani hadithon ko is tareeqe se unhon ne is ko intervention kiya is ka ke sab hadithain jo hain hanfi maslak ke mutabiq. to rasheed raza hanfi nahi thay.</w:t>
      </w:r>
      <w:r>
        <w:br/>
      </w:r>
      <w:r>
        <w:rPr>
          <w:sz w:val="20"/>
        </w:rPr>
        <w:t>6:27  un ko bara taajjub hua. unhon ne apne aik tabsaray mein kaha tha "halil al-hadith hanfiyun". kya hadith bhi hanfi hai?</w:t>
      </w:r>
      <w:r>
        <w:br/>
      </w:r>
      <w:r>
        <w:rPr>
          <w:sz w:val="20"/>
        </w:rPr>
        <w:t>6:39  to yeh sab ka maslak hai. "halil al-hadith hanfiyun" "halil al-hadith salafiyun" "halil al-hadith shafi'iyun" yani sab ne hadith ko ghuma phira kar apne maslak mein dhal rakha hai.</w:t>
      </w:r>
      <w:r>
        <w:br/>
      </w:r>
      <w:r>
        <w:rPr>
          <w:sz w:val="20"/>
        </w:rPr>
        <w:t>6:54  is se firqay paida hue. juz'iyati bahasain paida huin. to hadith ki asal jo ahmiyat hai wohi gum ho gayi.</w:t>
      </w:r>
    </w:p>
    <w:p>
      <w:pPr>
        <w:pStyle w:val="Heading2"/>
      </w:pPr>
      <w:r>
        <w:t>Full meaning of Alhamdulillahi Rabbil Aalameen unpacked</w:t>
      </w:r>
    </w:p>
    <w:p>
      <w:r>
        <w:rPr>
          <w:color w:val="666666"/>
          <w:sz w:val="18"/>
        </w:rPr>
        <w:t>God's Protection November 28, 2013 · 4m 57s · at 3:41 · https://youtu.be/QgqXbChsr5c?t=221</w:t>
      </w:r>
    </w:p>
    <w:p>
      <w:r>
        <w:rPr>
          <w:i/>
        </w:rPr>
        <w:t>“Fajr ki namaz mein pehli padhi jaati hai Surah Fatiha”</w:t>
      </w:r>
    </w:p>
    <w:p>
      <w:r>
        <w:rPr>
          <w:sz w:val="20"/>
        </w:rPr>
        <w:t>3:41  misalan dekhiye, abhi jab namaz padhi gayi to jante hain aap ke pehli hoti hai Surah Fatiha, jis mein padha gaya: "Alhamdulillah Rabbil Alameen".</w:t>
      </w:r>
      <w:r>
        <w:br/>
      </w:r>
      <w:r>
        <w:rPr>
          <w:sz w:val="20"/>
        </w:rPr>
        <w:t>3:58  to main ne socha ke dekhiye, Rabbil Alameen ki hamd ke matlab kya hai?</w:t>
      </w:r>
      <w:r>
        <w:br/>
      </w:r>
      <w:r>
        <w:rPr>
          <w:sz w:val="20"/>
        </w:rPr>
        <w:t>4:08  hamd, hamd kya cheez hai</w:t>
      </w:r>
      <w:r>
        <w:br/>
      </w:r>
      <w:r>
        <w:rPr>
          <w:sz w:val="20"/>
        </w:rPr>
        <w:t>4:10  ? hamd ke maani hain</w:t>
      </w:r>
      <w:r>
        <w:br/>
      </w:r>
      <w:r>
        <w:rPr>
          <w:sz w:val="20"/>
        </w:rPr>
        <w:t>4:14  Allah ke azmat ko, uski glory ko, uske attributes ko, uski badai ko yaad karna aur yeh aitraf karna.</w:t>
      </w:r>
      <w:r>
        <w:br/>
      </w:r>
      <w:r>
        <w:rPr>
          <w:sz w:val="20"/>
        </w:rPr>
        <w:t>4:26  yaad kar ke usko acknowledge karna.</w:t>
      </w:r>
      <w:r>
        <w:br/>
      </w:r>
      <w:r>
        <w:rPr>
          <w:sz w:val="20"/>
        </w:rPr>
        <w:t>4:31  to hamd kis ke liye? Rabbil Alameen ke liye. iske maani hain ke hamd matloob hai aalami rububiyat ke qadar.</w:t>
      </w:r>
      <w:r>
        <w:br/>
      </w:r>
      <w:r>
        <w:rPr>
          <w:sz w:val="20"/>
        </w:rPr>
        <w:t>4:43  ab yeh kalma sun kar ke mind trigger ho gaya mera, trigger ho gaya ke rububiyat ke qadar hamd kya hai.</w:t>
      </w:r>
      <w:r>
        <w:br/>
      </w:r>
      <w:r>
        <w:rPr>
          <w:sz w:val="20"/>
        </w:rPr>
        <w:t>5:00  ab jab main nikla masjid namaz ke baad to har cheez mein wahi cheez dikhai dene lagi. misalan hum chal rahe the apne kuchh saathiyon ke hamrah to mujhe yaad aaya ke dekhiye, zameen mein jo gravity hai,</w:t>
      </w:r>
      <w:r>
        <w:br/>
      </w:r>
      <w:r>
        <w:rPr>
          <w:sz w:val="20"/>
        </w:rPr>
        <w:t>5:20  zameen mein jo kashish hai, wo na ho to hum chal nahin sakte. hum urenge idhar udhar. yeh ghar jo khade hue hain,</w:t>
      </w:r>
      <w:r>
        <w:br/>
      </w:r>
      <w:r>
        <w:rPr>
          <w:sz w:val="20"/>
        </w:rPr>
        <w:t>5:32  wo jam nahin, jam is tarah se khade nahin hote, wo bhi urenge hawa mein. to iska maani kya hai? agar kashish na ho to kya hoga?</w:t>
      </w:r>
      <w:r>
        <w:br/>
      </w:r>
      <w:r>
        <w:rPr>
          <w:sz w:val="20"/>
        </w:rPr>
        <w:t>5:43  poori zameen mein disability aa jayegi.</w:t>
      </w:r>
      <w:r>
        <w:br/>
      </w:r>
      <w:r>
        <w:rPr>
          <w:sz w:val="20"/>
        </w:rPr>
        <w:t>5:50  hamara chalna, gharon ka zameen par khada hona, darakht ka zameen par ug kar khada hona, har cheez, har cheez, motor car ka chalna, har cheez ke liye zaroori hai ke zameen mein kashish ho.</w:t>
      </w:r>
      <w:r>
        <w:br/>
      </w:r>
      <w:r>
        <w:rPr>
          <w:sz w:val="20"/>
        </w:rPr>
        <w:t>6:10  tabhi zameen par disability hai. to</w:t>
      </w:r>
      <w:r>
        <w:br/>
      </w:r>
      <w:r>
        <w:rPr>
          <w:sz w:val="20"/>
        </w:rPr>
        <w:t>6:19  zameen mein har cheez mustahkam tabqa juri hui, har cheez stable hai. yaani ke disability aa jaye.</w:t>
      </w:r>
      <w:r>
        <w:br/>
      </w:r>
      <w:r>
        <w:rPr>
          <w:sz w:val="20"/>
        </w:rPr>
        <w:t>6:29  jo zameen par stability hai, jo cheezein qaim hain mustahkam taur par, uske liye</w:t>
      </w:r>
      <w:r>
        <w:br/>
      </w:r>
      <w:r>
        <w:rPr>
          <w:sz w:val="20"/>
        </w:rPr>
        <w:t>6:36  kashish. to ab yeh Alhamdulillah Rabbil Alameen ka matlab kya hua? ke jidhar aap ne nazar ki, jo tajurba hua, un sab mein aap ko dikhai dena chahiye rububiyat.</w:t>
      </w:r>
      <w:r>
        <w:br/>
      </w:r>
      <w:r>
        <w:rPr>
          <w:sz w:val="20"/>
        </w:rPr>
        <w:t>6:51  rububiyat. to is tarah se jab subah ka aaghaz aap karenge to kya hoga?</w:t>
      </w:r>
      <w:r>
        <w:br/>
      </w:r>
      <w:r>
        <w:rPr>
          <w:sz w:val="20"/>
        </w:rPr>
        <w:t>7:02  aap ki, aap ki personality, aap ka zehn, aap ka character, sab kuchh isi mein dhalta chala jayega.</w:t>
      </w:r>
      <w:r>
        <w:br/>
      </w:r>
      <w:r>
        <w:rPr>
          <w:sz w:val="20"/>
        </w:rPr>
        <w:t>7:16  ab sochiye ke is se kisi ajeeb o ghareeb shakhsiyat banegi, rabbani shakhsiyat. aise hi main is haal mein dakhil hua to main ne kaha: "Assalamualaikum".</w:t>
      </w:r>
      <w:r>
        <w:br/>
      </w:r>
      <w:r>
        <w:rPr>
          <w:sz w:val="20"/>
        </w:rPr>
        <w:t>7:30  to mujhe yaad aaya ke yahan insaan nahin hain, beshumar farishte hain. kyunke hadith mein aata hai ke kainat ke har, yaani</w:t>
      </w:r>
      <w:r>
        <w:br/>
      </w:r>
      <w:r>
        <w:rPr>
          <w:sz w:val="20"/>
        </w:rPr>
        <w:t>7:43  chaar angle zameen bhi koi aisi nahin hai jahan ke ek farishta maujood na ho. to saara nizam-e-alam farishte chala rahe hain. to agar aap yeh mustahzar ho to aap jab "Assalamualaikum" kahenge to aap ko lagega ke main farishton samet "Assalamualaikum" keh raha hoon.</w:t>
      </w:r>
      <w:r>
        <w:br/>
      </w:r>
      <w:r>
        <w:rPr>
          <w:sz w:val="20"/>
        </w:rPr>
        <w:t>8:04  achha, yahan par jitne log hain woh kahengay aap ko "alaikum assalam". lekin jab aap yeh sochen ke main sare farishton ko le kar keh raha hoon to aap dekhen, billion trillion log aap ko "alaikum assalam" keh rahe honge.</w:t>
      </w:r>
      <w:r>
        <w:br/>
      </w:r>
      <w:r>
        <w:rPr>
          <w:sz w:val="20"/>
        </w:rPr>
        <w:t>8:18  billion trillion log. kaisa ajeeb trill aata hai yeh soch kar ke ke billion trillion log bhi "assalam" ko jawab mein keh rahe hain "alaikum assalam".</w:t>
      </w:r>
      <w:r>
        <w:br/>
      </w:r>
      <w:r>
        <w:rPr>
          <w:sz w:val="20"/>
        </w:rPr>
        <w:t>8:29  tum par salamati ho.</w:t>
      </w:r>
      <w:r>
        <w:br/>
      </w:r>
      <w:r>
        <w:rPr>
          <w:sz w:val="20"/>
        </w:rPr>
        <w:t>8:33  to yeh hai alhamdulillah rabb al-alameen.</w:t>
      </w:r>
    </w:p>
    <w:p>
      <w:pPr>
        <w:pStyle w:val="Heading2"/>
      </w:pPr>
      <w:r>
        <w:t>Shock treatment from Tatars and Europeans</w:t>
      </w:r>
    </w:p>
    <w:p>
      <w:r>
        <w:rPr>
          <w:color w:val="666666"/>
          <w:sz w:val="18"/>
        </w:rPr>
        <w:t>Tayeed e Deen | July 13, 2014 · 4m 38s · at 18:38 · https://youtu.be/n94xyIC-RE0?t=1118</w:t>
      </w:r>
    </w:p>
    <w:p>
      <w:r>
        <w:rPr>
          <w:i/>
        </w:rPr>
        <w:t>“All Muslim literature portrays Tatars negatively.”</w:t>
      </w:r>
    </w:p>
    <w:p>
      <w:r>
        <w:rPr>
          <w:sz w:val="20"/>
        </w:rPr>
        <w:t>18:38  ko tod diya.</w:t>
      </w:r>
      <w:r>
        <w:br/>
      </w:r>
      <w:r>
        <w:rPr>
          <w:sz w:val="20"/>
        </w:rPr>
        <w:t>18:42  ab jitna bhi literature padhein musalmanon ka, one to all, without any exception, sab Tatariyon ko negative</w:t>
      </w:r>
      <w:r>
        <w:br/>
      </w:r>
      <w:r>
        <w:rPr>
          <w:sz w:val="20"/>
        </w:rPr>
        <w:t>18:47  tasweer pesh karta hai.</w:t>
      </w:r>
      <w:r>
        <w:br/>
      </w:r>
      <w:r>
        <w:rPr>
          <w:sz w:val="20"/>
        </w:rPr>
        <w:t>18:51  Ibn Taymiyyah se le kar ke aaj tak jitne bhi hain sab ke sab.</w:t>
      </w:r>
      <w:r>
        <w:br/>
      </w:r>
      <w:r>
        <w:rPr>
          <w:sz w:val="20"/>
        </w:rPr>
        <w:t>18:55  halankeh Tatariyon ka bohat bara positive role hai.</w:t>
      </w:r>
      <w:r>
        <w:br/>
      </w:r>
      <w:r>
        <w:rPr>
          <w:sz w:val="20"/>
        </w:rPr>
        <w:t>19:00  yaani wahan bhi taayidi role hai.</w:t>
      </w:r>
      <w:r>
        <w:br/>
      </w:r>
      <w:r>
        <w:rPr>
          <w:sz w:val="20"/>
        </w:rPr>
        <w:t>19:04  woh kaise? woh jo zamana tha, yaani terveen sadi ka zamana, musalman jo hai bohat hi</w:t>
      </w:r>
      <w:r>
        <w:br/>
      </w:r>
      <w:r>
        <w:rPr>
          <w:sz w:val="20"/>
        </w:rPr>
        <w:t>19:08  jaboot, stagnation mein mubtala ho chuke the. lambi muddat tak, yani aish o aram, iqtadar aur ek position, ye sab mein jeete jeete stagnation aa gaya tha. bohat bare paimane par. is stagnation ko toda tatariyon ne. is is jaboot ko tatariyon ne toda. is tarah ka jaboot jo hai, is tarah nahi, jaboot meethi meethi baat</w:t>
      </w:r>
      <w:r>
        <w:br/>
      </w:r>
      <w:r>
        <w:rPr>
          <w:sz w:val="20"/>
        </w:rPr>
        <w:t>19:38  on se nahi tootta. agar aap ja kar wo kahen ke a musalmanon, tum ko jaboot paida ho gaya hai to apne andar jaboot ko todo to koi nahi todega. meethi meethi baaton se duniya mein koi inqilab nahi aata. it requires shock treatment. yaad rakhen, koi bada waqea jo hota hai wo shock treatment ke zariye hota hai. to is mein ye bhi chhi hui hai ye baat</w:t>
      </w:r>
      <w:r>
        <w:br/>
      </w:r>
      <w:r>
        <w:rPr>
          <w:sz w:val="20"/>
        </w:rPr>
        <w:t>20:08  ke ahle ghair ahle deen jo hain, ghair ahle deen, wahi to shock treatment denge aap ko. apne log kya denge? apne log to meethi meethi baaten karenge. apne log to hain, baradaran e islam ki boli bolenge. baradaran e islam ki boli se kuch intikhab nahi aaya karta. wo to wo karega jo kahega ke a a dushmanon, a insaniyat ke dushmanon, tab compreshan k</w:t>
      </w:r>
      <w:r>
        <w:br/>
      </w:r>
      <w:r>
        <w:rPr>
          <w:sz w:val="20"/>
        </w:rPr>
        <w:t>20:38  rate hota hai, tab shock treatment aata hai, tab koi bara inqilab hota hai.</w:t>
      </w:r>
      <w:r>
        <w:br/>
      </w:r>
      <w:r>
        <w:rPr>
          <w:sz w:val="20"/>
        </w:rPr>
        <w:t>20:44  to Tatariyon ne yeh kaam kiya terveen sadi mein.</w:t>
      </w:r>
      <w:r>
        <w:br/>
      </w:r>
      <w:r>
        <w:rPr>
          <w:sz w:val="20"/>
        </w:rPr>
        <w:t>20:50  aur is ke baad musalmanon mein ek naya daur aaya.</w:t>
      </w:r>
      <w:r>
        <w:br/>
      </w:r>
      <w:r>
        <w:rPr>
          <w:sz w:val="20"/>
        </w:rPr>
        <w:t>20:55  ek naya daur.</w:t>
      </w:r>
      <w:r>
        <w:br/>
      </w:r>
      <w:r>
        <w:rPr>
          <w:sz w:val="20"/>
        </w:rPr>
        <w:t>21:01  unhon ne bari bari taraqqi ki.</w:t>
      </w:r>
      <w:r>
        <w:br/>
      </w:r>
      <w:r>
        <w:rPr>
          <w:sz w:val="20"/>
        </w:rPr>
        <w:t>21:07  isi tarah dekhein, maujooda zamane mein jo European qaumein uthein, jin ko hum kehte hain colonial powers,</w:t>
      </w:r>
      <w:r>
        <w:br/>
      </w:r>
      <w:r>
        <w:rPr>
          <w:sz w:val="20"/>
        </w:rPr>
        <w:t>21:13  unhone musalmanon ko hukumat todi aur unke social nizam ko toda. aur bohat sab waqeyat hue. to sare ulama aur sare rehnuma sirf negative boli bolte hain inke khilaf. sirf negative. main ne dekha ye bilashuba ek aisi cheez hai jo quran o hadith ki nafi ke bahane hai. nafi. jab is deen ka mamla ye hai ke fajar log aur ghair ahle deen log bhi iski taeed karenge to tum ko kya haq hai</w:t>
      </w:r>
      <w:r>
        <w:br/>
      </w:r>
      <w:r>
        <w:rPr>
          <w:sz w:val="20"/>
        </w:rPr>
        <w:t>21:43  کہ تم negative بولی بولو؟ تم کو تلاش کرنا چاہیے اسے؟ positive آصف جھوٹ نہ چاہیے؟ تو یہ</w:t>
      </w:r>
      <w:r>
        <w:br/>
      </w:r>
      <w:r>
        <w:rPr>
          <w:sz w:val="20"/>
        </w:rPr>
        <w:t>21:50  jo European the, aaye jo Muslim dunya mein, Africa aur Asia mein, yahi to jadeed daur le aaye.</w:t>
      </w:r>
      <w:r>
        <w:br/>
      </w:r>
      <w:r>
        <w:rPr>
          <w:sz w:val="20"/>
        </w:rPr>
        <w:t>21:58  aap jante hain ke printing press sab se pehle kaun laya tha? printing press sab se pehle laya</w:t>
      </w:r>
      <w:r>
        <w:br/>
      </w:r>
      <w:r>
        <w:rPr>
          <w:sz w:val="20"/>
        </w:rPr>
        <w:t>22:05  tha Muslim dunya mein Napoleon, jis ne attack kar ke Syria par qabza kar liya tha.</w:t>
      </w:r>
      <w:r>
        <w:br/>
      </w:r>
      <w:r>
        <w:rPr>
          <w:sz w:val="20"/>
        </w:rPr>
        <w:t>22:13  hamare ulama nahi printing press laye the.</w:t>
      </w:r>
      <w:r>
        <w:br/>
      </w:r>
      <w:r>
        <w:rPr>
          <w:sz w:val="20"/>
        </w:rPr>
        <w:t>22:18  printing press dunya mein lane wale koi ulama nahi the.</w:t>
      </w:r>
      <w:r>
        <w:br/>
      </w:r>
      <w:r>
        <w:rPr>
          <w:sz w:val="20"/>
        </w:rPr>
        <w:t>22:23  ya jo taajub guzaar log nahi thay, jo masjidon mein ki raunaq barhate hain, woh nahi thay jo</w:t>
      </w:r>
      <w:r>
        <w:br/>
      </w:r>
      <w:r>
        <w:rPr>
          <w:sz w:val="20"/>
        </w:rPr>
        <w:t>22:29  printing press laye.</w:t>
      </w:r>
      <w:r>
        <w:br/>
      </w:r>
      <w:r>
        <w:rPr>
          <w:sz w:val="20"/>
        </w:rPr>
        <w:t>22:34  woh laya napoleon, jis ne attack kiya tha, attack kar ke qabza kiya tha sham par.</w:t>
      </w:r>
      <w:r>
        <w:br/>
      </w:r>
      <w:r>
        <w:rPr>
          <w:sz w:val="20"/>
        </w:rPr>
        <w:t>22:39  aur jitni bhi tarqqiyan hain, woh saari tarqqiyan european log laye.</w:t>
      </w:r>
      <w:r>
        <w:br/>
      </w:r>
      <w:r>
        <w:rPr>
          <w:sz w:val="20"/>
        </w:rPr>
        <w:t>22:44  toh woh aaye, unhon ne toda musalmanon ke nizaam ko, musalmanon ki hukoomaton ko.</w:t>
      </w:r>
      <w:r>
        <w:br/>
      </w:r>
      <w:r>
        <w:rPr>
          <w:sz w:val="20"/>
        </w:rPr>
        <w:t>22:49  lekin yeh ek shock treatment thi.</w:t>
      </w:r>
      <w:r>
        <w:br/>
      </w:r>
      <w:r>
        <w:rPr>
          <w:sz w:val="20"/>
        </w:rPr>
        <w:t>22:55  lekin jis ko bhi thi burai bahar kar raha hai.</w:t>
      </w:r>
      <w:r>
        <w:br/>
      </w:r>
      <w:r>
        <w:rPr>
          <w:sz w:val="20"/>
        </w:rPr>
        <w:t>23:00  ون ٹو آل، ہر آدمی بس برائی باہر کر رہا ہے colonial powers کی۔</w:t>
      </w:r>
      <w:r>
        <w:br/>
      </w:r>
      <w:r>
        <w:rPr>
          <w:sz w:val="20"/>
        </w:rPr>
        <w:t>23:05  yeh mere nazdeek bohat hi zyada objectionable baat hai.</w:t>
      </w:r>
      <w:r>
        <w:br/>
      </w:r>
      <w:r>
        <w:rPr>
          <w:sz w:val="20"/>
        </w:rPr>
        <w:t>23:11  kyunke yeh Allah aur Rasool ne jo waade kiye hain, is waade ke khilaaf hai. Yeh</w:t>
      </w:r>
    </w:p>
    <w:p>
      <w:pPr>
        <w:pStyle w:val="Heading2"/>
      </w:pPr>
      <w:r>
        <w:t>The rigorous science of vetting hadith narrators</w:t>
      </w:r>
    </w:p>
    <w:p>
      <w:r>
        <w:rPr>
          <w:color w:val="666666"/>
          <w:sz w:val="18"/>
        </w:rPr>
        <w:t>Understanding The Importance of Hadith November 20, 2022 · 5m 28s · at 23:41 · https://youtu.be/xwY_Qsz4HSQ?t=1421</w:t>
      </w:r>
    </w:p>
    <w:p>
      <w:r>
        <w:rPr>
          <w:i/>
        </w:rPr>
        <w:t>“Unhon ne ek poora discipline qaim kar diya, Asma ur-Rijal”</w:t>
      </w:r>
    </w:p>
    <w:p>
      <w:r>
        <w:rPr>
          <w:sz w:val="20"/>
        </w:rPr>
        <w:t>23:41  acha, apa, yeh bhi, ah, kaha jata hai ke understanding of the hadith is half knowledge, and understanding about the narrators is half knowledge. to mera ishara asma-ur-rijal ki taraf hai, isko aap thoda aur wazeh karen.</w:t>
      </w:r>
      <w:r>
        <w:br/>
      </w:r>
      <w:r>
        <w:rPr>
          <w:sz w:val="20"/>
        </w:rPr>
        <w:t>23:59  hmm, asal mein woh zamanay mein parhna likhna tha nahi, log ek doosray ke baray mein detail doosray doosray shehron mein jo log door door chalay gaye thay, kaise jantay?</w:t>
      </w:r>
      <w:r>
        <w:br/>
      </w:r>
      <w:r>
        <w:rPr>
          <w:sz w:val="20"/>
        </w:rPr>
        <w:t>24:13  to in logon ne kiya kiya</w:t>
      </w:r>
      <w:r>
        <w:br/>
      </w:r>
      <w:r>
        <w:rPr>
          <w:sz w:val="20"/>
        </w:rPr>
        <w:t>24:16  ke yeh matlab aakhri had tak in logon ne hadith ki authenticity ko establish karne ke liye ek poora discipline hi qaim kar diya ke jisko kehte hain biodata.</w:t>
      </w:r>
      <w:r>
        <w:br/>
      </w:r>
      <w:r>
        <w:rPr>
          <w:sz w:val="20"/>
        </w:rPr>
        <w:t>24:29  to tamam narrators taqreeban paanch lakh narrators hain, unka biodata bohat hi tafseel se, ah, likha, aur is mein khaas taur par akhlaq, unka adl, unka hafiza, jo jo cheezen ziyada zaroori theen, yeh maloom karne ke liye ke kya unki li unki hadith hamare liye acceptable hai, authentic hai ke nahi.</w:t>
      </w:r>
      <w:r>
        <w:br/>
      </w:r>
      <w:r>
        <w:rPr>
          <w:sz w:val="20"/>
        </w:rPr>
        <w:t>24:53  to is tareeqay se unhon ne bohat lamba yeh kaam tha, bohat hi bohat mehnat kiya unhon ne. matlab woh log din raat bas isi kaam mein lage rehte thay, duniya se to inko koi sarokar nahi tha, bas yeh kar rahe thay, kyunke quran to collect ho gaya tha, aur is mein ab jo kaam tha woh ho gaya tha.</w:t>
      </w:r>
      <w:r>
        <w:br/>
      </w:r>
      <w:r>
        <w:rPr>
          <w:sz w:val="20"/>
        </w:rPr>
        <w:t>25:14  ab hadith ka hi kaam reh gaya tha.</w:t>
      </w:r>
      <w:r>
        <w:br/>
      </w:r>
      <w:r>
        <w:rPr>
          <w:sz w:val="20"/>
        </w:rPr>
        <w:t>25:17  ab logon ko yeh pareshani thi ke hadith jab, ah, jin logon ko ziyada tar cheezen hafizay mein rehti theen, ab jab log khatam ho jayenge to woh woh hadith, hadith bhi unke sath khatam ho jayengi.</w:t>
      </w:r>
      <w:r>
        <w:br/>
      </w:r>
      <w:r>
        <w:rPr>
          <w:sz w:val="20"/>
        </w:rPr>
        <w:t>25:30  to is wajah se inko yeh pareshani thi ke in logon ki zindagi mein hi tamam hadith jo hain woh collect ho jayen, lekin sirf collection, kyunke is zamanay mein bhi aisay log thay jo hadith gadh rahe thay.</w:t>
      </w:r>
      <w:r>
        <w:br/>
      </w:r>
      <w:r>
        <w:rPr>
          <w:sz w:val="20"/>
        </w:rPr>
        <w:t>25:45  to yeh collection jo hai, iski authenticity itni hi ziyada zaroori thi jitna ke collection.</w:t>
      </w:r>
      <w:r>
        <w:br/>
      </w:r>
      <w:r>
        <w:rPr>
          <w:sz w:val="20"/>
        </w:rPr>
        <w:t>25:54  to iske liye ek ek orientalist hain, doctor springer, unhon ne kaha ke koi qaum duniya mein aisi nahi guzri jisne musalmanon ki tarah asma-ur-rijal ka azeem-ush-shaan fann ijad kiya ho.</w:t>
      </w:r>
      <w:r>
        <w:br/>
      </w:r>
      <w:r>
        <w:rPr>
          <w:sz w:val="20"/>
        </w:rPr>
        <w:t>26:11  matlab aap sochiye ke woh arab jin ko siwaye likhna parhna ke aur kuch nahi aata tha, to islam ne inko kitna zabardast hero bana diya ke unhon ne paanch lakh logon ka poori detailed biography, biodata tayar kar diya.</w:t>
      </w:r>
      <w:r>
        <w:br/>
      </w:r>
      <w:r>
        <w:rPr>
          <w:sz w:val="20"/>
        </w:rPr>
        <w:t>26:30  to is mein ek ek cheez dekhte thay ke yeh aadmi non-narrator to nahi hai, agar</w:t>
      </w:r>
      <w:r>
        <w:br/>
      </w:r>
      <w:r>
        <w:rPr>
          <w:sz w:val="20"/>
        </w:rPr>
        <w:t>26:35  woh bazaar mein tafreeh karta ho mile, hansi mazaaq karta ho mile, zaroorat se ziyada, to iski bhi hadith woh nahi lete thay. aur hadith agar koi bhi aql ke khilaf ho, mamool e neki pe baray baray sawab, jaise aaj kal aisi hadith sunai jati hain, zara zara si neki pe baray baray sawab, to woh isko bhi nahi,</w:t>
      </w:r>
      <w:r>
        <w:br/>
      </w:r>
      <w:r>
        <w:rPr>
          <w:sz w:val="20"/>
        </w:rPr>
        <w:t>26:57  matlab sahi nahi qarar dete thay. woh mauzu mein aa jati thi, zaeef mein aa jati thi, aur</w:t>
      </w:r>
      <w:r>
        <w:br/>
      </w:r>
      <w:r>
        <w:rPr>
          <w:sz w:val="20"/>
        </w:rPr>
        <w:t>27:03  aisi hadith jo quran ke jo ahkam hain, quran ki baaten hain, us se takra rahi hon, to woh isko bhi nahi, isko bhi, ah, is is qabil nahi samajhte thay ke inke hadith ke collection mein isko jagah di jaye.</w:t>
      </w:r>
      <w:r>
        <w:br/>
      </w:r>
      <w:r>
        <w:rPr>
          <w:sz w:val="20"/>
        </w:rPr>
        <w:t>27:19  to jo khaas baat thi woh yeh thi ke rawi ko jhootay nahi hona chahiye, non-narrator nahi hona chahiye, aadil hona chahiye, aur iska akhlaq bohat hi, ah, superior hona chahiye,</w:t>
      </w:r>
      <w:r>
        <w:br/>
      </w:r>
      <w:r>
        <w:rPr>
          <w:sz w:val="20"/>
        </w:rPr>
        <w:t>27:32  kyunke tabhi iske upar bharosa kiya ja sakta hai. ek narrator tha, bara dilchasp qissa hai, ji. to ek baar is log door door safar kar ke jatay thay milne ke liye ke agar kisi ke paas koi hadith hai to usko jama karen.</w:t>
      </w:r>
      <w:r>
        <w:br/>
      </w:r>
      <w:r>
        <w:rPr>
          <w:sz w:val="20"/>
        </w:rPr>
        <w:t>27:45  to ek aadmi ke paas suna ke iske paas koi hadith hai, to wahan gaye to wahan dekha ke ek aisi khali bartan le ke woh ghore ko bula raha hai.</w:t>
      </w:r>
      <w:r>
        <w:br/>
      </w:r>
      <w:r>
        <w:rPr>
          <w:sz w:val="20"/>
        </w:rPr>
        <w:t>27:57  aawaz de ke khali bartan, matlab is mein kuch dana nahi tha,</w:t>
      </w:r>
      <w:r>
        <w:br/>
      </w:r>
      <w:r>
        <w:rPr>
          <w:sz w:val="20"/>
        </w:rPr>
        <w:t>28:02  woh ghore ko matlab dhoka de raha tha ke dana hai, is mein tum aao, usko bula raha tha. to unhon ne kaha jab yeh ghore ko dhoka de sakta hai to iski hadithon ka kya bharosa?</w:t>
      </w:r>
      <w:r>
        <w:br/>
      </w:r>
      <w:r>
        <w:rPr>
          <w:sz w:val="20"/>
        </w:rPr>
        <w:t>28:13  to woh wapas aa gaye, us se hadith nahi liya. to itna ziyada in logon ne, ji, dhyan kiya is baat par. ji, bohat hi dilchasp qissa bataya aap</w:t>
      </w:r>
      <w:r>
        <w:br/>
      </w:r>
      <w:r>
        <w:rPr>
          <w:sz w:val="20"/>
        </w:rPr>
        <w:t>28:24  a. apa, isi jawab ko extend kar ke poochunga, jaise aap ne kaha ke rawi ka akhlaq bohat superior hona chahiye, aur aap ne yeh jaise yeh ek qissa bhi bataya.</w:t>
      </w:r>
      <w:r>
        <w:br/>
      </w:r>
      <w:r>
        <w:rPr>
          <w:sz w:val="20"/>
        </w:rPr>
        <w:t>28:34  to jaisa keh hum, ah, jaantey hain keh Prophet ke death ke baad hadees mein dilchaspi bohat ziyada barh gayi, do reason ki wajah se. ek to yeh tha keh, ah, jo sahabi baithey, ah, woh over a period of time, they were passing away, they were dying,</w:t>
      </w:r>
      <w:r>
        <w:br/>
      </w:r>
      <w:r>
        <w:rPr>
          <w:sz w:val="20"/>
        </w:rPr>
        <w:t>28:53  and secondly, large number of followers, ah, ah, of Islam, ah, began to increase. ah, phir hum yeh bhi dekhte hain keh pehle chaar khulafa ke daur mein jo sahabi hain, woh different different countries mein jaake settle ho gaye, jahan jahan Islam phail chuka tha.</w:t>
      </w:r>
    </w:p>
    <w:p>
      <w:pPr>
        <w:pStyle w:val="Heading2"/>
      </w:pPr>
      <w:r>
        <w:t>Hadith about mass entry and exit</w:t>
      </w:r>
    </w:p>
    <w:p>
      <w:r>
        <w:rPr>
          <w:color w:val="666666"/>
          <w:sz w:val="18"/>
        </w:rPr>
        <w:t>Hadith Prediction November 3, 2013 · 4m 18s · at 0:41 · https://youtu.be/cb5Lzw9c8aE?t=41</w:t>
      </w:r>
    </w:p>
    <w:p>
      <w:r>
        <w:rPr>
          <w:i/>
        </w:rPr>
        <w:t>“Aaj ka topic hai hadith prediction.”</w:t>
      </w:r>
    </w:p>
    <w:p>
      <w:r>
        <w:rPr>
          <w:sz w:val="20"/>
        </w:rPr>
        <w:t>0:40  aa</w:t>
      </w:r>
      <w:r>
        <w:br/>
      </w:r>
      <w:r>
        <w:rPr>
          <w:sz w:val="20"/>
        </w:rPr>
        <w:t>0:41  aaj ka topic hai hadith prediction, yani hadith ki peshingoi.</w:t>
      </w:r>
      <w:r>
        <w:br/>
      </w:r>
      <w:r>
        <w:rPr>
          <w:sz w:val="20"/>
        </w:rPr>
        <w:t>0:56  dekhiye, hadith to bohat zyada hain, lekin un ko</w:t>
      </w:r>
      <w:r>
        <w:br/>
      </w:r>
      <w:r>
        <w:rPr>
          <w:sz w:val="20"/>
        </w:rPr>
        <w:t>1:07  teen category mein taqseem kiya ja sakta hai.</w:t>
      </w:r>
      <w:r>
        <w:br/>
      </w:r>
      <w:r>
        <w:rPr>
          <w:sz w:val="20"/>
        </w:rPr>
        <w:t>1:11  aik hain woh hadith jin mein ahkam e deen ya adab e deen hain. doosri woh hadith jin mein hikmat hai, yani wisdom.</w:t>
      </w:r>
      <w:r>
        <w:br/>
      </w:r>
      <w:r>
        <w:rPr>
          <w:sz w:val="20"/>
        </w:rPr>
        <w:t>1:30  teesri hadith woh hain jin mein future ke bare mein predictions hain, peshingoi.</w:t>
      </w:r>
      <w:r>
        <w:br/>
      </w:r>
      <w:r>
        <w:rPr>
          <w:sz w:val="20"/>
        </w:rPr>
        <w:t>1:37  yeh broad division mein yeh teen category banti hain hadithon ki.</w:t>
      </w:r>
      <w:r>
        <w:br/>
      </w:r>
      <w:r>
        <w:rPr>
          <w:sz w:val="20"/>
        </w:rPr>
        <w:t>1:46  aik bade aalim ne kaha tha ke hadith par itna zyada kaam hua ke woh saturation tak pahunch gaya.</w:t>
      </w:r>
      <w:r>
        <w:br/>
      </w:r>
      <w:r>
        <w:rPr>
          <w:sz w:val="20"/>
        </w:rPr>
        <w:t>1:56  saturation ka matlab hota hai saturation point, yani kamal tak pahunch gaya. but it is partially true.</w:t>
      </w:r>
      <w:r>
        <w:br/>
      </w:r>
      <w:r>
        <w:rPr>
          <w:sz w:val="20"/>
        </w:rPr>
        <w:t>2:10  yeh baat bohat hi juzwi maanon mein sahi ho sakti hai. yani jahan tak hadith in hadithon ka taluq hai jo ahkam se taluq rakhte hain, un par to kafi kaam hua, fiqh mein.</w:t>
      </w:r>
      <w:r>
        <w:br/>
      </w:r>
      <w:r>
        <w:rPr>
          <w:sz w:val="20"/>
        </w:rPr>
        <w:t>2:27  lekin jo doosri baqi do jo category hain, wisdom wali hadith aur prediction wali hadith, un par to mein samajhta hoon ke itna kam kaam hua hai ke woh nahi ke barabar hain.</w:t>
      </w:r>
      <w:r>
        <w:br/>
      </w:r>
      <w:r>
        <w:rPr>
          <w:sz w:val="20"/>
        </w:rPr>
        <w:t>2:42  woh abhi tak untold story bani hui hain, yeh hadith.</w:t>
      </w:r>
      <w:r>
        <w:br/>
      </w:r>
      <w:r>
        <w:rPr>
          <w:sz w:val="20"/>
        </w:rPr>
        <w:t>2:51  to inhi mein se aik hadith ko aaj mein lena chahta hoon.</w:t>
      </w:r>
      <w:r>
        <w:br/>
      </w:r>
      <w:r>
        <w:rPr>
          <w:sz w:val="20"/>
        </w:rPr>
        <w:t>2:59  dekhiye, Musnad Imam Muhammad mein aik hadith hai, is ka number hai 14696.</w:t>
      </w:r>
      <w:r>
        <w:br/>
      </w:r>
      <w:r>
        <w:rPr>
          <w:sz w:val="20"/>
        </w:rPr>
        <w:t>3:10  is hadith ke alfaaz yeh hain:</w:t>
      </w:r>
      <w:r>
        <w:br/>
      </w:r>
      <w:r>
        <w:rPr>
          <w:sz w:val="20"/>
        </w:rPr>
        <w:t>3:21  همیدخلون فی دین لا افواجا و سیخرجون منہ افواجا</w:t>
      </w:r>
      <w:r>
        <w:br/>
      </w:r>
      <w:r>
        <w:rPr>
          <w:sz w:val="20"/>
        </w:rPr>
        <w:t>3:30  yani log Allah ke deen mein fauj dar fauj dakhil honge,</w:t>
      </w:r>
      <w:r>
        <w:br/>
      </w:r>
      <w:r>
        <w:rPr>
          <w:sz w:val="20"/>
        </w:rPr>
        <w:t>3:40  aur phir woh fauj dar fauj is se nikal jayenge.</w:t>
      </w:r>
      <w:r>
        <w:br/>
      </w:r>
      <w:r>
        <w:rPr>
          <w:sz w:val="20"/>
        </w:rPr>
        <w:t>3:46  yeh hadith Musnad Ahmad mein hai,</w:t>
      </w:r>
      <w:r>
        <w:br/>
      </w:r>
      <w:r>
        <w:rPr>
          <w:sz w:val="20"/>
        </w:rPr>
        <w:t>3:50  aur mein ne bohat si hadith sharon mein is ka matlab janna chaha to kisi bhi sharah mein is ka koi wazeh jawab nahi hai.</w:t>
      </w:r>
      <w:r>
        <w:br/>
      </w:r>
      <w:r>
        <w:rPr>
          <w:sz w:val="20"/>
        </w:rPr>
        <w:t>4:03  sab se bara is mein mushkil hai samajhna, jo masla jis ki wajah se mushkil ban gayi hai hadith,</w:t>
      </w:r>
      <w:r>
        <w:br/>
      </w:r>
      <w:r>
        <w:rPr>
          <w:sz w:val="20"/>
        </w:rPr>
        <w:t>4:10  ke is mein bataya gaya hai ke log bari tadad mein deen mein dakhil honge aur phir deen se nikal jayenge. to aisa to kabhi history mein hua nahi.</w:t>
      </w:r>
      <w:r>
        <w:br/>
      </w:r>
      <w:r>
        <w:rPr>
          <w:sz w:val="20"/>
        </w:rPr>
        <w:t>4:22  history mein kabhi aisa nahi hua ke log bohat bari tadad mein deen mein dakhil hue hon aur phir bari tadad mein deen se nikal gaye, murtad ho gaye hon.</w:t>
      </w:r>
      <w:r>
        <w:br/>
      </w:r>
      <w:r>
        <w:rPr>
          <w:sz w:val="20"/>
        </w:rPr>
        <w:t>4:35  aisa to kabhi hua nahi.</w:t>
      </w:r>
      <w:r>
        <w:br/>
      </w:r>
      <w:r>
        <w:rPr>
          <w:sz w:val="20"/>
        </w:rPr>
        <w:t>4:38  is wajah se logon ke samajh mein aata hai ke is hadith ka matlab kya hai. halanke yeh sahih hadith hai.</w:t>
      </w:r>
      <w:r>
        <w:br/>
      </w:r>
      <w:r>
        <w:rPr>
          <w:sz w:val="20"/>
        </w:rPr>
        <w:t>4:48  to is par mein ne kafi ghor kiya. yeh asal mein is phenomenon of mass conversion.</w:t>
      </w:r>
    </w:p>
    <w:p>
      <w:pPr>
        <w:pStyle w:val="Heading2"/>
      </w:pPr>
      <w:r>
        <w:t>Reading scripture expansively, paradise as universal life, closing dua</w:t>
      </w:r>
    </w:p>
    <w:p>
      <w:r>
        <w:rPr>
          <w:color w:val="666666"/>
          <w:sz w:val="18"/>
        </w:rPr>
        <w:t>God's Protection November 28, 2013 · 5m 55s · at 43:35 · https://youtu.be/QgqXbChsr5c?t=2615</w:t>
      </w:r>
    </w:p>
    <w:p>
      <w:r>
        <w:rPr>
          <w:i/>
        </w:rPr>
        <w:t>“Quran aur hadees ko tafseeri andaz mein lena seekhiye”</w:t>
      </w:r>
    </w:p>
    <w:p>
      <w:r>
        <w:rPr>
          <w:sz w:val="20"/>
        </w:rPr>
        <w:t>43:35  to dekhen, Quran ho ya hadith, har aik ko aap</w:t>
      </w:r>
      <w:r>
        <w:br/>
      </w:r>
      <w:r>
        <w:rPr>
          <w:sz w:val="20"/>
        </w:rPr>
        <w:t>43:43  tafsiri andaaz mein lena seekhiye, extended andaaz mein lena seekhiye, mehdood andaaz mein nahi.</w:t>
      </w:r>
      <w:r>
        <w:br/>
      </w:r>
      <w:r>
        <w:rPr>
          <w:sz w:val="20"/>
        </w:rPr>
        <w:t>43:57  hata ke jin cheezon ko log samajhte hain ke to yeh to na qabil e fahm hai, maslan alif, laam, meem, huroof e muqattaat, is ko bhi lena seekhiye.</w:t>
      </w:r>
      <w:r>
        <w:br/>
      </w:r>
      <w:r>
        <w:rPr>
          <w:sz w:val="20"/>
        </w:rPr>
        <w:t>44:12  aap sochen ke Quran jo hai, woh bhi alif bay teesri ki zaban mein hai, wohi alif bay tesre, wohi alif laam meem hum bhi bolte hain, lekin Quran aik aik aik bartar kalam ban gaya.</w:t>
      </w:r>
      <w:r>
        <w:br/>
      </w:r>
      <w:r>
        <w:rPr>
          <w:sz w:val="20"/>
        </w:rPr>
        <w:t>44:28  isi inhi alfaaz se aik bartar kalam wajood mein aa gaya. is mein bhi aap ko aik ajeeb o ghareeb aik khurak mil jaye gi, aik intellectual food, spiritual food mil jaye ga</w:t>
      </w:r>
      <w:r>
        <w:br/>
      </w:r>
      <w:r>
        <w:rPr>
          <w:sz w:val="20"/>
        </w:rPr>
        <w:t>44:41  ke Allah bhi jo kalam karta hai, isi huroof e tahajji mein. huroof e muqattaat kahan hain? huroof e tahajji ki alamat hai, woh</w:t>
      </w:r>
      <w:r>
        <w:br/>
      </w:r>
      <w:r>
        <w:rPr>
          <w:sz w:val="20"/>
        </w:rPr>
        <w:t>44:54  alphabets ki alamat hai, wohi to hain.</w:t>
      </w:r>
      <w:r>
        <w:br/>
      </w:r>
      <w:r>
        <w:rPr>
          <w:sz w:val="20"/>
        </w:rPr>
        <w:t>45:01  huroof e muqattaat jo hain, kya hain? jo jo kehte hain alphabets ya huroof e tahajji ki alamat to hain, woh saare alfaaz hi se bante hain.</w:t>
      </w:r>
      <w:r>
        <w:br/>
      </w:r>
      <w:r>
        <w:rPr>
          <w:sz w:val="20"/>
        </w:rPr>
        <w:t>45:13  to aap sochen ke dekho, inhi huroof e tahajji ko mila kar hum bolte hain, humaray</w:t>
      </w:r>
      <w:r>
        <w:br/>
      </w:r>
      <w:r>
        <w:rPr>
          <w:sz w:val="20"/>
        </w:rPr>
        <w:t>45:19  kalam mein woh baat nahi hoti. Khuda bol raha hai to is mein kitni maanoiyat aa gayi?</w:t>
      </w:r>
      <w:r>
        <w:br/>
      </w:r>
      <w:r>
        <w:rPr>
          <w:sz w:val="20"/>
        </w:rPr>
        <w:t>45:26  to kaise ajeeb hai yeh cheez jis ko mein kehta hoon ke cheezon ko tafsiri maani mein lena, extended sense mein lena, mehdood sense mein len to kuch bhi nahi milta aap ko, koi koi rizq nahi milta.</w:t>
      </w:r>
      <w:r>
        <w:br/>
      </w:r>
      <w:r>
        <w:rPr>
          <w:sz w:val="20"/>
        </w:rPr>
        <w:t>45:47  aur</w:t>
      </w:r>
      <w:r>
        <w:br/>
      </w:r>
      <w:r>
        <w:rPr>
          <w:sz w:val="20"/>
        </w:rPr>
        <w:t>45:48  extended sense mein lein to samandar, mani ka samandar aap ke dimagh mein aa jata hai. Dekhein, yeh sab baatein jo hain, yeh yeh koi khatabat nahi hai,</w:t>
      </w:r>
      <w:r>
        <w:br/>
      </w:r>
      <w:r>
        <w:rPr>
          <w:sz w:val="20"/>
        </w:rPr>
        <w:t>46:03  yeh zindagi ka raaz hai.</w:t>
      </w:r>
      <w:r>
        <w:br/>
      </w:r>
      <w:r>
        <w:rPr>
          <w:sz w:val="20"/>
        </w:rPr>
        <w:t>46:10  quran mein hai ke jannat, al jannat kahenge ke waah</w:t>
      </w:r>
      <w:r>
        <w:br/>
      </w:r>
      <w:r>
        <w:rPr>
          <w:sz w:val="20"/>
        </w:rPr>
        <w:t>46:22  samawat, yani jannati zindagi ek kainati zindagi hogi.</w:t>
      </w:r>
      <w:r>
        <w:br/>
      </w:r>
      <w:r>
        <w:rPr>
          <w:sz w:val="20"/>
        </w:rPr>
        <w:t>46:33  jannati zindagi ek kainati zindagi hogi.</w:t>
      </w:r>
      <w:r>
        <w:br/>
      </w:r>
      <w:r>
        <w:rPr>
          <w:sz w:val="20"/>
        </w:rPr>
        <w:t>46:37  to dunya hi mein aap ko kainati zindagi guzarna hai.</w:t>
      </w:r>
      <w:r>
        <w:br/>
      </w:r>
      <w:r>
        <w:rPr>
          <w:sz w:val="20"/>
        </w:rPr>
        <w:t>46:44  jannati zindagi ki training is dunya mein ho rahi hai.</w:t>
      </w:r>
      <w:r>
        <w:br/>
      </w:r>
      <w:r>
        <w:rPr>
          <w:sz w:val="20"/>
        </w:rPr>
        <w:t>46:50  arz o samawat o al arz, yani jannat ki zindagi ek kainati zindagi hogi. Kainati fiqh ke log wahan par honge, afaqi shakhsiyat ke log wahan par honge.</w:t>
      </w:r>
      <w:r>
        <w:br/>
      </w:r>
      <w:r>
        <w:rPr>
          <w:sz w:val="20"/>
        </w:rPr>
        <w:t>47:04  to achaanak nahi ho jayega aisa.</w:t>
      </w:r>
      <w:r>
        <w:br/>
      </w:r>
      <w:r>
        <w:rPr>
          <w:sz w:val="20"/>
        </w:rPr>
        <w:t>47:07  yeh dunya mein aap ko is ki training lena hai,</w:t>
      </w:r>
      <w:r>
        <w:br/>
      </w:r>
      <w:r>
        <w:rPr>
          <w:sz w:val="20"/>
        </w:rPr>
        <w:t>47:12  yeh dunya mein aap ko training lena hai is ki.</w:t>
      </w:r>
      <w:r>
        <w:br/>
      </w:r>
      <w:r>
        <w:rPr>
          <w:sz w:val="20"/>
        </w:rPr>
        <w:t>47:17  to meri dua hai ke Allah taala</w:t>
      </w:r>
      <w:r>
        <w:br/>
      </w:r>
      <w:r>
        <w:rPr>
          <w:sz w:val="20"/>
        </w:rPr>
        <w:t>47:22  aaj ki subah</w:t>
      </w:r>
      <w:r>
        <w:br/>
      </w:r>
      <w:r>
        <w:rPr>
          <w:sz w:val="20"/>
        </w:rPr>
        <w:t>47:26  qubool farmaye hamari.</w:t>
      </w:r>
      <w:r>
        <w:br/>
      </w:r>
      <w:r>
        <w:rPr>
          <w:sz w:val="20"/>
        </w:rPr>
        <w:t>47:31  Allah taala hamari aaj ki subah ko nai subah bana de.</w:t>
      </w:r>
      <w:r>
        <w:br/>
      </w:r>
      <w:r>
        <w:rPr>
          <w:sz w:val="20"/>
        </w:rPr>
        <w:t>47:38  Allah taala aaj ki subah ko hamare liye ek naya aaghaz bana de. Aaj ki subah ko hamare liye jannat ke dakhle ka mani bana de.</w:t>
      </w:r>
      <w:r>
        <w:br/>
      </w:r>
      <w:r>
        <w:rPr>
          <w:sz w:val="20"/>
        </w:rPr>
        <w:t>47:54  Allah taala mujh ko aur aap ko</w:t>
      </w:r>
      <w:r>
        <w:br/>
      </w:r>
      <w:r>
        <w:rPr>
          <w:sz w:val="20"/>
        </w:rPr>
        <w:t>48:01  qubool farmaye apni rehmaton ke liye, apni jannat ke liye. Hum ko is</w:t>
      </w:r>
      <w:r>
        <w:br/>
      </w:r>
      <w:r>
        <w:rPr>
          <w:sz w:val="20"/>
        </w:rPr>
        <w:t>48:13  is maashre mein dakhil farmaye jis ke baray mein hai ke</w:t>
      </w:r>
      <w:r>
        <w:br/>
      </w:r>
      <w:r>
        <w:rPr>
          <w:sz w:val="20"/>
        </w:rPr>
        <w:t>48:22  anbiya aur sulaha aur shuhada aur saleheen wahan honge. Kaisa ajeeb woh maashra hoga!</w:t>
      </w:r>
      <w:r>
        <w:br/>
      </w:r>
      <w:r>
        <w:rPr>
          <w:sz w:val="20"/>
        </w:rPr>
        <w:t>48:32  to Allah taala hum sab ko is ka is mein dakhil farmaye,</w:t>
      </w:r>
      <w:r>
        <w:br/>
      </w:r>
      <w:r>
        <w:rPr>
          <w:sz w:val="20"/>
        </w:rPr>
        <w:t>48:40  har aitbar se hamari madad farmaye,</w:t>
      </w:r>
      <w:r>
        <w:br/>
      </w:r>
      <w:r>
        <w:rPr>
          <w:sz w:val="20"/>
        </w:rPr>
        <w:t>48:49  humain</w:t>
      </w:r>
      <w:r>
        <w:br/>
      </w:r>
      <w:r>
        <w:rPr>
          <w:sz w:val="20"/>
        </w:rPr>
        <w:t>48:53  buraiyon se bachaye aur achaiyon ki tofeeq de.</w:t>
      </w:r>
      <w:r>
        <w:br/>
      </w:r>
      <w:r>
        <w:rPr>
          <w:sz w:val="20"/>
        </w:rPr>
        <w:t>49:00  bana tana fi al-dunya hasana wa fakhirah hasana wa qana azab al-nar.</w:t>
      </w:r>
    </w:p>
    <w:p>
      <w:pPr>
        <w:pStyle w:val="Heading2"/>
      </w:pPr>
      <w:r>
        <w:t>two hadiths: arrogance bars paradise, modesty earns God's approval</w:t>
      </w:r>
    </w:p>
    <w:p>
      <w:r>
        <w:rPr>
          <w:color w:val="666666"/>
          <w:sz w:val="18"/>
        </w:rPr>
        <w:t>Modesty and Arrogance January 31, 2008 · 5m 28s · at 16:09 · https://youtu.be/8EHBmsIAF_Q?t=969</w:t>
      </w:r>
    </w:p>
    <w:p>
      <w:r>
        <w:rPr>
          <w:i/>
        </w:rPr>
        <w:t>“First hear the hadith about arrogance — he will never enter paradise”</w:t>
      </w:r>
    </w:p>
    <w:p>
      <w:r>
        <w:rPr>
          <w:sz w:val="20"/>
        </w:rPr>
        <w:t>16:09  arrogance ka matlab hai ghamand, modesty ka matlab hai tawazu. main aap ko do hadith sunana chahunga.</w:t>
      </w:r>
      <w:r>
        <w:br/>
      </w:r>
      <w:r>
        <w:rPr>
          <w:sz w:val="20"/>
        </w:rPr>
        <w:t>16:23  sab se pehle aap ghamand ya arrogance ke bare mein hadith suniye. paighambar e Islam صلی اللہ علیہ وسلم ne farmaya: "la yadkhulul jannata man kan fi qalbihi misqal habbat khardalin min kibr" yaani woh aadmi jannat mein nahin jayega.</w:t>
      </w:r>
      <w:r>
        <w:br/>
      </w:r>
      <w:r>
        <w:rPr>
          <w:sz w:val="20"/>
        </w:rPr>
        <w:t>16:51  woh aadmi hargiz jannat mein nahin jaega jis ke dil ke andar aik zray ke barabar bhi ghamand ho.</w:t>
      </w:r>
      <w:r>
        <w:br/>
      </w:r>
      <w:r>
        <w:rPr>
          <w:sz w:val="20"/>
        </w:rPr>
        <w:t>17:05  aik zray ke barabar bhi ghamand ho, aisa aadmi jannat mein nahin jaega. maine socha ke aisa kyun hai?</w:t>
      </w:r>
      <w:r>
        <w:br/>
      </w:r>
      <w:r>
        <w:rPr>
          <w:sz w:val="20"/>
        </w:rPr>
        <w:t>17:15  ke ghamand wala aadmi aisa kyun hai ke ghamand wala aadmi jannat mein nahin jaega?</w:t>
      </w:r>
      <w:r>
        <w:br/>
      </w:r>
      <w:r>
        <w:rPr>
          <w:sz w:val="20"/>
        </w:rPr>
        <w:t>17:22  is ki wajah meri samajh mein yeh aai ke jannat to khuda ka neighborhood hai, jannat to khuda ka paros hai. yaani paradise means living in the neighborhood of god.</w:t>
      </w:r>
      <w:r>
        <w:br/>
      </w:r>
      <w:r>
        <w:rPr>
          <w:sz w:val="20"/>
        </w:rPr>
        <w:t>17:39  to khuda ke muqable mein hamari nisbat kya hai? hamari nisbat hai izzat ki nisbat hai, his helplessness.</w:t>
      </w:r>
      <w:r>
        <w:br/>
      </w:r>
      <w:r>
        <w:rPr>
          <w:sz w:val="20"/>
        </w:rPr>
        <w:t>17:50  yaani khuda sab kuch janta hai, hum kuch nahin jante. khuda ke paas sara power hai, hamare paas koi power nahin. yaani god jo hai, woh all powerful hai aur hum all powerless hain.</w:t>
      </w:r>
      <w:r>
        <w:br/>
      </w:r>
      <w:r>
        <w:rPr>
          <w:sz w:val="20"/>
        </w:rPr>
        <w:t>18:04  yeh nisbat hai, aisa nahin ke kuch taqat to khuda ke paas hai, kuch hamare paas bhi hai.</w:t>
      </w:r>
      <w:r>
        <w:br/>
      </w:r>
      <w:r>
        <w:rPr>
          <w:sz w:val="20"/>
        </w:rPr>
        <w:t>18:12  hamare aur khuda ke beech mein jo nisbat hai, woh yeh nahin hai</w:t>
      </w:r>
      <w:r>
        <w:br/>
      </w:r>
      <w:r>
        <w:rPr>
          <w:sz w:val="20"/>
        </w:rPr>
        <w:t>18:19  ke is ke paas bhi taqat hai, hamare paas bhi taqat hai. nahin, khuda all powerful hai aur hum all powerless hain.</w:t>
      </w:r>
      <w:r>
        <w:br/>
      </w:r>
      <w:r>
        <w:rPr>
          <w:sz w:val="20"/>
        </w:rPr>
        <w:t>18:31  yaani jo reality hai, jo fact hai, jo real position hai, woh to yeh hai.</w:t>
      </w:r>
      <w:r>
        <w:br/>
      </w:r>
      <w:r>
        <w:rPr>
          <w:sz w:val="20"/>
        </w:rPr>
        <w:t>18:39  ab wahan aik aadmi pahunch jata hai jo ehsas liye hue hain ke mere paas bhi kuch hai, to woh to wahan unfit ho jaega. woh to unfit ho jaega khuda ke neighborhood ke liye, unfit ho jaega.</w:t>
      </w:r>
      <w:r>
        <w:br/>
      </w:r>
      <w:r>
        <w:rPr>
          <w:sz w:val="20"/>
        </w:rPr>
        <w:t>18:52  woh</w:t>
      </w:r>
      <w:r>
        <w:br/>
      </w:r>
      <w:r>
        <w:rPr>
          <w:sz w:val="20"/>
        </w:rPr>
        <w:t>18:56  woh colony jo khuda ke neighborhood mein bane, woh colony jo khuda ke paros mein bane, is mein isi ko jagah mil sakti hai jis ko sachi nisbat hasil ho</w:t>
      </w:r>
      <w:r>
        <w:br/>
      </w:r>
      <w:r>
        <w:rPr>
          <w:sz w:val="20"/>
        </w:rPr>
        <w:t>19:08  khuda se. yaani</w:t>
      </w:r>
      <w:r>
        <w:br/>
      </w:r>
      <w:r>
        <w:rPr>
          <w:sz w:val="20"/>
        </w:rPr>
        <w:t>19:12  tuwazo ki nisbat, modesty ki nisbat, yeh nisbat nahin hai to phir unfit hai. woh wahan ke liye, wahan us ko reject kar diya jaega.</w:t>
      </w:r>
      <w:r>
        <w:br/>
      </w:r>
      <w:r>
        <w:rPr>
          <w:sz w:val="20"/>
        </w:rPr>
        <w:t>19:26  is liye farmaya ke woh aadmi jannat mein nahin jaega</w:t>
      </w:r>
      <w:r>
        <w:br/>
      </w:r>
      <w:r>
        <w:rPr>
          <w:sz w:val="20"/>
        </w:rPr>
        <w:t>19:33  jis ke andar, jis ke dil ke andar aik zray ke barabar bhi ghamand ho, arrogance ho.</w:t>
      </w:r>
      <w:r>
        <w:br/>
      </w:r>
      <w:r>
        <w:rPr>
          <w:sz w:val="20"/>
        </w:rPr>
        <w:t>19:45  dosri taraf aik aur hadith sunen.</w:t>
      </w:r>
      <w:r>
        <w:br/>
      </w:r>
      <w:r>
        <w:rPr>
          <w:sz w:val="20"/>
        </w:rPr>
        <w:t>19:50  rasool allah ne farmaya: "man tuwazo rafaho allah". man tuwazo rafaho allah.</w:t>
      </w:r>
      <w:r>
        <w:br/>
      </w:r>
      <w:r>
        <w:rPr>
          <w:sz w:val="20"/>
        </w:rPr>
        <w:t>20:02  jis ne tuwazo ikhtiyar ki, us ko khuda oopar uthata hai.</w:t>
      </w:r>
      <w:r>
        <w:br/>
      </w:r>
      <w:r>
        <w:rPr>
          <w:sz w:val="20"/>
        </w:rPr>
        <w:t>20:08  yaani tuwazo ka matlab hai modesty. jis ne modesty ko apnaya,</w:t>
      </w:r>
      <w:r>
        <w:br/>
      </w:r>
      <w:r>
        <w:rPr>
          <w:sz w:val="20"/>
        </w:rPr>
        <w:t>20:17  jis ne modesty ko apnaya to khuda us ko elevate karta hai, us ko uthata hai, us ko barhata hai. kyun ke us ko khuda ki nisbat hasil ho gai.</w:t>
      </w:r>
      <w:r>
        <w:br/>
      </w:r>
      <w:r>
        <w:rPr>
          <w:sz w:val="20"/>
        </w:rPr>
        <w:t>20:27  modesty hai to meri pehchan ban gai khuda ke haan. khuda ke haan pehchan banti hai is insan ki jis ke andar modesty ho, tuwazo ho.</w:t>
      </w:r>
      <w:r>
        <w:br/>
      </w:r>
      <w:r>
        <w:rPr>
          <w:sz w:val="20"/>
        </w:rPr>
        <w:t>20:43  to isi ko khuda uthata hai. yaani is par khuda ki blessing aati hai, us ko khuda ka inspiration milta hai, us ki marifat barhai jati hai, us ko angels ka support milta hai.</w:t>
      </w:r>
      <w:r>
        <w:br/>
      </w:r>
      <w:r>
        <w:rPr>
          <w:sz w:val="20"/>
        </w:rPr>
        <w:t>20:57  kyun ke woh accepted list mein aa gaya.</w:t>
      </w:r>
      <w:r>
        <w:br/>
      </w:r>
      <w:r>
        <w:rPr>
          <w:sz w:val="20"/>
        </w:rPr>
        <w:t>21:02  jis aadmi ke andar madesti ki sifat hai, tawazu ki sifat hai, to woh Khuda ki approved list mein aa gaya.</w:t>
      </w:r>
      <w:r>
        <w:br/>
      </w:r>
      <w:r>
        <w:rPr>
          <w:sz w:val="20"/>
        </w:rPr>
        <w:t>21:13  is ka matlab kya hua? ke jis aadmi ke andar arrogance hai, woh Khuda ki approved list mein nahi aayega. aur jis aadmi ke andar tawazu aur madesti hai, woh Khuda ki approved list mein aa gaya.</w:t>
      </w:r>
      <w:r>
        <w:br/>
      </w:r>
      <w:r>
        <w:rPr>
          <w:sz w:val="20"/>
        </w:rPr>
        <w:t>21:29  kitna bara difference hai! dekhiye, bohat hi bara difference hai.</w:t>
      </w:r>
    </w:p>
    <w:p>
      <w:pPr>
        <w:pStyle w:val="Heading2"/>
      </w:pPr>
      <w:r>
        <w:t>God supports religion through sinful people</w:t>
      </w:r>
    </w:p>
    <w:p>
      <w:r>
        <w:rPr>
          <w:color w:val="666666"/>
          <w:sz w:val="18"/>
        </w:rPr>
        <w:t>Tayeed e Deen | July 13, 2014 · 4m 33s · at 10:30 · https://youtu.be/n94xyIC-RE0?t=630</w:t>
      </w:r>
    </w:p>
    <w:p>
      <w:r>
        <w:rPr>
          <w:i/>
        </w:rPr>
        <w:t>“God supports this religion through sinful people.”</w:t>
      </w:r>
    </w:p>
    <w:p>
      <w:r>
        <w:rPr>
          <w:sz w:val="20"/>
        </w:rPr>
        <w:t>10:30  daikhein, aik hadith hai, woh bukhari mein hai aur bhi doosri kitabon mein hai.</w:t>
      </w:r>
      <w:r>
        <w:br/>
      </w:r>
      <w:r>
        <w:rPr>
          <w:sz w:val="20"/>
        </w:rPr>
        <w:t>10:36  innallaha layaeeduhaddeenabirrajilalfajir.</w:t>
      </w:r>
      <w:r>
        <w:br/>
      </w:r>
      <w:r>
        <w:rPr>
          <w:sz w:val="20"/>
        </w:rPr>
        <w:t>10:42  saeed bin hibban mein is mein yeh alfaz hain ke innallaha layaeeduhaddeenabialqawmilakhalaqaluhum.</w:t>
      </w:r>
      <w:r>
        <w:br/>
      </w:r>
      <w:r>
        <w:rPr>
          <w:sz w:val="20"/>
        </w:rPr>
        <w:t>10:49  yeh bhi alfaz hain.</w:t>
      </w:r>
      <w:r>
        <w:br/>
      </w:r>
      <w:r>
        <w:rPr>
          <w:sz w:val="20"/>
        </w:rPr>
        <w:t>10:55  yani aisay log, yani is mein hai ke Allah is deen ki taeed karega.</w:t>
      </w:r>
      <w:r>
        <w:br/>
      </w:r>
      <w:r>
        <w:rPr>
          <w:sz w:val="20"/>
        </w:rPr>
        <w:t>11:01  is deen ki support dega.</w:t>
      </w:r>
      <w:r>
        <w:br/>
      </w:r>
      <w:r>
        <w:rPr>
          <w:sz w:val="20"/>
        </w:rPr>
        <w:t>11:06  taeed mani support.</w:t>
      </w:r>
      <w:r>
        <w:br/>
      </w:r>
      <w:r>
        <w:rPr>
          <w:sz w:val="20"/>
        </w:rPr>
        <w:t>11:11  Allah is deen ko support dega aisay afraad ke zariye jo fajar honge.</w:t>
      </w:r>
      <w:r>
        <w:br/>
      </w:r>
      <w:r>
        <w:rPr>
          <w:sz w:val="20"/>
        </w:rPr>
        <w:t>11:16  aur doosri jagah yeh hai ke aisay logon ke zariye jin ka deen se koi talluq nahi hoga.</w:t>
      </w:r>
      <w:r>
        <w:br/>
      </w:r>
      <w:r>
        <w:rPr>
          <w:sz w:val="20"/>
        </w:rPr>
        <w:t>11:21  yahan fajar ka matlab literature sense mein na lijiyay.</w:t>
      </w:r>
      <w:r>
        <w:br/>
      </w:r>
      <w:r>
        <w:rPr>
          <w:sz w:val="20"/>
        </w:rPr>
        <w:t>11:26  yani matlab fisq o fujoor mein woh mubtala honge, yeh matlab nahi hai.</w:t>
      </w:r>
      <w:r>
        <w:br/>
      </w:r>
      <w:r>
        <w:rPr>
          <w:sz w:val="20"/>
        </w:rPr>
        <w:t>11:31  iska matlab secular log.</w:t>
      </w:r>
      <w:r>
        <w:br/>
      </w:r>
      <w:r>
        <w:rPr>
          <w:sz w:val="20"/>
        </w:rPr>
        <w:t>11:35  aaj kal ke term mein secular log.</w:t>
      </w:r>
      <w:r>
        <w:br/>
      </w:r>
      <w:r>
        <w:rPr>
          <w:sz w:val="20"/>
        </w:rPr>
        <w:t>11:40  is hadith ko aap sharon mein daikhein to is mein kuch bhi aap ko nahi milega.</w:t>
      </w:r>
      <w:r>
        <w:br/>
      </w:r>
      <w:r>
        <w:rPr>
          <w:sz w:val="20"/>
        </w:rPr>
        <w:t>11:44  kuch bhi nahi.</w:t>
      </w:r>
      <w:r>
        <w:br/>
      </w:r>
      <w:r>
        <w:rPr>
          <w:sz w:val="20"/>
        </w:rPr>
        <w:t>11:48  main ne kai bar sharon ko daikha, kuch bhi nahi mila.</w:t>
      </w:r>
      <w:r>
        <w:br/>
      </w:r>
      <w:r>
        <w:rPr>
          <w:sz w:val="20"/>
        </w:rPr>
        <w:t>11:53  bohat hi ajeeb baat hai ke itni bari baat jab keh kahi gayi hai to logon ne socha kyun</w:t>
      </w:r>
      <w:r>
        <w:br/>
      </w:r>
      <w:r>
        <w:rPr>
          <w:sz w:val="20"/>
        </w:rPr>
        <w:t>11:57  nahi? sirf aik, chounkay daikhein, yeh</w:t>
      </w:r>
      <w:r>
        <w:br/>
      </w:r>
      <w:r>
        <w:rPr>
          <w:sz w:val="20"/>
        </w:rPr>
        <w:t>12:01  rasool Allah ne jo farmaya tha, woh ghazwa e khyber ke moqa par.</w:t>
      </w:r>
      <w:r>
        <w:br/>
      </w:r>
      <w:r>
        <w:rPr>
          <w:sz w:val="20"/>
        </w:rPr>
        <w:t>12:06  ghazwa e khyber jo tha, us mein aik waqia hua tha ke aik shakhs jis ka naam qazban tha.</w:t>
      </w:r>
      <w:r>
        <w:br/>
      </w:r>
      <w:r>
        <w:rPr>
          <w:sz w:val="20"/>
        </w:rPr>
        <w:t>12:11  bataur woh musalmanon mein se tha lekin uska qatal uske andar sacha iman nahi tha.</w:t>
      </w:r>
      <w:r>
        <w:br/>
      </w:r>
      <w:r>
        <w:rPr>
          <w:sz w:val="20"/>
        </w:rPr>
        <w:t>12:16  lekin tha bohat hi taqatwar aadmi.</w:t>
      </w:r>
      <w:r>
        <w:br/>
      </w:r>
      <w:r>
        <w:rPr>
          <w:sz w:val="20"/>
        </w:rPr>
        <w:t>12:21  to woh us mein shareek hua.</w:t>
      </w:r>
      <w:r>
        <w:br/>
      </w:r>
      <w:r>
        <w:rPr>
          <w:sz w:val="20"/>
        </w:rPr>
        <w:t>12:26  aur khoob lada, bohat kārnāma dikhāyā maidan jang mein.</w:t>
      </w:r>
      <w:r>
        <w:br/>
      </w:r>
      <w:r>
        <w:rPr>
          <w:sz w:val="20"/>
        </w:rPr>
        <w:t>12:32  aakhir mein us ne apni khud khudkushi kar li.</w:t>
      </w:r>
      <w:r>
        <w:br/>
      </w:r>
      <w:r>
        <w:rPr>
          <w:sz w:val="20"/>
        </w:rPr>
        <w:t>12:37  bohat zakhm aa gaye the us ko to woh bardasht nahin kar saka.</w:t>
      </w:r>
      <w:r>
        <w:br/>
      </w:r>
      <w:r>
        <w:rPr>
          <w:sz w:val="20"/>
        </w:rPr>
        <w:t>12:42  apni hi talwar se apne ko kaat liya.</w:t>
      </w:r>
      <w:r>
        <w:br/>
      </w:r>
      <w:r>
        <w:rPr>
          <w:sz w:val="20"/>
        </w:rPr>
        <w:t>12:47  to aap jante hain ke Islam mein suicide haram hai.</w:t>
      </w:r>
      <w:r>
        <w:br/>
      </w:r>
      <w:r>
        <w:rPr>
          <w:sz w:val="20"/>
        </w:rPr>
        <w:t>12:52  yani suicide karne wala jahannam mein jayega.</w:t>
      </w:r>
      <w:r>
        <w:br/>
      </w:r>
      <w:r>
        <w:rPr>
          <w:sz w:val="20"/>
        </w:rPr>
        <w:t>12:57  aaj kal to hamare ulama jo hain, kaise ajeeb o ghareeb log hain ke suicide bombing ko</w:t>
      </w:r>
      <w:r>
        <w:br/>
      </w:r>
      <w:r>
        <w:rPr>
          <w:sz w:val="20"/>
        </w:rPr>
        <w:t>13:02  jaiz bata diya. kuch log khamosh hain, woh bhi mere nazdeek jurm kar rahay hain. kyunke khamosh honay ka matlab taeed hai. kuch ulama ne is ki taeed kar di, kuch ulama khamosh reh gaye. baray, yani chotay chotay mamlaat mein khoob fatway detay hain yeh log. ghair zaroori fatwon ka aik abaad laga hua hai. lekin yahan fatwa nahi detay hain. sare ulama ko mil kar ke aik mushtarik fatwa da</w:t>
      </w:r>
      <w:r>
        <w:br/>
      </w:r>
      <w:r>
        <w:rPr>
          <w:sz w:val="20"/>
        </w:rPr>
        <w:t>13:32  yena chahiye tha ke suicide bombing haram hai.</w:t>
      </w:r>
      <w:r>
        <w:br/>
      </w:r>
      <w:r>
        <w:rPr>
          <w:sz w:val="20"/>
        </w:rPr>
        <w:t>13:37  aisa aadmi jahannam mein jayega.</w:t>
      </w:r>
      <w:r>
        <w:br/>
      </w:r>
      <w:r>
        <w:rPr>
          <w:sz w:val="20"/>
        </w:rPr>
        <w:t>13:41  kyun nahin fatwa diya unhon ne? woh jari hai, woh jari hai, woh jari hai.</w:t>
      </w:r>
      <w:r>
        <w:br/>
      </w:r>
      <w:r>
        <w:rPr>
          <w:sz w:val="20"/>
        </w:rPr>
        <w:t>13:45  to behraal suicide Islam mein haram hai.</w:t>
      </w:r>
      <w:r>
        <w:br/>
      </w:r>
      <w:r>
        <w:rPr>
          <w:sz w:val="20"/>
        </w:rPr>
        <w:t>13:50  to Rasool Allah ne wahan par farma diya ke jis ne yeh baat farmai thi ke woh jahannami hai.</w:t>
      </w:r>
      <w:r>
        <w:br/>
      </w:r>
      <w:r>
        <w:rPr>
          <w:sz w:val="20"/>
        </w:rPr>
        <w:t>13:54  kyunke woh suicide kar ke mara tha woh.</w:t>
      </w:r>
      <w:r>
        <w:br/>
      </w:r>
      <w:r>
        <w:rPr>
          <w:sz w:val="20"/>
        </w:rPr>
        <w:t>13:59  to logon ko yeh shakk hua ke ek ek aadmi</w:t>
      </w:r>
      <w:r>
        <w:br/>
      </w:r>
      <w:r>
        <w:rPr>
          <w:sz w:val="20"/>
        </w:rPr>
        <w:t>14:03  jo jis ke andar sacha iman nahin tha, jo suicide kar ke mara, woh itna bara kārnāma kiya</w:t>
      </w:r>
      <w:r>
        <w:br/>
      </w:r>
      <w:r>
        <w:rPr>
          <w:sz w:val="20"/>
        </w:rPr>
        <w:t>14:09  us ne? yani is jang mein sab se bara kārnāma isi qazban ne kiya tha.</w:t>
      </w:r>
      <w:r>
        <w:br/>
      </w:r>
      <w:r>
        <w:rPr>
          <w:sz w:val="20"/>
        </w:rPr>
        <w:t>14:15  to is par logon ko ek ajeeb qism ka shakk hua.</w:t>
      </w:r>
      <w:r>
        <w:br/>
      </w:r>
      <w:r>
        <w:rPr>
          <w:sz w:val="20"/>
        </w:rPr>
        <w:t>14:21  is mauqe par Rasool Allah ne yeh farmaya tha ke Allah is deen ki taeed fajar aadmi se</w:t>
      </w:r>
      <w:r>
        <w:br/>
      </w:r>
      <w:r>
        <w:rPr>
          <w:sz w:val="20"/>
        </w:rPr>
        <w:t>14:27  bhi karega, aise logon se bhi kare</w:t>
      </w:r>
      <w:r>
        <w:br/>
      </w:r>
      <w:r>
        <w:rPr>
          <w:sz w:val="20"/>
        </w:rPr>
        <w:t>14:33  ga jin ka ta'alluq deen se nahin hoga.</w:t>
      </w:r>
      <w:r>
        <w:br/>
      </w:r>
      <w:r>
        <w:rPr>
          <w:sz w:val="20"/>
        </w:rPr>
        <w:t>14:36  ab logon ne kya kiya ke isi waqe se jor diya.</w:t>
      </w:r>
      <w:r>
        <w:br/>
      </w:r>
      <w:r>
        <w:rPr>
          <w:sz w:val="20"/>
        </w:rPr>
        <w:t>14:39  aur isi fard se jor diya. qazban se.</w:t>
      </w:r>
      <w:r>
        <w:br/>
      </w:r>
      <w:r>
        <w:rPr>
          <w:sz w:val="20"/>
        </w:rPr>
        <w:t>14:42  ab bataiye ke ek taraf to yeh log kehte hain ke Islam sare insanon ke liye hai, sari</w:t>
      </w:r>
      <w:r>
        <w:br/>
      </w:r>
      <w:r>
        <w:rPr>
          <w:sz w:val="20"/>
        </w:rPr>
        <w:t>14:45  duniya ke liye.</w:t>
      </w:r>
      <w:r>
        <w:br/>
      </w:r>
      <w:r>
        <w:rPr>
          <w:sz w:val="20"/>
        </w:rPr>
        <w:t>14:48  aur sara Quran aur tafaseer padhi hain in logon ki.</w:t>
      </w:r>
      <w:r>
        <w:br/>
      </w:r>
      <w:r>
        <w:rPr>
          <w:sz w:val="20"/>
        </w:rPr>
        <w:t>14:51  aur un ki sharhein parhi hain.</w:t>
      </w:r>
      <w:r>
        <w:br/>
      </w:r>
      <w:r>
        <w:rPr>
          <w:sz w:val="20"/>
        </w:rPr>
        <w:t>14:54  to is ko bilkul mehdood kar rakha hai.</w:t>
      </w:r>
      <w:r>
        <w:br/>
      </w:r>
      <w:r>
        <w:rPr>
          <w:sz w:val="20"/>
        </w:rPr>
        <w:t>14:57  jo bhi sharhein un ki hain, jo bhi tafaseer un ki hain, main samajhta hoon ke ulama ka</w:t>
      </w:r>
      <w:r>
        <w:br/>
      </w:r>
      <w:r>
        <w:rPr>
          <w:sz w:val="20"/>
        </w:rPr>
        <w:t>15:00  role is zaman</w:t>
      </w:r>
    </w:p>
    <w:p>
      <w:pPr>
        <w:pStyle w:val="Heading2"/>
      </w:pPr>
      <w:r>
        <w:t>Islamic history is really just kings' and wars' history</w:t>
      </w:r>
    </w:p>
    <w:p>
      <w:r>
        <w:rPr>
          <w:color w:val="666666"/>
          <w:sz w:val="18"/>
        </w:rPr>
        <w:t>History of Islamic Learning May 14, 2006 Part 2 · 4m 53s · at 28:12 · https://youtu.be/snrt_NRyjLI?t=1692</w:t>
      </w:r>
    </w:p>
    <w:p>
      <w:r>
        <w:rPr>
          <w:i/>
        </w:rPr>
        <w:t>“ہر وہ کتاب جس کا ٹائٹل ہوتا ہے 'اسلامی تاریخ'، وہ جنگوں کی تاریخ ہوتی ہے”</w:t>
      </w:r>
    </w:p>
    <w:p>
      <w:r>
        <w:rPr>
          <w:sz w:val="20"/>
        </w:rPr>
        <w:t>28:12  har woh kitab jis ka naam, jis ka title hota hai "islami tareekh", woh jangon ki tareekh hoti hai. kisi bhi tareekh ko aap parh lijiye, aap</w:t>
      </w:r>
      <w:r>
        <w:br/>
      </w:r>
      <w:r>
        <w:rPr>
          <w:sz w:val="20"/>
        </w:rPr>
        <w:t>28:24  agar agar yeh yeh kyun hua? is ki wajah se hua, yeh surat pesh aayi.</w:t>
      </w:r>
      <w:r>
        <w:br/>
      </w:r>
      <w:r>
        <w:rPr>
          <w:sz w:val="20"/>
        </w:rPr>
        <w:t>28:29  is ko sab se pehle mehsoos kiya tha ibn khaldun ne. abdul rehman bin khaldun aik bohat bara aalim tha jo spain mein paida hua.</w:t>
      </w:r>
      <w:r>
        <w:br/>
      </w:r>
      <w:r>
        <w:rPr>
          <w:sz w:val="20"/>
        </w:rPr>
        <w:t>28:38  us ne yeh baat likhi thi apna jo us ki kitab hai "muqaddimah ibn khaldun" mein ke yeh sari tareekh jo likhi gayi hai islami tareekh ke naam se, woh sab sahi nahi hai,</w:t>
      </w:r>
      <w:r>
        <w:br/>
      </w:r>
      <w:r>
        <w:rPr>
          <w:sz w:val="20"/>
        </w:rPr>
        <w:t>28:51  kyun ke is mein jangain hain, fatuhat hain, badshahon ki kahaniyan hain</w:t>
      </w:r>
      <w:r>
        <w:br/>
      </w:r>
      <w:r>
        <w:rPr>
          <w:sz w:val="20"/>
        </w:rPr>
        <w:t>28:56  jo samajh ka, yani muslim samajh ka jo ka jo jo halaat thay, woh is mein poori tarah reflect nahi hue.</w:t>
      </w:r>
      <w:r>
        <w:br/>
      </w:r>
      <w:r>
        <w:rPr>
          <w:sz w:val="20"/>
        </w:rPr>
        <w:t>29:06  to us ne kaha ke phir se rewrite karne ki zaroorat hai history. agarche woh kar nahi saka khud, woh chahta tha ke isi naye pattern se islamic history likhi jaye, lekin woh point out to kiya us ne "muqaddimah ibn khaldun" mein, lekin khud woh isi tarah se likh nahi saka.</w:t>
      </w:r>
      <w:r>
        <w:br/>
      </w:r>
      <w:r>
        <w:rPr>
          <w:sz w:val="20"/>
        </w:rPr>
        <w:t>29:24  woh</w:t>
      </w:r>
      <w:r>
        <w:br/>
      </w:r>
      <w:r>
        <w:rPr>
          <w:sz w:val="20"/>
        </w:rPr>
        <w:t>29:25  to main samajhta hoon ke yeh history ko bhi rewrite karna hai, fiqh ko bhi rewrite karna hai. jitne bhi, yani teen ko alag kar ke, yani arabic language, quran aur hadith, in teen ko chhod kar ke jitne bhi musalmanon mein uloom bane hain, jo ladne ke jitne bhi branches hain, sab mein rewrite karne ki zaroorat hai ke sab mein isi qism ki ghaltiyan hui hain.</w:t>
      </w:r>
      <w:r>
        <w:br/>
      </w:r>
      <w:r>
        <w:rPr>
          <w:sz w:val="20"/>
        </w:rPr>
        <w:t>29:50  yani baat ko logon ko yeh kaam karna baqi hai. tareekh jo is se likhi gayi ke badshahon ki tareekh aur khulafa ki tareekh, jangii karnamon ki tareekh aur qomon ko, yani zair karne ki tareekh, is se kya hua?</w:t>
      </w:r>
      <w:r>
        <w:br/>
      </w:r>
      <w:r>
        <w:rPr>
          <w:sz w:val="20"/>
        </w:rPr>
        <w:t>30:11  is se yeh kya hua ke pride ka zehan bana. pride aam taur par jo aap dekhte hain ke fakhr se kaho ke hum musalman hain, yeh kahan se</w:t>
      </w:r>
      <w:r>
        <w:br/>
      </w:r>
      <w:r>
        <w:rPr>
          <w:sz w:val="20"/>
        </w:rPr>
        <w:t>30:20  aata hai? is ka source kya hai? aam taur par bazahir dukaanon mein, gharon mein jagah dekhenge, aap likha hua fakhr se kaho ke hum musalman hain.</w:t>
      </w:r>
      <w:r>
        <w:br/>
      </w:r>
      <w:r>
        <w:rPr>
          <w:sz w:val="20"/>
        </w:rPr>
        <w:t>30:29  aam taur par aap speeches mein sunenge, kitabon mein padhenge ke hum hum fakhr, hamein hum hum ko is par fakhr hai ke hum musalman hain. yeh kahan se aaya?</w:t>
      </w:r>
      <w:r>
        <w:br/>
      </w:r>
      <w:r>
        <w:rPr>
          <w:sz w:val="20"/>
        </w:rPr>
        <w:t>30:40  yani fakhr ka concept kahan se aaya? na quran mein kahin likha hua hai ke islam to hamare liye fakhr hai, na hadith mein kahin aisa hai.</w:t>
      </w:r>
      <w:r>
        <w:br/>
      </w:r>
      <w:r>
        <w:rPr>
          <w:sz w:val="20"/>
        </w:rPr>
        <w:t>30:49  yeh hai history se aaya hua fakhr ka concept. history se aaya hai, woh quran aur hadith se nahi aaya hai. kyun?</w:t>
      </w:r>
      <w:r>
        <w:br/>
      </w:r>
      <w:r>
        <w:rPr>
          <w:sz w:val="20"/>
        </w:rPr>
        <w:t>30:58  aap quran padhenge to aap ko to modesty aayegi, khuda ka khauf aayega, aap ko dar lagega ke khuda mujhe pakde na, mujhe jahannum mein na daal de.</w:t>
      </w:r>
      <w:r>
        <w:br/>
      </w:r>
      <w:r>
        <w:rPr>
          <w:sz w:val="20"/>
        </w:rPr>
        <w:t>31:07  to fakhr kahan se aayega? wahan pe, wahan fakhr ka koi sawal hi nahi paida hota. yani khuda ke kalam ko jo sunte hain, aap quran mein ya padhte hain, aap to aap ka dil dahal uthta hai.</w:t>
      </w:r>
      <w:r>
        <w:br/>
      </w:r>
      <w:r>
        <w:rPr>
          <w:sz w:val="20"/>
        </w:rPr>
        <w:t>31:20  aap ko lagta hai ke jo khaliq hai, jo creator hai, woh mujhe khitab kar raha hai. to aap ko idhar modesty aati hai, main khuda ka banda hoon, yeh ehsas aata hai.</w:t>
      </w:r>
      <w:r>
        <w:br/>
      </w:r>
      <w:r>
        <w:rPr>
          <w:sz w:val="20"/>
        </w:rPr>
        <w:t>31:31  aap ko khuda ki ibadat karni chahiye, ehsas aata hai, fakhr nahi aata hai. fakhr kahan aata hai? kahan se aata hai? history ko padhne se, aur history jo ghalat rang par likhi gayi hai.</w:t>
      </w:r>
      <w:r>
        <w:br/>
      </w:r>
      <w:r>
        <w:rPr>
          <w:sz w:val="20"/>
        </w:rPr>
        <w:t>31:46  dekhen, yahan par main arz karoon ke ibn</w:t>
      </w:r>
      <w:r>
        <w:br/>
      </w:r>
      <w:r>
        <w:rPr>
          <w:sz w:val="20"/>
        </w:rPr>
        <w:t>31:49  khaldun ne is ko point out kiya hai ke hazaron saal se history jo thi, woh naam thi badshahon ki history ka.</w:t>
      </w:r>
      <w:r>
        <w:br/>
      </w:r>
      <w:r>
        <w:rPr>
          <w:sz w:val="20"/>
        </w:rPr>
        <w:t>32:00  pichhli koi bhi tareekh padhiye, aap aap ko lagega ke to badshah ki history hai, samaj ki history nahi hai. ek hai samaj ki history, ek hai rulers ki history.</w:t>
      </w:r>
      <w:r>
        <w:br/>
      </w:r>
      <w:r>
        <w:rPr>
          <w:sz w:val="20"/>
        </w:rPr>
        <w:t>32:15  jaise india ki history aap likhen to is mein ek to aap bas congress ne kis tarah rule kiya india par, woh likha hai aap sirf. doosra ke india samaj, india ka jo samaj hai, us ne kaise taraqqi ki, us ne kya kya activities thin, us ne kya kya kaam kiya.</w:t>
      </w:r>
      <w:r>
        <w:br/>
      </w:r>
      <w:r>
        <w:rPr>
          <w:sz w:val="20"/>
        </w:rPr>
        <w:t>32:29  to ab yeh concept hai ke poore samaj ko bataya jata hai history mein. pehle aisa nahi tha, pehle yeh tha ke woh badshahon ke kaise, unhon ne taajposhi kaise hui, un ki</w:t>
      </w:r>
      <w:r>
        <w:br/>
      </w:r>
      <w:r>
        <w:rPr>
          <w:sz w:val="20"/>
        </w:rPr>
        <w:t>32:44  kis tarah badshah badle, kis tarah unhon ne lad kar ke jeeta mulkon ko. to badshahon ke karkardon ka naam tha history.</w:t>
      </w:r>
      <w:r>
        <w:br/>
      </w:r>
      <w:r>
        <w:rPr>
          <w:sz w:val="20"/>
        </w:rPr>
        <w:t>32:55  ibn khaldun pehla shakhs hai, us ne kaha ke yeh tareekh ka bohat hi naqis tareeqa hai. tareekh poore poore samaj ki tareekh honi chahiye, sirf badshah ki nahi.</w:t>
      </w:r>
    </w:p>
    <w:p>
      <w:pPr>
        <w:pStyle w:val="Heading2"/>
      </w:pPr>
      <w:r>
        <w:t>Why Quran outranks Hadith in religious authority</w:t>
      </w:r>
    </w:p>
    <w:p>
      <w:r>
        <w:rPr>
          <w:color w:val="666666"/>
          <w:sz w:val="18"/>
        </w:rPr>
        <w:t>Journey to a Mediterranean Island November 23, 2008 · 4m 52s · at 1:02:55 · https://youtu.be/uoOiuhWeSIQ?t=3775</w:t>
      </w:r>
    </w:p>
    <w:p>
      <w:r>
        <w:rPr>
          <w:i/>
        </w:rPr>
        <w:t>“از دیر اینی کانفلکٹ بٹوین ٹیچنگز آف قرآن اینڈ حدیث؟”</w:t>
      </w:r>
    </w:p>
    <w:p>
      <w:r>
        <w:rPr>
          <w:sz w:val="20"/>
        </w:rPr>
        <w:t>1:02:55  to is mein aap sun sakenge poori baat. this question is from mr. adin chandra ray: is there any conflict between teachings of quran and hadith?</w:t>
      </w:r>
      <w:r>
        <w:br/>
      </w:r>
      <w:r>
        <w:rPr>
          <w:sz w:val="20"/>
        </w:rPr>
        <w:t>1:03:11  secondly, since the prophet was only a messenger and no divine being, why should hadith be an example to be followed?</w:t>
      </w:r>
      <w:r>
        <w:br/>
      </w:r>
      <w:r>
        <w:rPr>
          <w:sz w:val="20"/>
        </w:rPr>
        <w:t>1:03:24  mera khayal se yeh question bohat hi healthy question hai, aur mein is se bari had tak agree karta hoon.</w:t>
      </w:r>
      <w:r>
        <w:br/>
      </w:r>
      <w:r>
        <w:rPr>
          <w:sz w:val="20"/>
        </w:rPr>
        <w:t>1:03:38  thoda sa mein is ko explain karoon ga,</w:t>
      </w:r>
      <w:r>
        <w:br/>
      </w:r>
      <w:r>
        <w:rPr>
          <w:sz w:val="20"/>
        </w:rPr>
        <w:t>1:03:41  woh aap samajh lijie. dekhiye, quran aur hadith jo hai, quran wa hadith jo hai, woh yani</w:t>
      </w:r>
      <w:r>
        <w:br/>
      </w:r>
      <w:r>
        <w:rPr>
          <w:sz w:val="20"/>
        </w:rPr>
        <w:t>1:03:54  jo jo difference mana jata hai, yani clergy jo difference manti hai, orthodoxy jo difference manti hai,</w:t>
      </w:r>
      <w:r>
        <w:br/>
      </w:r>
      <w:r>
        <w:rPr>
          <w:sz w:val="20"/>
        </w:rPr>
        <w:t>1:04:01  woh yeh hai ke quran jo hai, woh</w:t>
      </w:r>
      <w:r>
        <w:br/>
      </w:r>
      <w:r>
        <w:rPr>
          <w:sz w:val="20"/>
        </w:rPr>
        <w:t>1:04:08  wohi wohi language mein preserve hai jo is language mein woh aaya tha angel ke zariye se. aur hadith jo hai, woh rasool allah ki apni zuban mein hai, apni language mein hai.</w:t>
      </w:r>
      <w:r>
        <w:br/>
      </w:r>
      <w:r>
        <w:rPr>
          <w:sz w:val="20"/>
        </w:rPr>
        <w:t>1:04:21  aur jo agar koi aadmi arabic language jaanta ho, achi, toh bohat aasani se samajh sakta hai is baat ko.</w:t>
      </w:r>
      <w:r>
        <w:br/>
      </w:r>
      <w:r>
        <w:rPr>
          <w:sz w:val="20"/>
        </w:rPr>
        <w:t>1:04:29  kyunke jab aap quran ko parhte hain aur hadith ko parhte hain toh bohat hi clear tor par dono ki language alag alag hoti hai,</w:t>
      </w:r>
      <w:r>
        <w:br/>
      </w:r>
      <w:r>
        <w:rPr>
          <w:sz w:val="20"/>
        </w:rPr>
        <w:t>1:04:36  ek dum clear tor par. yeh yeh koi nahi keh sakta ke dono ek hi insan ka kalam hai. quran ki language ek dum alag hai aur hadith ki language bilkul alag hai, apne style ke aitbaar se.</w:t>
      </w:r>
      <w:r>
        <w:br/>
      </w:r>
      <w:r>
        <w:rPr>
          <w:sz w:val="20"/>
        </w:rPr>
        <w:t>1:04:51  style ke aitbaar se toh yeh ek haqeeqat hai ke quran jo hai, woh preserve hai unhi shabdon mein jin shabdon mein utra tha.</w:t>
      </w:r>
      <w:r>
        <w:br/>
      </w:r>
      <w:r>
        <w:rPr>
          <w:sz w:val="20"/>
        </w:rPr>
        <w:t>1:05:03  woh</w:t>
      </w:r>
      <w:r>
        <w:br/>
      </w:r>
      <w:r>
        <w:rPr>
          <w:sz w:val="20"/>
        </w:rPr>
        <w:t>1:05:04  aur hadith jo hai, woh is tarah se preserve nahi hai, meaning mein toh preserve hai woh, lekin unke shabdon mein baharhaal farq aaya hai baat ko.</w:t>
      </w:r>
      <w:r>
        <w:br/>
      </w:r>
      <w:r>
        <w:rPr>
          <w:sz w:val="20"/>
        </w:rPr>
        <w:t>1:05:13  is wajah se iska darja secondary hai, primary darja quran ka hai. lekin quran quran mein sari baat nahi hai.</w:t>
      </w:r>
      <w:r>
        <w:br/>
      </w:r>
      <w:r>
        <w:rPr>
          <w:sz w:val="20"/>
        </w:rPr>
        <w:t>1:05:26  quran mein dekhiye, basics hain, basics aur bohat sari detail jo hai, woh quran mein nahi hai.</w:t>
      </w:r>
      <w:r>
        <w:br/>
      </w:r>
      <w:r>
        <w:rPr>
          <w:sz w:val="20"/>
        </w:rPr>
        <w:t>1:05:33  toh hadith ko hamein dekhna padta hai. yeh hai dono mein farq. aur ek question kiya tha? since the prophet was only a messenger and no divine being, why should hadith be an example to be followed?</w:t>
      </w:r>
      <w:r>
        <w:br/>
      </w:r>
      <w:r>
        <w:rPr>
          <w:sz w:val="20"/>
        </w:rPr>
        <w:t>1:05:47  yeh aap ne bilkul sahi kaha ke prophet messenger the, messenger of god, woh divine being nahi the, bilkul nahi.</w:t>
      </w:r>
      <w:r>
        <w:br/>
      </w:r>
      <w:r>
        <w:rPr>
          <w:sz w:val="20"/>
        </w:rPr>
        <w:t>1:05:57  koi agar manta ho toh galat manta hai. woh woh insan the, al</w:t>
      </w:r>
      <w:r>
        <w:br/>
      </w:r>
      <w:r>
        <w:rPr>
          <w:sz w:val="20"/>
        </w:rPr>
        <w:t>1:06:02  kunt al bashar rasulahu, insan the aur messenger the. bas toh is wajah se main samajhta hoon ke jo scholars hain, woh yeh nahi mante hain ke dono ka darja ek hai.</w:t>
      </w:r>
      <w:r>
        <w:br/>
      </w:r>
      <w:r>
        <w:rPr>
          <w:sz w:val="20"/>
        </w:rPr>
        <w:t>1:06:16  is ko secondary batate hain, yani quran ko primary batate hain aur is ko secondary batate hain. yani jo cheez quran se na nikle aur hadith se nikle, toh is ko nahi mana jayega.</w:t>
      </w:r>
      <w:r>
        <w:br/>
      </w:r>
      <w:r>
        <w:rPr>
          <w:sz w:val="20"/>
        </w:rPr>
        <w:t>1:06:27  is ko nahi mana jayega.</w:t>
      </w:r>
      <w:r>
        <w:br/>
      </w:r>
      <w:r>
        <w:rPr>
          <w:sz w:val="20"/>
        </w:rPr>
        <w:t>1:06:29  jise main ek misaal, ek example deta hoon aap ko ke kuch log ek hadith sunate hain, main ne dekhi woh fabricated hai ke: "Al-salih lil-lah wa al-talih li"</w:t>
      </w:r>
      <w:r>
        <w:br/>
      </w:r>
      <w:r>
        <w:rPr>
          <w:sz w:val="20"/>
        </w:rPr>
        <w:t>1:06:46  yani bure log jo hain, unka main salvation ka zimmedar hoon, achhe log jo hain, unko khuda salvation dega. bilkul ek bilkul hi absurd baat</w:t>
      </w:r>
      <w:r>
        <w:br/>
      </w:r>
      <w:r>
        <w:rPr>
          <w:sz w:val="20"/>
        </w:rPr>
        <w:t>1:06:56  hai yeh. iska na hadith se koi taluq hai, na quran se koi taluq hai. toh hum, main yeh kahunga ke jo achhe scholars hain, woh yeh mante hain ke hamesha judge kiya jayega quran se.</w:t>
      </w:r>
      <w:r>
        <w:br/>
      </w:r>
      <w:r>
        <w:rPr>
          <w:sz w:val="20"/>
        </w:rPr>
        <w:t>1:07:11  dono ko equal darja nahi diya jayega. quran se judge kiya jayega. agar quran par poora utrega, tabhi hum manenge ke yeh yeh sahi hai.</w:t>
      </w:r>
      <w:r>
        <w:br/>
      </w:r>
      <w:r>
        <w:rPr>
          <w:sz w:val="20"/>
        </w:rPr>
        <w:t>1:07:21  nahi toh is ko is ko discard kar denge.</w:t>
      </w:r>
      <w:r>
        <w:br/>
      </w:r>
      <w:r>
        <w:rPr>
          <w:sz w:val="20"/>
        </w:rPr>
        <w:t>1:07:24  toh aap ka question jo hai, main main samajhta hoon ke bilkul theek question hai aap ka, aur main is ko sirf main ne is ko thoda sa explain kiya hai.</w:t>
      </w:r>
      <w:r>
        <w:br/>
      </w:r>
      <w:r>
        <w:rPr>
          <w:sz w:val="20"/>
        </w:rPr>
        <w:t>1:07:33  aap ke question ko: this question is from miss najma siddiqui: Maulana, as you explained, that these days muslims go to developed countries for economic gains,</w:t>
      </w:r>
    </w:p>
    <w:p>
      <w:pPr>
        <w:pStyle w:val="Heading2"/>
      </w:pPr>
      <w:r>
        <w:t>Full argument: realistic thinking in marriage and daily life</w:t>
      </w:r>
    </w:p>
    <w:p>
      <w:r>
        <w:rPr>
          <w:color w:val="666666"/>
          <w:sz w:val="18"/>
        </w:rPr>
        <w:t>God's Protection November 28, 2013 · 5m 03s · at 12:57 · https://youtu.be/QgqXbChsr5c?t=777</w:t>
      </w:r>
    </w:p>
    <w:p>
      <w:r>
        <w:rPr>
          <w:i/>
        </w:rPr>
        <w:t>“Shaadi ke baad miyan biwi mein jhagda hamesha hota hai”</w:t>
      </w:r>
    </w:p>
    <w:p>
      <w:r>
        <w:rPr>
          <w:sz w:val="20"/>
        </w:rPr>
        <w:t>12:57  jaise misaal ke taur par dekhiye, shadi hoti hai, miyan biwi ekatha hote hain to jhagda hota hai hamesha.</w:t>
      </w:r>
      <w:r>
        <w:br/>
      </w:r>
      <w:r>
        <w:rPr>
          <w:sz w:val="20"/>
        </w:rPr>
        <w:t>13:06  taqreeban 99 feesad shadiyon mein aapas mein jhagda shuru hota hai. kyon? It is due to lack of realistic approach.</w:t>
      </w:r>
      <w:r>
        <w:br/>
      </w:r>
      <w:r>
        <w:rPr>
          <w:sz w:val="20"/>
        </w:rPr>
        <w:t>13:22  yani shadi ke baad agar husband aur wife yeh sochein ke is se pehle hum jab family mein thay to hum blood relationship ke darmiyan thay.</w:t>
      </w:r>
      <w:r>
        <w:br/>
      </w:r>
      <w:r>
        <w:rPr>
          <w:sz w:val="20"/>
        </w:rPr>
        <w:t>13:38  ab hum non blood relationship ke darmiyan hain. yani family mein har aadmi ek doosre se juda hua tha, is liye ke khooni taluq tha.</w:t>
      </w:r>
      <w:r>
        <w:br/>
      </w:r>
      <w:r>
        <w:rPr>
          <w:sz w:val="20"/>
        </w:rPr>
        <w:t>13:48  ab hum hain aisi jagah jahan khooni taluq nahi hai.</w:t>
      </w:r>
      <w:r>
        <w:br/>
      </w:r>
      <w:r>
        <w:rPr>
          <w:sz w:val="20"/>
        </w:rPr>
        <w:t>13:52  yani jo kehte hain in laws, jitne in laws hain, woh sab ghair khooni rishtedar hain aap ke. yeh sochein aap to sara approach badal jayega.</w:t>
      </w:r>
      <w:r>
        <w:br/>
      </w:r>
      <w:r>
        <w:rPr>
          <w:sz w:val="20"/>
        </w:rPr>
        <w:t>14:06  sara approach badal jayega. apne ghar par jab mein tha to</w:t>
      </w:r>
      <w:r>
        <w:br/>
      </w:r>
      <w:r>
        <w:rPr>
          <w:sz w:val="20"/>
        </w:rPr>
        <w:t>14:15  baghair kisi koshish ke mujhe mohabbat mili hui thi. kyunke jahan khooni taluq hai to wahan mohabbat</w:t>
      </w:r>
      <w:r>
        <w:br/>
      </w:r>
      <w:r>
        <w:rPr>
          <w:sz w:val="20"/>
        </w:rPr>
        <w:t>14:20  hai. fitri taur par mujhe kuch karna nahi hai. ek ghar mein give and take ka usool nahi hota hai.</w:t>
      </w:r>
      <w:r>
        <w:br/>
      </w:r>
      <w:r>
        <w:rPr>
          <w:sz w:val="20"/>
        </w:rPr>
        <w:t>14:29  do tap paoge. ghar mein kya ho? baghair diye milta hai.</w:t>
      </w:r>
      <w:r>
        <w:br/>
      </w:r>
      <w:r>
        <w:rPr>
          <w:sz w:val="20"/>
        </w:rPr>
        <w:t>14:37  baghair diye mitti milti hai. baghair diye khane par khana mez par rakha hua hota hai. to ghar family life mein aap ko rehna padta hai</w:t>
      </w:r>
      <w:r>
        <w:br/>
      </w:r>
      <w:r>
        <w:rPr>
          <w:sz w:val="20"/>
        </w:rPr>
        <w:t>14:48  ek aise culture mein jo give and take nahi hai. yani jitna doge utna hi paoge. yeh nahi hai.</w:t>
      </w:r>
      <w:r>
        <w:br/>
      </w:r>
      <w:r>
        <w:rPr>
          <w:sz w:val="20"/>
        </w:rPr>
        <w:t>14:57  baghair diye milta hai. maa baap mohabbat karte hain, behan bhai mohabbat karte hain. achha, ab aa gaye aap yani yeh mahr rishte mein yani sasural wale rishte mein to sab kuch ho jati hai give and take ke usool par.</w:t>
      </w:r>
      <w:r>
        <w:br/>
      </w:r>
      <w:r>
        <w:rPr>
          <w:sz w:val="20"/>
        </w:rPr>
        <w:t>15:17  jitna dena utna pana. kyunke haan, ghair khooni taluqat hain. ab bataiye ke agar yeh soch aa jaye, is ko mein kehta hoon realistic thinking, to ek bhi shadi kamyab na fail na ho.</w:t>
      </w:r>
      <w:r>
        <w:br/>
      </w:r>
      <w:r>
        <w:rPr>
          <w:sz w:val="20"/>
        </w:rPr>
        <w:t>15:35  har shadi kamyab ho.</w:t>
      </w:r>
      <w:r>
        <w:br/>
      </w:r>
      <w:r>
        <w:rPr>
          <w:sz w:val="20"/>
        </w:rPr>
        <w:t>15:40  isi tarah se kamyab ho jaise ke aap safar karte hain, chahe train mein hon, bus mein hon, hawa jahaz mein hon, aas pas jo log hain, woh ajnabi log hain.</w:t>
      </w:r>
      <w:r>
        <w:br/>
      </w:r>
      <w:r>
        <w:rPr>
          <w:sz w:val="20"/>
        </w:rPr>
        <w:t>15:49  un se aap umeed hi nahi karte ke woh aap ke sath woh response denge jo ghar mein milta hai aap ko. to aap bohat hi comfortable tareeqe par safar karte hain.</w:t>
      </w:r>
      <w:r>
        <w:br/>
      </w:r>
      <w:r>
        <w:rPr>
          <w:sz w:val="20"/>
        </w:rPr>
        <w:t>16:02  chahe train mein hon ya bus mein hon, hawa jahaz mein hon.</w:t>
      </w:r>
      <w:r>
        <w:br/>
      </w:r>
      <w:r>
        <w:rPr>
          <w:sz w:val="20"/>
        </w:rPr>
        <w:t>16:06  aap bilkul comfortable hote hain. kyunke aap expect hi nahi karte ho. un se kuch expect nahi karte.</w:t>
      </w:r>
      <w:r>
        <w:br/>
      </w:r>
      <w:r>
        <w:rPr>
          <w:sz w:val="20"/>
        </w:rPr>
        <w:t>16:15  to yeh hai compulsory. yani under compression ka aadmi maan leta hai is ko. lekin jahan compression na ho, wahan react karta hai.</w:t>
      </w:r>
      <w:r>
        <w:br/>
      </w:r>
      <w:r>
        <w:rPr>
          <w:sz w:val="20"/>
        </w:rPr>
        <w:t>16:25  to jitne bhi cheezein hain, chahe woh family life ho, social life ho, ya national life ho, international life ho,</w:t>
      </w:r>
      <w:r>
        <w:br/>
      </w:r>
      <w:r>
        <w:rPr>
          <w:sz w:val="20"/>
        </w:rPr>
        <w:t>16:35  har jagah sab se bari cheez hai yaad rakhiye, realistic approach.</w:t>
      </w:r>
      <w:r>
        <w:br/>
      </w:r>
      <w:r>
        <w:rPr>
          <w:sz w:val="20"/>
        </w:rPr>
        <w:t>16:44  realistic approach. jaise ek misaal deta hoon mein ke hamare India ke kuch VIP, jo kaha jata hai VIP aur BVIp log, America gaye to airport par un ki jo security hoti hai, to un ka utara gaya.</w:t>
      </w:r>
      <w:r>
        <w:br/>
      </w:r>
      <w:r>
        <w:rPr>
          <w:sz w:val="20"/>
        </w:rPr>
        <w:t>17:07  ab woh akhbaron mein chapa, bara ghussa ke dekho hamare falan sahib ka unhone joota utar kar check kiya.</w:t>
      </w:r>
      <w:r>
        <w:br/>
      </w:r>
      <w:r>
        <w:rPr>
          <w:sz w:val="20"/>
        </w:rPr>
        <w:t>17:18  mein pichle thore dino mein do baar America gaya hoon, mera bhi joota utara kiya gaya.</w:t>
      </w:r>
      <w:r>
        <w:br/>
      </w:r>
      <w:r>
        <w:rPr>
          <w:sz w:val="20"/>
        </w:rPr>
        <w:t>17:27  woh to sirf is ne dekha mere joote ki tarah to mein ne jaldi utar diya. khud hi utar diya. to woh thank you, thank you kehne laga.</w:t>
      </w:r>
      <w:r>
        <w:br/>
      </w:r>
      <w:r>
        <w:rPr>
          <w:sz w:val="20"/>
        </w:rPr>
        <w:t>17:37  to woh hazraat jinho ne react kiya, woh jante nahi thay ke realistic approach kya hota hai. kitna ehtiyat paida ho jayega ke jahan bhi koi cheez Quran o Sunnat sabit ho jaye, bas aap under kar dein.</w:t>
      </w:r>
      <w:r>
        <w:br/>
      </w:r>
      <w:r>
        <w:rPr>
          <w:sz w:val="20"/>
        </w:rPr>
        <w:t>17:56  is ko follow karne lagien.</w:t>
      </w:r>
    </w:p>
    <w:p>
      <w:pPr>
        <w:pStyle w:val="Heading2"/>
      </w:pPr>
      <w:r>
        <w:t>History of writing down hadith from the Prophet's era</w:t>
      </w:r>
    </w:p>
    <w:p>
      <w:r>
        <w:rPr>
          <w:color w:val="666666"/>
          <w:sz w:val="18"/>
        </w:rPr>
        <w:t>Understanding The Importance of Hadith November 20, 2022 · 5m 29s · at 18:12 · https://youtu.be/xwY_Qsz4HSQ?t=1092</w:t>
      </w:r>
    </w:p>
    <w:p>
      <w:r>
        <w:rPr>
          <w:i/>
        </w:rPr>
        <w:t>“Ibtidai daur mein aapne hadith likhne se mana kiya tha”</w:t>
      </w:r>
    </w:p>
    <w:p>
      <w:r>
        <w:rPr>
          <w:sz w:val="20"/>
        </w:rPr>
        <w:t>18:12  jazakallah. aap ne, ek cheez aur poochna chahunga mein ke, ah jaisa ke hum jante hain ke jab jab, ah wahi aati thi toh ussi waqt woh record kar li jati thi.</w:t>
      </w:r>
      <w:r>
        <w:br/>
      </w:r>
      <w:r>
        <w:rPr>
          <w:sz w:val="20"/>
        </w:rPr>
        <w:t>18:23  lekin hum history se paate hain ke during that time, lifetime of prophet Muhammad, ah traditions he forbade to record traditions in writing.</w:t>
      </w:r>
      <w:r>
        <w:br/>
      </w:r>
      <w:r>
        <w:rPr>
          <w:sz w:val="20"/>
        </w:rPr>
        <w:t>18:33  toh aisa kyun hua ke quran toh baqayda record karti chali gayi, lekin prophet ke hi daur mein unke traditions ko nahi record kiya gaya?</w:t>
      </w:r>
      <w:r>
        <w:br/>
      </w:r>
      <w:r>
        <w:rPr>
          <w:sz w:val="20"/>
        </w:rPr>
        <w:t>18:42  iske bare mein aap bataiye.</w:t>
      </w:r>
      <w:r>
        <w:br/>
      </w:r>
      <w:r>
        <w:rPr>
          <w:sz w:val="20"/>
        </w:rPr>
        <w:t>18:45  asal mein ibtedai daur mein aisa hua tha ke quran jab utar raha tha aur makke mein, wahan par bahut zyada zyada log, katib bhi bahut kam the, likhna padhna log kam jante the.</w:t>
      </w:r>
      <w:r>
        <w:br/>
      </w:r>
      <w:r>
        <w:rPr>
          <w:sz w:val="20"/>
        </w:rPr>
        <w:t>18:59  to ibtida mein aapne mana kiya, aur yeh bhi kaha jata hai ke log isi quran ke sath, jaise, ah rasool Allah salallahu alaihi wasallam ne kuch farmaya, aur quran kabhi kaghaz to bohat hi, ah iski yarsalawiyabil tha</w:t>
      </w:r>
      <w:r>
        <w:br/>
      </w:r>
      <w:r>
        <w:rPr>
          <w:sz w:val="20"/>
        </w:rPr>
        <w:t>19:14  , log chamre waghera par likha karte thay. To is mein bhi, jaise hashiye mein likhte hain, marjanam mein, is mein rasool Allah salallahu alaihi wasallam ke alfaaz bhi likh liye.</w:t>
      </w:r>
      <w:r>
        <w:br/>
      </w:r>
      <w:r>
        <w:rPr>
          <w:sz w:val="20"/>
        </w:rPr>
        <w:t>19:25  To is ko mana kiya gaya ke aise mat likho. Aur waise bhi rasool Allah salallahu alaihi wasallam ne inki ijazat nahi ki thi hadith ko likhne ke liye.</w:t>
      </w:r>
      <w:r>
        <w:br/>
      </w:r>
      <w:r>
        <w:rPr>
          <w:sz w:val="20"/>
        </w:rPr>
        <w:t>19:35  Lekin baad mein jab madina aap pahunche, aur aap ne khaas taur par logon ki education par bohat ziyada dhyan diya ,</w:t>
      </w:r>
      <w:r>
        <w:br/>
      </w:r>
      <w:r>
        <w:rPr>
          <w:sz w:val="20"/>
        </w:rPr>
        <w:t>19:43  Aur bohat saare log likhne parhne wale ho gaye, us waqt aap ne ijazat de di. To kai bohat saari aisi hadith hain.</w:t>
      </w:r>
      <w:r>
        <w:br/>
      </w:r>
      <w:r>
        <w:rPr>
          <w:sz w:val="20"/>
        </w:rPr>
        <w:t>19:51  Ek baar ek shakhs ne kaha ke mujhe yaad nahi rehta aap jo farmate hain, to woh main bhool jata hoon. To aap ne kaha apne haath se madad lo, yaani is ko likh liya karo .</w:t>
      </w:r>
      <w:r>
        <w:br/>
      </w:r>
      <w:r>
        <w:rPr>
          <w:sz w:val="20"/>
        </w:rPr>
        <w:t>20:04  Aur hamare paas bohat saare aise documents hain, صحیfe jin ko kehte hain sahiife,</w:t>
      </w:r>
      <w:r>
        <w:br/>
      </w:r>
      <w:r>
        <w:rPr>
          <w:sz w:val="20"/>
        </w:rPr>
        <w:t>20:11  To is se pata chalta hai ke bohat saare log likha karte thay. Aur aisa bhi tha ke bohat saare log jo bahar se aate thay, na madine se bahar , to woh likh kar le jaate thay, khaas taur par kaam waghera, kyunke baad mein bhool jayega, ek ek lafz to yaad nahi rahega.</w:t>
      </w:r>
      <w:r>
        <w:br/>
      </w:r>
      <w:r>
        <w:rPr>
          <w:sz w:val="20"/>
        </w:rPr>
        <w:t>20:27  Halanke in logon ka hafiza bohat qawi hota tha, lekin phir bhi mazeed ehtiyat ke liye woh likhte thay.</w:t>
      </w:r>
      <w:r>
        <w:br/>
      </w:r>
      <w:r>
        <w:rPr>
          <w:sz w:val="20"/>
        </w:rPr>
        <w:t>20:36  To aise hi ek Abdullah ibn Umar ibn al-Aas ka ek hadith ka majmua tha, sahiifa Sadiqa, is mein ek hazar hadith thi.</w:t>
      </w:r>
      <w:r>
        <w:br/>
      </w:r>
      <w:r>
        <w:rPr>
          <w:sz w:val="20"/>
        </w:rPr>
        <w:t>20:47  Hazrat Ali ka ek majmua tha, to bohat hi is ke bohat dhyan se woh rakhte thay, ek chamre ke ek thiyle mein. To unhon ne sirf ahkam ki hadith collect ki thi.</w:t>
      </w:r>
      <w:r>
        <w:br/>
      </w:r>
      <w:r>
        <w:rPr>
          <w:sz w:val="20"/>
        </w:rPr>
        <w:t>20:59  Ahkam ki hadith log khaas taur par collect karte thay, kyunke muqadmaat ke faisle isi par karne hote thay, to woh khaas tareeqe se collect kiye jaate thay.</w:t>
      </w:r>
      <w:r>
        <w:br/>
      </w:r>
      <w:r>
        <w:rPr>
          <w:sz w:val="20"/>
        </w:rPr>
        <w:t>21:10  To ek Jabir ibn Abdullah thay, unhon ne hajj ke bare mein tamam hadith collect ki thi</w:t>
      </w:r>
      <w:r>
        <w:br/>
      </w:r>
      <w:r>
        <w:rPr>
          <w:sz w:val="20"/>
        </w:rPr>
        <w:t>21:15  hain. Hazrat Aisha ke ek bhanje thay, Urwah ibn Zubair, to unhon ne bohat saari hadith Hazrat Aisha se , woh Hazrat Aisha ke paas rehte thay, aur kyunke Hazrat Aisha ne to,</w:t>
      </w:r>
      <w:r>
        <w:br/>
      </w:r>
      <w:r>
        <w:rPr>
          <w:sz w:val="20"/>
        </w:rPr>
        <w:t>21:28  Ah , bohat saari aap ko hadith yaad thi, shayad 2210 aisa kuch hai, to unhon ne in ko baqaida woh amal karayi thi.</w:t>
      </w:r>
      <w:r>
        <w:br/>
      </w:r>
      <w:r>
        <w:rPr>
          <w:sz w:val="20"/>
        </w:rPr>
        <w:t>21:39  To woh bohat zabardast collection tha.</w:t>
      </w:r>
      <w:r>
        <w:br/>
      </w:r>
      <w:r>
        <w:rPr>
          <w:sz w:val="20"/>
        </w:rPr>
        <w:t>21:43  To isi tarike se yeh tamam hadith available thi, lekin baad mein kya hua ke jo collections bane, Musnad Ahmad, Sahih Bukhari, Sahih Muslim , to is mein yeh saari cheezein shamil kar di gayi.</w:t>
      </w:r>
      <w:r>
        <w:br/>
      </w:r>
      <w:r>
        <w:rPr>
          <w:sz w:val="20"/>
        </w:rPr>
        <w:t>21:59  To alag alag ab hamare paas dastiyab nahi hain, balkeh is collection mein in ki tamam hadith shamil hain.</w:t>
      </w:r>
      <w:r>
        <w:br/>
      </w:r>
      <w:r>
        <w:rPr>
          <w:sz w:val="20"/>
        </w:rPr>
        <w:t>22:07  To dosri sadi mein yeh hua ke tabieen aur tabe tabieen ka yeh daur tha, to unhon ne is ke liye safar karna shuru kiya, kyunke is zamaney mein yeh tamam mulk fateh ho gaye thay.</w:t>
      </w:r>
      <w:r>
        <w:br/>
      </w:r>
      <w:r>
        <w:rPr>
          <w:sz w:val="20"/>
        </w:rPr>
        <w:t>22:20  To sahaba wahin, rasool Allah salallahu alaihi wasallam ne farmaya tha ke meri baatein jinon ne jannat tak nahi pahunchi hain, un tak pahuncha do .</w:t>
      </w:r>
      <w:r>
        <w:br/>
      </w:r>
      <w:r>
        <w:rPr>
          <w:sz w:val="20"/>
        </w:rPr>
        <w:t>22:30  To tamam sahaba doosre doosre shehron mein chale gaye</w:t>
      </w:r>
      <w:r>
        <w:br/>
      </w:r>
      <w:r>
        <w:rPr>
          <w:sz w:val="20"/>
        </w:rPr>
        <w:t>22:33  Thay. To is wajah se jab hadith collect karne ke liye in pe zabardast ehtimam hua, to woh jagah jagah sahaba se jaa kar milte thay, tabieen se jaa kar milte thay, aur hadith collect karte thay.</w:t>
      </w:r>
      <w:r>
        <w:br/>
      </w:r>
      <w:r>
        <w:rPr>
          <w:sz w:val="20"/>
        </w:rPr>
        <w:t>22:50  To is wajah se itni saari taqreeban pachas hazar hadith collect hui. To yeh saara kaam rasool Allah salallahu alaihi wasallam ki zindagi mein hi shuru ho gaya tha, bil</w:t>
      </w:r>
      <w:r>
        <w:br/>
      </w:r>
      <w:r>
        <w:rPr>
          <w:sz w:val="20"/>
        </w:rPr>
        <w:t>23:00  Ke madine mein to ghar ghar jaa kar maloom karte thay ke koi bachcha ho, boodha ho, aurat ho, koi bhi ho , us se pata karte thay ke tumhare paas rasool Allah salallahu alaihi wasallam ki koi hadith hai.</w:t>
      </w:r>
      <w:r>
        <w:br/>
      </w:r>
      <w:r>
        <w:rPr>
          <w:sz w:val="20"/>
        </w:rPr>
        <w:t>23:13  To woh ek ek hadith is tarike se woh collect karte thay. Pehle to sirf collect karte thay, us ke baad is ki scrutiny karte thay, aur poore tarike se is ko samajhte thay ke yeh hadith jo hai,</w:t>
      </w:r>
      <w:r>
        <w:br/>
      </w:r>
      <w:r>
        <w:rPr>
          <w:sz w:val="20"/>
        </w:rPr>
        <w:t>23:26  ah, kitni authentic</w:t>
      </w:r>
      <w:r>
        <w:br/>
      </w:r>
      <w:r>
        <w:rPr>
          <w:sz w:val="20"/>
        </w:rPr>
        <w:t>23:28  hai. to ispar taqreeban sau baras tak kaam hua, aur yeh bohat ziyada ispar kaam hua hai. woh waqti taur par tha makay mein, ji ke sirf quran likha jata tha.</w:t>
      </w:r>
    </w:p>
    <w:p>
      <w:pPr>
        <w:pStyle w:val="Heading2"/>
      </w:pPr>
      <w:r>
        <w:t>positive thinking as the key to growth and outreach readiness</w:t>
      </w:r>
    </w:p>
    <w:p>
      <w:r>
        <w:rPr>
          <w:color w:val="666666"/>
          <w:sz w:val="18"/>
        </w:rPr>
        <w:t>Bird Culture March 6, 2014 Maulana Wahiduddin Khan · 4m 18s · at 19:27 · https://youtu.be/zLSCXGvTJ9A?t=1167</w:t>
      </w:r>
    </w:p>
    <w:p>
      <w:r>
        <w:rPr>
          <w:i/>
        </w:rPr>
        <w:t>“Asal cheez hai is hadith mein: momin mثbat soch rakhay”</w:t>
      </w:r>
    </w:p>
    <w:p>
      <w:r>
        <w:rPr>
          <w:sz w:val="20"/>
        </w:rPr>
        <w:t>19:27  to asal cheez hai is hadith mein ke momin ko har haal mein musbat soch ke saath dunya mein rehna chahiye.</w:t>
      </w:r>
      <w:r>
        <w:br/>
      </w:r>
      <w:r>
        <w:rPr>
          <w:sz w:val="20"/>
        </w:rPr>
        <w:t>19:38  har haal mein us ko apni positive thinking ko barqarar rakhna chahiye.</w:t>
      </w:r>
      <w:r>
        <w:br/>
      </w:r>
      <w:r>
        <w:rPr>
          <w:sz w:val="20"/>
        </w:rPr>
        <w:t>19:51  kyun ke is ki wajah se aap ke andar shukr ka jazba hamesha baqi rahega. kabhi aap nashukri bhi nahi padenge.</w:t>
      </w:r>
      <w:r>
        <w:br/>
      </w:r>
      <w:r>
        <w:rPr>
          <w:sz w:val="20"/>
        </w:rPr>
        <w:t>20:02  to ek to is ka pehlu marifat ke aitbaar se hai, zaati marifat. doosra pehlu is ka dawat bhi hai.</w:t>
      </w:r>
      <w:r>
        <w:br/>
      </w:r>
      <w:r>
        <w:rPr>
          <w:sz w:val="20"/>
        </w:rPr>
        <w:t>20:13  yaani momin ko ek taraf dunya se marifat haasil karna hai,</w:t>
      </w:r>
      <w:r>
        <w:br/>
      </w:r>
      <w:r>
        <w:rPr>
          <w:sz w:val="20"/>
        </w:rPr>
        <w:t>20:21  yeh us ki zaati zaroorat hai. saath saath momin par zimmedari hai dawat ki, doosron tak haq ko pohnchaane ki.</w:t>
      </w:r>
      <w:r>
        <w:br/>
      </w:r>
      <w:r>
        <w:rPr>
          <w:sz w:val="20"/>
        </w:rPr>
        <w:t>20:32  to is ka bhi gehra taalluq hai is mizaj se. agar aap ke andar yeh mizaj ho ke aap hamesha har haal mein musbat soch par qaim rahein,</w:t>
      </w:r>
      <w:r>
        <w:br/>
      </w:r>
      <w:r>
        <w:rPr>
          <w:sz w:val="20"/>
        </w:rPr>
        <w:t>20:48  manfi halaat pesh aayein, tab bhi aap us ko positivity mein convert kar liya karein,</w:t>
      </w:r>
      <w:r>
        <w:br/>
      </w:r>
      <w:r>
        <w:rPr>
          <w:sz w:val="20"/>
        </w:rPr>
        <w:t>20:58  aap shikayat se, nafrat se, ghusse se pak hon to kya hoga? tab apne madu ke mamle mein aap bilkul normal rahenge.</w:t>
      </w:r>
      <w:r>
        <w:br/>
      </w:r>
      <w:r>
        <w:rPr>
          <w:sz w:val="20"/>
        </w:rPr>
        <w:t>21:11  madu ke samne baat pesh karne ke liye aap bilkul well prepared honge.</w:t>
      </w:r>
      <w:r>
        <w:br/>
      </w:r>
      <w:r>
        <w:rPr>
          <w:sz w:val="20"/>
        </w:rPr>
        <w:t>21:19  is ke bar aks agar aap ke andar manfi soch aa jaye, aap ke andar ghussa aur nafrat aa jaye to is haal, is ke sath sath aap kabhi bhi dawat ka kaam nahi kar sakte.</w:t>
      </w:r>
      <w:r>
        <w:br/>
      </w:r>
      <w:r>
        <w:rPr>
          <w:sz w:val="20"/>
        </w:rPr>
        <w:t>21:35  yani dawat ka kaam karne ke liye dai ko hamesha madu friendly rehna padta hai.</w:t>
      </w:r>
      <w:r>
        <w:br/>
      </w:r>
      <w:r>
        <w:rPr>
          <w:sz w:val="20"/>
        </w:rPr>
        <w:t>21:45  hamesha madu friendly zehan ko baqi rakhna padta hai. to wo bhi is sabak is ke andar maujood hai.</w:t>
      </w:r>
      <w:r>
        <w:br/>
      </w:r>
      <w:r>
        <w:rPr>
          <w:sz w:val="20"/>
        </w:rPr>
        <w:t>21:59  yani dunya se aap ko jo marifat ka rizq lena hai cheezon se, is ke liye bhi aap ko namuna hai chidiya ki zindagi mein.</w:t>
      </w:r>
      <w:r>
        <w:br/>
      </w:r>
      <w:r>
        <w:rPr>
          <w:sz w:val="20"/>
        </w:rPr>
        <w:t>22:10  isi ke sath sath aap ko jo dawat ka kaam karna hai, is ka bhi yahan par aap ko sabak milta hai ke agar aap apne aap ko,</w:t>
      </w:r>
      <w:r>
        <w:br/>
      </w:r>
      <w:r>
        <w:rPr>
          <w:sz w:val="20"/>
        </w:rPr>
        <w:t>22:25  yani agar main kahoon ke tair culture ya bird culture par kaam rakhenge to yeh dono cheezein hasil hongi.</w:t>
      </w:r>
      <w:r>
        <w:br/>
      </w:r>
      <w:r>
        <w:rPr>
          <w:sz w:val="20"/>
        </w:rPr>
        <w:t>22:36  yani yeh jo sifat batai, yani chidiya ki sifat batai, is ko aap keh sakte hain tair culture ya bird culture.</w:t>
      </w:r>
      <w:r>
        <w:br/>
      </w:r>
      <w:r>
        <w:rPr>
          <w:sz w:val="20"/>
        </w:rPr>
        <w:t>22:46  to bird culture jo hai, bohat hi ahem hai insan ke liye ek aisi shakhsiyat banane ke liye, insan ke andar ek aisi shakhsiyat banane ke liye jo is ke liye har aitbar</w:t>
      </w:r>
      <w:r>
        <w:br/>
      </w:r>
      <w:r>
        <w:rPr>
          <w:sz w:val="20"/>
        </w:rPr>
        <w:t>23:05  se mufeed ho, yani marifat ke huzoor ke aitbar se bhi aur dawat ki zimmedari ko ada karne ke aitbar se bhi. to is hadith mein goya bird culture ki baat kahi gayi hai.</w:t>
      </w:r>
      <w:r>
        <w:br/>
      </w:r>
      <w:r>
        <w:rPr>
          <w:sz w:val="20"/>
        </w:rPr>
        <w:t>23:18  yani hadith ka sabak yeh hai ke ahl e iman ko chahiye ke wo bird culture ko ikhtiyar karen.</w:t>
      </w:r>
      <w:r>
        <w:br/>
      </w:r>
      <w:r>
        <w:rPr>
          <w:sz w:val="20"/>
        </w:rPr>
        <w:t>23:29  bird culture ko ikhtiyar karen</w:t>
      </w:r>
      <w:r>
        <w:br/>
      </w:r>
      <w:r>
        <w:rPr>
          <w:sz w:val="20"/>
        </w:rPr>
        <w:t>23:32  to un ka iman bhi taraqqi karta rahega aur wo dawat ke liye bhi hamesha, yani well prepared rahenge.</w:t>
      </w:r>
    </w:p>
    <w:p>
      <w:pPr>
        <w:pStyle w:val="Heading2"/>
      </w:pPr>
      <w:r>
        <w:t>The Prophet's night journey compared to modern instant global travel</w:t>
      </w:r>
    </w:p>
    <w:p>
      <w:r>
        <w:rPr>
          <w:color w:val="666666"/>
          <w:sz w:val="18"/>
        </w:rPr>
        <w:t>Islam in A New Age March 18, 2012 · 3m 28s · at 21:53 · https://youtu.be/P5hzq_NheY0?t=1313</w:t>
      </w:r>
    </w:p>
    <w:p>
      <w:r>
        <w:rPr>
          <w:i/>
        </w:rPr>
        <w:t>“Rasoolallah ko Isra hua — Makkah se Yerusalem raaton raat”</w:t>
      </w:r>
    </w:p>
    <w:p>
      <w:r>
        <w:rPr>
          <w:sz w:val="20"/>
        </w:rPr>
        <w:t>21:53  Bukhari aur Muslim mein yeh riwayat hai ke Rasool Allah Sal Allahu Alaihi Wasallam ko jab woh waqia hua jis ko Quran mein Isra kaha gaya hai aur aam taur par us ko Meraj kehte hain.</w:t>
      </w:r>
      <w:r>
        <w:br/>
      </w:r>
      <w:r>
        <w:rPr>
          <w:sz w:val="20"/>
        </w:rPr>
        <w:t>22:05  lafz Meraj dekhiye, Quran mein nahi hai. aam taur par Meraj kaha jata hai us ko. lekin Quran mein lafz Isra hai. yaani Makkah se aap, Makkah ke aakhri zamaney ka waqia hai.</w:t>
      </w:r>
      <w:r>
        <w:br/>
      </w:r>
      <w:r>
        <w:rPr>
          <w:sz w:val="20"/>
        </w:rPr>
        <w:t>22:17  Makkah se aap Yerushalayim gaye. aur raton raat wapas bhi aaye.</w:t>
      </w:r>
      <w:r>
        <w:br/>
      </w:r>
      <w:r>
        <w:rPr>
          <w:sz w:val="20"/>
        </w:rPr>
        <w:t>22:22  Isra ke maani hote hain raton raat jana, sab raton raat safar karna. toh Rasool Allah Sal Allahu Alaihi Wasallam ko Allah Ta'ala ne aik safar karwaya raat ko.</w:t>
      </w:r>
      <w:r>
        <w:br/>
      </w:r>
      <w:r>
        <w:rPr>
          <w:sz w:val="20"/>
        </w:rPr>
        <w:t>22:34  main manta hoon ke is par bara behas hai ke woh roohani tha ke jismani tha. main manta hoon ke jismani tha woh. main us ko jismani manta hoon.</w:t>
      </w:r>
      <w:r>
        <w:br/>
      </w:r>
      <w:r>
        <w:rPr>
          <w:sz w:val="20"/>
        </w:rPr>
        <w:t>22:46  to lekin woh ek ek bohat hi thore time mein hua</w:t>
      </w:r>
      <w:r>
        <w:br/>
      </w:r>
      <w:r>
        <w:rPr>
          <w:sz w:val="20"/>
        </w:rPr>
        <w:t>22:50  tha. ek ek shayad ek moment mein hua tha. to us waqt time aur space ka khatam kar diya tha Allah taala ne. farq.</w:t>
      </w:r>
      <w:r>
        <w:br/>
      </w:r>
      <w:r>
        <w:rPr>
          <w:sz w:val="20"/>
        </w:rPr>
        <w:t>23:00  to Rasool Allah S.A.W. ne subah ko elaan bataya ke aaj raton raat mein gaya یروشلم aur wahan se wapas aaya.</w:t>
      </w:r>
      <w:r>
        <w:br/>
      </w:r>
      <w:r>
        <w:rPr>
          <w:sz w:val="20"/>
        </w:rPr>
        <w:t>23:10  to Makkah ke log naoozubillah mazak urane lage. dekho ab in ka ajeeb ghareeb baatein kar rahe</w:t>
      </w:r>
      <w:r>
        <w:br/>
      </w:r>
      <w:r>
        <w:rPr>
          <w:sz w:val="20"/>
        </w:rPr>
        <w:t>23:17  hain yeh. to riwayat hai ke</w:t>
      </w:r>
      <w:r>
        <w:br/>
      </w:r>
      <w:r>
        <w:rPr>
          <w:sz w:val="20"/>
        </w:rPr>
        <w:t>23:21  is zamane mein ek aadmi jo ke safar karte the, yeh Makkah ke log, ek zamane mein gaya tha یروشلم ek shakhs.</w:t>
      </w:r>
      <w:r>
        <w:br/>
      </w:r>
      <w:r>
        <w:rPr>
          <w:sz w:val="20"/>
        </w:rPr>
        <w:t>23:31  aur lauta tha یروشلم se. yeh tay hua ke woh aadmi pooche ke aap ne jo dekha kya dekha? yani is ki east mein kya hai, west mein kya hai?</w:t>
      </w:r>
      <w:r>
        <w:br/>
      </w:r>
      <w:r>
        <w:rPr>
          <w:sz w:val="20"/>
        </w:rPr>
        <w:t>23:42  idhar kya hai, udhar kya hai? woh sab pooche woh. aur aap bata</w:t>
      </w:r>
      <w:r>
        <w:br/>
      </w:r>
      <w:r>
        <w:rPr>
          <w:sz w:val="20"/>
        </w:rPr>
        <w:t>23:45  ein to woh woh tasdeeq kare ke haan aisa hai wahan par. to woh aadmi bulaya gaya Rasool Allah S.A.W. se, woh poochne laga. to wahan yeh hai ke Jibrael ne woh poora naqsha یروشلم ka jis ko hum aaj kehte hain Masjid Aqsa,</w:t>
      </w:r>
      <w:r>
        <w:br/>
      </w:r>
      <w:r>
        <w:rPr>
          <w:sz w:val="20"/>
        </w:rPr>
        <w:t>24:03  woh poora naqsha Jibrael ne samne kar diya.</w:t>
      </w:r>
      <w:r>
        <w:br/>
      </w:r>
      <w:r>
        <w:rPr>
          <w:sz w:val="20"/>
        </w:rPr>
        <w:t>24:10  to woh aadmi poochta jata tha, Rasool Allah batate jate the.</w:t>
      </w:r>
      <w:r>
        <w:br/>
      </w:r>
      <w:r>
        <w:rPr>
          <w:sz w:val="20"/>
        </w:rPr>
        <w:t>24:14  tab yaqeen kar liya logon ne ke haan aisa waqea hua hai.</w:t>
      </w:r>
      <w:r>
        <w:br/>
      </w:r>
      <w:r>
        <w:rPr>
          <w:sz w:val="20"/>
        </w:rPr>
        <w:t>24:20  ab is ko compare kijiye aap. dekhiye Makkah se یروشلم ka faasla jo hai taqreeban ek hazar teen so kilometer hai.</w:t>
      </w:r>
      <w:r>
        <w:br/>
      </w:r>
      <w:r>
        <w:rPr>
          <w:sz w:val="20"/>
        </w:rPr>
        <w:t>24:33  aur Taswania se Khatwa Khatwa ka faasla das hazar, taqreeban das hazar teen so kilometer hai. yani das guna zyada.</w:t>
      </w:r>
      <w:r>
        <w:br/>
      </w:r>
      <w:r>
        <w:rPr>
          <w:sz w:val="20"/>
        </w:rPr>
        <w:t>24:43  Makkah se یروشلم ka faasla taqreeban ek hazar teen so kilometer. aur Taswania se Khatwa ka faasla taqreeban das hazar teen so kilometer.</w:t>
      </w:r>
      <w:r>
        <w:br/>
      </w:r>
      <w:r>
        <w:rPr>
          <w:sz w:val="20"/>
        </w:rPr>
        <w:t>24:56  ab aap ghor kijiye, wohi waqea to hua.</w:t>
      </w:r>
      <w:r>
        <w:br/>
      </w:r>
      <w:r>
        <w:rPr>
          <w:sz w:val="20"/>
        </w:rPr>
        <w:t>25:02  wohi waqea to hua jo Makkah mein hua tha. woh wahan hua tha bazariya Burq, yahan hua bazariya technology.</w:t>
      </w:r>
      <w:r>
        <w:br/>
      </w:r>
      <w:r>
        <w:rPr>
          <w:sz w:val="20"/>
        </w:rPr>
        <w:t>25:11  yeh hai peshangoi Quran o Hadees mein ke yeh daur aane wala hai. aur is daur ka hissa, woh is daur mein ummat hogi Muhammadi.</w:t>
      </w:r>
    </w:p>
    <w:p>
      <w:pPr>
        <w:pStyle w:val="Heading2"/>
      </w:pPr>
      <w:r>
        <w:t>Opening dua, the divorce hadith, and the Iblis story</w:t>
      </w:r>
    </w:p>
    <w:p>
      <w:r>
        <w:rPr>
          <w:color w:val="666666"/>
          <w:sz w:val="18"/>
        </w:rPr>
        <w:t>Married Life April 29, 2017 Maulana Wahiduddin Khan · 3m 14s · at 0:14 · https://youtu.be/ONfOGL9_VHg?t=14</w:t>
      </w:r>
    </w:p>
    <w:p>
      <w:r>
        <w:rPr>
          <w:i/>
        </w:rPr>
        <w:t>“Bismillah ir-Rahman ir-Rahim, rab ishrah li sadri”</w:t>
      </w:r>
    </w:p>
    <w:p>
      <w:r>
        <w:rPr>
          <w:sz w:val="20"/>
        </w:rPr>
        <w:t>0:14  bismillah-ir-rahman-ir-rahim, wa-sallallahu 'ala-n-nabiyyi-l-karim. rab-bish-rah-li sadri, wa yassir li amri,</w:t>
      </w:r>
      <w:r>
        <w:br/>
      </w:r>
      <w:r>
        <w:rPr>
          <w:sz w:val="20"/>
        </w:rPr>
        <w:t>0:29  wahl-ul-'uqdatan min lisani, yafqahu qawli.</w:t>
      </w:r>
      <w:r>
        <w:br/>
      </w:r>
      <w:r>
        <w:rPr>
          <w:sz w:val="20"/>
        </w:rPr>
        <w:t>0:40  29 April 2017.</w:t>
      </w:r>
      <w:r>
        <w:br/>
      </w:r>
      <w:r>
        <w:rPr>
          <w:sz w:val="20"/>
        </w:rPr>
        <w:t>0:50  dekhiye, ek hadith hai nikah ke bare mein,</w:t>
      </w:r>
      <w:r>
        <w:br/>
      </w:r>
      <w:r>
        <w:rPr>
          <w:sz w:val="20"/>
        </w:rPr>
        <w:t>0:59  woh yeh hai ke: "abghad-ul-halal 'ind-al-lah hai at-talaq</w:t>
      </w:r>
      <w:r>
        <w:br/>
      </w:r>
      <w:r>
        <w:rPr>
          <w:sz w:val="20"/>
        </w:rPr>
        <w:t>1:06  " ke Allah ke nazdeek sab se zyada mabghood cheez talaq hai, agarche halal kiya gaya hai is ko, lekin woh bohat zyada mabghood cheez hai.</w:t>
      </w:r>
      <w:r>
        <w:br/>
      </w:r>
      <w:r>
        <w:rPr>
          <w:sz w:val="20"/>
        </w:rPr>
        <w:t>1:20  to mein bohat din sochta tha</w:t>
      </w:r>
      <w:r>
        <w:br/>
      </w:r>
      <w:r>
        <w:rPr>
          <w:sz w:val="20"/>
        </w:rPr>
        <w:t>1:25  ke aakhir kya baat hai ke mabghood itni zyada hai, agarche is ko</w:t>
      </w:r>
      <w:r>
        <w:br/>
      </w:r>
      <w:r>
        <w:rPr>
          <w:sz w:val="20"/>
        </w:rPr>
        <w:t>1:35  as a law of justice halal kiya gaya hai. to is ka jawab mujhe ek aur hadith se mila.</w:t>
      </w:r>
      <w:r>
        <w:br/>
      </w:r>
      <w:r>
        <w:rPr>
          <w:sz w:val="20"/>
        </w:rPr>
        <w:t>1:46  ek hadith hai ke iblis jo hai, yani iblis woh hai jo shayateen ka sardar hua hai,</w:t>
      </w:r>
      <w:r>
        <w:br/>
      </w:r>
      <w:r>
        <w:rPr>
          <w:sz w:val="20"/>
        </w:rPr>
        <w:t>2:00  to woh apna</w:t>
      </w:r>
      <w:r>
        <w:br/>
      </w:r>
      <w:r>
        <w:rPr>
          <w:sz w:val="20"/>
        </w:rPr>
        <w:t>2:05  jalsa karta hai samandar par. saare dunya ke shaitan ikattha hote hain, woh poochta hai ke tum ne kya kiya, tum ne kya kiya?</w:t>
      </w:r>
      <w:r>
        <w:br/>
      </w:r>
      <w:r>
        <w:rPr>
          <w:sz w:val="20"/>
        </w:rPr>
        <w:t>2:19  to har ek ko jo kuch batata hai ke maine kisi ka qatl karwa diya, maine kisi ka yeh kar diya, woh kar diya.</w:t>
      </w:r>
      <w:r>
        <w:br/>
      </w:r>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Rebutting Ahle Quran's rejection of hadith</w:t>
      </w:r>
    </w:p>
    <w:p>
      <w:r>
        <w:rPr>
          <w:color w:val="666666"/>
          <w:sz w:val="18"/>
        </w:rPr>
        <w:t>Understanding The Importance of Hadith November 20, 2022 · 5m 56s · at 35:10 · https://youtu.be/xwY_Qsz4HSQ?t=2110</w:t>
      </w:r>
    </w:p>
    <w:p>
      <w:r>
        <w:rPr>
          <w:i/>
        </w:rPr>
        <w:t>“Ahle Quran kehte hain hum sirf Quran ko manenge, hadith ko nahin”</w:t>
      </w:r>
    </w:p>
    <w:p>
      <w:r>
        <w:rPr>
          <w:sz w:val="20"/>
        </w:rPr>
        <w:t>35:10  To yeh jo Ahle Quran hotay hain, woh kehtay hain ke hum sirf Quran ko manengay, woh hadith ko nahi mantay.</w:t>
      </w:r>
      <w:r>
        <w:br/>
      </w:r>
      <w:r>
        <w:rPr>
          <w:sz w:val="20"/>
        </w:rPr>
        <w:t>35:18  Ah, to jo yeh Islam mein woh kyun aisa kartay hain, woh samajhtay hain ke hadith ki jo tadween hai, compilation hai, ispar woh shubah kartay hain.</w:t>
      </w:r>
      <w:r>
        <w:br/>
      </w:r>
      <w:r>
        <w:rPr>
          <w:sz w:val="20"/>
        </w:rPr>
        <w:t>35:31  Kehtay hain ke yeh compilation jo hai, to woh Rasool Allah Sal Allah Alaihi Wasallam ke zamanay mein to hui nahi. Baad mein woh kehtay hain iska koi aitbar nahi, kitni authentic hai, kitni authentic nahi hai, kyunke hadithain to hafizay mein zyada tar hoti theen.</w:t>
      </w:r>
      <w:r>
        <w:br/>
      </w:r>
      <w:r>
        <w:rPr>
          <w:sz w:val="20"/>
        </w:rPr>
        <w:t>35:47  Ab halankay yeh bhi woh hai, kyunke is zamanay mein hafiza bohat hi qawi hota tha. Is zamanay mein writing waghera to bohat hi kam iska riwaj tha, na? To tamam log jo hain, hafizay mein hi sab kuch rakhtay thay, aur unko sab kuch yaad rehta tha.</w:t>
      </w:r>
      <w:r>
        <w:br/>
      </w:r>
      <w:r>
        <w:rPr>
          <w:sz w:val="20"/>
        </w:rPr>
        <w:t>36:06  Ah, hafizay mein sari poetry jo hain, poems jo hain, woh hafizay se sari recite kartay thay. Sari baatein hafizay se</w:t>
      </w:r>
      <w:r>
        <w:br/>
      </w:r>
      <w:r>
        <w:rPr>
          <w:sz w:val="20"/>
        </w:rPr>
        <w:t>36:15  hoti theen. To jab jitna zyada hafizay ko use kiya jaye, utna hi zyada woh strong ho jata hai. To aik to yeh ke hafiza unka zabardast tha, unko jo kuch bhi hafiz karte thay, woh unko yaad rehta tha. Bohat saray to aisay log hain jinki photographic memory hoti thi, aik bar parha, bas unko wohi yaad ho gaya.</w:t>
      </w:r>
      <w:r>
        <w:br/>
      </w:r>
      <w:r>
        <w:rPr>
          <w:sz w:val="20"/>
        </w:rPr>
        <w:t>36:39  Phir doosri baat yeh hai ke hadith ki jo collection hua, woh sirf collection karke kitab nahi banadi gayi, balkay iski zabardast tareeqay se scrutiny hui hai.</w:t>
      </w:r>
      <w:r>
        <w:br/>
      </w:r>
      <w:r>
        <w:rPr>
          <w:sz w:val="20"/>
        </w:rPr>
        <w:t>36:51  To scrutiny karke Imam Bukhari ne, ah, aur Imam Sahih Muslim mein jo sari hadithain hain, Sahih Bukhari mein jo hadithain hain</w:t>
      </w:r>
      <w:r>
        <w:br/>
      </w:r>
      <w:r>
        <w:rPr>
          <w:sz w:val="20"/>
        </w:rPr>
        <w:t>37:01  , to yeh sari itni scrutiny karke unhon ne aik aik hadith ka pata kiya, aur is is kay liye unhon ne jo hai poora fun nikala, discipline poora banaya ke narrator ki jaanch ki jaye.</w:t>
      </w:r>
      <w:r>
        <w:br/>
      </w:r>
      <w:r>
        <w:rPr>
          <w:sz w:val="20"/>
        </w:rPr>
        <w:t>37:14  Kyunke asal cheez to narrator tha. Agar narrator sahi nahi hai, narrator sach nahi hai, iska hafiza nahi hai sahi, to iski hadith ko lene mein phir masla paida ho jata hai. Woh woh authentic nahi ho sakti thi.</w:t>
      </w:r>
      <w:r>
        <w:br/>
      </w:r>
      <w:r>
        <w:rPr>
          <w:sz w:val="20"/>
        </w:rPr>
        <w:t>37:30  To</w:t>
      </w:r>
      <w:r>
        <w:br/>
      </w:r>
      <w:r>
        <w:rPr>
          <w:sz w:val="20"/>
        </w:rPr>
        <w:t>37:31  is tareeqay se sari cheezon ko dhiyan mein rakhtay huay aur poori mehnat karte huay hadithon ko jama kiya gaya.</w:t>
      </w:r>
      <w:r>
        <w:br/>
      </w:r>
      <w:r>
        <w:rPr>
          <w:sz w:val="20"/>
        </w:rPr>
        <w:t>37:41  To Musnad Ahmad mein bhi tees hazar hadithain hain, aur iskay baad jab ab to computerized ho gaya sab kuch, ab ab taqreeban pachas hazar hadithain computer mein ab easily jo hain, woh available hain.</w:t>
      </w:r>
      <w:r>
        <w:br/>
      </w:r>
      <w:r>
        <w:rPr>
          <w:sz w:val="20"/>
        </w:rPr>
        <w:t>38:00  To hafiza jo tha, woh sab se pehle tha. Aur doosri yeh hai ke bohat saray aisay sahifay hain jo Rasool Allah Sal Allah Alaihi Wasallam ke zamanay mein likh liye gaye thay, jaisay mein ne abhi bataya tha.</w:t>
      </w:r>
      <w:r>
        <w:br/>
      </w:r>
      <w:r>
        <w:rPr>
          <w:sz w:val="20"/>
        </w:rPr>
        <w:t>38:15  To aik Imam Ibn Shihab Al-Zuhri thay, to unka hafiza bohat zabardast tha. To aik bar Khalifa Hisham ibn Abd al-Malik ne unka hafizay ki test lena chaha,</w:t>
      </w:r>
      <w:r>
        <w:br/>
      </w:r>
      <w:r>
        <w:rPr>
          <w:sz w:val="20"/>
        </w:rPr>
        <w:t>38:29  to unhon ne 400 hadithain unse, ah, imla karwayeen. Unhon ne jis order mein 400 hadithain imla keen, to woh unhon ne isko likhwa liya.</w:t>
      </w:r>
      <w:r>
        <w:br/>
      </w:r>
      <w:r>
        <w:rPr>
          <w:sz w:val="20"/>
        </w:rPr>
        <w:t>38:40  Badshah ne, Khalifa ne isko likhwa liya. Phir aik mahinay kay baad unse kaha ke woh hadithain misplace ho gayi hain, aap dobara se usi order se imla karadijiye.</w:t>
      </w:r>
      <w:r>
        <w:br/>
      </w:r>
      <w:r>
        <w:rPr>
          <w:sz w:val="20"/>
        </w:rPr>
        <w:t>38:52  To</w:t>
      </w:r>
      <w:r>
        <w:br/>
      </w:r>
      <w:r>
        <w:rPr>
          <w:sz w:val="20"/>
        </w:rPr>
        <w:t>38:53  unhon ne poora usi order se imla karadiya. Aur is mein jab unhon ne dono milaye, woh to aisay hi tha unse. Jab dono tally kiye to dono mein koi bhi farq nahi tha.</w:t>
      </w:r>
      <w:r>
        <w:br/>
      </w:r>
      <w:r>
        <w:rPr>
          <w:sz w:val="20"/>
        </w:rPr>
        <w:t>39:03  to kuch logon ki bohat zabardast memory hoti hai, to iska jo hai, woh iska pura istemal kiya. unhon ne pura apne aap ko dedicate kar diya is mission ke liye.</w:t>
      </w:r>
      <w:r>
        <w:br/>
      </w:r>
      <w:r>
        <w:rPr>
          <w:sz w:val="20"/>
        </w:rPr>
        <w:t>39:16  ek Hafiz Qatada the, to woh Hazrat Anas ke shagird the.</w:t>
      </w:r>
      <w:r>
        <w:br/>
      </w:r>
      <w:r>
        <w:rPr>
          <w:sz w:val="20"/>
        </w:rPr>
        <w:t>39:21  unhon ne kaha ke jo kuch mere kaan mein pad jata hai, woh hamesha ke liye mehfooz ho jata hai. to aise aise log the jinhon ne is mission mein pura hissa liya, aur iske liye apne apne sacrifice ke level par unhon ne kaam kiya.</w:t>
      </w:r>
      <w:r>
        <w:br/>
      </w:r>
      <w:r>
        <w:rPr>
          <w:sz w:val="20"/>
        </w:rPr>
        <w:t>39:40  to ek hai Hammam bin Munabbeh. Hammam bin Munabbeh, woh Abu Huraira ke hamwatn</w:t>
      </w:r>
      <w:r>
        <w:br/>
      </w:r>
      <w:r>
        <w:rPr>
          <w:sz w:val="20"/>
        </w:rPr>
        <w:t>39:47  the, to isi liye woh Abu Huraira ke khidmat mein hazir hue, aur un se unhon ne bohat bohat kuch hadithon ko seekha. to kehte hain ke 150 hadithain Hazrat Abu Huraira ne in ko imla karai thin, dictate karai thin.</w:t>
      </w:r>
      <w:r>
        <w:br/>
      </w:r>
      <w:r>
        <w:rPr>
          <w:sz w:val="20"/>
        </w:rPr>
        <w:t>40:02  to yeh jo yeh iska yeh jo hai na, Sahifa Hammam bin Munabbeh</w:t>
      </w:r>
      <w:r>
        <w:br/>
      </w:r>
      <w:r>
        <w:rPr>
          <w:sz w:val="20"/>
        </w:rPr>
        <w:t>40:08  hai, to yeh jo hai, iski khaas baat yeh hai ke yeh asal Berlin aur Damascus ke kutub khane mein iska manuscript maujood tha.</w:t>
      </w:r>
      <w:r>
        <w:br/>
      </w:r>
      <w:r>
        <w:rPr>
          <w:sz w:val="20"/>
        </w:rPr>
        <w:t>40:19  to Dr. Muhammad Hamidullah, jo ke bohat, ah, is par unhon ne kaam kiya hai hadith par, to un ko yeh manuscript mila.</w:t>
      </w:r>
      <w:r>
        <w:br/>
      </w:r>
      <w:r>
        <w:rPr>
          <w:sz w:val="20"/>
        </w:rPr>
        <w:t>40:28  phir unhon ne yeh hadithain jo hain, Musnad Ahmad mein shamil hain,</w:t>
      </w:r>
      <w:r>
        <w:br/>
      </w:r>
      <w:r>
        <w:rPr>
          <w:sz w:val="20"/>
        </w:rPr>
        <w:t>40:33  to unhon ne is manuscript se Musnad Ahmad ki hadithon ko milaya, to bilkul exact woh tha. to agar ek cheez aisi sabit ho jaye to is se pata chalta hai ke jo kuch Musnad Ahmad mein aur doosri kitabon mein shamil kiya gaya hai, un logon ke jo sahife, woh bilkul exact sabit shamil kiya</w:t>
      </w:r>
      <w:r>
        <w:br/>
      </w:r>
      <w:r>
        <w:rPr>
          <w:sz w:val="20"/>
        </w:rPr>
        <w:t>40:56  kiya gaya hai. kyunke Rasool Allah (SAW) ne kaha tha ke mere ko ke meri baat koi galat naqal karega to isko bohat ziyada gunah milega.</w:t>
      </w:r>
    </w:p>
    <w:p>
      <w:pPr>
        <w:pStyle w:val="Heading2"/>
      </w:pPr>
      <w:r>
        <w:t>CPS mission to correct thinking</w:t>
      </w:r>
    </w:p>
    <w:p>
      <w:r>
        <w:rPr>
          <w:color w:val="666666"/>
          <w:sz w:val="18"/>
        </w:rPr>
        <w:t>Hadith Prediction November 3, 2013 · 4m 32s · at 41:26 · https://youtu.be/cb5Lzw9c8aE?t=2486</w:t>
      </w:r>
    </w:p>
    <w:p>
      <w:r>
        <w:rPr>
          <w:i/>
        </w:rPr>
        <w:t>“Our CPS colleagues have a great responsibility.”</w:t>
      </w:r>
    </w:p>
    <w:p>
      <w:r>
        <w:rPr>
          <w:sz w:val="20"/>
        </w:rPr>
        <w:t>41:26  to hamare jo saathi hain, jo CPS ke hazraat hain, un ka yeh, un ka bahut bada zimmedari hai ke woh logon ko yeh baat batayein aur logon ke mindset ko durust karne ki koshish karein.</w:t>
      </w:r>
      <w:r>
        <w:br/>
      </w:r>
      <w:r>
        <w:rPr>
          <w:sz w:val="20"/>
        </w:rPr>
        <w:t>41:50  jab yeh halat aa jaye ke log kalma parh kar islam ke fold mein aa gaye hon, lekin mind set wahi ka wahi ho, to dekhen, kalma parhwana se kaam nahi chalega.</w:t>
      </w:r>
      <w:r>
        <w:br/>
      </w:r>
      <w:r>
        <w:rPr>
          <w:sz w:val="20"/>
        </w:rPr>
        <w:t>42:02  aaj kal kuch jamaatein kaam kar rahi hain ke woh kalma parhwati hain, yani is ki tasheeh karti hain. kahin jayenge, kahin kalma parho, is ka sahi sahi, is ka talaffuz badalti hai to sahi karenge.</w:t>
      </w:r>
      <w:r>
        <w:br/>
      </w:r>
      <w:r>
        <w:rPr>
          <w:sz w:val="20"/>
        </w:rPr>
        <w:t>42:12  is ko yeh kafi nahi hai. aap ko in ke mind set ko badalna padega.</w:t>
      </w:r>
      <w:r>
        <w:br/>
      </w:r>
      <w:r>
        <w:rPr>
          <w:sz w:val="20"/>
        </w:rPr>
        <w:t>42:20  to aap ki yeh zimmedari hai ke islah ummat ke kaam ko yahan se shuru karen, in ke mind set ko badalne se shuru karen.</w:t>
      </w:r>
      <w:r>
        <w:br/>
      </w:r>
      <w:r>
        <w:rPr>
          <w:sz w:val="20"/>
        </w:rPr>
        <w:t>42:30  islaah ummat ka kaam is tarah nahi hoga ke aap ko kalma ka sahi talaffuz karwayen, aap in ke namazon ko durust karen, form ke aitbar se.</w:t>
      </w:r>
      <w:r>
        <w:br/>
      </w:r>
      <w:r>
        <w:rPr>
          <w:sz w:val="20"/>
        </w:rPr>
        <w:t>42:39  is tarah nahi hoga. aap ko in ke mind set ko durust karna padega.</w:t>
      </w:r>
      <w:r>
        <w:br/>
      </w:r>
      <w:r>
        <w:rPr>
          <w:sz w:val="20"/>
        </w:rPr>
        <w:t>42:46  yahi hai jo sahib, ek sahabi ne kaha tha ke ta'allam ul-iman thumma ta'allam ul-quran. hum ne pehle iman seekha, phir hum ne quran ko parha.</w:t>
      </w:r>
      <w:r>
        <w:br/>
      </w:r>
      <w:r>
        <w:rPr>
          <w:sz w:val="20"/>
        </w:rPr>
        <w:t>42:55  is ka matlab ke apne mind set ko badla, phir quran hamari samajh mein aaya. yeh mashhoor hadith hai ke ta'allam ul-iman thumma ta'allam ul-quran.</w:t>
      </w:r>
      <w:r>
        <w:br/>
      </w:r>
      <w:r>
        <w:rPr>
          <w:sz w:val="20"/>
        </w:rPr>
        <w:t>43:08  hum ne iman ko seekha, phir hum ne quran ko seekha.</w:t>
      </w:r>
      <w:r>
        <w:br/>
      </w:r>
      <w:r>
        <w:rPr>
          <w:sz w:val="20"/>
        </w:rPr>
        <w:t>43:11  to is ka matlab yahi hai ke pehle hum ne apne mind set ko badla, phir quran ko samjha. hum ne kyunke agar aap mind set ko na badlen to aap quran ko samajh nahi sakte.</w:t>
      </w:r>
      <w:r>
        <w:br/>
      </w:r>
      <w:r>
        <w:rPr>
          <w:sz w:val="20"/>
        </w:rPr>
        <w:t>43:28  quran ko samajhne ke liye zaroori hota hai ke aap ne mind set ko badla jaye, objective objectiveity laye apne andar.</w:t>
      </w:r>
      <w:r>
        <w:br/>
      </w:r>
      <w:r>
        <w:rPr>
          <w:sz w:val="20"/>
        </w:rPr>
        <w:t>43:37  subject, subjective mind ke sath aap quran ko nahi parh sakte, nahi samajh sakte. objective mind ho tab aap samajh pate hain quran ko. to is hadith ka matlab yahi hai ke hum pehle, hum ne apni de cardination ki, apne apne mind set ko badla,</w:t>
      </w:r>
      <w:r>
        <w:br/>
      </w:r>
      <w:r>
        <w:rPr>
          <w:sz w:val="20"/>
        </w:rPr>
        <w:t>43:55  apne andar sahi soch laye, right thinking laye, apne thinking pattern ko badla. hum ne tab quran ko parha to quran hamari samajh mein aaya.</w:t>
      </w:r>
      <w:r>
        <w:br/>
      </w:r>
      <w:r>
        <w:rPr>
          <w:sz w:val="20"/>
        </w:rPr>
        <w:t>44:10  to aap ko, yani jo cps ke log hain, un ko yeh, un ka yeh jo two fold nishan hai, un ka hai.</w:t>
      </w:r>
      <w:r>
        <w:br/>
      </w:r>
      <w:r>
        <w:rPr>
          <w:sz w:val="20"/>
        </w:rPr>
        <w:t>44:20  aam logon ko, doosri qaumon ko aap quran pahunchayen, un ko Allah ki kitab pahunchayen. yeh hai kaam aap ka.</w:t>
      </w:r>
      <w:r>
        <w:br/>
      </w:r>
      <w:r>
        <w:rPr>
          <w:sz w:val="20"/>
        </w:rPr>
        <w:t>44:31  aur musalmanon ke muamle mein aap ka kaam yeh hai ke un ke thinking pattern ko badlen, un ke mind set ko badlen, un ke soch ko badlen.</w:t>
      </w:r>
      <w:r>
        <w:br/>
      </w:r>
      <w:r>
        <w:rPr>
          <w:sz w:val="20"/>
        </w:rPr>
        <w:t>44:39  jab tak yeh kaam nahi hoga, tab tak aage koi kaam nahi ho sakta.</w:t>
      </w:r>
      <w:r>
        <w:br/>
      </w:r>
      <w:r>
        <w:rPr>
          <w:sz w:val="20"/>
        </w:rPr>
        <w:t>44:47  jab tak thinking pattern na badle, tab tak aage koi kaam nahi ho sakta. hatta ke quran padhenge, tab bhi samjhenge bhi nahi is ko. parh kar bhi nahi samajh payenge.</w:t>
      </w:r>
      <w:r>
        <w:br/>
      </w:r>
      <w:r>
        <w:rPr>
          <w:sz w:val="20"/>
        </w:rPr>
        <w:t>44:59  to aap ko ek taraf to aam logon ke liye Allah ke paigham ko pahunchana hai, aur doosri taraf musalmanon ke liye un ke thinking pattern ko badalna hai, un ke mind set ko correct karna hai.</w:t>
      </w:r>
      <w:r>
        <w:br/>
      </w:r>
      <w:r>
        <w:rPr>
          <w:sz w:val="20"/>
        </w:rPr>
        <w:t>45:15  yeh two fold mission aap ka hai.</w:t>
      </w:r>
      <w:r>
        <w:br/>
      </w:r>
      <w:r>
        <w:rPr>
          <w:sz w:val="20"/>
        </w:rPr>
        <w:t>45:24  meri dua hai ke Allah taala mujh ko aur aap ko tofeeq de ke hum Allah ke mission ko sahi dhang par chalayen, aur Allah ki taraf se humein dunya mein bhi, akhirat dunya mein bhi, sa'adat mile, akhirat mein bhi hum ko Allah ki sa'adat mile.</w:t>
      </w:r>
      <w:r>
        <w:br/>
      </w:r>
      <w:r>
        <w:rPr>
          <w:sz w:val="20"/>
        </w:rPr>
        <w:t>45:42  aqool qawli hadha wa astaghfirullaha li wa lakum ajmaeen</w:t>
      </w:r>
    </w:p>
    <w:p>
      <w:pPr>
        <w:pStyle w:val="Heading2"/>
      </w:pPr>
      <w:r>
        <w:t>Dajjali thought divides, Mahdi exposes</w:t>
      </w:r>
    </w:p>
    <w:p>
      <w:r>
        <w:rPr>
          <w:color w:val="666666"/>
          <w:sz w:val="18"/>
        </w:rPr>
        <w:t>Warnings of Doomsday February 4, 2007 · 4m 25s · at 10:57 · https://youtu.be/VT0BnPl_-zc?t=657</w:t>
      </w:r>
    </w:p>
    <w:p>
      <w:r>
        <w:rPr>
          <w:i/>
        </w:rPr>
        <w:t>“Dajjali thought ki best pehchan kya hai?”</w:t>
      </w:r>
    </w:p>
    <w:p>
      <w:r>
        <w:rPr>
          <w:sz w:val="20"/>
        </w:rPr>
        <w:t>10:57  to dajali thought ya dajali ideology ki best pehchan kya hai? best pehchan yeh hai ke woh insaan ko do mein bantay.</w:t>
      </w:r>
      <w:r>
        <w:br/>
      </w:r>
      <w:r>
        <w:rPr>
          <w:sz w:val="20"/>
        </w:rPr>
        <w:t>11:10  isi liye hadith mein aata hai ke dajjal ek aankh ka hoga, dajjal ek aankh ka hoga. is ka matlab yahi hai ke ek ki side lay ga aur us ko doosray se takraye ga.</w:t>
      </w:r>
      <w:r>
        <w:br/>
      </w:r>
      <w:r>
        <w:rPr>
          <w:sz w:val="20"/>
        </w:rPr>
        <w:t>11:22  woh yeh matlab hai is ka. yahi secular field mein hua. marx ne side liya un logon ki jin ko apnay taur par kaha ke exploited log hain.</w:t>
      </w:r>
      <w:r>
        <w:br/>
      </w:r>
      <w:r>
        <w:rPr>
          <w:sz w:val="20"/>
        </w:rPr>
        <w:t>11:35  mein nahi manta ke woh exploited log thay, lekin phir marx ne jo banta insaan ko, ek exploited, ek exploiter, to exploited ki side liya.</w:t>
      </w:r>
      <w:r>
        <w:br/>
      </w:r>
      <w:r>
        <w:rPr>
          <w:sz w:val="20"/>
        </w:rPr>
        <w:t>11:45  us ne un ko takraya exploiter se apni samajh ke mutabiq, aur phir woh takrao paida hua ke 25 million insaan commission empire mein wada le gaye, 25 million insaan is takrao ke nateejay mein.</w:t>
      </w:r>
      <w:r>
        <w:br/>
      </w:r>
      <w:r>
        <w:rPr>
          <w:sz w:val="20"/>
        </w:rPr>
        <w:t>12:01  russion ke nazariye mein, aur dekhiye, ruler aur ruled ka batwara tha. king rule kartay hain aur doosray log ruled hain. ab in dono mein takrao kya?</w:t>
      </w:r>
      <w:r>
        <w:br/>
      </w:r>
      <w:r>
        <w:rPr>
          <w:sz w:val="20"/>
        </w:rPr>
        <w:t>12:11  aaj tak woh takrao khatam nahi hua. democracy kya hua? democracy ke naam par kya aaya? anarchy aayi. democracy ke naam par anarchy aayi kyunke takrao aaya.</w:t>
      </w:r>
      <w:r>
        <w:br/>
      </w:r>
      <w:r>
        <w:rPr>
          <w:sz w:val="20"/>
        </w:rPr>
        <w:t>12:23  is tarah se aap dekhen, gender equality kitna</w:t>
      </w:r>
      <w:r>
        <w:br/>
      </w:r>
      <w:r>
        <w:rPr>
          <w:sz w:val="20"/>
        </w:rPr>
        <w:t>12:26  beautiful word hai! yeh kitna beautiful word hai, gender equality. lekin aap dekhen, aurat mard mein takrao aa gaya. gender equality ka word bohat beautiful lagta hai kehne mein, lekin aap practical sense mein dekhiye,</w:t>
      </w:r>
      <w:r>
        <w:br/>
      </w:r>
      <w:r>
        <w:rPr>
          <w:sz w:val="20"/>
        </w:rPr>
        <w:t>12:43  saaray dunya mein aurat aur mard ka jora, yeh shadi hui, shadi hoti hai love marriage ke taur par, aur aglay din jhagda shuru ho jata hai aapas mein kyunke woh apnay rights mangtay hain, woh apna right mangtay hain.</w:t>
      </w:r>
      <w:r>
        <w:br/>
      </w:r>
      <w:r>
        <w:rPr>
          <w:sz w:val="20"/>
        </w:rPr>
        <w:t>12:59  to to jitnay bhi is zamanay mein ideology nikali logon ne, woh sab takrao wali ideology thi. insaan ko do tukron mein banta unhon ne.</w:t>
      </w:r>
      <w:r>
        <w:br/>
      </w:r>
      <w:r>
        <w:rPr>
          <w:sz w:val="20"/>
        </w:rPr>
        <w:t>13:10  in in equality is zamanay jo thay, thinker thay, sab opsis thay equality ka, sab se equality, social equality, economic equality, gender equality, har taraf equality, equality, equality.</w:t>
      </w:r>
      <w:r>
        <w:br/>
      </w:r>
      <w:r>
        <w:rPr>
          <w:sz w:val="20"/>
        </w:rPr>
        <w:t>13:25  lekin aap dekhiye, result kya nikla? result nikla takrao. kyu? khuda ne ya nature ne paida hi nahi kiya hai equal, paida kiya unequal.</w:t>
      </w:r>
      <w:r>
        <w:br/>
      </w:r>
      <w:r>
        <w:rPr>
          <w:sz w:val="20"/>
        </w:rPr>
        <w:t>13:40  to practical sense mein dunya mein inequality hai. do bhaiyon mein bhi difference hota hai, aurat mard mein difference hota hai, samaj mein difference hota hai, lekin unhon ne zabardasti chaha ke equal banaye, zabardasti.</w:t>
      </w:r>
      <w:r>
        <w:br/>
      </w:r>
      <w:r>
        <w:rPr>
          <w:sz w:val="20"/>
        </w:rPr>
        <w:t>13:54  to kya hua? takrao hai. to jin ko ke yaani log, kuch logon ko yeh ehsaas dilaya, kuch logon ke dil mein yeh feeling bhari ke tum superior, tum inferior bana diye gaye ho.</w:t>
      </w:r>
      <w:r>
        <w:br/>
      </w:r>
      <w:r>
        <w:rPr>
          <w:sz w:val="20"/>
        </w:rPr>
        <w:t>14:09  kuch logon ko bataya ke woh superior bana diye gaye hain. to black and white ka takrao, aurat mard ka takrao, labor aur aur us ka capitalist ka takrao,</w:t>
      </w:r>
      <w:r>
        <w:br/>
      </w:r>
      <w:r>
        <w:rPr>
          <w:sz w:val="20"/>
        </w:rPr>
        <w:t>14:22  har jagah yahi hua. to yeh saari ideologies jo insaan ko do hisse mein baantin, to iska hadith mein jo aaya hai ke in ke dajjal ek aankh wala hoga,</w:t>
      </w:r>
      <w:r>
        <w:br/>
      </w:r>
      <w:r>
        <w:rPr>
          <w:sz w:val="20"/>
        </w:rPr>
        <w:t>14:36  ek aankh wala maani hai ke society ke ek section ko favour karega. woh</w:t>
      </w:r>
      <w:r>
        <w:br/>
      </w:r>
      <w:r>
        <w:rPr>
          <w:sz w:val="20"/>
        </w:rPr>
        <w:t>14:44  yaani one sided thinking iski hogi. iski jo ideology hogi, ek ko favour karegi aur doosre ko bura batayegi.</w:t>
      </w:r>
      <w:r>
        <w:br/>
      </w:r>
      <w:r>
        <w:rPr>
          <w:sz w:val="20"/>
        </w:rPr>
        <w:t>14:55  yeh hua is zamane mein. jitne bhi ideology uthi is zamane mein, aap dekhiye, sab mein yeh hua ke ek ko lekar doosre se takrana, isko ek ki favour karna aur doosre ko galat batana, yeh tha dajali tehzeeb.</w:t>
      </w:r>
      <w:r>
        <w:br/>
      </w:r>
      <w:r>
        <w:rPr>
          <w:sz w:val="20"/>
        </w:rPr>
        <w:t>15:11  to iske muqable mein jo mehdi ka role hai, woh hai isko expose karna, dajjal ke dajali ko expose karna, dajjal ke fitne ko expose karna.</w:t>
      </w:r>
    </w:p>
    <w:p>
      <w:pPr>
        <w:pStyle w:val="Heading2"/>
      </w:pPr>
      <w:r>
        <w:t>Meaning of ulul albab and a scholar's story</w:t>
      </w:r>
    </w:p>
    <w:p>
      <w:r>
        <w:rPr>
          <w:color w:val="666666"/>
          <w:sz w:val="18"/>
        </w:rPr>
        <w:t>Lessons from My Journey to Canada II January 10, 2016 · 5m 33s · at 45:10 · https://youtu.be/GHF2Ph3GW7A?t=2710</w:t>
      </w:r>
    </w:p>
    <w:p>
      <w:r>
        <w:rPr>
          <w:i/>
        </w:rPr>
        <w:t>“Ulul albab means people of intellect”</w:t>
      </w:r>
    </w:p>
    <w:p>
      <w:r>
        <w:rPr>
          <w:sz w:val="20"/>
        </w:rPr>
        <w:t>45:10  ?" dekhein, ulul albab ka matlab aqal wale,</w:t>
      </w:r>
      <w:r>
        <w:br/>
      </w:r>
      <w:r>
        <w:rPr>
          <w:sz w:val="20"/>
        </w:rPr>
        <w:t>45:15  jis ko hum kehte hain urdu arbab e aqal.</w:t>
      </w:r>
      <w:r>
        <w:br/>
      </w:r>
      <w:r>
        <w:rPr>
          <w:sz w:val="20"/>
        </w:rPr>
        <w:t>45:20  to abhi kal parson ki baat hai, mujh se ek sahab ne kaha ke woh gaye Europe, wahan</w:t>
      </w:r>
      <w:r>
        <w:br/>
      </w:r>
      <w:r>
        <w:rPr>
          <w:sz w:val="20"/>
        </w:rPr>
        <w:t>45:28  unhon ne ek taqreer suni kisi Muslim scholar ki.</w:t>
      </w:r>
      <w:r>
        <w:br/>
      </w:r>
      <w:r>
        <w:rPr>
          <w:sz w:val="20"/>
        </w:rPr>
        <w:t>45:32  to unhon ne kaha ke Quran ko samajhna ulul albab ka kaam hai.</w:t>
      </w:r>
      <w:r>
        <w:br/>
      </w:r>
      <w:r>
        <w:rPr>
          <w:sz w:val="20"/>
        </w:rPr>
        <w:t>45:40  Quran mein aaya hai ke "inma ulul albab</w:t>
      </w:r>
      <w:r>
        <w:br/>
      </w:r>
      <w:r>
        <w:rPr>
          <w:sz w:val="20"/>
        </w:rPr>
        <w:t>45:48  aqal wale samajhte hain".</w:t>
      </w:r>
      <w:r>
        <w:br/>
      </w:r>
      <w:r>
        <w:rPr>
          <w:sz w:val="20"/>
        </w:rPr>
        <w:t>45:50  to yahan aqal wale professional wale mein nahi hai ke degree wale aur</w:t>
      </w:r>
      <w:r>
        <w:br/>
      </w:r>
      <w:r>
        <w:rPr>
          <w:sz w:val="20"/>
        </w:rPr>
        <w:t>45:55  sanad wale. Aql se murad hai fitri aqal,</w:t>
      </w:r>
      <w:r>
        <w:br/>
      </w:r>
      <w:r>
        <w:rPr>
          <w:sz w:val="20"/>
        </w:rPr>
        <w:t>46:01  yani fitrat ne jo aqal aap ko di hai,</w:t>
      </w:r>
      <w:r>
        <w:br/>
      </w:r>
      <w:r>
        <w:rPr>
          <w:sz w:val="20"/>
        </w:rPr>
        <w:t>46:05  jo Allah ki takhleeq se jo aap ko aqal mili hai, us ko aap active karein, us ko</w:t>
      </w:r>
      <w:r>
        <w:br/>
      </w:r>
      <w:r>
        <w:rPr>
          <w:sz w:val="20"/>
        </w:rPr>
        <w:t>46:12  aap istemal karein,</w:t>
      </w:r>
      <w:r>
        <w:br/>
      </w:r>
      <w:r>
        <w:rPr>
          <w:sz w:val="20"/>
        </w:rPr>
        <w:t>46:14  tab aap Quran ki gehrai ko samajh payenge.</w:t>
      </w:r>
      <w:r>
        <w:br/>
      </w:r>
      <w:r>
        <w:rPr>
          <w:sz w:val="20"/>
        </w:rPr>
        <w:t>46:18  to Quran ka ek saada mafhoom hai</w:t>
      </w:r>
      <w:r>
        <w:br/>
      </w:r>
      <w:r>
        <w:rPr>
          <w:sz w:val="20"/>
        </w:rPr>
        <w:t>46:23  aur ek hai is ka gehra mafhoom.</w:t>
      </w:r>
      <w:r>
        <w:br/>
      </w:r>
      <w:r>
        <w:rPr>
          <w:sz w:val="20"/>
        </w:rPr>
        <w:t>46:26  to gehra mafhoom samajhne ke liye apni aqal ko istemal karna padega.</w:t>
      </w:r>
      <w:r>
        <w:br/>
      </w:r>
      <w:r>
        <w:rPr>
          <w:sz w:val="20"/>
        </w:rPr>
        <w:t>46:30  misal ke taur par main ek misal deta hoon, Quran ki pehli ayat hai "Alhamdolillah Rabbil Alameen".</w:t>
      </w:r>
      <w:r>
        <w:br/>
      </w:r>
      <w:r>
        <w:rPr>
          <w:sz w:val="20"/>
        </w:rPr>
        <w:t>46:37  to is ka ek matlab yeh hai ke mukhtalif mauqe par jab koi baat ho to aap keh</w:t>
      </w:r>
      <w:r>
        <w:br/>
      </w:r>
      <w:r>
        <w:rPr>
          <w:sz w:val="20"/>
        </w:rPr>
        <w:t>46:41  dein "Alhamdolillah".</w:t>
      </w:r>
      <w:r>
        <w:br/>
      </w:r>
      <w:r>
        <w:rPr>
          <w:sz w:val="20"/>
        </w:rPr>
        <w:t>46:49  phir "Alhamdolillah" ka matlab hai Allah ka shukr hai.</w:t>
      </w:r>
      <w:r>
        <w:br/>
      </w:r>
      <w:r>
        <w:rPr>
          <w:sz w:val="20"/>
        </w:rPr>
        <w:t>46:51  to aap jab sochen ge, is sochene ke liye kisi degree ki zaroorat nahi hai.</w:t>
      </w:r>
      <w:r>
        <w:br/>
      </w:r>
      <w:r>
        <w:rPr>
          <w:sz w:val="20"/>
        </w:rPr>
        <w:t>46:57  aap sochen ge ke dunya mein to evil hai, dunya mein problem hai,</w:t>
      </w:r>
      <w:r>
        <w:br/>
      </w:r>
      <w:r>
        <w:rPr>
          <w:sz w:val="20"/>
        </w:rPr>
        <w:t>47:02  to hum kaise "Alhamdulillah"</w:t>
      </w:r>
      <w:r>
        <w:br/>
      </w:r>
      <w:r>
        <w:rPr>
          <w:sz w:val="20"/>
        </w:rPr>
        <w:t>47:05  gehri speed ke sath kar payen ge?</w:t>
      </w:r>
      <w:r>
        <w:br/>
      </w:r>
      <w:r>
        <w:rPr>
          <w:sz w:val="20"/>
        </w:rPr>
        <w:t>47:08  dil mein to negative thought honge, shikayaten hongi, protest hoga,</w:t>
      </w:r>
      <w:r>
        <w:br/>
      </w:r>
      <w:r>
        <w:rPr>
          <w:sz w:val="20"/>
        </w:rPr>
        <w:t>47:15  kaise kahen ge? to ghor karte hue aap ko samajh mein ayega ke is ka matlab yeh</w:t>
      </w:r>
      <w:r>
        <w:br/>
      </w:r>
      <w:r>
        <w:rPr>
          <w:sz w:val="20"/>
        </w:rPr>
        <w:t>47:20  hua ke shikayaton ko radd karo,</w:t>
      </w:r>
      <w:r>
        <w:br/>
      </w:r>
      <w:r>
        <w:rPr>
          <w:sz w:val="20"/>
        </w:rPr>
        <w:t>47:25  problem ko ignore karo,</w:t>
      </w:r>
      <w:r>
        <w:br/>
      </w:r>
      <w:r>
        <w:rPr>
          <w:sz w:val="20"/>
        </w:rPr>
        <w:t>47:28  apne andar positive spirit ko zinda rakho, tab tum achhe tarike se "Alhamdulillah" keh paoge.</w:t>
      </w:r>
      <w:r>
        <w:br/>
      </w:r>
      <w:r>
        <w:rPr>
          <w:sz w:val="20"/>
        </w:rPr>
        <w:t>47:37  yeh hai soch ka janna.</w:t>
      </w:r>
      <w:r>
        <w:br/>
      </w:r>
      <w:r>
        <w:rPr>
          <w:sz w:val="20"/>
        </w:rPr>
        <w:t>47:40  to ek hai saada mafhoom, ek hai woh mafhoom jo tadabbur ke zariye maloom hota hai.</w:t>
      </w:r>
      <w:r>
        <w:br/>
      </w:r>
      <w:r>
        <w:rPr>
          <w:sz w:val="20"/>
        </w:rPr>
        <w:t>47:47  bas is maani mein hai "Al-Abab".</w:t>
      </w:r>
      <w:r>
        <w:br/>
      </w:r>
      <w:r>
        <w:rPr>
          <w:sz w:val="20"/>
        </w:rPr>
        <w:t>47:49  yeh nahi ke is ke liye koi degree ho, tab aap samjhen Quran ko.</w:t>
      </w:r>
      <w:r>
        <w:br/>
      </w:r>
      <w:r>
        <w:rPr>
          <w:sz w:val="20"/>
        </w:rPr>
        <w:t>47:54  maulana, agla sawal lene se pehle ek aur comment parhna chahenge jo doctor Safeena Tabassum ne bheja</w:t>
      </w:r>
      <w:r>
        <w:br/>
      </w:r>
      <w:r>
        <w:rPr>
          <w:sz w:val="20"/>
        </w:rPr>
        <w:t>48:00  ہے اجمیر سے، اور انہوں نے لکھا ہے کہ "making</w:t>
      </w:r>
      <w:r>
        <w:br/>
      </w:r>
      <w:r>
        <w:rPr>
          <w:sz w:val="20"/>
        </w:rPr>
        <w:t>48:04  God our greatest concern and adopting a human friendly behavior is the golden rule for those".</w:t>
      </w:r>
      <w:r>
        <w:br/>
      </w:r>
      <w:r>
        <w:rPr>
          <w:sz w:val="20"/>
        </w:rPr>
        <w:t>48:13  Jazakallah Maulana Sahab for giving this simple advice to prevent ourself from getting derailed.</w:t>
      </w:r>
      <w:r>
        <w:br/>
      </w:r>
      <w:r>
        <w:rPr>
          <w:sz w:val="20"/>
        </w:rPr>
        <w:t>48:21  masha Allah. Maulana, agla sawal doctor Hana ne kiya hai UK se, aur unhon ne likha hai ke</w:t>
      </w:r>
      <w:r>
        <w:br/>
      </w:r>
      <w:r>
        <w:rPr>
          <w:sz w:val="20"/>
        </w:rPr>
        <w:t>48:28  "مولانا، in UK we have experienced"</w:t>
      </w:r>
      <w:r>
        <w:br/>
      </w:r>
      <w:r>
        <w:rPr>
          <w:sz w:val="20"/>
        </w:rPr>
        <w:t>48:32  few times that when we give Quran with chocolates and gifts to non-Muslims, then they keep the</w:t>
      </w:r>
      <w:r>
        <w:br/>
      </w:r>
      <w:r>
        <w:rPr>
          <w:sz w:val="20"/>
        </w:rPr>
        <w:t>48:39  chocolates but returned the Quran as they suspected it to be a magic phenomena".</w:t>
      </w:r>
      <w:r>
        <w:br/>
      </w:r>
      <w:r>
        <w:rPr>
          <w:sz w:val="20"/>
        </w:rPr>
        <w:t>48:46  Since since these interactions are more with people who are from India, so I want to know whether</w:t>
      </w:r>
      <w:r>
        <w:br/>
      </w:r>
      <w:r>
        <w:rPr>
          <w:sz w:val="20"/>
        </w:rPr>
        <w:t>48:52  There is any concept of magic taken in India among non-Muslims for taking of Quran.</w:t>
      </w:r>
      <w:r>
        <w:br/>
      </w:r>
      <w:r>
        <w:rPr>
          <w:sz w:val="20"/>
        </w:rPr>
        <w:t>49:01  haan, is tarah ka tasawwur har jagah maujood hai, kam ya zyada, lekin is se humein kuch, yeh</w:t>
      </w:r>
      <w:r>
        <w:br/>
      </w:r>
      <w:r>
        <w:rPr>
          <w:sz w:val="20"/>
        </w:rPr>
        <w:t>49:06  hamare liye problem nahi hai.</w:t>
      </w:r>
      <w:r>
        <w:br/>
      </w:r>
      <w:r>
        <w:rPr>
          <w:sz w:val="20"/>
        </w:rPr>
        <w:t>49:10  اس لیے کہ یہ زمانہ جو ہے، اسی کے ساتھ یہ جاننا چاہیے کہ زمانہ spirit and inquiry</w:t>
      </w:r>
      <w:r>
        <w:br/>
      </w:r>
      <w:r>
        <w:rPr>
          <w:sz w:val="20"/>
        </w:rPr>
        <w:t>49:17  ka zamana hai.</w:t>
      </w:r>
      <w:r>
        <w:br/>
      </w:r>
      <w:r>
        <w:rPr>
          <w:sz w:val="20"/>
        </w:rPr>
        <w:t>49:19  hum un se keh sakte hain ke bhai, aap parh ke dekhiye, hum koi aap pe impose to</w:t>
      </w:r>
      <w:r>
        <w:br/>
      </w:r>
      <w:r>
        <w:rPr>
          <w:sz w:val="20"/>
        </w:rPr>
        <w:t>49:24  kar nahi rahe, aap parh kar dekhiye.</w:t>
      </w:r>
      <w:r>
        <w:br/>
      </w:r>
      <w:r>
        <w:rPr>
          <w:sz w:val="20"/>
        </w:rPr>
        <w:t>49:30  to kuch na kuch</w:t>
      </w:r>
      <w:r>
        <w:br/>
      </w:r>
      <w:r>
        <w:rPr>
          <w:sz w:val="20"/>
        </w:rPr>
        <w:t>49:34  misunderstanding har jagah pai jati hai, chahe India mein ho, chahe West mein ho, lekin woh mis</w:t>
      </w:r>
      <w:r>
        <w:br/>
      </w:r>
      <w:r>
        <w:rPr>
          <w:sz w:val="20"/>
        </w:rPr>
        <w:t>49:39  understanding jo hai, us ko aap yani point of discussion banaiye.</w:t>
      </w:r>
      <w:r>
        <w:br/>
      </w:r>
      <w:r>
        <w:rPr>
          <w:sz w:val="20"/>
        </w:rPr>
        <w:t>49:46  ase yeh kahiye ke aap is ko parh ke dekh lijiye, kya hai is mein?</w:t>
      </w:r>
      <w:r>
        <w:br/>
      </w:r>
      <w:r>
        <w:rPr>
          <w:sz w:val="20"/>
        </w:rPr>
        <w:t>49:54  to main samajhta hoon ke</w:t>
      </w:r>
      <w:r>
        <w:br/>
      </w:r>
      <w:r>
        <w:rPr>
          <w:sz w:val="20"/>
        </w:rPr>
        <w:t>49:57  is tarah ki soch pehle bhi thi, aaj bhi hai, aindah bhi rahegi, lekin is se dawat</w:t>
      </w:r>
      <w:r>
        <w:br/>
      </w:r>
      <w:r>
        <w:rPr>
          <w:sz w:val="20"/>
        </w:rPr>
        <w:t>50:03  ka mission rukta nahin.</w:t>
      </w:r>
      <w:r>
        <w:br/>
      </w:r>
      <w:r>
        <w:rPr>
          <w:sz w:val="20"/>
        </w:rPr>
        <w:t>50:05  dawat ka mission phir bhi jaari rehta hai, inshallah.</w:t>
      </w:r>
      <w:r>
        <w:br/>
      </w:r>
      <w:r>
        <w:rPr>
          <w:sz w:val="20"/>
        </w:rPr>
        <w:t>50:13  maulana, ek aur comment aaya hai dilli se doctor najma siddiqi ka, aur unhon ne likha hai ke</w:t>
      </w:r>
      <w:r>
        <w:br/>
      </w:r>
      <w:r>
        <w:rPr>
          <w:sz w:val="20"/>
        </w:rPr>
        <w:t>50:20  An experience, once an experience that I wanted to share with all, once I gave an English Quran</w:t>
      </w:r>
      <w:r>
        <w:br/>
      </w:r>
      <w:r>
        <w:rPr>
          <w:sz w:val="20"/>
        </w:rPr>
        <w:t>50:26  to a doctor.</w:t>
      </w:r>
      <w:r>
        <w:br/>
      </w:r>
      <w:r>
        <w:rPr>
          <w:sz w:val="20"/>
        </w:rPr>
        <w:t>50:28  he looked at me for few seconds, took it and said, i had worked in saudi arabia for</w:t>
      </w:r>
      <w:r>
        <w:br/>
      </w:r>
      <w:r>
        <w:rPr>
          <w:sz w:val="20"/>
        </w:rPr>
        <w:t>50:35  More than five years, no one ever gave me a copy of Quran which I could understand.</w:t>
      </w:r>
      <w:r>
        <w:br/>
      </w:r>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pStyle w:val="Heading2"/>
      </w:pPr>
      <w:r>
        <w:t>Reinterpreting the hadith as a call for global peaceful mission</w:t>
      </w:r>
    </w:p>
    <w:p>
      <w:r>
        <w:rPr>
          <w:color w:val="666666"/>
          <w:sz w:val="18"/>
        </w:rPr>
        <w:t>Prophetic Guidance Aug 13, 2017 · 6m 05s · at 7:03 · https://youtu.be/kRWf11h-acQ?t=423</w:t>
      </w:r>
    </w:p>
    <w:p>
      <w:r>
        <w:rPr>
          <w:i/>
        </w:rPr>
        <w:t>“To aam taur par is hadees ko log lete hain, Nabi ki fazilat ke taur par”</w:t>
      </w:r>
    </w:p>
    <w:p>
      <w:r>
        <w:rPr>
          <w:sz w:val="20"/>
        </w:rPr>
        <w:t>7:03  to aam taur par is hadith ko log lete hain, Nabi ki fazilat ke taur par.</w:t>
      </w:r>
      <w:r>
        <w:br/>
      </w:r>
      <w:r>
        <w:rPr>
          <w:sz w:val="20"/>
        </w:rPr>
        <w:t>7:13  Nabi ki fazilat ke taur par. main sochta raha, sochta raha. to maine socha, meri samajh mein aaya ke ummat kitni badi bhool mein mubtala hai.</w:t>
      </w:r>
      <w:r>
        <w:br/>
      </w:r>
      <w:r>
        <w:rPr>
          <w:sz w:val="20"/>
        </w:rPr>
        <w:t>7:29  sari ummat kitni badi bhool mein mubtala hai. dekhiye, Rasool Allah ne jo baatein kahi hain, woh sab ki sab azma ke taur par hain,</w:t>
      </w:r>
      <w:r>
        <w:br/>
      </w:r>
      <w:r>
        <w:rPr>
          <w:sz w:val="20"/>
        </w:rPr>
        <w:t>7:44  fazilat ke taur par nahi. baad ke logon ne is ko fazilat ke haal mein daal diya. warna wahan kaha tha, "laqad kana lakum fi Rasool Allah".</w:t>
      </w:r>
      <w:r>
        <w:br/>
      </w:r>
      <w:r>
        <w:rPr>
          <w:sz w:val="20"/>
        </w:rPr>
        <w:t>7:59  fazilat ki baat na Quran mein hai, na hadith mein hai. woh sirf azma ki baat hai. to yeh sari baatein jo hain, azma ke mani mein,</w:t>
      </w:r>
      <w:r>
        <w:br/>
      </w:r>
      <w:r>
        <w:rPr>
          <w:sz w:val="20"/>
        </w:rPr>
        <w:t>8:13  example ke mani mein, ek historical fact ke mani mein, woh kisi ek fard ki fazilat ke mani mein nahi hain.</w:t>
      </w:r>
      <w:r>
        <w:br/>
      </w:r>
      <w:r>
        <w:rPr>
          <w:sz w:val="20"/>
        </w:rPr>
        <w:t>8:25  ab dekhiye ke jab main is tarah sochne laga, is tarah sochne laga, to ajeeb o ghareeb tareeqe se mera mind badi badi baatein sochne laga.</w:t>
      </w:r>
      <w:r>
        <w:br/>
      </w:r>
      <w:r>
        <w:rPr>
          <w:sz w:val="20"/>
        </w:rPr>
        <w:t>8:40  misalan yeh jo farmaya aap ne ke</w:t>
      </w:r>
      <w:r>
        <w:br/>
      </w:r>
      <w:r>
        <w:rPr>
          <w:sz w:val="20"/>
        </w:rPr>
        <w:t>8:47  yeh jo maine aap ke samne suna ke "main roab ek mahine ki masafat tak pohanchta hoon"۔ mere liye sari zameen masjid hai.</w:t>
      </w:r>
      <w:r>
        <w:br/>
      </w:r>
      <w:r>
        <w:rPr>
          <w:sz w:val="20"/>
        </w:rPr>
        <w:t>8:56  yeh yeh mere liye nahi hai. yeh sari ummat ke liye, sare insaan ke liye.</w:t>
      </w:r>
      <w:r>
        <w:br/>
      </w:r>
      <w:r>
        <w:rPr>
          <w:sz w:val="20"/>
        </w:rPr>
        <w:t>9:05  is ka matlab yeh hai ke rasool Allah ne jo baat kahi, woh khatam nabuwat ke aitbar se thi. yani chounke main final prophet hoon, aur meri nabuwat ka zamana qayamat tak chalega.</w:t>
      </w:r>
      <w:r>
        <w:br/>
      </w:r>
      <w:r>
        <w:rPr>
          <w:sz w:val="20"/>
        </w:rPr>
        <w:t>9:23  to qayamat tak jo revolution aayenge, jo dunya mein bari bari opportunity khulegi, woh sab ko meri nabuwat cover kar rahi hai.</w:t>
      </w:r>
      <w:r>
        <w:br/>
      </w:r>
      <w:r>
        <w:rPr>
          <w:sz w:val="20"/>
        </w:rPr>
        <w:t>9:37  meri ummat ke liye woh sari is hisse mein aa jayengi.</w:t>
      </w:r>
      <w:r>
        <w:br/>
      </w:r>
      <w:r>
        <w:rPr>
          <w:sz w:val="20"/>
        </w:rPr>
        <w:t>9:44  dusra lafz yeh ke aap ne yeh kaha ke yani shakhsi fazilat ki baat nahi ki,</w:t>
      </w:r>
      <w:r>
        <w:br/>
      </w:r>
      <w:r>
        <w:rPr>
          <w:sz w:val="20"/>
        </w:rPr>
        <w:t>10:00  balke yeh kaha ke</w:t>
      </w:r>
      <w:r>
        <w:br/>
      </w:r>
      <w:r>
        <w:rPr>
          <w:sz w:val="20"/>
        </w:rPr>
        <w:t>10:04  "my prophethood will cover that age</w:t>
      </w:r>
      <w:r>
        <w:br/>
      </w:r>
      <w:r>
        <w:rPr>
          <w:sz w:val="20"/>
        </w:rPr>
        <w:t>10:17  in which</w:t>
      </w:r>
      <w:r>
        <w:br/>
      </w:r>
      <w:r>
        <w:rPr>
          <w:sz w:val="20"/>
        </w:rPr>
        <w:t>10:21  global planning will become a possibility"۔ yani meri nabuwat is daur ko cover karegi.</w:t>
      </w:r>
      <w:r>
        <w:br/>
      </w:r>
      <w:r>
        <w:rPr>
          <w:sz w:val="20"/>
        </w:rPr>
        <w:t>10:34  meri nabuwat mere manne walon ke liye</w:t>
      </w:r>
      <w:r>
        <w:br/>
      </w:r>
      <w:r>
        <w:rPr>
          <w:sz w:val="20"/>
        </w:rPr>
        <w:t>10:41  woh daur tak cover ho jayega. jabke dunya mein itne zyada changes aayenge, itne zyada changes aayenge ke global planning mumkin ho jayegi.</w:t>
      </w:r>
      <w:r>
        <w:br/>
      </w:r>
      <w:r>
        <w:rPr>
          <w:sz w:val="20"/>
        </w:rPr>
        <w:t>10:57  ab ghor kijiye ke is stage mein, is stage mein kitna farq hai. aap sochein ke ek paighambar jo aaya tha, seventh century AD mein, us ki death ho gayi usi sadi mein.</w:t>
      </w:r>
      <w:r>
        <w:br/>
      </w:r>
      <w:r>
        <w:rPr>
          <w:sz w:val="20"/>
        </w:rPr>
        <w:t>11:15  to woh to chala gaya. ab usi ke sath fazilat bhi chali gayi. lekin yeh jo main arz kiya, main ne woh soch agar aap ki ho to aap ke andar yeh ek universal thinking aayegi.</w:t>
      </w:r>
      <w:r>
        <w:br/>
      </w:r>
      <w:r>
        <w:rPr>
          <w:sz w:val="20"/>
        </w:rPr>
        <w:t>11:28  universal,</w:t>
      </w:r>
      <w:r>
        <w:br/>
      </w:r>
      <w:r>
        <w:rPr>
          <w:sz w:val="20"/>
        </w:rPr>
        <w:t>11:33  unlimited ho payegi aap ke andar. aap ke andar se negative thinking bilkul khatam ho jayegi.</w:t>
      </w:r>
      <w:r>
        <w:br/>
      </w:r>
      <w:r>
        <w:rPr>
          <w:sz w:val="20"/>
        </w:rPr>
        <w:t>11:43  mayusi bilkul khatam ho jayegi. shikayat bilkul khatam ho jayegi.</w:t>
      </w:r>
      <w:r>
        <w:br/>
      </w:r>
      <w:r>
        <w:rPr>
          <w:sz w:val="20"/>
        </w:rPr>
        <w:t>11:50  nafrat bilkul khatam ho jayegi. tashaddud bilkul khatam ho jayega. tashaddud kis liye? tashaddud kis liye? jab sari dunya meri hai to kis liye tashaddud?</w:t>
      </w:r>
      <w:r>
        <w:br/>
      </w:r>
      <w:r>
        <w:rPr>
          <w:sz w:val="20"/>
        </w:rPr>
        <w:t>12:03  aur phir badi sochein, aap badi sochein to is mein kya niklega? ke Shibli aur us ke jo hain doosre log rote the Turkish empire ke khatam hone par.</w:t>
      </w:r>
      <w:r>
        <w:br/>
      </w:r>
      <w:r>
        <w:rPr>
          <w:sz w:val="20"/>
        </w:rPr>
        <w:t>12:19  yahan rasool Allah bata rahe hain ke ek daur aayega jab ke super empire banne ka mauqa hoga. chand mulkon tak un ki empire thi.</w:t>
      </w:r>
      <w:r>
        <w:br/>
      </w:r>
      <w:r>
        <w:rPr>
          <w:sz w:val="20"/>
        </w:rPr>
        <w:t>12:32  Turkish empire ya Abasid empire ya Mughal empire, jo bhi Spanish empire, chand mulkon tak thi woh.</w:t>
      </w:r>
      <w:r>
        <w:br/>
      </w:r>
      <w:r>
        <w:rPr>
          <w:sz w:val="20"/>
        </w:rPr>
        <w:t>12:46  lekin rasool Allah ne prediction ke upar kaha ke ek daur aane wala hai jab ke meri ummat ke liye sari zameen mein super empire banana qaim mumkin ho jayega.</w:t>
      </w:r>
      <w:r>
        <w:br/>
      </w:r>
      <w:r>
        <w:rPr>
          <w:sz w:val="20"/>
        </w:rPr>
        <w:t>12:59  ideological empire, hathiyar wala nahi, political wala nahi. ideological empire.</w:t>
      </w:r>
    </w:p>
    <w:p>
      <w:pPr>
        <w:pStyle w:val="Heading2"/>
      </w:pPr>
      <w:r>
        <w:t>scholars abandoned dawah for politics and lost everything</w:t>
      </w:r>
    </w:p>
    <w:p>
      <w:r>
        <w:rPr>
          <w:color w:val="666666"/>
          <w:sz w:val="18"/>
        </w:rPr>
        <w:t>From The Spiritual Tree December 3, 2006 · 3m 28s · at 42:58 · https://youtu.be/m3JXYXORP5w?t=2578</w:t>
      </w:r>
    </w:p>
    <w:p>
      <w:r>
        <w:rPr>
          <w:i/>
        </w:rPr>
        <w:t>“I think hadiths had prophesied this very thing”</w:t>
      </w:r>
    </w:p>
    <w:p>
      <w:r>
        <w:rPr>
          <w:sz w:val="20"/>
        </w:rPr>
        <w:t>42:58  mein samajhta hoon ke yeh ek aisa waqea hai jiske peshengoi hadithon mein maujood thi pehle se. hadithon mein aata hai ke ek zamana aayega jab ke ulama chale jayenge.</w:t>
      </w:r>
      <w:r>
        <w:br/>
      </w:r>
      <w:r>
        <w:rPr>
          <w:sz w:val="20"/>
        </w:rPr>
        <w:t>43:11  iske liye lafz istemal hua hai "zahab al-ulama". zahab al-ulama</w:t>
      </w:r>
      <w:r>
        <w:br/>
      </w:r>
      <w:r>
        <w:rPr>
          <w:sz w:val="20"/>
        </w:rPr>
        <w:t>43:20  toh zahab al-ulama yaani log matlabi samajhte hain ab tak ke mar jayenge log, yaani ulama sab mar jayenge.</w:t>
      </w:r>
      <w:r>
        <w:br/>
      </w:r>
      <w:r>
        <w:rPr>
          <w:sz w:val="20"/>
        </w:rPr>
        <w:t>43:29  mein samajhta hoon ke yeh bilkul yaani unnatural baat hai ke aap yeh samjhein ke saare ulama mar jayenge. aisa kabhi nahi ho sakta qayamat se pehle.</w:t>
      </w:r>
      <w:r>
        <w:br/>
      </w:r>
      <w:r>
        <w:rPr>
          <w:sz w:val="20"/>
        </w:rPr>
        <w:t>43:39  yeh asli mein hai wahi cheez jisko aap kehte hain "brain drain" yaani dawah front ko chhod kar log chale jayenge political front ki taraf.</w:t>
      </w:r>
      <w:r>
        <w:br/>
      </w:r>
      <w:r>
        <w:rPr>
          <w:sz w:val="20"/>
        </w:rPr>
        <w:t>43:50  hamare ulama, hamare leader, yeh matlab hai is hadith ka "</w:t>
      </w:r>
      <w:r>
        <w:br/>
      </w:r>
      <w:r>
        <w:rPr>
          <w:sz w:val="20"/>
        </w:rPr>
        <w:t>43:55  zahab al-ulama". ulama chale jayenge, chale jayenge matlab log samajhte hain ke mar jayenge. mein isko nahi samajhta ke mar jayenge. yeh bilkul galat baat hai. yeh suraj israfel se pehle aisa nahi ho sakta ke saare log mar jayein ek saath.</w:t>
      </w:r>
      <w:r>
        <w:br/>
      </w:r>
      <w:r>
        <w:rPr>
          <w:sz w:val="20"/>
        </w:rPr>
        <w:t>44:10  yeh suraj israfel ka yeh suraj phoonka jayega, tab aisa hoga. yahan yeh hai ke woh apna front badal denge, dawah front se chhod kar ke chale jayenge political front mein.</w:t>
      </w:r>
      <w:r>
        <w:br/>
      </w:r>
      <w:r>
        <w:rPr>
          <w:sz w:val="20"/>
        </w:rPr>
        <w:t>44:21  aur waqatan aise hi hua hai.</w:t>
      </w:r>
      <w:r>
        <w:br/>
      </w:r>
      <w:r>
        <w:rPr>
          <w:sz w:val="20"/>
        </w:rPr>
        <w:t>44:24  muslim world ke jitne top brain thay, sab ke sab chale gaye isi taraf, sab ke sab chale gaye.</w:t>
      </w:r>
      <w:r>
        <w:br/>
      </w:r>
      <w:r>
        <w:rPr>
          <w:sz w:val="20"/>
        </w:rPr>
        <w:t>44:33  koi ek bhi shakhs nahi hai yaani qabil e zikr aadmi jisne dawah front par kaam kiya ho mujhko chhod kar.</w:t>
      </w:r>
      <w:r>
        <w:br/>
      </w:r>
      <w:r>
        <w:rPr>
          <w:sz w:val="20"/>
        </w:rPr>
        <w:t>44:43  mainneapneapko dedicate kiya is kaam mein, lekin mere siwa poori muslim world mein do sau saal mein koi aadmi nahin hai.</w:t>
      </w:r>
      <w:r>
        <w:br/>
      </w:r>
      <w:r>
        <w:rPr>
          <w:sz w:val="20"/>
        </w:rPr>
        <w:t>44:52  doosre doosre kaam ko albatta unhone dawat kaam naam de diya,</w:t>
      </w:r>
      <w:r>
        <w:br/>
      </w:r>
      <w:r>
        <w:rPr>
          <w:sz w:val="20"/>
        </w:rPr>
        <w:t>44:58  yani kisi aur ko aur kaam karte rahe, isko kaha dawat. lekin dawat yani is maamle mein ke ghair muslimon tak Islam ka paigham pahunchana, ghair muslimon ko Islam ka, Islam ka darwaza, darwaza rehmat kholna, ghair muslimon ke liye, iske liye koi ek aadmi bhi nahin hai. do sau saal mein</w:t>
      </w:r>
      <w:r>
        <w:br/>
      </w:r>
      <w:r>
        <w:rPr>
          <w:sz w:val="20"/>
        </w:rPr>
        <w:t>45:23  toh yeh hai "zahab al ulama" ke Islam ke dawati mission ko chhod kar ke woh chale gaye kahan? siyasi ladaiyon mein. main samajhta hoon ke Khuda ki scheme ke khilaaf tha yeh, chunache kuch bhi kamyabi nahin hui.</w:t>
      </w:r>
      <w:r>
        <w:br/>
      </w:r>
      <w:r>
        <w:rPr>
          <w:sz w:val="20"/>
        </w:rPr>
        <w:t>45:37  one percent bhi kamyabi nahin hui, one percent bhi kamyabi nahin hui kahin bhi. aur doosra jo position thi musalmanon ki pehle, us se aaj dil bad se kharaab hoti chali ja rahi hai.</w:t>
      </w:r>
      <w:r>
        <w:br/>
      </w:r>
      <w:r>
        <w:rPr>
          <w:sz w:val="20"/>
        </w:rPr>
        <w:t>45:52  misal ke taur par Falasteen mein 48 mein musalmanon ko Falasteen ka two third mila hua tha. two third aaj toh kuch bhi nahin hai, ek patta hai banjar qism ki, woh unko mili hui hai.</w:t>
      </w:r>
      <w:r>
        <w:br/>
      </w:r>
      <w:r>
        <w:rPr>
          <w:sz w:val="20"/>
        </w:rPr>
        <w:t>46:06  baqi sab nikal gaya unke haath se isi ladai ke dauran.</w:t>
      </w:r>
      <w:r>
        <w:br/>
      </w:r>
      <w:r>
        <w:rPr>
          <w:sz w:val="20"/>
        </w:rPr>
        <w:t>46:13  toh saari muslim duniya mein yeh hua ke "zahab al ulama" ho gaya ke musalmanon ke jo azeem the, bade bade jo leader the, woh sab dawat ke mission ko chhod kar bhage political front par.</w:t>
      </w:r>
    </w:p>
    <w:p>
      <w:pPr>
        <w:pStyle w:val="Heading2"/>
      </w:pPr>
      <w:r>
        <w:t>Hadith on future vision and application</w:t>
      </w:r>
    </w:p>
    <w:p>
      <w:r>
        <w:rPr>
          <w:color w:val="666666"/>
          <w:sz w:val="18"/>
        </w:rPr>
        <w:t>Non Complaining Attitude Feb 23, 2019 · 5m 08s · at 11:01 · https://youtu.be/W_UN5PdpeR8?t=661</w:t>
      </w:r>
    </w:p>
    <w:p>
      <w:r>
        <w:rPr>
          <w:i/>
        </w:rPr>
        <w:t>“To phir mujhe ek hadith yaad aayi.”</w:t>
      </w:r>
    </w:p>
    <w:p>
      <w:r>
        <w:rPr>
          <w:sz w:val="20"/>
        </w:rPr>
        <w:t>11:01  yani mustaqbil beeni, mustaqbil beeni. to phir mujhe aik hadith yaad aai ke jab aap makkah mein thay aur wahan</w:t>
      </w:r>
      <w:r>
        <w:br/>
      </w:r>
      <w:r>
        <w:rPr>
          <w:sz w:val="20"/>
        </w:rPr>
        <w:t>11:18  ghalaba tha aisay logon ka jo is waqt abhi baad ko wohi islam mein dakhil ho gaye, us waqt woh khabar khilaf thay aur aik takleef pohancha dete thay.</w:t>
      </w:r>
      <w:r>
        <w:br/>
      </w:r>
      <w:r>
        <w:rPr>
          <w:sz w:val="20"/>
        </w:rPr>
        <w:t>11:35  us waqt. rasool Allah se mil woh mulaqat hui un kuch logon se jo abhi islam mein dakhil nahi hue thay.</w:t>
      </w:r>
      <w:r>
        <w:br/>
      </w:r>
      <w:r>
        <w:rPr>
          <w:sz w:val="20"/>
        </w:rPr>
        <w:t>11:45  to unhon ne aap se kaha ke aap kya chahte hain? hum hum se aap ka woh mushrik mushrik thay, woh woh abu talib se milnay aaye thay.</w:t>
      </w:r>
      <w:r>
        <w:br/>
      </w:r>
      <w:r>
        <w:rPr>
          <w:sz w:val="20"/>
        </w:rPr>
        <w:t>12:00  aap hum se keh sakte hain kya mission hai aap ka? to aap ne kaha tha</w:t>
      </w:r>
      <w:r>
        <w:br/>
      </w:r>
      <w:r>
        <w:rPr>
          <w:sz w:val="20"/>
        </w:rPr>
        <w:t>12:07  ke kalmata wahida tutniya tamlikun bil arab wa tadinu bikum bihi al ajam.</w:t>
      </w:r>
      <w:r>
        <w:br/>
      </w:r>
      <w:r>
        <w:rPr>
          <w:sz w:val="20"/>
        </w:rPr>
        <w:t>12:19  main tum se sirf aik kalma chahta hoon,</w:t>
      </w:r>
      <w:r>
        <w:br/>
      </w:r>
      <w:r>
        <w:rPr>
          <w:sz w:val="20"/>
        </w:rPr>
        <w:t>12:27  is ko tum maan lo to arab aur ajam sab tumhare</w:t>
      </w:r>
      <w:r>
        <w:br/>
      </w:r>
      <w:r>
        <w:rPr>
          <w:sz w:val="20"/>
        </w:rPr>
        <w:t>12:36  matahat ho jayenge. ab main ne compare kiya ke rasool Allah sal Allah alayhi wasallam ne aisa kyun kaha tha, halankay us waqt halat bohat hi kharab thi.</w:t>
      </w:r>
      <w:r>
        <w:br/>
      </w:r>
      <w:r>
        <w:rPr>
          <w:sz w:val="20"/>
        </w:rPr>
        <w:t>12:49  hamare pet ja rahe the musalman, aaj jo halat waisa hai nahi aur khwamkhwah logon ko shikayat karte hain. to ek sunnat maine daryaft ki, ek sunnat jo kitabon mein likhi hui nahi hai,</w:t>
      </w:r>
      <w:r>
        <w:br/>
      </w:r>
      <w:r>
        <w:rPr>
          <w:sz w:val="20"/>
        </w:rPr>
        <w:t>13:07  woh hai mustaqbil bini, seeing the future.</w:t>
      </w:r>
      <w:r>
        <w:br/>
      </w:r>
      <w:r>
        <w:rPr>
          <w:sz w:val="20"/>
        </w:rPr>
        <w:t>13:17  future ko dekhna, future ko dekh kar rai qaim karna. rasool Allah salallaho alaihi wasallam ne is waqt ke makka mein jo kaha tha ke agar tum meri baat ko maan loge to arab o ajam tumhare matahat ho jayenge.</w:t>
      </w:r>
      <w:r>
        <w:br/>
      </w:r>
      <w:r>
        <w:rPr>
          <w:sz w:val="20"/>
        </w:rPr>
        <w:t>13:40  yeh is waqt to aisa tha nahi, yeh to future ki baat thi. to rasool Allah ne jo baat kahi woh mustaqbil bini ke tehat thi,</w:t>
      </w:r>
      <w:r>
        <w:br/>
      </w:r>
      <w:r>
        <w:rPr>
          <w:sz w:val="20"/>
        </w:rPr>
        <w:t>13:55  yani future ko dekh kar aap ne farmaya tha. ab aaj ke musalman agar is sunnat ko ikhtiyar karein, is sunnat ko ikhtiyar karein</w:t>
      </w:r>
      <w:r>
        <w:br/>
      </w:r>
      <w:r>
        <w:rPr>
          <w:sz w:val="20"/>
        </w:rPr>
        <w:t>14:11  to woh kya bolenge? woh bolenge ke yeh deen jo hai Allah ka deen itna phailne wala hai, itna phail raha hai,</w:t>
      </w:r>
      <w:r>
        <w:br/>
      </w:r>
      <w:r>
        <w:rPr>
          <w:sz w:val="20"/>
        </w:rPr>
        <w:t>14:27  itna phail raha hai</w:t>
      </w:r>
      <w:r>
        <w:br/>
      </w:r>
      <w:r>
        <w:rPr>
          <w:sz w:val="20"/>
        </w:rPr>
        <w:t>14:32  ke koi rukawat rukawat na rahe, koi unka dushman na rahe, har taraf peace hasil ho jaye unko.</w:t>
      </w:r>
      <w:r>
        <w:br/>
      </w:r>
      <w:r>
        <w:rPr>
          <w:sz w:val="20"/>
        </w:rPr>
        <w:t>14:44  ek yani ek favorable halat mein woh apna dawat ka kaam kar sakein.</w:t>
      </w:r>
      <w:r>
        <w:br/>
      </w:r>
      <w:r>
        <w:rPr>
          <w:sz w:val="20"/>
        </w:rPr>
        <w:t>14:57  to is is ki wajah kya hai? is ki wajah yeh hai ke hamare log jo hain sunnat rasool ko sirf partial sense mein jante hain, kuch فنی pehlu ko nikalte hain is mein se, koi masle misaal nikalte hain.</w:t>
      </w:r>
      <w:r>
        <w:br/>
      </w:r>
      <w:r>
        <w:rPr>
          <w:sz w:val="20"/>
        </w:rPr>
        <w:t>15:18  mustaqbil bini ki jo is mein ek sunnat rasool hai, yani future ko dekh kar rai qaim karne ki jo sunnat rasool hai, is se bilkul bekhabar hain,</w:t>
      </w:r>
      <w:r>
        <w:br/>
      </w:r>
      <w:r>
        <w:rPr>
          <w:sz w:val="20"/>
        </w:rPr>
        <w:t>15:34  is se bekhabar hain. agar woh janein to kya hoga? bajaye shukr ke, bajaye shikayat ke, woh shukr karenge.</w:t>
      </w:r>
      <w:r>
        <w:br/>
      </w:r>
      <w:r>
        <w:rPr>
          <w:sz w:val="20"/>
        </w:rPr>
        <w:t>15:48  haal ki bajaye mustaqbil ko dekhenge.</w:t>
      </w:r>
      <w:r>
        <w:br/>
      </w:r>
      <w:r>
        <w:rPr>
          <w:sz w:val="20"/>
        </w:rPr>
        <w:t>15:53  mayusi ki bajaye umeed unko dikhai padegi. nakami ke baad kamyabi, nakami ki bajaye kamyabi dikhai degi unko.</w:t>
      </w:r>
    </w:p>
    <w:p>
      <w:pPr>
        <w:pStyle w:val="Heading2"/>
      </w:pPr>
      <w:r>
        <w:t>everything created is a sign pointing to God</w:t>
      </w:r>
    </w:p>
    <w:p>
      <w:r>
        <w:rPr>
          <w:color w:val="666666"/>
          <w:sz w:val="18"/>
        </w:rPr>
        <w:t>Bird Culture March 6, 2014 Maulana Wahiduddin Khan · 5m 32s · at 23:52 · https://youtu.be/zLSCXGvTJ9A?t=1432</w:t>
      </w:r>
    </w:p>
    <w:p>
      <w:r>
        <w:rPr>
          <w:i/>
        </w:rPr>
        <w:t>“Allah ne poori duniya insan ke liye tamseel banaya”</w:t>
      </w:r>
    </w:p>
    <w:p>
      <w:r>
        <w:rPr>
          <w:sz w:val="20"/>
        </w:rPr>
        <w:t>23:52  main samajhta hoon ke Allah taala ne poori yeh jo dunya banai hai, is mein insan ke siwa jo madi cheezein hain ya jo hawani cheezein hain, un sab ko Allah taala ne tamseel bana diya insan ke liye.</w:t>
      </w:r>
      <w:r>
        <w:br/>
      </w:r>
      <w:r>
        <w:rPr>
          <w:sz w:val="20"/>
        </w:rPr>
        <w:t>24:07  har cheez mein ek tamseel hai. insani behavior ke liye hawani zindagi mein ya suraj aur chand mein, sitare aur sayare mein madi tamseelat qaim kar di gayi hain.</w:t>
      </w:r>
      <w:r>
        <w:br/>
      </w:r>
      <w:r>
        <w:rPr>
          <w:sz w:val="20"/>
        </w:rPr>
        <w:t>24:23  to yahan par chidiya ki zindagi mein ek tamseel qaim kar di gayi hai. wo tamseel ko hum kahenge bird culture. to bird culture jo hai, wo aap ko batata hai ke imani culture kya hona chahiye.</w:t>
      </w:r>
      <w:r>
        <w:br/>
      </w:r>
      <w:r>
        <w:rPr>
          <w:sz w:val="20"/>
        </w:rPr>
        <w:t>24:41  bird culture ko aap jitna zyada sochenge to aap ko maloom hoga ke imani culture kya hona chahiye.</w:t>
      </w:r>
      <w:r>
        <w:br/>
      </w:r>
      <w:r>
        <w:rPr>
          <w:sz w:val="20"/>
        </w:rPr>
        <w:t>24:49  aur chunke aap insan hain to aap mazeed izafe ke sath bird culture ko apnayenge. chidiyon mein jo bird culture hai, wo to bohat محدود معنی mein hai.</w:t>
      </w:r>
      <w:r>
        <w:br/>
      </w:r>
      <w:r>
        <w:rPr>
          <w:sz w:val="20"/>
        </w:rPr>
        <w:t>25:03  kyun ke un ka zehn محدود hai, un ki un ki aql محدود hai. lekin insan jab is ko ikhtiyar karega, bird culture ko to wo zyada waseeh peymane, waseeh معنی mein is ko ikhtiyar karega.</w:t>
      </w:r>
      <w:r>
        <w:br/>
      </w:r>
      <w:r>
        <w:rPr>
          <w:sz w:val="20"/>
        </w:rPr>
        <w:t>25:21  to chidiyon ki shakal mein bird culture ek bohat hi محدود daira mein hota hai. lekin insani shakal mein bird culture jo hai, bohat zyada is ka daira badh jayega.</w:t>
      </w:r>
      <w:r>
        <w:br/>
      </w:r>
      <w:r>
        <w:rPr>
          <w:sz w:val="20"/>
        </w:rPr>
        <w:t>25:36  sari kainat, sari insaniyat, zindagi ke tamam mamlaat is ke is ke andar shamil ho jayenge.</w:t>
      </w:r>
      <w:r>
        <w:br/>
      </w:r>
      <w:r>
        <w:rPr>
          <w:sz w:val="20"/>
        </w:rPr>
        <w:t>25:47  to kaisi ajeeb baat hai jo is choti si hadith mein batai gayi hai. lekin aisa baat hai soch ke maloom hoti hai. yaad rakhiye, kisi hadith ya ayat mein jo tarjuma hota hai,</w:t>
      </w:r>
      <w:r>
        <w:br/>
      </w:r>
      <w:r>
        <w:rPr>
          <w:sz w:val="20"/>
        </w:rPr>
        <w:t>26:00  wo to bohat hi sirf tarjume ko agar aap janen to aap bohat kam baton ko janenge.</w:t>
      </w:r>
      <w:r>
        <w:br/>
      </w:r>
      <w:r>
        <w:rPr>
          <w:sz w:val="20"/>
        </w:rPr>
        <w:t>26:08  kyunke hadith mein hai ke quran ke bare mein ke "likull aayatin minha zahrun wa tar" har aayat ka ek ek yaani yun keh sakte hain ke har aayat ka ek ek literal mafhoom hai aur doosra iska yaani yaani gehri iske andar jo baat hai woh hai.</w:t>
      </w:r>
      <w:r>
        <w:br/>
      </w:r>
      <w:r>
        <w:rPr>
          <w:sz w:val="20"/>
        </w:rPr>
        <w:t>26:33  to yahi hadith ka mamla bhi hai.</w:t>
      </w:r>
      <w:r>
        <w:br/>
      </w:r>
      <w:r>
        <w:rPr>
          <w:sz w:val="20"/>
        </w:rPr>
        <w:t>26:37  yahi mamla hadith ka bhi hai ke ek ek zahiri mafhoom hai jo tarjume se aap samajh lete hain lekin ek ek ek ek deeper mafhoom hai deeper mafhoom hai.</w:t>
      </w:r>
      <w:r>
        <w:br/>
      </w:r>
      <w:r>
        <w:rPr>
          <w:sz w:val="20"/>
        </w:rPr>
        <w:t>26:50  woh ghore karne se samajh aata hai.</w:t>
      </w:r>
      <w:r>
        <w:br/>
      </w:r>
      <w:r>
        <w:rPr>
          <w:sz w:val="20"/>
        </w:rPr>
        <w:t>26:55  to jab is hadith par aap ghore karenge to ismein to mani ka samandar hai mani ka samandar.</w:t>
      </w:r>
      <w:r>
        <w:br/>
      </w:r>
      <w:r>
        <w:rPr>
          <w:sz w:val="20"/>
        </w:rPr>
        <w:t>27:07  allah haqeeqat hai ke allah taala ne har cheez mein chahe ek zara ho ya pahad ho ek cheenti ho ya chidiya ho usko insani behavior ke liye ek tamseel bana diya hai.</w:t>
      </w:r>
      <w:r>
        <w:br/>
      </w:r>
      <w:r>
        <w:rPr>
          <w:sz w:val="20"/>
        </w:rPr>
        <w:t>27:18  tamseel yeh ek takhleeq ka hissa hai yeh isi ki taraf rasool allah ne ishara farmaya.</w:t>
      </w:r>
      <w:r>
        <w:br/>
      </w:r>
      <w:r>
        <w:rPr>
          <w:sz w:val="20"/>
        </w:rPr>
        <w:t>27:27  jo rasool allah ne ishara farmaya woh haqeeqat mein isko aap fitrat se jodiye fitrat se nizam fitrat se.</w:t>
      </w:r>
      <w:r>
        <w:br/>
      </w:r>
      <w:r>
        <w:rPr>
          <w:sz w:val="20"/>
        </w:rPr>
        <w:t>27:36  yaani aapne bataya ke fitrat ka jo nizam allah taala ne banaya us fitrat ke nizam mein is tarah ki tamseelat qaim kar di gayi hain ke tumhare liye chidiya mein bhi sabak hai har cheez mein sabak hai.</w:t>
      </w:r>
      <w:r>
        <w:br/>
      </w:r>
      <w:r>
        <w:rPr>
          <w:sz w:val="20"/>
        </w:rPr>
        <w:t>27:54  to main samajhta hoon ke isi ek hadith ko le kar agar aadmi soche to uski zindagi ko durust karne ke liye kafi ho jaye.</w:t>
      </w:r>
      <w:r>
        <w:br/>
      </w:r>
      <w:r>
        <w:rPr>
          <w:sz w:val="20"/>
        </w:rPr>
        <w:t>28:05  yaani sirf chidiya ko ghore kar ke agar woh bird culture ko daryaft kare to yahi ek waqea iske liye poori zindagi ki islaah ke liye kafi ho jayega.</w:t>
      </w:r>
      <w:r>
        <w:br/>
      </w:r>
      <w:r>
        <w:rPr>
          <w:sz w:val="20"/>
        </w:rPr>
        <w:t>28:20  poori zindagi ki islaah ke liye yaani bird culture chidiya ke liye to mehdood hai lekin insaan ke liye to la mehdood ban jayega.</w:t>
      </w:r>
      <w:r>
        <w:br/>
      </w:r>
      <w:r>
        <w:rPr>
          <w:sz w:val="20"/>
        </w:rPr>
        <w:t>28:32  yahi tareeqa hai islaah ka yahi tareeqa hai tazkiya ka yahi tareeqa hai yaani marifat ka yahi tareeqa hai imaan mein izafe ka yeh sab cheezein isi ke isi ke yaani zehan mein aati hain.</w:t>
      </w:r>
      <w:r>
        <w:br/>
      </w:r>
      <w:r>
        <w:rPr>
          <w:sz w:val="20"/>
        </w:rPr>
        <w:t>28:57  to kaisi ajeeb yaani baat hai yaani ismein takhleeq kitna jamay hai allah taala ki woh bhi ismein samajh aata hai.</w:t>
      </w:r>
      <w:r>
        <w:br/>
      </w:r>
      <w:r>
        <w:rPr>
          <w:sz w:val="20"/>
        </w:rPr>
        <w:t>29:09  aur yeh bhi samajh aata hai ke rasool allah kis tarah se har waqeye se yaani sabak lete the marifat ki ghiza lete the yeh bhi ismein milta hai.</w:t>
      </w:r>
    </w:p>
    <w:p>
      <w:pPr>
        <w:pStyle w:val="Heading2"/>
      </w:pPr>
      <w:r>
        <w:t>Full argument on trembling heart and deeds</w:t>
      </w:r>
    </w:p>
    <w:p>
      <w:r>
        <w:rPr>
          <w:color w:val="666666"/>
          <w:sz w:val="18"/>
        </w:rPr>
        <w:t>Living God March 10, 2019 Maulana Wahiduddin Khan · 5m 02s · at 0:57 · https://youtu.be/RCBFUw2KAdI?t=57</w:t>
      </w:r>
    </w:p>
    <w:p>
      <w:r>
        <w:rPr>
          <w:i/>
        </w:rPr>
        <w:t>“I will start with a verse”</w:t>
      </w:r>
    </w:p>
    <w:p>
      <w:r>
        <w:rPr>
          <w:sz w:val="20"/>
        </w:rPr>
        <w:t>0:57  to shuru mein karunga aik ayat se, aur phir aik hadith se. phir is ke bare mein kuch arz kiya jayega, inshallah.</w:t>
      </w:r>
      <w:r>
        <w:br/>
      </w:r>
      <w:r>
        <w:rPr>
          <w:sz w:val="20"/>
        </w:rPr>
        <w:t>1:08  suniye.</w:t>
      </w:r>
      <w:r>
        <w:br/>
      </w:r>
      <w:r>
        <w:rPr>
          <w:sz w:val="20"/>
        </w:rPr>
        <w:t>1:10  bismillah hir rahman nir rahim. wallazina yutuna ma ataw qulubuhum qulubuhum wajilat innahum ila rabbihim rajiun.</w:t>
      </w:r>
      <w:r>
        <w:br/>
      </w:r>
      <w:r>
        <w:rPr>
          <w:sz w:val="20"/>
        </w:rPr>
        <w:t>1:23  ulaika yusariuna fi alkhairati wahum laha sabiqun. surah almominoon, chapter number 20, 23, wa ras number 60, 61.</w:t>
      </w:r>
      <w:r>
        <w:br/>
      </w:r>
      <w:r>
        <w:rPr>
          <w:sz w:val="20"/>
        </w:rPr>
        <w:t>1:34  wo log jo dete hain, jo unhein diya gaya hai, aur un ke dil dar rahe hote hain ke wo be shak Allah ki taraf lotne wale hain.</w:t>
      </w:r>
      <w:r>
        <w:br/>
      </w:r>
      <w:r>
        <w:rPr>
          <w:sz w:val="20"/>
        </w:rPr>
        <w:t>1:45  yahi log hain jo bhalai ke kamon mein sabqat karne wale hain, sabqat karte hain, aur wahi log age rehne wale hain. is ayat ko le kar ek hadith aai hai, wo is tarah hai:</w:t>
      </w:r>
      <w:r>
        <w:br/>
      </w:r>
      <w:r>
        <w:rPr>
          <w:sz w:val="20"/>
        </w:rPr>
        <w:t>1:59  ana aisha zawj alnabi sallallahu alaihi wasallam qalat: salat rasul Allah sallallahu alaihi wasallam anha: "wallazina yutuna ma ataw qulubuhum wajilat".</w:t>
      </w:r>
      <w:r>
        <w:br/>
      </w:r>
      <w:r>
        <w:rPr>
          <w:sz w:val="20"/>
        </w:rPr>
        <w:t>2:10  qalat aisha: "ahum allazina yashrabuna alkhamra wayasriqun". qala: "ya bint al-siddiq". walakinnahum allazina yasumuna wayusalluna wayatasaddiquna,</w:t>
      </w:r>
      <w:r>
        <w:br/>
      </w:r>
      <w:r>
        <w:rPr>
          <w:sz w:val="20"/>
        </w:rPr>
        <w:t>2:23  wahum yakhufuna Allah tuqbal minhum. ulaika yusariuna fi alkhairati wahum laha sabiqun. sunan tirmidhi, hadith number 3175.</w:t>
      </w:r>
      <w:r>
        <w:br/>
      </w:r>
      <w:r>
        <w:rPr>
          <w:sz w:val="20"/>
        </w:rPr>
        <w:t>2:35  aisha, nabi sallallahu alaihi wasallam ki biwi, kehti hain ke maine rasul Allah se is ayat ke bare mein poocha: "wallazina yutuna ma ataw qulubuhum wajilah".</w:t>
      </w:r>
      <w:r>
        <w:br/>
      </w:r>
      <w:r>
        <w:rPr>
          <w:sz w:val="20"/>
        </w:rPr>
        <w:t>2:46  aisha kehti hain: "kya ye wo log hain jo sharab pite hain aur chori karte hain?" aap ne kaha: "nahi, aye siddiq ki beti, lekin ye wo log hain jo roza rakhte hain, namaz padhte hain, sadqa dete hain,</w:t>
      </w:r>
      <w:r>
        <w:br/>
      </w:r>
      <w:r>
        <w:rPr>
          <w:sz w:val="20"/>
        </w:rPr>
        <w:t>3:00  aur wo dar rahe hote hain ke un se qabul nahi kiya jayega. to yahi log bhalai ke kamon mein sab se age barhte hain, aur yahi log sabqat karne wale hain."</w:t>
      </w:r>
      <w:r>
        <w:br/>
      </w:r>
      <w:r>
        <w:rPr>
          <w:sz w:val="20"/>
        </w:rPr>
        <w:t>3:14  yahan par dekhiye, jo</w:t>
      </w:r>
      <w:r>
        <w:br/>
      </w:r>
      <w:r>
        <w:rPr>
          <w:sz w:val="20"/>
        </w:rPr>
        <w:t>3:20  jo alfaz aaye hain, wo hain: "wa qulubuhum wajilah". in ka darja bataya gaya hai.</w:t>
      </w:r>
      <w:r>
        <w:br/>
      </w:r>
      <w:r>
        <w:rPr>
          <w:sz w:val="20"/>
        </w:rPr>
        <w:t>3:34  wajilah ke mani hote hain kanpna, yani ke dil kanp rahe hote hain.</w:t>
      </w:r>
      <w:r>
        <w:br/>
      </w:r>
      <w:r>
        <w:rPr>
          <w:sz w:val="20"/>
        </w:rPr>
        <w:t>3:47  to ye log jo kanpte hue dil ke sath amal khair karte hain,</w:t>
      </w:r>
      <w:r>
        <w:br/>
      </w:r>
      <w:r>
        <w:rPr>
          <w:sz w:val="20"/>
        </w:rPr>
        <w:t>4:04  goya amal khair ki jo surat hai, wo kafi nahi hai. amal khair karte hue aap ka hal ye ho ke aap ka dil kanp raha ho, to tab wo bara bara amal hua.</w:t>
      </w:r>
      <w:r>
        <w:br/>
      </w:r>
      <w:r>
        <w:rPr>
          <w:sz w:val="20"/>
        </w:rPr>
        <w:t>4:22  to ek hai</w:t>
      </w:r>
      <w:r>
        <w:br/>
      </w:r>
      <w:r>
        <w:rPr>
          <w:sz w:val="20"/>
        </w:rPr>
        <w:t>4:26  kanpte hue dil ke sath amal khair karna, ek hai sadah tor par karna,</w:t>
      </w:r>
      <w:r>
        <w:br/>
      </w:r>
      <w:r>
        <w:rPr>
          <w:sz w:val="20"/>
        </w:rPr>
        <w:t>4:38  ek hai amal khair karna sadah tor par ke aap ne kisi ko apne paise paisa de diya, kisi ko khana khila diya, sadah tor par.</w:t>
      </w:r>
      <w:r>
        <w:br/>
      </w:r>
      <w:r>
        <w:rPr>
          <w:sz w:val="20"/>
        </w:rPr>
        <w:t>4:49  aur ek hai ke aap ek amal khair kar rahe hain aur aap ka dil kanp raha hai.</w:t>
      </w:r>
      <w:r>
        <w:br/>
      </w:r>
      <w:r>
        <w:rPr>
          <w:sz w:val="20"/>
        </w:rPr>
        <w:t>5:00  to jo amal khair kanpte hue dil ke sath kiya jaye, wahi bara amal hai aur wahi aadmi ko jannat tak pahunchane wala hai.</w:t>
      </w:r>
      <w:r>
        <w:br/>
      </w:r>
      <w:r>
        <w:rPr>
          <w:sz w:val="20"/>
        </w:rPr>
        <w:t>5:17  is ke mani kya hue? ke amal khair ki surat kisi amal ko bara amal nahi banati hai,</w:t>
      </w:r>
      <w:r>
        <w:br/>
      </w:r>
      <w:r>
        <w:rPr>
          <w:sz w:val="20"/>
        </w:rPr>
        <w:t>5:28  balke amal khair ke sath jab ye ye cheez add ho jaye ke aap kanpte hue dil ke sath wo amal kar rahe hain, tab wo bara amal banta hai.</w:t>
      </w:r>
      <w:r>
        <w:br/>
      </w:r>
      <w:r>
        <w:rPr>
          <w:sz w:val="20"/>
        </w:rPr>
        <w:t>5:45  to ye ye jo ayat hai,</w:t>
      </w:r>
      <w:r>
        <w:br/>
      </w:r>
      <w:r>
        <w:rPr>
          <w:sz w:val="20"/>
        </w:rPr>
        <w:t>5:49  ye farq kar rahi hai sadah amal mein aur us amal mein jo kanpti hui dil ke sath kiya jaye.</w:t>
      </w:r>
      <w:r>
        <w:br/>
      </w:r>
      <w:r>
        <w:rPr>
          <w:sz w:val="20"/>
        </w:rPr>
        <w:t>6:00  ye kya cheez hai? is ko maine samjha ek bar jab ke main gaya hua tha kisi museum mein.</w:t>
      </w:r>
    </w:p>
    <w:p>
      <w:pPr>
        <w:pStyle w:val="Heading2"/>
      </w:pPr>
      <w:r>
        <w:t>prophecy of deviation and the text-vs-interpretation resolution</w:t>
      </w:r>
    </w:p>
    <w:p>
      <w:r>
        <w:rPr>
          <w:color w:val="666666"/>
          <w:sz w:val="18"/>
        </w:rPr>
        <w:t>History of Islamic Learning May 14, 2006 Part 2 · 3m 15s · at 7:44 · https://youtu.be/snrt_NRyjLI?t=464</w:t>
      </w:r>
    </w:p>
    <w:p>
      <w:r>
        <w:rPr>
          <w:i/>
        </w:rPr>
        <w:t>“حدیث میں آتا ہے، آپ نے فرمایا اپنی امت کے بارے میں”</w:t>
      </w:r>
    </w:p>
    <w:p>
      <w:r>
        <w:rPr>
          <w:sz w:val="20"/>
        </w:rPr>
        <w:t>7:44  hadees mein aata hai ke aap ne farmaya apni ummat ke baray mein</w:t>
      </w:r>
      <w:r>
        <w:br/>
      </w:r>
      <w:r>
        <w:rPr>
          <w:sz w:val="20"/>
        </w:rPr>
        <w:t>7:53  laqad tagoon sunan man kan qablakum shibran bishibrin wa dhira'an bidhira'an yani tum pichlay logon ki</w:t>
      </w:r>
      <w:r>
        <w:br/>
      </w:r>
      <w:r>
        <w:rPr>
          <w:sz w:val="20"/>
        </w:rPr>
        <w:t>8:07  jo pichlay logon ne kiya, wahi tum bhi karogay. yani jis tarah se unhon ne in mein deviation aaya, jis tarah unhon ne deen mein bigaar aaya, woh sab tumharay andar bhi aye ga.</w:t>
      </w:r>
      <w:r>
        <w:br/>
      </w:r>
      <w:r>
        <w:rPr>
          <w:sz w:val="20"/>
        </w:rPr>
        <w:t>8:17  tum bhi wahi sab karogay.</w:t>
      </w:r>
      <w:r>
        <w:br/>
      </w:r>
      <w:r>
        <w:rPr>
          <w:sz w:val="20"/>
        </w:rPr>
        <w:t>8:23  yahan tak ke aata hai ke hatta walaw dakhaloo joheb ladakhaltoom ke pichlay log agar kisi go ke bil mein ghusay hain to woh bhi tum kata logay.</w:t>
      </w:r>
      <w:r>
        <w:br/>
      </w:r>
      <w:r>
        <w:rPr>
          <w:sz w:val="20"/>
        </w:rPr>
        <w:t>8:36  ab yahan par sochne ki baat hai ke aik taraf quran jo hai, preserved hai, islam preserved mazhab hai, to phir yeh bigaar kyun aaya?</w:t>
      </w:r>
      <w:r>
        <w:br/>
      </w:r>
      <w:r>
        <w:rPr>
          <w:sz w:val="20"/>
        </w:rPr>
        <w:t>8:48  koi bhi shakhs soch sakta hai ke jab aap yeh kehtay hain ke islam ka jo text hai, woh apni original form mein aaj bhi preserved hai, to phir islam mein bigaar kahan se aaya?</w:t>
      </w:r>
      <w:r>
        <w:br/>
      </w:r>
      <w:r>
        <w:rPr>
          <w:sz w:val="20"/>
        </w:rPr>
        <w:t>9:00  yeh mein clear karna chahta hoon is baat ko. dekhen, aik hai text aur aik hai interpretation. doosray religion mein aur islam mein yeh farq hai ke doosray religion mein khud text hi mein milawat ho gayi,</w:t>
      </w:r>
      <w:r>
        <w:br/>
      </w:r>
      <w:r>
        <w:rPr>
          <w:sz w:val="20"/>
        </w:rPr>
        <w:t>9:16  khud text mein. ab un ka text jo hai, woh adulterated form mein baqi nahi raha. misaal ke tor par, bible jo hai, woh bohat sari books likhi gayi hain aur aik is tarah ka discipline ban gaya hai, woh higher criticism.</w:t>
      </w:r>
      <w:r>
        <w:br/>
      </w:r>
      <w:r>
        <w:rPr>
          <w:sz w:val="20"/>
        </w:rPr>
        <w:t>9:34  higher criticism bola jata hai in kitabon ke mutalay ke liye, yani yani critical study ke liye.</w:t>
      </w:r>
      <w:r>
        <w:br/>
      </w:r>
      <w:r>
        <w:rPr>
          <w:sz w:val="20"/>
        </w:rPr>
        <w:t>9:41  yeh baat scholars ke darmiyan sabit ho chuki hai, prove ho chuki hai ke bible mein is ke text mein bohat si baatein shamil ho gayi.</w:t>
      </w:r>
      <w:r>
        <w:br/>
      </w:r>
      <w:r>
        <w:rPr>
          <w:sz w:val="20"/>
        </w:rPr>
        <w:t>9:51  yani original text jo tha pehlay, woh ab baqi nahi raha hai. yahi sab mazhabi kitabon mein hua ke khud text hi mein milawat ho gayi.</w:t>
      </w:r>
      <w:r>
        <w:br/>
      </w:r>
      <w:r>
        <w:rPr>
          <w:sz w:val="20"/>
        </w:rPr>
        <w:t>10:02  lekin islam mein kya hua hai ke text to intact, intact hai. interpretation mein logon ne bohat ziyada gadbad ki. yeh</w:t>
      </w:r>
      <w:r>
        <w:br/>
      </w:r>
      <w:r>
        <w:rPr>
          <w:sz w:val="20"/>
        </w:rPr>
        <w:t>10:11  farq hai. is ka matlab yeh hai ke agar aap doosray mazhabon ko un ke original form mein jana janna chahen to aap jaan nahi saktay. kyunke jab text hi mein milawat ho gayi ho to aap kya karogay?</w:t>
      </w:r>
      <w:r>
        <w:br/>
      </w:r>
      <w:r>
        <w:rPr>
          <w:sz w:val="20"/>
        </w:rPr>
        <w:t>10:24  aap nahi kar saktay. lekin islam mein yeh possible hai ke aap</w:t>
      </w:r>
      <w:r>
        <w:br/>
      </w:r>
      <w:r>
        <w:rPr>
          <w:sz w:val="20"/>
        </w:rPr>
        <w:t>10:33  is ke text ko parh kar ke, is pe study kar ke jaan sakain ke islam kya hai.</w:t>
      </w:r>
      <w:r>
        <w:br/>
      </w:r>
      <w:r>
        <w:rPr>
          <w:sz w:val="20"/>
        </w:rPr>
        <w:t>10:38  to islam mein jo bigaar aaya hai, woh bigaar aaya hai interpretation mein. text mein koi bigaar nahi aaya hai.</w:t>
      </w:r>
      <w:r>
        <w:br/>
      </w:r>
      <w:r>
        <w:rPr>
          <w:sz w:val="20"/>
        </w:rPr>
        <w:t>10:51  is pehlu se mein kuch baatein arz karna chahta hoon.</w:t>
      </w:r>
    </w:p>
    <w:p>
      <w:pPr>
        <w:pStyle w:val="Heading2"/>
      </w:pPr>
      <w:r>
        <w:t>Purpose of creation and the end of the world</w:t>
      </w:r>
    </w:p>
    <w:p>
      <w:r>
        <w:rPr>
          <w:color w:val="666666"/>
          <w:sz w:val="18"/>
        </w:rPr>
        <w:t>The Concept of Accountability in Islam (English) | June 21, 2007 | Maulana Wahiduddin Khan · 6m 06s · at 2:47 · https://youtu.be/g-GqrJp9iTY?t=167</w:t>
      </w:r>
    </w:p>
    <w:p>
      <w:r>
        <w:rPr>
          <w:i/>
        </w:rPr>
        <w:t>“Islamic belief, the world was created not as a cosmic drama”</w:t>
      </w:r>
    </w:p>
    <w:p>
      <w:r>
        <w:rPr>
          <w:sz w:val="20"/>
        </w:rPr>
        <w:t>2:47  Islamic belief, the world was created not as a cosmic drama.</w:t>
      </w:r>
      <w:r>
        <w:br/>
      </w:r>
      <w:r>
        <w:rPr>
          <w:sz w:val="20"/>
        </w:rPr>
        <w:t>2:54  It is not a cosmic drama.</w:t>
      </w:r>
      <w:r>
        <w:br/>
      </w:r>
      <w:r>
        <w:rPr>
          <w:sz w:val="20"/>
        </w:rPr>
        <w:t>3:02  It has a purpose. A purpose.</w:t>
      </w:r>
      <w:r>
        <w:br/>
      </w:r>
      <w:r>
        <w:rPr>
          <w:sz w:val="20"/>
        </w:rPr>
        <w:t>3:09  And purpose means that—and purpose is very much related with the concept</w:t>
      </w:r>
      <w:r>
        <w:br/>
      </w:r>
      <w:r>
        <w:rPr>
          <w:sz w:val="20"/>
        </w:rPr>
        <w:t>3:17  of accountability.</w:t>
      </w:r>
      <w:r>
        <w:br/>
      </w:r>
      <w:r>
        <w:rPr>
          <w:sz w:val="20"/>
        </w:rPr>
        <w:t>3:21  You know, there are several phases of the history of the universe, of the history of mankind.</w:t>
      </w:r>
      <w:r>
        <w:br/>
      </w:r>
      <w:r>
        <w:rPr>
          <w:sz w:val="20"/>
        </w:rPr>
        <w:t>3:25  First is the creation.</w:t>
      </w:r>
      <w:r>
        <w:br/>
      </w:r>
      <w:r>
        <w:rPr>
          <w:sz w:val="20"/>
        </w:rPr>
        <w:t>3:30  God created cosmos.</w:t>
      </w:r>
      <w:r>
        <w:br/>
      </w:r>
      <w:r>
        <w:rPr>
          <w:sz w:val="20"/>
        </w:rPr>
        <w:t>3:34  God created universe.</w:t>
      </w:r>
      <w:r>
        <w:br/>
      </w:r>
      <w:r>
        <w:rPr>
          <w:sz w:val="20"/>
        </w:rPr>
        <w:t>3:38  God created the present world.</w:t>
      </w:r>
      <w:r>
        <w:br/>
      </w:r>
      <w:r>
        <w:rPr>
          <w:sz w:val="20"/>
        </w:rPr>
        <w:t>3:42  Then God cre</w:t>
      </w:r>
      <w:r>
        <w:br/>
      </w:r>
      <w:r>
        <w:rPr>
          <w:sz w:val="20"/>
        </w:rPr>
        <w:t>3:47  ated man and settled him on this earth.</w:t>
      </w:r>
      <w:r>
        <w:br/>
      </w:r>
      <w:r>
        <w:rPr>
          <w:sz w:val="20"/>
        </w:rPr>
        <w:t>3:53  So creation was the first phase.</w:t>
      </w:r>
      <w:r>
        <w:br/>
      </w:r>
      <w:r>
        <w:rPr>
          <w:sz w:val="20"/>
        </w:rPr>
        <w:t>3:59  Creation was the first phase.</w:t>
      </w:r>
      <w:r>
        <w:br/>
      </w:r>
      <w:r>
        <w:rPr>
          <w:sz w:val="20"/>
        </w:rPr>
        <w:t>4:05  Then the second phase is that the present world—that is our planet Earth—was created by God.</w:t>
      </w:r>
      <w:r>
        <w:br/>
      </w:r>
      <w:r>
        <w:rPr>
          <w:sz w:val="20"/>
        </w:rPr>
        <w:t>4:11  It is a very unique type</w:t>
      </w:r>
      <w:r>
        <w:br/>
      </w:r>
      <w:r>
        <w:rPr>
          <w:sz w:val="20"/>
        </w:rPr>
        <w:t>4:17  of planet.</w:t>
      </w:r>
      <w:r>
        <w:br/>
      </w:r>
      <w:r>
        <w:rPr>
          <w:sz w:val="20"/>
        </w:rPr>
        <w:t>4:24  In the whole—in the vast universe—there is no other planet like our earth.</w:t>
      </w:r>
      <w:r>
        <w:br/>
      </w:r>
      <w:r>
        <w:rPr>
          <w:sz w:val="20"/>
        </w:rPr>
        <w:t>4:32  Our earth has a support system, a life support system.</w:t>
      </w:r>
      <w:r>
        <w:br/>
      </w:r>
      <w:r>
        <w:rPr>
          <w:sz w:val="20"/>
        </w:rPr>
        <w:t>4:39  This kind of planet is not—this kind of planet</w:t>
      </w:r>
      <w:r>
        <w:br/>
      </w:r>
      <w:r>
        <w:rPr>
          <w:sz w:val="20"/>
        </w:rPr>
        <w:t>4:47  is only one in the whole universe.</w:t>
      </w:r>
      <w:r>
        <w:br/>
      </w:r>
      <w:r>
        <w:rPr>
          <w:sz w:val="20"/>
        </w:rPr>
        <w:t>4:55  So God settled man on this planet.</w:t>
      </w:r>
      <w:r>
        <w:br/>
      </w:r>
      <w:r>
        <w:rPr>
          <w:sz w:val="20"/>
        </w:rPr>
        <w:t>5:02  This was not without purpose.</w:t>
      </w:r>
      <w:r>
        <w:br/>
      </w:r>
      <w:r>
        <w:rPr>
          <w:sz w:val="20"/>
        </w:rPr>
        <w:t>5:10  The purpose was that the present phase is the phase of preparation. Man is</w:t>
      </w:r>
      <w:r>
        <w:br/>
      </w:r>
      <w:r>
        <w:rPr>
          <w:sz w:val="20"/>
        </w:rPr>
        <w:t>5:17  given freedom.</w:t>
      </w:r>
      <w:r>
        <w:br/>
      </w:r>
      <w:r>
        <w:rPr>
          <w:sz w:val="20"/>
        </w:rPr>
        <w:t>5:23  Then man is blessed with freedom.</w:t>
      </w:r>
      <w:r>
        <w:br/>
      </w:r>
      <w:r>
        <w:rPr>
          <w:sz w:val="20"/>
        </w:rPr>
        <w:t>5:30  Now we are here on this planet to prepare ourselves.</w:t>
      </w:r>
      <w:r>
        <w:br/>
      </w:r>
      <w:r>
        <w:rPr>
          <w:sz w:val="20"/>
        </w:rPr>
        <w:t>5:36  Now what is preparation?</w:t>
      </w:r>
      <w:r>
        <w:br/>
      </w:r>
      <w:r>
        <w:rPr>
          <w:sz w:val="20"/>
        </w:rPr>
        <w:t>5:42  We have freedom.</w:t>
      </w:r>
      <w:r>
        <w:br/>
      </w:r>
      <w:r>
        <w:rPr>
          <w:sz w:val="20"/>
        </w:rPr>
        <w:t>5:48  So there are two options for us: either to misuse our freedom or to use it properly.</w:t>
      </w:r>
      <w:r>
        <w:br/>
      </w:r>
      <w:r>
        <w:rPr>
          <w:sz w:val="20"/>
        </w:rPr>
        <w:t>5:58  So those who misuse their freedom, they failed in the test.</w:t>
      </w:r>
      <w:r>
        <w:br/>
      </w:r>
      <w:r>
        <w:rPr>
          <w:sz w:val="20"/>
        </w:rPr>
        <w:t>6:08  And those who use this</w:t>
      </w:r>
      <w:r>
        <w:br/>
      </w:r>
      <w:r>
        <w:rPr>
          <w:sz w:val="20"/>
        </w:rPr>
        <w:t>6:18  freedom properly, they stood in the test.</w:t>
      </w:r>
      <w:r>
        <w:br/>
      </w:r>
      <w:r>
        <w:rPr>
          <w:sz w:val="20"/>
        </w:rPr>
        <w:t>6:24  Then there is an end.</w:t>
      </w:r>
      <w:r>
        <w:br/>
      </w:r>
      <w:r>
        <w:rPr>
          <w:sz w:val="20"/>
        </w:rPr>
        <w:t>6:30  The present world is not eternal.</w:t>
      </w:r>
      <w:r>
        <w:br/>
      </w:r>
      <w:r>
        <w:rPr>
          <w:sz w:val="20"/>
        </w:rPr>
        <w:t>6:36  Ancient philosophers were believing that our world is an eternal world.</w:t>
      </w:r>
      <w:r>
        <w:br/>
      </w:r>
      <w:r>
        <w:rPr>
          <w:sz w:val="20"/>
        </w:rPr>
        <w:t>6:42  Ancient philosophers were</w:t>
      </w:r>
      <w:r>
        <w:br/>
      </w:r>
      <w:r>
        <w:rPr>
          <w:sz w:val="20"/>
        </w:rPr>
        <w:t>6:48  believing that our world is an eternal world.</w:t>
      </w:r>
      <w:r>
        <w:br/>
      </w:r>
      <w:r>
        <w:rPr>
          <w:sz w:val="20"/>
        </w:rPr>
        <w:t>6:54  But the Big Bang theory has proved that there is a beginning of this world.</w:t>
      </w:r>
      <w:r>
        <w:br/>
      </w:r>
      <w:r>
        <w:rPr>
          <w:sz w:val="20"/>
        </w:rPr>
        <w:t>7:01  It is not eternal.</w:t>
      </w:r>
      <w:r>
        <w:br/>
      </w:r>
      <w:r>
        <w:rPr>
          <w:sz w:val="20"/>
        </w:rPr>
        <w:t>7:07  Our world is not from eternity.</w:t>
      </w:r>
      <w:r>
        <w:br/>
      </w:r>
      <w:r>
        <w:rPr>
          <w:sz w:val="20"/>
        </w:rPr>
        <w:t>7:13  It has a specific beginning, perhaps thirteen billions ago,</w:t>
      </w:r>
      <w:r>
        <w:br/>
      </w:r>
      <w:r>
        <w:rPr>
          <w:sz w:val="20"/>
        </w:rPr>
        <w:t>7:19  when the present world was born.</w:t>
      </w:r>
      <w:r>
        <w:br/>
      </w:r>
      <w:r>
        <w:rPr>
          <w:sz w:val="20"/>
        </w:rPr>
        <w:t>7:25  So our world has a beginning.</w:t>
      </w:r>
      <w:r>
        <w:br/>
      </w:r>
      <w:r>
        <w:rPr>
          <w:sz w:val="20"/>
        </w:rPr>
        <w:t>7:31  Then it has an end.</w:t>
      </w:r>
      <w:r>
        <w:br/>
      </w:r>
      <w:r>
        <w:rPr>
          <w:sz w:val="20"/>
        </w:rPr>
        <w:t>7:37  You know, Newton was the father of the modern science.</w:t>
      </w:r>
      <w:r>
        <w:br/>
      </w:r>
      <w:r>
        <w:rPr>
          <w:sz w:val="20"/>
        </w:rPr>
        <w:t>7:43  He has calculated—after a long</w:t>
      </w:r>
      <w:r>
        <w:br/>
      </w:r>
      <w:r>
        <w:rPr>
          <w:sz w:val="20"/>
        </w:rPr>
        <w:t>7:49  calculation, he declared that the present universe has an end.</w:t>
      </w:r>
      <w:r>
        <w:br/>
      </w:r>
      <w:r>
        <w:rPr>
          <w:sz w:val="20"/>
        </w:rPr>
        <w:t>8:05  And according to his calculation, this end was predetermined, and it was 2060.</w:t>
      </w:r>
      <w:r>
        <w:br/>
      </w:r>
      <w:r>
        <w:rPr>
          <w:sz w:val="20"/>
        </w:rPr>
        <w:t>8:21  This was Newton's prediction according to his calculations.</w:t>
      </w:r>
      <w:r>
        <w:br/>
      </w:r>
      <w:r>
        <w:rPr>
          <w:sz w:val="20"/>
        </w:rPr>
        <w:t>8:29  And the present global warming has only confirmed this calculation.</w:t>
      </w:r>
      <w:r>
        <w:br/>
      </w:r>
      <w:r>
        <w:rPr>
          <w:sz w:val="20"/>
        </w:rPr>
        <w:t>8:37  It is very strange that Newton was born before three hundred years ago, but he was able to</w:t>
      </w:r>
      <w:r>
        <w:br/>
      </w:r>
      <w:r>
        <w:rPr>
          <w:sz w:val="20"/>
        </w:rPr>
        <w:t>8:45  reach a very</w:t>
      </w:r>
    </w:p>
    <w:p>
      <w:pPr>
        <w:pStyle w:val="Heading2"/>
      </w:pPr>
      <w:r>
        <w:t>Recurring dream of Gandhi, claiming to be his true successor</w:t>
      </w:r>
    </w:p>
    <w:p>
      <w:r>
        <w:rPr>
          <w:color w:val="666666"/>
          <w:sz w:val="18"/>
        </w:rPr>
        <w:t>Journey to a Mediterranean Island November 23, 2008 · 4m 22s · at 58:32 · https://youtu.be/uoOiuhWeSIQ?t=3512</w:t>
      </w:r>
    </w:p>
    <w:p>
      <w:r>
        <w:rPr>
          <w:i/>
        </w:rPr>
        <w:t>“واٹ از نیو گاندھینزم؟ کین اور مشن بی ایسوسیٹڈ ود اٹ؟”</w:t>
      </w:r>
    </w:p>
    <w:p>
      <w:r>
        <w:rPr>
          <w:sz w:val="20"/>
        </w:rPr>
        <w:t>58:32  das question is from miss raziya: what is new gandhism? can our mission be associated with it?</w:t>
      </w:r>
      <w:r>
        <w:br/>
      </w:r>
      <w:r>
        <w:rPr>
          <w:sz w:val="20"/>
        </w:rPr>
        <w:t>58:46  kal aaye the mister siddharth, ek types of india ke,</w:t>
      </w:r>
      <w:r>
        <w:br/>
      </w:r>
      <w:r>
        <w:rPr>
          <w:sz w:val="20"/>
        </w:rPr>
        <w:t>58:50  un se mein ne baat karti hui kaha ke yeh lafz use kiya tha, mein ne new atheism. to bas bachta ho ke hamara jo mission hai, woh new atheism hai.</w:t>
      </w:r>
      <w:r>
        <w:br/>
      </w:r>
      <w:r>
        <w:rPr>
          <w:sz w:val="20"/>
        </w:rPr>
        <w:t>59:06  mein ne kai bar mahatma gandhi ko dream mein dekha.</w:t>
      </w:r>
      <w:r>
        <w:br/>
      </w:r>
      <w:r>
        <w:rPr>
          <w:sz w:val="20"/>
        </w:rPr>
        <w:t>59:13  mein ne ek baar dekha ke mein ek road hai, is pe walk kar raha hoon paidal. phir ek darakht hai, ek peir, is neeche mahatma gandhi akele baithe hue hain.</w:t>
      </w:r>
      <w:r>
        <w:br/>
      </w:r>
      <w:r>
        <w:rPr>
          <w:sz w:val="20"/>
        </w:rPr>
        <w:t>59:28  ek dam wahi haliya hai jo un ka hota tha, bohat hi sad.</w:t>
      </w:r>
      <w:r>
        <w:br/>
      </w:r>
      <w:r>
        <w:rPr>
          <w:sz w:val="20"/>
        </w:rPr>
        <w:t>59:36  to mein un ke paas jata hoon, to mujh ko ek pen dete hain.</w:t>
      </w:r>
      <w:r>
        <w:br/>
      </w:r>
      <w:r>
        <w:rPr>
          <w:sz w:val="20"/>
        </w:rPr>
        <w:t>59:43  mahatma gandhi ek pen dete hain aur kehte hain ke maulana sahib, aap jo kar rahe hain, is ko karte rahey.</w:t>
      </w:r>
      <w:r>
        <w:br/>
      </w:r>
      <w:r>
        <w:rPr>
          <w:sz w:val="20"/>
        </w:rPr>
        <w:t>59:57  bas itna hi bolay woh ke maulana sahib, aap jo kar rahe hain, is ko karte rahey. aur pen diya unhon ne. bas samajhta hoon ke mein mahatma gandhi ka reincarnation hoon,</w:t>
      </w:r>
      <w:r>
        <w:br/>
      </w:r>
      <w:r>
        <w:rPr>
          <w:sz w:val="20"/>
        </w:rPr>
        <w:t>1:00:10  ya kam az kam yeh keh sakta hoon ke mahatma gandhi ke ideals jo hain, un ka mein embodiment hoon. aap yeh na dekhen ke mera term of reference kya hota hai, matlab mahatma gandhi ka term of reference geeta hota tha.</w:t>
      </w:r>
      <w:r>
        <w:br/>
      </w:r>
      <w:r>
        <w:rPr>
          <w:sz w:val="20"/>
        </w:rPr>
        <w:t>1:00:25  agar mera term of reference quran hai to is mein bhadkiye nahin. aap kaha mahatma gandhi khud kehte thay ke ram rahim ek hai.</w:t>
      </w:r>
      <w:r>
        <w:br/>
      </w:r>
      <w:r>
        <w:rPr>
          <w:sz w:val="20"/>
        </w:rPr>
        <w:t>1:00:33  mahatma gandhi ke haan gaya jata tha gana baqayda, daily: ram rahim ek hai. to jo cheez unhein jo bolte thay, woh geeta ke reference mein, isi ko agar boloon quran ke reference mein to baat ek hi hui, do nahin hui.</w:t>
      </w:r>
      <w:r>
        <w:br/>
      </w:r>
      <w:r>
        <w:rPr>
          <w:sz w:val="20"/>
        </w:rPr>
        <w:t>1:00:50  woh</w:t>
      </w:r>
      <w:r>
        <w:br/>
      </w:r>
      <w:r>
        <w:rPr>
          <w:sz w:val="20"/>
        </w:rPr>
        <w:t>1:00:52  to mein to beharhaal yeh samajhta hoon ke mein mahatma gandhi ke ideals ka embodiment hoon. aur waqia hai ke is waqt india mein agar koi mahatma gandhi ko represent kar raha hai to mein akela hoon, koi doosra aadmi nahin hai.</w:t>
      </w:r>
      <w:r>
        <w:br/>
      </w:r>
      <w:r>
        <w:rPr>
          <w:sz w:val="20"/>
        </w:rPr>
        <w:t>1:01:09  dekhiye, mahatma gandhi ke jo saathi thay, woh un ke successor nahin ban sake. sab ke sab un ke revolution ke political beneficiary thay,</w:t>
      </w:r>
      <w:r>
        <w:br/>
      </w:r>
      <w:r>
        <w:rPr>
          <w:sz w:val="20"/>
        </w:rPr>
        <w:t>1:01:20  yani un ka jo revolution aaya, us se political faiday uthaye logon ne. mein ne koi faida nahin uthaya. mein bhi ek freedom fighter hoon, mein bhi bohat se faiday le sakta tha, mujhe offer bhi kai diye gaye, koi faida mein ne nahin liya.</w:t>
      </w:r>
      <w:r>
        <w:br/>
      </w:r>
      <w:r>
        <w:rPr>
          <w:sz w:val="20"/>
        </w:rPr>
        <w:t>1:01:35  to mein apne aap ko mahatma gandhi ka true successor manta hoon. is se koi na bhadkaye ke woh agar geeta ka reference dete thay aur mein quran ka reference deta hoon to yeh to yeh to khud woh kehte thay: ram rahim ek hai.</w:t>
      </w:r>
      <w:r>
        <w:br/>
      </w:r>
      <w:r>
        <w:rPr>
          <w:sz w:val="20"/>
        </w:rPr>
        <w:t>1:01:51  is ko le kar koi koi bhadakna nahin chahiye ke is ko. aur waqia yeh hai ke mahatma gandhi ke mission ko mein revive kar raha hoon ke mein ne mr. sudhar se kaha, aur jaate hue mein samajhta hoon ke unhon ne mana is cheez ko, is ke wazan ko, is ke weight ko unhon ne tasleem kiya.</w:t>
      </w:r>
      <w:r>
        <w:br/>
      </w:r>
      <w:r>
        <w:rPr>
          <w:sz w:val="20"/>
        </w:rPr>
        <w:t>1:02:10  to new gauthi-ism jo hai, woh naam hai guardian philosophy ka naye situation mein reapplication.</w:t>
      </w:r>
      <w:r>
        <w:br/>
      </w:r>
      <w:r>
        <w:rPr>
          <w:sz w:val="20"/>
        </w:rPr>
        <w:t>1:02:20  woh mein kar raha hoon, khuda ke fazal se.</w:t>
      </w:r>
      <w:r>
        <w:br/>
      </w:r>
      <w:r>
        <w:rPr>
          <w:sz w:val="20"/>
        </w:rPr>
        <w:t>1:02:26  logon ka mamla hai ke kuch kuch oopri cheezon ko le kar bhadakte hain, gehre gehre gehrai mein ja kar nahin dekhte. gehrai mein ja kar nahin dekhte.</w:t>
      </w:r>
      <w:r>
        <w:br/>
      </w:r>
      <w:r>
        <w:rPr>
          <w:sz w:val="20"/>
        </w:rPr>
        <w:t>1:02:37  gehrai mein ja ke aap dekhen to lage ke waqai yeh aadmi revive kar raha hai guardian philosophy ko.</w:t>
      </w:r>
      <w:r>
        <w:br/>
      </w:r>
      <w:r>
        <w:rPr>
          <w:sz w:val="20"/>
        </w:rPr>
        <w:t>1:02:45  inshallah, mein is par ek ek poora ek lecture inshallah hum rakhen ge india international center mein, isi par: what is new gauthi-ism?</w:t>
      </w:r>
    </w:p>
    <w:p>
      <w:pPr>
        <w:pStyle w:val="Heading2"/>
      </w:pPr>
      <w:r>
        <w:t>conflating Islam with Muslim history, then the Kirtas story</w:t>
      </w:r>
    </w:p>
    <w:p>
      <w:r>
        <w:rPr>
          <w:color w:val="666666"/>
          <w:sz w:val="18"/>
        </w:rPr>
        <w:t>History of Islamic Learning May 14, 2006 Part 2 · 4m 45s · at 16:11 · https://youtu.be/snrt_NRyjLI?t=971</w:t>
      </w:r>
    </w:p>
    <w:p>
      <w:r>
        <w:rPr>
          <w:i/>
        </w:rPr>
        <w:t>“اسلام اور مسلم، یہ دونوں ایک بن گئے”</w:t>
      </w:r>
    </w:p>
    <w:p>
      <w:r>
        <w:rPr>
          <w:sz w:val="20"/>
        </w:rPr>
        <w:t>16:11  misalan dekhiye, ek to yeh hai ke Islam aur Muslim, yeh dono ek ban gae.</w:t>
      </w:r>
      <w:r>
        <w:br/>
      </w:r>
      <w:r>
        <w:rPr>
          <w:sz w:val="20"/>
        </w:rPr>
        <w:t>16:22  jo kitabein likhi gayeen, baad ko woh is tarah se likhi gayeen jaise ke Islam aur Muslim dono ek hain.</w:t>
      </w:r>
      <w:r>
        <w:br/>
      </w:r>
      <w:r>
        <w:rPr>
          <w:sz w:val="20"/>
        </w:rPr>
        <w:t>16:28  misalan kitab likhte hain ke log history par, is ka naam hota hai Islamic history, haalanke woh Islamic history nahi hoti. woh woh hoti hai Muslim history, woh Muslim history hoti hai.</w:t>
      </w:r>
      <w:r>
        <w:br/>
      </w:r>
      <w:r>
        <w:rPr>
          <w:sz w:val="20"/>
        </w:rPr>
        <w:t>16:42  jaise India mein jo jo period tha Mughalon ka ya doosre jo rulers the, to us ke bare mein kitabein likhi gayeen hain.</w:t>
      </w:r>
      <w:r>
        <w:br/>
      </w:r>
      <w:r>
        <w:rPr>
          <w:sz w:val="20"/>
        </w:rPr>
        <w:t>16:55  to woh us ka title hota hai Hindustan Islami ahad mein. Hindustan Islami ahad mein, haalanke woh Islami ahad nahi tha, woh woh to dynasty thi.</w:t>
      </w:r>
      <w:r>
        <w:br/>
      </w:r>
      <w:r>
        <w:rPr>
          <w:sz w:val="20"/>
        </w:rPr>
        <w:t>17:08  dynasty Mughal the, kaha woh dynasty thi. woh woh koi Islami rule nahi tha, koi Islami, yaani Islami history nahi keh sakte us ko.</w:t>
      </w:r>
      <w:r>
        <w:br/>
      </w:r>
      <w:r>
        <w:rPr>
          <w:sz w:val="20"/>
        </w:rPr>
        <w:t>17:20  aap is ko Mughal history kahenge, aap</w:t>
      </w:r>
      <w:r>
        <w:br/>
      </w:r>
      <w:r>
        <w:rPr>
          <w:sz w:val="20"/>
        </w:rPr>
        <w:t>17:23  kyunke woh ek dynasty thi jo rule kar rahi thi. woh lekin jo kitabein likhi gayeen hain, woh sab kitabon mein is tarah likha gaya jaise ke yeh sab Islami, Islamic tareekh thi, Islamic history thi.</w:t>
      </w:r>
      <w:r>
        <w:br/>
      </w:r>
      <w:r>
        <w:rPr>
          <w:sz w:val="20"/>
        </w:rPr>
        <w:t>17:39  aur yeh aaghaz is is qism ke, yaani interpretation ka aaghaz khud shuru hi se ho chuka tha. sab se pehla jo waqea jahan tak main jaanta hoon, woh hai jisko kehte hain kartas ka waqea.</w:t>
      </w:r>
      <w:r>
        <w:br/>
      </w:r>
      <w:r>
        <w:rPr>
          <w:sz w:val="20"/>
        </w:rPr>
        <w:t>17:54  kartas ka waqea kya hai? Rasool Allah ne jab aap bimar hue, aakhri zamane mein, aur jab aap ki wafat hone wali thi, to aap ne aap</w:t>
      </w:r>
      <w:r>
        <w:br/>
      </w:r>
      <w:r>
        <w:rPr>
          <w:sz w:val="20"/>
        </w:rPr>
        <w:t>18:13  aap bed par the. aap ne kaha ke kartas lao. kartas means paper. kartas maani hote hain paper, kaghaz lao aur qalam lao</w:t>
      </w:r>
      <w:r>
        <w:br/>
      </w:r>
      <w:r>
        <w:rPr>
          <w:sz w:val="20"/>
        </w:rPr>
        <w:t>18:24  , main tum ko kuch likhwa doon taake tum mere baad gumrah na ho. yeh aap ne farmaya to Hakam ne rok diya ke mat kartas mat lao, us waqt tabiyat aap ki theek nahi hai.</w:t>
      </w:r>
      <w:r>
        <w:br/>
      </w:r>
      <w:r>
        <w:rPr>
          <w:sz w:val="20"/>
        </w:rPr>
        <w:t>18:38  abhi ah, yaani is ko mana kar diya ke kaghaz lane se. to kaghaz nahi laya gaya aur qalam nahi laya gaya, aur woh likha nahi gaya jo aap ne farmaya tha.</w:t>
      </w:r>
      <w:r>
        <w:br/>
      </w:r>
      <w:r>
        <w:rPr>
          <w:sz w:val="20"/>
        </w:rPr>
        <w:t>18:49  yeh kitabon mein aata hai.</w:t>
      </w:r>
      <w:r>
        <w:br/>
      </w:r>
      <w:r>
        <w:rPr>
          <w:sz w:val="20"/>
        </w:rPr>
        <w:t>18:51  to is ko le kar ke ek groh ne kya nikala? is ka matlab ke is kartas mein, yaani is paper mein, aap likhwane wale the Hazrat Ali ki khilafat ke mere baad khalifa jo hain, woh Ali honge.</w:t>
      </w:r>
      <w:r>
        <w:br/>
      </w:r>
      <w:r>
        <w:rPr>
          <w:sz w:val="20"/>
        </w:rPr>
        <w:t>19:04  yaani apni taraf se yeh jod diya is ne, haalanke is ka koi matlab nahi tha is se. is liye ke woh us waqt agarchay kaghaz nahi laya gaya, lekin jo baat aap chahte the likhwana, woh baat to kahi aap ne, woh maujood hai kitabon mein.</w:t>
      </w:r>
      <w:r>
        <w:br/>
      </w:r>
      <w:r>
        <w:rPr>
          <w:sz w:val="20"/>
        </w:rPr>
        <w:t>19:18  woh kya? woh yeh hai ke doosri riwayat mein yeh maujood hai ke aap ne farmaya ke tark tum qalamain, yaani yahi baat aap likhwana chahte the paper par.</w:t>
      </w:r>
      <w:r>
        <w:br/>
      </w:r>
      <w:r>
        <w:rPr>
          <w:sz w:val="20"/>
        </w:rPr>
        <w:t>19:33  baat ko aap ne farmaya aur logon ne yaad kiya is ko, aur woh aaj bhi kitabon mein maujood hai ke tark tum qalamain, kitab Allah wa sunnati, main tumhare darmiyan do bhaari cheez chhod raha hoon</w:t>
      </w:r>
      <w:r>
        <w:br/>
      </w:r>
      <w:r>
        <w:rPr>
          <w:sz w:val="20"/>
        </w:rPr>
        <w:t>19:47  . thaqalain maani bhaari cheez, main tumhare beech mein do bhaari cheez chhod raha hoon. jab tak tum us ko pakde rahoge, tum bhatkoge nahi.</w:t>
      </w:r>
      <w:r>
        <w:br/>
      </w:r>
      <w:r>
        <w:rPr>
          <w:sz w:val="20"/>
        </w:rPr>
        <w:t>20:00  yeh aap likhwana chahte the jo baat ko aap ne munh se bol kar ke logon ko bataya. ab is waqea ko le kar ke yeh nikala ke is kartas par ya is paper par aap likhna chahte the Hazrat Ali ki khilafat, yeh bilkul baseless baat hai.</w:t>
      </w:r>
      <w:r>
        <w:br/>
      </w:r>
      <w:r>
        <w:rPr>
          <w:sz w:val="20"/>
        </w:rPr>
        <w:t>20:16  yeh hai wrong interpretation. to Islam mein jo text hai, woh to waise ke waise hi raha, lekin khud se logon ne aisi aisi baatein nikal ke jod diya jinko main keh raha hoon ke wrong interpretation.</w:t>
      </w:r>
      <w:r>
        <w:br/>
      </w:r>
      <w:r>
        <w:rPr>
          <w:sz w:val="20"/>
        </w:rPr>
        <w:t>20:29  to is interpretation mein bohat sari ghalat baatein aa gayeen, aur sara jo bigaad aaya hai baad ke zamane mein, jis ko rasool Allah ne farmaya tha, woh sab bigaad aaya through interpretation.</w:t>
      </w:r>
      <w:r>
        <w:br/>
      </w:r>
      <w:r>
        <w:rPr>
          <w:sz w:val="20"/>
        </w:rPr>
        <w:t>20:44  to aap ko agar yeh janna hai ke Islam hai kya sach much, to aap ko aaj bhi yeh mauqa hai ke aap text ko parhein, aur text ko parh kar ke aap jaan lein ke Islam kya hai.</w:t>
      </w:r>
    </w:p>
    <w:p>
      <w:pPr>
        <w:pStyle w:val="Heading2"/>
      </w:pPr>
      <w:r>
        <w:t>Women's role: basic duties but flexibility</w:t>
      </w:r>
    </w:p>
    <w:p>
      <w:r>
        <w:rPr>
          <w:color w:val="666666"/>
          <w:sz w:val="18"/>
        </w:rPr>
        <w:t>God Oriented Life (In Conversation with Maulana) 23 10 11 · 2m 57s · at 25:06 · https://youtu.be/E_LWwsWww2U?t=1506</w:t>
      </w:r>
    </w:p>
    <w:p>
      <w:r>
        <w:rPr>
          <w:i/>
        </w:rPr>
        <w:t>“Dekhiye maine aisa nahi likha hai”</w:t>
      </w:r>
    </w:p>
    <w:p>
      <w:r>
        <w:rPr>
          <w:sz w:val="20"/>
        </w:rPr>
        <w:t>25:06  dekhiye maine aisa nahi likha hai aap is ko phir se padhiye meri tehreer ko ke aurat</w:t>
      </w:r>
      <w:r>
        <w:br/>
      </w:r>
      <w:r>
        <w:rPr>
          <w:sz w:val="20"/>
        </w:rPr>
        <w:t>25:12  sirf ghar kaam kare aur aurat sirf bahar kaam kare aisa maine likha hai maine kaha</w:t>
      </w:r>
      <w:r>
        <w:br/>
      </w:r>
      <w:r>
        <w:rPr>
          <w:sz w:val="20"/>
        </w:rPr>
        <w:t>25:17  ke basically aisa hona chahiye basically wahan lafz padhiye aap mera hmm aisa nahi likha likha maine</w:t>
      </w:r>
      <w:r>
        <w:br/>
      </w:r>
      <w:r>
        <w:rPr>
          <w:sz w:val="20"/>
        </w:rPr>
        <w:t>25:23  kabhi bhi nahi likha hai yani ek general division yeh hai general aam halat mein ke aisa aurat</w:t>
      </w:r>
      <w:r>
        <w:br/>
      </w:r>
      <w:r>
        <w:rPr>
          <w:sz w:val="20"/>
        </w:rPr>
        <w:t>25:32  kare aisa mard kare lekin agar aap zaroorat samajhte hain to mard bahar ja kar kaam kar sakti</w:t>
      </w:r>
      <w:r>
        <w:br/>
      </w:r>
      <w:r>
        <w:rPr>
          <w:sz w:val="20"/>
        </w:rPr>
        <w:t>25:40  hai aur is mein koi islam mein koi harj nahi hai harj asal cheez jo hai dekhiye yeh</w:t>
      </w:r>
      <w:r>
        <w:br/>
      </w:r>
      <w:r>
        <w:rPr>
          <w:sz w:val="20"/>
        </w:rPr>
        <w:t>25:48  nahi ke aurat ghar mein confine rahi hai matlab nahi asal</w:t>
      </w:r>
      <w:r>
        <w:br/>
      </w:r>
      <w:r>
        <w:rPr>
          <w:sz w:val="20"/>
        </w:rPr>
        <w:t>25:52  mein asal cheez jo islam mein hai woh newdity</w:t>
      </w:r>
      <w:r>
        <w:br/>
      </w:r>
      <w:r>
        <w:rPr>
          <w:sz w:val="20"/>
        </w:rPr>
        <w:t>25:56  یعنی free society اور یہ سب جو ہوتا ہے یعنی مرد عورت بالکل مچھلیوں کی طرح رہتے ہیں</w:t>
      </w:r>
      <w:r>
        <w:br/>
      </w:r>
      <w:r>
        <w:rPr>
          <w:sz w:val="20"/>
        </w:rPr>
        <w:t>26:03  yeh sab galat hai islam mein</w:t>
      </w:r>
      <w:r>
        <w:br/>
      </w:r>
      <w:r>
        <w:rPr>
          <w:sz w:val="20"/>
        </w:rPr>
        <w:t>26:06  aisa nahi ke aurat bahar kaam nahi kar sakti</w:t>
      </w:r>
      <w:r>
        <w:br/>
      </w:r>
      <w:r>
        <w:rPr>
          <w:sz w:val="20"/>
        </w:rPr>
        <w:t>26:11  aisa hargiz nahi hai lekin aam halaat mein maine kaha hai ke aam halaat mein</w:t>
      </w:r>
      <w:r>
        <w:br/>
      </w:r>
      <w:r>
        <w:rPr>
          <w:sz w:val="20"/>
        </w:rPr>
        <w:t>26:17  agar yeh arrangement hota hai ke aurat ghar ka sambhalti hai mard bahar ka sambhalta hai to yeh</w:t>
      </w:r>
      <w:r>
        <w:br/>
      </w:r>
      <w:r>
        <w:rPr>
          <w:sz w:val="20"/>
        </w:rPr>
        <w:t>26:24  ایک نیچرل ڈیویژن ہوگا آپ یورپ امریکہ کا ذکر فرما رہے ہیں میں بار بار وہاں گیا ہوں</w:t>
      </w:r>
      <w:r>
        <w:br/>
      </w:r>
      <w:r>
        <w:rPr>
          <w:sz w:val="20"/>
        </w:rPr>
        <w:t>26:31  wahan par chounke is is ko nahi mante log to is se bohat nuksan hua hai wahan jis</w:t>
      </w:r>
      <w:r>
        <w:br/>
      </w:r>
      <w:r>
        <w:rPr>
          <w:sz w:val="20"/>
        </w:rPr>
        <w:t>26:37  ko</w:t>
      </w:r>
      <w:r>
        <w:br/>
      </w:r>
      <w:r>
        <w:rPr>
          <w:sz w:val="20"/>
        </w:rPr>
        <w:t>26:37  کہتے ہیں broken homes, broken homes جو مسئلہ پیدا ہوا ہے وہ ہر وہاں کا سپر مسئلہ ہے</w:t>
      </w:r>
      <w:r>
        <w:br/>
      </w:r>
      <w:r>
        <w:rPr>
          <w:sz w:val="20"/>
        </w:rPr>
        <w:t>26:44  broken homes, yaani maa mein alag, bachche alag, aur shauhar alag. Toh bachche bilkul yaani koi unki</w:t>
      </w:r>
      <w:r>
        <w:br/>
      </w:r>
      <w:r>
        <w:rPr>
          <w:sz w:val="20"/>
        </w:rPr>
        <w:t>26:55  ٹریننگ نہیں ہوتی بالکل اینیمل کی طرح جیتے ہیں وہ تو broken homes کو جو جو phenomena وہاں</w:t>
      </w:r>
      <w:r>
        <w:br/>
      </w:r>
      <w:r>
        <w:rPr>
          <w:sz w:val="20"/>
        </w:rPr>
        <w:t>27:01  ہے وہ وہ تو super evil ہے وہاں کی سوسائٹی بالکل یعنی تباہ ہو گئی اس کی بنا</w:t>
      </w:r>
      <w:r>
        <w:br/>
      </w:r>
      <w:r>
        <w:rPr>
          <w:sz w:val="20"/>
        </w:rPr>
        <w:t>27:09  par to natural taqseem mein yeh hai maine kaha hai ke dono shobe hain yani ghar sambhalna</w:t>
      </w:r>
      <w:r>
        <w:br/>
      </w:r>
      <w:r>
        <w:rPr>
          <w:sz w:val="20"/>
        </w:rPr>
        <w:t>27:18  bachon ko sambhalna aur bahar ka sambhalna bhi lekin yeh koi</w:t>
      </w:r>
      <w:r>
        <w:br/>
      </w:r>
      <w:r>
        <w:rPr>
          <w:sz w:val="20"/>
        </w:rPr>
        <w:t>27:22  aisa nahi ke aise hi lazman har jagah hona chahiye maine yeh bhi kaha hai aap parhein</w:t>
      </w:r>
      <w:r>
        <w:br/>
      </w:r>
      <w:r>
        <w:rPr>
          <w:sz w:val="20"/>
        </w:rPr>
        <w:t>27:27  اس کو کہ یہ جو generation کو جو تیار کرنا ہے کہ through education اس کے لیے best</w:t>
      </w:r>
      <w:r>
        <w:br/>
      </w:r>
      <w:r>
        <w:rPr>
          <w:sz w:val="20"/>
        </w:rPr>
        <w:t>27:38  teacher aurtein hoti hain yani education ka jo department hai woh aurton ko sambhalna chahiye kyunke aurtein bohat</w:t>
      </w:r>
      <w:r>
        <w:br/>
      </w:r>
      <w:r>
        <w:rPr>
          <w:sz w:val="20"/>
        </w:rPr>
        <w:t>27:46  acha teaching ka job kar sakti hain yeh bhi maine likha hai to aap phir se parhiye</w:t>
      </w:r>
      <w:r>
        <w:br/>
      </w:r>
      <w:r>
        <w:rPr>
          <w:sz w:val="20"/>
        </w:rPr>
        <w:t>27:51  is ko maine is ko aisa nahi likha hai ke sirf yeh aur sirf woh</w:t>
      </w:r>
    </w:p>
    <w:p>
      <w:pPr>
        <w:pStyle w:val="Heading2"/>
      </w:pPr>
      <w:r>
        <w:t>Prophet climbs Safa and delivers his first public warning</w:t>
      </w:r>
    </w:p>
    <w:p>
      <w:r>
        <w:rPr>
          <w:color w:val="666666"/>
          <w:sz w:val="18"/>
        </w:rPr>
        <w:t>From The Spiritual Tree December 3, 2006 · 5m 55s · at 6:29 · https://youtu.be/m3JXYXORP5w?t=389</w:t>
      </w:r>
    </w:p>
    <w:p>
      <w:r>
        <w:rPr>
          <w:i/>
        </w:rPr>
        <w:t>“Outside Mecca there was a rock called Safa”</w:t>
      </w:r>
    </w:p>
    <w:p>
      <w:r>
        <w:rPr>
          <w:sz w:val="20"/>
        </w:rPr>
        <w:t>6:29  toh iska naam tha safa. esa e efa. toh wahan par esa tareeqa tha ke isko log stage ke taur par use karte the.</w:t>
      </w:r>
      <w:r>
        <w:br/>
      </w:r>
      <w:r>
        <w:rPr>
          <w:sz w:val="20"/>
        </w:rPr>
        <w:t>6:43  aajkal aap jaante hain ke manch banaye jaate hain, public meeting ki jaati hai toh usmein manch bante hain.</w:t>
      </w:r>
      <w:r>
        <w:br/>
      </w:r>
      <w:r>
        <w:rPr>
          <w:sz w:val="20"/>
        </w:rPr>
        <w:t>6:52  manch par log khade ho kar bolte hain. toh woh gaya ke is zamane ka makkah walon ka manch tha. koi bahut important address dena hota toh aadmi wahan khada hota.</w:t>
      </w:r>
      <w:r>
        <w:br/>
      </w:r>
      <w:r>
        <w:rPr>
          <w:sz w:val="20"/>
        </w:rPr>
        <w:t>7:08  toh tareeqa kya tha woh</w:t>
      </w:r>
      <w:r>
        <w:br/>
      </w:r>
      <w:r>
        <w:rPr>
          <w:sz w:val="20"/>
        </w:rPr>
        <w:t>7:12  wahan par? yeh bhi janne ki baat hai ke in logon ka tareeqa yeh tha, aam taur par sabse badi news wahan hoti thi ke koi tribe jo hai woh attack karne wala hai hamare upar .</w:t>
      </w:r>
      <w:r>
        <w:br/>
      </w:r>
      <w:r>
        <w:rPr>
          <w:sz w:val="20"/>
        </w:rPr>
        <w:t>7:27  isko news dena. kyunke wahan aap jaante hain ke woh tribal zamana tha. har tribe ka apna alag alag ek, ek tareeqa tha.</w:t>
      </w:r>
      <w:r>
        <w:br/>
      </w:r>
      <w:r>
        <w:rPr>
          <w:sz w:val="20"/>
        </w:rPr>
        <w:t>7:40  poore arab ke liye koi ek state nahi thi, koi ek government nahi thi. toh har tribe ko doosre tribe se hamesha darr rehta tha ke kab kaun attack kare.</w:t>
      </w:r>
      <w:r>
        <w:br/>
      </w:r>
      <w:r>
        <w:rPr>
          <w:sz w:val="20"/>
        </w:rPr>
        <w:t>7:55  toh wahan par yeh tareeqa tha ke ek aadmi suppose woh kahin gaya hai bahar, ab wahan pata chalta hai usko ke ek tribe waley makkah par attack karne wale hain.</w:t>
      </w:r>
      <w:r>
        <w:br/>
      </w:r>
      <w:r>
        <w:rPr>
          <w:sz w:val="20"/>
        </w:rPr>
        <w:t>8:10  yeh wahan ka aam zindagi ka tareeqa tha yeh. to kyonke tribalariyan bohat hua karti theen us zamane mein. kahin bhi har zamane mein jahan per tribal age mein tha insaan, to tribalari bohat hua karti thi.</w:t>
      </w:r>
      <w:r>
        <w:br/>
      </w:r>
      <w:r>
        <w:rPr>
          <w:sz w:val="20"/>
        </w:rPr>
        <w:t>8:28  to is mein yeh tha ke agar koi aadmi kahin dekhta hai ke ek army aa rahi hai, ek tribal fouj aa rahi hai Makkah per attack karne ke liye, to daur kar aata tha aur Safa per charh jata tha.</w:t>
      </w:r>
      <w:r>
        <w:br/>
      </w:r>
      <w:r>
        <w:rPr>
          <w:sz w:val="20"/>
        </w:rPr>
        <w:t>8:47  aur unka tareeqa aisa ke apne kapde ko phar deta tha. kapde ko phar kar ke chalta tha woh,</w:t>
      </w:r>
      <w:r>
        <w:br/>
      </w:r>
      <w:r>
        <w:rPr>
          <w:sz w:val="20"/>
        </w:rPr>
        <w:t>8:55  "inna anzeerul aryan". inna anzeerul aryan. aryan ka matlab hota hai nanga. aur anzeer ke maani hain warning dene wala.</w:t>
      </w:r>
      <w:r>
        <w:br/>
      </w:r>
      <w:r>
        <w:rPr>
          <w:sz w:val="20"/>
        </w:rPr>
        <w:t>9:07  mein tum ko nanga ho kar warning de raha hoon. kapda phar deta tha aur chalta tha ke mein tum ko nanga ho kar warning de raha hoon. to nanga hona is baat ki ek pehchan thi ke koi bohat bara,</w:t>
      </w:r>
      <w:r>
        <w:br/>
      </w:r>
      <w:r>
        <w:rPr>
          <w:sz w:val="20"/>
        </w:rPr>
        <w:t>9:20  bari news hai is ke paas.</w:t>
      </w:r>
      <w:r>
        <w:br/>
      </w:r>
      <w:r>
        <w:rPr>
          <w:sz w:val="20"/>
        </w:rPr>
        <w:t>9:25  to Rasool Allah (SAW) ne is ko istemal kiya. to aap ne kapde to nahi phare, baqi style wohi istemal kiya aap ne.</w:t>
      </w:r>
      <w:r>
        <w:br/>
      </w:r>
      <w:r>
        <w:rPr>
          <w:sz w:val="20"/>
        </w:rPr>
        <w:t>9:37  method.</w:t>
      </w:r>
      <w:r>
        <w:br/>
      </w:r>
      <w:r>
        <w:rPr>
          <w:sz w:val="20"/>
        </w:rPr>
        <w:t>9:38  to aap Safa per charh gaye aur wahan per yeh awaaz di aap ne, "inna anzeerul aryan". kapde phare baghair. jaise aap koi kisi ko bulayein, kuch logon ko, kuch leaders ki meeting mein.</w:t>
      </w:r>
      <w:r>
        <w:br/>
      </w:r>
      <w:r>
        <w:rPr>
          <w:sz w:val="20"/>
        </w:rPr>
        <w:t>9:52  abhi yahan riwaj hai sharab serve karne ka, to aap saare item mein rakhein, rakhein lekin sharab is mein na rakhein. to isi tareeqe se aap ne kaha is ko Islamize kiya.</w:t>
      </w:r>
      <w:r>
        <w:br/>
      </w:r>
      <w:r>
        <w:rPr>
          <w:sz w:val="20"/>
        </w:rPr>
        <w:t>10:06  wo jo tareeqa tha is mein Islamize kiya aap ne. yaani yeh item nikal diya aap ne nanga hone wala. baqi aap ne wohi ikhtiyar farmaya.</w:t>
      </w:r>
      <w:r>
        <w:br/>
      </w:r>
      <w:r>
        <w:rPr>
          <w:sz w:val="20"/>
        </w:rPr>
        <w:t>10:16  to aap is per charhe aur kahe ke "inna anzeerul aryan". inna anzeerul aryan. to goya ke is awaaz ka matlab yeh tha ke mere paas koi bohat bari news hai.</w:t>
      </w:r>
      <w:r>
        <w:br/>
      </w:r>
      <w:r>
        <w:rPr>
          <w:sz w:val="20"/>
        </w:rPr>
        <w:t>10:31  daudo logo, daudo.</w:t>
      </w:r>
      <w:r>
        <w:br/>
      </w:r>
      <w:r>
        <w:rPr>
          <w:sz w:val="20"/>
        </w:rPr>
        <w:t>10:34  to log ikhatta hue Safa ke kinare. to aap ne jo address kiya, bohat hi yaani thore shabdon mein tha woh, koi lambi speech nahi thi.</w:t>
      </w:r>
      <w:r>
        <w:br/>
      </w:r>
      <w:r>
        <w:rPr>
          <w:sz w:val="20"/>
        </w:rPr>
        <w:t>10:49  aap ne farmaya apni speech mein ke "Wallah latamutuna</w:t>
      </w:r>
      <w:r>
        <w:br/>
      </w:r>
      <w:r>
        <w:rPr>
          <w:sz w:val="20"/>
        </w:rPr>
        <w:t>11:00  kama tanamuna wala tahyuna kama tustahiquna wa inna hajannata awwal yaa".</w:t>
      </w:r>
      <w:r>
        <w:br/>
      </w:r>
      <w:r>
        <w:rPr>
          <w:sz w:val="20"/>
        </w:rPr>
        <w:t>11:12  Khuda ki qasam, jis tarah tum</w:t>
      </w:r>
      <w:r>
        <w:br/>
      </w:r>
      <w:r>
        <w:rPr>
          <w:sz w:val="20"/>
        </w:rPr>
        <w:t>11:21  sote ho, isi tarah</w:t>
      </w:r>
      <w:r>
        <w:br/>
      </w:r>
      <w:r>
        <w:rPr>
          <w:sz w:val="20"/>
        </w:rPr>
        <w:t>11:23  maro ge. yaani sona woh hai, jis tarah ko aadmi sota hai, be khabar rehta hai to woh ek maut ki alamat hoti hai. "Wallah latamutuna kama tanamuna wala tahyuna kama tustahiquna". Khuda ki qasam, tum maro ge jis tarah tum sote ho.</w:t>
      </w:r>
      <w:r>
        <w:br/>
      </w:r>
      <w:r>
        <w:rPr>
          <w:sz w:val="20"/>
        </w:rPr>
        <w:t>11:44  Khuda ki qasam, tum maro ge jis tarah tum sote ho. aur tum dobara uthaye jaoge jis tarah tum jaagte ho.</w:t>
      </w:r>
      <w:r>
        <w:br/>
      </w:r>
      <w:r>
        <w:rPr>
          <w:sz w:val="20"/>
        </w:rPr>
        <w:t>11:55  agar raat ko sona choti maut hai, subah ko jaagna bari hashar ka namuna hai. phir aap ne farmaya</w:t>
      </w:r>
      <w:r>
        <w:br/>
      </w:r>
      <w:r>
        <w:rPr>
          <w:sz w:val="20"/>
        </w:rPr>
        <w:t>12:05  ke</w:t>
      </w:r>
      <w:r>
        <w:br/>
      </w:r>
      <w:r>
        <w:rPr>
          <w:sz w:val="20"/>
        </w:rPr>
        <w:t>12:08  is ke baad kya hai?</w:t>
      </w:r>
      <w:r>
        <w:br/>
      </w:r>
      <w:r>
        <w:rPr>
          <w:sz w:val="20"/>
        </w:rPr>
        <w:t>12:14  "wa inna lajannata abdal laha". aur is ke baad ya to eternal paradise hai ya eternal fire hai.</w:t>
      </w:r>
    </w:p>
    <w:p>
      <w:pPr>
        <w:pStyle w:val="Heading2"/>
      </w:pPr>
      <w:r>
        <w:t>Islamic ruling on terrorism and armed struggle</w:t>
      </w:r>
    </w:p>
    <w:p>
      <w:r>
        <w:rPr>
          <w:color w:val="666666"/>
          <w:sz w:val="18"/>
        </w:rPr>
        <w:t>What is Sunnah | June 02, 2008 · 5m 06s · at 12:27 · https://youtu.be/RHfm7wuEMEM?t=747</w:t>
      </w:r>
    </w:p>
    <w:p>
      <w:r>
        <w:rPr>
          <w:i/>
        </w:rPr>
        <w:t>“First of all, they need to be told what terrorism is.”</w:t>
      </w:r>
    </w:p>
    <w:p>
      <w:r>
        <w:rPr>
          <w:sz w:val="20"/>
        </w:rPr>
        <w:t>12:27  to pehli baat yeh hai ke in logon ko batana chahiye ke dahshatgardi hai kya? sab se</w:t>
      </w:r>
      <w:r>
        <w:br/>
      </w:r>
      <w:r>
        <w:rPr>
          <w:sz w:val="20"/>
        </w:rPr>
        <w:t>12:33  pehley aap dahshatgardi ki definition batayein, definition, uski taareef.</w:t>
      </w:r>
      <w:r>
        <w:br/>
      </w:r>
      <w:r>
        <w:rPr>
          <w:sz w:val="20"/>
        </w:rPr>
        <w:t>12:39  phir aap batayein specific taur par ke kaun log hain jo is mein mubtala hain aur unko</w:t>
      </w:r>
      <w:r>
        <w:br/>
      </w:r>
      <w:r>
        <w:rPr>
          <w:sz w:val="20"/>
        </w:rPr>
        <w:t>12:45  aap specific taur par condemn karein.</w:t>
      </w:r>
      <w:r>
        <w:br/>
      </w:r>
      <w:r>
        <w:rPr>
          <w:sz w:val="20"/>
        </w:rPr>
        <w:t>12:51  ab dekhiye ke yeh saare log jo dahshatgardi ke khilaf bolte hain aur likhte hain to yeh nahi</w:t>
      </w:r>
      <w:r>
        <w:br/>
      </w:r>
      <w:r>
        <w:rPr>
          <w:sz w:val="20"/>
        </w:rPr>
        <w:t>12:57  batate ke dahshatgardi hai kya? ab dekhiye ke woh log jin ko duniya mein, woh saare tashaddud</w:t>
      </w:r>
      <w:r>
        <w:br/>
      </w:r>
      <w:r>
        <w:rPr>
          <w:sz w:val="20"/>
        </w:rPr>
        <w:t>13:05  wale kaam jin ko duniya mein dahshatgardi kaha jata hai, media mein jin ko dahshatgardi batate hain.</w:t>
      </w:r>
      <w:r>
        <w:br/>
      </w:r>
      <w:r>
        <w:rPr>
          <w:sz w:val="20"/>
        </w:rPr>
        <w:t>13:12  to khud woh log jo hain woh kya kehte hain apne kaam ko? yani media mein in ko</w:t>
      </w:r>
      <w:r>
        <w:br/>
      </w:r>
      <w:r>
        <w:rPr>
          <w:sz w:val="20"/>
        </w:rPr>
        <w:t>13:20  bataya jayega dahshatgard to woh khud apne ko kya kehte hain? woh kehte hain ke hum to azadi</w:t>
      </w:r>
      <w:r>
        <w:br/>
      </w:r>
      <w:r>
        <w:rPr>
          <w:sz w:val="20"/>
        </w:rPr>
        <w:t>13:27  e watan ki jang lad rahe hain.</w:t>
      </w:r>
      <w:r>
        <w:br/>
      </w:r>
      <w:r>
        <w:rPr>
          <w:sz w:val="20"/>
        </w:rPr>
        <w:t>13:31  woh kehte hain ke hum azadi watan ki larai lar rahe hain.</w:t>
      </w:r>
      <w:r>
        <w:br/>
      </w:r>
      <w:r>
        <w:rPr>
          <w:sz w:val="20"/>
        </w:rPr>
        <w:t>13:34  woh kehte hain hum insani huqooq ki larai lar rahe hain.</w:t>
      </w:r>
      <w:r>
        <w:br/>
      </w:r>
      <w:r>
        <w:rPr>
          <w:sz w:val="20"/>
        </w:rPr>
        <w:t>13:37  yani hum azadi ke liye lar rahe hain, huqooq ke liye lar rahe hain.</w:t>
      </w:r>
      <w:r>
        <w:br/>
      </w:r>
      <w:r>
        <w:rPr>
          <w:sz w:val="20"/>
        </w:rPr>
        <w:t>13:41  woh apne ko khud dahshatgardi yeh batate hain.</w:t>
      </w:r>
      <w:r>
        <w:br/>
      </w:r>
      <w:r>
        <w:rPr>
          <w:sz w:val="20"/>
        </w:rPr>
        <w:t>13:44  to aap jab kahein ke dahshatgardi buri cheez hai to woh samjhein ke hum to dahshat gard</w:t>
      </w:r>
      <w:r>
        <w:br/>
      </w:r>
      <w:r>
        <w:rPr>
          <w:sz w:val="20"/>
        </w:rPr>
        <w:t>13:48  hain hi nahi.</w:t>
      </w:r>
      <w:r>
        <w:br/>
      </w:r>
      <w:r>
        <w:rPr>
          <w:sz w:val="20"/>
        </w:rPr>
        <w:t>13:51  jo hoga us par aap ki baat padegi.</w:t>
      </w:r>
      <w:r>
        <w:br/>
      </w:r>
      <w:r>
        <w:rPr>
          <w:sz w:val="20"/>
        </w:rPr>
        <w:t>13:54  yani dahshatgardi ke khilaf aap bolenge</w:t>
      </w:r>
      <w:r>
        <w:br/>
      </w:r>
      <w:r>
        <w:rPr>
          <w:sz w:val="20"/>
        </w:rPr>
        <w:t>13:58  aur jo log is kaam mein mubtala hain woh samjhenge ke iska talluq hum se to hai nahi.</w:t>
      </w:r>
      <w:r>
        <w:br/>
      </w:r>
      <w:r>
        <w:rPr>
          <w:sz w:val="20"/>
        </w:rPr>
        <w:t>14:02  hum to azadi watan ki larai lar rahe hain.</w:t>
      </w:r>
      <w:r>
        <w:br/>
      </w:r>
      <w:r>
        <w:rPr>
          <w:sz w:val="20"/>
        </w:rPr>
        <w:t>14:06  hum to huqooq ki larai lar rahe hain.</w:t>
      </w:r>
      <w:r>
        <w:br/>
      </w:r>
      <w:r>
        <w:rPr>
          <w:sz w:val="20"/>
        </w:rPr>
        <w:t>14:11  hum dahshat gard to hain nahi.</w:t>
      </w:r>
      <w:r>
        <w:br/>
      </w:r>
      <w:r>
        <w:rPr>
          <w:sz w:val="20"/>
        </w:rPr>
        <w:t>14:15  to aap ko batana padega yeh jo sunnat-e-rasool hai ke burai dekho to us ko roko,</w:t>
      </w:r>
      <w:r>
        <w:br/>
      </w:r>
      <w:r>
        <w:rPr>
          <w:sz w:val="20"/>
        </w:rPr>
        <w:t>14:19  is ke khilaf bolo.</w:t>
      </w:r>
      <w:r>
        <w:br/>
      </w:r>
      <w:r>
        <w:rPr>
          <w:sz w:val="20"/>
        </w:rPr>
        <w:t>14:24  is sunnat par agar aap ko amal karna hai aap ko to is ka</w:t>
      </w:r>
      <w:r>
        <w:br/>
      </w:r>
      <w:r>
        <w:rPr>
          <w:sz w:val="20"/>
        </w:rPr>
        <w:t>14:28  yeh tareeqa nahi hai ke aap aap general andaaz mein kahein ke dahshatgardi buri cheez hai.</w:t>
      </w:r>
      <w:r>
        <w:br/>
      </w:r>
      <w:r>
        <w:rPr>
          <w:sz w:val="20"/>
        </w:rPr>
        <w:t>14:36  aur jo log is mein mubtala hain woh samjhein ke hum to dahshat gard hain hi nahi hain.</w:t>
      </w:r>
      <w:r>
        <w:br/>
      </w:r>
      <w:r>
        <w:rPr>
          <w:sz w:val="20"/>
        </w:rPr>
        <w:t>14:44  ise sahi tareeqa kya hai? dekhiye sahi tareeqa yeh hai ke yeh bataya jaye ke tashaddud ke hathiyar</w:t>
      </w:r>
      <w:r>
        <w:br/>
      </w:r>
      <w:r>
        <w:rPr>
          <w:sz w:val="20"/>
        </w:rPr>
        <w:t>14:52  ka istemal ghair hukoomati tanzeemon ke liye jaiz hi nahi hai.</w:t>
      </w:r>
      <w:r>
        <w:br/>
      </w:r>
      <w:r>
        <w:rPr>
          <w:sz w:val="20"/>
        </w:rPr>
        <w:t>15:00  yeh bataya jaye abhi jo jagah jagah jo tashaddud ho raha hai, log hathiyar uthaye hue hain, gun</w:t>
      </w:r>
      <w:r>
        <w:br/>
      </w:r>
      <w:r>
        <w:rPr>
          <w:sz w:val="20"/>
        </w:rPr>
        <w:t>15:05  chalate hain, bam chalate hain.</w:t>
      </w:r>
      <w:r>
        <w:br/>
      </w:r>
      <w:r>
        <w:rPr>
          <w:sz w:val="20"/>
        </w:rPr>
        <w:t>15:11  to yeh sab log kaun hain? yeh hukoomat ki fauj nahi hai.</w:t>
      </w:r>
      <w:r>
        <w:br/>
      </w:r>
      <w:r>
        <w:rPr>
          <w:sz w:val="20"/>
        </w:rPr>
        <w:t>15:16  yeh hukoomat ki army nahi hai.</w:t>
      </w:r>
      <w:r>
        <w:br/>
      </w:r>
      <w:r>
        <w:rPr>
          <w:sz w:val="20"/>
        </w:rPr>
        <w:t>15:21  kisi bhi hukoomat ki army is nahi hai.</w:t>
      </w:r>
      <w:r>
        <w:br/>
      </w:r>
      <w:r>
        <w:rPr>
          <w:sz w:val="20"/>
        </w:rPr>
        <w:t>15:26  balkeh hukoomat ke bahar logon ne organization banai hai, jamaatein banai hain, group banaye hain. woh</w:t>
      </w:r>
      <w:r>
        <w:br/>
      </w:r>
      <w:r>
        <w:rPr>
          <w:sz w:val="20"/>
        </w:rPr>
        <w:t>15:31  aisa kar rahe hain.</w:t>
      </w:r>
      <w:r>
        <w:br/>
      </w:r>
      <w:r>
        <w:rPr>
          <w:sz w:val="20"/>
        </w:rPr>
        <w:t>15:37  to sahi kaam is mauqa par yeh hai ke yeh bataya jaye ke islam mein ghair hukoomti organizations</w:t>
      </w:r>
      <w:r>
        <w:br/>
      </w:r>
      <w:r>
        <w:rPr>
          <w:sz w:val="20"/>
        </w:rPr>
        <w:t>15:43  ke liye, NGOs ke liye yeh jaiz hi nahi hai ke woh hathyar uthayein huqooq ke</w:t>
      </w:r>
      <w:r>
        <w:br/>
      </w:r>
      <w:r>
        <w:rPr>
          <w:sz w:val="20"/>
        </w:rPr>
        <w:t>15:49  naam par ya kisi bhi naam par.</w:t>
      </w:r>
      <w:r>
        <w:br/>
      </w:r>
      <w:r>
        <w:rPr>
          <w:sz w:val="20"/>
        </w:rPr>
        <w:t>15:55  dekhiye islam ki taleem kya hai is tarah ke mamle mein? Islam ki taleem yeh</w:t>
      </w:r>
      <w:r>
        <w:br/>
      </w:r>
      <w:r>
        <w:rPr>
          <w:sz w:val="20"/>
        </w:rPr>
        <w:t>16:01  hai ke agar aap dekhein ke aap ke mulk mein, aap ke ilaqe mein koi aisa kaam ho</w:t>
      </w:r>
      <w:r>
        <w:br/>
      </w:r>
      <w:r>
        <w:rPr>
          <w:sz w:val="20"/>
        </w:rPr>
        <w:t>16:08  raha hai jo aap ke nazdeek ghalat hai to aap sirf itna hi haq hai aap ko ke</w:t>
      </w:r>
      <w:r>
        <w:br/>
      </w:r>
      <w:r>
        <w:rPr>
          <w:sz w:val="20"/>
        </w:rPr>
        <w:t>16:16  aap is ke khilaf bolein thande tareeqe se, reason ki zuban mein jo insaan samajh sake.</w:t>
      </w:r>
      <w:r>
        <w:br/>
      </w:r>
      <w:r>
        <w:rPr>
          <w:sz w:val="20"/>
        </w:rPr>
        <w:t>16:24  bas aap ko yeh haq nahi hai</w:t>
      </w:r>
      <w:r>
        <w:br/>
      </w:r>
      <w:r>
        <w:rPr>
          <w:sz w:val="20"/>
        </w:rPr>
        <w:t>16:32  ke is par aap tashaddud karein, is ko goli marein.</w:t>
      </w:r>
      <w:r>
        <w:br/>
      </w:r>
      <w:r>
        <w:rPr>
          <w:sz w:val="20"/>
        </w:rPr>
        <w:t>16:37  bilkul haq nahi hai aap ko.</w:t>
      </w:r>
      <w:r>
        <w:br/>
      </w:r>
      <w:r>
        <w:rPr>
          <w:sz w:val="20"/>
        </w:rPr>
        <w:t>16:42  aap ya to report kijiye police ko ya government ko report kijiye ya jo rulers hain un se</w:t>
      </w:r>
      <w:r>
        <w:br/>
      </w:r>
      <w:r>
        <w:rPr>
          <w:sz w:val="20"/>
        </w:rPr>
        <w:t>16:48  mil kar ke un ko bataiye.</w:t>
      </w:r>
      <w:r>
        <w:br/>
      </w:r>
      <w:r>
        <w:rPr>
          <w:sz w:val="20"/>
        </w:rPr>
        <w:t>16:53  bas kyunke hathyar uthana sirf hukoomat ka kaam hai.</w:t>
      </w:r>
      <w:r>
        <w:br/>
      </w:r>
      <w:r>
        <w:rPr>
          <w:sz w:val="20"/>
        </w:rPr>
        <w:t>16:58  islam ka usool dekhiye yeh hai ke ar-ra'il lil-imam</w:t>
      </w:r>
      <w:r>
        <w:br/>
      </w:r>
      <w:r>
        <w:rPr>
          <w:sz w:val="20"/>
        </w:rPr>
        <w:t>17:04  ke hathyar uthana, jang karna yeh sirf hakim ka kaam hai.</w:t>
      </w:r>
      <w:r>
        <w:br/>
      </w:r>
      <w:r>
        <w:rPr>
          <w:sz w:val="20"/>
        </w:rPr>
        <w:t>17:11  hakim ke siwa kisi ko haq hi nahi hai ke woh hathyar uthaye, woh jang kare.</w:t>
      </w:r>
      <w:r>
        <w:br/>
      </w:r>
      <w:r>
        <w:rPr>
          <w:sz w:val="20"/>
        </w:rPr>
        <w:t>17:19  aur hakim bhi jang kar sakta hai sirf difaa ke liye, defense ke liye.</w:t>
      </w:r>
      <w:r>
        <w:br/>
      </w:r>
      <w:r>
        <w:rPr>
          <w:sz w:val="20"/>
        </w:rPr>
        <w:t>17:26  yani agar bahar se koi qaum attack kar de, is ko kaha jata hai</w:t>
      </w:r>
    </w:p>
    <w:p>
      <w:pPr>
        <w:pStyle w:val="Heading2"/>
      </w:pPr>
      <w:r>
        <w:t>Two Quranic prophecy types: Pharaoh's preserved body and Byzantine victory</w:t>
      </w:r>
    </w:p>
    <w:p>
      <w:r>
        <w:rPr>
          <w:color w:val="666666"/>
          <w:sz w:val="18"/>
        </w:rPr>
        <w:t>Islam in A New Age March 18, 2012 · 6m 07s · at 29:08 · https://youtu.be/P5hzq_NheY0?t=1748</w:t>
      </w:r>
    </w:p>
    <w:p>
      <w:r>
        <w:rPr>
          <w:i/>
        </w:rPr>
        <w:t>“Qurani peshingoyian do qism ki hain — ek misal Firaun ki lash”</w:t>
      </w:r>
    </w:p>
    <w:p>
      <w:r>
        <w:rPr>
          <w:sz w:val="20"/>
        </w:rPr>
        <w:t>29:08  yeh saari cheezen hadithon mein aur Quran mein maujood hain. dekhiye, ek baat mein arz karunga ke jo peshin goi'yan hain Quran o hadith mein, woh do qism ki hain.</w:t>
      </w:r>
      <w:r>
        <w:br/>
      </w:r>
      <w:r>
        <w:rPr>
          <w:sz w:val="20"/>
        </w:rPr>
        <w:t>29:22  ek infiradi event ki, ek ek daur ki.</w:t>
      </w:r>
      <w:r>
        <w:br/>
      </w:r>
      <w:r>
        <w:rPr>
          <w:sz w:val="20"/>
        </w:rPr>
        <w:t>29:28  ek ek infiradi waqea, ek poora daur. do qism ki hain. main misaal deta hoon aap ko. dekhiye, Quran mein hai ke jo Hazrat Musa ke zamane ka jo Firon tha, us ke baray mein ke Allah ne farmaya jab woh gharaq hua samandar mein to "al-yawm nanjika bibadanika litakuna liman khalfaka ayah".</w:t>
      </w:r>
      <w:r>
        <w:br/>
      </w:r>
      <w:r>
        <w:rPr>
          <w:sz w:val="20"/>
        </w:rPr>
        <w:t>29:54  yeh Allah ne farmaya ke ke Firon ke body ko hum mehfooz rakhen ge, preserve rakhen ge taake woh baad walon ki naseehat banay.</w:t>
      </w:r>
      <w:r>
        <w:br/>
      </w:r>
      <w:r>
        <w:rPr>
          <w:sz w:val="20"/>
        </w:rPr>
        <w:t>30:07  yeh waqea aap se saaray teen hazar saal pehle hua hai. saaray teen hazar saal pehle. aur yeh ayat utri chaudah so saal pehle.</w:t>
      </w:r>
      <w:r>
        <w:br/>
      </w:r>
      <w:r>
        <w:rPr>
          <w:sz w:val="20"/>
        </w:rPr>
        <w:t>30:20  yaani yaani Quran mein yeh ayat utri Rasool Allah ke zamane mein. jab Quran utra, us waqt saari duniya mein koi nahin janta tha ke Firon ka body kahin maujood hai.</w:t>
      </w:r>
      <w:r>
        <w:br/>
      </w:r>
      <w:r>
        <w:rPr>
          <w:sz w:val="20"/>
        </w:rPr>
        <w:t>30:33  koi kisi ko khabar nahin thi.</w:t>
      </w:r>
      <w:r>
        <w:br/>
      </w:r>
      <w:r>
        <w:rPr>
          <w:sz w:val="20"/>
        </w:rPr>
        <w:t>30:38  is mein Allah taala ne peshin goi ki ke is ka body zahir hoga. unnisween sadi ke aakhir mein, unnisween sadi ke aakhir mein kuch German orientalist aur kuch French orientalist gaye woh Qahira.</w:t>
      </w:r>
      <w:r>
        <w:br/>
      </w:r>
      <w:r>
        <w:rPr>
          <w:sz w:val="20"/>
        </w:rPr>
        <w:t>30:56  Qahira mein ek museum hai jis ko maine dekha hai wahan par. wahan par Qahira ke bahar desert</w:t>
      </w:r>
      <w:r>
        <w:br/>
      </w:r>
      <w:r>
        <w:rPr>
          <w:sz w:val="20"/>
        </w:rPr>
        <w:t>31:04  hai. bohat saray pyramid wahan par hain, ahraam. woh bhi maine dekha hai. to in logon ko ek zamana aaya ke saari duniya mein lagay hue research karne, tehqeeq karne, daryaft karne.</w:t>
      </w:r>
      <w:r>
        <w:br/>
      </w:r>
      <w:r>
        <w:rPr>
          <w:sz w:val="20"/>
        </w:rPr>
        <w:t>31:19  to unhon ne gaye, ehraam jo hain bohat bari buildingen is shakal ki hain, pyramids.</w:t>
      </w:r>
      <w:r>
        <w:br/>
      </w:r>
      <w:r>
        <w:rPr>
          <w:sz w:val="20"/>
        </w:rPr>
        <w:t>31:29  to unhon ne is ke gate kholna chaha. to wahan par mashhoor tha ke ehraam ke andar laanat al-firauna hai.</w:t>
      </w:r>
      <w:r>
        <w:br/>
      </w:r>
      <w:r>
        <w:rPr>
          <w:sz w:val="20"/>
        </w:rPr>
        <w:t>31:42  firaun ki laanat. is ko jo kholega woh mar jayega. to jab in mustashreen ne gate khola to andar se bohat tez hawa aai.</w:t>
      </w:r>
      <w:r>
        <w:br/>
      </w:r>
      <w:r>
        <w:rPr>
          <w:sz w:val="20"/>
        </w:rPr>
        <w:t>31:56  foran gate band kar diya gaya.</w:t>
      </w:r>
      <w:r>
        <w:br/>
      </w:r>
      <w:r>
        <w:rPr>
          <w:sz w:val="20"/>
        </w:rPr>
        <w:t>31:59  to yeh log jo hain tohamat mein ko nahi mante thay. laanat al-firauna ka jo tohamati aqeedah tha, is ko nahi mante thay woh.</w:t>
      </w:r>
      <w:r>
        <w:br/>
      </w:r>
      <w:r>
        <w:rPr>
          <w:sz w:val="20"/>
        </w:rPr>
        <w:t>32:08  unhon ne tehqeeq ki ke aakhir kya cheez hai is ke andar. to to maloom hua ke ehraam ke andar jo woh choti choti chirya hoti hain, ababeel type ki,</w:t>
      </w:r>
      <w:r>
        <w:br/>
      </w:r>
      <w:r>
        <w:rPr>
          <w:sz w:val="20"/>
        </w:rPr>
        <w:t>32:21  woh is mein hazaron saal se woh beat kar rahi hain.</w:t>
      </w:r>
      <w:r>
        <w:br/>
      </w:r>
      <w:r>
        <w:rPr>
          <w:sz w:val="20"/>
        </w:rPr>
        <w:t>32:26  is ki beat ki wajah se is se gas nikal nikalti hai. is gas ki wajah se aisa hota hai ke aadmi agar dakhil ho to mar jata hai.</w:t>
      </w:r>
      <w:r>
        <w:br/>
      </w:r>
      <w:r>
        <w:rPr>
          <w:sz w:val="20"/>
        </w:rPr>
        <w:t>32:36  yani gas ko inhale kar ke, gas ko inhale kar ke mar jata hai. to is ko arab log kehte thay ke laanat al-firauna. to in logon ne kya kiya?</w:t>
      </w:r>
      <w:r>
        <w:br/>
      </w:r>
      <w:r>
        <w:rPr>
          <w:sz w:val="20"/>
        </w:rPr>
        <w:t>32:47  unhon ne aaj kal jo masheen hoti hain hawa ko nikalne ki, hawa ko nikala unhon ne.</w:t>
      </w:r>
      <w:r>
        <w:br/>
      </w:r>
      <w:r>
        <w:rPr>
          <w:sz w:val="20"/>
        </w:rPr>
        <w:t>32:55  saari gasen jo hain bahar ki gayeen. yani jaise exhaust fan hota hai, har jagah lagaya lagaya hota hai, woh exhaust fan kya karta hai?</w:t>
      </w:r>
      <w:r>
        <w:br/>
      </w:r>
      <w:r>
        <w:rPr>
          <w:sz w:val="20"/>
        </w:rPr>
        <w:t>33:04  andar ki hawa bahar karta hai. to andar ki saari gasen jo theen, woh bahar nikali gayeen. jo koi jis ko inhale karne se aadmi mar jata tha.</w:t>
      </w:r>
      <w:r>
        <w:br/>
      </w:r>
      <w:r>
        <w:rPr>
          <w:sz w:val="20"/>
        </w:rPr>
        <w:t>33:17  tab woh mustashreen dakhil hue to wahan par mumiai ki hui lashen maujood theen.</w:t>
      </w:r>
      <w:r>
        <w:br/>
      </w:r>
      <w:r>
        <w:rPr>
          <w:sz w:val="20"/>
        </w:rPr>
        <w:t>33:24  is mein ek laash thi is ki. is firaun ki jo hai musa ka contemporary tha, us ko nikala gaya. aur aaj ke zamane mein dekhiye, carbon 14 dating technique hai jis se theek theek age maloom hoti hai, age umar.</w:t>
      </w:r>
      <w:r>
        <w:br/>
      </w:r>
      <w:r>
        <w:rPr>
          <w:sz w:val="20"/>
        </w:rPr>
        <w:t>33:42  to carbon 14 dating ko apply kiya gaya. to maloom hua ke yeh to Hazrat Musa ka contemporary hai. theek wahi zamana, wahi hai is ka jo Hazrat Musa ka zamana tha.</w:t>
      </w:r>
      <w:r>
        <w:br/>
      </w:r>
      <w:r>
        <w:rPr>
          <w:sz w:val="20"/>
        </w:rPr>
        <w:t>33:54  to yeh baat confirm ho gayi ke yeh wahi firaun hai, yeh isi firaun ki body hai jo gharaq hua tha Hazrat Musa ke zamane mein.</w:t>
      </w:r>
      <w:r>
        <w:br/>
      </w:r>
      <w:r>
        <w:rPr>
          <w:sz w:val="20"/>
        </w:rPr>
        <w:t>34:03  is tarah se is ayat ki tasdeeq ho gayi ke alyawm nurjeeka bibadanika litakuna liman khalfaka aya.</w:t>
      </w:r>
      <w:r>
        <w:br/>
      </w:r>
      <w:r>
        <w:rPr>
          <w:sz w:val="20"/>
        </w:rPr>
        <w:t>34:12  ek ek ek event ko ke baray mein peshin goi ke woh mustaqbil mein zahir hoga. ab main ek aur misaal deta hoon.</w:t>
      </w:r>
      <w:r>
        <w:br/>
      </w:r>
      <w:r>
        <w:rPr>
          <w:sz w:val="20"/>
        </w:rPr>
        <w:t>34:22  quran mein surah al-room mein hai ghalabat al-room fi in al-ard wa min ba'di ghalabihim sayaghlabuna fi buz sanin wahan aisa hua tha ke arab ke atraf mein do bari saltanaten theen, romi aur irani.</w:t>
      </w:r>
      <w:r>
        <w:br/>
      </w:r>
      <w:r>
        <w:rPr>
          <w:sz w:val="20"/>
        </w:rPr>
        <w:t>34:40  to un mein takrao hua. to irani haar gaye, romi jeet gaye. is waqt bohat hi ajeeb ghareeb tor par quran mein yeh peshingoyi utri</w:t>
      </w:r>
      <w:r>
        <w:br/>
      </w:r>
      <w:r>
        <w:rPr>
          <w:sz w:val="20"/>
        </w:rPr>
        <w:t>34:50  ke das saal ke andar andar dobara aisa hoga ke romi jeet jayenge, irani haar jayenge. aur yeh waqea theek das saal ke andar, nau taqreeban nau saal mein pesh aaya.</w:t>
      </w:r>
      <w:r>
        <w:br/>
      </w:r>
      <w:r>
        <w:rPr>
          <w:sz w:val="20"/>
        </w:rPr>
        <w:t>35:04  yeh is ki tafseel maine likhi apni kitab mein mazhab aur jadeed chalain. do misaal woh hain jo ek infiradi event ki peshin goi quran mein aai aur phir woh poori hui.</w:t>
      </w:r>
    </w:p>
    <w:p>
      <w:pPr>
        <w:pStyle w:val="Heading2"/>
      </w:pPr>
      <w:r>
        <w:t>Distinguishing habitual Sunnah from core mission</w:t>
      </w:r>
    </w:p>
    <w:p>
      <w:r>
        <w:rPr>
          <w:color w:val="666666"/>
          <w:sz w:val="18"/>
        </w:rPr>
        <w:t>What is Sunnah | June 02, 2008 · 4m 02s · at 27:35 · https://youtu.be/RHfm7wuEMEM?t=1655</w:t>
      </w:r>
    </w:p>
    <w:p>
      <w:r>
        <w:rPr>
          <w:i/>
        </w:rPr>
        <w:t>“There are two types of Sunnah.”</w:t>
      </w:r>
    </w:p>
    <w:p>
      <w:r>
        <w:rPr>
          <w:sz w:val="20"/>
        </w:rPr>
        <w:t>27:35  dekhiye ulama ne kaha hai ke sunnat ke do qismein hain.</w:t>
      </w:r>
      <w:r>
        <w:br/>
      </w:r>
      <w:r>
        <w:rPr>
          <w:sz w:val="20"/>
        </w:rPr>
        <w:t>27:41  aik sunnat woh hai jo aadmi bator aadat karta hai aur aik sunnat woh hai jis ko qaim</w:t>
      </w:r>
      <w:r>
        <w:br/>
      </w:r>
      <w:r>
        <w:rPr>
          <w:sz w:val="20"/>
        </w:rPr>
        <w:t>27:47  karne ke liye aap tashreef laye.</w:t>
      </w:r>
      <w:r>
        <w:br/>
      </w:r>
      <w:r>
        <w:rPr>
          <w:sz w:val="20"/>
        </w:rPr>
        <w:t>27:53  to aadat ka ta'alluq aap jante hain ke mahol se hota hai.</w:t>
      </w:r>
      <w:r>
        <w:br/>
      </w:r>
      <w:r>
        <w:rPr>
          <w:sz w:val="20"/>
        </w:rPr>
        <w:t>28:00  jaise ke aap agar sard mulk mein rahen to aap garam kapra pehnge,</w:t>
      </w:r>
      <w:r>
        <w:br/>
      </w:r>
      <w:r>
        <w:rPr>
          <w:sz w:val="20"/>
        </w:rPr>
        <w:t>28:06  agar sard mulk mein rahen to aap garam kapra pehnge, aur garam garam mulk mein rahen to</w:t>
      </w:r>
      <w:r>
        <w:br/>
      </w:r>
      <w:r>
        <w:rPr>
          <w:sz w:val="20"/>
        </w:rPr>
        <w:t>28:12  aap garam kapra nahi pehnge, tab mamooli kapra pehnge.</w:t>
      </w:r>
      <w:r>
        <w:br/>
      </w:r>
      <w:r>
        <w:rPr>
          <w:sz w:val="20"/>
        </w:rPr>
        <w:t>28:18  aap to aap dekhiye aadat farq halaat ke aitbar se aadat mein farq ho gaya ke garam mulkon</w:t>
      </w:r>
      <w:r>
        <w:br/>
      </w:r>
      <w:r>
        <w:rPr>
          <w:sz w:val="20"/>
        </w:rPr>
        <w:t>28:24  ke logon ki aadat kapre ke bare mein aur hogi aur sard mulkon ke logon ki aadat kapre</w:t>
      </w:r>
      <w:r>
        <w:br/>
      </w:r>
      <w:r>
        <w:rPr>
          <w:sz w:val="20"/>
        </w:rPr>
        <w:t>28:30  ke bare mein aur hogi.</w:t>
      </w:r>
      <w:r>
        <w:br/>
      </w:r>
      <w:r>
        <w:rPr>
          <w:sz w:val="20"/>
        </w:rPr>
        <w:t>28:36  yeh maamla har cheez ka hai.</w:t>
      </w:r>
      <w:r>
        <w:br/>
      </w:r>
      <w:r>
        <w:rPr>
          <w:sz w:val="20"/>
        </w:rPr>
        <w:t>28:41  to kuch cheezein woh hoti hain jin ka talluq aadat se hota hai aur aadat banti hai apne</w:t>
      </w:r>
      <w:r>
        <w:br/>
      </w:r>
      <w:r>
        <w:rPr>
          <w:sz w:val="20"/>
        </w:rPr>
        <w:t>28:45  aas paas ke mahol se, is situation se jahan aap reh rahe hon, us se aadatein banti hain.</w:t>
      </w:r>
      <w:r>
        <w:br/>
      </w:r>
      <w:r>
        <w:rPr>
          <w:sz w:val="20"/>
        </w:rPr>
        <w:t>28:49  aadat koi absolute cheez nahi hoti hai.</w:t>
      </w:r>
      <w:r>
        <w:br/>
      </w:r>
      <w:r>
        <w:rPr>
          <w:sz w:val="20"/>
        </w:rPr>
        <w:t>28:53  to ulma ne kaha ke Rasool Allah Sal Allahu Alaihi Wasallam ki baaz cheezein woh hain jo un</w:t>
      </w:r>
      <w:r>
        <w:br/>
      </w:r>
      <w:r>
        <w:rPr>
          <w:sz w:val="20"/>
        </w:rPr>
        <w:t>28:58  ka talluq aadat se hai.</w:t>
      </w:r>
      <w:r>
        <w:br/>
      </w:r>
      <w:r>
        <w:rPr>
          <w:sz w:val="20"/>
        </w:rPr>
        <w:t>29:02  yani aap chunke Arab mein paida hue, Arab mein rahe, is nisbat se aap ki</w:t>
      </w:r>
      <w:r>
        <w:br/>
      </w:r>
      <w:r>
        <w:rPr>
          <w:sz w:val="20"/>
        </w:rPr>
        <w:t>29:06  kuch aadatein bani.</w:t>
      </w:r>
      <w:r>
        <w:br/>
      </w:r>
      <w:r>
        <w:rPr>
          <w:sz w:val="20"/>
        </w:rPr>
        <w:t>29:11  to woh woh cheez nahi hai jo jin ko qaim karne ke liye aap tashreef laye dunya mein.</w:t>
      </w:r>
      <w:r>
        <w:br/>
      </w:r>
      <w:r>
        <w:rPr>
          <w:sz w:val="20"/>
        </w:rPr>
        <w:t>29:15  doosri cheezein woh hain jin ko qaim karne ke liye aap tashreef laye.</w:t>
      </w:r>
      <w:r>
        <w:br/>
      </w:r>
      <w:r>
        <w:rPr>
          <w:sz w:val="20"/>
        </w:rPr>
        <w:t>29:19  to yeh bhi zaroori hai ke farq karein aap dono cheezon mein.</w:t>
      </w:r>
      <w:r>
        <w:br/>
      </w:r>
      <w:r>
        <w:rPr>
          <w:sz w:val="20"/>
        </w:rPr>
        <w:t>29:24  You have to differentiate between the two.</w:t>
      </w:r>
      <w:r>
        <w:br/>
      </w:r>
      <w:r>
        <w:rPr>
          <w:sz w:val="20"/>
        </w:rPr>
        <w:t>29:28  dono ko ek darja dena yeh sahi nahi hai.</w:t>
      </w:r>
      <w:r>
        <w:br/>
      </w:r>
      <w:r>
        <w:rPr>
          <w:sz w:val="20"/>
        </w:rPr>
        <w:t>29:32  ab is ko janne ke liye kya karna hoga?</w:t>
      </w:r>
      <w:r>
        <w:br/>
      </w:r>
      <w:r>
        <w:rPr>
          <w:sz w:val="20"/>
        </w:rPr>
        <w:t>29:37  is ko janne ke lie karna hoga ke aap bahut hi sincerely mutalaah karen. misaal ke taur par rasool Allah oont par baithte the. ab aap kahenge oont par baithna sunnat hai. chnanche ek sahab the, isi lie vah oont par baith kar haj karne gae. bahut dinon ke baad pata nahin vah pahunche ya nahin pahunche ke sahab oont par baith kar haj karna sunnat hai. halanake yah galat tha un ka sochna. a</w:t>
      </w:r>
      <w:r>
        <w:br/>
      </w:r>
      <w:r>
        <w:rPr>
          <w:sz w:val="20"/>
        </w:rPr>
        <w:t>30:07  unt par aap baithe is liye ke Arab mein oont par baitha jata tha.</w:t>
      </w:r>
      <w:r>
        <w:br/>
      </w:r>
      <w:r>
        <w:rPr>
          <w:sz w:val="20"/>
        </w:rPr>
        <w:t>30:10  ab woh bhi khatm ho gaya.</w:t>
      </w:r>
      <w:r>
        <w:br/>
      </w:r>
      <w:r>
        <w:rPr>
          <w:sz w:val="20"/>
        </w:rPr>
        <w:t>30:14  ab wahan bhi log car par chalte hain.</w:t>
      </w:r>
      <w:r>
        <w:br/>
      </w:r>
      <w:r>
        <w:rPr>
          <w:sz w:val="20"/>
        </w:rPr>
        <w:t>30:18  to Rasool Allah oont par baithe to yeh is ko aap nahi keh sakte ke oont par baithna sunnat hai.</w:t>
      </w:r>
      <w:r>
        <w:br/>
      </w:r>
      <w:r>
        <w:rPr>
          <w:sz w:val="20"/>
        </w:rPr>
        <w:t>30:22  is ka talluq aap ki aadat se tha ke jis mulk mein aap paida hue, us mulk mein</w:t>
      </w:r>
      <w:r>
        <w:br/>
      </w:r>
      <w:r>
        <w:rPr>
          <w:sz w:val="20"/>
        </w:rPr>
        <w:t>30:25  riwaj tha oont par baithne ka.</w:t>
      </w:r>
      <w:r>
        <w:br/>
      </w:r>
      <w:r>
        <w:rPr>
          <w:sz w:val="20"/>
        </w:rPr>
        <w:t>30:29  to aap bhi oont par baithe.</w:t>
      </w:r>
      <w:r>
        <w:br/>
      </w:r>
      <w:r>
        <w:rPr>
          <w:sz w:val="20"/>
        </w:rPr>
        <w:t>30:33  to yeh woh</w:t>
      </w:r>
      <w:r>
        <w:br/>
      </w:r>
      <w:r>
        <w:rPr>
          <w:sz w:val="20"/>
        </w:rPr>
        <w:t>30:37  sunnat hai jis ka talluq aap ki aadat se tha.</w:t>
      </w:r>
      <w:r>
        <w:br/>
      </w:r>
      <w:r>
        <w:rPr>
          <w:sz w:val="20"/>
        </w:rPr>
        <w:t>30:42  doosri cheezein woh hain jo Allah Ta'ala ne aap ko hukum diya, jis ke liye aap ko dunya</w:t>
      </w:r>
      <w:r>
        <w:br/>
      </w:r>
      <w:r>
        <w:rPr>
          <w:sz w:val="20"/>
        </w:rPr>
        <w:t>30:47  mein bheja gaya, jo aap ne zindagi bhar kiya gaya.</w:t>
      </w:r>
      <w:r>
        <w:br/>
      </w:r>
      <w:r>
        <w:rPr>
          <w:sz w:val="20"/>
        </w:rPr>
        <w:t>30:52  to wohi mein ne arz kiya ke dawat, dawat to aap ke ba'sat ka maqsad tha.</w:t>
      </w:r>
      <w:r>
        <w:br/>
      </w:r>
      <w:r>
        <w:rPr>
          <w:sz w:val="20"/>
        </w:rPr>
        <w:t>30:57  dawati ke liye aap dunya mein bheje gaye.</w:t>
      </w:r>
      <w:r>
        <w:br/>
      </w:r>
      <w:r>
        <w:rPr>
          <w:sz w:val="20"/>
        </w:rPr>
        <w:t>31:02  to yeh sunnat woh hai jo hum pakrein, jis par amal</w:t>
      </w:r>
      <w:r>
        <w:br/>
      </w:r>
      <w:r>
        <w:rPr>
          <w:sz w:val="20"/>
        </w:rPr>
        <w:t>31:07  karein.</w:t>
      </w:r>
      <w:r>
        <w:br/>
      </w:r>
      <w:r>
        <w:rPr>
          <w:sz w:val="20"/>
        </w:rPr>
        <w:t>31:13  dawat ki sunnat jo hai, woh aik aisi sunnat hai jo hamein bharpoor tor par is par amal karna chahiye.</w:t>
      </w:r>
      <w:r>
        <w:br/>
      </w:r>
      <w:r>
        <w:rPr>
          <w:sz w:val="20"/>
        </w:rPr>
        <w:t>31:19  woh har har mahol ke liye hai, har mulk ke liye.</w:t>
      </w:r>
      <w:r>
        <w:br/>
      </w:r>
      <w:r>
        <w:rPr>
          <w:sz w:val="20"/>
        </w:rPr>
        <w:t>31:25  aap jahan kahin bhi hon, aap ko is par amal karna hai.</w:t>
      </w:r>
      <w:r>
        <w:br/>
      </w:r>
      <w:r>
        <w:rPr>
          <w:sz w:val="20"/>
        </w:rPr>
        <w:t>31:31  to kisi bhi cheez ko janne ke liye bohat zaroori hai ke aap sincere hon, is ka acha mutal</w:t>
      </w:r>
    </w:p>
    <w:p>
      <w:pPr>
        <w:pStyle w:val="Heading2"/>
      </w:pPr>
      <w:r>
        <w:t>Darwin and Freud extended dualism, erasing spirituality</w:t>
      </w:r>
    </w:p>
    <w:p>
      <w:r>
        <w:rPr>
          <w:color w:val="666666"/>
          <w:sz w:val="18"/>
        </w:rPr>
        <w:t>Dajjal and Dajjalism July 26, 2009 · 4m 39s · at 17:27 · https://youtu.be/CxQTfG01O_s?t=1047</w:t>
      </w:r>
    </w:p>
    <w:p>
      <w:r>
        <w:rPr>
          <w:i/>
        </w:rPr>
        <w:t>“Darwin ne yeh kiya ke insaan ka physical structure liya, baaki chhod diya.”</w:t>
      </w:r>
    </w:p>
    <w:p>
      <w:r>
        <w:rPr>
          <w:sz w:val="20"/>
        </w:rPr>
        <w:t>17:27  uske bahar jo cheez hai, is soch insaan ki soch woh kaise bani yeh uske is se bahar hai.</w:t>
      </w:r>
      <w:r>
        <w:br/>
      </w:r>
      <w:r>
        <w:rPr>
          <w:sz w:val="20"/>
        </w:rPr>
        <w:t>17:36  ye kitna bada ek ek ek farq aaya history mein ke insaan naam hai mind ka, rooh ka, soch ka, woh sab khatam is se.</w:t>
      </w:r>
      <w:r>
        <w:br/>
      </w:r>
      <w:r>
        <w:rPr>
          <w:sz w:val="20"/>
        </w:rPr>
        <w:t>17:50  ab dekhen ke evolution se jo jo banti hai jisko kehte hain yani natural selection ya survival of the fittest, woh sirf physical process hi tak mehdood hai. woh</w:t>
      </w:r>
      <w:r>
        <w:br/>
      </w:r>
      <w:r>
        <w:rPr>
          <w:sz w:val="20"/>
        </w:rPr>
        <w:t>18:07  natural natural selection kya hai? physical process hai. survival of the fittest physical process hai. lekin aur jo cheez hai, main jab sochta hoon ye kaise hua? meri jo pasand hai woh kaise aayi?</w:t>
      </w:r>
      <w:r>
        <w:br/>
      </w:r>
      <w:r>
        <w:rPr>
          <w:sz w:val="20"/>
        </w:rPr>
        <w:t>18:22  main ek cheez ko touch karta hoon to mujhe achha lagta hai, ye kaise aaya? main dekhta hoon to mujhe ek ek suroor milta hai, woh kaise aaya? ye evolution theory se bahar hai.</w:t>
      </w:r>
      <w:r>
        <w:br/>
      </w:r>
      <w:r>
        <w:rPr>
          <w:sz w:val="20"/>
        </w:rPr>
        <w:t>18:31  iska explanation uske haan maujood nahi hai.</w:t>
      </w:r>
      <w:r>
        <w:br/>
      </w:r>
      <w:r>
        <w:rPr>
          <w:sz w:val="20"/>
        </w:rPr>
        <w:t>18:34  to kaha evolution theory ne insaan ke physical aspect ko alag kar diya, uske intellectual aspect ko alag kar diya. aur phir saari spirituality khatam ho gayi, value system khatam ho gaya.</w:t>
      </w:r>
      <w:r>
        <w:br/>
      </w:r>
      <w:r>
        <w:rPr>
          <w:sz w:val="20"/>
        </w:rPr>
        <w:t>18:48  yahi kaam har ek karta raha. jo bhi is daur mein uttha, maslan Freud ko lijiye aap. insaan ke andar ek hota hai desire, ek hota hai uska conscience aur principle.</w:t>
      </w:r>
      <w:r>
        <w:br/>
      </w:r>
      <w:r>
        <w:rPr>
          <w:sz w:val="20"/>
        </w:rPr>
        <w:t>19:01  to usne desire ko alag kar diya aur conscience ko alag kar diya ke jo main chaahun woh main karun. usne ye falsafa pesh kiya ke agar aadmi par rok lagai jayegi uski uski freedom par to uska growth ruk jayega.</w:t>
      </w:r>
      <w:r>
        <w:br/>
      </w:r>
      <w:r>
        <w:rPr>
          <w:sz w:val="20"/>
        </w:rPr>
        <w:t>19:21  to unlimited freedom ko jaiz kar diya hai.</w:t>
      </w:r>
      <w:r>
        <w:br/>
      </w:r>
      <w:r>
        <w:rPr>
          <w:sz w:val="20"/>
        </w:rPr>
        <w:t>19:26  ye ek ek shakhs ki baat nahin hai, ye sau sau log paida hue jinho ne ye sab phir is falsafe ko padhaya. to Sigmund Freud ki falsafe mein insaan ka jo aspect hai desire ka, chaah ka,</w:t>
      </w:r>
      <w:r>
        <w:br/>
      </w:r>
      <w:r>
        <w:rPr>
          <w:sz w:val="20"/>
        </w:rPr>
        <w:t>19:43  woh to sab kuch ho gaya. aur jo insaan ke andar doosra hai, conscience hai, soch hai, principle hai, value hai, woh sab alag ho gaya. iski koi iski koi ahmiyat nahin rahi.</w:t>
      </w:r>
      <w:r>
        <w:br/>
      </w:r>
      <w:r>
        <w:rPr>
          <w:sz w:val="20"/>
        </w:rPr>
        <w:t>19:56  ye hai duality. to duality jo hai woh is daur mein chha gayi. jisko bhi dekhein woh iska shikar hai.</w:t>
      </w:r>
      <w:r>
        <w:br/>
      </w:r>
      <w:r>
        <w:rPr>
          <w:sz w:val="20"/>
        </w:rPr>
        <w:t>20:05  chahe woh falsafa, falsafe ka term mein na jaanta ho, is mein na ja batana bhi jaanta ho tab bhi. aap kisi bhi insaan ko jo road par chal raha hai, usko pakdein, us se baat karein aakhirat ki, jannat ki.</w:t>
      </w:r>
      <w:r>
        <w:br/>
      </w:r>
      <w:r>
        <w:rPr>
          <w:sz w:val="20"/>
        </w:rPr>
        <w:t>20:18  to bahut jald woh kahe ga ke bhai main mein ja raha hoon, office ja raha hoon, mujhe itna time nahin hai.</w:t>
      </w:r>
      <w:r>
        <w:br/>
      </w:r>
      <w:r>
        <w:rPr>
          <w:sz w:val="20"/>
        </w:rPr>
        <w:t>20:24  use sochna nahin hai uske maamle mein. usko apna apna business dekhna hai, apna job dekhna hai, apna material interest dekhna hai, paisa dekhna hai.</w:t>
      </w:r>
      <w:r>
        <w:br/>
      </w:r>
      <w:r>
        <w:rPr>
          <w:sz w:val="20"/>
        </w:rPr>
        <w:t>20:34  uske liye is par time hai. lekin aap agar baat karein us se values ki, uski spirituality ki, Khuda ki, jannat ki, aakhirat ki, accountability ki to uske paas time nahin un baaton ko sochne ke liye.</w:t>
      </w:r>
      <w:r>
        <w:br/>
      </w:r>
      <w:r>
        <w:rPr>
          <w:sz w:val="20"/>
        </w:rPr>
        <w:t>20:49  ye hai duality.</w:t>
      </w:r>
      <w:r>
        <w:br/>
      </w:r>
      <w:r>
        <w:rPr>
          <w:sz w:val="20"/>
        </w:rPr>
        <w:t>20:52  to ye chali thi yani wahan se yani Ghalib se. ab ab bilkul chha gayi, wohi culture chha gaya.</w:t>
      </w:r>
      <w:r>
        <w:br/>
      </w:r>
      <w:r>
        <w:rPr>
          <w:sz w:val="20"/>
        </w:rPr>
        <w:t>21:02  woh usi culture ke tahat ye kahte hain ke right here, right now. matlab material jo interest hai, material jo joy hai, bas woh humein dekhna hai.</w:t>
      </w:r>
      <w:r>
        <w:br/>
      </w:r>
      <w:r>
        <w:rPr>
          <w:sz w:val="20"/>
        </w:rPr>
        <w:t>21:12  bas kal parson mein ek ek ek ek mashhoor ek lady ka interview tha akhbaar mein to usne kaha ke mujhe to duniya mein enjoy karna hai.</w:t>
      </w:r>
      <w:r>
        <w:br/>
      </w:r>
      <w:r>
        <w:rPr>
          <w:sz w:val="20"/>
        </w:rPr>
        <w:t>21:29  mera enjoy mein agar mera spouse agar agar rok banata hai to usko phir dump kar doongi.</w:t>
      </w:r>
      <w:r>
        <w:br/>
      </w:r>
      <w:r>
        <w:rPr>
          <w:sz w:val="20"/>
        </w:rPr>
        <w:t>21:37  yani agar usne shaadi ki hai, ek uska husband hai, agar record banata hai uske enjoy mein to husband ko hi gadhe mein daal degi. woh ye ye daur jadeed ka kaisa soch hai ke mujhe apni apni chaahat pe chalna hai, apni khwahish poori karni hai, apne interest par phir daudna hai.</w:t>
      </w:r>
      <w:r>
        <w:br/>
      </w:r>
      <w:r>
        <w:rPr>
          <w:sz w:val="20"/>
        </w:rPr>
        <w:t>21:55  baqi koi value mein ahmiyat nahin rakhti mere liye. kisi value ki koi ahmiyat nahin hai. Khuda aur aakhirat waghaira ye mujhe sochna nahin hai uske baare mein.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